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Team Spirit (Part 1) Nov 10, 2006</w:t>
      </w:r>
    </w:p>
    <w:p>
      <w:r>
        <w:t>https://www.youtube.com/watch?v=2KfMPUzsmTg</w:t>
      </w:r>
    </w:p>
    <w:p>
      <w:r>
        <w:rPr>
          <w:b/>
        </w:rPr>
        <w:t xml:space="preserve">[00:13] </w:t>
      </w:r>
      <w:r>
        <w:t>wa salallahu ala nabiyyil karim, rab ishrah li sadri, wa yassir li amri, wah 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[00:30] </w:t>
      </w:r>
      <w:r>
        <w:t>aaj ki baat ka topic hai "theme spirit", jo hum ne namaz padhi aur Maulana Zakwan Nadvi ne is mein jo tilawat ki,</w:t>
      </w:r>
    </w:p>
    <w:p>
      <w:pPr>
        <w:jc w:val="right"/>
      </w:pPr>
      <w:r>
        <w:t>آج کی بات کا ٹاپک ہے "تھیم اسپرٹ"، جو ہم نے نماز پڑھی اور مولانا ذکبان ندوی نے اس میں جو تلاوت کی،</w:t>
      </w:r>
    </w:p>
    <w:p>
      <w:r>
        <w:rPr>
          <w:b/>
        </w:rPr>
        <w:t xml:space="preserve">[00:43] </w:t>
      </w:r>
      <w:r>
        <w:t>is se theme mere upar wazeh ho gayi zyada. dekhiye, unhone namaz mein surah tin ki tilawat ki, surah tin.</w:t>
      </w:r>
    </w:p>
    <w:p>
      <w:pPr>
        <w:jc w:val="right"/>
      </w:pPr>
      <w:r>
        <w:t>اس سے تھیم میرے اوپر واضح ہو گئی زیادہ۔ دیکھیے، انہوں نے نماز میں سورہ بتین کی تلاوت کی، سورہ بتین۔</w:t>
      </w:r>
    </w:p>
    <w:p>
      <w:r>
        <w:rPr>
          <w:b/>
        </w:rPr>
        <w:t xml:space="preserve">[00:56] </w:t>
      </w:r>
      <w:r>
        <w:t>is mein Allah taala ne farmaya: "laqad khalaqnal insana" , laqad khalaqnal insana fi ahsani taqwim,</w:t>
      </w:r>
    </w:p>
    <w:p>
      <w:pPr>
        <w:jc w:val="right"/>
      </w:pPr>
      <w:r>
        <w:t>اس میں اللہ تعالیٰ نے فرمایا: "لقد خلقنا الانسان"، لقد خلقنا الانسان فی احسن تقویم،</w:t>
      </w:r>
    </w:p>
    <w:p>
      <w:r>
        <w:rPr>
          <w:b/>
        </w:rPr>
        <w:t xml:space="preserve">[01:13] </w:t>
      </w:r>
      <w:r>
        <w:t>thumma radadnahu asfala safilin.</w:t>
      </w:r>
    </w:p>
    <w:p>
      <w:pPr>
        <w:jc w:val="right"/>
      </w:pPr>
      <w:r>
        <w:t>ثم رددنا اسفل سافلین۔</w:t>
      </w:r>
    </w:p>
    <w:p>
      <w:r>
        <w:rPr>
          <w:b/>
        </w:rPr>
        <w:t xml:space="preserve">[01:18] </w:t>
      </w:r>
      <w:r>
        <w:t>we created man in the best mold,</w:t>
      </w:r>
    </w:p>
    <w:p>
      <w:pPr>
        <w:jc w:val="right"/>
      </w:pPr>
      <w:r>
        <w:t>وی کریٹڈ مین ان دا بیسٹ مول،</w:t>
      </w:r>
    </w:p>
    <w:p>
      <w:r>
        <w:rPr>
          <w:b/>
        </w:rPr>
        <w:t xml:space="preserve">[01:25] </w:t>
      </w:r>
      <w:r>
        <w:t>then we cast him down to the lowest of the low.</w:t>
      </w:r>
    </w:p>
    <w:p>
      <w:pPr>
        <w:jc w:val="right"/>
      </w:pPr>
      <w:r>
        <w:t>دین وی کاسٹ ہم ڈاؤن ٹو دا لوئسٹ اف دا لو۔</w:t>
      </w:r>
    </w:p>
    <w:p>
      <w:r>
        <w:rPr>
          <w:b/>
        </w:rPr>
        <w:t xml:space="preserve">[01:34] </w:t>
      </w:r>
      <w:r>
        <w:t>abhi namaz hi mein mujhe samajh mein aaya ke is ka matlab kya hai.</w:t>
      </w:r>
    </w:p>
    <w:p>
      <w:pPr>
        <w:jc w:val="right"/>
      </w:pPr>
      <w:r>
        <w:t>ابھی نماز ہی میں مجھے سمجھ میں آیا کہ اس کا مطلب کیا ہے۔</w:t>
      </w:r>
    </w:p>
    <w:p>
      <w:r>
        <w:rPr>
          <w:b/>
        </w:rPr>
        <w:t xml:space="preserve">[01:41] </w:t>
      </w:r>
      <w:r>
        <w:t>is ka matlab yeh hai ke hamare paida karne wale ne hum ko bohat hi zyada</w:t>
      </w:r>
    </w:p>
    <w:p>
      <w:pPr>
        <w:jc w:val="right"/>
      </w:pPr>
      <w:r>
        <w:t>اس کا مطلب یہ ہے کہ ہمارے پیدا کرنے والے نے ہم کو بہت ہی زیادہ</w:t>
      </w:r>
    </w:p>
    <w:p>
      <w:r>
        <w:rPr>
          <w:b/>
        </w:rPr>
        <w:t xml:space="preserve">[01:53] </w:t>
      </w:r>
      <w:r>
        <w:t>aala qism ke potential ke sath paida kiya, best potential ke sath paida kiya. lekin yeh poori history ki ek tragedy hai ke insan apne potential ko actual na bana saka.</w:t>
      </w:r>
    </w:p>
    <w:p>
      <w:pPr>
        <w:jc w:val="right"/>
      </w:pPr>
      <w:r>
        <w:t>اعلیٰ قسم کے پوٹینشل کے ساتھ پیدا کیا، بیسٹ پوٹینشل کے ساتھ پیدا کیا۔ لیکن یہ پوری ہسٹری کی ایک ٹریجڈی ہے کہ انسان اپنے پوٹینشل کو ایکچول نہ بنا سکا۔</w:t>
      </w:r>
    </w:p>
    <w:p>
      <w:r>
        <w:rPr>
          <w:b/>
        </w:rPr>
        <w:t xml:space="preserve">[02:14] </w:t>
      </w:r>
      <w:r>
        <w:t>yeh matlab hai is ayat ka, yani poori poori history par ek sweeping remark hai, poori poori human history par.</w:t>
      </w:r>
    </w:p>
    <w:p>
      <w:pPr>
        <w:jc w:val="right"/>
      </w:pPr>
      <w:r>
        <w:t>یہ مطلب ہے اس آیت کا، یعنی پوری پوری ہسٹری پر ایک سویپنگ ریمارک ہے، پوری پوری ہیومن ہسٹری پر۔</w:t>
      </w:r>
    </w:p>
    <w:p>
      <w:r>
        <w:rPr>
          <w:b/>
        </w:rPr>
        <w:t xml:space="preserve">[02:28] </w:t>
      </w:r>
      <w:r>
        <w:t>we created man in the best mold, then we cast him down to the lowest of the low.</w:t>
      </w:r>
    </w:p>
    <w:p>
      <w:pPr>
        <w:jc w:val="right"/>
      </w:pPr>
      <w:r>
        <w:t>وی کریٹڈ مین ان دا بیسٹ مول، دین وی کاسٹ ہم ڈاؤن ٹو دا لوئسٹ اف دا لو۔</w:t>
      </w:r>
    </w:p>
    <w:p>
      <w:r>
        <w:rPr>
          <w:b/>
        </w:rPr>
        <w:t xml:space="preserve">[02:40] </w:t>
      </w:r>
      <w:r>
        <w:t>is ka matlab yeh hai ke insan ko Khuda ne bohat hi achhe potential ke sath paida kiya, lekin woh apne potential ko actual na bana saka aur isi hal mein duniya se chala gaya.</w:t>
      </w:r>
    </w:p>
    <w:p>
      <w:pPr>
        <w:jc w:val="right"/>
      </w:pPr>
      <w:r>
        <w:t>اس کا مطلب یہ ہے کہ انسان کو خدا نے بہت ہی اچھے پوٹینشل کے ساتھ پیدا کیا، لیکن وہ اپنے پوٹینشل کو ایکچول نہ بنا سکا اور اسی حال میں دنیا سے چلا گیا۔</w:t>
      </w:r>
    </w:p>
    <w:p>
      <w:r>
        <w:rPr>
          <w:b/>
        </w:rPr>
        <w:t xml:space="preserve">[02:59] </w:t>
      </w:r>
      <w:r>
        <w:t>to meri samajh mein aaya ke hum jo mission chala rahe hain, jis mein hum ek chahte hain ke ek team bane, is ka target kya hai.</w:t>
      </w:r>
    </w:p>
    <w:p>
      <w:pPr>
        <w:jc w:val="right"/>
      </w:pPr>
      <w:r>
        <w:t>تو میری سمجھ میں آیا کہ ہم جو مشن چلا رہے ہیں، جس میں ہم ایک چاہتے ہیں کہ ایک ٹیم بنے، اس کا ٹارگٹ کیا ہے۔</w:t>
      </w:r>
    </w:p>
    <w:p>
      <w:r>
        <w:rPr>
          <w:b/>
        </w:rPr>
        <w:t xml:space="preserve">[03:13] </w:t>
      </w:r>
      <w:r>
        <w:t>is ka target yeh hai ke aap insan ko</w:t>
      </w:r>
    </w:p>
    <w:p>
      <w:pPr>
        <w:jc w:val="right"/>
      </w:pPr>
      <w:r>
        <w:t>اس کا ٹارگٹ یہ ہے کہ آپ انسان کو</w:t>
      </w:r>
    </w:p>
    <w:p>
      <w:r>
        <w:rPr>
          <w:b/>
        </w:rPr>
        <w:t xml:space="preserve">[03:22] </w:t>
      </w:r>
      <w:r>
        <w:t>batayein, us ko warning dein ke tum kitne bare loss ki taraf ja rahe ho. sare potential tumhare andar soye pade rehte hain aur tum mar kar ke khatm ho jate ho.</w:t>
      </w:r>
    </w:p>
    <w:p>
      <w:pPr>
        <w:jc w:val="right"/>
      </w:pPr>
      <w:r>
        <w:t>بتائیں، اس کو وارننگ دیں کہ تم کتنے بڑے لاس کی طرف جا رہے ہو۔ سارے پوٹینشل تمہارے اندر سوئے پڑے رہتے ہیں اور تم مر کر کے ختم ہو جاتے ہو۔</w:t>
      </w:r>
    </w:p>
    <w:p>
      <w:r>
        <w:rPr>
          <w:b/>
        </w:rPr>
        <w:t xml:space="preserve">[03:44] </w:t>
      </w:r>
      <w:r>
        <w:t>yahi baat batana, yahi dawat illallah hai, yahi dawat work hai. aur hum jo team bana rahe hain, is team ko yahi kaam karna hai,</w:t>
      </w:r>
    </w:p>
    <w:p>
      <w:pPr>
        <w:jc w:val="right"/>
      </w:pPr>
      <w:r>
        <w:t>یہی بات بتانا، یہی دعوت للہ ہے، یہی دعوت ورک ہے۔ اور ہم جو ٹیم بنا رہے ہیں، اس ٹیم کو یہی کام کرنا ہے،</w:t>
      </w:r>
    </w:p>
    <w:p>
      <w:r>
        <w:rPr>
          <w:b/>
        </w:rPr>
        <w:t xml:space="preserve">[03:58] </w:t>
      </w:r>
      <w:r>
        <w:t>yehi kaam karna hai. maine haal mein kai bohat hi top ke logon ke jo life hoti hai, un ke jo halaat hote hain, is ko batinka waghera mein dekha.</w:t>
      </w:r>
    </w:p>
    <w:p>
      <w:pPr>
        <w:jc w:val="right"/>
      </w:pPr>
      <w:r>
        <w:t>یہی کام کرنا ہے۔ میں نے حال میں کئی بہت ہی ٹاپ کے لوگوں کے جو لائف ہوتی ہے، ان کے جو حالات ہوتے ہیں، اس کو بٹینکا وغیرہ میں دیکھا۔</w:t>
      </w:r>
    </w:p>
    <w:p>
      <w:r>
        <w:rPr>
          <w:b/>
        </w:rPr>
        <w:t xml:space="preserve">[04:15] </w:t>
      </w:r>
      <w:r>
        <w:t>bohat hi yeh anokha ek ek anokhi cheez disclose hui ke saare hi barhe log frustration mein mare hain, without any exception.</w:t>
      </w:r>
    </w:p>
    <w:p>
      <w:pPr>
        <w:jc w:val="right"/>
      </w:pPr>
      <w:r>
        <w:t>بہت ہی یہ انوکھا ایک ایک انوکھی چیز ڈسکلوز ہوئی کہ سارے ہی بڑے لوگ فرسٹریشن میں مرے ہیں، ودا آؤٹ اینی ایکسیپشن۔</w:t>
      </w:r>
    </w:p>
    <w:p>
      <w:r>
        <w:rPr>
          <w:b/>
        </w:rPr>
        <w:t xml:space="preserve">[04:32] </w:t>
      </w:r>
      <w:r>
        <w:t>Plato frustration mein mara, Batran Russell frustration mein mara, Mars aur Russo frustration mein mare, Darwin frustration mein mara.</w:t>
      </w:r>
    </w:p>
    <w:p>
      <w:pPr>
        <w:jc w:val="right"/>
      </w:pPr>
      <w:r>
        <w:t>پلیٹو فرسٹریشن میں مرا، باٹن رسل فرسٹریشن میں مرا، مارس اور روسو فرسٹریشن میں مرے، ڈارون فرسٹریشن میں مرا۔</w:t>
      </w:r>
    </w:p>
    <w:p>
      <w:r>
        <w:rPr>
          <w:b/>
        </w:rPr>
        <w:t xml:space="preserve">[04:45] </w:t>
      </w:r>
      <w:r>
        <w:t>abhi mein parh raha tha ke Rockefeller, jo yeh America ka bohat bara shayad sab se bara rich aadmi tha, aakhir mein is ka haal yeh hua ke woh nervous breakdown ka shikar hua.</w:t>
      </w:r>
    </w:p>
    <w:p>
      <w:pPr>
        <w:jc w:val="right"/>
      </w:pPr>
      <w:r>
        <w:t>ابھی میں پڑھ رہا تھا کہ راک فیلر، جو یہ امریکہ کا بہت بڑا شاید سب سے بڑا رچ آدمی تھا، آخر میں اس کا حال یہ ہوا کہ وہ نروس بریک ڈاؤن کا شکار ہوا۔</w:t>
      </w:r>
    </w:p>
    <w:p>
      <w:r>
        <w:rPr>
          <w:b/>
        </w:rPr>
        <w:t xml:space="preserve">[05:09] </w:t>
      </w:r>
      <w:r>
        <w:t>woh chahta tha ke bohat din tak mein jiyoon, bohat din tak apni dolat ka faida uthaoon, lekin is par barhapa aaya, is par bemari aayi aur maut ko apne samne dekhne laga.</w:t>
      </w:r>
    </w:p>
    <w:p>
      <w:pPr>
        <w:jc w:val="right"/>
      </w:pPr>
      <w:r>
        <w:t>وہ چاہتا تھا کہ بہت دن تک میں جیوں، بہت دن تک اپنی دولت کا فائدہ اٹھاؤں، لیکن اس پر بڑھاپا آیا، اس پر بیماری آئی اور موت کو اپنے سامنے دیکھنے لگا۔</w:t>
      </w:r>
    </w:p>
    <w:p>
      <w:r>
        <w:rPr>
          <w:b/>
        </w:rPr>
        <w:t xml:space="preserve">[05:26] </w:t>
      </w:r>
      <w:r>
        <w:t>to woh nervous breakdown ka shikar hua, Rockefeller jaisa aadmi, aur isi haal mein mar gaya. woh frustration mein.</w:t>
      </w:r>
    </w:p>
    <w:p>
      <w:pPr>
        <w:jc w:val="right"/>
      </w:pPr>
      <w:r>
        <w:t>تو وہ نروس بریک ڈاؤن کا شکار ہوا، راک فیلر جیسا آدمی، اور اسی حال میں مر گیا۔ وہ فرسٹریشن میں۔</w:t>
      </w:r>
    </w:p>
    <w:p>
      <w:r>
        <w:rPr>
          <w:b/>
        </w:rPr>
        <w:t xml:space="preserve">[05:37] </w:t>
      </w:r>
      <w:r>
        <w:t>isi America ka doosra bohat hi bara aadmi, Henry Ford, top ka rich aadmi, is ka haal yeh hua ke woh bhi frustration mein para aur cancer mein mara.</w:t>
      </w:r>
    </w:p>
    <w:p>
      <w:pPr>
        <w:jc w:val="right"/>
      </w:pPr>
      <w:r>
        <w:t>اسی امریکہ کا دوسرا بہت ہی بڑا آدمی، ہنری فورڈ، ٹاپ کا رچ آدمی، اس کا حال یہ ہوا کہ وہ بھی فرسٹریشن میں پڑا اور کینسر میں مرا۔</w:t>
      </w:r>
    </w:p>
    <w:p>
      <w:r>
        <w:rPr>
          <w:b/>
        </w:rPr>
        <w:t xml:space="preserve">[05:51] </w:t>
      </w:r>
      <w:r>
        <w:t>woh cancer mein nihayat hi mayoosi ke alam mein. yeh sab ka haal hai, mere janne mein kisi ka bhi is mein exception nahi hai.</w:t>
      </w:r>
    </w:p>
    <w:p>
      <w:pPr>
        <w:jc w:val="right"/>
      </w:pPr>
      <w:r>
        <w:t>وہ کینسر میں نہایت ہی مایوسی کے عالم میں۔ یہ سب کا حال ہے، میرے جاننے میں کسی کا بھی اس میں ایکسیپشن نہیں ہے۔</w:t>
      </w:r>
    </w:p>
    <w:p>
      <w:r>
        <w:rPr>
          <w:b/>
        </w:rPr>
        <w:t xml:space="preserve">[06:06] </w:t>
      </w:r>
      <w:r>
        <w:t>kyun aisa hota hai? yeh is liye hota hai ke log Khuda ke creation plan ko nahi jante. Khuda ne yeh dunya banai hai test ke liye, aur log samajh lete hain ke yeh dunya hai is liye ke hum hi apni paradise banayein.</w:t>
      </w:r>
    </w:p>
    <w:p>
      <w:pPr>
        <w:jc w:val="right"/>
      </w:pPr>
      <w:r>
        <w:t>کیوں ایسا ہوتا ہے؟ یہ اس لیے ہوتا ہے کہ لوگ خدا کے کریشن پلان کو نہیں جانتے۔ خدا نے یہ دنیا بنائی ہے ٹیسٹ کے لیے، اور لوگ سمجھ لیتے ہیں کہ یہ دنیا ہے اس لیے کہ ہم ہی اپنی پیراڈائز بنائیں۔</w:t>
      </w:r>
    </w:p>
    <w:p>
      <w:r>
        <w:rPr>
          <w:b/>
        </w:rPr>
        <w:t xml:space="preserve">[06:25] </w:t>
      </w:r>
      <w:r>
        <w:t>to yeh present world is liye hai hi nahi ke aap apne, aap ka jo dream world hai, jo desire aap ke mann mein basi hui hain,</w:t>
      </w:r>
    </w:p>
    <w:p>
      <w:pPr>
        <w:jc w:val="right"/>
      </w:pPr>
      <w:r>
        <w:t>تو یہ پریزنٹ ورلڈ اس لیے ہے ہی نہیں کہ آپ اپنے، آپ کا جو ڈریم ورلڈ ہے، جو ڈیزائر آپ کے من میں بسی ہوئی ہیں،</w:t>
      </w:r>
    </w:p>
    <w:p>
      <w:r>
        <w:rPr>
          <w:b/>
        </w:rPr>
        <w:t xml:space="preserve">[06:39] </w:t>
      </w:r>
      <w:r>
        <w:t>to apni ek dunya banayein jahan aap ki desire poori hon.</w:t>
      </w:r>
    </w:p>
    <w:p>
      <w:pPr>
        <w:jc w:val="right"/>
      </w:pPr>
      <w:r>
        <w:t>تو اپنی ایک دنیا بنائیں جہاں آپ کی ڈیزائر پوری ہوں۔</w:t>
      </w:r>
    </w:p>
    <w:p>
      <w:r>
        <w:rPr>
          <w:b/>
        </w:rPr>
        <w:t xml:space="preserve">[06:47] </w:t>
      </w:r>
      <w:r>
        <w:t>log be tahasha paise ki taraf bhagte hain, khoob paisa kamate hain, lekin aakhir mein kya hota hai ke paise se na to woh health khareed sakte,</w:t>
      </w:r>
    </w:p>
    <w:p>
      <w:pPr>
        <w:jc w:val="right"/>
      </w:pPr>
      <w:r>
        <w:t>لوگ بے تحاشہ پیسے کی طرف بھاگتے ہیں، خوب پیسہ کماتے ہیں، لیکن آخر میں کیا ہوتا ہے کہ پیسے سے نہ تو وہ ہیلتھ خرید سکتے،</w:t>
      </w:r>
    </w:p>
    <w:p>
      <w:r>
        <w:rPr>
          <w:b/>
        </w:rPr>
        <w:t xml:space="preserve">[07:01] </w:t>
      </w:r>
      <w:r>
        <w:t>na paise se khushi khareed sakte, na paise se apni zindagi ko hazar baras bana sakte.</w:t>
      </w:r>
    </w:p>
    <w:p>
      <w:pPr>
        <w:jc w:val="right"/>
      </w:pPr>
      <w:r>
        <w:t>نہ پیسے سے خوشی خرید سکتے، نہ پیسے سے اپنی زندگی کو ہزار برس بنا سکتے۔</w:t>
      </w:r>
    </w:p>
    <w:p>
      <w:r>
        <w:rPr>
          <w:b/>
        </w:rPr>
        <w:t xml:space="preserve">[07:13] </w:t>
      </w:r>
      <w:r>
        <w:t>to jab unhein mehsoos hota hai ke paisa kamane mein sari umar laga di maine, aur jo meri chahat hai, woh mein paise se khareed nahi sakta, to wahan par frustration aata hai un ko.</w:t>
      </w:r>
    </w:p>
    <w:p>
      <w:pPr>
        <w:jc w:val="right"/>
      </w:pPr>
      <w:r>
        <w:t>تو جب انہیں محسوس ہوتا ہے کہ پیسہ کمانے میں ساری عمر لگا دی میں نے، اور جو میری چاہت ہے، وہ میں پیسے سے خرید نہیں سکتا، تو وہاں پر فرسٹریشن آتا ہے ان کو۔</w:t>
      </w:r>
    </w:p>
    <w:p>
      <w:r>
        <w:rPr>
          <w:b/>
        </w:rPr>
        <w:t xml:space="preserve">[07:30] </w:t>
      </w:r>
      <w:r>
        <w:t>to aap ko yeh karna hai ke dunya ko batayein ke creator ka creation plan kya hai, taake log is ke mutabiq apni zindagi ki re-planning karein.</w:t>
      </w:r>
    </w:p>
    <w:p>
      <w:pPr>
        <w:jc w:val="right"/>
      </w:pPr>
      <w:r>
        <w:t>تو آپ کو یہ کرنا ہے کہ دنیا کو بتائیں کہ کریٹر کا کریشن پلان کیا ہے، تاکہ لوگ اس کے مطابق اپنی زندگی کی ری پلاننگ کریں۔</w:t>
      </w:r>
    </w:p>
    <w:p>
      <w:r>
        <w:rPr>
          <w:b/>
        </w:rPr>
        <w:t xml:space="preserve">[07:52] </w:t>
      </w:r>
      <w:r>
        <w:t>to</w:t>
      </w:r>
    </w:p>
    <w:p>
      <w:pPr>
        <w:jc w:val="right"/>
      </w:pPr>
      <w:r>
        <w:t>تو</w:t>
      </w:r>
    </w:p>
    <w:p>
      <w:r>
        <w:rPr>
          <w:b/>
        </w:rPr>
        <w:t xml:space="preserve">[07:56] </w:t>
      </w:r>
      <w:r>
        <w:t>team jab bhi koi banti hai, to team se pehle ek ideology ki zaroorat hoti hai. ek ideology pehle aati hai, team is ke baad banti hai.</w:t>
      </w:r>
    </w:p>
    <w:p>
      <w:pPr>
        <w:jc w:val="right"/>
      </w:pPr>
      <w:r>
        <w:t>ٹیم جب بھی کوئی بنتی ہے، تو ٹیم سے پہلے ایک آئیڈیالوجی کی ضرورت ہوتی ہے۔ ایک آئیڈیالوجی پہلے آتی ہے، ٹیم اس کے بعد بنتی ہے۔</w:t>
      </w:r>
    </w:p>
    <w:p>
      <w:r>
        <w:rPr>
          <w:b/>
        </w:rPr>
        <w:t xml:space="preserve">[08:11] </w:t>
      </w:r>
      <w:r>
        <w:t>jitni zyada strong ideology hogi, utni zyada strong team banegi.</w:t>
      </w:r>
    </w:p>
    <w:p>
      <w:pPr>
        <w:jc w:val="right"/>
      </w:pPr>
      <w:r>
        <w:t>جتنی زیادہ اسٹرانگ آئیڈیالوجی ہوگی، اتنی زیادہ اسٹرانگ ٹیم بنے گی۔</w:t>
      </w:r>
    </w:p>
    <w:p>
      <w:r>
        <w:rPr>
          <w:b/>
        </w:rPr>
        <w:t xml:space="preserve">[08:23] </w:t>
      </w:r>
      <w:r>
        <w:t>ab bataiye ke kya is se bhi strong koi ideology ho sakti hai ke poori poori humanity jo hai,</w:t>
      </w:r>
    </w:p>
    <w:p>
      <w:pPr>
        <w:jc w:val="right"/>
      </w:pPr>
      <w:r>
        <w:t>اب بتائیے کہ کیا اس سے بھی اسٹرانگ کوئی آئیڈیالوجی ہو سکتی ہے کہ پوری پوری ہیومینٹی جو ہے،</w:t>
      </w:r>
    </w:p>
    <w:p>
      <w:r>
        <w:rPr>
          <w:b/>
        </w:rPr>
        <w:t xml:space="preserve">[08:34] </w:t>
      </w:r>
      <w:r>
        <w:t>apne ko destroy kar rahi hai, apne ko ruin kar rahi hai?</w:t>
      </w:r>
    </w:p>
    <w:p>
      <w:pPr>
        <w:jc w:val="right"/>
      </w:pPr>
      <w:r>
        <w:t>اپنے کو ڈسٹرائے کر رہی ہے، اپنے کو روئین کر رہی ہے؟</w:t>
      </w:r>
    </w:p>
    <w:p>
      <w:r>
        <w:rPr>
          <w:b/>
        </w:rPr>
        <w:t xml:space="preserve">[08:41] </w:t>
      </w:r>
      <w:r>
        <w:t>itha potential ke sath log aate hain, aur bilkul apne potential ko actual banaye baghair chale aate hain.</w:t>
      </w:r>
    </w:p>
    <w:p>
      <w:pPr>
        <w:jc w:val="right"/>
      </w:pPr>
      <w:r>
        <w:t>اتھا پوٹینشل کے ساتھ لوگ آتے ہیں، اور بالکل اپنے پوٹینشل کو ایکچول بنائے بغیر چلے آتے ہیں۔</w:t>
      </w:r>
    </w:p>
    <w:p>
      <w:r>
        <w:rPr>
          <w:b/>
        </w:rPr>
        <w:t xml:space="preserve">[08:51] </w:t>
      </w:r>
      <w:r>
        <w:t>kya is se bara koi mission ho sakta hai aap ke liye? is se bari koi cheez ho sakti hai jo aap ko activate kare? mein samajhta hoon ke shayad is se bari koi cheez nahi ho sakti jo aap ko activate kare, jo aap ke raat aur din ko</w:t>
      </w:r>
    </w:p>
    <w:p>
      <w:pPr>
        <w:jc w:val="right"/>
      </w:pPr>
      <w:r>
        <w:t>کیا اس سے بڑا کوئی مشن ہو سکتا ہے آپ کے لیے؟ اس سے بڑی کوئی چیز ہو سکتی ہے جو آپ کو ایکٹیویٹ کرے؟ میں سمجھتا ہوں کہ شاید اس سے بڑی کوئی چیز نہیں ہو سکتی جو آپ کو ایکٹیویٹ کرے، جو آپ کے رات اور دن کو</w:t>
      </w:r>
    </w:p>
    <w:p>
      <w:r>
        <w:rPr>
          <w:b/>
        </w:rPr>
        <w:t xml:space="preserve">[09:15] </w:t>
      </w:r>
      <w:r>
        <w:t>bechain kar de.</w:t>
      </w:r>
    </w:p>
    <w:p>
      <w:pPr>
        <w:jc w:val="right"/>
      </w:pPr>
      <w:r>
        <w:t>بے چین کر دے۔</w:t>
      </w:r>
    </w:p>
    <w:p>
      <w:r>
        <w:rPr>
          <w:b/>
        </w:rPr>
        <w:t xml:space="preserve">[09:21] </w:t>
      </w:r>
      <w:r>
        <w:t>to team ke andar yeh hona chahiye ke is ke paas koi bohat hi bara target ho, aur us target par is ka sacha yaqeen ho.</w:t>
      </w:r>
    </w:p>
    <w:p>
      <w:pPr>
        <w:jc w:val="right"/>
      </w:pPr>
      <w:r>
        <w:t>تو ٹیم کے اندر یہ ہونا چاہیے کہ اس کے پاس کوئی بہت ہی بڑا ٹارگٹ ہو، اور اس ٹارگٹ پر اس کا سچا یقین ہو۔</w:t>
      </w:r>
    </w:p>
    <w:p>
      <w:r>
        <w:rPr>
          <w:b/>
        </w:rPr>
        <w:t xml:space="preserve">[09:34] </w:t>
      </w:r>
      <w:r>
        <w:t>yehi do cheezein hain jo team ko team banati hain. mein samajhta hoon ke hamare mission mein yeh dono cheezein poori tarah aa chuki hain.</w:t>
      </w:r>
    </w:p>
    <w:p>
      <w:pPr>
        <w:jc w:val="right"/>
      </w:pPr>
      <w:r>
        <w:t>یہی دو چیزیں ہیں جو ٹیم کو ٹیم بناتی ہیں۔ میں سمجھتا ہوں کہ ہمارے مشن میں یہ دونوں چیزیں پوری طرح آ چکی ہیں۔</w:t>
      </w:r>
    </w:p>
    <w:p>
      <w:r>
        <w:rPr>
          <w:b/>
        </w:rPr>
        <w:t xml:space="preserve">[09:47] </w:t>
      </w:r>
      <w:r>
        <w:t>is mission mein aakhri had tak yeh baat aap ke samne aa chuki hai ke sab se bara target kya hai, aur yeh ke yeh mission jo hai, yeh sachai par khara hua hai,</w:t>
      </w:r>
    </w:p>
    <w:p>
      <w:pPr>
        <w:jc w:val="right"/>
      </w:pPr>
      <w:r>
        <w:t>اس مشن میں آخری حد تک یہ بات آپ کے سامنے آ چکی ہے کہ سب سے بڑا ٹارگٹ کیا ہے، اور یہ کہ یہ مشن جو ہے، یہ سچائی پر کھڑا ہوا ہے،</w:t>
      </w:r>
    </w:p>
    <w:p>
      <w:r>
        <w:rPr>
          <w:b/>
        </w:rPr>
        <w:t xml:space="preserve">[10:05] </w:t>
      </w:r>
      <w:r>
        <w:t>sachai par khara hua hai. mein samajhta hoon ke yeh ek aisi cheez hai jo aap ko hila de, hila de aap ko.</w:t>
      </w:r>
    </w:p>
    <w:p>
      <w:pPr>
        <w:jc w:val="right"/>
      </w:pPr>
      <w:r>
        <w:t>سچائی پر کھڑا ہوا ہے۔ میں سمجھتا ہوں کہ یہ ایک ایسی چیز ہے جو آپ کو ہلا دے، ہلا دے آپ کو۔</w:t>
      </w:r>
    </w:p>
    <w:p>
      <w:r>
        <w:rPr>
          <w:b/>
        </w:rPr>
        <w:t xml:space="preserve">[10:19] </w:t>
      </w:r>
      <w:r>
        <w:t>aaj subah mein, aap jante hain ke mein TV to nahi dekhta, lekin mein radio rozana sunta hoon.</w:t>
      </w:r>
    </w:p>
    <w:p>
      <w:pPr>
        <w:jc w:val="right"/>
      </w:pPr>
      <w:r>
        <w:t>آج صبح میں، آپ جانتے ہیں کہ میں ٹی وی تو نہیں دیکھتا، لیکن میں ریڈیو روزانہ سنتا ہوں۔</w:t>
      </w:r>
    </w:p>
    <w:p>
      <w:r>
        <w:rPr>
          <w:b/>
        </w:rPr>
        <w:t xml:space="preserve">[10:30] </w:t>
      </w:r>
      <w:r>
        <w:t>to aaj subah mein jab mein ne radio khola to ek feature aane laga. yeh feature tha Kuwait par, K U W A I T Kuwait.</w:t>
      </w:r>
    </w:p>
    <w:p>
      <w:pPr>
        <w:jc w:val="right"/>
      </w:pPr>
      <w:r>
        <w:t>تو آج صبح میں جب میں نے ریڈیو کھولا تو ایک فیچر آنے لگا۔ یہ فیچر تھا کویت پر، کے یو ڈبلیو اے آئی ٹی کویت۔</w:t>
      </w:r>
    </w:p>
    <w:p>
      <w:r>
        <w:rPr>
          <w:b/>
        </w:rPr>
        <w:t xml:space="preserve">[10:46] </w:t>
      </w:r>
      <w:r>
        <w:t>aap jante hain ke Kuwait jo hai, khaleej ka ek chota sa mulk hai,</w:t>
      </w:r>
    </w:p>
    <w:p>
      <w:pPr>
        <w:jc w:val="right"/>
      </w:pPr>
      <w:r>
        <w:t>آپ جانتے ہیں کہ کویت جو ہے، خلیج کا ایک چھوٹا سا ملک ہے،</w:t>
      </w:r>
    </w:p>
    <w:p>
      <w:r>
        <w:rPr>
          <w:b/>
        </w:rPr>
        <w:t xml:space="preserve">[10:54] </w:t>
      </w:r>
      <w:r>
        <w:t>jo ek taraf Iraq hai, doosri taraf Saudi Arabia hai, aur ek taraf samandar hai. to is ne bataya ke</w:t>
      </w:r>
    </w:p>
    <w:p>
      <w:pPr>
        <w:jc w:val="right"/>
      </w:pPr>
      <w:r>
        <w:t>جو ایک طرف عراق ہے، دوسری طرف سعودی عربیہ ہے، اور ایک طرف سمندر ہے۔ تو اس نے بتایا کہ</w:t>
      </w:r>
    </w:p>
    <w:p>
      <w:r>
        <w:rPr>
          <w:b/>
        </w:rPr>
        <w:t xml:space="preserve">[11:10] </w:t>
      </w:r>
      <w:r>
        <w:t>is ne bataya ke unniswin sadi</w:t>
      </w:r>
    </w:p>
    <w:p>
      <w:pPr>
        <w:jc w:val="right"/>
      </w:pPr>
      <w:r>
        <w:t>اس نے بتایا کہ انیسویں صدی</w:t>
      </w:r>
    </w:p>
    <w:p>
      <w:r>
        <w:rPr>
          <w:b/>
        </w:rPr>
        <w:t xml:space="preserve">[11:16] </w:t>
      </w:r>
      <w:r>
        <w:t>ke shuru mein yeh haal tha ke Kuwait sirf ek desert tha, reit, reit, mud ke ghar the wahan par, mitti ke ghar hua karte the.</w:t>
      </w:r>
    </w:p>
    <w:p>
      <w:pPr>
        <w:jc w:val="right"/>
      </w:pPr>
      <w:r>
        <w:t>کے شروع میں یہ حال تھا کہ کویت صرف ایک ڈیزرٹ تھا، ریت، ریت، مڈ کے گھر تھے وہاں پر، مٹی کے گھر ہوا کرتے تھے۔</w:t>
      </w:r>
    </w:p>
    <w:p>
      <w:r>
        <w:rPr>
          <w:b/>
        </w:rPr>
        <w:t xml:space="preserve">[11:35] </w:t>
      </w:r>
      <w:r>
        <w:t>Kuwait mein mitti ke ghar hote the, sab desert tha, pani wahan nahi hota tha, pani laya jata tha boat par Iraq se,</w:t>
      </w:r>
    </w:p>
    <w:p>
      <w:pPr>
        <w:jc w:val="right"/>
      </w:pPr>
      <w:r>
        <w:t>کویت میں مٹی کے گھر ہوتے تھے، سب ڈیزرٹ تھا، پانی وہاں نہیں ہوتا تھا، پانی لایا جاتا تھا بوٹ پر عراق سے،</w:t>
      </w:r>
    </w:p>
    <w:p>
      <w:r>
        <w:rPr>
          <w:b/>
        </w:rPr>
        <w:t xml:space="preserve">[11:51] </w:t>
      </w:r>
      <w:r>
        <w:t>yani zindagi kuch bhi nahi thi wahan par. is ke baad kya hua ke petrol nikla. is waqt Kuwait ki income ka 90 feesad se zyada aata hai petrol,</w:t>
      </w:r>
    </w:p>
    <w:p>
      <w:pPr>
        <w:jc w:val="right"/>
      </w:pPr>
      <w:r>
        <w:t>یعنی زندگی کچھ بھی نہیں تھی وہاں پر۔ اس کے بعد کیا ہوا کہ پٹرول نکلا۔ اس وقت کویت کی انکم کا 90 فیصد سے زیادہ آتا ہے پٹرول،</w:t>
      </w:r>
    </w:p>
    <w:p>
      <w:r>
        <w:rPr>
          <w:b/>
        </w:rPr>
        <w:t xml:space="preserve">[12:05] </w:t>
      </w:r>
      <w:r>
        <w:t>oil ke zariye. jab oil nikla to aaj wahi Kuwait jo pehle desert hota tha, aaj wahi ek hara bhara mulk ban gaya hai.</w:t>
      </w:r>
    </w:p>
    <w:p>
      <w:pPr>
        <w:jc w:val="right"/>
      </w:pPr>
      <w:r>
        <w:t>آئل کے ذریعے۔ جب آئل نکلا تو آج وہی کویت جو پہلے ڈیزرٹ ہوتا تھا، آج وہی ایک ہرا بھرا દેશ بن گیا ہے۔</w:t>
      </w:r>
    </w:p>
    <w:p>
      <w:r>
        <w:rPr>
          <w:b/>
        </w:rPr>
        <w:t xml:space="preserve">[12:19] </w:t>
      </w:r>
      <w:r>
        <w:t>aaj kal kaha jata hai Kuwait ko Zehra al Sahara, yani flower of the desert, yani wahi mulk jo kachi mitti,</w:t>
      </w:r>
    </w:p>
    <w:p>
      <w:pPr>
        <w:jc w:val="right"/>
      </w:pPr>
      <w:r>
        <w:t>آج کل کہا جاتا ہے کویت کو زہرت الصحراء، یعنی فلاور آف دا ڈیزرٹ، یعنی وہی دیش جو کچی مٹی،</w:t>
      </w:r>
    </w:p>
    <w:p>
      <w:r>
        <w:rPr>
          <w:b/>
        </w:rPr>
        <w:t xml:space="preserve">[12:34] </w:t>
      </w:r>
      <w:r>
        <w:t>jo mitti ke gharon ka mulk tha, aur jahan khane peene ka koi bohat mushkil se milta tha logon ko, aaj wahan jagmagate hue shehar base hue hain,</w:t>
      </w:r>
    </w:p>
    <w:p>
      <w:pPr>
        <w:jc w:val="right"/>
      </w:pPr>
      <w:r>
        <w:t>جو مٹی کے گھروں کا دیش تھا، اور جہاں کھانے پینے کا کوئی بہت مشکل سے ملتا تھا لوگوں کو، آج وہاں جگمگاتے ہوئے شہر بسے ہوئے ہیں،</w:t>
      </w:r>
    </w:p>
    <w:p>
      <w:r>
        <w:rPr>
          <w:b/>
        </w:rPr>
        <w:t xml:space="preserve">[12:49] </w:t>
      </w:r>
      <w:r>
        <w:t>aur is ko Zehra al Sahara, yani flower of the desert kaha jata hai. yeh kaise hua? kaise yeh possible hua dedh so saal mein?</w:t>
      </w:r>
    </w:p>
    <w:p>
      <w:pPr>
        <w:jc w:val="right"/>
      </w:pPr>
      <w:r>
        <w:t>اور اس کو زہرت الصحراء، یعنی فلاور آف دا ڈیزرٹ کہا جاتا ہے۔ یہ کیسے ہوا؟ کیسے یہ پوسیبل ہوا ڈیڑھ سو سال میں؟</w:t>
      </w:r>
    </w:p>
    <w:p>
      <w:r>
        <w:rPr>
          <w:b/>
        </w:rPr>
        <w:t xml:space="preserve">[13:04] </w:t>
      </w:r>
      <w:r>
        <w:t>yeh miracle hua hai science ke zariye. science ke zariye aap jante hain ke science ne oil ka ilm daryaft kiya, oil ko daryaft kiya.</w:t>
      </w:r>
    </w:p>
    <w:p>
      <w:pPr>
        <w:jc w:val="right"/>
      </w:pPr>
      <w:r>
        <w:t>یہ میریکل ہوا ہے سائنس کے ذریعے۔ سائنس کے ذریعے آپ جانتے ہیں کہ سائنس نے آئل کا علم دریافت کیا، آئل کو دریافت کیا۔</w:t>
      </w:r>
    </w:p>
    <w:p>
      <w:r>
        <w:rPr>
          <w:b/>
        </w:rPr>
        <w:t xml:space="preserve">[13:21] </w:t>
      </w:r>
      <w:r>
        <w:t>science ne ek industrial civilization paida ki, yani ek taraf oil aur doosri taraf oil ko utilize karne ke liye ek poori duniya,</w:t>
      </w:r>
    </w:p>
    <w:p>
      <w:pPr>
        <w:jc w:val="right"/>
      </w:pPr>
      <w:r>
        <w:t>سائنس نے ایک انڈسٹریل سولائزیشن پیدا کی، یعنی ایک طرف آئل اور دوسری طرف آئل کو یوٹیلائز کرنے کے لیے ایک پوری دنیا،</w:t>
      </w:r>
    </w:p>
    <w:p>
      <w:r>
        <w:rPr>
          <w:b/>
        </w:rPr>
        <w:t xml:space="preserve">[13:36] </w:t>
      </w:r>
      <w:r>
        <w:t>industrial duniya. agar industrial revolution na aata, industrial duniya na bani hoti to aap oil kahan karte?</w:t>
      </w:r>
    </w:p>
    <w:p>
      <w:pPr>
        <w:jc w:val="right"/>
      </w:pPr>
      <w:r>
        <w:t>انڈسٹریل دنیا۔ اگر انڈسٹریل ریولوشن نہ آتا، انڈسٹریل دنیا نہ بنی ہوتی تو آپ آئل کہاں کرتے؟</w:t>
      </w:r>
    </w:p>
    <w:p>
      <w:r>
        <w:rPr>
          <w:b/>
        </w:rPr>
        <w:t xml:space="preserve">[13:46] </w:t>
      </w:r>
      <w:r>
        <w:t>kon khareedta is ko? to oil ki shakal mein jo cheez mili, kyunke is ka consumption maujood ho gaya,</w:t>
      </w:r>
    </w:p>
    <w:p>
      <w:pPr>
        <w:jc w:val="right"/>
      </w:pPr>
      <w:r>
        <w:t>کون خریدتا اس کو؟ تو آئل کی شکل میں جو چیز ملی، کیونکہ اس کا کنزمشن موجود ہو گیا،</w:t>
      </w:r>
    </w:p>
    <w:p>
      <w:r>
        <w:rPr>
          <w:b/>
        </w:rPr>
        <w:t xml:space="preserve">[14:01] </w:t>
      </w:r>
      <w:r>
        <w:t>yani science ne aise aise bare bare karkhane, aisi machinein, motor car, hawai jahaz, aur duniya bhar ki cheezein banai, jis ke liye oil ki petrol ki zaroorat hoti hai.</w:t>
      </w:r>
    </w:p>
    <w:p>
      <w:pPr>
        <w:jc w:val="right"/>
      </w:pPr>
      <w:r>
        <w:t>یعنی سائنس نے ایسے ایسے بڑے بڑے کارخانے، ایسی مشینیں، موٹر کار، ہوائی جہاز، اور دنیا بھر کی چیزیں بنائیں، جس کے لیے آئل کی پٹرول کی ضرورت ہوتی ہے۔</w:t>
      </w:r>
    </w:p>
    <w:p>
      <w:r>
        <w:rPr>
          <w:b/>
        </w:rPr>
        <w:t xml:space="preserve">[14:13] </w:t>
      </w:r>
      <w:r>
        <w:t>ab wahan paisa hi paisa ho gaya, aur ab wahan par sari cheezein re-plan ki gayeen, shehron ko phir se banaya gaya.</w:t>
      </w:r>
    </w:p>
    <w:p>
      <w:pPr>
        <w:jc w:val="right"/>
      </w:pPr>
      <w:r>
        <w:t>اب وہاں پیسہ ہی پیسہ ہو گیا، اور اب وہاں پر ساری چیزیں ری پلان کی گئیں، شہروں کو پھر سے بنایا گیا۔</w:t>
      </w:r>
    </w:p>
    <w:p>
      <w:r>
        <w:rPr>
          <w:b/>
        </w:rPr>
        <w:t xml:space="preserve">[14:25] </w:t>
      </w:r>
      <w:r>
        <w:t>mein ek baar Kuwait gaya hoon. jab Kuwait ke air base, air space mein aap pounchate hain, mein jab gaya to raat ka waqt tha.</w:t>
      </w:r>
    </w:p>
    <w:p>
      <w:pPr>
        <w:jc w:val="right"/>
      </w:pPr>
      <w:r>
        <w:t>میں ایک بار کویت گیا ہوں۔ جب کویت کے ایئر بیس، ایئر سپیس میں آپ پہنچتے ہیں، میں جب گیا تو رات کا وقت تھا۔</w:t>
      </w:r>
    </w:p>
    <w:p>
      <w:r>
        <w:rPr>
          <w:b/>
        </w:rPr>
        <w:t xml:space="preserve">[14:36] </w:t>
      </w:r>
      <w:r>
        <w:t>to Kuwait, Kuwait ke air space mein jab aap pounchate hain to neeche ek jagmagati hui duniya dikhai deti hai, jagmagati hui duniya hawai jahaz ke neeche, jabke dedh so saal pehle wahan kuch bhi dikhai nahi deta tha.</w:t>
      </w:r>
    </w:p>
    <w:p>
      <w:pPr>
        <w:jc w:val="right"/>
      </w:pPr>
      <w:r>
        <w:t>تو کویت، کویت کے ایئر سپیس میں جب آپ پہنچتے ہیں تو نیچے ایک جگمگاتی ہوئی دنیا دکھائی دیتی ہے، جگمگاتی ہوئی دنیا ہوائی جہاز کے نیچے، جبکہ ڈیڑھ سو سال پہلے وہاں کچھ بھی دکھائی نہیں دیتا تھا۔</w:t>
      </w:r>
    </w:p>
    <w:p>
      <w:r>
        <w:rPr>
          <w:b/>
        </w:rPr>
        <w:t xml:space="preserve">[14:55] </w:t>
      </w:r>
      <w:r>
        <w:t>to mein jo kehna chahta hoon, woh yeh kehna chahta hoon ke science ka jo advent tha, us ne material world mein bohat taraqqi ki, yani desert ko is ne garden bana diya,</w:t>
      </w:r>
    </w:p>
    <w:p>
      <w:pPr>
        <w:jc w:val="right"/>
      </w:pPr>
      <w:r>
        <w:t>تو میں جو کہنا چاہتا ہوں، وہ یہ کہنا چاہتا ہوں کہ سائنس کا جو ایڈون تھا، اس نے مٹیریل ورلڈ میں بہت ترقی کی، یعنی ڈیزرٹ کو اس نے گارڈن بنا دیا،</w:t>
      </w:r>
    </w:p>
    <w:p>
      <w:r>
        <w:rPr>
          <w:b/>
        </w:rPr>
        <w:t xml:space="preserve">[15:14] </w:t>
      </w:r>
      <w:r>
        <w:t>desert ko garden bana diya. isi science ke andar spiritual world ko bhi garden banane ka potential maujood tha, lekin woh istemal nahi hua.</w:t>
      </w:r>
    </w:p>
    <w:p>
      <w:pPr>
        <w:jc w:val="right"/>
      </w:pPr>
      <w:r>
        <w:t>ڈیزرٹ کو گارڈن بنا دیا۔ اسی سائنس کے اندر اسپیریچول ورلڈ کو بھی گارڈن بنانے کا پوٹینشل موجود تھا، لیکن وہ استعمال نہیں ہوا۔</w:t>
      </w:r>
    </w:p>
    <w:p>
      <w:r>
        <w:rPr>
          <w:b/>
        </w:rPr>
        <w:t xml:space="preserve">[15:27] </w:t>
      </w:r>
      <w:r>
        <w:t>yani science jo aai, science ne jo discoveries kin, science ne jo nai duniya</w:t>
      </w:r>
    </w:p>
    <w:p>
      <w:pPr>
        <w:jc w:val="right"/>
      </w:pPr>
      <w:r>
        <w:t>یعنی سائنس جو آئی، سائنس نے جو ڈسکوریز کیں، سائنس نے جو نئی دنیا</w:t>
      </w:r>
    </w:p>
    <w:p>
      <w:r>
        <w:rPr>
          <w:b/>
        </w:rPr>
        <w:t xml:space="preserve">[15:37] </w:t>
      </w:r>
      <w:r>
        <w:t>discover kar ke nikali, is ka aik aspect yeh tha ke is mein material comfort ka saman tha. is ke andar motor car thi, is ke andar hawa jahaz tha, is ke andar mobile tha, is ke andar telephone tha.</w:t>
      </w:r>
    </w:p>
    <w:p>
      <w:pPr>
        <w:jc w:val="right"/>
      </w:pPr>
      <w:r>
        <w:t>ڈسکور کر کے نکالی، اس کا ایک ایسپیکٹ یہ تھا کہ اس میں مٹیریل کمفرٹ کا سامان تھا۔ اس کے اندر موٹر کار تھی، اس کے اندر ہوا جہاز تھا، اس کے اندر موبائل تھا، اس کے اندر ٹیلی فون تھا۔</w:t>
      </w:r>
    </w:p>
    <w:p>
      <w:r>
        <w:rPr>
          <w:b/>
        </w:rPr>
        <w:t xml:space="preserve">[15:53] </w:t>
      </w:r>
      <w:r>
        <w:t>woh woh sare comfort ke saman aur luxury ke saman jin ko aaj aap istemal karte hain, woh sab tha is mein.</w:t>
      </w:r>
    </w:p>
    <w:p>
      <w:pPr>
        <w:jc w:val="right"/>
      </w:pPr>
      <w:r>
        <w:t>وہ وہ سارے کمفرٹ کے سامان اور لگژری کے سامان جن کو آج آپ استعمال کرتے ہیں، وہ سب تھا اس میں۔</w:t>
      </w:r>
    </w:p>
    <w:p>
      <w:r>
        <w:rPr>
          <w:b/>
        </w:rPr>
        <w:t xml:space="preserve">[16:02] </w:t>
      </w:r>
      <w:r>
        <w:t>lekin isi ke sath sath is science ka aik aur aspect tha. science ne jo discovery ki, is mein Khuda ki marifat thi, Khuda ke jalwe the, Khuda ki glory thi,</w:t>
      </w:r>
    </w:p>
    <w:p>
      <w:pPr>
        <w:jc w:val="right"/>
      </w:pPr>
      <w:r>
        <w:t>لیکن اسی کے ساتھ ساتھ اس سائنس کا ایک اور ایسپیکٹ تھا۔ سائنس نے جو ڈسکوری کی، اس میں خدا کی معرفت تھی، خدا کے جلوے تھے، خدا کی گلوری تھی،</w:t>
      </w:r>
    </w:p>
    <w:p>
      <w:r>
        <w:rPr>
          <w:b/>
        </w:rPr>
        <w:t xml:space="preserve">[16:18] </w:t>
      </w:r>
      <w:r>
        <w:t>Khuda ki glory ko science ne reestablish kiya, phir se bataya. lekin main yeh keh raha hoon ke main yeh kehna chahta hoon ke science ka material aspect toh khoob khoob istemal hua, lekin science ka jo spiritual aspect tha, jo religious aspect tha, jo divine aspect tha,</w:t>
      </w:r>
    </w:p>
    <w:p>
      <w:pPr>
        <w:jc w:val="right"/>
      </w:pPr>
      <w:r>
        <w:t>خدا کی گلوری کو سائنس نے ری اسٹیبلش کیا، پھر سے بتایا۔ لیکن میں یہ کہہ رہا ہوں کہ میں یہ کہنا چاہتا ہوں کہ سائنس کا مٹیریل ایسپیکٹ تو خوب خوب استعمال ہوا، لیکن سائنس کا جو اسپیریچول ایسپیکٹ تھا، جو ریلیجیس ایسپیکٹ تھا، جو ڈیوائن ایسپیکٹ تھا،</w:t>
      </w:r>
    </w:p>
    <w:p>
      <w:r>
        <w:rPr>
          <w:b/>
        </w:rPr>
        <w:t xml:space="preserve">[16:39] </w:t>
      </w:r>
      <w:r>
        <w:t>woh istemal na ho saka. halanke agar woh istemal hota toh jis tarah se</w:t>
      </w:r>
    </w:p>
    <w:p>
      <w:pPr>
        <w:jc w:val="right"/>
      </w:pPr>
      <w:r>
        <w:t>وہ استعمال نہ ہو سکا۔ حالانکہ اگر وہ استعمال ہوتا تو جس طرح سے</w:t>
      </w:r>
    </w:p>
    <w:p>
      <w:r>
        <w:rPr>
          <w:b/>
        </w:rPr>
        <w:t xml:space="preserve">[16:50] </w:t>
      </w:r>
      <w:r>
        <w:t>desert ko garden bana diya gaya, isi tarah se insan ki zindagi bhi garden ban jati. logon ko zyada conviction ke sath Khuda ko manane ka saman tha, is mein logon ke liye apni spirituality ko zyada hara bhara banane ka saman tha,</w:t>
      </w:r>
    </w:p>
    <w:p>
      <w:pPr>
        <w:jc w:val="right"/>
      </w:pPr>
      <w:r>
        <w:t>ڈیزرٹ کو گارڈن بنا دیا گیا، اسی طرح سے انسان کی زندگی بھی گارڈن بن جاتی۔ لوگوں کو زیادہ کنوکشن کے ساتھ خدا کو ماننے کا سامان تھا، اس میں لوگوں کے لیے اپنی اسپیریچولیٹی کو زیادہ ہرا بھرا بنانے کا سامان تھا،</w:t>
      </w:r>
    </w:p>
    <w:p>
      <w:r>
        <w:rPr>
          <w:b/>
        </w:rPr>
        <w:t xml:space="preserve">[17:14] </w:t>
      </w:r>
      <w:r>
        <w:t>lekin woh aspect istemal na ho saka. main is class mein bar bar in pehluon ko lata raha hoon aap ke samne, science ke woh pehlu.</w:t>
      </w:r>
    </w:p>
    <w:p>
      <w:pPr>
        <w:jc w:val="right"/>
      </w:pPr>
      <w:r>
        <w:t>لیکن وہ ایسپیکٹ استعمال نہ ہو سکا۔ میں اس کلاس میں بار بار ان پہلوؤں کو لاتا رہا ہوں آپ کے سامنے، سائنس کے وہ پہلو۔</w:t>
      </w:r>
    </w:p>
    <w:p>
      <w:r>
        <w:rPr>
          <w:b/>
        </w:rPr>
        <w:t xml:space="preserve">[17:26] </w:t>
      </w:r>
      <w:r>
        <w:t>apni kitabon mein main ne tafseel se bataya hai ke science ke yeh doosre pehlu se matlab kya hai.</w:t>
      </w:r>
    </w:p>
    <w:p>
      <w:pPr>
        <w:jc w:val="right"/>
      </w:pPr>
      <w:r>
        <w:t>اپنی کتابوں میں میں نے تفصیل سے بتایا ہے کہ سائنس کے یہ دوسرے پہلو سے مطلب کیا ہے۔</w:t>
      </w:r>
    </w:p>
    <w:p>
      <w:r>
        <w:rPr>
          <w:b/>
        </w:rPr>
        <w:t xml:space="preserve">[17:34] </w:t>
      </w:r>
      <w:r>
        <w:t>toh aap ko kya karna hai? jo in avail aspect hai science ka, us ko le kar aap ko dunya ke samne jana hai,</w:t>
      </w:r>
    </w:p>
    <w:p>
      <w:pPr>
        <w:jc w:val="right"/>
      </w:pPr>
      <w:r>
        <w:t>تو آپ کو کیا کرنا ہے؟ جو ان اویل ایسپیکٹ ہے سائنس کا، اس کو لے کر آپ کو دنیا کے سامنے جانا ہے،</w:t>
      </w:r>
    </w:p>
    <w:p>
      <w:r>
        <w:rPr>
          <w:b/>
        </w:rPr>
        <w:t xml:space="preserve">[17:48] </w:t>
      </w:r>
      <w:r>
        <w:t>aur desert mein, yani spiritual desert ko garden banana hai, spiritual desert ko flower se bhar dena hai.</w:t>
      </w:r>
    </w:p>
    <w:p>
      <w:pPr>
        <w:jc w:val="right"/>
      </w:pPr>
      <w:r>
        <w:t>اور ڈیزرٹ میں، یعنی اسپیریچول ڈیزرٹ کو گارڈن بنانا ہے، اسپیریچول ڈیزرٹ کو فلاور سے بھر دینا ہے۔</w:t>
      </w:r>
    </w:p>
    <w:p>
      <w:r>
        <w:rPr>
          <w:b/>
        </w:rPr>
        <w:t xml:space="preserve">[18:00] </w:t>
      </w:r>
      <w:r>
        <w:t>yeh hai aap ka mission. yani science ne hamein kya kiya hai? naye naye logic diye hain, nai daleelein di hain,</w:t>
      </w:r>
    </w:p>
    <w:p>
      <w:pPr>
        <w:jc w:val="right"/>
      </w:pPr>
      <w:r>
        <w:t>یہ ہے آپ کا مشن۔ یعنی سائنس نے ہمیں کیا کیا ہے؟ نئے نئے لاجک دیے ہیں، نئی دلیلیں دی ہیں،</w:t>
      </w:r>
    </w:p>
    <w:p>
      <w:r>
        <w:rPr>
          <w:b/>
        </w:rPr>
        <w:t xml:space="preserve">[18:14] </w:t>
      </w:r>
      <w:r>
        <w:t>is baat ko possible banaya hai ke scientific framework mein Khuda ko hum rediscover kar sakein, zyada barhe, zyada high level par.</w:t>
      </w:r>
    </w:p>
    <w:p>
      <w:pPr>
        <w:jc w:val="right"/>
      </w:pPr>
      <w:r>
        <w:t>اس بات کو پوسیبل بنایا ہے کہ سائنٹیفک فریم ورک میں خدا کو ہم ری ڈسکور کر سکیں، زیادہ بڑے، زیادہ ہائی لیول پر۔</w:t>
      </w:r>
    </w:p>
    <w:p>
      <w:r>
        <w:rPr>
          <w:b/>
        </w:rPr>
        <w:t xml:space="preserve">[18:29] </w:t>
      </w:r>
      <w:r>
        <w:t>aaj science ke zariye yeh possible ho gaya hai ke realization ka woh darja hasil kar sakein, jis ke baray mein hadith mein aata hai.</w:t>
      </w:r>
    </w:p>
    <w:p>
      <w:pPr>
        <w:jc w:val="right"/>
      </w:pPr>
      <w:r>
        <w:t>آج سائنس کے ذریعے یہ پوسیبل ہو گیا ہے کہ ریلائزیشن کا وہ درجہ حاصل کر سکیں، جس کے بارے میں حدیث میں آتا ہے۔</w:t>
      </w:r>
    </w:p>
    <w:p>
      <w:r>
        <w:rPr>
          <w:b/>
        </w:rPr>
        <w:t xml:space="preserve">[18:38] </w:t>
      </w:r>
      <w:r>
        <w:t>hadith mein aata hai, is se pehle main ne hadith sunai aap ko ke qayamat mein, akhirat mein, jab yeh dunya khatm ho jayegi aur sare log, yani</w:t>
      </w:r>
    </w:p>
    <w:p>
      <w:pPr>
        <w:jc w:val="right"/>
      </w:pPr>
      <w:r>
        <w:t>حدیث میں آتا ہے، اس سے پہلے میں نے حدیث سنائی آپ کو کہ قیامت میں، آخرت میں، جب یہ دنیا ختم ہو جائے گی اور سارے لوگ، یعنی</w:t>
      </w:r>
    </w:p>
    <w:p>
      <w:r>
        <w:rPr>
          <w:b/>
        </w:rPr>
        <w:t xml:space="preserve">[18:55] </w:t>
      </w:r>
      <w:r>
        <w:t>day of judgment ke din baad laye jayenge, toh hadith mein aata hai kuch log aise honge wahan par jin ko</w:t>
      </w:r>
    </w:p>
    <w:p>
      <w:pPr>
        <w:jc w:val="right"/>
      </w:pPr>
      <w:r>
        <w:t>ڈیپ ججمنٹ کے دن بعد لائے جائیں گے، تو حدیث میں آتا ہے کچھ لوگ ایسے ہوں گے وہاں پر جن کو</w:t>
      </w:r>
    </w:p>
    <w:p>
      <w:r>
        <w:rPr>
          <w:b/>
        </w:rPr>
        <w:t xml:space="preserve">[19:07] </w:t>
      </w:r>
      <w:r>
        <w:t>prophet bhi alvi ki nazar se dekhenge.</w:t>
      </w:r>
    </w:p>
    <w:p>
      <w:pPr>
        <w:jc w:val="right"/>
      </w:pPr>
      <w:r>
        <w:t>پرافٹ بھی علوی کی نظر سے دیکھیں گے۔</w:t>
      </w:r>
    </w:p>
    <w:p>
      <w:r>
        <w:rPr>
          <w:b/>
        </w:rPr>
        <w:t xml:space="preserve">[19:15] </w:t>
      </w:r>
      <w:r>
        <w:t>main bohat din se sochta raha ke woh kaun log honge jin ko prophet rush ki nazar se dekhein, jin ko prophet alvi ki nazar se dekhein. toh woh yahi log hain, pichle log jin ko pichle jo believers the,</w:t>
      </w:r>
    </w:p>
    <w:p>
      <w:pPr>
        <w:jc w:val="right"/>
      </w:pPr>
      <w:r>
        <w:t>میں بہت دن سے سوچتا رہا کہ وہ کون لوگ ہوں گے جن کو پرافٹ رش کی نظر سے دیکھیں، جن کو پرافٹ علوی کی نظر سے دیکھیں۔ تو وہ یہی لوگ ہیں، پچھلے لوگ جن کو پچھلے جو بیلیورز تھے،</w:t>
      </w:r>
    </w:p>
    <w:p>
      <w:r>
        <w:rPr>
          <w:b/>
        </w:rPr>
        <w:t xml:space="preserve">[19:33] </w:t>
      </w:r>
      <w:r>
        <w:t>jin ko iman mila, jin ko jinho ne Khuda ko paya, woh traditional framework mein unho ne paya.</w:t>
      </w:r>
    </w:p>
    <w:p>
      <w:pPr>
        <w:jc w:val="right"/>
      </w:pPr>
      <w:r>
        <w:t>جن کو ایمان ملا، جن کو جنہوں نے خدا کو پایا، وہ ٹریشل فریم ورک میں انہوں نے پایا۔</w:t>
      </w:r>
    </w:p>
    <w:p>
      <w:r>
        <w:rPr>
          <w:b/>
        </w:rPr>
        <w:t xml:space="preserve">[19:45] </w:t>
      </w:r>
      <w:r>
        <w:t>yani pre scientific age jo hai, us mein jo log aaye, hazaron pichle hazaron saal tak, un ka realization jo tha, woh traditional framework mein tha.</w:t>
      </w:r>
    </w:p>
    <w:p>
      <w:pPr>
        <w:jc w:val="right"/>
      </w:pPr>
      <w:r>
        <w:t>یعنی پری سائنٹیفک ایج جو ہے، اس میں جو لوگ آئے، ہزاروں پچھلے ہزاروں سال تک، ان کا ریلائزیشن جو تھا، وہ ٹریشل فریم ورک میں تھا۔</w:t>
      </w:r>
    </w:p>
    <w:p>
      <w:r>
        <w:rPr>
          <w:b/>
        </w:rPr>
        <w:t xml:space="preserve">[19:57] </w:t>
      </w:r>
      <w:r>
        <w:t>ab science ne yeh mumkin bana diya hai ke aap scientific framework mein God ko aur sachai ko zyada high level par discover karein.</w:t>
      </w:r>
    </w:p>
    <w:p>
      <w:pPr>
        <w:jc w:val="right"/>
      </w:pPr>
      <w:r>
        <w:t>اب سائنس نے یہ ممکن بنا دیا ہے کہ آپ سائنٹیفک فریم ورک میں گاڈ کو اور سچائی کو زیادہ ہائی لیول پر ڈسکور کریں۔</w:t>
      </w:r>
    </w:p>
    <w:p>
      <w:r>
        <w:rPr>
          <w:b/>
        </w:rPr>
        <w:t xml:space="preserve">[20:15] </w:t>
      </w:r>
      <w:r>
        <w:t>yeh hai aap ke liye</w:t>
      </w:r>
    </w:p>
    <w:p>
      <w:pPr>
        <w:jc w:val="right"/>
      </w:pPr>
      <w:r>
        <w:t>یہ ہے آپ کے لیے</w:t>
      </w:r>
    </w:p>
    <w:p>
      <w:r>
        <w:rPr>
          <w:b/>
        </w:rPr>
        <w:t xml:space="preserve">[20:20] </w:t>
      </w:r>
      <w:r>
        <w:t>aap ka target. aap aaj ki dunya ko,</w:t>
      </w:r>
    </w:p>
    <w:p>
      <w:pPr>
        <w:jc w:val="right"/>
      </w:pPr>
      <w:r>
        <w:t>آپ کا ٹارگٹ۔ آپ آج کی دنیا کو،</w:t>
      </w:r>
    </w:p>
    <w:p>
      <w:r>
        <w:rPr>
          <w:b/>
        </w:rPr>
        <w:t xml:space="preserve">[20:31] </w:t>
      </w:r>
      <w:r>
        <w:t>aap aaj ki dunya ko woh woh message jo traditional argument se diya jata tha, pehle aaj us ko scientific argument ke sath pesh karein taake dunya jo samajhti hai ke religion koi us ke liye koi bari cheez nahi,</w:t>
      </w:r>
    </w:p>
    <w:p>
      <w:pPr>
        <w:jc w:val="right"/>
      </w:pPr>
      <w:r>
        <w:t>آپ آج کی دنیا کو وہ وہ میسج جو ٹریشل ارگیومنٹ سے دیا جاتا تھا، پہلے آج اس کو سائنٹیفک ارگیومنٹ کے ساتھ پیش کریں تاکہ دنیا جو سمجھتی ہے کہ ریلیجن کوئی اس کے لیے کوئی بڑی چیز نہیں،</w:t>
      </w:r>
    </w:p>
    <w:p>
      <w:r>
        <w:rPr>
          <w:b/>
        </w:rPr>
        <w:t xml:space="preserve">[20:54] </w:t>
      </w:r>
      <w:r>
        <w:t>religion ko log samajhte hain koi bari cheez nahi, lekin jab aap scientific argument ke sath pesh karein us ko toh us ko maloom hoga ke religion toh sab se bari cheez hai.</w:t>
      </w:r>
    </w:p>
    <w:p>
      <w:pPr>
        <w:jc w:val="right"/>
      </w:pPr>
      <w:r>
        <w:t>ریلیجن کو لوگ سمجھتے ہیں کوئی بڑی چیز نہیں، لیکن جب آپ سائنٹیفک ارگیومنٹ کے ساتھ پیش کریں اس کو تو اس کو معلوم ہوگا کہ ریلیجن تو سب سے بڑی چیز ہے۔</w:t>
      </w:r>
    </w:p>
    <w:p>
      <w:r>
        <w:rPr>
          <w:b/>
        </w:rPr>
        <w:t xml:space="preserve">[21:05] </w:t>
      </w:r>
      <w:r>
        <w:t>God par, God ko manna, paradise ko manna, yeh sab se bari cheez hai.</w:t>
      </w:r>
    </w:p>
    <w:p>
      <w:pPr>
        <w:jc w:val="right"/>
      </w:pPr>
      <w:r>
        <w:t>گاڈ پر، گاڈ کو ماننا، پیراڈائز کو ماننا، یہ سب سے بڑی چیز ہے۔</w:t>
      </w:r>
    </w:p>
    <w:p>
      <w:r>
        <w:rPr>
          <w:b/>
        </w:rPr>
        <w:t xml:space="preserve">[21:14] </w:t>
      </w:r>
      <w:r>
        <w:t>aur yeh kaise possible hoga? jab hum</w:t>
      </w:r>
    </w:p>
    <w:p>
      <w:pPr>
        <w:jc w:val="right"/>
      </w:pPr>
      <w:r>
        <w:t>اور یہ کیسے پوسیبل ہوگا؟ جب ہم</w:t>
      </w:r>
    </w:p>
    <w:p>
      <w:r>
        <w:rPr>
          <w:b/>
        </w:rPr>
        <w:t xml:space="preserve">[21:22] </w:t>
      </w:r>
      <w:r>
        <w:t>aaj ke jo aaj jo darwaza khula khola hai science ne maarfat ka, realization ka, is ko istemal kar ke insaan ke samne yeh baat ko karen.</w:t>
      </w:r>
    </w:p>
    <w:p>
      <w:pPr>
        <w:jc w:val="right"/>
      </w:pPr>
      <w:r>
        <w:t>آج کے جو آج جو دروازہ کھلا کھولا ہے سائنس نے معرفت کا، ریلائزیشن کا، اس کو استعمال کر کے انسان کے سامنے یہ بات کو کہیں۔</w:t>
      </w:r>
    </w:p>
    <w:p>
      <w:r>
        <w:rPr>
          <w:b/>
        </w:rPr>
        <w:t xml:space="preserve">[21:39] </w:t>
      </w:r>
      <w:r>
        <w:t>main samajhta hoon ke team, jo team hum banana chahte hain, jo mashallah ban rahi hai, to team ki jo beginning hai, woh kahan se hoti hai?</w:t>
      </w:r>
    </w:p>
    <w:p>
      <w:pPr>
        <w:jc w:val="right"/>
      </w:pPr>
      <w:r>
        <w:t>میں سمجھتا ہوں کہ ٹیم، جو ٹیم ہم بنانا چاہتے ہیں، جو ماشاءاللہ بن رہی ہے، تو ٹیم کی جو بگننگ ہے، وہ کہاں سے ہوتی ہے؟</w:t>
      </w:r>
    </w:p>
    <w:p>
      <w:r>
        <w:rPr>
          <w:b/>
        </w:rPr>
        <w:t xml:space="preserve">[21:50] </w:t>
      </w:r>
      <w:r>
        <w:t>log samajhte hain ke team ki beginning hoti hai organization se. yeh sahi hai ke team naam hai organized group ka. team kya hai?</w:t>
      </w:r>
    </w:p>
    <w:p>
      <w:pPr>
        <w:jc w:val="right"/>
      </w:pPr>
      <w:r>
        <w:t>لوگ سمجھتے ہیں کہ ٹیم کی بگننگ ہوتی ہے ارگنائزیشن سے۔ یہ صحیح ہے کہ ٹیم نام ہے ارگنائزڈ گروپ کا۔ ٹیم کیا ہے؟</w:t>
      </w:r>
    </w:p>
    <w:p>
      <w:r>
        <w:rPr>
          <w:b/>
        </w:rPr>
        <w:t xml:space="preserve">[22:02] </w:t>
      </w:r>
      <w:r>
        <w:t>team naam hai organized group ka, lekin organization jo hai, woh is ka ooper ka dhancha hai.</w:t>
      </w:r>
    </w:p>
    <w:p>
      <w:pPr>
        <w:jc w:val="right"/>
      </w:pPr>
      <w:r>
        <w:t>ٹیم نام ہے ارگنائزڈ گروپ کا، لیکن ارگنائزیشن جو ہے، وہ اس کا اوپر کا ڈھانچہ ہے۔</w:t>
      </w:r>
    </w:p>
    <w:p>
      <w:r>
        <w:rPr>
          <w:b/>
        </w:rPr>
        <w:t xml:space="preserve">[22:14] </w:t>
      </w:r>
      <w:r>
        <w:t>jo andar ka jo jo andar ki cheez hai, woh kya hai? woh hai ideology.</w:t>
      </w:r>
    </w:p>
    <w:p>
      <w:pPr>
        <w:jc w:val="right"/>
      </w:pPr>
      <w:r>
        <w:t>جو اندر کا جو جو اندر کی چیز ہے، وہ کیا ہے؟ وہ ہے آئیڈیالوجی۔</w:t>
      </w:r>
    </w:p>
    <w:p>
      <w:r>
        <w:rPr>
          <w:b/>
        </w:rPr>
        <w:t xml:space="preserve">[22:24] </w:t>
      </w:r>
      <w:r>
        <w:t>yani aap ko</w:t>
      </w:r>
    </w:p>
    <w:p>
      <w:pPr>
        <w:jc w:val="right"/>
      </w:pPr>
      <w:r>
        <w:t>یعنی آپ کو</w:t>
      </w:r>
    </w:p>
    <w:p>
      <w:r>
        <w:rPr>
          <w:b/>
        </w:rPr>
        <w:t xml:space="preserve">[22:27] </w:t>
      </w:r>
      <w:r>
        <w:t>ideological level par apne target ko daryaft karna hai, tabhi aap ki team woh team banegi jo jis ke andar</w:t>
      </w:r>
    </w:p>
    <w:p>
      <w:pPr>
        <w:jc w:val="right"/>
      </w:pPr>
      <w:r>
        <w:t>آئیڈیالوجیکل لیول پر اپنے ٹارگٹ کو دریافت کرنا ہے، تبھی آپ کی ٹیم وہ ٹیم بنے گی جو جس کے اندر</w:t>
      </w:r>
    </w:p>
    <w:p>
      <w:r>
        <w:rPr>
          <w:b/>
        </w:rPr>
        <w:t xml:space="preserve">[22:42] </w:t>
      </w:r>
      <w:r>
        <w:t>jo jo strong team ho, jo pahadon ko khiska de aur samundaron ko paar kar de, woh team.</w:t>
      </w:r>
    </w:p>
    <w:p>
      <w:pPr>
        <w:jc w:val="right"/>
      </w:pPr>
      <w:r>
        <w:t>جو جو سٹرانگ ٹیم ہو، جو پہاڑوں کو کھسکا دے اور سمندروں کو پار کر دے، وہ ٹیم۔</w:t>
      </w:r>
    </w:p>
    <w:p>
      <w:r>
        <w:rPr>
          <w:b/>
        </w:rPr>
        <w:t xml:space="preserve">[22:52] </w:t>
      </w:r>
      <w:r>
        <w:t>kyun ke is waqt aap ke andar conviction hoga, aap ko yaqeen hoga.</w:t>
      </w:r>
    </w:p>
    <w:p>
      <w:pPr>
        <w:jc w:val="right"/>
      </w:pPr>
      <w:r>
        <w:t>کیونکہ اس وقت آپ کے اندر کنوکشن ہوگا، آپ کو یقین ہوگا۔</w:t>
      </w:r>
    </w:p>
    <w:p>
      <w:r>
        <w:rPr>
          <w:b/>
        </w:rPr>
        <w:t xml:space="preserve">[23:03] </w:t>
      </w:r>
      <w:r>
        <w:t>main samajhta hoon ke jis cheez ko hum kehte hain sports man spirit,</w:t>
      </w:r>
    </w:p>
    <w:p>
      <w:pPr>
        <w:jc w:val="right"/>
      </w:pPr>
      <w:r>
        <w:t>میں سمجھتا ہوں کہ جس چیز کو ہم کہتے ہیں اسپورٹس مین اسپرٹ،</w:t>
      </w:r>
    </w:p>
    <w:p>
      <w:r>
        <w:rPr>
          <w:b/>
        </w:rPr>
        <w:t xml:space="preserve">[23:10] </w:t>
      </w:r>
      <w:r>
        <w:t>is ka bhi yani team spirit ko samajhne ke liye agar main refer karoon sports man spirit ka to shayad yeh irrelevant nahi hoga, kyun ke wahi spirit yahan bhi chahiye.</w:t>
      </w:r>
    </w:p>
    <w:p>
      <w:pPr>
        <w:jc w:val="right"/>
      </w:pPr>
      <w:r>
        <w:t>اس کا بھی یعنی ٹیم اسپرٹ کو سمجھنے کے لیے اگر میں ریفر کروں اسپورٹس مین اسپرٹ کا تو شاید یہ اریلیونٹ نہیں ہوگا، کیونکہ وہی اسپرٹ یہاں بھی چاہیے۔</w:t>
      </w:r>
    </w:p>
    <w:p>
      <w:r>
        <w:rPr>
          <w:b/>
        </w:rPr>
        <w:t xml:space="preserve">[23:27] </w:t>
      </w:r>
      <w:r>
        <w:t>yani bohat si cheezein chahiye, un mein se yeh bhi hai ke aap ke andar woh spirit ho jis ko sports man spirit kaha jata hai. sports man spirit kya cheez hai?</w:t>
      </w:r>
    </w:p>
    <w:p>
      <w:pPr>
        <w:jc w:val="right"/>
      </w:pPr>
      <w:r>
        <w:t>یعنی بہت سی چیزیں چاہیے، ان میں سے یہ بھی ہے کہ آپ کے اندر وہ اسپرٹ ہو جس کو اسپورٹس مین اسپرٹ کہا جاتا ہے۔ اسپورٹس مین اسپرٹ کیا چیز ہے؟</w:t>
      </w:r>
    </w:p>
    <w:p>
      <w:r>
        <w:rPr>
          <w:b/>
        </w:rPr>
        <w:t xml:space="preserve">[23:40] </w:t>
      </w:r>
      <w:r>
        <w:t>main samajhta hoon ke ek sentence mein hum yeh keh sakte hain ke sports, sports man spirit ke bare mein ke the ability to appreciate the art,</w:t>
      </w:r>
    </w:p>
    <w:p>
      <w:pPr>
        <w:jc w:val="right"/>
      </w:pPr>
      <w:r>
        <w:t>میں سمجھتا ہوں کہ ایک سینٹنس میں ہم یہ کہہ سکتے ہیں کہ اسپورٹس، اسپورٹس مین اسپرٹ کے بارے میں کہ دا ایبیلیٹی ٹو ایپریشیٹ دی آرٹ،</w:t>
      </w:r>
    </w:p>
    <w:p>
      <w:r>
        <w:rPr>
          <w:b/>
        </w:rPr>
        <w:t xml:space="preserve">[23:56] </w:t>
      </w:r>
      <w:r>
        <w:t>or respective of,</w:t>
      </w:r>
    </w:p>
    <w:p>
      <w:pPr>
        <w:jc w:val="right"/>
      </w:pPr>
      <w:r>
        <w:t>ار ریسپیکٹیو آف،</w:t>
      </w:r>
    </w:p>
    <w:p>
      <w:r>
        <w:rPr>
          <w:b/>
        </w:rPr>
        <w:t xml:space="preserve">[24:05] </w:t>
      </w:r>
      <w:r>
        <w:t>or respective of who the artist is. yani artist jis ne banaya hai art, woh woh mera hai ya ghair hai?</w:t>
      </w:r>
    </w:p>
    <w:p>
      <w:pPr>
        <w:jc w:val="right"/>
      </w:pPr>
      <w:r>
        <w:t>ار ریسپیکٹیو آف ہو دا آرٹسٹ از۔ یعنی آرٹسٹ جس نے بنایا ہے آرٹ، وہ وہ کون ہے؟</w:t>
      </w:r>
    </w:p>
    <w:p>
      <w:r>
        <w:rPr>
          <w:b/>
        </w:rPr>
        <w:t xml:space="preserve">[24:21] </w:t>
      </w:r>
      <w:r>
        <w:t>kaun hai? yani art hi, art, art ki khoobi par aap is ko yani daad de saken.</w:t>
      </w:r>
    </w:p>
    <w:p>
      <w:pPr>
        <w:jc w:val="right"/>
      </w:pPr>
      <w:r>
        <w:t>وہ وہ میرا ہے یا غیر ہے؟</w:t>
      </w:r>
    </w:p>
    <w:p>
      <w:r>
        <w:rPr>
          <w:b/>
        </w:rPr>
        <w:t xml:space="preserve">[24:27] </w:t>
      </w:r>
      <w:r>
        <w:t>na yeh ke apne apne logon ne agar kiya hai to aap daad den aur doosron ne kiya hai to daad na den.</w:t>
      </w:r>
    </w:p>
    <w:p>
      <w:pPr>
        <w:jc w:val="right"/>
      </w:pPr>
      <w:r>
        <w:t>کون ہے؟ یعنی آرٹ ہی، آرٹ، آرٹ کی خوبی پر آپ اس کو یعنی داد دے سکیں۔</w:t>
      </w:r>
    </w:p>
    <w:p>
      <w:r>
        <w:rPr>
          <w:b/>
        </w:rPr>
        <w:t xml:space="preserve">[24:38] </w:t>
      </w:r>
      <w:r>
        <w:t>to main samajhta hoon ke sports man spirit ko agar ek ek short sentence mein batayen to wahi hogi ke the ability to appreciate the art, or respective of who the artist is.</w:t>
      </w:r>
    </w:p>
    <w:p>
      <w:pPr>
        <w:jc w:val="right"/>
      </w:pPr>
      <w:r>
        <w:t>نہ یہ کہ اپنے اپنے لوگوں نے اگر کیا ہے تو آپ داد دیں اور دوسروں نے کیا ہے تو داد نہ دیں۔</w:t>
      </w:r>
    </w:p>
    <w:p>
      <w:r>
        <w:rPr>
          <w:b/>
        </w:rPr>
        <w:t xml:space="preserve">[24:48] </w:t>
      </w:r>
      <w:r>
        <w:t>aap ke andar yeh hona chahiye. aur mashallah, main parson ki baat hai, main ek ek ek cheez hui mere sath, meri team ke sath, main bohat khush hua ke hamari team mein woh spirit mashallah aa chuki hai aur woh taraqqi kar rahi hai.</w:t>
      </w:r>
    </w:p>
    <w:p>
      <w:pPr>
        <w:jc w:val="right"/>
      </w:pPr>
      <w:r>
        <w:t>تو میں سمجھتا ہوں کہ اسپورٹس مین اسپرٹ کو اگر ایک ایک شارٹ سینٹنس میں بتائیں تو وہی ہوگی کہ دا ایبیلیٹی ٹو ایپریشیٹ دا آرٹ، ار ریسپیکٹیو آف ہو دا آرٹسٹ از۔</w:t>
      </w:r>
    </w:p>
    <w:p>
      <w:r>
        <w:rPr>
          <w:b/>
        </w:rPr>
        <w:t xml:space="preserve">[25:05] </w:t>
      </w:r>
      <w:r>
        <w:t>woh kya baat thi? parson mera ek program tha sai international center mein.</w:t>
      </w:r>
    </w:p>
    <w:p>
      <w:pPr>
        <w:jc w:val="right"/>
      </w:pPr>
      <w:r>
        <w:t>آپ کے اندر یہ ہونا چاہیے۔ اور ماشاءاللہ، میں پرسوں کی بات ہے، میں ایک ایک ایک چیز ہوئی میرے ساتھ، میری ٹیم کے ساتھ، میں بہت خوش ہوا کہ ہماری ٹیم میں وہ اسپرٹ ماشاءاللہ آ چکی ہے اور وہ ترقی کر رہی ہے۔</w:t>
      </w:r>
    </w:p>
    <w:p>
      <w:r>
        <w:rPr>
          <w:b/>
        </w:rPr>
        <w:t xml:space="preserve">[25:28] </w:t>
      </w:r>
      <w:r>
        <w:t>aap jante hain ke dilli mein lodhi road par ek ek bohat bara center hai, sai international, sai international center, is ka naam hai.</w:t>
      </w:r>
    </w:p>
    <w:p>
      <w:pPr>
        <w:jc w:val="right"/>
      </w:pPr>
      <w:r>
        <w:t>وہ کیا بات تھی؟ پرسوں میرا ایک پروگرام تھا سائی انٹرنیشنل سینٹر میں۔</w:t>
      </w:r>
    </w:p>
    <w:p>
      <w:r>
        <w:rPr>
          <w:b/>
        </w:rPr>
        <w:t xml:space="preserve">[25:39] </w:t>
      </w:r>
      <w:r>
        <w:t>to wahan par mera ek program tha, schoolon ke principal wahan bulaye gaye the, mujhe bolna tha wahan par</w:t>
      </w:r>
    </w:p>
    <w:p>
      <w:pPr>
        <w:jc w:val="right"/>
      </w:pPr>
      <w:r>
        <w:t>آپ جانتے ہیں کہ دلی میں لودھی روڈ پر ایک ایک بہت بڑا سینٹر ہے، سائی انٹرنیشنل، سائی انٹرنیشنل سینٹر، اس کا نام ہے۔</w:t>
      </w:r>
    </w:p>
    <w:p>
      <w:r>
        <w:rPr>
          <w:b/>
        </w:rPr>
        <w:t xml:space="preserve">[25:52] </w:t>
      </w:r>
      <w:r>
        <w:t>basic human values in islam. is par to kya hua ke maine wahan par ek ek talk diya, us mein maine yeh kaha ke hum isi principal ke ooper ek mission chala rahe hain aur khuda ke fazal se hum ne bohat se logon ke andar is spirit ko inculcate kiya hai.</w:t>
      </w:r>
    </w:p>
    <w:p>
      <w:pPr>
        <w:jc w:val="right"/>
      </w:pPr>
      <w:r>
        <w:t>تو وہاں پر میرا ایک پروگرام تھا، اسکولوں کے پرنسپل وہاں بلائے گئے تھے، مجھے بولنا تھا وہاں پر</w:t>
      </w:r>
    </w:p>
    <w:p>
      <w:r>
        <w:rPr>
          <w:b/>
        </w:rPr>
        <w:t xml:space="preserve">[26:04] </w:t>
      </w:r>
      <w:r>
        <w:t>besak human values in Islam. Is par to kya hua ke maine wahan par aik aik talk diya, us mein maine yeh kaha ke hum isi principle ke upar aik mission chala rahe hain aur Khuda ke fazl se hum ne bohat se logon ke andar is spirit ko inculcate kiya hai.</w:t>
      </w:r>
    </w:p>
    <w:p>
      <w:pPr>
        <w:jc w:val="right"/>
      </w:pPr>
      <w:r>
        <w:t>بیسک ہیومن ویلیوز ان اسلام۔ اس پر تو کیا ہوا کہ میں نے وہاں پر ایک ایک ٹاک دیا، اس میں میں نے یہ کہا کہ ہم اسی پرنسپل کے اوپر ایک مشن چلا رہے ہیں اور خدا کے فضل سے ہم نے بہت سے لوگوں کے اندر اس اسپرٹ کو ایکلکیٹ کیا ہے۔</w:t>
      </w:r>
    </w:p>
    <w:p>
      <w:r>
        <w:rPr>
          <w:b/>
        </w:rPr>
        <w:t xml:space="preserve">[26:29] </w:t>
      </w:r>
      <w:r>
        <w:t>khaas tor par main ne yeh kaha ke hate ko nikaal kar aadmi ke andar love bharna, negative thought ko nikaal kar us ke andar positive thinking laana.</w:t>
      </w:r>
    </w:p>
    <w:p>
      <w:pPr>
        <w:jc w:val="right"/>
      </w:pPr>
      <w:r>
        <w:t>خاص طور پر میں نے یہ کہا کہ ہیٹ کو نکال کر آدمی کے اندر لو بھرنا، نیگیٹیو تھاٹ کو نکال کر اس کے اندر پازیٹیو تھنکنگ لانا۔</w:t>
      </w:r>
    </w:p>
    <w:p>
      <w:r>
        <w:rPr>
          <w:b/>
        </w:rPr>
        <w:t xml:space="preserve">[26:42] </w:t>
      </w:r>
      <w:r>
        <w:t>yeh to aik lady principal ne kaha ke kaise kaise aisa karte hain? aap kya aap ki technique hai?</w:t>
      </w:r>
    </w:p>
    <w:p>
      <w:pPr>
        <w:jc w:val="right"/>
      </w:pPr>
      <w:r>
        <w:t>یہ تو ایک لیڈی پرنسپل نے کہا کہ کیسے کیسے ایسا کرتے ہیں؟ آپ کیا آپ کی ٹیکنیک ہے؟</w:t>
      </w:r>
    </w:p>
    <w:p>
      <w:r>
        <w:rPr>
          <w:b/>
        </w:rPr>
        <w:t xml:space="preserve">[26:53] </w:t>
      </w:r>
      <w:r>
        <w:t>to main ne kaha ke main aap ka is ka practical jawab deta hoon. main ne kaha ke yahan par mere kai saathi maujood hain, woh saathi aap ko bataayenge ke kis tarah unhon ne hamare mission se jud kar yeh cheez paai hai.</w:t>
      </w:r>
    </w:p>
    <w:p>
      <w:pPr>
        <w:jc w:val="right"/>
      </w:pPr>
      <w:r>
        <w:t>تو میں نے کہا کہ میں آپ کا اس کا پریکٹیکل جواب دیتا ہوں۔ میں نے کہا کہ یہاں پر میرے کئی ساتھی موجود ہیں، وہ ساتھی آپ کو بتائیں گے کہ کس طرح انہوں نے ہمارے مشن سے جڑ کر یہ چیز پائی ہے۔</w:t>
      </w:r>
    </w:p>
    <w:p>
      <w:r>
        <w:rPr>
          <w:b/>
        </w:rPr>
        <w:t xml:space="preserve">[27:11] </w:t>
      </w:r>
      <w:r>
        <w:t>to main ne naam liya ke Mr. Rajat Malhotra, hamari team ke aik aadmi hain, woh aap ko bataayenge.</w:t>
      </w:r>
    </w:p>
    <w:p>
      <w:pPr>
        <w:jc w:val="right"/>
      </w:pPr>
      <w:r>
        <w:t>تو میں نے نام لیا کہ مسٹر رجت ملوطرا، ہماری ٹیم کے ایک آدمی ہیں، وہ آپ کو بتائیں گے۔</w:t>
      </w:r>
    </w:p>
    <w:p>
      <w:r>
        <w:rPr>
          <w:b/>
        </w:rPr>
        <w:t xml:space="preserve">[27:22] </w:t>
      </w:r>
      <w:r>
        <w:t>to woh khade hue, bilkul hi achaanak un ka naam pukaara gaya tha, pehle se unhein bataaya nahi gaya tha. woh bilkul hi unprepared mind ke saath thay wahan par.</w:t>
      </w:r>
    </w:p>
    <w:p>
      <w:pPr>
        <w:jc w:val="right"/>
      </w:pPr>
      <w:r>
        <w:t>تو وہ کھڑے ہوئے، بالکل ہی اچانک ان کا نام پکارا گیا تھا، پہلے سے انہیں بتایا نہیں گیا تھا۔ وہ بالکل ہی ان پیپریڈ مائنڈ کے ساتھ تھے وہاں پر۔</w:t>
      </w:r>
    </w:p>
    <w:p>
      <w:r>
        <w:rPr>
          <w:b/>
        </w:rPr>
        <w:t xml:space="preserve">[27:35] </w:t>
      </w:r>
      <w:r>
        <w:t>to aaye aur masha Allah, unhon ne itne achhe tareeqe se explain kiya is mission ke zariye kis tarah positive personality ban rahi hai, kis tarah logon ke dilon se hate nikal rahi hai,</w:t>
      </w:r>
    </w:p>
    <w:p>
      <w:pPr>
        <w:jc w:val="right"/>
      </w:pPr>
      <w:r>
        <w:t>تو آئے اور ماشاءاللہ، انہوں نے اتنے اچھے طریقے سے ایکسپلین کیا اس مشن کے ذریعے کس طرح پازیٹیو پرسنیلٹی بن رہی ہے، کس طرح لوگوں کے دلوں سے ہیٹ نکل رہی ہے،</w:t>
      </w:r>
    </w:p>
    <w:p>
      <w:r>
        <w:rPr>
          <w:b/>
        </w:rPr>
        <w:t xml:space="preserve">[27:50] </w:t>
      </w:r>
      <w:r>
        <w:t>kis tarah aik nayi qism ke insaan ban rahe hain, kis tarah un ki deconditioning ki ja rahi hai.</w:t>
      </w:r>
    </w:p>
    <w:p>
      <w:pPr>
        <w:jc w:val="right"/>
      </w:pPr>
      <w:r>
        <w:t>کس طرح ایک نئی قسم کے انسان بن رہے ہیں، کس طرح ان کی ڈی کنڈیشننگ کی جا رہی ہے۔</w:t>
      </w:r>
    </w:p>
    <w:p>
      <w:r>
        <w:rPr>
          <w:b/>
        </w:rPr>
        <w:t xml:space="preserve">[27:58] </w:t>
      </w:r>
      <w:r>
        <w:t>to saare logon ne bohat pasand kiya, bohat ziyaada pasand kiya. to baat ko jab hum lote wahan se to main ne dekha ke hamari team ka aik member jo wahan maujood thay,</w:t>
      </w:r>
    </w:p>
    <w:p>
      <w:pPr>
        <w:jc w:val="right"/>
      </w:pPr>
      <w:r>
        <w:t>تو سارے لوگوں نے بہت پسند کیا، بہت زیادہ پسند کیا۔ تو بات کو جب ہم لوٹے وہاں سے تو میں نے دیکھا کہ ہماری ٹیم کا ایک ممبر جو وہاں موجود تھے،</w:t>
      </w:r>
    </w:p>
    <w:p>
      <w:r>
        <w:rPr>
          <w:b/>
        </w:rPr>
        <w:t xml:space="preserve">[28:11] </w:t>
      </w:r>
      <w:r>
        <w:t>to woh itna khush hai jaise ke uchhalne lage khushi ke maare, itna khush thay is taqreer par.</w:t>
      </w:r>
    </w:p>
    <w:p>
      <w:pPr>
        <w:jc w:val="right"/>
      </w:pPr>
      <w:r>
        <w:t>تو وہ اتنا خوش ہے جیسے کہ اچھلنے لگے خوشی کے مارے، اتنا خوش تھے اس تقریر پر۔</w:t>
      </w:r>
    </w:p>
    <w:p>
      <w:r>
        <w:rPr>
          <w:b/>
        </w:rPr>
        <w:t xml:space="preserve">[28:21] </w:t>
      </w:r>
      <w:r>
        <w:t>to main ne socha dil mein ke taqreer to ki Mr. Rajat ne, credit liya Mr. Rajat ko mila aur khush ho rahe hain yeh doosre member, woh bhi hamari team ke member thay, woh bhi team ke member thay.</w:t>
      </w:r>
    </w:p>
    <w:p>
      <w:pPr>
        <w:jc w:val="right"/>
      </w:pPr>
      <w:r>
        <w:t>تو میں نے سوچا دل میں کہ تقریر تو کی مسٹر رجت نے، کریڈٹ لیا مسٹر رجت کو ملا اور خوش ہو رہے ہیں یہ دوسرے ممبر، وہ بھی ہماری ٹیم کے ممبر تھے، وہ بھی ٹیم کے ممبر تھے۔</w:t>
      </w:r>
    </w:p>
    <w:p>
      <w:r>
        <w:rPr>
          <w:b/>
        </w:rPr>
        <w:t xml:space="preserve">[28:35] </w:t>
      </w:r>
      <w:r>
        <w:t>yeh hai team spirit ke credit chaahe kisi ko mil raha ho, chunke faayda faayda pahunch raha hai mission ko, to aap khush ho jaayen.</w:t>
      </w:r>
    </w:p>
    <w:p>
      <w:pPr>
        <w:jc w:val="right"/>
      </w:pPr>
      <w:r>
        <w:t>یہ ہے ٹیم اسپرٹ کہ کریڈٹ چاہے کسی کو مل رہا ہو، چونکہ فائدہ فائدہ پہنچ رہا ہے مشن کو، تو آپ خوش ہو جائیں۔</w:t>
      </w:r>
    </w:p>
    <w:p>
      <w:r>
        <w:rPr>
          <w:b/>
        </w:rPr>
        <w:t xml:space="preserve">[28:47] </w:t>
      </w:r>
      <w:r>
        <w:t>yeh hai sports man spirit ke aadmi yeh na dekhe ke credit mujh ko mila ya kisi aur ko mila. nahi, mission ka kaam hua, mission ka bol bola hua,</w:t>
      </w:r>
    </w:p>
    <w:p>
      <w:pPr>
        <w:jc w:val="right"/>
      </w:pPr>
      <w:r>
        <w:t>یہ ہے اسپورٹس مین اسپرٹ کہ آدمی یہ نہ دیکھے کہ کریڈٹ مجھ کو ملا یا کسی اور کو ملا۔ نہیں، مشن کا کام ہوا، مشن کا بول بولا ہوا،</w:t>
      </w:r>
    </w:p>
    <w:p>
      <w:r>
        <w:rPr>
          <w:b/>
        </w:rPr>
        <w:t xml:space="preserve">[29:02] </w:t>
      </w:r>
      <w:r>
        <w:t>mission ki baat logon ke saamne laayi gayi achhe tareeqe se, is par woh khush ho jaaye. isi ko main ne kaha tha bhi ke the ability to appreciate the art,</w:t>
      </w:r>
    </w:p>
    <w:p>
      <w:pPr>
        <w:jc w:val="right"/>
      </w:pPr>
      <w:r>
        <w:t>مشن کی بات لوگوں کے سامنے لائی گئی اچھے طریقے سے، اس پر وہ خوش ہو جائے۔ اسی کو میں نے کہا تھا بھی کہ دا ایبیلیٹی ٹو ایپریشیٹ دی آرٹ،</w:t>
      </w:r>
    </w:p>
    <w:p>
      <w:r>
        <w:rPr>
          <w:b/>
        </w:rPr>
        <w:t xml:space="preserve">[29:16] </w:t>
      </w:r>
      <w:r>
        <w:t>irrespective of who the artist is. yeh main is din bohat khush hua ke hamari team ke andar logon mein yeh spirit aa rahi hai ke woh kaam par khush hon, na yeh ke mujhe credit mila hai to main khush hoon.</w:t>
      </w:r>
    </w:p>
    <w:p>
      <w:pPr>
        <w:jc w:val="right"/>
      </w:pPr>
      <w:r>
        <w:t>ار ریسپیکٹیو آف ہو دا آرٹسٹ از۔ یہ میں اس دن بہت خوش ہوا کہ ہماری ٹیم کے اندر لوگوں میں یہ اسپرٹ آ رہی ہے کہ وہ کام پر خوش ہوں، نہ یہ کہ مجھے کریڈٹ ملا ہے تو میں خوش ہوں۔</w:t>
      </w:r>
    </w:p>
    <w:p>
      <w:r>
        <w:rPr>
          <w:b/>
        </w:rPr>
        <w:t xml:space="preserve">[29:35] </w:t>
      </w:r>
      <w:r>
        <w:t>yahan main aap ko kahunga ke hamare andar do baaten honi chahiye.</w:t>
      </w:r>
    </w:p>
    <w:p>
      <w:pPr>
        <w:jc w:val="right"/>
      </w:pPr>
      <w:r>
        <w:t>یہاں میں آپ کو کہوں گا کہ ہمارے اندر دو باتیں ہونی چاہیے۔</w:t>
      </w:r>
    </w:p>
    <w:p>
      <w:r>
        <w:rPr>
          <w:b/>
        </w:rPr>
        <w:t xml:space="preserve">[29:42] </w:t>
      </w:r>
      <w:r>
        <w:t>yahan par musalmanon mein aik aik tablighi jamaat hai to us mein aik bohat achha tradition hai. main ne kai baar kaha hai logon se ke bhai mujhe bohat pasand hai yeh tradition aap ki.</w:t>
      </w:r>
    </w:p>
    <w:p>
      <w:pPr>
        <w:jc w:val="right"/>
      </w:pPr>
      <w:r>
        <w:t>یہاں پر مسلمانوں میں ایک ایک تبلیغی جماعت ہے تو اس میں ایک بہت اچھا ایک ٹریڈیشن ہے۔ میں نے کئی بار کہا ہے لوگوں سے کہ بھئی مجھے بہت پسند ہے یہ ٹریڈیشن آپ کی۔</w:t>
      </w:r>
    </w:p>
    <w:p>
      <w:r>
        <w:rPr>
          <w:b/>
        </w:rPr>
        <w:t xml:space="preserve">[29:55] </w:t>
      </w:r>
      <w:r>
        <w:t>woh kya hai? un ke haan log jaate hain do do, chaar chaar kar ke apne baat ko bataane ke liye apne mission mein.</w:t>
      </w:r>
    </w:p>
    <w:p>
      <w:pPr>
        <w:jc w:val="right"/>
      </w:pPr>
      <w:r>
        <w:t>وہ کیا ہے؟ ان کے ہاں لوگ جاتے ہیں دو دو، چار چار کر کے اپنے بات کو بتانے کے لیے اپنے مشن میں۔</w:t>
      </w:r>
    </w:p>
    <w:p>
      <w:r>
        <w:rPr>
          <w:b/>
        </w:rPr>
        <w:t xml:space="preserve">[30:05] </w:t>
      </w:r>
      <w:r>
        <w:t>to un ka yeh hota hai ke aik aadmi bolege aur baaqi log chup ho kar us ke liye dua karenge. is ko kehte hain mutakallim.</w:t>
      </w:r>
    </w:p>
    <w:p>
      <w:pPr>
        <w:jc w:val="right"/>
      </w:pPr>
      <w:r>
        <w:t>تو ان کا یہ ہوتا ہے کہ ایک آدمی بولے گا اور باقی لوگ چپ ہو کر اس کے لیے دعا کریں گے۔ اس کو کہتے ہیں متکلم۔</w:t>
      </w:r>
    </w:p>
    <w:p>
      <w:r>
        <w:rPr>
          <w:b/>
        </w:rPr>
        <w:t xml:space="preserve">[30:16] </w:t>
      </w:r>
      <w:r>
        <w:t>mutakallim means speaker. to mutakallim bolta hai, baaqi log chup ho kar yeh dua karte hain ke khudaaya mutakallim jo hai, us ki madad kar taake woh achha bole, achhe tareeqe se hamari baat keh sake.</w:t>
      </w:r>
    </w:p>
    <w:p>
      <w:pPr>
        <w:jc w:val="right"/>
      </w:pPr>
      <w:r>
        <w:t>متکلم مینز اسپیکر۔ تو متکلم بولتا ہے، باقی لوگ چپ ہو کر یہ دعا کرتے ہیں کہ خدایا متکلم جو ہے، اس کی مدد کر تاکہ وہ اچھا بولے، اچھے طریقے سے ہماری بات کہہ سکے۔</w:t>
      </w:r>
    </w:p>
    <w:p>
      <w:r>
        <w:rPr>
          <w:b/>
        </w:rPr>
        <w:t xml:space="preserve">[30:32] </w:t>
      </w:r>
      <w:r>
        <w:t>woh to parson jo mera waqea hua, us mein yeh dono baaten main ne dekheen. team ke baaz member aise thay jo dil hi dil mein dua kar rahe thay ke khudaaya Rajat ko khada kar diya hai bolne ke liye,</w:t>
      </w:r>
    </w:p>
    <w:p>
      <w:pPr>
        <w:jc w:val="right"/>
      </w:pPr>
      <w:r>
        <w:t>وہ تو پرسوں جو میرا واقعہ ہوا، اس میں یہ دونوں باتیں میں نے دیکھیں۔ ٹیم کے بعض ممبر ایسے تھے جو دل ہی دل میں دعا کر رہے تھے کہ خدایا رجت کو کھڑا کر دیا ہے بولنے کے لیے،</w:t>
      </w:r>
    </w:p>
    <w:p>
      <w:r>
        <w:rPr>
          <w:b/>
        </w:rPr>
        <w:t xml:space="preserve">[30:51] </w:t>
      </w:r>
      <w:r>
        <w:t>hamare mission ki baat achhe tareeqe se kar saken. yeh dua kar rahe thay. aur doosra main ne misaal di aap ko ke credit to mil raha tha doosre ko aur khush woh ho rahe thay.</w:t>
      </w:r>
    </w:p>
    <w:p>
      <w:pPr>
        <w:jc w:val="right"/>
      </w:pPr>
      <w:r>
        <w:t>ہمارے مشن کی بات اچھے طریقے سے کر سکیں۔ یہ دعا کر رہے تھے۔ اور دوسرا میں نے مثال دی آپ کو کہ کریڈٹ تو مل رہا تھا دوسرے کو اور خوش وہ ہو رہے تھے۔</w:t>
      </w:r>
    </w:p>
    <w:p>
      <w:r>
        <w:rPr>
          <w:b/>
        </w:rPr>
        <w:t xml:space="preserve">[31:06] </w:t>
      </w:r>
      <w:r>
        <w:t>yeh dono baaten jo hain, yeh bohat hi important hain team spirit ke liye. aur mujhe khushi hai ke hamare hamari team mein yeh dono baaten</w:t>
      </w:r>
    </w:p>
    <w:p>
      <w:pPr>
        <w:jc w:val="right"/>
      </w:pPr>
      <w:r>
        <w:t>یہ دونوں باتیں جو ہیں، یہ بہت ہی امپورٹنٹ ہیں ٹیم اسپرٹ کے لیے۔ اور مجھے خوشی ہے کہ ہمارے ہماری ٹیم میں یہ دونوں باتیں</w:t>
      </w:r>
    </w:p>
    <w:p>
      <w:r>
        <w:rPr>
          <w:b/>
        </w:rPr>
        <w:t xml:space="preserve">[31:21] </w:t>
      </w:r>
      <w:r>
        <w:t>paida ho chuki hain aur inshallah aur aur ziyaada yeh paida hoti chali jaayengi.</w:t>
      </w:r>
    </w:p>
    <w:p>
      <w:pPr>
        <w:jc w:val="right"/>
      </w:pPr>
      <w:r>
        <w:t>پیدا ہو چکی ہیں اور انشاءاللہ اور اور زیادہ یہ پیدا ہوتی چلی جائیں گی۔</w:t>
      </w:r>
    </w:p>
    <w:p>
      <w:r>
        <w:rPr>
          <w:b/>
        </w:rPr>
        <w:t xml:space="preserve">[31:33] </w:t>
      </w:r>
      <w:r>
        <w:t>yeh jis waqeye ka main ne zikr kiya, woh abhi 8 November ko yahan par hua tha Sai International Centre mein.</w:t>
      </w:r>
    </w:p>
    <w:p>
      <w:pPr>
        <w:jc w:val="right"/>
      </w:pPr>
      <w:r>
        <w:t>یہ جس واقعے کا میں نے ذکر کیا، وہ ابھی اٹھ نومبر کو یہاں پر ہوا تھا سائی انٹرنیشنل سینٹر میں۔</w:t>
      </w:r>
    </w:p>
    <w:p>
      <w:r>
        <w:rPr>
          <w:b/>
        </w:rPr>
        <w:t xml:space="preserve">[31:43] </w:t>
      </w:r>
      <w:r>
        <w:t>main aap ko aik waqea arz karoon Islamic history ka. prophet ke zamane mein aik campaign bheji gayi thi Tabuk, us mein 30 thousand log gaye thay.</w:t>
      </w:r>
    </w:p>
    <w:p>
      <w:pPr>
        <w:jc w:val="right"/>
      </w:pPr>
      <w:r>
        <w:t>میں آپ کو ایک واقعہ عرض کروں اسلامک ہسٹری کا۔ پرافٹ کے زمانے میں ایک کیمپین بھیجی گئی تھی تبوک، اس میں تھرٹی تھا لوگ گئے تھے۔</w:t>
      </w:r>
    </w:p>
    <w:p>
      <w:r>
        <w:rPr>
          <w:b/>
        </w:rPr>
        <w:t xml:space="preserve">[32:01] </w:t>
      </w:r>
      <w:r>
        <w:t>yani jitne bhi madine mein thay, jo bachon boorhon ko chhod kar, auraton ko chhod kar, yani bachay, boorhay aur auraton ko chhod kar, sab ke sab log gaye thay.</w:t>
      </w:r>
    </w:p>
    <w:p>
      <w:pPr>
        <w:jc w:val="right"/>
      </w:pPr>
      <w:r>
        <w:t>یعنی جتنے بھی مدینے میں تھے، جو بچوں بوڑھوں کو چھوڑ کر، عورتوں کو چھوڑ کر، یعنی بچے، بوڑھے اور عورتوں کو چھوڑ کر، سب کے سب لوگ گئے تھے۔</w:t>
      </w:r>
    </w:p>
    <w:p>
      <w:r>
        <w:rPr>
          <w:b/>
        </w:rPr>
        <w:t xml:space="preserve">[32:13] </w:t>
      </w:r>
      <w:r>
        <w:t>to is mein aik sahib ke baray mein aata hai ke woh nahi aa sake, nahi aa sake is liye ke un ke paas door ka safar tha, aadmi ke paas jane ke liye oont chahiye tha.</w:t>
      </w:r>
    </w:p>
    <w:p>
      <w:pPr>
        <w:jc w:val="right"/>
      </w:pPr>
      <w:r>
        <w:t>تو اس میں ایک صاحب کے بارے میں آتا ہے کہ وہ نہیں آ سکے، نہیں آ سکے اس لیے کہ ان کے پاس دور کا سفر تھا، آدمی کے پاس جانے کے لیے اونٹ چاہیے تھا۔</w:t>
      </w:r>
    </w:p>
    <w:p>
      <w:r>
        <w:rPr>
          <w:b/>
        </w:rPr>
        <w:t xml:space="preserve">[32:26] </w:t>
      </w:r>
      <w:r>
        <w:t>wahan par Rasool Allah ke paas log dene ke liye oont nahi hotay thay, paisa bhi nahi hota tha. logon ko khud apni taraf se yeh sab karna tha, un ke paas oont ho ya ghoda ho,</w:t>
      </w:r>
    </w:p>
    <w:p>
      <w:pPr>
        <w:jc w:val="right"/>
      </w:pPr>
      <w:r>
        <w:t>وہاں پر رسول اللہ کے پاس لوگ دینے کے لیے اونٹ نہیں ہوتے تھے، پیسہ بھی نہیں ہوتا تھا۔ لوگوں کو خود اپنی طرف سے یہ سب کرنا تھا، ان کے پاس اونٹ ہو یا گھوڑا ہو،</w:t>
      </w:r>
    </w:p>
    <w:p>
      <w:r>
        <w:rPr>
          <w:b/>
        </w:rPr>
        <w:t xml:space="preserve">[32:40] </w:t>
      </w:r>
      <w:r>
        <w:t>rastay mein khane peene ki khajoor waghera kuch ho. to yeh aadmi ko khud hi karna parta tha. to aik sahib thay, ghareeb thay, un ke paas oont nahi tha, kuch bhi nahi tha.</w:t>
      </w:r>
    </w:p>
    <w:p>
      <w:pPr>
        <w:jc w:val="right"/>
      </w:pPr>
      <w:r>
        <w:t>راستے میں کھانے پینے کی کھجور وغیرہ کچھ ہو۔ تو یہ آدمی کو خود ہی کرنا پڑتا تھا۔ تو ایک صاحب تھے، غریب تھے، ان کے پاس اونٹ نہیں تھا، کچھ بھی نہیں تھا۔</w:t>
      </w:r>
    </w:p>
    <w:p>
      <w:r>
        <w:rPr>
          <w:b/>
        </w:rPr>
        <w:t xml:space="preserve">[32:55] </w:t>
      </w:r>
      <w:r>
        <w:t>to Rasool Allah ke paas aaye ke mujhe aap agar oont de dein to main chaloon ga. to Rasool Allah ne kaha bhai mere paas is pe oont to nahi hai. to woh lotay apne ghar ki taraf kis haal mein?</w:t>
      </w:r>
    </w:p>
    <w:p>
      <w:pPr>
        <w:jc w:val="right"/>
      </w:pPr>
      <w:r>
        <w:t>تو رسول اللہ کے پاس آئے کہ مجھے آپ اگر اونٹ دے دیں تو میں چلوں گا۔ تو رسول اللہ نے کہا بھئی میرے پاس اس پہ اونٹ تو نہیں ہے۔ تو وہ لوٹے اپنے گھر کی طرف کس حال میں؟</w:t>
      </w:r>
    </w:p>
    <w:p>
      <w:r>
        <w:rPr>
          <w:b/>
        </w:rPr>
        <w:t xml:space="preserve">[33:08] </w:t>
      </w:r>
      <w:r>
        <w:t>rotay huay, ghar mein dakhil huay to rotay huay,</w:t>
      </w:r>
    </w:p>
    <w:p>
      <w:pPr>
        <w:jc w:val="right"/>
      </w:pPr>
      <w:r>
        <w:t>روتے ہوئے، گھر میں داخل ہوئے تو روتے ہوئے،</w:t>
      </w:r>
    </w:p>
    <w:p>
      <w:r>
        <w:rPr>
          <w:b/>
        </w:rPr>
        <w:t xml:space="preserve">[33:17] </w:t>
      </w:r>
      <w:r>
        <w:t>aur sari raat woh dua karte rahay. yani doosray log jo thay, woh to rawana ho gaye oont ghoday par, yeh aap ke ghar mein baithe huay ro rahay hain aur dua kar rahay hain.</w:t>
      </w:r>
    </w:p>
    <w:p>
      <w:pPr>
        <w:jc w:val="right"/>
      </w:pPr>
      <w:r>
        <w:t>اور ساری رات وہ دعا کرتے رہے۔ یعنی دوسرے لوگ جو تھے، وہ تو روانہ ہو گئے اونٹ گھوڑے پر، یہ آپ کے گھر میں بیٹھے ہوئے رو رہے ہیں اور دعا کر رہے ہیں۔</w:t>
      </w:r>
    </w:p>
    <w:p>
      <w:r>
        <w:rPr>
          <w:b/>
        </w:rPr>
        <w:t xml:space="preserve">[33:32] </w:t>
      </w:r>
      <w:r>
        <w:t>to Rasool Allah ne kaha ke madine mein aisay kuch chand log thay wahan par. to mujhe Rasool Allah ne bataya aik logon ko ke dekho madine mein kuch tumharay saathi hain ke tumharay</w:t>
      </w:r>
    </w:p>
    <w:p>
      <w:pPr>
        <w:jc w:val="right"/>
      </w:pPr>
      <w:r>
        <w:t>تو رسول اللہ نے کہا کہ مدینے میں ایسے کچھ چند لوگ تھے وہاں پر۔ تو مجھے رسول اللہ نے بتایا ایک لوگوں کو کہ دیکھو مدینے میں کچھ تمہارے ساتھی ہیں کہ تمہارے</w:t>
      </w:r>
    </w:p>
    <w:p>
      <w:r>
        <w:rPr>
          <w:b/>
        </w:rPr>
        <w:t xml:space="preserve">[33:54] </w:t>
      </w:r>
      <w:r>
        <w:t>jo bhi rasta tum ne tay kiya, jis wadi se jis guzray tum, wahan woh tumharay saath thay kyunke woh tumharay liye dua kar rahay thay.</w:t>
      </w:r>
    </w:p>
    <w:p>
      <w:pPr>
        <w:jc w:val="right"/>
      </w:pPr>
      <w:r>
        <w:t>جو بھی راستہ تم نے طے کیا، جس وادی سے جس گزرے تم، وہاں وہ تمہارے ساتھ تھے کیونکہ وہ تمہارے لیے دعا کر رہے تھے۔</w:t>
      </w:r>
    </w:p>
    <w:p>
      <w:r>
        <w:rPr>
          <w:b/>
        </w:rPr>
        <w:t xml:space="preserve">[34:09] </w:t>
      </w:r>
      <w:r>
        <w:t>to yeh bhi mission, mission spirit ki baat hai. aap aik mission mein juray huay hain. kabhi aisa ho sakta hai ke aap khud active part na le sakein, active hissa na le sakein.</w:t>
      </w:r>
    </w:p>
    <w:p>
      <w:pPr>
        <w:jc w:val="right"/>
      </w:pPr>
      <w:r>
        <w:t>تو یہ بھی مشن، مشن اسپرٹ کی بات ہے۔ آپ ایک مشن میں جڑے ہوئے ہیں۔ کبھی ایسا ہو سکتا ہے کہ آپ خود ایکٹیو پارٹ نہ لے سکیں، ایکٹیو حصہ نہ لے سکیں۔</w:t>
      </w:r>
    </w:p>
    <w:p>
      <w:r>
        <w:rPr>
          <w:b/>
        </w:rPr>
        <w:t xml:space="preserve">[34:23] </w:t>
      </w:r>
      <w:r>
        <w:t>lekin doosra aadmi jo active hissa le raha ho, to aap ke liye frustration ki zaroorat nahi hai. aap bhi is mein apna share laga sakte hain is tarah ke aap us ke liye dua karein.</w:t>
      </w:r>
    </w:p>
    <w:p>
      <w:pPr>
        <w:jc w:val="right"/>
      </w:pPr>
      <w:r>
        <w:t>لیکن دوسرا آدمی جو ایکٹیو حصہ لے رہا ہو، تو آپ کے لیے فرسٹریشن کی ضرورت نہیں ہے۔ آپ بھی اس میں اپنا شیئر لگا سکتے ہیں اس طرح کہ آپ اس کے لیے دعا کریں۔</w:t>
      </w:r>
    </w:p>
    <w:p>
      <w:r>
        <w:rPr>
          <w:b/>
        </w:rPr>
        <w:t xml:space="preserve">[34:38] </w:t>
      </w:r>
      <w:r>
        <w:t>yani is hadith se maloom hota hai ke jo aadmi dil ki beqarari ke sath dua karega, to woh un ka saathi ban jaye ga, Khuda ke haan saathi likh diya jaye ga.</w:t>
      </w:r>
    </w:p>
    <w:p>
      <w:pPr>
        <w:jc w:val="right"/>
      </w:pPr>
      <w:r>
        <w:t>یعنی اس حدیث سے معلوم ہوتا ہے کہ جو آدمی دل کی بے قراری کے ساتھ دعا کرے گا، تو وہ ان کا ساتھی بن جائے گا، خدا کے ہاں ساتھی لکھ دیا جائے گا۔</w:t>
      </w:r>
    </w:p>
    <w:p>
      <w:r>
        <w:rPr>
          <w:b/>
        </w:rPr>
        <w:t xml:space="preserve">[34:51] </w:t>
      </w:r>
      <w:r>
        <w:t>to hadith mein aaye ga agarche woh tumharay sath nahi thay, lekin Khuda ke haan woh saathi likh diye gaye kyunke dil ke sath tumharay sath thay, tumharay liye duaen kar rahay thay, tumharay liye tarp rahay thay.</w:t>
      </w:r>
    </w:p>
    <w:p>
      <w:pPr>
        <w:jc w:val="right"/>
      </w:pPr>
      <w:r>
        <w:t>تو حدیث میں آئے گا اگرچہ وہ تمہارے ساتھ نہیں تھے، لیکن خدا کے ہاں وہ ساتھی لکھ دیے گئے کیونکہ دل کے ساتھ تمہارے ساتھ تھے، تمہارے لیے دعائیں کر رہے تھے، تمہارے لیے تڑپ رہے تھے۔</w:t>
      </w:r>
    </w:p>
    <w:p>
      <w:r>
        <w:rPr>
          <w:b/>
        </w:rPr>
        <w:t xml:space="preserve">[35:08] </w:t>
      </w:r>
      <w:r>
        <w:t>to is mein hamare liye aik bohat bari good tidings hai</w:t>
      </w:r>
    </w:p>
    <w:p>
      <w:pPr>
        <w:jc w:val="right"/>
      </w:pPr>
      <w:r>
        <w:t>تو اس میں ہمارے لیے ایک بہت بڑی گڈ ٹائیڈنگ ہے</w:t>
      </w:r>
    </w:p>
    <w:p>
      <w:r>
        <w:rPr>
          <w:b/>
        </w:rPr>
        <w:t xml:space="preserve">[35:17] </w:t>
      </w:r>
      <w:r>
        <w:t>ke dua kar ke apne dil ki, apne dil ki</w:t>
      </w:r>
    </w:p>
    <w:p>
      <w:pPr>
        <w:jc w:val="right"/>
      </w:pPr>
      <w:r>
        <w:t>کہ دعا کر کے اپنے دل کی، اپنے دل کی</w:t>
      </w:r>
    </w:p>
    <w:p>
      <w:r>
        <w:rPr>
          <w:b/>
        </w:rPr>
        <w:t xml:space="preserve">[35:26] </w:t>
      </w:r>
      <w:r>
        <w:t>jazbat ko</w:t>
      </w:r>
    </w:p>
    <w:p>
      <w:pPr>
        <w:jc w:val="right"/>
      </w:pPr>
      <w:r>
        <w:t>جذبات کو</w:t>
      </w:r>
    </w:p>
    <w:p>
      <w:r>
        <w:rPr>
          <w:b/>
        </w:rPr>
        <w:t xml:space="preserve">[35:29] </w:t>
      </w:r>
      <w:r>
        <w:t>de kar bhi hum un ke saathi ban sakte hain.</w:t>
      </w:r>
    </w:p>
    <w:p>
      <w:pPr>
        <w:jc w:val="right"/>
      </w:pPr>
      <w:r>
        <w:t>دے کر بھی ہم ان کے ساتھی بن سکتے ہیں۔</w:t>
      </w:r>
    </w:p>
    <w:p>
      <w:r>
        <w:rPr>
          <w:b/>
        </w:rPr>
        <w:t xml:space="preserve">[35:35] </w:t>
      </w:r>
      <w:r>
        <w:t>mission spirit ke baray mein hadith mein yeh hai ke al hubbu lillah,</w:t>
      </w:r>
    </w:p>
    <w:p>
      <w:pPr>
        <w:jc w:val="right"/>
      </w:pPr>
      <w:r>
        <w:t>مشن اسپرٹ کے بارے میں حدیث میں یہ ہے کہ الحب للہ،</w:t>
      </w:r>
    </w:p>
    <w:p>
      <w:r>
        <w:rPr>
          <w:b/>
        </w:rPr>
        <w:t xml:space="preserve">[35:43] </w:t>
      </w:r>
      <w:r>
        <w:t>yani aadmi mohabbat kare Khuda ke liye. yani mission ke logon se jo aap ko mohabbat hogi, kis liye hogi? Khuda ke liye.</w:t>
      </w:r>
    </w:p>
    <w:p>
      <w:pPr>
        <w:jc w:val="right"/>
      </w:pPr>
      <w:r>
        <w:t>یعنی آدمی محبت کرے خدا کے لیے۔ یعنی مشن کے لوگوں سے جو آپ کو محبت ہوگی، کس لیے ہوگی؟ خدا کے لیے۔</w:t>
      </w:r>
    </w:p>
    <w:p>
      <w:r>
        <w:rPr>
          <w:b/>
        </w:rPr>
        <w:t xml:space="preserve">[35:52] </w:t>
      </w:r>
      <w:r>
        <w:t>chunki jo team ke log hain, woh Khuda ke rastay par hain,</w:t>
      </w:r>
    </w:p>
    <w:p>
      <w:pPr>
        <w:jc w:val="right"/>
      </w:pPr>
      <w:r>
        <w:t>چونکہ جو ٹیم کے لوگ ہیں، وہ خدا کے راستے پر ہیں،</w:t>
      </w:r>
    </w:p>
    <w:p>
      <w:r>
        <w:rPr>
          <w:b/>
        </w:rPr>
        <w:t xml:space="preserve">[36:02] </w:t>
      </w:r>
      <w:r>
        <w:t>woh Khuda ke kaam kar rahay hain, Khuda ke worker hain. to the service of God, aap un se mohabbat karne lagen ge.</w:t>
      </w:r>
    </w:p>
    <w:p>
      <w:pPr>
        <w:jc w:val="right"/>
      </w:pPr>
      <w:r>
        <w:t>وہ خدا کے کام کر رہے ہیں، خدا کے ورکر ہیں۔ تو فدسیف کا فدسیف آف گاڈ، آپ ان سے محبت کرنے لگیں گے۔</w:t>
      </w:r>
    </w:p>
    <w:p>
      <w:r>
        <w:rPr>
          <w:b/>
        </w:rPr>
        <w:t xml:space="preserve">[36:16] </w:t>
      </w:r>
      <w:r>
        <w:t>yeh kitni bari baat hai.</w:t>
      </w:r>
    </w:p>
    <w:p>
      <w:pPr>
        <w:jc w:val="right"/>
      </w:pPr>
      <w:r>
        <w:t>یہ کتنی بڑی بات ہے۔</w:t>
      </w:r>
    </w:p>
    <w:p>
      <w:r>
        <w:rPr>
          <w:b/>
        </w:rPr>
        <w:t xml:space="preserve">[36:19] </w:t>
      </w:r>
      <w:r>
        <w:t>log mohabbat karte hain doosray doosray wajuhat se. har aik ke paas apna reason hota hai ke woh kyun mohabbat kare kisi se, aur woh sara hota hai material interest ke liye,</w:t>
      </w:r>
    </w:p>
    <w:p>
      <w:pPr>
        <w:jc w:val="right"/>
      </w:pPr>
      <w:r>
        <w:t>لوگ محبت کرتے ہیں دوسرے دوسرے وجوہ سے۔ ہر ایک کے پاس اپنا ریزن ہوتا ہے کہ وہ کیوں محبت کرے کسی سے، اور وہ سارا ہوتا ہے مٹیریل انٹرسٹ کے لیے،</w:t>
      </w:r>
    </w:p>
    <w:p>
      <w:r>
        <w:rPr>
          <w:b/>
        </w:rPr>
        <w:t xml:space="preserve">[36:33] </w:t>
      </w:r>
      <w:r>
        <w:t>family interest ke liye.</w:t>
      </w:r>
    </w:p>
    <w:p>
      <w:pPr>
        <w:jc w:val="right"/>
      </w:pPr>
      <w:r>
        <w:t>فیملی انٹرسٹ کے لیے۔</w:t>
      </w:r>
    </w:p>
    <w:p>
      <w:r>
        <w:rPr>
          <w:b/>
        </w:rPr>
        <w:t xml:space="preserve">[36:38] </w:t>
      </w:r>
      <w:r>
        <w:t>lekin yahan par bataya gaya ke tum team ke logon ke sath mohabbat karo Khuda ke liye,</w:t>
      </w:r>
    </w:p>
    <w:p>
      <w:pPr>
        <w:jc w:val="right"/>
      </w:pPr>
      <w:r>
        <w:t>لیکن یہاں پر بتایا گیا کہ تم ٹیم کے لوگوں کے ساتھ محبت کرو خدا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