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Death The Final Journey December 29, 2006</w:t>
      </w:r>
    </w:p>
    <w:p>
      <w:r>
        <w:t>https://www.youtube.com/watch?v=4xRto4PyxGA</w:t>
      </w:r>
    </w:p>
    <w:p>
      <w:r>
        <w:rPr>
          <w:b/>
        </w:rPr>
        <w:t xml:space="preserve">[00:14] </w:t>
      </w:r>
      <w:r>
        <w:t>wasalli allah ala nabiyil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[00:18]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[00:22] </w:t>
      </w:r>
      <w:r>
        <w:t>w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[00:25] </w:t>
      </w:r>
      <w:r>
        <w:t>wahal al 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[00:29]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[00:35] </w:t>
      </w:r>
      <w:r>
        <w:t>aap jantey hain keh aaj ka jo topic hai</w:t>
      </w:r>
    </w:p>
    <w:p>
      <w:pPr>
        <w:jc w:val="right"/>
      </w:pPr>
      <w:r>
        <w:t>آپ جانتے ہیں کہ آج کا جو ٹاپک ہے</w:t>
      </w:r>
    </w:p>
    <w:p>
      <w:r>
        <w:rPr>
          <w:b/>
        </w:rPr>
        <w:t xml:space="preserve">[00:40] </w:t>
      </w:r>
      <w:r>
        <w:t>woh hai final journey,</w:t>
      </w:r>
    </w:p>
    <w:p>
      <w:pPr>
        <w:jc w:val="right"/>
      </w:pPr>
      <w:r>
        <w:t>وہ ہے فائنل جرنی،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