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Warnings of Doomsday February 4, 2007</w:t>
      </w:r>
    </w:p>
    <w:p>
      <w:r>
        <w:t>https://www.youtube.com/watch?v=VT0BnPl_-zc</w:t>
      </w:r>
    </w:p>
    <w:p>
      <w:r>
        <w:rPr>
          <w:b/>
        </w:rPr>
        <w:t xml:space="preserve">[00:13] </w:t>
      </w:r>
      <w:r>
        <w:t>Rabb ishrah li sadri, wa yassir li amri, wah lul uqdata min lisani yafqa qawli.</w:t>
      </w:r>
    </w:p>
    <w:p>
      <w:pPr>
        <w:jc w:val="right"/>
      </w:pPr>
      <w:r>
        <w:t>رب اشرح لی صدری، ویسر لی امری، واحل العقدۃ من لسانی یفقہ قولی۔</w:t>
      </w:r>
    </w:p>
    <w:p>
      <w:r>
        <w:rPr>
          <w:b/>
        </w:rPr>
        <w:t xml:space="preserve">[00:28] </w:t>
      </w:r>
      <w:r>
        <w:t>aap ko yaad hai ke pichle Friday ki class mein maine topic liya tha "the concept of dajjal and mehdi in Islam".</w:t>
      </w:r>
    </w:p>
    <w:p>
      <w:pPr>
        <w:jc w:val="right"/>
      </w:pPr>
      <w:r>
        <w:t>آپ کو یاد ہے کہ پچھلے فرائیڈے کی کلاس میں میں نے ٹاپک لیا تھا "دا کانسیپٹ آف دا جال اینڈ مہدی ان اسلام"۔</w:t>
      </w:r>
    </w:p>
    <w:p>
      <w:r>
        <w:rPr>
          <w:b/>
        </w:rPr>
        <w:t xml:space="preserve">[00:44] </w:t>
      </w:r>
      <w:r>
        <w:t>to is mein maine bataya tha ke poori history mein do trend ya do culture chalte rahe hain:</w:t>
      </w:r>
    </w:p>
    <w:p>
      <w:pPr>
        <w:jc w:val="right"/>
      </w:pPr>
      <w:r>
        <w:t>تو اس میں میں نے بتایا تھا کہ پوری ہسٹری میں دو ٹرینڈ یا دو کلچر چلتے رہے ہیں:</w:t>
      </w:r>
    </w:p>
    <w:p>
      <w:r>
        <w:rPr>
          <w:b/>
        </w:rPr>
        <w:t xml:space="preserve">[00:58] </w:t>
      </w:r>
      <w:r>
        <w:t>ek tha ya hai spiritualism, aur doosra hai materialism. To aap ko maloom hai ke Zarathustra ne, jo Parsi mazhab ke founder the,</w:t>
      </w:r>
    </w:p>
    <w:p>
      <w:pPr>
        <w:jc w:val="right"/>
      </w:pPr>
      <w:r>
        <w:t>ایک تھا یا ہے اسپریچولزم، اور دوسرا ہے مٹیریلزم۔ تو آپ کو معلوم ہے کہ زرتشت نے، جو پارسی مذہب کے فاؤنڈر تھے،</w:t>
      </w:r>
    </w:p>
    <w:p>
      <w:r>
        <w:rPr>
          <w:b/>
        </w:rPr>
        <w:t xml:space="preserve">[01:17] </w:t>
      </w:r>
      <w:r>
        <w:t>unhone do Khuda ka concept diya tha ke do Khuda hain: Yazdan aur Ahriman.</w:t>
      </w:r>
    </w:p>
    <w:p>
      <w:pPr>
        <w:jc w:val="right"/>
      </w:pPr>
      <w:r>
        <w:t>انہوں نے دو خدا کا کانسیپٹ دیا تھا کہ دو خدا ہیں: یزداں اوریرمن۔</w:t>
      </w:r>
    </w:p>
    <w:p>
      <w:r>
        <w:rPr>
          <w:b/>
        </w:rPr>
        <w:t xml:space="preserve">[01:26] </w:t>
      </w:r>
      <w:r>
        <w:t>aur unhone kaha tha ke "the world is a perpetual battleground of evil and good forces".</w:t>
      </w:r>
    </w:p>
    <w:p>
      <w:pPr>
        <w:jc w:val="right"/>
      </w:pPr>
      <w:r>
        <w:t>اور انہوں نے کہا تھا کہ "دا ورلڈ از اے پرپچول بیٹل گراؤنڈ آف ایول اینڈ گڈ فورسز"۔</w:t>
      </w:r>
    </w:p>
    <w:p>
      <w:r>
        <w:rPr>
          <w:b/>
        </w:rPr>
        <w:t xml:space="preserve">[01:40] </w:t>
      </w:r>
      <w:r>
        <w:t>main samajhta hoon ke yeh baat sahi nahi hai. Sahi baat yeh hai ke Khuda ne jo banai yeh duniya, to is mein is tarah banaya Khuda ne ke ek taraf spiritualism hai aur doosri taraf materialism hai.</w:t>
      </w:r>
    </w:p>
    <w:p>
      <w:pPr>
        <w:jc w:val="right"/>
      </w:pPr>
      <w:r>
        <w:t>میں سمجھتا ہوں کہ یہ بات صحیح نہیں ہے۔ صحیح بات یہ ہے کہ خدا نے جو بنائی یہ دنیا، تو اس میں اس طرح بنایا خدا نے کہ ایک طرف اسپریچولزم ہے اور دوسری طرف مٹیریلزم ہے۔</w:t>
      </w:r>
    </w:p>
    <w:p>
      <w:r>
        <w:rPr>
          <w:b/>
        </w:rPr>
        <w:t xml:space="preserve">[01:55] </w:t>
      </w:r>
      <w:r>
        <w:t>spiritualism se meri murad koi mysterious cheez nahi hai, yeh wohi cheez hai jis ko hum kehte hain Khuda ka bataya hua religion.</w:t>
      </w:r>
    </w:p>
    <w:p>
      <w:pPr>
        <w:jc w:val="right"/>
      </w:pPr>
      <w:r>
        <w:t>اسپریچولزم سے میری مراد کوئی مسٹیریس چیز نہیں ہے، یہ وہی چیز ہے جس کو ہم کہتے ہیں خدا کا بتایا ہوا ریلیجن۔</w:t>
      </w:r>
    </w:p>
    <w:p>
      <w:r>
        <w:rPr>
          <w:b/>
        </w:rPr>
        <w:t xml:space="preserve">[02:07] </w:t>
      </w:r>
      <w:r>
        <w:t>to yeh dono, dono yeh stream history mein chalte rahe hain kyunke duniya aap jante hain ke test ke liye hai.</w:t>
      </w:r>
    </w:p>
    <w:p>
      <w:pPr>
        <w:jc w:val="right"/>
      </w:pPr>
      <w:r>
        <w:t>تو یہ دونوں، دونوں یہ اسٹریم ہسٹری میں چلتے رہے ہیں کیونکہ دنیا آپ جانتے ہیں کہ ٹیسٹ کے لیے ہے۔</w:t>
      </w:r>
    </w:p>
    <w:p>
      <w:r>
        <w:rPr>
          <w:b/>
        </w:rPr>
        <w:t xml:space="preserve">[02:19] </w:t>
      </w:r>
      <w:r>
        <w:t>to materialism ka jo culmination hai, isi ko kehte hain dajjal. Yani materialism ka represent karta hai Satan,</w:t>
      </w:r>
    </w:p>
    <w:p>
      <w:pPr>
        <w:jc w:val="right"/>
      </w:pPr>
      <w:r>
        <w:t>تو مٹیریلزم کا جو کلمنیشن ہے، اسی کو کہتے ہیں دجال۔ یعنی مٹیریلزم کا کو ریپریزنٹ کرتا ہے سیٹن،</w:t>
      </w:r>
    </w:p>
    <w:p>
      <w:r>
        <w:rPr>
          <w:b/>
        </w:rPr>
        <w:t xml:space="preserve">[02:34] </w:t>
      </w:r>
      <w:r>
        <w:t>aur scientific era mein ya industrial era mein jo development hua, jo progress hui, aur available material barh gaya bohat zyada, to</w:t>
      </w:r>
    </w:p>
    <w:p>
      <w:pPr>
        <w:jc w:val="right"/>
      </w:pPr>
      <w:r>
        <w:t>اور سائنٹیفک ایرا میں یا انڈسٹریل ایرا میں جو ڈیولپمنٹ ہوا، جو پراگریس ہوئی، اور اویلیبل مٹیریل بڑھ گیا بہت زیادہ، تو</w:t>
      </w:r>
    </w:p>
    <w:p>
      <w:r>
        <w:rPr>
          <w:b/>
        </w:rPr>
        <w:t xml:space="preserve">[02:50] </w:t>
      </w:r>
      <w:r>
        <w:t>naye naye possibilities samne aayin dono stream ke liye, dono ke liye. To dajjal jo hai, woh hoga culmination material culture ka,</w:t>
      </w:r>
    </w:p>
    <w:p>
      <w:pPr>
        <w:jc w:val="right"/>
      </w:pPr>
      <w:r>
        <w:t>نئے نئے پوسیبلیٹیز سامنے آئیں دونوں اسٹریم کے لیے، دونوں کے لیے۔ تو دجال جو ہے، وہ ہوگا کلمنیشن مٹیریل کلچر کا،</w:t>
      </w:r>
    </w:p>
    <w:p>
      <w:r>
        <w:rPr>
          <w:b/>
        </w:rPr>
        <w:t xml:space="preserve">[03:07] </w:t>
      </w:r>
      <w:r>
        <w:t>aur mehdi jo hai, woh culmination hoga spiritual culture ka. Yeh main is se pehle arz kiya tha. To</w:t>
      </w:r>
    </w:p>
    <w:p>
      <w:pPr>
        <w:jc w:val="right"/>
      </w:pPr>
      <w:r>
        <w:t>اور مہدی جو ہے، وہ کلمنیشن ہوگا اسپریچول کلچر کا۔ یہ میں اس سے پہلے عرض کیا تھا۔ تو</w:t>
      </w:r>
    </w:p>
    <w:p>
      <w:r>
        <w:rPr>
          <w:b/>
        </w:rPr>
        <w:t xml:space="preserve">[03:22] </w:t>
      </w:r>
      <w:r>
        <w:t>yeh dono cheezen, jaisa ke hadith mein aaya hai, maine arz kiya tha ke hadith mein bohat sari woh hain predictions hain qayamat se pehle ki, yaani dooms day ke pehle ki.</w:t>
      </w:r>
    </w:p>
    <w:p>
      <w:pPr>
        <w:jc w:val="right"/>
      </w:pPr>
      <w:r>
        <w:t>یہ دونوں چیزیں، جیسا کہ حدیث میں آیا ہے، میں نے عرض کیا تھا کہ حدیث میں بہت ساری وہ ہیں پریڈکشنز ہیں قیامت سے پہلے کی، یعنی ڈومز ڈے کے پہلے کی۔</w:t>
      </w:r>
    </w:p>
    <w:p>
      <w:r>
        <w:rPr>
          <w:b/>
        </w:rPr>
        <w:t xml:space="preserve">[03:41] </w:t>
      </w:r>
      <w:r>
        <w:t>to yeh isi mein se hai jisko jo thinkers kehte rahe hain "end of the history".</w:t>
      </w:r>
    </w:p>
    <w:p>
      <w:pPr>
        <w:jc w:val="right"/>
      </w:pPr>
      <w:r>
        <w:t>تو یہ اسی میں سے ہے جس کو جو تھنکرز کہتے رہے ہیں "اینڈ آف دا ہسٹری"۔</w:t>
      </w:r>
    </w:p>
    <w:p>
      <w:r>
        <w:rPr>
          <w:b/>
        </w:rPr>
        <w:t xml:space="preserve">[03:53] </w:t>
      </w:r>
      <w:r>
        <w:t>to saare log yeh mante rahe hain ke history ka ek end hoga, aur religion bhi maana gaya hai usko. to aakhri zamane mein, jis ko hum kehte hain qayamat se pehle,</w:t>
      </w:r>
    </w:p>
    <w:p>
      <w:pPr>
        <w:jc w:val="right"/>
      </w:pPr>
      <w:r>
        <w:t>تو سارے لوگ یہ مانتے رہے ہیں کہ ہسٹری کا ایک اینڈ ہوگا، اور ریلیجن بھی مانا گیا ہے اس کو۔ تو آخری زمانے میں، جس کو ہم کہتے ہیں قیامت سے پہلے،</w:t>
      </w:r>
    </w:p>
    <w:p>
      <w:r>
        <w:rPr>
          <w:b/>
        </w:rPr>
        <w:t xml:space="preserve">[04:10] </w:t>
      </w:r>
      <w:r>
        <w:t>Dajjal bhi zahir hoga aur Mahdi bhi zahir honge, dono. to dekhen, Dajjal jo hai aur Mahdi jo hai, dono ki pehchan kya hogi?</w:t>
      </w:r>
    </w:p>
    <w:p>
      <w:pPr>
        <w:jc w:val="right"/>
      </w:pPr>
      <w:r>
        <w:t>دجال بھی ظاہر ہوگا اور مہدی بھی ظاہر ہوں گے، دونوں۔ تو دیکھیں، دجال جو ہے اور مہدی جو ہے، دونوں کی پہچان کیا ہوگی؟</w:t>
      </w:r>
    </w:p>
    <w:p>
      <w:r>
        <w:rPr>
          <w:b/>
        </w:rPr>
        <w:t xml:space="preserve">[04:21] </w:t>
      </w:r>
      <w:r>
        <w:t>sab se bari baat yeh jaanna hai ke Dajjal ki pehchan kya hai aur Mahdi ki pehchan kya hai.</w:t>
      </w:r>
    </w:p>
    <w:p>
      <w:pPr>
        <w:jc w:val="right"/>
      </w:pPr>
      <w:r>
        <w:t>سب سے بڑی بات یہ جاننا ہے کہ دجال کی پہچان کیا ہے اور مہدی کی پہچان کیا ہے۔</w:t>
      </w:r>
    </w:p>
    <w:p>
      <w:r>
        <w:rPr>
          <w:b/>
        </w:rPr>
        <w:t xml:space="preserve">[04:29] </w:t>
      </w:r>
      <w:r>
        <w:t>Dajjal ka matlab hota hai "great deceiver", bohat ziyada bara farebi. to Dajjal bohat hi beautiful ideologies pesh karega, beautiful ideology,</w:t>
      </w:r>
    </w:p>
    <w:p>
      <w:pPr>
        <w:jc w:val="right"/>
      </w:pPr>
      <w:r>
        <w:t>دجال کا مطلب ہوتا ہے "گریٹ ڈیسیور"، بہت زیادہ بڑا فریبی۔ تو دجال بہت ہی بیوٹی فل آئیڈیالوجیز پیش کرے گا، بیوٹی فل آئیڈیالوجی،</w:t>
      </w:r>
    </w:p>
    <w:p>
      <w:r>
        <w:rPr>
          <w:b/>
        </w:rPr>
        <w:t xml:space="preserve">[04:46] </w:t>
      </w:r>
      <w:r>
        <w:t>beautiful nazariyat.</w:t>
      </w:r>
    </w:p>
    <w:p>
      <w:pPr>
        <w:jc w:val="right"/>
      </w:pPr>
      <w:r>
        <w:t>بیوٹی فل نظریات۔</w:t>
      </w:r>
    </w:p>
    <w:p>
      <w:r>
        <w:rPr>
          <w:b/>
        </w:rPr>
        <w:t xml:space="preserve">[04:54] </w:t>
      </w:r>
      <w:r>
        <w:t>woh uski pehchan kya hogi? pehchan hogi result. result, result ko dekh kar aap samjhenge ke yeh Dajali ideology hai ya nahi hai.</w:t>
      </w:r>
    </w:p>
    <w:p>
      <w:pPr>
        <w:jc w:val="right"/>
      </w:pPr>
      <w:r>
        <w:t>وہ اس کی پہچان کیا ہوگی؟ پہچان ہوگی رزلٹ۔ رزلٹ، رزلٹ کو دیکھ کر آپ سمجھیں گے کہ یہ دجالی آئیڈیالوجی ہے یا نہیں ہے۔</w:t>
      </w:r>
    </w:p>
    <w:p>
      <w:r>
        <w:rPr>
          <w:b/>
        </w:rPr>
        <w:t xml:space="preserve">[05:06] </w:t>
      </w:r>
      <w:r>
        <w:t>aur Mahdi jo hai, woh isi ko expose karega, uski beautiful ideology, jisko jo logon ko bohat ziyada dhoke mein daal degi.</w:t>
      </w:r>
    </w:p>
    <w:p>
      <w:pPr>
        <w:jc w:val="right"/>
      </w:pPr>
      <w:r>
        <w:t>اور مہدی جو ہے، وہ اسی کو ایکسپوز کرے گا، اس کی بیوٹی فل آئیڈیالوجی، جس کو جو لوگوں کو بہت زیادہ دھوکے میں ڈال دے گی۔</w:t>
      </w:r>
    </w:p>
    <w:p>
      <w:r>
        <w:rPr>
          <w:b/>
        </w:rPr>
        <w:t xml:space="preserve">[05:18] </w:t>
      </w:r>
      <w:r>
        <w:t>bohat se log iski bheed ki bheed chal padegi Dajjal ke peeche, uski ideological beauty ki wajah se. to Mahdi ka kaam hoga usko expose karna.</w:t>
      </w:r>
    </w:p>
    <w:p>
      <w:pPr>
        <w:jc w:val="right"/>
      </w:pPr>
      <w:r>
        <w:t>بہت سے لوگ اس کی بھیڑ کی بھیڑ چل پڑے گی دجال کے پیچھے، اس کی آئیڈیالوجیکل بیوٹی کی وجہ سے۔ تو مہدی کا کام ہوگا اس کو ایکسپوز کرنا۔</w:t>
      </w:r>
    </w:p>
    <w:p>
      <w:r>
        <w:rPr>
          <w:b/>
        </w:rPr>
        <w:t xml:space="preserve">[05:30] </w:t>
      </w:r>
      <w:r>
        <w:t>to main aap ko ek pehchan batata hoon ke pehchan hoga result. to maine arz kiya tha ke is zamane mein dekhen, religion mein bhi aur secular shobon mein bhi, dono mein Dajali nazariyat, Dajali thought zahir hue.</w:t>
      </w:r>
    </w:p>
    <w:p>
      <w:pPr>
        <w:jc w:val="right"/>
      </w:pPr>
      <w:r>
        <w:t>تو میں آپ کو ایک پہچان بتاتا ہوں کہ پہچان ہوگا رزلٹ۔ تو میں نے عرض کیا تھا کہ اس زمانے میں دیکھیں، ریلیجن میں بھی اور سیکولر شعبوں میں بھی، دونوں میں دجالی نظریات، دجالی تھاٹ ظاہر ہوئے۔</w:t>
      </w:r>
    </w:p>
    <w:p>
      <w:r>
        <w:rPr>
          <w:b/>
        </w:rPr>
        <w:t xml:space="preserve">[05:52] </w:t>
      </w:r>
      <w:r>
        <w:t>to maine arz kiya tha ke mazhab mein, yaani Islam mein, to yeh hua ke political interpretation diya gaya Islam ka. pichhle hazar saal mein kabhi bhi Islam ka political interpretation nahi diya gaya tha.</w:t>
      </w:r>
    </w:p>
    <w:p>
      <w:pPr>
        <w:jc w:val="right"/>
      </w:pPr>
      <w:r>
        <w:t>تو میں نے عرض کیا تھا کہ مذہب میں، یعنی اسلام میں، تو یہ ہوا کہ پولیٹیکل انٹرپریشن دیا گیا اسلام کا۔ پچھلے ہزار سال میں کبھی بھی اسلام کا پولیٹیکل انٹرپریشن نہیں دیا گیا تھا۔</w:t>
      </w:r>
    </w:p>
    <w:p>
      <w:r>
        <w:rPr>
          <w:b/>
        </w:rPr>
        <w:t xml:space="preserve">[06:11] </w:t>
      </w:r>
      <w:r>
        <w:t>political interpretation ka matlab kya hai? yeh batana ke Islam ek mukammal nizam hai, ek complete system hai, ek complete order hai.</w:t>
      </w:r>
    </w:p>
    <w:p>
      <w:pPr>
        <w:jc w:val="right"/>
      </w:pPr>
      <w:r>
        <w:t>پولیٹیکل انٹرپریشن کا مطلب کیا ہے؟ یہ بتانا کہ اسلام ایک مکمل نظام ہے، ایک کمپلیٹ سسٹم ہے، ایک کمپلیٹ آرڈر ہے۔</w:t>
      </w:r>
    </w:p>
    <w:p>
      <w:r>
        <w:rPr>
          <w:b/>
        </w:rPr>
        <w:t xml:space="preserve">[06:24] </w:t>
      </w:r>
      <w:r>
        <w:t>to jab aap yeh kahein to kya iska matlab hota hai? foran aa jata hai ke political power humein chahiye. agar aap kahein ke Islam mein yeh hai ke Khuda ko ek mano, "oneness of God",</w:t>
      </w:r>
    </w:p>
    <w:p>
      <w:pPr>
        <w:jc w:val="right"/>
      </w:pPr>
      <w:r>
        <w:t>تو جب آپ یہ کہیں تو کیا اس کا مطلب ہوتا ہے؟ فوراً آ جاتا ہے کہ پولیٹیکل پاور ہمیں چاہیے۔ اگر آپ کہیں کہ اسلام میں یہ ہے کہ خدا کو ایک مانو، "ونیس آف گاڈ"،</w:t>
      </w:r>
    </w:p>
    <w:p>
      <w:r>
        <w:rPr>
          <w:b/>
        </w:rPr>
        <w:t xml:space="preserve">[06:39] </w:t>
      </w:r>
      <w:r>
        <w:t>ya aap yeh kahein ke Khuda ki hi ki ibadat karo, agar aap yeh kahein ke Khuda ke bataye hue moral values ko apnao, to aap ko political power ki koi zaroorat nahi.</w:t>
      </w:r>
    </w:p>
    <w:p>
      <w:pPr>
        <w:jc w:val="right"/>
      </w:pPr>
      <w:r>
        <w:t>یا آپ یہ کہیں کہ خدا کی ہی کی عبادت کرو، اگر آپ یہ کہیں کہ خدا کے بتائے ہوئے مورل ویلیوز کو اپناؤ، تو آپ کو پولیٹیکل پاور کی کوئی ضرورت نہیں۔</w:t>
      </w:r>
    </w:p>
    <w:p>
      <w:r>
        <w:rPr>
          <w:b/>
        </w:rPr>
        <w:t xml:space="preserve">[06:52] </w:t>
      </w:r>
      <w:r>
        <w:t>is mein kya hoga? dialogue hoga aur persuasion hoga, samjhana bujhana hoga. yeh hoga to is mein political power ki kya zaroorat hai?</w:t>
      </w:r>
    </w:p>
    <w:p>
      <w:pPr>
        <w:jc w:val="right"/>
      </w:pPr>
      <w:r>
        <w:t>اس میں کیا ہوگا؟ ڈائیلاگ ہوگا اور پرسویشن ہوگا، سمجھانا بجھانا ہوگا۔ یہ ہوگا تو اس میں پولیٹیکل پاور کی کیا ضرورت ہے؟</w:t>
      </w:r>
    </w:p>
    <w:p>
      <w:r>
        <w:rPr>
          <w:b/>
        </w:rPr>
        <w:t xml:space="preserve">[07:05] </w:t>
      </w:r>
      <w:r>
        <w:t>lekin jab aap yeh kahein ke Islam ek complete system hai jis mein qanoon bhi hai aur hukumat bhi hai aur social order bhi hai, to foran zaroorat ho jati hai political power ki.</w:t>
      </w:r>
    </w:p>
    <w:p>
      <w:pPr>
        <w:jc w:val="right"/>
      </w:pPr>
      <w:r>
        <w:t>لیکن جب آپ یہ کہیں کہ اسلام ایک کمپلیٹ سسٹم ہے جس میں قانون بھی ہے اور حکومت بھی ہے اور سوشل آرڈر بھی ہے، تو فوراً ضرورت ہو جاتی ہے پولیٹیکل پاور کی۔</w:t>
      </w:r>
    </w:p>
    <w:p>
      <w:r>
        <w:rPr>
          <w:b/>
        </w:rPr>
        <w:t xml:space="preserve">[07:20] </w:t>
      </w:r>
      <w:r>
        <w:t>jaise communism tha, to communism mein kya hua? ke ghareeb logon ki madad karo. yeh hamesha insaan jaanta tha ke yeh bara acha kaam hai.</w:t>
      </w:r>
    </w:p>
    <w:p>
      <w:pPr>
        <w:jc w:val="right"/>
      </w:pPr>
      <w:r>
        <w:t>جیسے کمیونزم تھا، تو کمیونزم میں کیا ہوا؟ کہ غریب لوگوں کی مدد کرو۔ یہ ہمیشہ انسان جانتا تھا کہ یہ بڑا اچھا کام ہے۔</w:t>
      </w:r>
    </w:p>
    <w:p>
      <w:r>
        <w:rPr>
          <w:b/>
        </w:rPr>
        <w:t xml:space="preserve">[07:33] </w:t>
      </w:r>
      <w:r>
        <w:t>jo log pichhad gaye hain, yaani zindagi ki daud mein, unki madad karo. yeh to koi bura kaam nahi tha ke jis ko Marx ne shuru kiya ho.</w:t>
      </w:r>
    </w:p>
    <w:p>
      <w:pPr>
        <w:jc w:val="right"/>
      </w:pPr>
      <w:r>
        <w:t>جو لوگ پچھڑ گئے ہیں، یعنی زندگی کی دوڑ میں، ان کی مدد کرو۔ یہ تو کوئی برا کام نہیں تھا کہ جس کو مارس نے شروع کیا ہو۔</w:t>
      </w:r>
    </w:p>
    <w:p>
      <w:r>
        <w:rPr>
          <w:b/>
        </w:rPr>
        <w:t xml:space="preserve">[07:45] </w:t>
      </w:r>
      <w:r>
        <w:t>Marx ne yeh kaha hai ke humein political power ke zariye dunya mein ek naya economic system lana hai. tab is mein power aa gaya aur tab jo takrao aa gaya, tab ladai bhadai aa gayi.</w:t>
      </w:r>
    </w:p>
    <w:p>
      <w:pPr>
        <w:jc w:val="right"/>
      </w:pPr>
      <w:r>
        <w:t>مارس نے یہ کہا ہے کہ ہمیں پولیٹیکل پاور کے ذریعے دنیا میں ایک نیا اکانومک سسٹم لانا ہے۔ تب اس میں پاور آ گیا اور تب جو ٹکراؤ آ گیا، تب لڑائی بھڑائی آ گئی۔</w:t>
      </w:r>
    </w:p>
    <w:p>
      <w:r>
        <w:rPr>
          <w:b/>
        </w:rPr>
        <w:t xml:space="preserve">[07:58] </w:t>
      </w:r>
      <w:r>
        <w:t>isi liye Stalin ne kaha tha, yaani jab wahan par Russia mein abhi bana nahi tha, yaani communist rule wahan qaim nahi hua tha.</w:t>
      </w:r>
    </w:p>
    <w:p>
      <w:pPr>
        <w:jc w:val="right"/>
      </w:pPr>
      <w:r>
        <w:t>اسی لیے اسٹیلن نے کہا تھا، یعنی جب وہاں پر رشیا میں ابھی بنا نہیں تھا، یعنی کمیونسٹ رول وہاں قائم نہیں ہوا تھا۔</w:t>
      </w:r>
    </w:p>
    <w:p>
      <w:r>
        <w:rPr>
          <w:b/>
        </w:rPr>
        <w:t xml:space="preserve">[08:13] </w:t>
      </w:r>
      <w:r>
        <w:t>aap jante hain ke 1917 mein communist rule wahan par qaim hua, 1917. to is se pehle is ke leader the, is mein ek tha bara leader Stalin, Joseph Stalin.</w:t>
      </w:r>
    </w:p>
    <w:p>
      <w:pPr>
        <w:jc w:val="right"/>
      </w:pPr>
      <w:r>
        <w:t>آپ جانتے ہیں کہ 1917 میں کمیونسٹ رول وہاں پر قائم ہوا، 1917۔ تو اس سے پہلے اس کے لیڈر تھے، اس میں ایک تھا بڑا لیڈر اسٹیلن، جوزف اسٹیلن۔</w:t>
      </w:r>
    </w:p>
    <w:p>
      <w:r>
        <w:rPr>
          <w:b/>
        </w:rPr>
        <w:t xml:space="preserve">[08:27] </w:t>
      </w:r>
      <w:r>
        <w:t>to us ne apni taqreer mein ek baar kaha tha ke hum ko teen cheezon ki zaroorat hai: pehla arm, doosra arm, teesra arm, aur aakhir mein phir arm,</w:t>
      </w:r>
    </w:p>
    <w:p>
      <w:pPr>
        <w:jc w:val="right"/>
      </w:pPr>
      <w:r>
        <w:t>تو اس نے اپنی تقریر میں ایک بار کہا تھا کہ ہم کو تین چیزوں کی ضرورت ہے: پہلا ارم، دوسرا ارم، تیسرا ارم، اور آخر میں پھر ارم،</w:t>
      </w:r>
    </w:p>
    <w:p>
      <w:r>
        <w:rPr>
          <w:b/>
        </w:rPr>
        <w:t xml:space="preserve">[08:43] </w:t>
      </w:r>
      <w:r>
        <w:t>army arm. to communism was an armed struggle, kyunke agar aap ladein nahi to aap kaise chheenge power ko doosron se?</w:t>
      </w:r>
    </w:p>
    <w:p>
      <w:pPr>
        <w:jc w:val="right"/>
      </w:pPr>
      <w:r>
        <w:t>آرمی ارم۔ تو کمیونزم واز ا این ارمڈ سٹرگل، کیونکہ اگر آپ لڑیں نہیں تو آپ کیسے چھینیں گے پاور کو دوسروں سے؟</w:t>
      </w:r>
    </w:p>
    <w:p>
      <w:r>
        <w:rPr>
          <w:b/>
        </w:rPr>
        <w:t xml:space="preserve">[08:54] </w:t>
      </w:r>
      <w:r>
        <w:t>phir communist order ko aap kaise implement karenge? theek yahi baat Islam mein aa gayi jo pehle kabhi thi nahi ke Islam ka matlab kya hai?</w:t>
      </w:r>
    </w:p>
    <w:p>
      <w:pPr>
        <w:jc w:val="right"/>
      </w:pPr>
      <w:r>
        <w:t>پھر کمیونسٹ آرڈر کو آپ کیسے امپلیمنٹ کریں گے؟ ٹھیک یہی بات اسلام میں آ گئی جو پہلے کبھی تھی نہیں کہ اسلام کا مطلب کیا ہے؟</w:t>
      </w:r>
    </w:p>
    <w:p>
      <w:r>
        <w:rPr>
          <w:b/>
        </w:rPr>
        <w:t xml:space="preserve">[09:07] </w:t>
      </w:r>
      <w:r>
        <w:t>political power ko capture karo. kyu? taake islam ko as a political order, as a social order, dunya mein naafiz karo, dunya mein laagu karo.</w:t>
      </w:r>
    </w:p>
    <w:p>
      <w:pPr>
        <w:jc w:val="right"/>
      </w:pPr>
      <w:r>
        <w:t>پولیٹیکل پاور کو کیپچر کرو۔ کیوں؟ تاکہ اسلام کو ایز اے پولیٹیکل آرڈر، ایز اے سوشل آرڈر، دنیا میں نافذ کرو، دنیا میں لاگو کرو۔</w:t>
      </w:r>
    </w:p>
    <w:p>
      <w:r>
        <w:rPr>
          <w:b/>
        </w:rPr>
        <w:t xml:space="preserve">[09:19] </w:t>
      </w:r>
      <w:r>
        <w:t>to is theory ne kya kiya? dekhne mein bari bari beautiful theory thi ke mukammal nizam</w:t>
      </w:r>
    </w:p>
    <w:p>
      <w:pPr>
        <w:jc w:val="right"/>
      </w:pPr>
      <w:r>
        <w:t>تو اس تھیوری نے کیا کیا؟ دیکھنے میں بڑی بڑی بیوٹی فل تھیوری تھی کہ مکمل نظام</w:t>
      </w:r>
    </w:p>
    <w:p>
      <w:r>
        <w:rPr>
          <w:b/>
        </w:rPr>
        <w:t xml:space="preserve">[09:27] </w:t>
      </w:r>
      <w:r>
        <w:t>aur complete system, lekin is ke andar inherently aa gaya sangharsh, inherently aa gaya takrao, aur phir dunya do taraf barh gayi.</w:t>
      </w:r>
    </w:p>
    <w:p>
      <w:pPr>
        <w:jc w:val="right"/>
      </w:pPr>
      <w:r>
        <w:t>اور کمپلیٹ سسٹم، لیکن اس کے اندر انہیریٹلی آ گیا संघर्ष، انہیریٹلی آ گیا ٹکراؤ، اور پھر دنیا دو طرفوں بڑھ گئی۔</w:t>
      </w:r>
    </w:p>
    <w:p>
      <w:r>
        <w:rPr>
          <w:b/>
        </w:rPr>
        <w:t xml:space="preserve">[09:41] </w:t>
      </w:r>
      <w:r>
        <w:t>yaani ek rule, ek ruler, ek ruled. yeh ruled thay, woh organize ho kar ke ruler se larnay lagay. yeh saaray muslim countries mein hua, abhi bhi ho raha hai.</w:t>
      </w:r>
    </w:p>
    <w:p>
      <w:pPr>
        <w:jc w:val="right"/>
      </w:pPr>
      <w:r>
        <w:t>یعنی ایک رول، ایک رولر، ایک رولڈ۔ یہ رولڈ تھے، وہ اگنائز ہو کر کے رولر سے لڑنے لگے۔ یہ سارے مسلم کنٹریز میں ہوا، ابھی بھی ہو رہا ہے۔</w:t>
      </w:r>
    </w:p>
    <w:p>
      <w:r>
        <w:rPr>
          <w:b/>
        </w:rPr>
        <w:t xml:space="preserve">[09:54] </w:t>
      </w:r>
      <w:r>
        <w:t>to aap dekhiye ke pichlay zamanay mein kabhi bhi aisa nahi hua ke islam ne insaniyat ko do mein banta ho, ruler aur ruled, aur dono perpetual takrao mein aa jayen, jis tarah se kaha tha zartusht ne.</w:t>
      </w:r>
    </w:p>
    <w:p>
      <w:pPr>
        <w:jc w:val="right"/>
      </w:pPr>
      <w:r>
        <w:t>تو آپ دیکھیے کہ پچھلے زمانے میں کبھی بھی ایسا نہیں ہوا کہ اسلام نے انسانیت کو دو میں بانٹا ہو، رولر اور رولڈ، اور دونوں پرپچول ٹکراؤ میں آ جائیں، جس طرح سے کہا تھا زرتشت نے۔</w:t>
      </w:r>
    </w:p>
    <w:p>
      <w:r>
        <w:rPr>
          <w:b/>
        </w:rPr>
        <w:t xml:space="preserve">[10:10] </w:t>
      </w:r>
      <w:r>
        <w:t>to yeh political interpretation ki wajah se aisa hua, is liye mein is ko dajali interpretation manta hoon, kyunke result is ka kya nikla?</w:t>
      </w:r>
    </w:p>
    <w:p>
      <w:pPr>
        <w:jc w:val="right"/>
      </w:pPr>
      <w:r>
        <w:t>تو یہ پولیٹیکل انٹرپریشن کی وجہ سے ایسا ہوا، اس لیے میں اس کو دجالی انٹرپریشن مانتا ہوں، کیونکہ رزلٹ اس کا کیا نکلا؟</w:t>
      </w:r>
    </w:p>
    <w:p>
      <w:r>
        <w:rPr>
          <w:b/>
        </w:rPr>
        <w:t xml:space="preserve">[10:19] </w:t>
      </w:r>
      <w:r>
        <w:t>hate aur violence, intolerance. dekhne mein bohat beautiful ideology hai ke islam mukammal nizam hai, islam ek complete order hai.</w:t>
      </w:r>
    </w:p>
    <w:p>
      <w:pPr>
        <w:jc w:val="right"/>
      </w:pPr>
      <w:r>
        <w:t>ہیٹ اور وائلنس، انٹولرنس۔ دیکھنے میں بہت بیوٹی فل آئیڈیالوجی ہے کہ اسلام مکمل نظام ہے، اسلام ایک کمپلیٹ آرڈر ہے۔</w:t>
      </w:r>
    </w:p>
    <w:p>
      <w:r>
        <w:rPr>
          <w:b/>
        </w:rPr>
        <w:t xml:space="preserve">[10:33] </w:t>
      </w:r>
      <w:r>
        <w:t>bohat beautiful maloom hota hai kehne mein, lekin jab practical sense mein dekhen is ko to kya hota hai? is ka result niklta hai negative result.</w:t>
      </w:r>
    </w:p>
    <w:p>
      <w:pPr>
        <w:jc w:val="right"/>
      </w:pPr>
      <w:r>
        <w:t>بہت بیوٹی فل معلوم ہوتا ہے کہنے میں، لیکن جب پریکٹیکل سینس میں دیکھیں اس کو تو کیا ہوتا ہے؟ اس کا رزلٹ نکلتا ہے نیگیٹیو رزلٹ۔</w:t>
      </w:r>
    </w:p>
    <w:p>
      <w:r>
        <w:rPr>
          <w:b/>
        </w:rPr>
        <w:t xml:space="preserve">[10:44] </w:t>
      </w:r>
      <w:r>
        <w:t>result negative niklta hai, yaani insaan insaan barhtay hain, ruler alag, ruled alag, aur phir dono mein takrao hota hai, tashaddud, violence, intolerance.</w:t>
      </w:r>
    </w:p>
    <w:p>
      <w:pPr>
        <w:jc w:val="right"/>
      </w:pPr>
      <w:r>
        <w:t>رزلٹ نیگیٹیو نکلتا ہے، یعنی انسان انسان بڑھتے ہیں، رولر الگ، رولڈ الگ، اور پھر دونوں میں ٹکراؤ ہوتا ہے، تشدد، وائلنس، انٹولرنس۔</w:t>
      </w:r>
    </w:p>
    <w:p>
      <w:r>
        <w:rPr>
          <w:b/>
        </w:rPr>
        <w:t xml:space="preserve">[10:57] </w:t>
      </w:r>
      <w:r>
        <w:t>to dajali thought ya dajali ideology ki best pehchan kya hai? best pehchan yeh hai ke woh insaan ko do mein bantay.</w:t>
      </w:r>
    </w:p>
    <w:p>
      <w:pPr>
        <w:jc w:val="right"/>
      </w:pPr>
      <w:r>
        <w:t>تو دجالی تھاٹ یا دجالی آئیڈیالوجی کی بیسٹ پہچان کیا ہے؟ بیسٹ پہچان یہ ہے کہ وہ انسان کو دو میں بانٹے۔</w:t>
      </w:r>
    </w:p>
    <w:p>
      <w:r>
        <w:rPr>
          <w:b/>
        </w:rPr>
        <w:t xml:space="preserve">[11:10] </w:t>
      </w:r>
      <w:r>
        <w:t>isi liye hadith mein aata hai ke dajjal ek aankh ka hoga, dajjal ek aankh ka hoga. is ka matlab yahi hai ke ek ki side lay ga aur us ko doosray se takraye ga.</w:t>
      </w:r>
    </w:p>
    <w:p>
      <w:pPr>
        <w:jc w:val="right"/>
      </w:pPr>
      <w:r>
        <w:t>اسی لیے حدیث میں آتا ہے کہ دجال ایک آنکھ کا ہوگا، دجال ایک آنکھ کا ہوگا۔ اس کا مطلب یہی ہے کہ ایک کی سائیڈ لے گا اور اس کو دوسرے سے ٹکرائے گا۔</w:t>
      </w:r>
    </w:p>
    <w:p>
      <w:r>
        <w:rPr>
          <w:b/>
        </w:rPr>
        <w:t xml:space="preserve">[11:22] </w:t>
      </w:r>
      <w:r>
        <w:t>woh yeh matlab hai is ka. yahi secular field mein hua. marx ne side liya un logon ki jin ko apnay taur par kaha ke exploited log hain.</w:t>
      </w:r>
    </w:p>
    <w:p>
      <w:pPr>
        <w:jc w:val="right"/>
      </w:pPr>
      <w:r>
        <w:t>وہ یہ مطلب ہے اس کا۔ یہی سیکولر فیلڈ میں ہوا۔ مارس نے سائیڈ لیا ان لوگوں کی جن کو اپنے طور پر کہا کہ ایکسپائٹڈ لوگ ہیں۔</w:t>
      </w:r>
    </w:p>
    <w:p>
      <w:r>
        <w:rPr>
          <w:b/>
        </w:rPr>
        <w:t xml:space="preserve">[11:35] </w:t>
      </w:r>
      <w:r>
        <w:t>mein nahi manta ke woh exploited log thay, lekin phir marx ne jo banta insaan ko, ek exploited, ek exploiter, to exploited ki side liya.</w:t>
      </w:r>
    </w:p>
    <w:p>
      <w:pPr>
        <w:jc w:val="right"/>
      </w:pPr>
      <w:r>
        <w:t>میں نہیں مانتا کہ وہ ایکسپائٹڈ لوگ تھے، لیکن پھر مارس نے جو بانٹا انسان کو، ایک ایکسپائٹڈ، ایک ایکسپائٹر، تو ایکسپائٹڈ کی سائیڈ لیا۔</w:t>
      </w:r>
    </w:p>
    <w:p>
      <w:r>
        <w:rPr>
          <w:b/>
        </w:rPr>
        <w:t xml:space="preserve">[11:45] </w:t>
      </w:r>
      <w:r>
        <w:t>us ne un ko takraya exploiter se apni samajh ke mutabiq, aur phir woh takrao paida hua ke 25 million insaan commission empire mein wada le gaye, 25 million insaan is takrao ke nateejay mein.</w:t>
      </w:r>
    </w:p>
    <w:p>
      <w:pPr>
        <w:jc w:val="right"/>
      </w:pPr>
      <w:r>
        <w:t>اس نے ان کو ٹکرایا ایکسپائٹر سے اپنی سمجھ کے مطابق، اور پھر وہ ٹکراؤ پیدا ہوا کہ 25 ملین انسان کمشن ایمپائر میں واڈا لے گئے، 25 ملین انسان اس ٹکراؤ کے نتیجے میں۔</w:t>
      </w:r>
    </w:p>
    <w:p>
      <w:r>
        <w:rPr>
          <w:b/>
        </w:rPr>
        <w:t xml:space="preserve">[12:01] </w:t>
      </w:r>
      <w:r>
        <w:t>russion ke nazariye mein, aur dekhiye, ruler aur ruled ka batwara tha. king rule kartay hain aur doosray log ruled hain. ab in dono mein takrao kya?</w:t>
      </w:r>
    </w:p>
    <w:p>
      <w:pPr>
        <w:jc w:val="right"/>
      </w:pPr>
      <w:r>
        <w:t>روسوں کے نظریے میں، اور دیکھیے، رولر اور رولڈ کا بٹوارہ تھا۔ کنگ رول کرتے ہیں اور دوسرے لوگ رولڈ ہیں۔ اب ان دونوں میں ٹکراؤ کیا؟</w:t>
      </w:r>
    </w:p>
    <w:p>
      <w:r>
        <w:rPr>
          <w:b/>
        </w:rPr>
        <w:t xml:space="preserve">[12:11] </w:t>
      </w:r>
      <w:r>
        <w:t>aaj tak woh takrao khatam nahi hua. democracy kya hua? democracy ke naam par kya aaya? anarchy aayi. democracy ke naam par anarchy aayi kyunke takrao aaya.</w:t>
      </w:r>
    </w:p>
    <w:p>
      <w:pPr>
        <w:jc w:val="right"/>
      </w:pPr>
      <w:r>
        <w:t>آج تک وہ ٹکراؤ ختم نہیں ہوا۔ ڈیموکریسی کیا ہوا؟ ڈیموکریسی کے نام پر کیا آیا؟ انارکی آئی۔ ڈیموکریسی کے نام پر انارکی آئی کیونکہ ٹکراؤ آیا۔</w:t>
      </w:r>
    </w:p>
    <w:p>
      <w:r>
        <w:rPr>
          <w:b/>
        </w:rPr>
        <w:t xml:space="preserve">[12:23] </w:t>
      </w:r>
      <w:r>
        <w:t>is tarah se aap dekhen, gender equality kitna</w:t>
      </w:r>
    </w:p>
    <w:p>
      <w:pPr>
        <w:jc w:val="right"/>
      </w:pPr>
      <w:r>
        <w:t>اس طریقے سے آپ دیکھیں، جینڈر ایکولٹی کتنا</w:t>
      </w:r>
    </w:p>
    <w:p>
      <w:r>
        <w:rPr>
          <w:b/>
        </w:rPr>
        <w:t xml:space="preserve">[12:26] </w:t>
      </w:r>
      <w:r>
        <w:t>beautiful word hai! yeh kitna beautiful word hai, gender equality. lekin aap dekhen, aurat mard mein takrao aa gaya. gender equality ka word bohat beautiful lagta hai kehne mein, lekin aap practical sense mein dekhiye,</w:t>
      </w:r>
    </w:p>
    <w:p>
      <w:pPr>
        <w:jc w:val="right"/>
      </w:pPr>
      <w:r>
        <w:t>بیوٹی فل ورڈ ہے! یہ کتنا بیوٹی فل ورڈ ہے، جینڈر ایکولٹی۔ لیکن آپ دیکھیں، عورت مرد میں ٹکراؤ آ گیا۔ جینڈر ایکولٹی کا ورڈ بہت بیوٹی فل لگتا ہے کہنے میں، لیکن آپ پریکٹیکل سینس میں دیکھیے،</w:t>
      </w:r>
    </w:p>
    <w:p>
      <w:r>
        <w:rPr>
          <w:b/>
        </w:rPr>
        <w:t xml:space="preserve">[12:43] </w:t>
      </w:r>
      <w:r>
        <w:t>saaray dunya mein aurat aur mard ka jora, yeh shadi hui, shadi hoti hai love marriage ke taur par, aur aglay din jhagda shuru ho jata hai aapas mein kyunke woh apnay rights mangtay hain, woh apna right mangtay hain.</w:t>
      </w:r>
    </w:p>
    <w:p>
      <w:pPr>
        <w:jc w:val="right"/>
      </w:pPr>
      <w:r>
        <w:t>سارے دنیا میں عورت اور مرد کا جوڑا، یہ شادی ہوئی، شادی ہوتی ہے لو میرج کے طور پر، اور اگلے دن جھگڑا شروع ہو جاتا ہے آپس میں کیونکہ وہ اپنے رائٹ مانگتے ہیں، وہ اپنا رائٹ مانگتے ہیں۔</w:t>
      </w:r>
    </w:p>
    <w:p>
      <w:r>
        <w:rPr>
          <w:b/>
        </w:rPr>
        <w:t xml:space="preserve">[12:59] </w:t>
      </w:r>
      <w:r>
        <w:t>to to jitnay bhi is zamanay mein ideology nikali logon ne, woh sab takrao wali ideology thi. insaan ko do tukron mein banta unhon ne.</w:t>
      </w:r>
    </w:p>
    <w:p>
      <w:pPr>
        <w:jc w:val="right"/>
      </w:pPr>
      <w:r>
        <w:t>تو تو جتنے بھی اس زمانے میں آئیڈیالوجی نکالی لوگوں نے، وہ سب ٹکراؤ والی آئیڈیالوجی تھی۔ انسان کو دو ٹکڑوں میں بانٹا انہوں نے۔</w:t>
      </w:r>
    </w:p>
    <w:p>
      <w:r>
        <w:rPr>
          <w:b/>
        </w:rPr>
        <w:t xml:space="preserve">[13:10] </w:t>
      </w:r>
      <w:r>
        <w:t>in in equality is zamanay jo thay, thinker thay, sab opsis thay equality ka, sab se equality, social equality, economic equality, gender equality, har taraf equality, equality, equality.</w:t>
      </w:r>
    </w:p>
    <w:p>
      <w:pPr>
        <w:jc w:val="right"/>
      </w:pPr>
      <w:r>
        <w:t>ان ان ایکولٹی اس زمانے جو تھے، تھنکر تھے، سب آپسس تھے ایکولٹی کا، سب سے ایکولٹی، سوشل ایکولٹی، اکنامی ایکولٹی، جینڈر ایکولٹی، ہر طرف ایکولٹی، ایکولٹی، ایکولٹی۔</w:t>
      </w:r>
    </w:p>
    <w:p>
      <w:r>
        <w:rPr>
          <w:b/>
        </w:rPr>
        <w:t xml:space="preserve">[13:25] </w:t>
      </w:r>
      <w:r>
        <w:t>lekin aap dekhiye, result kya nikla? result nikla takrao. kyu? khuda ne ya nature ne paida hi nahi kiya hai equal, paida kiya unequal.</w:t>
      </w:r>
    </w:p>
    <w:p>
      <w:pPr>
        <w:jc w:val="right"/>
      </w:pPr>
      <w:r>
        <w:t>لیکن آپ دیکھیے، رزلٹ کیا نکلا؟ رزلٹ نکلا ٹکراؤ۔ کیوں؟ خدا نے یا نیچر نے پیدا ہی نہیں کیا ہے ایکول، پیدا کیا ان ایکول۔</w:t>
      </w:r>
    </w:p>
    <w:p>
      <w:r>
        <w:rPr>
          <w:b/>
        </w:rPr>
        <w:t xml:space="preserve">[13:40] </w:t>
      </w:r>
      <w:r>
        <w:t>to practical sense mein dunya mein inequality hai. do bhaiyon mein bhi difference hota hai, aurat mard mein difference hota hai, samaj mein difference hota hai, lekin unhon ne zabardasti chaha ke equal banaye, zabardasti.</w:t>
      </w:r>
    </w:p>
    <w:p>
      <w:pPr>
        <w:jc w:val="right"/>
      </w:pPr>
      <w:r>
        <w:t>تو پریکٹیکل سینس میں دنیا میں ان ایکولٹی ہے۔ دو بھائیوں میں بھی ڈیفرنس ہوتا ہے، عورت مرد میں ڈیفرنس ہوتا ہے، سماج میں ڈیفرنس ہوتا ہے، لیکن انہوں نے زبردستی چاہا کہ ایکول بنائے، زبردستی۔</w:t>
      </w:r>
    </w:p>
    <w:p>
      <w:r>
        <w:rPr>
          <w:b/>
        </w:rPr>
        <w:t xml:space="preserve">[13:54] </w:t>
      </w:r>
      <w:r>
        <w:t>to kya hua? takrao hai. to jin ko ke yaani log, kuch logon ko yeh ehsaas dilaya, kuch logon ke dil mein yeh feeling bhari ke tum superior, tum inferior bana diye gaye ho.</w:t>
      </w:r>
    </w:p>
    <w:p>
      <w:pPr>
        <w:jc w:val="right"/>
      </w:pPr>
      <w:r>
        <w:t>تو کیا ہوا؟ ٹکراؤ ہے۔ تو جن کو کہ یعنی لوگ، کچھ لوگوں کو یہ احساس دلایا، کچھ لوگوں کے دل میں یہ فیلنگ بھری کہ تم سپیریر، تم انفیریر بنا دیے گئے ہو۔</w:t>
      </w:r>
    </w:p>
    <w:p>
      <w:r>
        <w:rPr>
          <w:b/>
        </w:rPr>
        <w:t xml:space="preserve">[14:09] </w:t>
      </w:r>
      <w:r>
        <w:t>kuch logon ko bataya ke woh superior bana diye gaye hain. to black and white ka takrao, aurat mard ka takrao, labor aur aur us ka capitalist ka takrao,</w:t>
      </w:r>
    </w:p>
    <w:p>
      <w:pPr>
        <w:jc w:val="right"/>
      </w:pPr>
      <w:r>
        <w:t>کچھ لوگوں کو بتایا کہ وہ سپیریر بنا دیے گئے ہیں۔ تو بلیک اینڈ وائٹ کا ٹکراؤ، عورت مرد کا ٹکراؤ، لیبر اور اور اس کا کیپیٹلسٹ کا ٹکراؤ،</w:t>
      </w:r>
    </w:p>
    <w:p>
      <w:r>
        <w:rPr>
          <w:b/>
        </w:rPr>
        <w:t xml:space="preserve">[14:22] </w:t>
      </w:r>
      <w:r>
        <w:t>har jagah yahi hua. to yeh saari ideologies jo insaan ko do hisse mein baantin, to iska hadith mein jo aaya hai ke in ke dajjal ek aankh wala hoga,</w:t>
      </w:r>
    </w:p>
    <w:p>
      <w:pPr>
        <w:jc w:val="right"/>
      </w:pPr>
      <w:r>
        <w:t>ہر جگہ یہی ہوا۔ تو یہ ساری آئیڈیالوجیز جو انسان کو دو حصے میں بانٹیں، تو اس کا حدیث میں جو آیا ہے کہ ان کہ دجال ایک آنکھ والا ہوگا،</w:t>
      </w:r>
    </w:p>
    <w:p>
      <w:r>
        <w:rPr>
          <w:b/>
        </w:rPr>
        <w:t xml:space="preserve">[14:36] </w:t>
      </w:r>
      <w:r>
        <w:t>ek aankh wala maani hai ke society ke ek section ko favour karega. woh</w:t>
      </w:r>
    </w:p>
    <w:p>
      <w:pPr>
        <w:jc w:val="right"/>
      </w:pPr>
      <w:r>
        <w:t>ایک آنکھ والا معنی ہے کہ سوسائٹی کے ایک سیکشن کو فیور کرے گا۔ وہ</w:t>
      </w:r>
    </w:p>
    <w:p>
      <w:r>
        <w:rPr>
          <w:b/>
        </w:rPr>
        <w:t xml:space="preserve">[14:44] </w:t>
      </w:r>
      <w:r>
        <w:t>yaani one sided thinking iski hogi. iski jo ideology hogi, ek ko favour karegi aur doosre ko bura batayegi.</w:t>
      </w:r>
    </w:p>
    <w:p>
      <w:pPr>
        <w:jc w:val="right"/>
      </w:pPr>
      <w:r>
        <w:t>یعنی ون سائیڈڈ تھنکنگ اس کی ہوگی۔ اس کی جو آئیڈیالوجی ہوگی، ایک کو فیور کرے گی اور دوسرے کو برا بتائے گی۔</w:t>
      </w:r>
    </w:p>
    <w:p>
      <w:r>
        <w:rPr>
          <w:b/>
        </w:rPr>
        <w:t xml:space="preserve">[14:55] </w:t>
      </w:r>
      <w:r>
        <w:t>yeh hua is zamane mein. jitne bhi ideology uthi is zamane mein, aap dekhiye, sab mein yeh hua ke ek ko lekar doosre se takrana, isko ek ki favour karna aur doosre ko galat batana, yeh tha dajali tehzeeb.</w:t>
      </w:r>
    </w:p>
    <w:p>
      <w:pPr>
        <w:jc w:val="right"/>
      </w:pPr>
      <w:r>
        <w:t>یہ ہوا اس زمانے میں۔ جتنے بھی آئیڈیالوجی اٹھی اس زمانے میں، آپ دیکھیے، سب میں یہ ہوا کہ ایک کو لے کر دوسرے سے ٹکرانا، اس کو ایک کی فیور کرنا اور دوسرے کو غلط بتانا، یہ تھا دجالی تہذیب۔</w:t>
      </w:r>
    </w:p>
    <w:p>
      <w:r>
        <w:rPr>
          <w:b/>
        </w:rPr>
        <w:t xml:space="preserve">[15:11] </w:t>
      </w:r>
      <w:r>
        <w:t>to iske muqable mein jo mehdi ka role hai, woh hai isko expose karna, dajjal ke dajali ko expose karna, dajjal ke fitne ko expose karna.</w:t>
      </w:r>
    </w:p>
    <w:p>
      <w:pPr>
        <w:jc w:val="right"/>
      </w:pPr>
      <w:r>
        <w:t>تو اس کے مقابلے میں جو مہدی کا رول ہے، وہ ہے اس کو ایکسپوز کرنا، دجال کے دجالی کو ایکسپوز کرنا، دجال کے فتنے کو ایکسپوز کرنا۔</w:t>
      </w:r>
    </w:p>
    <w:p>
      <w:r>
        <w:rPr>
          <w:b/>
        </w:rPr>
        <w:t xml:space="preserve">[15:23] </w:t>
      </w:r>
      <w:r>
        <w:t>aur expose karne ka matlab yahi hai ke evil ko beautify kiya dajjal ne, evil is sense mein ke iska result negative nikalta tha.</w:t>
      </w:r>
    </w:p>
    <w:p>
      <w:pPr>
        <w:jc w:val="right"/>
      </w:pPr>
      <w:r>
        <w:t>اور ایکسپوز کرنے کا مطلب یہی ہے کہ ایول کو بیوٹیفائی کیا دجال نے، ایول اس سینس میں کہ اس کا رزلٹ نیگیٹیو نکلتا تھا۔</w:t>
      </w:r>
    </w:p>
    <w:p>
      <w:r>
        <w:rPr>
          <w:b/>
        </w:rPr>
        <w:t xml:space="preserve">[15:39] </w:t>
      </w:r>
      <w:r>
        <w:t>to isko ek aisi ideology jis ka result negative nikalta tha, isko beautify kiya usne.</w:t>
      </w:r>
    </w:p>
    <w:p>
      <w:pPr>
        <w:jc w:val="right"/>
      </w:pPr>
      <w:r>
        <w:t>تو اس کو ایک ایسی آئیڈیالوجی جس کا رزلٹ نیگیٹیو نکلتا تھا، اس کو بیوٹیفائی کیا اس نے۔</w:t>
      </w:r>
    </w:p>
    <w:p>
      <w:r>
        <w:rPr>
          <w:b/>
        </w:rPr>
        <w:t xml:space="preserve">[15:48] </w:t>
      </w:r>
      <w:r>
        <w:t>aur saare insaan jo hai, kya hua hai? takrao. takrao ke baad kya hai? frustration. aaj kal kya hai? ek galat goal de diya.</w:t>
      </w:r>
    </w:p>
    <w:p>
      <w:pPr>
        <w:jc w:val="right"/>
      </w:pPr>
      <w:r>
        <w:t>اور سارے انسان جو ہے، کیا ہوا ہے؟ ٹکراؤ۔ ٹکراؤ کے بعد کیا ہے؟ فرسٹریشن۔ آج کل کیا ہے؟ ایک غلط گول دے دیا۔</w:t>
      </w:r>
    </w:p>
    <w:p>
      <w:r>
        <w:rPr>
          <w:b/>
        </w:rPr>
        <w:t xml:space="preserve">[16:00] </w:t>
      </w:r>
      <w:r>
        <w:t>jaise ke aap dekhiye, plato ko lijiye. plato ne goal diya kya? ideal state. burton ne kya goal diya?</w:t>
      </w:r>
    </w:p>
    <w:p>
      <w:pPr>
        <w:jc w:val="right"/>
      </w:pPr>
      <w:r>
        <w:t>جیسے کہ آپ دیکھیے، پلیٹو کو لیجئے۔ پلیٹو نے گول دیا کیا؟ آئیڈیل اسٹیٹ۔ بارٹن نے کیا گول دیا؟</w:t>
      </w:r>
    </w:p>
    <w:p>
      <w:r>
        <w:rPr>
          <w:b/>
        </w:rPr>
        <w:t xml:space="preserve">[16:08] </w:t>
      </w:r>
      <w:r>
        <w:t>ideal society. rousseau ne kya goal diya? ideal political system. yeh goal hi galat tha kyunke woh achievable nahi tha.</w:t>
      </w:r>
    </w:p>
    <w:p>
      <w:pPr>
        <w:jc w:val="right"/>
      </w:pPr>
      <w:r>
        <w:t>آئیڈیل سوسائٹی۔ روسوں نے کیا گول دیا؟ آئیڈیل پولیٹیکل سسٹم۔ یہ گول ہی غلط تھا کیونکہ وہ اچیویبل نہیں تھا۔</w:t>
      </w:r>
    </w:p>
    <w:p>
      <w:r>
        <w:rPr>
          <w:b/>
        </w:rPr>
        <w:t xml:space="preserve">[16:20] </w:t>
      </w:r>
      <w:r>
        <w:t>main ne arz kiya ke jab nature khud logon ko equal nahi bana rahi hai, to aap kaise layenge jab koi bhi cheez khuda ne ideal nahi banai duniya mein?</w:t>
      </w:r>
    </w:p>
    <w:p>
      <w:pPr>
        <w:jc w:val="right"/>
      </w:pPr>
      <w:r>
        <w:t>میں نے عرض کیا کہ جب نیچر خود لوگوں کو ایکول نہیں بنا رہی ہے، تو آپ کیسے لائیں گے جب کوئی بھی چیز خدا نے آئیڈیل نہیں بنائی دنیا میں؟</w:t>
      </w:r>
    </w:p>
    <w:p>
      <w:r>
        <w:rPr>
          <w:b/>
        </w:rPr>
        <w:t xml:space="preserve">[16:31] </w:t>
      </w:r>
      <w:r>
        <w:t>aur ideal world ko rakh diya khuda ne post death period mein. dekhiye, ideal world khuda ne rakh diya hai post death period mein.</w:t>
      </w:r>
    </w:p>
    <w:p>
      <w:pPr>
        <w:jc w:val="right"/>
      </w:pPr>
      <w:r>
        <w:t>اور آئیڈیل ورلڈ کو رکھ دیا خدا نے پوسٹ ڈیتھ پیریڈ میں۔ دیکھیے، آئیڈیل ورلڈ خدا نے رکھ دیا ہے پوسٹ ڈیتھ پیریڈ میں۔</w:t>
      </w:r>
    </w:p>
    <w:p>
      <w:r>
        <w:rPr>
          <w:b/>
        </w:rPr>
        <w:t xml:space="preserve">[16:40] </w:t>
      </w:r>
      <w:r>
        <w:t>ab pre death period mein aap kehte hain ke main ideal world banaunga, ideal state, ideal society, ideal system, ideal government.</w:t>
      </w:r>
    </w:p>
    <w:p>
      <w:pPr>
        <w:jc w:val="right"/>
      </w:pPr>
      <w:r>
        <w:t>اب پری ڈیتھ پیریڈ میں آپ کہتے ہیں کہ میں آئیڈیل ورلڈ بناؤں گا، آئیڈیل اسٹیٹ، آئیڈیل سوسائٹی، آئیڈیل سسٹم، آئیڈیل گورنمنٹ۔</w:t>
      </w:r>
    </w:p>
    <w:p>
      <w:r>
        <w:rPr>
          <w:b/>
        </w:rPr>
        <w:t xml:space="preserve">[16:50] </w:t>
      </w:r>
      <w:r>
        <w:t>to sankaron saal tak insaan isi ke liye koshish karta raha, sankaron saal tak, lekin woh mila nahi.</w:t>
      </w:r>
    </w:p>
    <w:p>
      <w:pPr>
        <w:jc w:val="right"/>
      </w:pPr>
      <w:r>
        <w:t>تو سینکڑوں سال تک انسان اسی کے لیے کوشش کرتا رہا، سینکڑوں سال تک، لیکن وہ ملا نہیں۔</w:t>
      </w:r>
    </w:p>
    <w:p>
      <w:r>
        <w:rPr>
          <w:b/>
        </w:rPr>
        <w:t xml:space="preserve">[17:00] </w:t>
      </w:r>
      <w:r>
        <w:t>kyun? woh simply achievable hi nahi tha. woh woh achievable nahi tha. woh to kya hua? frustration, negative thinking, hate.</w:t>
      </w:r>
    </w:p>
    <w:p>
      <w:pPr>
        <w:jc w:val="right"/>
      </w:pPr>
      <w:r>
        <w:t>کیوں؟ وہ سمپلی اچیویبل ہی نہیں تھا۔ وہ وہ اچیویبل نہیں تھا۔ وہ تو کیا ہوا؟ فرسٹریشن، نیگیٹیو تھنکنگ، ہیٹ۔</w:t>
      </w:r>
    </w:p>
    <w:p>
      <w:r>
        <w:rPr>
          <w:b/>
        </w:rPr>
        <w:t xml:space="preserve">[17:14] </w:t>
      </w:r>
      <w:r>
        <w:t>to amalan kya hua ke hazaron saal ka yeh yahi record hai, hazaron saal ka record hai yahi ke insaan ko idealism mein,</w:t>
      </w:r>
    </w:p>
    <w:p>
      <w:pPr>
        <w:jc w:val="right"/>
      </w:pPr>
      <w:r>
        <w:t>تو عملاً کیا ہوا کہ ہزاروں سال کا یہ یہی ریکارڈ ہے، ہزاروں سال کا ریکارڈ ہے یہی کہ انسان کو آئیڈیلزم میں،</w:t>
      </w:r>
    </w:p>
    <w:p>
      <w:r>
        <w:rPr>
          <w:b/>
        </w:rPr>
        <w:t xml:space="preserve">[17:28] </w:t>
      </w:r>
      <w:r>
        <w:t>in saare jo log the, idealism mein ko insaan ke liye, insaan ka mind ko idealism par, woh yaani insaan ke mind ko yeh diya target ke ideal world banana hai,</w:t>
      </w:r>
    </w:p>
    <w:p>
      <w:pPr>
        <w:jc w:val="right"/>
      </w:pPr>
      <w:r>
        <w:t>ان سارے جو لوگ تھے، آئیڈیلزم میں کو انسان کے لیے، انسان کا مائنڈ کو آئیڈیلزم پر، وہ یعنی انسان کے مائنڈ کو یہ دیا ٹارگٹ کہ آئیڈیل ورلڈ بنانا ہے،</w:t>
      </w:r>
    </w:p>
    <w:p>
      <w:r>
        <w:rPr>
          <w:b/>
        </w:rPr>
        <w:t xml:space="preserve">[17:44] </w:t>
      </w:r>
      <w:r>
        <w:t>ideal world banana hai. aur ideal world ban nahi sakta tha. kyun tha? yeh testing ground tha ya duniya? to yeh saare log jo hain, main inko dajjal kahunga.</w:t>
      </w:r>
    </w:p>
    <w:p>
      <w:pPr>
        <w:jc w:val="right"/>
      </w:pPr>
      <w:r>
        <w:t>آئیڈیل ورلڈ بنانا ہے۔ اور آئیڈیل ورلڈ بن نہیں سکتا تھا۔ کیوں تھا؟ یہ ٹیسٹنگ گراؤنڈ تھا یا دنیا؟ تو یہ سارے لوگ جو ہیں، میں ان کو دجال کہوں گا۔</w:t>
      </w:r>
    </w:p>
    <w:p>
      <w:r>
        <w:rPr>
          <w:b/>
        </w:rPr>
        <w:t xml:space="preserve">[17:55] </w:t>
      </w:r>
      <w:r>
        <w:t>kyun? unhon ne ek aisi ideology di jo jis ka result tha frustration, iska result tha negative thought, iska result tha violence, iska result tha yaani ideological suicide.</w:t>
      </w:r>
    </w:p>
    <w:p>
      <w:pPr>
        <w:jc w:val="right"/>
      </w:pPr>
      <w:r>
        <w:t>کیوں؟ انہوں نے ایک ایسی آئیڈیالوجی دی جو جس کا رزلٹ تھا فرسٹریشن، اس کا رزلٹ تھا نیگیٹیو تھاٹ، اس کا رزلٹ تھا وائلنس، اس کا رزلٹ تھا یعنی آئیڈیالوجیکل سوسائیڈ۔</w:t>
      </w:r>
    </w:p>
    <w:p>
      <w:r>
        <w:rPr>
          <w:b/>
        </w:rPr>
        <w:t xml:space="preserve">[18:10] </w:t>
      </w:r>
      <w:r>
        <w:t>to isko jo expose karega, woh mehdi hai, jo dajali yaani jo is tarah ke, is tarah ke jo jo evil ko beautify karega, woh dajjal hai, aur jo isko expose karega, woh mehdi hai.</w:t>
      </w:r>
    </w:p>
    <w:p>
      <w:pPr>
        <w:jc w:val="right"/>
      </w:pPr>
      <w:r>
        <w:t>تو اس کو جو ایکسپوز کرے گا، وہ مہدی ہے، جو دجالی یعنی جو اس طرح کے، اس طرح کے جو جو ایول کو بیوٹیفائی کرے گا، وہ دجال ہے، اور جو اس کو ایکسپوز کرے گا، وہ مہدی ہے۔</w:t>
      </w:r>
    </w:p>
    <w:p>
      <w:r>
        <w:rPr>
          <w:b/>
        </w:rPr>
        <w:t xml:space="preserve">[18:26] </w:t>
      </w:r>
      <w:r>
        <w:t>to yeh do character, yeh do role jo hain,</w:t>
      </w:r>
    </w:p>
    <w:p>
      <w:pPr>
        <w:jc w:val="right"/>
      </w:pPr>
      <w:r>
        <w:t>تو یہ دو کریکٹر، یہ دو رول جو ہیں،</w:t>
      </w:r>
    </w:p>
    <w:p>
      <w:r>
        <w:rPr>
          <w:b/>
        </w:rPr>
        <w:t xml:space="preserve">[18:33] </w:t>
      </w:r>
      <w:r>
        <w:t>bataye gaye hain ke qayamat se pehle duniya mein aayenge. main samajhta hoon ke yeh yeh dono role ka zamana aa chuka.</w:t>
      </w:r>
    </w:p>
    <w:p>
      <w:pPr>
        <w:jc w:val="right"/>
      </w:pPr>
      <w:r>
        <w:t>بتائے گئے ہیں کہ قیامت سے پہلے دنیا میں آئیں گے۔ میں سمجھتا ہوں کہ یہ یہ دونوں رول کا زمانہ آ چکا۔</w:t>
      </w:r>
    </w:p>
    <w:p>
      <w:r>
        <w:rPr>
          <w:b/>
        </w:rPr>
        <w:t xml:space="preserve">[18:46] </w:t>
      </w:r>
      <w:r>
        <w:t>kyun? ab jo khabrein aa rahi hain, lagta hai ke qayamat sach mein qareeb aa gayi. yaani dajjal aur mehdi ke bare mein yeh batana ke woh qayamat se pehle aayenge, aur duniya ka jo ab jo jahan pahunchi hai duniya,</w:t>
      </w:r>
    </w:p>
    <w:p>
      <w:pPr>
        <w:jc w:val="right"/>
      </w:pPr>
      <w:r>
        <w:t>کیوں؟ اب جو خبریں آ رہی ہیں، لگتا ہے کہ قیامت سچ میں قریب آ گئی۔ یعنی دجال اور مہدی کے بارے میں یہ بتانا کہ وہ قیامت سے پہلے آئیں گے، اور دنیا کا جو اب جو جہاں پہنچی ہے دنیا،</w:t>
      </w:r>
    </w:p>
    <w:p>
      <w:r>
        <w:rPr>
          <w:b/>
        </w:rPr>
        <w:t xml:space="preserve">[19:04] </w:t>
      </w:r>
      <w:r>
        <w:t>wahan kya ho raha hai ke bilkul ab aankhon se nazar aata hai qayamat qareeb hai. kyunke abhi kal parson jo khabrein aayi hain, jo aap ne sab log padha hoga ke international nations ne, jo international body hai,</w:t>
      </w:r>
    </w:p>
    <w:p>
      <w:pPr>
        <w:jc w:val="right"/>
      </w:pPr>
      <w:r>
        <w:t>وہاں کیا ہو رہا ہے کہ بالکل اب آنکھوں سے نظر آتا ہے قیامت قریب ہے۔ کیونکہ ابھی کل پرسوں جو خبریں آئیں ہیں، جو آپ نے سب لوگ پڑھا ہوگا کہ انٹرنیشنل نیشنز نے، جو انٹرنیشنل باڈی ہے،</w:t>
      </w:r>
    </w:p>
    <w:p>
      <w:r>
        <w:rPr>
          <w:b/>
        </w:rPr>
        <w:t xml:space="preserve">[19:24] </w:t>
      </w:r>
      <w:r>
        <w:t>us ne 130 countries ke scientist ko ek panel banaya, 130 mulkon ke scientist ka panel, aur dhai hazar scientist the, more than 2000 scientist.</w:t>
      </w:r>
    </w:p>
    <w:p>
      <w:pPr>
        <w:jc w:val="right"/>
      </w:pPr>
      <w:r>
        <w:t>اس نے 130 کنٹریز کے سائنٹسٹ کو ایک پینل بنایا، 130 ملکوں کے سائنٹسٹ کا پینل، اور ڈھائی ہزار سائنٹسٹ تھے، مور دین 2000 سائنٹسٹ۔</w:t>
      </w:r>
    </w:p>
    <w:p>
      <w:r>
        <w:rPr>
          <w:b/>
        </w:rPr>
        <w:t xml:space="preserve">[19:44] </w:t>
      </w:r>
      <w:r>
        <w:t>to mor din, mor din 2000 scientist, international report ke log, aur 130 countries ke, aur kai baras tak unhon ne research ki, research ki, research ki, jis ka result aap ne dekha hoga ke kal media mein aaya hai,</w:t>
      </w:r>
    </w:p>
    <w:p>
      <w:pPr>
        <w:jc w:val="right"/>
      </w:pPr>
      <w:r>
        <w:t>تو مور دین، مور دین 2000 سائنٹسٹ، انٹرنیشنل رپورٹ کے لوگ، اور 130 کنٹریز کے، اور کئی برس تک انہوں نے ریسرچ کی، ریسرچ کی، ریسرچ کی، جس کا رزلٹ آپ نے دیکھا ہوگا کہ کل میڈیا میں آیا ہے،</w:t>
      </w:r>
    </w:p>
    <w:p>
      <w:r>
        <w:rPr>
          <w:b/>
        </w:rPr>
        <w:t xml:space="preserve">[20:05] </w:t>
      </w:r>
      <w:r>
        <w:t>aur woh bohat hi, yaani bohat hi mayous kun picture, bohat hi mayusi ka picture bataya hai unhon ne zameen ke baray mein.</w:t>
      </w:r>
    </w:p>
    <w:p>
      <w:pPr>
        <w:jc w:val="right"/>
      </w:pPr>
      <w:r>
        <w:t>اور وہ بہت ہی، یعنی بہت ہی مایوس کن پکچر، بہت ہی مایوسی کا پکچر بتایا ہے انہوں نے زمین کے بارے میں۔</w:t>
      </w:r>
    </w:p>
    <w:p>
      <w:r>
        <w:rPr>
          <w:b/>
        </w:rPr>
        <w:t xml:space="preserve">[20:17] </w:t>
      </w:r>
      <w:r>
        <w:t>zameen ke baray mein is mein dekhiye, yeh jo times of India kal ka jo issue hai, yaani kal ka matlab hai february third, february third ka jo times of India hai, is mein bohat si news isi ke baray mein hai jo report aayi hai in scientist ke is panel ki.</w:t>
      </w:r>
    </w:p>
    <w:p>
      <w:pPr>
        <w:jc w:val="right"/>
      </w:pPr>
      <w:r>
        <w:t>زمین کے بارے میں اس میں دیکھیے، یہ جو ٹائمز آف انڈیا کل کا جو ایشو ہے، یعنی کل کا مطلب ہے فروری تھرڈ، فروری تھرڈ کا جو ٹائمز آف انڈیا ہے، اس میں بہت سی نیوز اسی کے بارے میں ہے جو رپورٹ آئی ہے ان سائنٹسٹ کے اس پینل کی۔</w:t>
      </w:r>
    </w:p>
    <w:p>
      <w:r>
        <w:rPr>
          <w:b/>
        </w:rPr>
        <w:t xml:space="preserve">[20:40] </w:t>
      </w:r>
      <w:r>
        <w:t>to is ki main unhon ne jo title banaya hai, is ka woh hai "warning, warning science", s i g n s, "warning ki nishaniyan".</w:t>
      </w:r>
    </w:p>
    <w:p>
      <w:pPr>
        <w:jc w:val="right"/>
      </w:pPr>
      <w:r>
        <w:t>تو اس کی مین انہوں نے جو ٹائٹل بنایا ہے، اس کا وہ ہے "وارننگ، وارننگ سائنس"، ایس آئی جی این ایس، "وارننگ کی نشانیاں"۔</w:t>
      </w:r>
    </w:p>
    <w:p>
      <w:r>
        <w:rPr>
          <w:b/>
        </w:rPr>
        <w:t xml:space="preserve">[20:55] </w:t>
      </w:r>
      <w:r>
        <w:t>to warning science mein is mein aata add karunga ke "warning signs of toms day" . is mein to jo hai "warning signs", s i g n s,</w:t>
      </w:r>
    </w:p>
    <w:p>
      <w:pPr>
        <w:jc w:val="right"/>
      </w:pPr>
      <w:r>
        <w:t>تو وارننگ سائنس میں اس میں اتا ایڈ کروں گا کہ "وارننگ سائنز آف ٹومز ڈے"۔ اس میں تو جو ہے "وارننگ سائنز"، ایس آئی جی این ایس،</w:t>
      </w:r>
    </w:p>
    <w:p>
      <w:r>
        <w:rPr>
          <w:b/>
        </w:rPr>
        <w:t xml:space="preserve">[21:09] </w:t>
      </w:r>
      <w:r>
        <w:t>"warning ki nishaniyan" . to main ne izafa kar ke kahunga ke yeh hai "warning signs of toms day" . kyunke jo aaya hai, woh aap sab logon ne parha hoga, aur aur TV mein dekha hoga ke bohat hi dangerous situation ki taraf hum ja rahe hain, aur yeh bhi keh rahe hain ke "irreversible" hai.</w:t>
      </w:r>
    </w:p>
    <w:p>
      <w:pPr>
        <w:jc w:val="right"/>
      </w:pPr>
      <w:r>
        <w:t>"وارننگ کی نشانیاں"۔ تو میں نے اضافہ کر کے کہوں گا کہ یہ ہے "وارننگ سائنز آف ٹومز ڈے"۔ کیونکہ جو آیا ہے، وہ آپ سب لوگوں نے پڑھا ہوگا، اور اور ٹی وی میں دیکھا ہوگا کہ بہت ہی ڈینجرس سچوئیشن کی طرف ہم جا رہے ہیں، اور یہ بھی کہہ رہے ہیں کہ "ایریورسیبل" ہے۔</w:t>
      </w:r>
    </w:p>
    <w:p>
      <w:r>
        <w:rPr>
          <w:b/>
        </w:rPr>
        <w:t xml:space="preserve">[21:29] </w:t>
      </w:r>
      <w:r>
        <w:t>woh ab hum lot nahi sakte peechay ki taraf, yaani pre industrial era mein yeh situation jo thi ke carbon dioxide ab double, is ke muqablay mein double hua ja raha hai hamare atmosphere mein.</w:t>
      </w:r>
    </w:p>
    <w:p>
      <w:pPr>
        <w:jc w:val="right"/>
      </w:pPr>
      <w:r>
        <w:t>وہ اب ہم لوٹ نہیں سکتے پیچھے کی طرف، یعنی پری انڈسٹریل ایرا میں یہ سچوئیشن جو تھی کہ کاربن ڈائی آکسائیڈ اب ڈبل، اس کے مقابلے میں ڈبل ہوا جا رہا ہے ہمارے ایٹمسفیئر میں۔</w:t>
      </w:r>
    </w:p>
    <w:p>
      <w:r>
        <w:rPr>
          <w:b/>
        </w:rPr>
        <w:t xml:space="preserve">[21:46] </w:t>
      </w:r>
      <w:r>
        <w:t>pre industrial era mein jitna carbon dioxide hua karta tha atmosphere mein, to is ka double hua ja raha hai. sea level jo hai, 80 centimeter ooncha hone wala hai,</w:t>
      </w:r>
    </w:p>
    <w:p>
      <w:pPr>
        <w:jc w:val="right"/>
      </w:pPr>
      <w:r>
        <w:t>پری انڈسٹریل ایرا میں جتنا کاربن ڈائی آکسائیڈ ہوا کرتا تھا ایٹمسفیئر میں، تو اس کا ڈبل ہوا جا رہا ہے۔ سی لیول جو ہے، 80 سینٹی میٹر اونچا ہونے والا ہے،</w:t>
      </w:r>
    </w:p>
    <w:p>
      <w:r>
        <w:rPr>
          <w:b/>
        </w:rPr>
        <w:t xml:space="preserve">[22:01] </w:t>
      </w:r>
      <w:r>
        <w:t>barh raha hai, barh raha hai, barh raha hai. ab bohat jald yeh hoga ke 80 centimeter sea level ooncha ho jayega. kitnay saray log doob jayenge?</w:t>
      </w:r>
    </w:p>
    <w:p>
      <w:pPr>
        <w:jc w:val="right"/>
      </w:pPr>
      <w:r>
        <w:t>بڑھ رہا ہے، بڑھ رہا ہے، بڑھ رہا ہے۔ اب بہت جلد یہ ہوگا کہ 80 سینٹی میٹر سی لیول اونچا ہو جائے گا۔ کتنے سارے لوگ ڈوب جائیں گے؟</w:t>
      </w:r>
    </w:p>
    <w:p>
      <w:r>
        <w:rPr>
          <w:b/>
        </w:rPr>
        <w:t xml:space="preserve">[22:11] </w:t>
      </w:r>
      <w:r>
        <w:t>yeh kya hai? yeh wahi to hai qayamat ke asar. to asar qayamat par bohat si kitaben hamare likhi gayi thi, aur bohat is mein riwayatein hain.</w:t>
      </w:r>
    </w:p>
    <w:p>
      <w:pPr>
        <w:jc w:val="right"/>
      </w:pPr>
      <w:r>
        <w:t>یہ کیا ہے؟ یہ وہی تو ہے قیامت کے آثار۔ تو آثار قیامت پر بہت سی کتابیں ہمارے لکھی گئی تھیں، اور بہت اس میں روایتیں ہیں۔</w:t>
      </w:r>
    </w:p>
    <w:p>
      <w:r>
        <w:rPr>
          <w:b/>
        </w:rPr>
        <w:t xml:space="preserve">[22:22] </w:t>
      </w:r>
      <w:r>
        <w:t>to sari riwayatein jo hain, is mein woh aaj waqea ban rahi hain. main samajhta hoon koi aadmi agar sirf yeh kare ke in hadithon ko parhe, aur aaj ke jo aaj kal jo media mein aa rahi hain cheezen, is se dekhe milakar ke, to dil pukarega is ka ke bilashuba yeh Khuda ke Rasool the.</w:t>
      </w:r>
    </w:p>
    <w:p>
      <w:pPr>
        <w:jc w:val="right"/>
      </w:pPr>
      <w:r>
        <w:t>تو ساری روایتیں جو ہیں، اس میں وہ آج واقعہ بن رہی ہیں۔ میں سمجھتا ہوں کوئی آدمی اگر صرف یہ کرے کہ ان حدیثوں کو پڑھے، اور آج کے جو آج کل جو میڈیا میں آ رہی ہیں چیزیں، اس سے دیکھے ملا کر کے، تو دل پکارے گا اس کا کہ بلاشبہ یہ خدا کے رسول تھے۔</w:t>
      </w:r>
    </w:p>
    <w:p>
      <w:r>
        <w:rPr>
          <w:b/>
        </w:rPr>
        <w:t xml:space="preserve">[22:44] </w:t>
      </w:r>
      <w:r>
        <w:t>kaun janta tha is se pehle in baton ko jo abhi aa rahi hain kuch dinon se? khud scientist logon ko pata nahi tha.</w:t>
      </w:r>
    </w:p>
    <w:p>
      <w:pPr>
        <w:jc w:val="right"/>
      </w:pPr>
      <w:r>
        <w:t>کون جانتا تھا اس سے پہلے ان باتوں کو جو ابھی آ رہی ہیں کچھ دنوں سے؟ خود سائنٹسٹ لوگوں کو پتہ نہیں تھا۔</w:t>
      </w:r>
    </w:p>
    <w:p>
      <w:r>
        <w:rPr>
          <w:b/>
        </w:rPr>
        <w:t xml:space="preserve">[22:56] </w:t>
      </w:r>
      <w:r>
        <w:t>yaani hum ne pehle jab bachpan mein, nawjawan ki umar mein, jab hum parhna shuru kiya to hum ne parha tha aik bar Germany ke baray mein ke Germany mein jab shuru mein factory bani to aap jante hain ke factory se dhuan niklta tha.</w:t>
      </w:r>
    </w:p>
    <w:p>
      <w:pPr>
        <w:jc w:val="right"/>
      </w:pPr>
      <w:r>
        <w:t>یعنی ہم نے پہلے جب بچپن میں، نوجوانی کی عمر میں، جب ہم پڑھنا شروع کیا تو ہم نے پڑھا تھا ایک بار جرمنی کے بارے میں کہ جرمنی میں جب شروع میں فیکٹری بنی تو آپ جانتے ہیں کہ فیکٹری سے دھواں نکلتا تھا۔</w:t>
      </w:r>
    </w:p>
    <w:p>
      <w:r>
        <w:rPr>
          <w:b/>
        </w:rPr>
        <w:t xml:space="preserve">[23:16] </w:t>
      </w:r>
      <w:r>
        <w:t>yaani koyle ka energy jo thi, koyle se hasil ki jati thi. to dhuan to logon ne samjha ke dhuan nikal kar ke hamara sona ugal raha hai, woh kyunke paisa mil raha tha is se.</w:t>
      </w:r>
    </w:p>
    <w:p>
      <w:pPr>
        <w:jc w:val="right"/>
      </w:pPr>
      <w:r>
        <w:t>یعنی کوئلے کا انرجی جو تھی، کوئلے سے حاصل کی جاتی تھی۔ تو دھواں تو لوگوں نے سمجھا کہ دھواں نکل کر کے ہمارا سونا اگل رہا ہے، وہ کیونکہ پیسہ مل رہا تھا اس سے۔</w:t>
      </w:r>
    </w:p>
    <w:p>
      <w:r>
        <w:rPr>
          <w:b/>
        </w:rPr>
        <w:t xml:space="preserve">[23:30] </w:t>
      </w:r>
      <w:r>
        <w:t>to Germanon ne kaha ke jab tak hamari chimniyan dhuan ugal rahi hain, tab tak hamare liye koi koi problem nahi hai.</w:t>
      </w:r>
    </w:p>
    <w:p>
      <w:pPr>
        <w:jc w:val="right"/>
      </w:pPr>
      <w:r>
        <w:t>تو جرمنوں نے کہا کہ جب تک ہماری چمنیاں دھواں اگل رہی ہیں، تب تک ہمارے لیے کوئی کوئی پرابلم نہیں ہے۔</w:t>
      </w:r>
    </w:p>
    <w:p>
      <w:r>
        <w:rPr>
          <w:b/>
        </w:rPr>
        <w:t xml:space="preserve">[23:41] </w:t>
      </w:r>
      <w:r>
        <w:t>to is ko prosperity ki pehchan samajhte the. is ko aaj woh dhuan jo yeh keh raha hai ke zindagi is is is is globe par zindagi hi possible nahi rahi.</w:t>
      </w:r>
    </w:p>
    <w:p>
      <w:pPr>
        <w:jc w:val="right"/>
      </w:pPr>
      <w:r>
        <w:t>تو اس کو پروسپیریٹی کی پہچان سمجھتے تھے۔ اس کو آج وہ دھواں جو یہ کہہ رہا ہے کہ زندگی اس اس اس اس گلوب پر زندگی ہی پاسیبل نہیں رہی۔</w:t>
      </w:r>
    </w:p>
    <w:p>
      <w:r>
        <w:rPr>
          <w:b/>
        </w:rPr>
        <w:t xml:space="preserve">[23:53] </w:t>
      </w:r>
      <w:r>
        <w:t>kyunke is dhuein ne, industrial dhuein ne kya kiya? yeh kiya ke ke carbon dioxide ka jo content hai hamare atmosphere mein, is ko ab double karne</w:t>
      </w:r>
    </w:p>
    <w:p>
      <w:pPr>
        <w:jc w:val="right"/>
      </w:pPr>
      <w:r>
        <w:t>کیونکہ اس دھوئیں نے، انڈسٹریل دھوئیں نے کیا کیا؟ یہ کیا کہ کہ کاربن ڈائی آکسائیڈ کا جو کنٹینٹ ہے ہمارے ایٹمسفیئر میں، اس کو اب ڈبل کرنے</w:t>
      </w:r>
    </w:p>
    <w:p>
      <w:r>
        <w:rPr>
          <w:b/>
        </w:rPr>
        <w:t xml:space="preserve">[24:07] </w:t>
      </w:r>
      <w:r>
        <w:t>ja raha hai. double! bataiye ke kitni kitna bara danger yeh hai? woh jo zehriili gases hoti hain, aap jante hain, agar un ki barh jaye, un ki quantity to kya hoga?</w:t>
      </w:r>
    </w:p>
    <w:p>
      <w:pPr>
        <w:jc w:val="right"/>
      </w:pPr>
      <w:r>
        <w:t>جا رہا ہے۔ ڈبل! بتائیے کہ کتنی کتنا بڑا ڈینجر یہ ہے؟ وہ جو زہریلی گیسیں ہوتی ہیں، آپ جانتے ہیں، اگر ان کی بڑھ جائے، ان کی کوانٹٹی تو کیا ہوگا؟</w:t>
      </w:r>
    </w:p>
    <w:p>
      <w:r>
        <w:rPr>
          <w:b/>
        </w:rPr>
        <w:t xml:space="preserve">[24:18] </w:t>
      </w:r>
      <w:r>
        <w:t>to main samajhta hoon ke yeh jo hai baat ke qayamat se pehle dajjal o dajjal aur Mahdi zahir honge. yaani bohat pehle ke mani ki bilkul jab qareeb aa chuki gi, qareeb tab.</w:t>
      </w:r>
    </w:p>
    <w:p>
      <w:pPr>
        <w:jc w:val="right"/>
      </w:pPr>
      <w:r>
        <w:t>تو میں سمجھتا ہوں کہ یہ جو ہے بات کہ قیامت سے پہلے دجالی و دجال اور مہدی ظاہر ہوں گے۔ یعنی بہت پہلے کے معنی کی بالکل جب قریب آ چکے گی، قریب تب۔</w:t>
      </w:r>
    </w:p>
    <w:p>
      <w:r>
        <w:rPr>
          <w:b/>
        </w:rPr>
        <w:t xml:space="preserve">[24:34] </w:t>
      </w:r>
      <w:r>
        <w:t>to main samajhta hoon ke toms day qareeb aa chuka, aur dajjal aur Mahdi ke zuhoor ka waqt aa chuka.</w:t>
      </w:r>
    </w:p>
    <w:p>
      <w:pPr>
        <w:jc w:val="right"/>
      </w:pPr>
      <w:r>
        <w:t>تو میں سمجھتا ہوں کہ ٹومز ڈے قریب آ چکا، اور دجال اور مہدی کے ظہور کا وقت آ چکا۔</w:t>
      </w:r>
    </w:p>
    <w:p>
      <w:r>
        <w:rPr>
          <w:b/>
        </w:rPr>
        <w:t xml:space="preserve">[24:45] </w:t>
      </w:r>
      <w:r>
        <w:t>to hadith mein aata hai jab waqt aaye to us waqt toba ka waqt hoga. toba ka matlab hai repentance.</w:t>
      </w:r>
    </w:p>
    <w:p>
      <w:pPr>
        <w:jc w:val="right"/>
      </w:pPr>
      <w:r>
        <w:t>تو حدیث میں آتا ہے جب وقت آئے تو اس وقت توبہ کا وقت ہوگا۔ توبہ کا مطلب ہے ریپنٹنس۔</w:t>
      </w:r>
    </w:p>
    <w:p>
      <w:r>
        <w:rPr>
          <w:b/>
        </w:rPr>
        <w:t xml:space="preserve">[24:56] </w:t>
      </w:r>
      <w:r>
        <w:t>yaani aap ko agar bataya jaye ke ertaqay ka aanay wala hai paanch minute ke baad to aap ka kya haal hoga? mujhe bataiye, agar yeh announce kiya jaye government ki taraf se ke sirf five minute ke baad aik ertaqay ka aanay wala hai, bohat bara, to hum mein se kya kaha hoga?</w:t>
      </w:r>
    </w:p>
    <w:p>
      <w:pPr>
        <w:jc w:val="right"/>
      </w:pPr>
      <w:r>
        <w:t>یعنی آپ کو اگر بتایا جائے کہ ارتقے کا آنے والا ہے پانچ منٹ کے بعد تو آپ کا کیا حال ہوگا؟ مجھے بتائیے، اگر یہ اناؤنس کیا جائے گورنمنٹ کی طرف سے کہ صرف فائیو منٹ کے بعد ایک ارتقے کا آنے والا ہے، بہت بڑا، تو ہم میں سے کیا کہا ہوگا؟</w:t>
      </w:r>
    </w:p>
    <w:p>
      <w:r>
        <w:rPr>
          <w:b/>
        </w:rPr>
        <w:t xml:space="preserve">[25:17] </w:t>
      </w:r>
      <w:r>
        <w:t>hum kaha hum sab kuch bhool jayenge, koi excuse nahi rahega hamare paas, kuch bhi nahi. woh Khuda ki taraf daudenge, sab kuch bhool jayenge, sab kuch bhool jayenge.</w:t>
      </w:r>
    </w:p>
    <w:p>
      <w:pPr>
        <w:jc w:val="right"/>
      </w:pPr>
      <w:r>
        <w:t>ہم کہا ہم سب کچھ بھول جائیں گے، کوئی ایکسکیوز نہیں رہے گا ہمارے پاس، کچھ بھی نہیں۔ وہ خدا کی طرف دوڑیں گے، سب کچھ بھول جائیں گے، سب کچھ بھول جائیں گے۔</w:t>
      </w:r>
    </w:p>
    <w:p>
      <w:r>
        <w:rPr>
          <w:b/>
        </w:rPr>
        <w:t xml:space="preserve">[25:33] </w:t>
      </w:r>
      <w:r>
        <w:t>jaise main ne kal parson parha, is mein aik bohat baray writer ka times of India hi mein aaya tha, woh ke woh rehta tha غالباً California mein, to wahan aag lag gayi.</w:t>
      </w:r>
    </w:p>
    <w:p>
      <w:pPr>
        <w:jc w:val="right"/>
      </w:pPr>
      <w:r>
        <w:t>جیسے میں نے کل پرسوں پڑھا، اس میں ایک بہت بڑے رائٹر کا ٹائمز آف انڈیا ہی میں آیا تھا، وہ کہ وہ رہتا تھا غالباً کیلیفورنیا میں، تو وہاں آگ لگ گئی۔</w:t>
      </w:r>
    </w:p>
    <w:p>
      <w:r>
        <w:rPr>
          <w:b/>
        </w:rPr>
        <w:t xml:space="preserve">[25:50] </w:t>
      </w:r>
      <w:r>
        <w:t>to is ko bhagna tha wahan se. to sab se bari cheez jo thi is ki, woh pen aur pad. is se poocha gaya ke us waqt to ne kya kiya?</w:t>
      </w:r>
    </w:p>
    <w:p>
      <w:pPr>
        <w:jc w:val="right"/>
      </w:pPr>
      <w:r>
        <w:t>تو اس کو بھاگنا تھا وہاں سے۔ تو سب سے بڑی چیز جو تھی اس کی، وہ پین اور پیڈ۔ اس سے پوچھا گیا کہ اس وقت تو نے کیا کیا؟</w:t>
      </w:r>
    </w:p>
    <w:p>
      <w:r>
        <w:rPr>
          <w:b/>
        </w:rPr>
        <w:t xml:space="preserve">[25:59] </w:t>
      </w:r>
      <w:r>
        <w:t>us ne kaha sab kuch chhora, main ne ab pen aur ped le ke bhaga. to main samajhta hoon ke aaj jo hai, woh yeh hai ke hum hum sab kya karein ge? hum repentance le ke bhagna chahein ge, khuda ki yaad ko le kar bhagna chahein ge,</w:t>
      </w:r>
    </w:p>
    <w:p>
      <w:pPr>
        <w:jc w:val="right"/>
      </w:pPr>
      <w:r>
        <w:t>اس نے کہا سب کچھ چھوڑا، میں نے اب پین اور پیڈ لے کے بھاگا۔ تو میں سمجھتا ہوں کہ آج جو ہے، وہ یہ ہے کہ ہم ہم سب کیا کریں گے؟ ہم ریپنٹنس لے کے بھاگنا چاہیں گے، خدا کی یاد کو لے کر بھاگنا چاہیں گے،</w:t>
      </w:r>
    </w:p>
    <w:p>
      <w:r>
        <w:rPr>
          <w:b/>
        </w:rPr>
        <w:t xml:space="preserve">[26:13] </w:t>
      </w:r>
      <w:r>
        <w:t>khuda ke ko pukarte hue bhagna chahein ge. kyunke doom se qareeb aa chuka, qareeb aa chuka.</w:t>
      </w:r>
    </w:p>
    <w:p>
      <w:pPr>
        <w:jc w:val="right"/>
      </w:pPr>
      <w:r>
        <w:t>خدا کے کو پکارتے ہوئے بھاگنا چاہیں گے۔ کیونکہ ڈوم سے قریب آ چکا، قریب آ چکا۔</w:t>
      </w:r>
    </w:p>
    <w:p>
      <w:r>
        <w:rPr>
          <w:b/>
        </w:rPr>
        <w:t xml:space="preserve">[26:24] </w:t>
      </w:r>
      <w:r>
        <w:t>main yahan par dekhiye, yeh</w:t>
      </w:r>
    </w:p>
    <w:p>
      <w:pPr>
        <w:jc w:val="right"/>
      </w:pPr>
      <w:r>
        <w:t>میں یہاں پر دیکھیے، یہ</w:t>
      </w:r>
    </w:p>
    <w:p>
      <w:r>
        <w:rPr>
          <w:b/>
        </w:rPr>
        <w:t xml:space="preserve">[26:31] </w:t>
      </w:r>
      <w:r>
        <w:t>chand references quran o hadees ke dena chahoon ga. dekhiye, yeh hai,</w:t>
      </w:r>
    </w:p>
    <w:p>
      <w:pPr>
        <w:jc w:val="right"/>
      </w:pPr>
      <w:r>
        <w:t>چند ریفرنسز قرآن و حدیث کے دینا چاہوں گا۔ دیکھیے، یہ ہے،</w:t>
      </w:r>
    </w:p>
    <w:p>
      <w:r>
        <w:rPr>
          <w:b/>
        </w:rPr>
        <w:t xml:space="preserve">[26:51] </w:t>
      </w:r>
      <w:r>
        <w:t>yeh dekhiye, times of india kal ka hai. is mein hai ke</w:t>
      </w:r>
    </w:p>
    <w:p>
      <w:pPr>
        <w:jc w:val="right"/>
      </w:pPr>
      <w:r>
        <w:t>یہ دیکھیے، ٹائمز آف انڈیا کل کا ہے۔ اس میں ہے کہ</w:t>
      </w:r>
    </w:p>
    <w:p>
      <w:r>
        <w:rPr>
          <w:b/>
        </w:rPr>
        <w:t xml:space="preserve">[27:00] </w:t>
      </w:r>
      <w:r>
        <w:t>global warming is men made.</w:t>
      </w:r>
    </w:p>
    <w:p>
      <w:pPr>
        <w:jc w:val="right"/>
      </w:pPr>
      <w:r>
        <w:t>گلوبل وارمنگ از مین میڈ۔</w:t>
      </w:r>
    </w:p>
    <w:p>
      <w:r>
        <w:rPr>
          <w:b/>
        </w:rPr>
        <w:t xml:space="preserve">[27:08] </w:t>
      </w:r>
      <w:r>
        <w:t>global warming jo hai, aik color warming ban rahi hai, jis mein kaha jata hai ke sari species khatam ho jayen gi. dhire dhire plant khatam ho jayega, machhliyan khatam ho jayen gi, chidiyan khatam ho jayen gi, animal khatam ho jayen ge, insan khatam ho jayega.</w:t>
      </w:r>
    </w:p>
    <w:p>
      <w:pPr>
        <w:jc w:val="right"/>
      </w:pPr>
      <w:r>
        <w:t>گلوبل وارمنگ جو ہے، ایک کلر وارمنگ بن رہی ہے، جس میں کہا جاتا ہے کہ ساری سپیشیز ختم ہو جائیں گی۔ دھیرے دھیرے پلانٹ ختم ہو جائے گا، مچھلیاں ختم ہو جائیں گی، چڑیاں ختم ہو جائیں گی، اینیمل ختم ہو جائیں گے، انسان ختم ہو جائے گا۔</w:t>
      </w:r>
    </w:p>
    <w:p>
      <w:r>
        <w:rPr>
          <w:b/>
        </w:rPr>
        <w:t xml:space="preserve">[27:23] </w:t>
      </w:r>
      <w:r>
        <w:t>dhire dhire, aik ke baad aik.</w:t>
      </w:r>
    </w:p>
    <w:p>
      <w:pPr>
        <w:jc w:val="right"/>
      </w:pPr>
      <w:r>
        <w:t>دھیرے دھیرے، ایک کے بعد ایک۔</w:t>
      </w:r>
    </w:p>
    <w:p>
      <w:r>
        <w:rPr>
          <w:b/>
        </w:rPr>
        <w:t xml:space="preserve">[27:30] </w:t>
      </w:r>
      <w:r>
        <w:t>bohat detail mein report aayi hai, aap sab logon ne parha hoga is ko, media mein dekha hoga aap ne. to global warming is men made, exactly yahi quran mein likha hua hai.</w:t>
      </w:r>
    </w:p>
    <w:p>
      <w:pPr>
        <w:jc w:val="right"/>
      </w:pPr>
      <w:r>
        <w:t>بہت ڈیٹیل میں رپورٹ آئی ہے، آپ سب لوگوں نے پڑھا ہوگا اس کو، میڈیا میں دیکھا ہوگا آپ نے۔ تو گلوبل وارمنگ از مین میڈ، ایگزیکٹلی یہی قرآن میں لکھا ہوا ہے۔</w:t>
      </w:r>
    </w:p>
    <w:p>
      <w:r>
        <w:rPr>
          <w:b/>
        </w:rPr>
        <w:t xml:space="preserve">[27:43] </w:t>
      </w:r>
      <w:r>
        <w:t>zahara al fasad fil barri wal bahri bima kasabat annas. ab se 14 saal pehle, jab ke koi soch bhi nahi sakta tha.</w:t>
      </w:r>
    </w:p>
    <w:p>
      <w:pPr>
        <w:jc w:val="right"/>
      </w:pPr>
      <w:r>
        <w:t>ظاہر الفساد فی البرب البحر ما کسبت الناس۔ اب سے 14 سال پہلے، جب کہ کوئی سوچ بھی نہیں سکتا تھا۔</w:t>
      </w:r>
    </w:p>
    <w:p>
      <w:r>
        <w:rPr>
          <w:b/>
        </w:rPr>
        <w:t xml:space="preserve">[27:55] </w:t>
      </w:r>
      <w:r>
        <w:t>is ka matlab hai</w:t>
      </w:r>
    </w:p>
    <w:p>
      <w:pPr>
        <w:jc w:val="right"/>
      </w:pPr>
      <w:r>
        <w:t>اس کا مطلب ہے</w:t>
      </w:r>
    </w:p>
    <w:p>
      <w:r>
        <w:rPr>
          <w:b/>
        </w:rPr>
        <w:t xml:space="preserve">[27:59] </w:t>
      </w:r>
      <w:r>
        <w:t>ke men made corruption bima kasabat annas. zahara al fasad fil barri wal bahri, zahara al fasad fil barri wal bahri, bima kasabat annas.</w:t>
      </w:r>
    </w:p>
    <w:p>
      <w:pPr>
        <w:jc w:val="right"/>
      </w:pPr>
      <w:r>
        <w:t>کہ مین میڈ کرپشن بما کسبت عید الناس۔ ظاہر الفساد فی البرب بحر، ظاہر الفساد فی البرب بحر، بما کسبت عید الناس۔</w:t>
      </w:r>
    </w:p>
    <w:p>
      <w:r>
        <w:rPr>
          <w:b/>
        </w:rPr>
        <w:t xml:space="preserve">[28:13] </w:t>
      </w:r>
      <w:r>
        <w:t>bima kasabat annas, yani men made.</w:t>
      </w:r>
    </w:p>
    <w:p>
      <w:pPr>
        <w:jc w:val="right"/>
      </w:pPr>
      <w:r>
        <w:t>بما کسبت عید الناس، یعنی مین میڈ۔</w:t>
      </w:r>
    </w:p>
    <w:p>
      <w:r>
        <w:rPr>
          <w:b/>
        </w:rPr>
        <w:t xml:space="preserve">[28:19] </w:t>
      </w:r>
      <w:r>
        <w:t>men made corruption has spread in the land and the sea. yeh likha hua hai quran mein ke samandar ka pani jo hai, dangerous had tak barh raha hai.</w:t>
      </w:r>
    </w:p>
    <w:p>
      <w:pPr>
        <w:jc w:val="right"/>
      </w:pPr>
      <w:r>
        <w:t>مین میڈ کرپشن ہیز اسپریڈ ان دا لینڈ اینڈ دا سی۔ یہ لکھا ہوا ہے قرآن میں کہ سمندر کا پانی جو ہے، ڈینجرس حد تک بڑھ رہا ہے۔</w:t>
      </w:r>
    </w:p>
    <w:p>
      <w:r>
        <w:rPr>
          <w:b/>
        </w:rPr>
        <w:t xml:space="preserve">[28:34] </w:t>
      </w:r>
      <w:r>
        <w:t>kyunke glacier pighal rahe hain, aur south pole aur north pole ki jo ice cap hai, woh pighal rahi hai. already barhta chala ja raha hai.</w:t>
      </w:r>
    </w:p>
    <w:p>
      <w:pPr>
        <w:jc w:val="right"/>
      </w:pPr>
      <w:r>
        <w:t>کیونکہ گلیشیئر پگھل رہے ہیں، اور ساؤتھ پول اور نارتھ پول کی جو آئس کیپ ہے، وہ پگھل رہی ہے۔ الریڈی بڑھتا چلا جا رہا ہے۔</w:t>
      </w:r>
    </w:p>
    <w:p>
      <w:r>
        <w:rPr>
          <w:b/>
        </w:rPr>
        <w:t xml:space="preserve">[28:45] </w:t>
      </w:r>
      <w:r>
        <w:t>kitne sare area doob jayen ge, aur kya hoga? kya hoga?</w:t>
      </w:r>
    </w:p>
    <w:p>
      <w:pPr>
        <w:jc w:val="right"/>
      </w:pPr>
      <w:r>
        <w:t>کتنے سارے ایریا ڈوب جائیں گے، اور کیا ہوگا؟ کیا ہوگا؟</w:t>
      </w:r>
    </w:p>
    <w:p>
      <w:r>
        <w:rPr>
          <w:b/>
        </w:rPr>
        <w:t xml:space="preserve">[28:52] </w:t>
      </w:r>
      <w:r>
        <w:t>yahan main aap ko yaad dilaoon</w:t>
      </w:r>
    </w:p>
    <w:p>
      <w:pPr>
        <w:jc w:val="right"/>
      </w:pPr>
      <w:r>
        <w:t>یہاں میں آپ کو یاد دلاؤں</w:t>
      </w:r>
    </w:p>
    <w:p>
      <w:r>
        <w:rPr>
          <w:b/>
        </w:rPr>
        <w:t xml:space="preserve">[28:57] </w:t>
      </w:r>
      <w:r>
        <w:t>ke yeh duniya jis mein aap rehte hain, aap jante hain ke million billion years hai, woh aaj se nahi hai. billion years beet gaye hain.</w:t>
      </w:r>
    </w:p>
    <w:p>
      <w:pPr>
        <w:jc w:val="right"/>
      </w:pPr>
      <w:r>
        <w:t>کہ یہ دنیا جس میں آپ رہتے ہیں، آپ جانتے ہیں کہ ملین بلین ایئرز ہے، وہ آج سے نہیں ہے۔ بلین ایئرز بیت گئے ہیں۔</w:t>
      </w:r>
    </w:p>
    <w:p>
      <w:r>
        <w:rPr>
          <w:b/>
        </w:rPr>
        <w:t xml:space="preserve">[29:08] </w:t>
      </w:r>
      <w:r>
        <w:t>is ko kaha jata hai ke 13 billion saal pehle yeh kainat bani thi. yeh gass hai science danon ka.</w:t>
      </w:r>
    </w:p>
    <w:p>
      <w:pPr>
        <w:jc w:val="right"/>
      </w:pPr>
      <w:r>
        <w:t>اس کو کہا جاتا ہے کہ 13 بلین سال پہلے یہ کائنات بنی تھی۔ یہ گیس ہے سائنس دانوں کا۔</w:t>
      </w:r>
    </w:p>
    <w:p>
      <w:r>
        <w:rPr>
          <w:b/>
        </w:rPr>
        <w:t xml:space="preserve">[29:18] </w:t>
      </w:r>
      <w:r>
        <w:t>1313, 13 billion saal pehle. to kitne arse se yeh hai, aur is mein kitni factory chal rahi hai? aap sochein ke darakht ban rahe hain, insan ban rahe hain, animal ban rahe hain.</w:t>
      </w:r>
    </w:p>
    <w:p>
      <w:pPr>
        <w:jc w:val="right"/>
      </w:pPr>
      <w:r>
        <w:t>1313، 13 بلین سال پہلے۔ تو کتنے عرصے سے یہ ہے، اور اس میں کتنی فیکٹری چل رہی ہے؟ آپ سوچیں کہ درخت بن رہے ہیں، انسان بن رہے ہیں، اینیمل بن رہے ہیں۔</w:t>
      </w:r>
    </w:p>
    <w:p>
      <w:r>
        <w:rPr>
          <w:b/>
        </w:rPr>
        <w:t xml:space="preserve">[29:34] </w:t>
      </w:r>
      <w:r>
        <w:t>itne food, itni sabziyan, aur sun aur oxygen ka system, kya kya hai? yeh sab, yeh sab industrial activities hain. yeh sab industrial activities hain.</w:t>
      </w:r>
    </w:p>
    <w:p>
      <w:pPr>
        <w:jc w:val="right"/>
      </w:pPr>
      <w:r>
        <w:t>اتنے فوڈ، اتنی سبزیاں، اور سن اور اکسیجن کا سسٹم، کیا کیا ہے؟ یہ سب، یہ سب انڈسٹریل ایکٹیویٹیز ہیں۔ یہ سب انڈسٹریل ایکٹیویٹیز ہیں۔</w:t>
      </w:r>
    </w:p>
    <w:p>
      <w:r>
        <w:rPr>
          <w:b/>
        </w:rPr>
        <w:t xml:space="preserve">[29:49] </w:t>
      </w:r>
      <w:r>
        <w:t>kitna zabardast reaction hota hai suraj ke andar ke us ki light chali ja rahi hai, chali ja rahi hai, khatam nahi hoti. is mein reaction hote rehte hain, barabar. kitna bara system hai ke humein musalsal barabar oxygen supply ho rahi hai, supply ho rahi hai, supply ho rahi hai.</w:t>
      </w:r>
    </w:p>
    <w:p>
      <w:pPr>
        <w:jc w:val="right"/>
      </w:pPr>
      <w:r>
        <w:t>کتنا زبردست ری ایکشن ہوتا ہے سورج کے اندر کہ اس کی لائٹ چلی جا رہی ہے، چلی جا رہی ہے، ختم نہیں ہوتی۔ اس میں ری ایکشن ہوتے رہتے ہیں، برابر۔ کتنا بڑا سسٹم ہے کہ ہمیں مسلسل برابر اکسیجن سپلائی ہو رہی ہے، سپلائی ہو رہی ہے، سپلائی ہو رہی ہے۔</w:t>
      </w:r>
    </w:p>
    <w:p>
      <w:r>
        <w:rPr>
          <w:b/>
        </w:rPr>
        <w:t xml:space="preserve">[30:05] </w:t>
      </w:r>
      <w:r>
        <w:t>aise million cheezein hain. to industrial activities hain is duniya mein, lekin zero defect industry thi yeh.</w:t>
      </w:r>
    </w:p>
    <w:p>
      <w:pPr>
        <w:jc w:val="right"/>
      </w:pPr>
      <w:r>
        <w:t>ایسے ملین چیزیں ہیں۔ تو انڈسٹریل ایکٹیویٹیز ہیں اس دنیا میں، لیکن زیرو ڈیفیکٹ انڈسٹری تھی یہ۔</w:t>
      </w:r>
    </w:p>
    <w:p>
      <w:r>
        <w:rPr>
          <w:b/>
        </w:rPr>
        <w:t xml:space="preserve">[30:15] </w:t>
      </w:r>
      <w:r>
        <w:t>yeh duniya, yani billion billion saal se, yeh aik zero defect industry ke tor par chal rahi thi. yeh yeh universe kaisi ajeeb baat hai!</w:t>
      </w:r>
    </w:p>
    <w:p>
      <w:pPr>
        <w:jc w:val="right"/>
      </w:pPr>
      <w:r>
        <w:t>یہ دنیا، یعنی بلین بلین سال سے، یہ ایک زیرو ڈیفیکٹ انڈسٹری کے طور پر چل رہی تھی۔ یہ یہ یونیورس کیسی عجیب بات ہے!</w:t>
      </w:r>
    </w:p>
    <w:p>
      <w:r>
        <w:rPr>
          <w:b/>
        </w:rPr>
        <w:t xml:space="preserve">[30:28] </w:t>
      </w:r>
      <w:r>
        <w:t>aur insan ko sirf do sau saal mile, do sau saal mein sara unhon ne tabah kar diya. yani industry, yani human industry ne, woh thi woh thi divine industry.</w:t>
      </w:r>
    </w:p>
    <w:p>
      <w:pPr>
        <w:jc w:val="right"/>
      </w:pPr>
      <w:r>
        <w:t>اور انسان کو صرف دو سو سال ملے، دو سو سال میں سارا انہوں نے تباہ کر دیا۔ یعنی انڈسٹری، یعنی ہیومن انڈسٹری نے، وہ تھی وہ تھی ڈیوائن انڈسٹری۔</w:t>
      </w:r>
    </w:p>
    <w:p>
      <w:r>
        <w:rPr>
          <w:b/>
        </w:rPr>
        <w:t xml:space="preserve">[30:44] </w:t>
      </w:r>
      <w:r>
        <w:t>divain andastri billion billion years chal rahi thi, aur is mein aur bilkul zero defect tha. woh koi aaj tak nahi bata saka ke is mein koi defect hai.</w:t>
      </w:r>
    </w:p>
    <w:p>
      <w:pPr>
        <w:jc w:val="right"/>
      </w:pPr>
      <w:r>
        <w:t>ڈیوائن انڈسٹری بلین بلین ایئرز چل رہی تھی، اور اس میں اور بالکل زیرو ڈیفیکٹ تھی۔ وہ کوئی آج تک نہیں بتا سکا کہ اس میں کوئی ڈیفیکٹ ہے۔</w:t>
      </w:r>
    </w:p>
    <w:p>
      <w:r>
        <w:rPr>
          <w:b/>
        </w:rPr>
        <w:t xml:space="preserve">[30:56] </w:t>
      </w:r>
      <w:r>
        <w:t>aur do sau saal ka moqa mila insan ko ke is ne apni andastri chalai. aur zahir al-fasad fil barri wal bahri, yeh jo ayat quran majeed mein hai ke "man made corruption has spread in the land and the sea", aap parhiye, commentaries jo hain, kisi ne samjha nahi is ka matlab kya hai.</w:t>
      </w:r>
    </w:p>
    <w:p>
      <w:pPr>
        <w:jc w:val="right"/>
      </w:pPr>
      <w:r>
        <w:t>اور دو سو سال کا موقع ملا انسان کو کہ اس نے اپنی انڈسٹری چلائی۔ اور ظاہر الفساد فی البرب البحر، یہ جو آیت قرآن مجید میں ہے کہ "مین میڈ کرپشن ہیز اسپریڈ ان دا لینڈ اینڈ دا سی"، آپ پڑھیے، کمنٹریز جو ہیں، کسی نے سمجھا نہیں اس کا مطلب کیا ہے۔</w:t>
      </w:r>
    </w:p>
    <w:p>
      <w:r>
        <w:rPr>
          <w:b/>
        </w:rPr>
        <w:t xml:space="preserve">[31:20] </w:t>
      </w:r>
      <w:r>
        <w:t>kyunke 14 saal pehle koi ja nahi sakta tha ke kya baat hogi ke sara land jo hai, woh bhar jayega corruption se, aur sari sea bhar jayegi corruption se.</w:t>
      </w:r>
    </w:p>
    <w:p>
      <w:pPr>
        <w:jc w:val="right"/>
      </w:pPr>
      <w:r>
        <w:t>کیونکہ 14 سال پہلے کوئی جا نہیں سکتا تھا کہ کیا بات ہوگی کہ سارا لینڈ جو ہے، وہ بھر جائے گا کرپشن سے، اور ساری سی بھر جائے گی کرپشن سے۔</w:t>
      </w:r>
    </w:p>
    <w:p>
      <w:r>
        <w:rPr>
          <w:b/>
        </w:rPr>
        <w:t xml:space="preserve">[31:30] </w:t>
      </w:r>
      <w:r>
        <w:t>koi samajh nahi sakta tha is ko, koi samajh hi nahi sakta tha is ko. to is ke anokhe qism ki commentary likhi gayi.</w:t>
      </w:r>
    </w:p>
    <w:p>
      <w:pPr>
        <w:jc w:val="right"/>
      </w:pPr>
      <w:r>
        <w:t>کوئی سمجھ نہیں سکتا تھا اس کو، کوئی سمجھ ہی نہیں سکتا تھا اس کو۔ تو اس کے انوکھے قسم کے کمنٹری لکھی گئی۔</w:t>
      </w:r>
    </w:p>
    <w:p>
      <w:r>
        <w:rPr>
          <w:b/>
        </w:rPr>
        <w:t xml:space="preserve">[31:40] </w:t>
      </w:r>
      <w:r>
        <w:t>yeh to aaj samajh mein aya, aaj ke "zahiral fasad fil barri wal bahri, ma kasabat al-nas, made made corruption has spread in the land and the sea".</w:t>
      </w:r>
    </w:p>
    <w:p>
      <w:pPr>
        <w:jc w:val="right"/>
      </w:pPr>
      <w:r>
        <w:t>یہ تو آج سمجھ میں آیا، آج کہ "ظاہر الفساد فی البرب البحر، ما کسبت الناس، میڈ میڈ کرپشن ہیز اسپریڈ ان دا لینڈ اینڈ دا سی"۔</w:t>
      </w:r>
    </w:p>
    <w:p>
      <w:r>
        <w:rPr>
          <w:b/>
        </w:rPr>
        <w:t xml:space="preserve">[31:53] </w:t>
      </w:r>
      <w:r>
        <w:t>kisi ajeeb baat hai quran ki! kya is ke baad bhi agar koi shak kare, quran khuda ki kitab hai, to mein samajhta hoon ke woh made hai, made.</w:t>
      </w:r>
    </w:p>
    <w:p>
      <w:pPr>
        <w:jc w:val="right"/>
      </w:pPr>
      <w:r>
        <w:t>کیسی عجیب بات ہے قرآن کی! کیا اس کے بعد بھی اگر کوئی شک کرے، قرآن خدا کی کتاب ہے، تو میں سمجھتا ہوں کہ وہ میڈ ہے، میڈ۔</w:t>
      </w:r>
    </w:p>
    <w:p>
      <w:r>
        <w:rPr>
          <w:b/>
        </w:rPr>
        <w:t xml:space="preserve">[32:03] </w:t>
      </w:r>
      <w:r>
        <w:t>is ke baad bhi koi agar koi shak karta hai, dunya ki kisi kitab mein yeh baat likhi hui nahi hai is tarah ki jo 1400 saal baad poori ho rahi ho.</w:t>
      </w:r>
    </w:p>
    <w:p>
      <w:pPr>
        <w:jc w:val="right"/>
      </w:pPr>
      <w:r>
        <w:t>اس کے بعد بھی کوئی اگر کوئی شک کرتا ہے، دنیا کی کسی کتاب میں یہ بات لکھی ہوئی نہیں ہے اس طرح کی جو 1400 سال بعد پوری ہو رہی ہو۔</w:t>
      </w:r>
    </w:p>
    <w:p>
      <w:r>
        <w:rPr>
          <w:b/>
        </w:rPr>
        <w:t xml:space="preserve">[32:16] </w:t>
      </w:r>
      <w:r>
        <w:t>kaun janta tha kis kitab mein yeh likha hua tha ke ek waqt ayega jab land aur sea dono rehne qabil nahi rahenge? dono mein yeh jo global warming ho rahi hai, aur sea level jo barh raha hai, aur kitne sare problem, kitne sare problem aa rahe hain is ki wajah se,</w:t>
      </w:r>
    </w:p>
    <w:p>
      <w:pPr>
        <w:jc w:val="right"/>
      </w:pPr>
      <w:r>
        <w:t>کون جانتا تھا کس کتاب میں یہ لکھا ہوا تھا کہ ایک وقت آئے گا جب لینڈ اور سی دونوں رہنے قابل نہیں رہیں گے؟ دونوں میں یہ جو گلوبل وارمنگ ہو رہی ہے، اور سی لیول جو بڑھ رہا ہے، اور کتنے سارے پرابلم، کتنے سارے پرابلم آ رہے ہیں اس کی وجہ سے،</w:t>
      </w:r>
    </w:p>
    <w:p>
      <w:r>
        <w:rPr>
          <w:b/>
        </w:rPr>
        <w:t xml:space="preserve">[32:37] </w:t>
      </w:r>
      <w:r>
        <w:t>kaun janta tha is ko? abhi 50 baras pehle log sochte the ke hum to bilkul dunya mein pyramid banane ja rahe hain.</w:t>
      </w:r>
    </w:p>
    <w:p>
      <w:pPr>
        <w:jc w:val="right"/>
      </w:pPr>
      <w:r>
        <w:t>کون جانتا تھا اس کو؟ ابھی 50 برس پہلے لوگ سوچتے تھے کہ ہم تو بالکل دنیا میں پیرائیڈ بنانے جا رہے ہیں۔</w:t>
      </w:r>
    </w:p>
    <w:p>
      <w:r>
        <w:rPr>
          <w:b/>
        </w:rPr>
        <w:t xml:space="preserve">[32:49] </w:t>
      </w:r>
      <w:r>
        <w:t>abhi 50 baras pehle ki ki baat hai. to</w:t>
      </w:r>
    </w:p>
    <w:p>
      <w:pPr>
        <w:jc w:val="right"/>
      </w:pPr>
      <w:r>
        <w:t>ابھی 50 برس پہلے کی کی بات ہے۔ تو</w:t>
      </w:r>
    </w:p>
    <w:p>
      <w:r>
        <w:rPr>
          <w:b/>
        </w:rPr>
        <w:t xml:space="preserve">[32:58] </w:t>
      </w:r>
      <w:r>
        <w:t>aap sab logon ko mein kehta hoon ke is par sochiye.</w:t>
      </w:r>
    </w:p>
    <w:p>
      <w:pPr>
        <w:jc w:val="right"/>
      </w:pPr>
      <w:r>
        <w:t>آپ سب لوگوں کو میں کہتا ہوں کہ اس پر سوچیے۔</w:t>
      </w:r>
    </w:p>
    <w:p>
      <w:r>
        <w:rPr>
          <w:b/>
        </w:rPr>
        <w:t xml:space="preserve">[33:04] </w:t>
      </w:r>
      <w:r>
        <w:t>bohat hi sahi title is ne diya hai ke "warning signs of dooms". yeh times of india ne title diya hai, is mein thoda sa mein ne add kiya hai "warning signs of dooms".</w:t>
      </w:r>
    </w:p>
    <w:p>
      <w:pPr>
        <w:jc w:val="right"/>
      </w:pPr>
      <w:r>
        <w:t>بہت ہی صحیح ٹائٹل اس نے دیا ہے کہ "وارننگ سائنز آف ڈومز"۔ یہ ٹائمز آف انڈیا نے ٹائٹل دیا ہے، اس میں تھوڑا سا میں نے ایڈ کیا ہے "وارننگ سائنز آف ڈومز"۔</w:t>
      </w:r>
    </w:p>
    <w:p>
      <w:r>
        <w:rPr>
          <w:b/>
        </w:rPr>
        <w:t xml:space="preserve">[33:20] </w:t>
      </w:r>
      <w:r>
        <w:t>yani qayamat ke ke qareeb aanay ki nishaniyan. aur kya, aur kya hogi nishani?</w:t>
      </w:r>
    </w:p>
    <w:p>
      <w:pPr>
        <w:jc w:val="right"/>
      </w:pPr>
      <w:r>
        <w:t>یعنی قیامت کے کے قریب آنے کی نشانیاں۔ اور کیا، اور کیا ہوگی نشانی؟</w:t>
      </w:r>
    </w:p>
    <w:p>
      <w:r>
        <w:rPr>
          <w:b/>
        </w:rPr>
        <w:t xml:space="preserve">[33:30] </w:t>
      </w:r>
      <w:r>
        <w:t>aur kya nishani hogi ke zero defect world ko insan ne bana diya? sara is mein har taraf defect hai, defect hai, defect hai.</w:t>
      </w:r>
    </w:p>
    <w:p>
      <w:pPr>
        <w:jc w:val="right"/>
      </w:pPr>
      <w:r>
        <w:t>اور کیا نشانی ہوگی کہ زیرو ڈیفیکٹ ورلڈ کو انسان نے بنا دیا؟ سارا اس میں ہر طرف ڈیفیکٹ ہے، ڈیفیکٹ ہے، ڈیفیکٹ ہے۔</w:t>
      </w:r>
    </w:p>
    <w:p>
      <w:r>
        <w:rPr>
          <w:b/>
        </w:rPr>
        <w:t xml:space="preserve">[33:43] </w:t>
      </w:r>
      <w:r>
        <w:t>to</w:t>
      </w:r>
    </w:p>
    <w:p>
      <w:pPr>
        <w:jc w:val="right"/>
      </w:pPr>
      <w:r>
        <w:t>تو</w:t>
      </w:r>
    </w:p>
    <w:p>
      <w:r>
        <w:rPr>
          <w:b/>
        </w:rPr>
        <w:t xml:space="preserve">[33:46] </w:t>
      </w:r>
      <w:r>
        <w:t>global warming is man made. is parche mein, yani kal ka jo parcha tha, us mein kai articles the aur kai kai reports thin isi hi par.</w:t>
      </w:r>
    </w:p>
    <w:p>
      <w:pPr>
        <w:jc w:val="right"/>
      </w:pPr>
      <w:r>
        <w:t>گلوبل وارمنگ از مین میڈ۔ اس پرچے میں، یعنی کل کا جو پرچہ تھا، اس میں کئی آرٹیکل تھے اور کئی کئی رپورٹیں تھیں اسی ہی پر۔</w:t>
      </w:r>
    </w:p>
    <w:p>
      <w:r>
        <w:rPr>
          <w:b/>
        </w:rPr>
        <w:t xml:space="preserve">[33:59] </w:t>
      </w:r>
      <w:r>
        <w:t>kyunke zahir hai ke yeh bohat bara qissa hai, bohat bari cheez hai. to mein keh raha tha ke is par bohat sari, yani predictions hain hadithon mein.</w:t>
      </w:r>
    </w:p>
    <w:p>
      <w:pPr>
        <w:jc w:val="right"/>
      </w:pPr>
      <w:r>
        <w:t>کیونکہ ظاہر ہے کہ یہ بہت بڑا قصہ ہے، بہت بڑی چیز ہے۔ تو میں کہہ رہا تھا کہ اس پر بہت ساری، یعنی پریڈکشنز ہیں حدیثوں میں۔</w:t>
      </w:r>
    </w:p>
    <w:p>
      <w:r>
        <w:rPr>
          <w:b/>
        </w:rPr>
        <w:t xml:space="preserve">[34:17] </w:t>
      </w:r>
      <w:r>
        <w:t>mein chand ek ko bataunga aap ko. to ek baat yeh bataya aap ko ke "zahiral fasad fil barri wal bahri, ma kasabat al-nas" ke "man made corruption has spread in the land and in the sea".</w:t>
      </w:r>
    </w:p>
    <w:p>
      <w:pPr>
        <w:jc w:val="right"/>
      </w:pPr>
      <w:r>
        <w:t>میں چند ایک کو بتاؤں گا آپ کو۔ تو ایک بات یہ بتایا آپ کو کہ "ظاہر الفساد فی البرب البحر، ما کسبت الناس" کہ "مین میڈ کرپشن ہیز اسپریڈ ان دا لینڈ اینڈ ان دا سی"۔</w:t>
      </w:r>
    </w:p>
    <w:p>
      <w:r>
        <w:rPr>
          <w:b/>
        </w:rPr>
        <w:t xml:space="preserve">[34:32] </w:t>
      </w:r>
      <w:r>
        <w:t>yeh kitna zyada sahi utra hai aaj! yeh to hadith mein aya hai ke</w:t>
      </w:r>
    </w:p>
    <w:p>
      <w:pPr>
        <w:jc w:val="right"/>
      </w:pPr>
      <w:r>
        <w:t>یہ کتنا زیادہ صحیح اترا ہے آج! یہ تو حدیث میں آیا ہے کہ</w:t>
      </w:r>
    </w:p>
    <w:p>
      <w:r>
        <w:rPr>
          <w:b/>
        </w:rPr>
        <w:t xml:space="preserve">[34:41] </w:t>
      </w:r>
      <w:r>
        <w:t>hadith mein aya hai ke</w:t>
      </w:r>
    </w:p>
    <w:p>
      <w:pPr>
        <w:jc w:val="right"/>
      </w:pPr>
      <w:r>
        <w:t>حدیث میں آیا ہے کہ</w:t>
      </w:r>
    </w:p>
    <w:p>
      <w:r>
        <w:rPr>
          <w:b/>
        </w:rPr>
        <w:t xml:space="preserve">[34:48] </w:t>
      </w:r>
      <w:r>
        <w:t>hadith mein aya hai ke qayamat se pehle ek dukhan zahir hoga. dukhan means smoke.</w:t>
      </w:r>
    </w:p>
    <w:p>
      <w:pPr>
        <w:jc w:val="right"/>
      </w:pPr>
      <w:r>
        <w:t>حدیث میں آیا ہے کہ قیامت سے پہلے ایک دخان ظاہر ہوگا۔ دخان مینز سموک۔</w:t>
      </w:r>
    </w:p>
    <w:p>
      <w:r>
        <w:rPr>
          <w:b/>
        </w:rPr>
        <w:t xml:space="preserve">[35:00] </w:t>
      </w:r>
      <w:r>
        <w:t>dukhan ka matlab hota hai smoke. to hadith mein aya hai ke "yamlu, yamlu, yamlu dukhan ma bain al-mashriq wal maghrib". yamlu dukhan ma bain al-mashriq wal maghrib.</w:t>
      </w:r>
    </w:p>
    <w:p>
      <w:pPr>
        <w:jc w:val="right"/>
      </w:pPr>
      <w:r>
        <w:t>دخان کا مطلب ہوتا ہے سموک۔ تو حدیث میں آیا ہے کہ "یملو،یملو،یملو دخان ما بین المشرق والمغرب"۔یملو دخان ما بین المشرق والمغرب۔</w:t>
      </w:r>
    </w:p>
    <w:p>
      <w:r>
        <w:rPr>
          <w:b/>
        </w:rPr>
        <w:t xml:space="preserve">[35:16] </w:t>
      </w:r>
      <w:r>
        <w:t>yani dhuwan bhar jayega eid se eid se wish tak. dukhan means dhuwan, yani smoke.</w:t>
      </w:r>
    </w:p>
    <w:p>
      <w:pPr>
        <w:jc w:val="right"/>
      </w:pPr>
      <w:r>
        <w:t>یعنی دھواں بھر جائے گا عید سے عید سے وش تک۔ دخان مینز دھواں، یعنی سموک۔</w:t>
      </w:r>
    </w:p>
    <w:p>
      <w:r>
        <w:rPr>
          <w:b/>
        </w:rPr>
        <w:t xml:space="preserve">[35:25] </w:t>
      </w:r>
      <w:r>
        <w:t>eid se wish tak dhuwan hi dhuwan bhar jayega. ab kaun janta tha is ko? bataiye pehle ke air pollution bhi koi cheez hai.</w:t>
      </w:r>
    </w:p>
    <w:p>
      <w:pPr>
        <w:jc w:val="right"/>
      </w:pPr>
      <w:r>
        <w:t>عید سے وش تک دھواں ہی دھواں بھر جائے گا۔ اب کون جانتا تھا اس کو؟ بتائیے پہلے کہ ایئر پولیوشن بھی کوئی چیز ہے۔</w:t>
      </w:r>
    </w:p>
    <w:p>
      <w:r>
        <w:rPr>
          <w:b/>
        </w:rPr>
        <w:t xml:space="preserve">[35:37] </w:t>
      </w:r>
      <w:r>
        <w:t>yani eid se wish tak air pollution ka ka problem paida ho jayega. kaun janta tha is ko? to bohat hi ajeeb baat hai ke itne pehle yeh likha hua hai ke "yamlu dukhanu bil ma binli". yamlu dukhanu ma bain al-mashriq wal maghrib.</w:t>
      </w:r>
    </w:p>
    <w:p>
      <w:pPr>
        <w:jc w:val="right"/>
      </w:pPr>
      <w:r>
        <w:t>یعنی عید سے وش تک ایئر پولیوشن کا کا پرابلم پیدا ہو جائے گا۔ کون جانتا تھا اس کو؟ تو بہت ہی عجیب بات ہے کہ اتنے پہلے یہ لکھا ہوا ہے کہ "یملو دخانو بل ما بنلی"۔یملو دخانو ما بین المشرق والمغرب۔</w:t>
      </w:r>
    </w:p>
    <w:p>
      <w:r>
        <w:rPr>
          <w:b/>
        </w:rPr>
        <w:t xml:space="preserve">[36:02] </w:t>
      </w:r>
      <w:r>
        <w:t>eid se vish tak dhuan phail jayega. yani woh cheez jis ko hum kehte hain air pollution. is tarah se ek hadith hai ke "adnati al-shamsu min al-'ibad".</w:t>
      </w:r>
    </w:p>
    <w:p>
      <w:pPr>
        <w:jc w:val="right"/>
      </w:pPr>
      <w:r>
        <w:t>عید سے وش تک دھواں پھیل جائے گا۔ یعنی وہ چیز جس کو ہم کہتے ہیں ایئر پولیوشن۔ اس طرح سے ایک حدیث ہے کہ "ادنتی الشمس من العباد"۔</w:t>
      </w:r>
    </w:p>
    <w:p>
      <w:r>
        <w:rPr>
          <w:b/>
        </w:rPr>
        <w:t xml:space="preserve">[36:23] </w:t>
      </w:r>
      <w:r>
        <w:t>suraj insan se qareeb aa jayega. "adnati al-shamsu min al-'ibad".</w:t>
      </w:r>
    </w:p>
    <w:p>
      <w:pPr>
        <w:jc w:val="right"/>
      </w:pPr>
      <w:r>
        <w:t>سورج انسان سے قریب آ جائے گا۔ "ادنتی الشمس من العباد"۔</w:t>
      </w:r>
    </w:p>
    <w:p>
      <w:r>
        <w:rPr>
          <w:b/>
        </w:rPr>
        <w:t xml:space="preserve">[36:34] </w:t>
      </w:r>
      <w:r>
        <w:t>insan se qareeb aa jayega suraj. yahi to hai global warming. suraj khud nahi aa jayega qareeb, is ki heat qareeb aa jayegi.</w:t>
      </w:r>
    </w:p>
    <w:p>
      <w:pPr>
        <w:jc w:val="right"/>
      </w:pPr>
      <w:r>
        <w:t>انسان سے قریب آ جائے گا سورج۔ یہی تو ہے گلوبل وارمنگ۔ سورج خود نہیں آ جائے گا قریب، اس کی ہیٹ قریب آ جائے گی۔</w:t>
      </w:r>
    </w:p>
    <w:p>
      <w:r>
        <w:rPr>
          <w:b/>
        </w:rPr>
        <w:t xml:space="preserve">[36:45] </w:t>
      </w:r>
      <w:r>
        <w:t>yeh mat na samjhiye ke suraj khud hi qareeb aa jayega, is ki heat qareeb aa jayegi. to yahi to hai global warming. yani yeh jo hadith hai, is ka literal translate yeh hoga ke suraj qareeb aa jayega insano ke.</w:t>
      </w:r>
    </w:p>
    <w:p>
      <w:pPr>
        <w:jc w:val="right"/>
      </w:pPr>
      <w:r>
        <w:t>یہ مت نہ سمجھیے کہ سورج خود ہی قریب آ جائے گا، اس کی ہیٹ قریب آ جائے گی۔ تو یہی تو ہے گلوبل وارمنگ۔ یعنی یہ جو حدیث ہے، اس کا لیٹرل ٹرانسلیٹ یہ ہوگا کہ سورج قریب آ جائے گا انسانوں کے۔</w:t>
      </w:r>
    </w:p>
    <w:p>
      <w:r>
        <w:rPr>
          <w:b/>
        </w:rPr>
        <w:t xml:space="preserve">[37:09] </w:t>
      </w:r>
      <w:r>
        <w:t>to main yeh kahunga ke is ka matlab yeh nahi hai ke suraj khud qareeb aa jayega, is ka matlab suraj ki heat qareeb aa jayegi. to itna bada problem paida ho gaya hai global warming ka.</w:t>
      </w:r>
    </w:p>
    <w:p>
      <w:pPr>
        <w:jc w:val="right"/>
      </w:pPr>
      <w:r>
        <w:t>تو میں یہ کہوں گا کہ اس کا مطلب یہ نہیں ہے کہ سورج خود قریب آ جائے گا، اس کا مطلب سورج کی ہیٹ قریب آ جائے گی۔ تو اتنا بڑا پرابلم پیدا ہو گیا ہے گلوبل وارمنگ کا۔</w:t>
      </w:r>
    </w:p>
    <w:p>
      <w:r>
        <w:rPr>
          <w:b/>
        </w:rPr>
        <w:t xml:space="preserve">[37:20] </w:t>
      </w:r>
      <w:r>
        <w:t>yeh itni pehle hadith bhi likhi hui thi. phir hadith mein yeh hai ke "yakunu al-nasu 'ala qadri a'malihim fi al-'araq".</w:t>
      </w:r>
    </w:p>
    <w:p>
      <w:pPr>
        <w:jc w:val="right"/>
      </w:pPr>
      <w:r>
        <w:t>یہ اتنی پہلے حدیث بھی لکھی ہوئی تھی۔ پھر حدیث میں یہ ہے کہ "یکون الناس علی قدر اعمال فی العرق"۔</w:t>
      </w:r>
    </w:p>
    <w:p>
      <w:r>
        <w:rPr>
          <w:b/>
        </w:rPr>
        <w:t xml:space="preserve">[37:36] </w:t>
      </w:r>
      <w:r>
        <w:t>log itna, yani jab yeh hoga global warming ke dour zaman aayega, to itna pasina niklega logo ka. hadith mein yeh hai ke woh doob jayenge pasine mein.</w:t>
      </w:r>
    </w:p>
    <w:p>
      <w:pPr>
        <w:jc w:val="right"/>
      </w:pPr>
      <w:r>
        <w:t>لوگ اتنا، یعنی جب یہ ہوگا گلوبل وارمنگ کے دور زمان آئے گا، تو اتنا پسینہ نکلے گا لوگوں کا۔ حدیث میں یہ ہے کہ وہ ڈوب جائیں گے پسینے میں۔</w:t>
      </w:r>
    </w:p>
    <w:p>
      <w:r>
        <w:rPr>
          <w:b/>
        </w:rPr>
        <w:t xml:space="preserve">[37:49] </w:t>
      </w:r>
      <w:r>
        <w:t>pasine mein doob jayenge. to is mein hai ke koi yahan tak takhne ke barabar doobega, koi ghutne ke barabar doobega, koi kamar ke barabar doobega, koi face ke barabar doob jayega.</w:t>
      </w:r>
    </w:p>
    <w:p>
      <w:pPr>
        <w:jc w:val="right"/>
      </w:pPr>
      <w:r>
        <w:t>پسینے میں ڈوب جائیں گے۔ تو اس میں ہے کہ کوئی یہاں تک ٹخنے کے برابر ڈوبے گا، کوئی گھٹنے کے برابر ڈوبے گا، کوئی کمر کے برابر ڈوبے گا، کوئی فیس کے برابر ڈوب جائے گا۔</w:t>
      </w:r>
    </w:p>
    <w:p>
      <w:r>
        <w:rPr>
          <w:b/>
        </w:rPr>
        <w:t xml:space="preserve">[38:02] </w:t>
      </w:r>
      <w:r>
        <w:t>yahan tak doob jayega. pasine mein log doob jayenge. to yahan par jo word istemal hua hai, woh 'araq hai. 'araq ka matlab jo hota hai, yani pasina.</w:t>
      </w:r>
    </w:p>
    <w:p>
      <w:pPr>
        <w:jc w:val="right"/>
      </w:pPr>
      <w:r>
        <w:t>یہاں تک ڈوب جائے گا۔ پسینے میں لوگ ڈوب جائیں گے۔ تو یہاں پر جو ورڈ استعمال ہوا ہے، وہ عرق ہے۔ عرق کا مطلب جو ہوتا ہے، یعنی پسینہ۔</w:t>
      </w:r>
    </w:p>
    <w:p>
      <w:r>
        <w:rPr>
          <w:b/>
        </w:rPr>
        <w:t xml:space="preserve">[38:14] </w:t>
      </w:r>
      <w:r>
        <w:t>lekin sahi ma'no mein 'araq ka matlab hai "squeezed water". main ne 'ushriya mein dekha hai is ko. 'araq ka matlab samjha jata hai pasina, lekin is ka jo asal sense hai, asal sense woh "squeezed water", nichora hua pani.</w:t>
      </w:r>
    </w:p>
    <w:p>
      <w:pPr>
        <w:jc w:val="right"/>
      </w:pPr>
      <w:r>
        <w:t>لیکن صحیح معنوں میں عرق کا مطلب ہے "اسکویزڈ واٹر"۔ میں نے عشریہ میں دیکھا ہے اس کو۔ عرق کا مطلب سمجھا جاتا ہے پسینہ، لیکن اس کا جو اصل سینس ہے، اصل سینس وہ "اسکویزڈ واٹر"، نچوڑا ہوا پانی۔</w:t>
      </w:r>
    </w:p>
    <w:p>
      <w:r>
        <w:rPr>
          <w:b/>
        </w:rPr>
        <w:t xml:space="preserve">[38:31] </w:t>
      </w:r>
      <w:r>
        <w:t>isi liye jo is se jo yeh sharab banai jati hai, us ko nichod kar ke, woh angur ko nichod kar ke jo sharab hai, us ko bhi 'araq kehte hain.</w:t>
      </w:r>
    </w:p>
    <w:p>
      <w:pPr>
        <w:jc w:val="right"/>
      </w:pPr>
      <w:r>
        <w:t>اسی لیے جو اس سے جو یہ شراب بنائی جاتی ہے، اس کو نچوڑ کر کے، وہ انگور کو نچوڑ کر کے جو شراب ہے، اس کو بھی عرق کہتے ہیں۔</w:t>
      </w:r>
    </w:p>
    <w:p>
      <w:r>
        <w:rPr>
          <w:b/>
        </w:rPr>
        <w:t xml:space="preserve">[38:46] </w:t>
      </w:r>
      <w:r>
        <w:t>angur ko nichod kar sharab banai jati hai, aap jante hain, to us ko kehte hain 'araq. kehte hain aisi aur bhi kai cheezein, us ko nichod kar jo cheez banti hai, us ko 'araq kaha gaya hai dictionary mein.</w:t>
      </w:r>
    </w:p>
    <w:p>
      <w:pPr>
        <w:jc w:val="right"/>
      </w:pPr>
      <w:r>
        <w:t>انگور کو نچوڑ کر شراب بنائی جاتی ہے، آپ جانتے ہیں، تو اس کو کہتے ہیں عرق۔ کہتے ہیں ایسی اور بھی کئی چیزیں، اس کو نچوڑ کر جو چیز بنتی ہے، اس کو عرق کہا گیا ہے ڈکشنری میں۔</w:t>
      </w:r>
    </w:p>
    <w:p>
      <w:r>
        <w:rPr>
          <w:b/>
        </w:rPr>
        <w:t xml:space="preserve">[38:57] </w:t>
      </w:r>
      <w:r>
        <w:t>to is liye main samajhta hoon ke 'araq ke ma'ne hain "squeezed water". aap dekhein ke "squeezed water" jo hai, kitna meaningful word hai.</w:t>
      </w:r>
    </w:p>
    <w:p>
      <w:pPr>
        <w:jc w:val="right"/>
      </w:pPr>
      <w:r>
        <w:t>تو اس لیے میں سمجھتا ہوں کہ عرق کے معنی ہیں "اسکویزڈ واٹر"۔ آپ دیکھیں کہ "اسکویزڈ واٹر" جو ہے، کتنا میننگ فل ورڈ ہے۔</w:t>
      </w:r>
    </w:p>
    <w:p>
      <w:r>
        <w:rPr>
          <w:b/>
        </w:rPr>
        <w:t xml:space="preserve">[39:06] </w:t>
      </w:r>
      <w:r>
        <w:t>glacier se pani nichoda ja raha hai, aur north pole, south pole pe jo ice ki gap hai, us se pani nichod ke kaha raha hai samundaron mein.</w:t>
      </w:r>
    </w:p>
    <w:p>
      <w:pPr>
        <w:jc w:val="right"/>
      </w:pPr>
      <w:r>
        <w:t>گلیشیئر سے پانی نچوڑا جا رہا ہے، اور نارتھ پول، ساؤتھ پول پہ جو آئس کی گیپ ہے، اس سے پانی نچوڑ کے کہا رہا ہے سمندروں میں۔</w:t>
      </w:r>
    </w:p>
    <w:p>
      <w:r>
        <w:rPr>
          <w:b/>
        </w:rPr>
        <w:t xml:space="preserve">[39:16] </w:t>
      </w:r>
      <w:r>
        <w:t>to nichre hue pani se zameen jo hai, bhar pani se bhari chali ja rahi hai. aur aap aap ne dekha hoga kal paper mein ke kahin yeh bilkul exactly yahi baat ke kahin itna pani aa jayega ke itna pani aa jayega, to kahin itna kehta hai, yani bhag gaye ke log ek dam exactly wohi baat hai.</w:t>
      </w:r>
    </w:p>
    <w:p>
      <w:pPr>
        <w:jc w:val="right"/>
      </w:pPr>
      <w:r>
        <w:t>تو نچڑے ہوئے پانی سے زمین جو ہے، بھر پانی سے بھری چلی جا رہی ہے۔ اور آپ آپ نے دیکھا ہوگا کل پیپر میں کہ کہیں یہ بالکل ایگزیکٹلی یہی بات کہ کہیں اتنا پانی آ جائے گا کہ اتنا پانی آ جائے گا، تو کہیں اتنا کہتا ہے، یعنی بھاگ گئے کہ لوگ ایک دم ایگزیکٹلی وہی بات ہے۔</w:t>
      </w:r>
    </w:p>
    <w:p>
      <w:r>
        <w:rPr>
          <w:b/>
        </w:rPr>
        <w:t xml:space="preserve">[39:37] </w:t>
      </w:r>
      <w:r>
        <w:t>to "squeezed water" ka word hai hadith mein, us ko main samajhta hoon ke "melting", yeh pighalna jo global warming ki wajah se melt karega ice cap north pole, south pole ka, aur glacier melt karenge,</w:t>
      </w:r>
    </w:p>
    <w:p>
      <w:pPr>
        <w:jc w:val="right"/>
      </w:pPr>
      <w:r>
        <w:t>تو "اسکویزڈ واٹر" کا لفظ ہے حدیث میں، اس کو میں سمجھتا ہوں کہ "ملٹنگ"، یہ پگھلنا جو گلوبل وارمنگ کی وجہ سے میلٹ کرے گا آئس کیپ نارتھ پول، ساؤتھ پول کا، اور گلیشیئر میلٹ کریں گے،</w:t>
      </w:r>
    </w:p>
    <w:p>
      <w:r>
        <w:rPr>
          <w:b/>
        </w:rPr>
        <w:t xml:space="preserve">[39:56] </w:t>
      </w:r>
      <w:r>
        <w:t>is se samundaron ka level badh jayega, aur insan bilkul khatre mein aa jayega.</w:t>
      </w:r>
    </w:p>
    <w:p>
      <w:pPr>
        <w:jc w:val="right"/>
      </w:pPr>
      <w:r>
        <w:t>اس سے سمندروں کا لیول بڑھ جائے گا، اور انسان بالکل خطرے میں آ جائے گا۔</w:t>
      </w:r>
    </w:p>
    <w:p>
      <w:r>
        <w:rPr>
          <w:b/>
        </w:rPr>
        <w:t xml:space="preserve">[40:06] </w:t>
      </w:r>
      <w:r>
        <w:t>ab kitni khuli khuli nishaniyan yeh hain, to main samajhta hoon ke bilkul sahi title us ne lagaya hai ke "warning signs of dooms".</w:t>
      </w:r>
    </w:p>
    <w:p>
      <w:pPr>
        <w:jc w:val="right"/>
      </w:pPr>
      <w:r>
        <w:t>اب کتنی کھلی کھلی نشانیاں یہ ہیں، تو میں سمجھتا ہوں کہ بالکل صحیح ٹائٹل اس نے لگایا ہے کہ "وارننگ سائنز آف ڈومز"۔</w:t>
      </w:r>
    </w:p>
    <w:p>
      <w:r>
        <w:rPr>
          <w:b/>
        </w:rPr>
        <w:t xml:space="preserve">[40:19] </w:t>
      </w:r>
      <w:r>
        <w:t>yeh sab cheezein nishaniyan ban kar aa gayi hain ke qayamat qareeb hai. aye insano!</w:t>
      </w:r>
    </w:p>
    <w:p>
      <w:pPr>
        <w:jc w:val="right"/>
      </w:pPr>
      <w:r>
        <w:t>یہ سب چیزیں نشانیاں بن کر آ گئی ہیں کہ قیامت قریب ہے۔ اے انسانوں!</w:t>
      </w:r>
    </w:p>
    <w:p>
      <w:r>
        <w:rPr>
          <w:b/>
        </w:rPr>
        <w:t xml:space="preserve">[40:26] </w:t>
      </w:r>
      <w:r>
        <w:t>tauba karo! aye insano! khuda ki taraf daudo! aye insano! apne sahi a'maal kar ke apne aap ko bachao is baat se ke tum ko khuda punish kare, aur tum ko apne aap ko aisa banao ke tum ko khuda paradise mein dakhil kare.</w:t>
      </w:r>
    </w:p>
    <w:p>
      <w:pPr>
        <w:jc w:val="right"/>
      </w:pPr>
      <w:r>
        <w:t>توبہ کرو! اے انسانوں! خدا کی طرف دوڑو! اے انسانوں! اپنے صحیح اعمال کر کے اپنے آپ کو بچاؤ اس بات سے کہ تم کو خدا پنش کرے، اور تم کو اپنے آپ کو ایسا بناؤ کہ تم کو خدا پیرائیڈ میں داخل کرے۔</w:t>
      </w:r>
    </w:p>
    <w:p>
      <w:r>
        <w:rPr>
          <w:b/>
        </w:rPr>
        <w:t xml:space="preserve">[40:46] </w:t>
      </w:r>
      <w:r>
        <w:t>ke aakhri waqt aa gaya hai ke hum is maamle mein chaunkain aur apne aap ko durust kar lain, qabl is ke ke durust karne ka mauqa hi khatam ho jaye.</w:t>
      </w:r>
    </w:p>
    <w:p>
      <w:pPr>
        <w:jc w:val="right"/>
      </w:pPr>
      <w:r>
        <w:t>کہ آخری وقت آ گیا ہے کہ ہم اس معاملے میں چونکیں اور اپنے آپ کو درست کر لیں، قبل اس کے کہ درست کرنے کا موقع ہی ختم ہو جائے۔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