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The Month of Ramadan September 23, 2007</w:t>
      </w:r>
    </w:p>
    <w:p>
      <w:r>
        <w:t>https://youtu.be/8MIl4_cPq1k</w:t>
      </w:r>
    </w:p>
    <w:p>
      <w:r>
        <w:rPr>
          <w:b/>
        </w:rPr>
        <w:t xml:space="preserve">[00:28] </w:t>
      </w:r>
      <w:r>
        <w:t>wa ahlul uqdat min lisani, yafqahu qawli.</w:t>
      </w:r>
    </w:p>
    <w:p>
      <w:pPr>
        <w:jc w:val="right"/>
      </w:pPr>
      <w:r>
        <w:t>واحل العقدۃ من لسانی، یفقہ قولی۔</w:t>
      </w:r>
    </w:p>
    <w:p>
      <w:r>
        <w:rPr>
          <w:b/>
        </w:rPr>
        <w:t xml:space="preserve">[00:36] </w:t>
      </w:r>
      <w:r>
        <w:t>aaj ka jo topic hai woh hai "on the month of ramadan".</w:t>
      </w:r>
    </w:p>
    <w:p>
      <w:pPr>
        <w:jc w:val="right"/>
      </w:pPr>
      <w:r>
        <w:t>آج کا جو ٹاپک ہے وہ ہے "آن دی منتھ آف رمضان"۔</w:t>
      </w:r>
    </w:p>
    <w:p>
      <w:r>
        <w:rPr>
          <w:b/>
        </w:rPr>
        <w:t xml:space="preserve">[00:46] </w:t>
      </w:r>
      <w:r>
        <w:t>aap jante hain ke ramadan jo hai woh hijri calendar ka nawan mahina hai.</w:t>
      </w:r>
    </w:p>
    <w:p>
      <w:pPr>
        <w:jc w:val="right"/>
      </w:pPr>
      <w:r>
        <w:t>آپ جانتے ہیں کہ رمضان جو ہے وہ ہجری کیلنڈر کا نواں مہینہ ہے۔</w:t>
      </w:r>
    </w:p>
    <w:p>
      <w:r>
        <w:rPr>
          <w:b/>
        </w:rPr>
        <w:t xml:space="preserve">[00:57] </w:t>
      </w:r>
      <w:r>
        <w:t>is mahine ko islam mein poore mahine ke liye fasting ka mahina banaya gaya hai, aur kaha yeh gaya hai quran mein ke is mahine mein allah taala ne quran utara, quran.</w:t>
      </w:r>
    </w:p>
    <w:p>
      <w:pPr>
        <w:jc w:val="right"/>
      </w:pPr>
      <w:r>
        <w:t>اس مہینے کو اسلام میں پورے مہینے کے لیے فاسٹنگ کا مہینہ بنایا گیا ہے، اور کہا یہ گیا ہے قرآن میں کہ اس مہینے میں اللہ تعالیٰ نے قرآن اتارا، قرآن۔</w:t>
      </w:r>
    </w:p>
    <w:p>
      <w:r>
        <w:rPr>
          <w:b/>
        </w:rPr>
        <w:t xml:space="preserve">[01:16] </w:t>
      </w:r>
      <w:r>
        <w:t>is liye tum is mahine mein poore mahine ke liye roza rakho. to yeh hai month of ramadan.</w:t>
      </w:r>
    </w:p>
    <w:p>
      <w:pPr>
        <w:jc w:val="right"/>
      </w:pPr>
      <w:r>
        <w:t>اس لیے تم اس مہینے میں پورے مہینے کے لیے روزہ رکھو۔ تو یہ ہے منتھ آف رمضان۔</w:t>
      </w:r>
    </w:p>
    <w:p>
      <w:r>
        <w:rPr>
          <w:b/>
        </w:rPr>
        <w:t xml:space="preserve">[01:28] </w:t>
      </w:r>
      <w:r>
        <w:t>quran kya hai? quran is liye utra ke sare insan khuda ki is kitab ke aage surrender karen, is kitab ko manen.</w:t>
      </w:r>
    </w:p>
    <w:p>
      <w:pPr>
        <w:jc w:val="right"/>
      </w:pPr>
      <w:r>
        <w:t>قرآن کیا ہے؟ قرآن اس لیے اترا کہ سارے انسان خدا کی اس کتاب کے آگے سرینڈر کریں، اس کتاب کو مانیں۔</w:t>
      </w:r>
    </w:p>
    <w:p>
      <w:r>
        <w:rPr>
          <w:b/>
        </w:rPr>
        <w:t xml:space="preserve">[01:41] </w:t>
      </w:r>
      <w:r>
        <w:t>yeh hai quran ka guest, quran ke message ka guest. yaani isi surrender karne mein insan ki tarraqi hai, insan ka salvation hai.</w:t>
      </w:r>
    </w:p>
    <w:p>
      <w:pPr>
        <w:jc w:val="right"/>
      </w:pPr>
      <w:r>
        <w:t>یہ ہے قرآن کا گیسٹ، قرآن کے میسج کا گیسٹ۔ یعنی اسی سرینڈر کرنے میں انسان کی ترقی ہے، انسان کا سالویشن ہے۔</w:t>
      </w:r>
    </w:p>
    <w:p>
      <w:r>
        <w:rPr>
          <w:b/>
        </w:rPr>
        <w:t xml:space="preserve">[01:58] </w:t>
      </w:r>
      <w:r>
        <w:t>to dekhiye,</w:t>
      </w:r>
    </w:p>
    <w:p>
      <w:pPr>
        <w:jc w:val="right"/>
      </w:pPr>
      <w:r>
        <w:t>تو دیکھیے،</w:t>
      </w:r>
    </w:p>
    <w:p>
      <w:r>
        <w:rPr>
          <w:b/>
        </w:rPr>
        <w:t xml:space="preserve">[02:02] </w:t>
      </w:r>
      <w:r>
        <w:t>is mahine mein aakhir mein ek raat aati hai jis ko quran mein kaha gaya hai "lailatul qadr".</w:t>
      </w:r>
    </w:p>
    <w:p>
      <w:pPr>
        <w:jc w:val="right"/>
      </w:pPr>
      <w:r>
        <w:t>اس مہینے میں آخر میں ایک رات آتی ہے جس کو قرآن میں کہا گیا ہے "لیلۃ القدر"۔</w:t>
      </w:r>
    </w:p>
    <w:p>
      <w:r>
        <w:rPr>
          <w:b/>
        </w:rPr>
        <w:t xml:space="preserve">[02:13] </w:t>
      </w:r>
      <w:r>
        <w:t>mahine ke aakhri kisi din mein, aakhri kisi raat ko ek khaas raat hoti hai jis ko kaha gaya hai "lailatul qadr".</w:t>
      </w:r>
    </w:p>
    <w:p>
      <w:pPr>
        <w:jc w:val="right"/>
      </w:pPr>
      <w:r>
        <w:t>مہینے کے آخری کسی دن میں، آخری کسی رات کو ایک خاص رات ہوتی ہے جس کو کہا گیا ہے "لیلۃ القدر"۔</w:t>
      </w:r>
    </w:p>
    <w:p>
      <w:r>
        <w:rPr>
          <w:b/>
        </w:rPr>
        <w:t xml:space="preserve">[02:25] </w:t>
      </w:r>
      <w:r>
        <w:t>lailatul qadr ka matlab hai "night of destiny". night of destiny.</w:t>
      </w:r>
    </w:p>
    <w:p>
      <w:pPr>
        <w:jc w:val="right"/>
      </w:pPr>
      <w:r>
        <w:t>لیلۃ القدر کا مطلب ہے "نائٹ آف ڈیسٹینی"۔ نائٹ آف ڈیسٹینی۔</w:t>
      </w:r>
    </w:p>
    <w:p>
      <w:r>
        <w:rPr>
          <w:b/>
        </w:rPr>
        <w:t xml:space="preserve">[02:36] </w:t>
      </w:r>
      <w:r>
        <w:t>yeh night of destiny kya hai? yeh koi mysterious cheez nahin hai.</w:t>
      </w:r>
    </w:p>
    <w:p>
      <w:pPr>
        <w:jc w:val="right"/>
      </w:pPr>
      <w:r>
        <w:t>یہ نائٹ آف ڈیسٹینی کیا ہے؟ یہ کوئی مسٹیریس چیز نہیں ہے۔</w:t>
      </w:r>
    </w:p>
    <w:p>
      <w:r>
        <w:rPr>
          <w:b/>
        </w:rPr>
        <w:t xml:space="preserve">[02:46] </w:t>
      </w:r>
      <w:r>
        <w:t>night of destiny jo hai woh koi mysterious cheez nahin hai.</w:t>
      </w:r>
    </w:p>
    <w:p>
      <w:pPr>
        <w:jc w:val="right"/>
      </w:pPr>
      <w:r>
        <w:t>نائٹ آف ڈیسٹینی جو ہے وہ کوئی مسٹیریس چیز نہیں ہے۔</w:t>
      </w:r>
    </w:p>
    <w:p>
      <w:r>
        <w:rPr>
          <w:b/>
        </w:rPr>
        <w:t xml:space="preserve">[02:51] </w:t>
      </w:r>
      <w:r>
        <w:t>yeh ek aisi cheez hai jis ko aap soch kar jaan sakte hain. aur yeh ek raat ki baat bhi nahin hai, yeh poore mahine ki baat hai.</w:t>
      </w:r>
    </w:p>
    <w:p>
      <w:pPr>
        <w:jc w:val="right"/>
      </w:pPr>
      <w:r>
        <w:t>یہ ایک ایسی چیز ہے جس کو آپ سوچ کر جان سکتے ہیں۔ اور یہ ایک رات کی بات بھی نہیں ہے، یہ پورے مہینے کی بات ہے۔</w:t>
      </w:r>
    </w:p>
    <w:p>
      <w:r>
        <w:rPr>
          <w:b/>
        </w:rPr>
        <w:t xml:space="preserve">[03:04] </w:t>
      </w:r>
      <w:r>
        <w:t>yeh jo ramadan ka mahina hai, is mein jo spirit chahiye woh yahi spirit hai jo jiska culmination hota hai lailatul qadr mein.</w:t>
      </w:r>
    </w:p>
    <w:p>
      <w:pPr>
        <w:jc w:val="right"/>
      </w:pPr>
      <w:r>
        <w:t>یہ جو رمضان کا مہینہ ہے، اس میں جو اسپرٹ چاہیے وہ یہی اسپرٹ ہے جو جس کا کلمنیشن ہوتا ہے لیلۃ القدر میں۔</w:t>
      </w:r>
    </w:p>
    <w:p>
      <w:r>
        <w:rPr>
          <w:b/>
        </w:rPr>
        <w:t xml:space="preserve">[03:21] </w:t>
      </w:r>
      <w:r>
        <w:t>woh spirit kya hai? woh spirit hai khuda ke aage surrender karna, khuda ke word ko man lena,</w:t>
      </w:r>
    </w:p>
    <w:p>
      <w:pPr>
        <w:jc w:val="right"/>
      </w:pPr>
      <w:r>
        <w:t>وہ اسپرٹ کیا ہے؟ وہ اسپرٹ ہے خدا کے آگے سرینڈر کرنا، خدا کے ورڈ کو مان لینا،</w:t>
      </w:r>
    </w:p>
    <w:p>
      <w:r>
        <w:rPr>
          <w:b/>
        </w:rPr>
        <w:t xml:space="preserve">[03:36] </w:t>
      </w:r>
      <w:r>
        <w:t>unconditionally. to this jo night of destiny ka matlab kya hua?</w:t>
      </w:r>
    </w:p>
    <w:p>
      <w:pPr>
        <w:jc w:val="right"/>
      </w:pPr>
      <w:r>
        <w:t>ان کنڈیشنلی۔ تو ڈس جو نائٹ آف ڈیسٹینی کا مطلب کیا ہوا؟</w:t>
      </w:r>
    </w:p>
    <w:p>
      <w:r>
        <w:rPr>
          <w:b/>
        </w:rPr>
        <w:t xml:space="preserve">[03:45] </w:t>
      </w:r>
      <w:r>
        <w:t>insan ki nisbat se, yani khuda ki nisbat se woh night of destiny hai. insan ki nisbat se kya hai? insan ki nisbat se yeh hai ke aap yeh</w:t>
      </w:r>
    </w:p>
    <w:p>
      <w:pPr>
        <w:jc w:val="right"/>
      </w:pPr>
      <w:r>
        <w:t>انسان کی نسبت سے، یعنی خدا کی نسبت سے وہ نائٹ آف ڈیسٹینی ہے۔ انسان کی نسبت سے کیا ہے؟ انسان کی نسبت سے یہ ہے کہ آپ یہ</w:t>
      </w:r>
    </w:p>
    <w:p>
      <w:r>
        <w:rPr>
          <w:b/>
        </w:rPr>
        <w:t xml:space="preserve">[04:01] </w:t>
      </w:r>
      <w:r>
        <w:t>yeh keh saken,</w:t>
      </w:r>
    </w:p>
    <w:p>
      <w:pPr>
        <w:jc w:val="right"/>
      </w:pPr>
      <w:r>
        <w:t>یہ کہہ سکیں،</w:t>
      </w:r>
    </w:p>
    <w:p>
      <w:r>
        <w:rPr>
          <w:b/>
        </w:rPr>
        <w:t xml:space="preserve">[04:03] </w:t>
      </w:r>
      <w:r>
        <w:t>kehne ke mani hain ke aap ke dil se bol nikle ke "o god, i accept with all my heart and soul what you have destined me, destined for me." o god,</w:t>
      </w:r>
    </w:p>
    <w:p>
      <w:pPr>
        <w:jc w:val="right"/>
      </w:pPr>
      <w:r>
        <w:t>کہنے کے معنی ہیں کہ آپ کے دل سے بول نکلے کہ "او گاڈ، آئی ایکسیپٹ ود آل مائی ہارٹ اینڈ سول واٹ یو ہیو ڈیسٹن می، ڈیسٹن فار می۔" او گاڈ،</w:t>
      </w:r>
    </w:p>
    <w:p>
      <w:r>
        <w:rPr>
          <w:b/>
        </w:rPr>
        <w:t xml:space="preserve">[04:25] </w:t>
      </w:r>
      <w:r>
        <w:t>i accept with all my heart and soul</w:t>
      </w:r>
    </w:p>
    <w:p>
      <w:pPr>
        <w:jc w:val="right"/>
      </w:pPr>
      <w:r>
        <w:t>آئی ایکسیپٹ ود آل مائی ہارٹ اینڈ سول</w:t>
      </w:r>
    </w:p>
    <w:p>
      <w:r>
        <w:rPr>
          <w:b/>
        </w:rPr>
        <w:t xml:space="preserve">[04:32] </w:t>
      </w:r>
      <w:r>
        <w:t>what you have destined for me. to khuda ki nisbat se woh laylatul qadr hai. insan ki nisbat se woh is spirit ko apne andar inculcate karna hai ke aap khuda ke faisle ko manen, khuda aage surrender kar den.</w:t>
      </w:r>
    </w:p>
    <w:p>
      <w:pPr>
        <w:jc w:val="right"/>
      </w:pPr>
      <w:r>
        <w:t>واٹ یو ہیو ڈیسٹن فار می۔ تو خدا کی نسبت سے وہ لیلۃ القدر ہے۔ انسان کی نسبت سے وہ اس اسپرٹ کو اپنے اندر انکلکیٹ کرنا ہے کہ آپ خدا کے فیصلے کو مانیں، خدا آگے سرینڈر کر دیں۔</w:t>
      </w:r>
    </w:p>
    <w:p>
      <w:r>
        <w:rPr>
          <w:b/>
        </w:rPr>
        <w:t xml:space="preserve">[04:52] </w:t>
      </w:r>
      <w:r>
        <w:t>yahi just hai islam ka, yahi just hai quran ke message ka, yahi just hai insan ke salvation ka.</w:t>
      </w:r>
    </w:p>
    <w:p>
      <w:pPr>
        <w:jc w:val="right"/>
      </w:pPr>
      <w:r>
        <w:t>یہی جسٹ ہے اسلام کا، یہی جسٹ ہے قرآن کے میسج کا، یہی جسٹ ہے انسان کے سالویشن کا۔</w:t>
      </w:r>
    </w:p>
    <w:p>
      <w:r>
        <w:rPr>
          <w:b/>
        </w:rPr>
        <w:t xml:space="preserve">[05:09] </w:t>
      </w:r>
      <w:r>
        <w:t>to yeh hai, main samajhta hoon ke ramzan ke mahine ka khulasa</w:t>
      </w:r>
    </w:p>
    <w:p>
      <w:pPr>
        <w:jc w:val="right"/>
      </w:pPr>
      <w:r>
        <w:t>تو یہ ہے، میں سمجھتا ہوں کہ رمضان کے مہینے کا خلاصہ</w:t>
      </w:r>
    </w:p>
    <w:p>
      <w:r>
        <w:rPr>
          <w:b/>
        </w:rPr>
        <w:t xml:space="preserve">[05:15] </w:t>
      </w:r>
      <w:r>
        <w:t>isi khulase ka culmination hota hai jis ko kehte hain hum shab qadr ya laylatul qadr ya night of destiny ke khuda ke faisle par razi ho jana, surrender kar dena.</w:t>
      </w:r>
    </w:p>
    <w:p>
      <w:pPr>
        <w:jc w:val="right"/>
      </w:pPr>
      <w:r>
        <w:t>اسی خلاصے کا کلمنیشن ہوتا ہے جس کو کہتے ہیں ہم شب قدر یا لیلۃ القدر یا نائٹ آف ڈیسٹینی کہ خدا کے فیصلے پر راضی ہو جانا، سرینڈر کر دینا۔</w:t>
      </w:r>
    </w:p>
    <w:p>
      <w:r>
        <w:rPr>
          <w:b/>
        </w:rPr>
        <w:t xml:space="preserve">[05:30] </w:t>
      </w:r>
      <w:r>
        <w:t>dekhen, yeh mamla bohat seedha nahi hai. yani poori universe, poori universe surrender ki hui hai khuda ke aage,</w:t>
      </w:r>
    </w:p>
    <w:p>
      <w:pPr>
        <w:jc w:val="right"/>
      </w:pPr>
      <w:r>
        <w:t>دیکھیں، یہ معاملہ بہت سیدھا نہیں ہے۔ یعنی پوری یونیورس، پوری یونیورس سرینڈر کی ہوئی ہے خدا کے آگے،</w:t>
      </w:r>
    </w:p>
    <w:p>
      <w:r>
        <w:rPr>
          <w:b/>
        </w:rPr>
        <w:t xml:space="preserve">[05:40] </w:t>
      </w:r>
      <w:r>
        <w:t>already. khuda ke muqable mein jo jo world hai, jo khuda ne create kiya hai, woh sab ka sab khuda ke aage already surrender kiye hue hain.</w:t>
      </w:r>
    </w:p>
    <w:p>
      <w:pPr>
        <w:jc w:val="right"/>
      </w:pPr>
      <w:r>
        <w:t>الریڈی۔ خدا کے مقابلے میں جو جو ورلڈ ہے، جو خدا نے کریٹ کیا ہے، وہ سب کا سب خدا کے آگے الریڈی سرینڈر کیے ہوئے ہیں۔</w:t>
      </w:r>
    </w:p>
    <w:p>
      <w:r>
        <w:rPr>
          <w:b/>
        </w:rPr>
        <w:t xml:space="preserve">[05:53] </w:t>
      </w:r>
      <w:r>
        <w:t>aap dekhiye ke stars aur planet ke jo motion hain, ek second ke farq ke baghair woh hazaron hazar saal tak waise hi chalte rehte hain.</w:t>
      </w:r>
    </w:p>
    <w:p>
      <w:pPr>
        <w:jc w:val="right"/>
      </w:pPr>
      <w:r>
        <w:t>آپ دیکھیے کہ اسٹارز اور پلینٹ کے جو موشن ہیں، ایک سیکنڈ کے فرق کے بغیر وہ ہزاروں ہزار سال تک ویسے ہی چلتے رہتے ہیں۔</w:t>
      </w:r>
    </w:p>
    <w:p>
      <w:r>
        <w:rPr>
          <w:b/>
        </w:rPr>
        <w:t xml:space="preserve">[06:03] </w:t>
      </w:r>
      <w:r>
        <w:t>yahi to surrender hai.</w:t>
      </w:r>
    </w:p>
    <w:p>
      <w:pPr>
        <w:jc w:val="right"/>
      </w:pPr>
      <w:r>
        <w:t>یہی تو سرینڈر ہے۔</w:t>
      </w:r>
    </w:p>
    <w:p>
      <w:r>
        <w:rPr>
          <w:b/>
        </w:rPr>
        <w:t xml:space="preserve">[06:06] </w:t>
      </w:r>
      <w:r>
        <w:t>har cheez mein yahi hai. aap dekhen ke jo law of nature hai, is law of nature se zara bhi koi cheez deviate nahi karti.</w:t>
      </w:r>
    </w:p>
    <w:p>
      <w:pPr>
        <w:jc w:val="right"/>
      </w:pPr>
      <w:r>
        <w:t>ہر چیز میں یہی ہے۔ آپ دیکھیں کہ جو لاء آف نیچر ہے، اس لاء آف نیچر سے ذرا بھی کوئی چیز ڈیویٹ نہیں کرتی۔</w:t>
      </w:r>
    </w:p>
    <w:p>
      <w:r>
        <w:rPr>
          <w:b/>
        </w:rPr>
        <w:t xml:space="preserve">[06:16] </w:t>
      </w:r>
      <w:r>
        <w:t>to rest of the world jo hai, woh surrender ki hui hai compulsively. compulsively isi surrender ko insan ko karna hai apne irade se, apni freedom se, apni liberty se.</w:t>
      </w:r>
    </w:p>
    <w:p>
      <w:pPr>
        <w:jc w:val="right"/>
      </w:pPr>
      <w:r>
        <w:t>تو ریسٹ آف دا ورلڈ جو ہے، وہ سرینڈر کی ہوئی ہے کمپلسولی۔ کمپلسولی اسی سرینڈر کو انسان کو کرنا ہے اپنے ارادے سے، اپنی فریڈم سے، اپنی لبرٹی سے۔</w:t>
      </w:r>
    </w:p>
    <w:p>
      <w:r>
        <w:rPr>
          <w:b/>
        </w:rPr>
        <w:t xml:space="preserve">[06:34] </w:t>
      </w:r>
      <w:r>
        <w:t>yeh spirit inculcate karna hai is mahine mein. aap is is spirit ke sath jiyen is mahine mein ke "o god, i accept with all my soul and heart what you have destined me,</w:t>
      </w:r>
    </w:p>
    <w:p>
      <w:pPr>
        <w:jc w:val="right"/>
      </w:pPr>
      <w:r>
        <w:t>یہ اسپرٹ انکلکیٹ کرنا ہے اس مہینے میں۔ آپ اس اس اسپرٹ کے ساتھ جیئیں اس مہینے میں کہ "او گاڈ، آئی ایکسیپٹ ود آل مائی سول اینڈ ہارٹ واٹ یو ہیو ڈیسٹن می،</w:t>
      </w:r>
    </w:p>
    <w:p>
      <w:r>
        <w:rPr>
          <w:b/>
        </w:rPr>
        <w:t xml:space="preserve">[06:54] </w:t>
      </w:r>
      <w:r>
        <w:t>destined for me."</w:t>
      </w:r>
    </w:p>
    <w:p>
      <w:pPr>
        <w:jc w:val="right"/>
      </w:pPr>
      <w:r>
        <w:t>ڈیسٹن فار می۔"</w:t>
      </w:r>
    </w:p>
    <w:p>
      <w:r>
        <w:rPr>
          <w:b/>
        </w:rPr>
        <w:t xml:space="preserve">[06:58] </w:t>
      </w:r>
      <w:r>
        <w:t>to yeh hai, yeh hai khulasa ramzan ya khulasa roze. ab main aap ko ek aur aspect ki taraf le jana chahta hoon.</w:t>
      </w:r>
    </w:p>
    <w:p>
      <w:pPr>
        <w:jc w:val="right"/>
      </w:pPr>
      <w:r>
        <w:t>تو یہ ہے، یہ ہے خلاصہ رمضان یا خلاصہ روزہ۔ اب میں آپ کو ایک اور اسپیکٹ کی طرف لے جانا چاہتا ہوں۔</w:t>
      </w:r>
    </w:p>
    <w:p>
      <w:r>
        <w:rPr>
          <w:b/>
        </w:rPr>
        <w:t xml:space="preserve">[07:13] </w:t>
      </w:r>
      <w:r>
        <w:t>dekhen, yeh mere hath mein aaj ka times of india hai, yani september 23 ka. september 23 ka.</w:t>
      </w:r>
    </w:p>
    <w:p>
      <w:pPr>
        <w:jc w:val="right"/>
      </w:pPr>
      <w:r>
        <w:t>دیکھیں، یہ میرے ہاتھ میں آج کا ٹائمز آف انڈیا ہے، یعنی ستمبر 23 کا۔ ستمبر 23 کا۔</w:t>
      </w:r>
    </w:p>
    <w:p>
      <w:r>
        <w:rPr>
          <w:b/>
        </w:rPr>
        <w:t xml:space="preserve">[07:27] </w:t>
      </w:r>
      <w:r>
        <w:t>is mein ek news aayi hai, abhi ek conference hui hai amsterdam mein.</w:t>
      </w:r>
    </w:p>
    <w:p>
      <w:pPr>
        <w:jc w:val="right"/>
      </w:pPr>
      <w:r>
        <w:t>اس میں ایک نیوز آئی ہے، ابھی ایک کانفرنس ہوئی ہے ایمسٹرڈم میں۔</w:t>
      </w:r>
    </w:p>
    <w:p>
      <w:r>
        <w:rPr>
          <w:b/>
        </w:rPr>
        <w:t xml:space="preserve">[07:38] </w:t>
      </w:r>
      <w:r>
        <w:t>yeh sare scientist log aaye the wahan par, physicist aur astronomer amsterdam mein.</w:t>
      </w:r>
    </w:p>
    <w:p>
      <w:pPr>
        <w:jc w:val="right"/>
      </w:pPr>
      <w:r>
        <w:t>یہ سارے سائنٹسٹ لوگ آئے تھے وہاں پر، فزیسٹ اور ایسٹرانمرز ایمسٹرڈم میں۔</w:t>
      </w:r>
    </w:p>
    <w:p>
      <w:r>
        <w:rPr>
          <w:b/>
        </w:rPr>
        <w:t xml:space="preserve">[07:47] </w:t>
      </w:r>
      <w:r>
        <w:t>to wahan par ek nobel prize winner, jo bohat hi senior scientist hai, james watson,</w:t>
      </w:r>
    </w:p>
    <w:p>
      <w:pPr>
        <w:jc w:val="right"/>
      </w:pPr>
      <w:r>
        <w:t>تو وہاں پر ایک نوبل پرائز ونر، جو بہت ہی سینئر سائنٹسٹ ہے، جیمز واٹسن،</w:t>
      </w:r>
    </w:p>
    <w:p>
      <w:r>
        <w:rPr>
          <w:b/>
        </w:rPr>
        <w:t xml:space="preserve">[07:57] </w:t>
      </w:r>
      <w:r>
        <w:t>us ne wahan par jo paper pesh kiya, us ke bare mein is mein aaya hai.</w:t>
      </w:r>
    </w:p>
    <w:p>
      <w:pPr>
        <w:jc w:val="right"/>
      </w:pPr>
      <w:r>
        <w:t>اس نے وہاں پر جو پیپر پیش کیا، اس کے بارے میں اس میں آیا ہے۔</w:t>
      </w:r>
    </w:p>
    <w:p>
      <w:r>
        <w:rPr>
          <w:b/>
        </w:rPr>
        <w:t xml:space="preserve">[08:06] </w:t>
      </w:r>
      <w:r>
        <w:t>woh calculate kar ke us ne bataya hai ke yeh jo world hai, yeh jo universe hai, is universe ka sirf four percent hamare observation mein aata hai.</w:t>
      </w:r>
    </w:p>
    <w:p>
      <w:pPr>
        <w:jc w:val="right"/>
      </w:pPr>
      <w:r>
        <w:t>وہ کیلکولیٹ کر کے اس نے بتایا ہے کہ یہ جو ورلڈ ہے، یہ جو یونیورس ہے، اس یونیورس کا صرف فور پرسنٹ ہمارے ابزرویشن میں آتا ہے۔</w:t>
      </w:r>
    </w:p>
    <w:p>
      <w:r>
        <w:rPr>
          <w:b/>
        </w:rPr>
        <w:t xml:space="preserve">[08:20] </w:t>
      </w:r>
      <w:r>
        <w:t>96 percent of the universe is not observable for us.</w:t>
      </w:r>
    </w:p>
    <w:p>
      <w:pPr>
        <w:jc w:val="right"/>
      </w:pPr>
      <w:r>
        <w:t>96 پرسنٹ آف دا یونیورس از ناٹ ابزرویبل فار اس۔</w:t>
      </w:r>
    </w:p>
    <w:p>
      <w:r>
        <w:rPr>
          <w:b/>
        </w:rPr>
        <w:t xml:space="preserve">[08:27] </w:t>
      </w:r>
      <w:r>
        <w:t>95, 96 percent, 96 percent of the universe is unknown for us. to four percent hum jaan pa rahe hain, is ko jaan pate hain.</w:t>
      </w:r>
    </w:p>
    <w:p>
      <w:pPr>
        <w:jc w:val="right"/>
      </w:pPr>
      <w:r>
        <w:t>95، 96 پرسنٹ، 96 پرسنٹ آف دا یونیورس از ان نون فار اس۔ تو فور پرسنٹ ہم جان پا رہے ہیں، اس کو جان پاتے ہیں۔</w:t>
      </w:r>
    </w:p>
    <w:p>
      <w:r>
        <w:rPr>
          <w:b/>
        </w:rPr>
        <w:t xml:space="preserve">[08:39] </w:t>
      </w:r>
      <w:r>
        <w:t>aur aur hamare paas koi zariya ab tak nahi hai ke four percent ke ilawa koi jaan saken. to is ko maine parha to mujhe is mein aik similarity dikhai di ramzan se.</w:t>
      </w:r>
    </w:p>
    <w:p>
      <w:pPr>
        <w:jc w:val="right"/>
      </w:pPr>
      <w:r>
        <w:t>اور اور ہمارے پاس کوئی ذریعہ اب تک نہیں ہے کہ فور پرسنٹ کے علاوہ کوئی جان سکیں۔ تو اس کو میں نے پڑھا تو مجھے اس میں ایک سیمیلریٹی دکھائی دی رمضان سے۔</w:t>
      </w:r>
    </w:p>
    <w:p>
      <w:r>
        <w:rPr>
          <w:b/>
        </w:rPr>
        <w:t xml:space="preserve">[08:52] </w:t>
      </w:r>
      <w:r>
        <w:t>woh yeh ke ramzan shuru hota hai new moon se, jis ko aap kehte hain crescent new moon.</w:t>
      </w:r>
    </w:p>
    <w:p>
      <w:pPr>
        <w:jc w:val="right"/>
      </w:pPr>
      <w:r>
        <w:t>وہ یہ کہ رمضان شروع ہوتا ہے نیو مون سے، جس کو آپ کہتے ہیں کریسینٹ نیو مون۔</w:t>
      </w:r>
    </w:p>
    <w:p>
      <w:r>
        <w:rPr>
          <w:b/>
        </w:rPr>
        <w:t xml:space="preserve">[09:01] </w:t>
      </w:r>
      <w:r>
        <w:t>yani ramzan ka, yani shaban ka mahina jab khatam hota hai to ramzan ke mahine ka chand dikhai deta hai.</w:t>
      </w:r>
    </w:p>
    <w:p>
      <w:pPr>
        <w:jc w:val="right"/>
      </w:pPr>
      <w:r>
        <w:t>یعنی رمضان کا، یعنی شعبان کا مہینہ جب ختم ہوتا ہے تو رمضان کے مہینے کا چاند دکھائی دیتا ہے۔</w:t>
      </w:r>
    </w:p>
    <w:p>
      <w:r>
        <w:rPr>
          <w:b/>
        </w:rPr>
        <w:t xml:space="preserve">[09:11] </w:t>
      </w:r>
      <w:r>
        <w:t>aur log is ko dekhte hain, is ko kehte hain new moon. new moon kya hai? woh chand ka taqreeban four percent hum ko dikhai deta hai.</w:t>
      </w:r>
    </w:p>
    <w:p>
      <w:pPr>
        <w:jc w:val="right"/>
      </w:pPr>
      <w:r>
        <w:t>اور لوگ اس کو دیکھتے ہیں، اس کو کہتے ہیں نیو مون۔ نیو مون کیا ہے؟ وہ چاند کا تقریباً فور پرسنٹ ہم کو دکھائی دیتا ہے۔</w:t>
      </w:r>
    </w:p>
    <w:p>
      <w:r>
        <w:rPr>
          <w:b/>
        </w:rPr>
        <w:t xml:space="preserve">[09:20] </w:t>
      </w:r>
      <w:r>
        <w:t>baqi jo hai woh chupa rehta hai, dark mein rehta hai. taqreeban four percent hi dikhai deta hai, woh is se zyada nahi is din jis din ke woh new moon hota hai.</w:t>
      </w:r>
    </w:p>
    <w:p>
      <w:pPr>
        <w:jc w:val="right"/>
      </w:pPr>
      <w:r>
        <w:t>باقی جو ہے وہ چھپا رہتا ہے، ڈارک میں رہتا ہے۔ تقریباً فور پرسنٹ ہی دکھائی دیتا ہے، وہ اس سے زیادہ نہیں اس دن جس دن کہ وہ نیو مون ہوتا ہے۔</w:t>
      </w:r>
    </w:p>
    <w:p>
      <w:r>
        <w:rPr>
          <w:b/>
        </w:rPr>
        <w:t xml:space="preserve">[09:32] </w:t>
      </w:r>
      <w:r>
        <w:t>to maine socha ke yeh represent kar raha hai is cheez ko jo greater world mein hai already. yani hum dekh paate hain sirf four percent ko, baqi ko hum dekh nahi paate.</w:t>
      </w:r>
    </w:p>
    <w:p>
      <w:pPr>
        <w:jc w:val="right"/>
      </w:pPr>
      <w:r>
        <w:t>تو میں نے سوچا کہ یہ ریپریزنٹ کر رہا ہے اس چیز کو جو گریٹر ورلڈ میں ہے الریڈی۔ یعنی ہم دیکھ پاتے ہیں صرف فور پرسنٹ کو، بقیہ کو ہم دیکھ نہیں پاتے۔</w:t>
      </w:r>
    </w:p>
    <w:p>
      <w:r>
        <w:rPr>
          <w:b/>
        </w:rPr>
        <w:t xml:space="preserve">[09:47] </w:t>
      </w:r>
      <w:r>
        <w:t>yeh hamara helplessness hai.</w:t>
      </w:r>
    </w:p>
    <w:p>
      <w:pPr>
        <w:jc w:val="right"/>
      </w:pPr>
      <w:r>
        <w:t>یہ ہمارا ہیلپ لیسنس ہے۔</w:t>
      </w:r>
    </w:p>
    <w:p>
      <w:r>
        <w:rPr>
          <w:b/>
        </w:rPr>
        <w:t xml:space="preserve">[09:49] </w:t>
      </w:r>
      <w:r>
        <w:t>hamare hamare helplessness ka experience hai ramzan ka mahina, jo shuru hota hai new moon se. aik aisi ajeeb similarity hai.</w:t>
      </w:r>
    </w:p>
    <w:p>
      <w:pPr>
        <w:jc w:val="right"/>
      </w:pPr>
      <w:r>
        <w:t>ہمارے ہمارے ہیلپ لیسنس کا ایکسپیرینس ہے رمضان کا مہینہ، جو شروع ہوتا ہے نیو مون سے۔ ایک ایسی عجیب سیمیلریٹی ہے۔</w:t>
      </w:r>
    </w:p>
    <w:p>
      <w:r>
        <w:rPr>
          <w:b/>
        </w:rPr>
        <w:t xml:space="preserve">[10:01] </w:t>
      </w:r>
      <w:r>
        <w:t>itni bari universe hai, itni bari universe hai, jis ko hum feed up nahi kar paate. kyunke jo bulk hai universe ka, jo woh hai dark, completely dark.</w:t>
      </w:r>
    </w:p>
    <w:p>
      <w:pPr>
        <w:jc w:val="right"/>
      </w:pPr>
      <w:r>
        <w:t>اتنی بڑی یونیورس ہے، اتنی بڑی یونیورس ہے، جس کو ہم فید اپ نہیں کر پاتے۔ کیونکہ جو بلک ہے یونیورس کا، جو وہ ہے ڈارک، کمپلیٹلی ڈارک۔</w:t>
      </w:r>
    </w:p>
    <w:p>
      <w:r>
        <w:rPr>
          <w:b/>
        </w:rPr>
        <w:t xml:space="preserve">[10:16] </w:t>
      </w:r>
      <w:r>
        <w:t>aur itna is ke andar gravity itni zyada barhi hui hai is ki ke apne light ko bhi woh emit nahi hone deti. light ko bhi woh kheenche hue hai.</w:t>
      </w:r>
    </w:p>
    <w:p>
      <w:pPr>
        <w:jc w:val="right"/>
      </w:pPr>
      <w:r>
        <w:t>اور اتنا اس کے اندر گریویٹی اتنی زیادہ بڑھی ہوئی ہے اس کی کہ اپنے لائٹ کو بھی وہ ایمٹ نہیں ہونے دیتی۔ لائٹ کو بھی وہ کھینچے ہوئے ہے۔</w:t>
      </w:r>
    </w:p>
    <w:p>
      <w:r>
        <w:rPr>
          <w:b/>
        </w:rPr>
        <w:t xml:space="preserve">[10:26] </w:t>
      </w:r>
      <w:r>
        <w:t>aap jante hain ke hum light hi ke through kisi cheez ko dete hain, dekhte hain. yani suraj ki light hum tak na pahunche to hum suraj nahi dikhai dega hum ko.</w:t>
      </w:r>
    </w:p>
    <w:p>
      <w:pPr>
        <w:jc w:val="right"/>
      </w:pPr>
      <w:r>
        <w:t>آپ جانتے ہیں کہ ہم لائٹ ہی کے تھرو کسی چیز کو دیتے ہیں، دیکھتے ہیں۔ یعنی سورج کی لائٹ ہم تک نہ پہنچے تو ہم سورج نہیں دکھائی دے گا ہم کو۔</w:t>
      </w:r>
    </w:p>
    <w:p>
      <w:r>
        <w:rPr>
          <w:b/>
        </w:rPr>
        <w:t xml:space="preserve">[10:37] </w:t>
      </w:r>
      <w:r>
        <w:t>hum aankh rakhenge lekin hum dekhenge nahi, kyunke hamari aankh aur object ke beech mein light chahiye.</w:t>
      </w:r>
    </w:p>
    <w:p>
      <w:pPr>
        <w:jc w:val="right"/>
      </w:pPr>
      <w:r>
        <w:t>ہم آنکھ رکھیں گے لیکن ہم دیکھیں گے نہیں، کیونکہ ہماری آنکھ اور ابجیکٹ کے بیچ میں لائٹ چاہیے۔</w:t>
      </w:r>
    </w:p>
    <w:p>
      <w:r>
        <w:rPr>
          <w:b/>
        </w:rPr>
        <w:t xml:space="preserve">[10:45] </w:t>
      </w:r>
      <w:r>
        <w:t>hamari aankh aur light object ke beech mein light chahiye. to yeh jo jo jis ko kehte hain black hole, jis ko kaha jata hai ya dark world, jis ko kaha jata hai, to hamare aur us ke beech mein light hai nahi, is liye hum us ko dekh nahi paate.</w:t>
      </w:r>
    </w:p>
    <w:p>
      <w:pPr>
        <w:jc w:val="right"/>
      </w:pPr>
      <w:r>
        <w:t>ہماری آنکھ اور لائٹ ابجیکٹ کے بیچ میں لائٹ چاہیے۔ تو یہ جو جو جس کو کہتے ہیں بلیک ہول، جس کو کہا جاتا ہے یا ڈارک ورلڈ، جس کو کہا جاتا ہے، تو ہمارے اور اس کے بیچ میں لائٹ ہے نہیں، اس لیے ہم اس کو دیکھ نہیں پاتے۔</w:t>
      </w:r>
    </w:p>
    <w:p>
      <w:r>
        <w:rPr>
          <w:b/>
        </w:rPr>
        <w:t xml:space="preserve">[11:01] </w:t>
      </w:r>
      <w:r>
        <w:t>na aankh se, na telescope se, kisi tarike se nahi.</w:t>
      </w:r>
    </w:p>
    <w:p>
      <w:pPr>
        <w:jc w:val="right"/>
      </w:pPr>
      <w:r>
        <w:t>نہ آنکھ سے، نہ ٹیلیسکوپ سے، کسی طریقے سے نہیں۔</w:t>
      </w:r>
    </w:p>
    <w:p>
      <w:r>
        <w:rPr>
          <w:b/>
        </w:rPr>
        <w:t xml:space="preserve">[11:06] </w:t>
      </w:r>
      <w:r>
        <w:t>to 95 percent jo hai universe ka, woh hum us ko dekh nahi sakte.</w:t>
      </w:r>
    </w:p>
    <w:p>
      <w:pPr>
        <w:jc w:val="right"/>
      </w:pPr>
      <w:r>
        <w:t>تو 95 پرسنٹ جو ہے یونیورس کا، وہ ہم اس کو دیکھ نہیں سکتے۔</w:t>
      </w:r>
    </w:p>
    <w:p>
      <w:r>
        <w:rPr>
          <w:b/>
        </w:rPr>
        <w:t xml:space="preserve">[11:18] </w:t>
      </w:r>
      <w:r>
        <w:t>yeh hai edges ka tajurba, helplessness ka tajurba. aur sab se bari jo realization hai, woh yahi hai.</w:t>
      </w:r>
    </w:p>
    <w:p>
      <w:pPr>
        <w:jc w:val="right"/>
      </w:pPr>
      <w:r>
        <w:t>یہ ہے ایجز کا تجربہ، ہیلپ لیسنس کا تجربہ۔ اور سب سے بڑی جو ریلائزیشن ہے، وہ یہی ہے۔</w:t>
      </w:r>
    </w:p>
    <w:p>
      <w:r>
        <w:rPr>
          <w:b/>
        </w:rPr>
        <w:t xml:space="preserve">[11:30] </w:t>
      </w:r>
      <w:r>
        <w:t>sab se bari realization yahi hai.</w:t>
      </w:r>
    </w:p>
    <w:p>
      <w:pPr>
        <w:jc w:val="right"/>
      </w:pPr>
      <w:r>
        <w:t>سب سے بڑی ریلائزیشن یہی ہے۔</w:t>
      </w:r>
    </w:p>
    <w:p>
      <w:r>
        <w:rPr>
          <w:b/>
        </w:rPr>
        <w:t xml:space="preserve">[11:35] </w:t>
      </w:r>
      <w:r>
        <w:t>ab main yahan par yeh add karna chahunga ke isi se hamari samajh mein aata hai ke spirituality kya hai. what is spirituality? history mein hazaron saal tak insan yeh samajhta raha ke spirituality ka jo reservoir hai, woh hamare andar hai,</w:t>
      </w:r>
    </w:p>
    <w:p>
      <w:pPr>
        <w:jc w:val="right"/>
      </w:pPr>
      <w:r>
        <w:t>اب میں یہاں پر یہ ایڈ کرنا چاہوں گا کہ اسی سے ہماری سمجھ میں آتا ہے کہ سپریچولیٹی کیا ہے۔ واٹ از سپریچولیٹی؟ ہسٹری میں ہزاروں سال تک انسان یہ سمجھتا رہا کہ سپریچولیٹی کا جو ریزروائر ہے، وہ ہمارے اندر ہے،</w:t>
      </w:r>
    </w:p>
    <w:p>
      <w:r>
        <w:rPr>
          <w:b/>
        </w:rPr>
        <w:t xml:space="preserve">[11:53] </w:t>
      </w:r>
      <w:r>
        <w:t>hamare dil mein.</w:t>
      </w:r>
    </w:p>
    <w:p>
      <w:pPr>
        <w:jc w:val="right"/>
      </w:pPr>
      <w:r>
        <w:t>ہمارے دل میں۔</w:t>
      </w:r>
    </w:p>
    <w:p>
      <w:r>
        <w:rPr>
          <w:b/>
        </w:rPr>
        <w:t xml:space="preserve">[11:54] </w:t>
      </w:r>
      <w:r>
        <w:t>hamare dil mein woh cheezein rakhi hui hain bator reservoir ke, jin ko hum andar jhaank kar dekhein, us se hamein spirituality milegi.</w:t>
      </w:r>
    </w:p>
    <w:p>
      <w:pPr>
        <w:jc w:val="right"/>
      </w:pPr>
      <w:r>
        <w:t>ہمارے دل میں وہ چیزیں رکھی ہوئی ہیں بطور ریزروائر کے، جن کو ہم اندر جھانک کر دیکھیں، اس سے ہمیں سپریچولیٹی ملے گی۔</w:t>
      </w:r>
    </w:p>
    <w:p>
      <w:r>
        <w:rPr>
          <w:b/>
        </w:rPr>
        <w:t xml:space="preserve">[12:07] </w:t>
      </w:r>
      <w:r>
        <w:t>main samajhta hoon ke yeh false concept hai spirituality ka. spirituality pure world mein phaili hui hai, pure world mein.</w:t>
      </w:r>
    </w:p>
    <w:p>
      <w:pPr>
        <w:jc w:val="right"/>
      </w:pPr>
      <w:r>
        <w:t>میں سمجھتا ہوں کہ یہ فالس کانسیپٹ ہے سپریچولیٹی کا۔ سپریچولیٹی پورے ورلڈ میں پھیلی ہوئی ہے، پورے ورلڈ میں۔</w:t>
      </w:r>
    </w:p>
    <w:p>
      <w:r>
        <w:rPr>
          <w:b/>
        </w:rPr>
        <w:t xml:space="preserve">[12:19] </w:t>
      </w:r>
      <w:r>
        <w:t>yani yeh jaanna ke universe jo hai, telescope ke zariye, is sirf four percent hum us ko dekh paate hain. yahi se spirituality ki ki beginning hoti hai.</w:t>
      </w:r>
    </w:p>
    <w:p>
      <w:pPr>
        <w:jc w:val="right"/>
      </w:pPr>
      <w:r>
        <w:t>یعنی یہ جاننا کہ یونیورس جو ہے، ٹیلیسکوپ کے ذریعے، اس صرف فور پرسنٹ ہم اس کو دیکھ پاتے ہیں۔ یہی سے سپریچولیٹی کی کی بگننگ ہوتی ہے۔</w:t>
      </w:r>
    </w:p>
    <w:p>
      <w:r>
        <w:rPr>
          <w:b/>
        </w:rPr>
        <w:t xml:space="preserve">[12:32] </w:t>
      </w:r>
      <w:r>
        <w:t>jab hum yeh jaan paate hain ke apni helplessness ko, jab hum jaan paate hain apni limitations ko, jaan paate hain, that is starting point of spirituality.</w:t>
      </w:r>
    </w:p>
    <w:p>
      <w:pPr>
        <w:jc w:val="right"/>
      </w:pPr>
      <w:r>
        <w:t>جب ہم یہ جان پاتے ہیں کہ اپنی ہیلپ لیسنس کو، جب ہم جان پاتے ہیں اپنی لیمیٹیشنز کو، جان پاتے ہیں، دیٹ از سٹارٹنگ پوائنٹ آف سپریچولیٹی۔</w:t>
      </w:r>
    </w:p>
    <w:p>
      <w:r>
        <w:rPr>
          <w:b/>
        </w:rPr>
        <w:t xml:space="preserve">[12:46] </w:t>
      </w:r>
      <w:r>
        <w:t>kyunke isi se aap ke andar modesty aati hai, isi se aap ka arrogance khatam hota hai, isi se sare jo darwaze hain khulte hain realization ke.</w:t>
      </w:r>
    </w:p>
    <w:p>
      <w:pPr>
        <w:jc w:val="right"/>
      </w:pPr>
      <w:r>
        <w:t>کیونکہ اسی سے آپ کے اندر ماڈیسٹی آتی ہے، اسی سے آپ کا ارگنز ختم ہوتا ہے، اسی سے سارے جو دروازے ہیں کھلتے ہیں ریلائزیشن کے۔</w:t>
      </w:r>
    </w:p>
    <w:p>
      <w:r>
        <w:rPr>
          <w:b/>
        </w:rPr>
        <w:t xml:space="preserve">[13:00] </w:t>
      </w:r>
      <w:r>
        <w:t>yahi se, isi isi discovery se ke hum apne aap ko jab discover karte hain, tabhi hum jaan paate hain ke kya hum hain.</w:t>
      </w:r>
    </w:p>
    <w:p>
      <w:pPr>
        <w:jc w:val="right"/>
      </w:pPr>
      <w:r>
        <w:t>یہی سے، اسی اسی ڈسکوری سے کہ ہم اپنے آپ کو جب ڈسکور کرتے ہیں، تبھی ہم جان پاتے ہیں کہ کیا ہم ہیں۔</w:t>
      </w:r>
    </w:p>
    <w:p>
      <w:r>
        <w:rPr>
          <w:b/>
        </w:rPr>
        <w:t xml:space="preserve">[13:10] </w:t>
      </w:r>
      <w:r>
        <w:t>isi ka naam hai marifat, isi ka naam hai realization. to mein yahan par ek baat mujhe yaad aati hai, is ko mein jo bohat hi relevant hai, is ko mein yahan par kehna chahta hoon.</w:t>
      </w:r>
    </w:p>
    <w:p>
      <w:pPr>
        <w:jc w:val="right"/>
      </w:pPr>
      <w:r>
        <w:t>اسی کا نام ہے معرفت، اسی کا نام ہے ریلائزیشن۔ تو میں یہاں پر ایک بات مجھے یاد آتی ہے، اس کو میں جو بہت ہی ریلیونٹ ہے، اس کو میں یہاں پر کہنا چاہتا ہوں۔</w:t>
      </w:r>
    </w:p>
    <w:p>
      <w:r>
        <w:rPr>
          <w:b/>
        </w:rPr>
        <w:t xml:space="preserve">[13:26] </w:t>
      </w:r>
      <w:r>
        <w:t>woh yeh hai ke ek qissa mein ne parha tha, woh ek parcha aap jante hain ke nikalta hai america se, bohat hi zyada is ka circulation hai, readers digest.</w:t>
      </w:r>
    </w:p>
    <w:p>
      <w:pPr>
        <w:jc w:val="right"/>
      </w:pPr>
      <w:r>
        <w:t>وہ یہ ہے کہ ایک قصہ میں نے پڑھا تھا، وہ ایک پرچہ آپ جانتے ہیں کہ نکلتا ہے امریکہ سے، بہت ہی زیادہ اس کا سرکولیشن ہے، ریڈرز ڈائجسٹ۔</w:t>
      </w:r>
    </w:p>
    <w:p>
      <w:r>
        <w:rPr>
          <w:b/>
        </w:rPr>
        <w:t xml:space="preserve">[13:42] </w:t>
      </w:r>
      <w:r>
        <w:t>is mein mein ne ek qissa parha tha,</w:t>
      </w:r>
    </w:p>
    <w:p>
      <w:pPr>
        <w:jc w:val="right"/>
      </w:pPr>
      <w:r>
        <w:t>اس میں میں نے ایک قصہ پڑھا تھا،</w:t>
      </w:r>
    </w:p>
    <w:p>
      <w:r>
        <w:rPr>
          <w:b/>
        </w:rPr>
        <w:t xml:space="preserve">[13:45] </w:t>
      </w:r>
      <w:r>
        <w:t>woh qissa yeh tha ke aap jante hain ke seventies mein, seventies mein arab mein petro dollar ka ka sailab aaya.</w:t>
      </w:r>
    </w:p>
    <w:p>
      <w:pPr>
        <w:jc w:val="right"/>
      </w:pPr>
      <w:r>
        <w:t>وہ قصہ یہ تھا کہ آپ جانتے ہیں کہ سیونٹیز میں، سیونٹیز میں عرب میں پیٹرو ڈالر کا کا سیلاب آیا۔</w:t>
      </w:r>
    </w:p>
    <w:p>
      <w:r>
        <w:rPr>
          <w:b/>
        </w:rPr>
        <w:t xml:space="preserve">[13:58] </w:t>
      </w:r>
      <w:r>
        <w:t>bohat zyada paisa aa gaya logon ke paas. petro dollar se pehle arab log paapar samjhate thay, paapar.</w:t>
      </w:r>
    </w:p>
    <w:p>
      <w:pPr>
        <w:jc w:val="right"/>
      </w:pPr>
      <w:r>
        <w:t>بہت زیادہ پیسہ آ گیا لوگوں کے پاس۔ پیٹرو ڈالر سے پہلے عرب لوگ پاپر سمجھاتے تھے، پاپر۔</w:t>
      </w:r>
    </w:p>
    <w:p>
      <w:r>
        <w:rPr>
          <w:b/>
        </w:rPr>
        <w:t xml:space="preserve">[14:08] </w:t>
      </w:r>
      <w:r>
        <w:t>lekin petro dollar ne unhein over rich bana diya, achaanak daulat.</w:t>
      </w:r>
    </w:p>
    <w:p>
      <w:pPr>
        <w:jc w:val="right"/>
      </w:pPr>
      <w:r>
        <w:t>لیکن پیٹرو ڈالر نے انہیں اوور رچ بنا دیا، اچانک دولت۔</w:t>
      </w:r>
    </w:p>
    <w:p>
      <w:r>
        <w:rPr>
          <w:b/>
        </w:rPr>
        <w:t xml:space="preserve">[14:15] </w:t>
      </w:r>
      <w:r>
        <w:t>to is mein tha ke ek arab sheikh, jis ko achaanak daulat mil gayi, to us se pehle woh mamooli tent mein rehta tha, ek do oont, wohi us ka sab اسٹ tha aur kuch bhi nahi tha us ke paas.</w:t>
      </w:r>
    </w:p>
    <w:p>
      <w:pPr>
        <w:jc w:val="right"/>
      </w:pPr>
      <w:r>
        <w:t>تو اس میں تھا کہ ایک عرب شیخ، جس کو اچانک دولت مل گئی، تو اس سے پہلے وہ معمولی ٹینٹ میں رہتا تھا، ایک دو اونٹ، وہی اس کا سب اسٹ تھا اور کچھ بھی نہیں تھا اس کے پاس۔</w:t>
      </w:r>
    </w:p>
    <w:p>
      <w:r>
        <w:rPr>
          <w:b/>
        </w:rPr>
        <w:t xml:space="preserve">[14:33] </w:t>
      </w:r>
      <w:r>
        <w:t>to phir achaanak daulat mil gayi.</w:t>
      </w:r>
    </w:p>
    <w:p>
      <w:pPr>
        <w:jc w:val="right"/>
      </w:pPr>
      <w:r>
        <w:t>تو پھر اچانک دولت مل گئی۔</w:t>
      </w:r>
    </w:p>
    <w:p>
      <w:r>
        <w:rPr>
          <w:b/>
        </w:rPr>
        <w:t xml:space="preserve">[14:35] </w:t>
      </w:r>
      <w:r>
        <w:t>wahan par aisa hua arab mein ke jab yeh petro, yeh petrol jab discover hua to petrol jo tha, woh jagah jagah tha, scattered way mein.</w:t>
      </w:r>
    </w:p>
    <w:p>
      <w:pPr>
        <w:jc w:val="right"/>
      </w:pPr>
      <w:r>
        <w:t>وہاں پر ایسا ہوا عرب میں کہ جب یہ پیٹرو، یہ پیٹرول جب ڈسکور ہوا تو پیٹرول جو تھا، وہ جگہ جگہ تھا، اسکیٹرڈ وے میں۔</w:t>
      </w:r>
    </w:p>
    <w:p>
      <w:r>
        <w:rPr>
          <w:b/>
        </w:rPr>
        <w:t xml:space="preserve">[14:46] </w:t>
      </w:r>
      <w:r>
        <w:t>to kai aisi zameenein jahan ke koi arab ne apna bana rakha tha, apna koi tent laga rakha tha ya woh oont paale hue tha, pata chala ke us ke neeche to petrol hai.</w:t>
      </w:r>
    </w:p>
    <w:p>
      <w:pPr>
        <w:jc w:val="right"/>
      </w:pPr>
      <w:r>
        <w:t>تو کئی ایسی زمینیں جہاں کہ کوئی عرب نے اپنا بنا رکھا تھا، اپنا کوئی ٹینٹ لگا رکھا تھا یا وہ اونٹ پالے ہوئے تھا، پتہ چلا کہ اس کے نیچے تو پیٹرول ہے۔</w:t>
      </w:r>
    </w:p>
    <w:p>
      <w:r>
        <w:rPr>
          <w:b/>
        </w:rPr>
        <w:t xml:space="preserve">[15:00] </w:t>
      </w:r>
      <w:r>
        <w:t>to government se us ko bohat zyada paisa mila,</w:t>
      </w:r>
    </w:p>
    <w:p>
      <w:pPr>
        <w:jc w:val="right"/>
      </w:pPr>
      <w:r>
        <w:t>تو گورنمنٹ سے اس کو بہت زیادہ پیسہ ملا،</w:t>
      </w:r>
    </w:p>
    <w:p>
      <w:r>
        <w:rPr>
          <w:b/>
        </w:rPr>
        <w:t xml:space="preserve">[15:04] </w:t>
      </w:r>
      <w:r>
        <w:t>woh jis ko samajhta tha ke desert, ab tak woh samajhta tha ke yeh desert hai, us ke neeche nikal aaya petrol. is tarah se log achaanak bohat zyada rich ho gaye.</w:t>
      </w:r>
    </w:p>
    <w:p>
      <w:pPr>
        <w:jc w:val="right"/>
      </w:pPr>
      <w:r>
        <w:t>وہ جس کو سمجھتا تھا کہ ڈیزرٹ، اب تک وہ سمجھتا تھا کہ یہ ڈیزرٹ ہے، اس کے نیچے نکل آیا پیٹرول۔ اس طرح سے لوگ اچانک بہت زیادہ رچ ہو گئے۔</w:t>
      </w:r>
    </w:p>
    <w:p>
      <w:r>
        <w:rPr>
          <w:b/>
        </w:rPr>
        <w:t xml:space="preserve">[15:14] </w:t>
      </w:r>
      <w:r>
        <w:t>to ek arab sheikh, jis ke paas bohat paisa aa gaya tha, to us ke ek dost ne us ke liye switzerland mein ek bohat shandar ghar khareeda.</w:t>
      </w:r>
    </w:p>
    <w:p>
      <w:pPr>
        <w:jc w:val="right"/>
      </w:pPr>
      <w:r>
        <w:t>تو ایک عرب شیخ، جس کے پاس بہت پیسہ آ گیا تھا، تو اس کے ایک دوست نے اس کے لیے سویٹزرلینڈ میں ایک بہت شاندار گھر خریدا۔</w:t>
      </w:r>
    </w:p>
    <w:p>
      <w:r>
        <w:rPr>
          <w:b/>
        </w:rPr>
        <w:t xml:space="preserve">[15:28] </w:t>
      </w:r>
      <w:r>
        <w:t>switzerland mein,</w:t>
      </w:r>
    </w:p>
    <w:p>
      <w:pPr>
        <w:jc w:val="right"/>
      </w:pPr>
      <w:r>
        <w:t>سویٹزرلینڈ میں،</w:t>
      </w:r>
    </w:p>
    <w:p>
      <w:r>
        <w:rPr>
          <w:b/>
        </w:rPr>
        <w:t xml:space="preserve">[15:30] </w:t>
      </w:r>
      <w:r>
        <w:t>switzerland aap jante hain ke bohat hi beautiful country hai. mein do baar gaya hoon switzerland aur waqai bohat hi beautiful hai woh.</w:t>
      </w:r>
    </w:p>
    <w:p>
      <w:pPr>
        <w:jc w:val="right"/>
      </w:pPr>
      <w:r>
        <w:t>سویٹزرلینڈ آپ جانتے ہیں کہ بہت ہی بیوٹی فل کنٹری ہے۔ میں دو بار گیا ہوں سویٹزرلینڈ اور واقعتا بہت ہی بیوٹی فل ہے وہ۔</w:t>
      </w:r>
    </w:p>
    <w:p>
      <w:r>
        <w:rPr>
          <w:b/>
        </w:rPr>
        <w:t xml:space="preserve">[15:41] </w:t>
      </w:r>
      <w:r>
        <w:t>to wahan us ke liye ek bohat acha khoobsurat sa ghar khareeda switzerland mein, ghaliban geneva mein. to us ko yahan se hawai jahaz se le jaya gaya, us arab sheikh ko.</w:t>
      </w:r>
    </w:p>
    <w:p>
      <w:pPr>
        <w:jc w:val="right"/>
      </w:pPr>
      <w:r>
        <w:t>تو وہاں اس کے لیے ایک بہت اچھا خوبصورت سا گھر خریدا سویٹزرلینڈ میں، غالباً جینیوا میں۔ تو اس کو یہاں سے ہوائی جہاز سے لے جایا گیا، اس عرب شیخ کو۔</w:t>
      </w:r>
    </w:p>
    <w:p>
      <w:r>
        <w:rPr>
          <w:b/>
        </w:rPr>
        <w:t xml:space="preserve">[15:55] </w:t>
      </w:r>
      <w:r>
        <w:t>jab us ghar mein dakhil hua, kahan rehta tha? woh ek mamooli se tent mein. aur ab yeh bohat zyada, bohat zabardast thay un ka aalishan ghar.</w:t>
      </w:r>
    </w:p>
    <w:p>
      <w:pPr>
        <w:jc w:val="right"/>
      </w:pPr>
      <w:r>
        <w:t>جب اس گھر میں داخل ہوا، کہاں رہتا تھا؟ وہ ایک معمولی سے ٹینٹ میں۔ اور اب یہ بہت زیادہ، بہت زبردست تھے ان کا عالی شان گھر۔</w:t>
      </w:r>
    </w:p>
    <w:p>
      <w:r>
        <w:rPr>
          <w:b/>
        </w:rPr>
        <w:t xml:space="preserve">[16:08] </w:t>
      </w:r>
      <w:r>
        <w:t>to us ka haal yeh hua, is mein likha tha ke us ko, us ko yeh woh believe nahi kar pata tha, woh ke mera ghar hai yeh.</w:t>
      </w:r>
    </w:p>
    <w:p>
      <w:pPr>
        <w:jc w:val="right"/>
      </w:pPr>
      <w:r>
        <w:t>تو اس کا حال یہ ہوا، اس میں لکھا تھا کہ اس کو، اس کو یہ وہ بیلیو نہیں کر پاتا تھا، وہ کہ میرا گھر ہے یہ۔</w:t>
      </w:r>
    </w:p>
    <w:p>
      <w:r>
        <w:rPr>
          <w:b/>
        </w:rPr>
        <w:t xml:space="preserve">[16:19] </w:t>
      </w:r>
      <w:r>
        <w:t>to haath se deewaron ko chhoota tha aur woh furniture ko chhoota tha ke kya waqai yeh</w:t>
      </w:r>
    </w:p>
    <w:p>
      <w:pPr>
        <w:jc w:val="right"/>
      </w:pPr>
      <w:r>
        <w:t>تو ہاتھ سے دیواروں کو چھوتا تھا اور وہ فرنیچر کو چھوتا تھا کہ کیا واقعی یہ</w:t>
      </w:r>
    </w:p>
    <w:p>
      <w:r>
        <w:rPr>
          <w:b/>
        </w:rPr>
        <w:t xml:space="preserve">[16:24] </w:t>
      </w:r>
      <w:r>
        <w:t>furniture hai, kya yeh deewar hai? woh samajhta tha ke mein dream dekh raha hoon, dream. woh samajhta tha ke mein dream dekh raha hoon, koi sach much aisa koi ghar hai jis mein mein hoon, jo mera ghar hai.</w:t>
      </w:r>
    </w:p>
    <w:p>
      <w:pPr>
        <w:jc w:val="right"/>
      </w:pPr>
      <w:r>
        <w:t>فرنیچر ہے، کیا یہ دیوار ہے؟ وہ سمجھتا تھا کہ میں ڈریم دیکھ رہا ہوں، ڈریم۔ وہ سمجھتا تھا کہ میں ڈریم دیکھ رہا ہوں، کوئی سچ مچ ایسا کوئی گھر ہے جس میں میں ہوں، جو میرا گھر ہے۔</w:t>
      </w:r>
    </w:p>
    <w:p>
      <w:r>
        <w:rPr>
          <w:b/>
        </w:rPr>
        <w:t xml:space="preserve">[16:37] </w:t>
      </w:r>
      <w:r>
        <w:t>to chho chho kar dekhta tha ke waqai yeh koi ghar hai ya mehaz dream mein yeh sab mein dekh raha hoon. jab us ko discovery hui ke sach mach yeh ghar hai, woh mera hi ghar hai, to woh sajde mein gir pada.</w:t>
      </w:r>
    </w:p>
    <w:p>
      <w:pPr>
        <w:jc w:val="right"/>
      </w:pPr>
      <w:r>
        <w:t>تو چھو چھو کر دیکھتا تھا کہ واقعی یہ کوئی گھر ہے یا محض ڈریم میں یہ سب میں دیکھ رہا ہوں۔ جب اس کو ڈسکوری ہوئی کہ سچ مچ یہ گھر ہے، وہ میرا ہی گھر ہے، تو وہ سجدے میں گر پڑا۔</w:t>
      </w:r>
    </w:p>
    <w:p>
      <w:r>
        <w:rPr>
          <w:b/>
        </w:rPr>
        <w:t xml:space="preserve">[16:52] </w:t>
      </w:r>
      <w:r>
        <w:t>achaanak woh jaise jaise gir pada, thahar pada</w:t>
      </w:r>
    </w:p>
    <w:p>
      <w:pPr>
        <w:jc w:val="right"/>
      </w:pPr>
      <w:r>
        <w:t>اچانک وہ جیسے جیسے گر پڑا، ٹھہر پڑا</w:t>
      </w:r>
    </w:p>
    <w:p>
      <w:r>
        <w:rPr>
          <w:b/>
        </w:rPr>
        <w:t xml:space="preserve">[16:59] </w:t>
      </w:r>
      <w:r>
        <w:t>aur der tak sajde mein woh rota raha ke yeh mera ghar hai yeh.</w:t>
      </w:r>
    </w:p>
    <w:p>
      <w:pPr>
        <w:jc w:val="right"/>
      </w:pPr>
      <w:r>
        <w:t>اور دیر تک سجدے میں وہ روتا رہا کہ یہ میرا گھر ہے یہ۔</w:t>
      </w:r>
    </w:p>
    <w:p>
      <w:r>
        <w:rPr>
          <w:b/>
        </w:rPr>
        <w:t xml:space="preserve">[17:06] </w:t>
      </w:r>
      <w:r>
        <w:t>mujhe yeh yeh qissa jo hai, is ko parh kar yeh aadat, yeh khayal aata hai apne dil mein ke yeh haal har har har ek ka hona chahiye jo haal arab sheikh ka hua, woh hum mein se har ek ka hona chahiye.</w:t>
      </w:r>
    </w:p>
    <w:p>
      <w:pPr>
        <w:jc w:val="right"/>
      </w:pPr>
      <w:r>
        <w:t>مجھے یہ یہ قصہ جو ہے، اس کو پڑھ کر یہ عادت، یہ خیال آتا ہے اپنے دل میں کہ یہ حال ہر ہر ہر ایک کا ہونا چاہیے جو حال عرب شیخ کا ہوا، وہ ہم میں سے ہر ایک کا ہونا چاہیے۔</w:t>
      </w:r>
    </w:p>
    <w:p>
      <w:r>
        <w:rPr>
          <w:b/>
        </w:rPr>
        <w:t xml:space="preserve">[17:21] </w:t>
      </w:r>
      <w:r>
        <w:t>hum sab ko is se billion trillion time zyada bari cheezein mili hui hain. aap sochiye zara ke bhai kaise paida ho gaya ek insaan jo chalta hai, jo bolta hai, jo sochta hai?</w:t>
      </w:r>
    </w:p>
    <w:p>
      <w:pPr>
        <w:jc w:val="right"/>
      </w:pPr>
      <w:r>
        <w:t>ہم سب کو اس سے بلین ٹریلین ٹائم زیادہ بڑی چیزیں ملی ہوئی ہیں۔ آپ سوچیے ذرا کہ بھئی کیسے پیدا ہو گیا ایک انسان جو چلتا ہے، جو بولتا ہے، جو سوچتا ہے؟</w:t>
      </w:r>
    </w:p>
    <w:p>
      <w:r>
        <w:rPr>
          <w:b/>
        </w:rPr>
        <w:t xml:space="preserve">[17:35] </w:t>
      </w:r>
      <w:r>
        <w:t>aik kaise aisa insan ban gaya jo sari universe mein aisa insan maujood nahi?</w:t>
      </w:r>
    </w:p>
    <w:p>
      <w:pPr>
        <w:jc w:val="right"/>
      </w:pPr>
      <w:r>
        <w:t>ایک کیسے ایسا انسان بن گیا جو ساری یونیورس میں ایسا انسان موجود نہیں؟</w:t>
      </w:r>
    </w:p>
    <w:p>
      <w:r>
        <w:rPr>
          <w:b/>
        </w:rPr>
        <w:t xml:space="preserve">[17:44] </w:t>
      </w:r>
      <w:r>
        <w:t>koi life nahi, life sirf is zameen par hai. to yeh aap sochiye zara ke mein kaise ban gaya</w:t>
      </w:r>
    </w:p>
    <w:p>
      <w:pPr>
        <w:jc w:val="right"/>
      </w:pPr>
      <w:r>
        <w:t>کوئی لائف نہیں، لائف صرف اس زمین پر ہے۔ تو یہ آپ سوچیے ذرا کہ میں کیسے بن گیا</w:t>
      </w:r>
    </w:p>
    <w:p>
      <w:r>
        <w:rPr>
          <w:b/>
        </w:rPr>
        <w:t xml:space="preserve">[17:51] </w:t>
      </w:r>
      <w:r>
        <w:t>aisa aik insan jo chalta hai, jo bolta hai, jo sochta hai, jo plan banata hai? to yeh yeh to is se trillion time zyada ajeeb anokhi cheez hai</w:t>
      </w:r>
    </w:p>
    <w:p>
      <w:pPr>
        <w:jc w:val="right"/>
      </w:pPr>
      <w:r>
        <w:t>ایسا ایک انسان جو چلتا ہے، جو بولتا ہے، جو سوچتا ہے، جو پلان بناتا ہے؟ تو یہ یہ تو اس سے ٹریلین ٹائم زیادہ عجیب انوکھی چیز ہے</w:t>
      </w:r>
    </w:p>
    <w:p>
      <w:r>
        <w:rPr>
          <w:b/>
        </w:rPr>
        <w:t xml:space="preserve">[18:07] </w:t>
      </w:r>
      <w:r>
        <w:t>ke jab phir jab aap sochen ke is duniya mein mein achaanak aa gaya, mein ne khud apne aap ko create nahi kiya tha, mein ne socha bhi nahi tha ke mein aik insan ke roop mein zahir ho jaon.</w:t>
      </w:r>
    </w:p>
    <w:p>
      <w:pPr>
        <w:jc w:val="right"/>
      </w:pPr>
      <w:r>
        <w:t>کہ جب پھر جب آپ سوچیں کہ اس دنیا میں میں اچانک آ گیا، میں نے خود اپنے آپ کو کریٹ نہیں کیا تھا، میں نے سوچا بھی نہیں تھا کہ میں ایک انسان کے روپ میں ظاہر ہو جاؤں۔</w:t>
      </w:r>
    </w:p>
    <w:p>
      <w:r>
        <w:rPr>
          <w:b/>
        </w:rPr>
        <w:t xml:space="preserve">[18:22] </w:t>
      </w:r>
      <w:r>
        <w:t>yeh to kisi creator ne mujhe achaanak is duniya mein bana kar bhej diya aur phir is duniya itni zyada mere liye, yani bilkul jaise ke mere liye banai gayi hai.</w:t>
      </w:r>
    </w:p>
    <w:p>
      <w:pPr>
        <w:jc w:val="right"/>
      </w:pPr>
      <w:r>
        <w:t>یہ تو کسی کریٹر نے مجھے اچانک اس دنیا میں بنا کر بھیج دیا اور پھر اس دنیا اتنی زیادہ میرے لیے، یعنی بالکل جیسے کہ میرے لیے بنائی گئی ہے۔</w:t>
      </w:r>
    </w:p>
    <w:p>
      <w:r>
        <w:rPr>
          <w:b/>
        </w:rPr>
        <w:t xml:space="preserve">[18:33] </w:t>
      </w:r>
      <w:r>
        <w:t>mujhe aankh thi to yahan roshni hai, mujhe oxygen chahiye thi to is ki supply ka yahan intezam hai, mujhe pani chahiye tha to yahan pani ka ocean maujood hai, mujhe chalne ke liye gravity chahiye thi to zameen mein gravity maujood hai,</w:t>
      </w:r>
    </w:p>
    <w:p>
      <w:pPr>
        <w:jc w:val="right"/>
      </w:pPr>
      <w:r>
        <w:t>مجھے آنکھ تھی تو یہاں روشنی ہے، مجھے اکسیجن چاہیے تھی تو اس کی سپلائی کا یہاں انتظام ہے، مجھے پانی چاہیے تھا تو یہاں پانی کا اوشن موجود ہے، مجھے چلنے کے لیے گریویٹی چاہیے تھی تو زمین میں گریویٹی موجود ہے،</w:t>
      </w:r>
    </w:p>
    <w:p>
      <w:r>
        <w:rPr>
          <w:b/>
        </w:rPr>
        <w:t xml:space="preserve">[18:51] </w:t>
      </w:r>
      <w:r>
        <w:t>mujhe khana chahiye tha to to mitti se khana nikla chala raha hai. mein aik baar khara hua aik khet ke kinare aur woh khet tha gehun ka aur jaw ka jo cheezein hum khate hain is ka.</w:t>
      </w:r>
    </w:p>
    <w:p>
      <w:pPr>
        <w:jc w:val="right"/>
      </w:pPr>
      <w:r>
        <w:t>مجھے کھانا چاہیے تھا تو تو مٹی سے کھانا نکلا چلا رہا ہے۔ میں ایک بار کھڑا ہوا ایک کھیت کے کنارے اور وہ کھیت تھا گیہوں کا اور جو کا جو چیزیں ہم کھاتے ہیں اس کا۔</w:t>
      </w:r>
    </w:p>
    <w:p>
      <w:r>
        <w:rPr>
          <w:b/>
        </w:rPr>
        <w:t xml:space="preserve">[19:06] </w:t>
      </w:r>
      <w:r>
        <w:t>to jaise lagta hai, jaise lagta hai ke brick hai, brick neeche mitti hai, oopar khana nikla chala raha hai. to aik aik cheez brick hai.</w:t>
      </w:r>
    </w:p>
    <w:p>
      <w:pPr>
        <w:jc w:val="right"/>
      </w:pPr>
      <w:r>
        <w:t>تو جیسے لگتا ہے، جیسے لگتا ہے کہ بریکل ہے، بریکل نیچے مٹی ہے، اوپر کھانا نکلا چلا رہا ہے۔ تو ایک ایک چیز بریکل ہے۔</w:t>
      </w:r>
    </w:p>
    <w:p>
      <w:r>
        <w:rPr>
          <w:b/>
        </w:rPr>
        <w:t xml:space="preserve">[19:19] </w:t>
      </w:r>
      <w:r>
        <w:t>agar aap sochen is arab sheikh se trillion trillion trillion time zyada aap ko woh aisa experience hoga jo us ko wahan hua.</w:t>
      </w:r>
    </w:p>
    <w:p>
      <w:pPr>
        <w:jc w:val="right"/>
      </w:pPr>
      <w:r>
        <w:t>اگر آپ سوچیں اس عرب شیخ سے ٹریلین ٹریلین ٹریلین ٹائم زیادہ آپ کو وہ ایسا ایکسپیرینس ہوگا جو اس کو وہاں ہوا۔</w:t>
      </w:r>
    </w:p>
    <w:p>
      <w:r>
        <w:rPr>
          <w:b/>
        </w:rPr>
        <w:t xml:space="preserve">[19:31] </w:t>
      </w:r>
      <w:r>
        <w:t>yeh hai speed ramzan ki ke chand ko dekh kar aap yeh discover karen ke 96 percent universe ka hum is se hum bekhabar hain.</w:t>
      </w:r>
    </w:p>
    <w:p>
      <w:pPr>
        <w:jc w:val="right"/>
      </w:pPr>
      <w:r>
        <w:t>یہ ہے اسپیڈ رمضان کی کہ چاند کو دیکھ کر آپ یہ ڈسکور کریں کہ 96 پرسنٹ یونیورس کا ہم اس سے ہم بے خبر ہیں۔</w:t>
      </w:r>
    </w:p>
    <w:p>
      <w:r>
        <w:rPr>
          <w:b/>
        </w:rPr>
        <w:t xml:space="preserve">[19:45] </w:t>
      </w:r>
      <w:r>
        <w:t>aur jab aap yeh yeh aaye ga aap ke andar ehsaas to isi tarah gir padenge aaj jis tarah se woh arab sheikh gir pada tha.</w:t>
      </w:r>
    </w:p>
    <w:p>
      <w:pPr>
        <w:jc w:val="right"/>
      </w:pPr>
      <w:r>
        <w:t>اور جب آپ یہ یہ آئے گا آپ کے اندر احساس تو اسی طرح گر پڑیں گے آج جس طرح سے وہ عرب شیخ گر پڑا تھا۔</w:t>
      </w:r>
    </w:p>
    <w:p>
      <w:r>
        <w:rPr>
          <w:b/>
        </w:rPr>
        <w:t xml:space="preserve">[19:54] </w:t>
      </w:r>
      <w:r>
        <w:t>phir aap discover karen ge Khuda ne aap ko ramzan mein kaha ke khana mat khao, din mein na khao, raat ko kha len a.</w:t>
      </w:r>
    </w:p>
    <w:p>
      <w:pPr>
        <w:jc w:val="right"/>
      </w:pPr>
      <w:r>
        <w:t>پھر آپ ڈسکور کریں گے خدا نے آپ کو رمضان میں کہا کہ کھانا مت کھاؤ، دن میں نہ کھاؤ، رات کو کھا لینا۔</w:t>
      </w:r>
    </w:p>
    <w:p>
      <w:r>
        <w:rPr>
          <w:b/>
        </w:rPr>
        <w:t xml:space="preserve">[20:04] </w:t>
      </w:r>
      <w:r>
        <w:t>aap jante hain ke khana jo hai insan ki sab se zyada zaroori cheez hai, khane ke baghair nahi reh sakta aadmi. kapra kam ho to guzar ho jaye ga, ghar na ho tab bhi guzar ho jaye ga.</w:t>
      </w:r>
    </w:p>
    <w:p>
      <w:pPr>
        <w:jc w:val="right"/>
      </w:pPr>
      <w:r>
        <w:t>آپ جانتے ہیں کہ کھانا جو ہے انسان کی سب سے زیادہ ضروری چیز ہے، کھانے کے بغیر نہیں رہ سکتا آدمی۔ کپڑا کم ہو تو گزر ہو جائے گا، گھر نہ ہو تب بھی گزر ہو جائے گا۔</w:t>
      </w:r>
    </w:p>
    <w:p>
      <w:r>
        <w:rPr>
          <w:b/>
        </w:rPr>
        <w:t xml:space="preserve">[20:19] </w:t>
      </w:r>
      <w:r>
        <w:t>koi doosri cheez hai jo hum hamari hoti hain, us woh na ho to guzar ho jaye ga, lekin khayein ge khane ke baghair to guzar nahi ho sakta. wahan par Khuda ne rok laga laga di, partial rok.</w:t>
      </w:r>
    </w:p>
    <w:p>
      <w:pPr>
        <w:jc w:val="right"/>
      </w:pPr>
      <w:r>
        <w:t>کوئی دوسری چیز ہے جو ہم ہماری ہوتی ہیں، اس وہ نہ ہو تو گزر ہو جائے گا، لیکن کھائے گے کھانے کے بغیر تو گزر نہیں ہو سکتا۔ وہاں پر خدا نے روک لگا لگا دی، پارشل روک۔</w:t>
      </w:r>
    </w:p>
    <w:p>
      <w:r>
        <w:rPr>
          <w:b/>
        </w:rPr>
        <w:t xml:space="preserve">[20:35] </w:t>
      </w:r>
      <w:r>
        <w:t>jaise jab petrol dollar, jab arab arab mein jab bohat zyada oil nikla aur sara Europe America jo hai wahan se oil manga kar apni industrial world chalane laga to King Faisal jo thay unhon ne partial embargo kiya tha, partial bohat thora sa rok diya ke hum itna percent nahi bhejenge, itna percent bhejenge.</w:t>
      </w:r>
    </w:p>
    <w:p>
      <w:pPr>
        <w:jc w:val="right"/>
      </w:pPr>
      <w:r>
        <w:t>جیسے جب پیٹرو ڈالر، جب عرب عرب میں جب بہت زیادہ تیل نکلا اور سارا یورپ امریکہ جو ہے وہاں سے تیل منگا کر اپنی انڈسٹریل ورلڈ چلانے لگا تو کنگ فیصل جو تھے انہوں نے پارشل ایمبارگو کیا تھا، پارشل بہت تھوڑا سا روک دیا کہ ہم اتنا پرسنٹ نہیں بھیجیں گے، اتنا پرسنٹ بھیجیں گے۔</w:t>
      </w:r>
    </w:p>
    <w:p>
      <w:r>
        <w:rPr>
          <w:b/>
        </w:rPr>
        <w:t xml:space="preserve">[21:01] </w:t>
      </w:r>
      <w:r>
        <w:t>aur is tarah wahan hangama khara ho gaya</w:t>
      </w:r>
    </w:p>
    <w:p>
      <w:pPr>
        <w:jc w:val="right"/>
      </w:pPr>
      <w:r>
        <w:t>اور اس طرح وہاں ہنگامہ کھڑا ہو گیا</w:t>
      </w:r>
    </w:p>
    <w:p>
      <w:r>
        <w:rPr>
          <w:b/>
        </w:rPr>
        <w:t xml:space="preserve">[21:03] </w:t>
      </w:r>
      <w:r>
        <w:t>sare Europe America mein kyunke industrial world jo hai woh sara oil par base karta tha. misaal ke tor par wahan sardhi saadi hoti hai to woh oil ka heater istemal karte hain aur woh log sardhi mein thitharne lage.</w:t>
      </w:r>
    </w:p>
    <w:p>
      <w:pPr>
        <w:jc w:val="right"/>
      </w:pPr>
      <w:r>
        <w:t>سارے یورپ امریکہ میں کیونکہ انڈسٹریل ورلڈ جو ہے وہ سارا آئل پر بیس کرتا تھا۔ مثال کے طور پر وہاں سردی سادہ ہوتی ہے تو وہ آئل کا ہیٹر استعمال کرتے ہیں اور وہ لوگ سردی میں ٹھٹھرنے لگے۔</w:t>
      </w:r>
    </w:p>
    <w:p>
      <w:r>
        <w:rPr>
          <w:b/>
        </w:rPr>
        <w:t xml:space="preserve">[21:20] </w:t>
      </w:r>
      <w:r>
        <w:t>yani partial embargo par yeh halat un ki hui. to yeh Khuda hum ko par, yani partial sense mein batata hai ke khana kya cheez hai, pani kya cheez hai.</w:t>
      </w:r>
    </w:p>
    <w:p>
      <w:pPr>
        <w:jc w:val="right"/>
      </w:pPr>
      <w:r>
        <w:t>یعنی پارشل ایمبارگو پر یہ حالت ان کی ہوئی۔ تو یہ خدا ہم کو پار، یعنی پارشل سینس میں بتاتا ہے کہ کھانا کیا چیز ہے، پانی کیا چیز ہے۔</w:t>
      </w:r>
    </w:p>
    <w:p>
      <w:r>
        <w:rPr>
          <w:b/>
        </w:rPr>
        <w:t xml:space="preserve">[21:37] </w:t>
      </w:r>
      <w:r>
        <w:t>is se is ka nateeja kya hoga? agar hum is ko jaan lein to kya hoga? aik bohat hi bara farq aaye ga hamari zindagi mein.</w:t>
      </w:r>
    </w:p>
    <w:p>
      <w:pPr>
        <w:jc w:val="right"/>
      </w:pPr>
      <w:r>
        <w:t>اس سے اس کا نتیجہ کیا ہوگا؟ اگر ہم اس کو جان لیں تو کیا ہوگا؟ ایک بہت ہی بڑا فرق آئے گا ہماری زندگی میں۔</w:t>
      </w:r>
    </w:p>
    <w:p>
      <w:r>
        <w:rPr>
          <w:b/>
        </w:rPr>
        <w:t xml:space="preserve">[21:48] </w:t>
      </w:r>
      <w:r>
        <w:t>is farq ko hadith mein is tarah kaha gaya hai ke hadith mein aata hai ke jab jab ramzan ka mahina aata hai to pehli raat ko, phir har raat ko koi pukarne wala pukarta hai.</w:t>
      </w:r>
    </w:p>
    <w:p>
      <w:pPr>
        <w:jc w:val="right"/>
      </w:pPr>
      <w:r>
        <w:t>اس فرق کو حدیث میں اس طرح کہا گیا ہے کہ حدیث میں آتا ہے کہ جب جب رمضان کا مہینہ آتا ہے تو پہلی رات کو، پھر ہر رات کو کوئی پکارنے والا پکارتا ہے۔</w:t>
      </w:r>
    </w:p>
    <w:p>
      <w:r>
        <w:rPr>
          <w:b/>
        </w:rPr>
        <w:t xml:space="preserve">[22:11] </w:t>
      </w:r>
      <w:r>
        <w:t>yeh hadith Ibn Majah mein aur Tirmidhi mein aur Musnad Ahmad mein hai</w:t>
      </w:r>
    </w:p>
    <w:p>
      <w:pPr>
        <w:jc w:val="right"/>
      </w:pPr>
      <w:r>
        <w:t>یہ حدیث ابن ماجہ میں اور ترمذی میں اور مسند احمد میں ہے</w:t>
      </w:r>
    </w:p>
    <w:p>
      <w:r>
        <w:rPr>
          <w:b/>
        </w:rPr>
        <w:t xml:space="preserve">[22:18] </w:t>
      </w:r>
      <w:r>
        <w:t>ke pehli raat ko aik pukarne wala pukarta hai aur phir yeh pukar har raat ko jari rehti hai. zahir hai ke pukarne wala farishta hota hai, angel.</w:t>
      </w:r>
    </w:p>
    <w:p>
      <w:pPr>
        <w:jc w:val="right"/>
      </w:pPr>
      <w:r>
        <w:t>کہ پہلی رات کو ایک پکارنے والا پکارتا ہے اور پھر یہ پکار ہر رات کو جاری رہتی ہے۔ ظاہر ہے کہ پکارنے والا فرشتہ ہوتا ہے، اینجل۔</w:t>
      </w:r>
    </w:p>
    <w:p>
      <w:r>
        <w:rPr>
          <w:b/>
        </w:rPr>
        <w:t xml:space="preserve">[22:30] </w:t>
      </w:r>
      <w:r>
        <w:t>to woh kehta hai ke ya baghi al shar aqsar wa ya baghi al khair aqbal</w:t>
      </w:r>
    </w:p>
    <w:p>
      <w:pPr>
        <w:jc w:val="right"/>
      </w:pPr>
      <w:r>
        <w:t>تو وہ کہتا ہے کہ یا باغی الشر اقصر ویا باغی الخیر اقبل</w:t>
      </w:r>
    </w:p>
    <w:p>
      <w:r>
        <w:rPr>
          <w:b/>
        </w:rPr>
        <w:t xml:space="preserve">[22:41] </w:t>
      </w:r>
      <w:r>
        <w:t>ya baghi al khair aqbal</w:t>
      </w:r>
    </w:p>
    <w:p>
      <w:pPr>
        <w:jc w:val="right"/>
      </w:pPr>
      <w:r>
        <w:t>یا باغ یا باغی الخیر اقبل</w:t>
      </w:r>
    </w:p>
    <w:p>
      <w:r>
        <w:rPr>
          <w:b/>
        </w:rPr>
        <w:t xml:space="preserve">[22:48] </w:t>
      </w:r>
      <w:r>
        <w:t>wa ya baghi al shar aqsar</w:t>
      </w:r>
    </w:p>
    <w:p>
      <w:pPr>
        <w:jc w:val="right"/>
      </w:pPr>
      <w:r>
        <w:t>ویا باغی الشر اقصر</w:t>
      </w:r>
    </w:p>
    <w:p>
      <w:r>
        <w:rPr>
          <w:b/>
        </w:rPr>
        <w:t xml:space="preserve">[22:51] </w:t>
      </w:r>
      <w:r>
        <w:t>keh ae khair ko chahanay walay, agay barh aur ae shar ko chahanay walay, ruk ja. Ae shar ko chahanay walay, ruk ja.</w:t>
      </w:r>
    </w:p>
    <w:p>
      <w:pPr>
        <w:jc w:val="right"/>
      </w:pPr>
      <w:r>
        <w:t>کہ اے خیر کو چاہنے والے، آگے بڑھ اور اے شر کو چاہنے والے، رک جا۔ اے شر کو چاہنے والے، رک جا۔</w:t>
      </w:r>
    </w:p>
    <w:p>
      <w:r>
        <w:rPr>
          <w:b/>
        </w:rPr>
        <w:t xml:space="preserve">[23:04] </w:t>
      </w:r>
      <w:r>
        <w:t>Ae khair ko chahanay walay, agay barh. Ka matlab kya hai? Ab bhi nahi rukay to kab rukogay? Ab bhi agar nahi barhay, agay barhay to kab barhogay?</w:t>
      </w:r>
    </w:p>
    <w:p>
      <w:pPr>
        <w:jc w:val="right"/>
      </w:pPr>
      <w:r>
        <w:t>اے خیر کو چاہنے والے، آگے بڑھ۔ کا مطلب کیا ہے؟ اب بھی نہیں رکے تو کب رکو گے؟ اب بھی اگر نہیں بڑھے، آگے بڑھے تو کب بڑھو گے؟</w:t>
      </w:r>
    </w:p>
    <w:p>
      <w:r>
        <w:rPr>
          <w:b/>
        </w:rPr>
        <w:t xml:space="preserve">[23:14] </w:t>
      </w:r>
      <w:r>
        <w:t>Aakhri waqt aa gaya hai.</w:t>
      </w:r>
    </w:p>
    <w:p>
      <w:pPr>
        <w:jc w:val="right"/>
      </w:pPr>
      <w:r>
        <w:t>آخری وقت آ گیا ہے۔</w:t>
      </w:r>
    </w:p>
    <w:p>
      <w:r>
        <w:rPr>
          <w:b/>
        </w:rPr>
        <w:t xml:space="preserve">[23:17] </w:t>
      </w:r>
      <w:r>
        <w:t>Yaani Ramzan ke mahinay mein jo jo in ko jo koi experience karwaya gaya, bhook ka aur piyas ka, aur tum nay jo discover kiya ke mein kitna helpless hoon, Khuda giver hai, mein tekar hoon.</w:t>
      </w:r>
    </w:p>
    <w:p>
      <w:pPr>
        <w:jc w:val="right"/>
      </w:pPr>
      <w:r>
        <w:t>یعنی رمضان کے مہینے میں جو جو ان کو جو کوئی ایکسپیرینس کروایا گیا، بھوک کا اور پیاس کا، اور تم نے جو ڈسکور کیا کہ میں کتنا ہیلپ لیس ہوں، خدا گیور ہے، میں ٹیکر ہوں۔</w:t>
      </w:r>
    </w:p>
    <w:p>
      <w:r>
        <w:rPr>
          <w:b/>
        </w:rPr>
        <w:t xml:space="preserve">[23:31] </w:t>
      </w:r>
      <w:r>
        <w:t>Ramzan ka mahina goya is baat ka hamein tajurba karana hai, experience karwana hai ke ae insaan jaan le, ae insaan jaan le, tu tekar hai, giver to sirf Khuda hai.</w:t>
      </w:r>
    </w:p>
    <w:p>
      <w:pPr>
        <w:jc w:val="right"/>
      </w:pPr>
      <w:r>
        <w:t>رمضان کا مہینہ گویا اس بات کا ہمیں تجربہ کرانا ہے، ایکسپیرینس کروانا ہے کہ اے انسان جان لے، اے انسان جان لے، تو ٹیکر ہے، گیور تو صرف خدا ہے۔</w:t>
      </w:r>
    </w:p>
    <w:p>
      <w:r>
        <w:rPr>
          <w:b/>
        </w:rPr>
        <w:t xml:space="preserve">[23:48] </w:t>
      </w:r>
      <w:r>
        <w:t>Ab batayein ke jab yeh aadmi daryaft karega is cheez ko to kya is ke baad bhi woh sarkashi kar sakta hai? Woh bhi deviate kar kar sakta hai Khuda ke ahkam hukum se?</w:t>
      </w:r>
    </w:p>
    <w:p>
      <w:pPr>
        <w:jc w:val="right"/>
      </w:pPr>
      <w:r>
        <w:t>اب بتائیں کہ جب یہ آدمی دریافت کرے گا اس چیز کو تو کیا اس کے بعد بھی وہ سرکشی کر سکتا ہے؟ وہ بھی ڈیویٹ کر کر سکتا ہے خدا کے احکام حکم سے؟</w:t>
      </w:r>
    </w:p>
    <w:p>
      <w:r>
        <w:rPr>
          <w:b/>
        </w:rPr>
        <w:t xml:space="preserve">[24:01] </w:t>
      </w:r>
      <w:r>
        <w:t>To farishta pukarta hai ke ae ae ae shar wala insaan, kya ab bhi tu shar par qaim rahega?</w:t>
      </w:r>
    </w:p>
    <w:p>
      <w:pPr>
        <w:jc w:val="right"/>
      </w:pPr>
      <w:r>
        <w:t>تو فرشتہ پکارتا ہے کہ اے اے اے شر والا انسان، کیا اب بھی تو شر پر قائم رہے گا؟</w:t>
      </w:r>
    </w:p>
    <w:p>
      <w:r>
        <w:rPr>
          <w:b/>
        </w:rPr>
        <w:t xml:space="preserve">[24:11] </w:t>
      </w:r>
      <w:r>
        <w:t>Ae woh insaan jo khair chahta hai, kya abhi bhi ruka rahega? To khair daurega nahi? Khair ki taraf</w:t>
      </w:r>
    </w:p>
    <w:p>
      <w:pPr>
        <w:jc w:val="right"/>
      </w:pPr>
      <w:r>
        <w:t>اے وہ انسان جو خیر چاہتا ہے، کیا ابھی بھی رکا رہے گا؟ تو خیر دوڑے گا نہیں؟ خیر کی طرف</w:t>
      </w:r>
    </w:p>
    <w:p>
      <w:r>
        <w:rPr>
          <w:b/>
        </w:rPr>
        <w:t xml:space="preserve">[24:16] </w:t>
      </w:r>
      <w:r>
        <w:t>Kon say kis ka tu is waqt ka intezar kar raha hai? Tu</w:t>
      </w:r>
    </w:p>
    <w:p>
      <w:pPr>
        <w:jc w:val="right"/>
      </w:pPr>
      <w:r>
        <w:t>کون سے کس کا تو اس وقت کا انتظار کر رہا ہے؟ تو</w:t>
      </w:r>
    </w:p>
    <w:p>
      <w:r>
        <w:rPr>
          <w:b/>
        </w:rPr>
        <w:t xml:space="preserve">[24:21] </w:t>
      </w:r>
      <w:r>
        <w:t>Kon sa waqt hai jis ka tu intezar kar raha hai?</w:t>
      </w:r>
    </w:p>
    <w:p>
      <w:pPr>
        <w:jc w:val="right"/>
      </w:pPr>
      <w:r>
        <w:t>کون سا وقت ہے جس کا تو انتظار کر رہا ہے؟</w:t>
      </w:r>
    </w:p>
    <w:p>
      <w:r>
        <w:rPr>
          <w:b/>
        </w:rPr>
        <w:t xml:space="preserve">[24:26] </w:t>
      </w:r>
      <w:r>
        <w:t>Ya baghi ya baghi al khair aqbil o ya baghi al shar aqsir yaani ae insaan, aakhri waqt aa gaya, aakhri waqt ke tu bhalai ki taraf daure.</w:t>
      </w:r>
    </w:p>
    <w:p>
      <w:pPr>
        <w:jc w:val="right"/>
      </w:pPr>
      <w:r>
        <w:t>یا باغی یا باغی الخیر اقبل ویا باغی الشر اقصر یعنی اے انسان، آخری وقت آ گیا، آخری وقت کہ تو بھلائی کی طرف دوڑے۔</w:t>
      </w:r>
    </w:p>
    <w:p>
      <w:r>
        <w:rPr>
          <w:b/>
        </w:rPr>
        <w:t xml:space="preserve">[24:41] </w:t>
      </w:r>
      <w:r>
        <w:t>Aur ae insaan, aakhri waqt aa gaya ke tu apni burai se ruk jaye.</w:t>
      </w:r>
    </w:p>
    <w:p>
      <w:pPr>
        <w:jc w:val="right"/>
      </w:pPr>
      <w:r>
        <w:t>اور اے انسان، آخری وقت آ گیا کہ تو اپنی برائی سے رک جائے۔</w:t>
      </w:r>
    </w:p>
    <w:p>
      <w:r>
        <w:rPr>
          <w:b/>
        </w:rPr>
        <w:t xml:space="preserve">[24:46] </w:t>
      </w:r>
      <w:r>
        <w:t>Is tajurba ke baad bhi agar tu nahi aisa kiya to nahi. To ab kon sa tajurba tajurba tum se karaye ga? Karaya jaye ga? Woh to qayamat ka tajurba hoga.</w:t>
      </w:r>
    </w:p>
    <w:p>
      <w:pPr>
        <w:jc w:val="right"/>
      </w:pPr>
      <w:r>
        <w:t>اس تجربے کے بعد بھی اگر تو نہیں ایسا کیا تو نہیں۔ تو اب کون سا تجربہ تجربہ تم سے کرائے گا؟ کرایا جائے گا۔ وہ تو قیامت کا تجربہ ہوگا۔</w:t>
      </w:r>
    </w:p>
    <w:p>
      <w:r>
        <w:rPr>
          <w:b/>
        </w:rPr>
        <w:t xml:space="preserve">[24:55] </w:t>
      </w:r>
      <w:r>
        <w:t>Woh to Israfeel ke phoonk, Israfeel ke sur ka tajurba hoga. Us waqt to kuch bhi nahi karnay ko reh jaye ga.</w:t>
      </w:r>
    </w:p>
    <w:p>
      <w:pPr>
        <w:jc w:val="right"/>
      </w:pPr>
      <w:r>
        <w:t>وہ تو اسرافیل کے پھول، اسرافیل کے سور کا تجربہ ہوگا۔ اس وقت تو کچھ بھی نہیں کرنے کو رہ جائے گا۔</w:t>
      </w:r>
    </w:p>
    <w:p>
      <w:r>
        <w:rPr>
          <w:b/>
        </w:rPr>
        <w:t xml:space="preserve">[25:07] </w:t>
      </w:r>
      <w:r>
        <w:t>To is hadith ko jab mein sochta hoon to</w:t>
      </w:r>
    </w:p>
    <w:p>
      <w:pPr>
        <w:jc w:val="right"/>
      </w:pPr>
      <w:r>
        <w:t>تو اس حدیث کو جب میں سوچتا ہوں تو</w:t>
      </w:r>
    </w:p>
    <w:p>
      <w:r>
        <w:rPr>
          <w:b/>
        </w:rPr>
        <w:t xml:space="preserve">[25:14] </w:t>
      </w:r>
      <w:r>
        <w:t>Mein sochta hoon ke yaani farishta yeh keh raha hai ke ae insaan, you turn le le, you turn. Yaani burai ki taraf dornay walay peechay hat.</w:t>
      </w:r>
    </w:p>
    <w:p>
      <w:pPr>
        <w:jc w:val="right"/>
      </w:pPr>
      <w:r>
        <w:t>میں سوچتا ہوں کہ یعنی فرشتہ یہ کہہ رہا ہے کہ اے انسان، یو ٹرن لے لے، یو ٹرن۔ یعنی برائی کی طرف دوڑنے والے پیچھے ہٹ۔</w:t>
      </w:r>
    </w:p>
    <w:p>
      <w:r>
        <w:rPr>
          <w:b/>
        </w:rPr>
        <w:t xml:space="preserve">[25:28] </w:t>
      </w:r>
      <w:r>
        <w:t>Jo</w:t>
      </w:r>
    </w:p>
    <w:p>
      <w:pPr>
        <w:jc w:val="right"/>
      </w:pPr>
      <w:r>
        <w:t>جو</w:t>
      </w:r>
    </w:p>
    <w:p>
      <w:r>
        <w:rPr>
          <w:b/>
        </w:rPr>
        <w:t xml:space="preserve">[25:29] </w:t>
      </w:r>
      <w:r>
        <w:t>Insaan bekhabari mein jee raha tha, hooha culture mein jee raha tha aur apnay doston mein khushiyan mana raha tha, to peechay hat, you turn le le.</w:t>
      </w:r>
    </w:p>
    <w:p>
      <w:pPr>
        <w:jc w:val="right"/>
      </w:pPr>
      <w:r>
        <w:t>انسان بے خبری میں جی رہا تھا، ہوہا کلچر میں جی رہا تھا اور اپنے دوستوں میں خوشیاں منا رہا تھا، تو پیچھے ہٹ، یو ٹرن لے لے۔</w:t>
      </w:r>
    </w:p>
    <w:p>
      <w:r>
        <w:rPr>
          <w:b/>
        </w:rPr>
        <w:t xml:space="preserve">[25:43] </w:t>
      </w:r>
      <w:r>
        <w:t>Peechay hat ke mani kya hain? You turn ke mani kya hain? Yaani mein yeh kahunga ke from self oriented life to God oriented life.</w:t>
      </w:r>
    </w:p>
    <w:p>
      <w:pPr>
        <w:jc w:val="right"/>
      </w:pPr>
      <w:r>
        <w:t>پیچھے ہٹ کے معنی کیا ہیں؟ یو ٹرنٹ کے معنی کیا ہیں؟ یعنی میں یہ کہوں گا کہ فرام سیلف اورینٹڈ لائف ٹو گاڈ اورینٹڈ لائف۔</w:t>
      </w:r>
    </w:p>
    <w:p>
      <w:r>
        <w:rPr>
          <w:b/>
        </w:rPr>
        <w:t xml:space="preserve">[25:58] </w:t>
      </w:r>
      <w:r>
        <w:t>Yaani ab tak agar tum apnay aap mein jee rahay thay to ab Khuda mein jeena shuru kar do. Yaani aakhri waqt aa gaya hai ke tum yeh yeh yeh decision lo, yeh decision lo.</w:t>
      </w:r>
    </w:p>
    <w:p>
      <w:pPr>
        <w:jc w:val="right"/>
      </w:pPr>
      <w:r>
        <w:t>یعنی اب تک اگر تم اپنے آپ میں جی رہے تھے تو اب خدا میں جینا شروع کر دو۔ یعنی آخری وقت آ گیا ہے کہ تم یہ یہ یہ ڈیسیژن لو، یہ ڈیسیژن لو۔</w:t>
      </w:r>
    </w:p>
    <w:p>
      <w:r>
        <w:rPr>
          <w:b/>
        </w:rPr>
        <w:t xml:space="preserve">[26:11] </w:t>
      </w:r>
      <w:r>
        <w:t>Aakhri waqt aa gaya hai ke decision lo.</w:t>
      </w:r>
    </w:p>
    <w:p>
      <w:pPr>
        <w:jc w:val="right"/>
      </w:pPr>
      <w:r>
        <w:t>آخری وقت آ گیا ہے کہ ڈیسیژن لو۔</w:t>
      </w:r>
    </w:p>
    <w:p>
      <w:r>
        <w:rPr>
          <w:b/>
        </w:rPr>
        <w:t xml:space="preserve">[26:13] </w:t>
      </w:r>
      <w:r>
        <w:t>Kyunke dekhiye, aik ayat hai Quran majeed mein ke zarhum ya'kulu watamatta'u wa yul'hihimul amalu sa-sawfa ya'lamoon</w:t>
      </w:r>
    </w:p>
    <w:p>
      <w:pPr>
        <w:jc w:val="right"/>
      </w:pPr>
      <w:r>
        <w:t>کیونکہ دیکھیے، ایک آیت ہے قرآن مجید میں کہ زرہم یعقل وتمتع ویلہم العمل وصف یعلمون</w:t>
      </w:r>
    </w:p>
    <w:p>
      <w:r>
        <w:rPr>
          <w:b/>
        </w:rPr>
        <w:t xml:space="preserve">[26:31] </w:t>
      </w:r>
      <w:r>
        <w:t>Leave them to eat and enjoy for a while unhein kuch aur mauqa de do ke khayein</w:t>
      </w:r>
    </w:p>
    <w:p>
      <w:pPr>
        <w:jc w:val="right"/>
      </w:pPr>
      <w:r>
        <w:t>لیو دیم ایٹ اینڈ انجوائے فار وائل انہیں کچھ اور موقع دے دو کہ کھائیں</w:t>
      </w:r>
    </w:p>
    <w:p>
      <w:r>
        <w:rPr>
          <w:b/>
        </w:rPr>
        <w:t xml:space="preserve">[26:40] </w:t>
      </w:r>
      <w:r>
        <w:t>Piyein. Is ke baad to khana chhin jaye ga, pani chhin jaye ga. Goya Ramzan ka mahina yaad dila raha hai ke ae insaan, ab se apnay ko theek kar le.</w:t>
      </w:r>
    </w:p>
    <w:p>
      <w:pPr>
        <w:jc w:val="right"/>
      </w:pPr>
      <w:r>
        <w:t>پیئیں۔ اس کے بعد تو کھانا چھن جائے گا، پانی چھن جائے گا۔ گویا رمضان کا مہینہ یاد دلا رہا ہے کہ اے انسان، اب سے اپنے کو ٹھیک کر لے۔</w:t>
      </w:r>
    </w:p>
    <w:p>
      <w:r>
        <w:rPr>
          <w:b/>
        </w:rPr>
        <w:t xml:space="preserve">[26:53] </w:t>
      </w:r>
      <w:r>
        <w:t>Woh waqt bohat qareeb aa gaya hai jab ke tujh se khana bhi chhin jaye ga, pani bhi chhin jaye ga. To kya karega? Abhi kal Times of India mein aaya tha global warming pe aik mazmoon to us mein bohat hi hairat angez</w:t>
      </w:r>
    </w:p>
    <w:p>
      <w:pPr>
        <w:jc w:val="right"/>
      </w:pPr>
      <w:r>
        <w:t>وہ وقت بہت قریب آ گیا ہے جب کہ تجھ سے کھانا بھی چھن جائے گا، پانی بھی چھن جائے گا۔ تو کیا کرے گا؟ ابھی کل ٹائمز آف انڈیا میں آیا تھا گلوبل وارمنگ پہ ایک مضمون تو اس میں بہت ہی حیرت انگیز</w:t>
      </w:r>
    </w:p>
    <w:p>
      <w:r>
        <w:rPr>
          <w:b/>
        </w:rPr>
        <w:t xml:space="preserve">[27:07] </w:t>
      </w:r>
      <w:r>
        <w:t>baten theen maslan is mein yeh tha ke california ke ke chah guna zyada bara iceberg woh pighal ke khatam ho gaya hai arctica mein.</w:t>
      </w:r>
    </w:p>
    <w:p>
      <w:pPr>
        <w:jc w:val="right"/>
      </w:pPr>
      <w:r>
        <w:t>باتیں تھیں۔ مثلاً اس میں یہ تھا کہ کیلیفورنیا کے کہ چھ گنا زیادہ بڑا آئس برگ وہ پگھل کے ختم ہو گیا ہے آرکٹیکا میں۔</w:t>
      </w:r>
    </w:p>
    <w:p>
      <w:r>
        <w:rPr>
          <w:b/>
        </w:rPr>
        <w:t xml:space="preserve">[27:20] </w:t>
      </w:r>
      <w:r>
        <w:t>kya kya ho rahi hai? kya ho raha hai? yani dunya khatme ke bilkul qareeb aa gayi hai,</w:t>
      </w:r>
    </w:p>
    <w:p>
      <w:pPr>
        <w:jc w:val="right"/>
      </w:pPr>
      <w:r>
        <w:t>کیا کیا ہو رہی ہے؟ کیا ہو رہا ہے؟ یعنی دنیا خاتمے کے بالکل قریب آ گئی ہے،</w:t>
      </w:r>
    </w:p>
    <w:p>
      <w:r>
        <w:rPr>
          <w:b/>
        </w:rPr>
        <w:t xml:space="preserve">[27:29] </w:t>
      </w:r>
      <w:r>
        <w:t>khatme ke bilkul qareeb aa gayi hai. quran mein hai ke hum zameen ko sayyad al-jarada bana den ge,</w:t>
      </w:r>
    </w:p>
    <w:p>
      <w:pPr>
        <w:jc w:val="right"/>
      </w:pPr>
      <w:r>
        <w:t>خاتمے کے بالکل قریب آ گئی ہے۔ قرآن میں ہے کہ ہم زمین کو سید الجردہ بنا دیں گے،</w:t>
      </w:r>
    </w:p>
    <w:p>
      <w:r>
        <w:rPr>
          <w:b/>
        </w:rPr>
        <w:t xml:space="preserve">[27:36] </w:t>
      </w:r>
      <w:r>
        <w:t>sayyad al-jarada. yani zameen mein kuch bhi nahi hoga, burn land. sari zameen burn land ban jaye gi,</w:t>
      </w:r>
    </w:p>
    <w:p>
      <w:pPr>
        <w:jc w:val="right"/>
      </w:pPr>
      <w:r>
        <w:t>سید الجردہ۔ یعنی زمین میں کچھ بھی نہیں ہوگا، برن لینڈ۔ ساری زمین برن لینڈ بن جائے گی،</w:t>
      </w:r>
    </w:p>
    <w:p>
      <w:r>
        <w:rPr>
          <w:b/>
        </w:rPr>
        <w:t xml:space="preserve">[27:48] </w:t>
      </w:r>
      <w:r>
        <w:t>sari zameen burn burn land ban jaye gi. na na pani hoga, na sabza hoga, na koi khane ki cheez hogi, kuch nahi hoga. just like moon.</w:t>
      </w:r>
    </w:p>
    <w:p>
      <w:pPr>
        <w:jc w:val="right"/>
      </w:pPr>
      <w:r>
        <w:t>ساری زمین برن برن لینڈ بن جائے گی۔ نہ نہ پانی ہوگا، نہ سبزہ ہوگا، نہ کوئی کھانے کی چیز ہوگی، کچھ نہیں ہوگا۔ جسٹ لائک مون۔</w:t>
      </w:r>
    </w:p>
    <w:p>
      <w:r>
        <w:rPr>
          <w:b/>
        </w:rPr>
        <w:t xml:space="preserve">[27:58] </w:t>
      </w:r>
      <w:r>
        <w:t>moon aap jante hain, moon pathar hai, chatan hai.</w:t>
      </w:r>
    </w:p>
    <w:p>
      <w:pPr>
        <w:jc w:val="right"/>
      </w:pPr>
      <w:r>
        <w:t>مون آپ جانتے ہیں، مون پتھر ہے، چٹان ہے۔</w:t>
      </w:r>
    </w:p>
    <w:p>
      <w:r>
        <w:rPr>
          <w:b/>
        </w:rPr>
        <w:t xml:space="preserve">[28:02] </w:t>
      </w:r>
      <w:r>
        <w:t>jitne bhi planet hain zameen ko chhod kar ke, sab planet sirf pathar hain, chatanein hain. jitne bhi planet hain, zameen bhi ek planet hai. aap jante hain, zameen ek planet hai.</w:t>
      </w:r>
    </w:p>
    <w:p>
      <w:pPr>
        <w:jc w:val="right"/>
      </w:pPr>
      <w:r>
        <w:t>جتنے بھی پلینٹ ہیں زمین کو چھوڑ کر کے، سب پلینٹ صرف پتھر ہیں، چٹانیں ہیں۔ جتنے بھی پلینٹ ہیں، زمین بھی ایک پلینٹ ہے۔ آپ جانتے ہیں، زمین ایک پلینٹ ہے۔</w:t>
      </w:r>
    </w:p>
    <w:p>
      <w:r>
        <w:rPr>
          <w:b/>
        </w:rPr>
        <w:t xml:space="preserve">[28:14] </w:t>
      </w:r>
      <w:r>
        <w:t>to zameen exceptionally aisi hai ke yahan par pani hai, sabza hai, khana peena hai, sab kuch hai. to quran mein hai ke ek din aye ga ke zameen ko bhi hum waise hi bana den ge jaise ek doosre planet hain, size and jarada.</w:t>
      </w:r>
    </w:p>
    <w:p>
      <w:pPr>
        <w:jc w:val="right"/>
      </w:pPr>
      <w:r>
        <w:t>تو زمین ایکسیپشنلی ایسی ہے کہ یہاں پر پانی ہے، سبزہ ہے، کھانا پینا ہے، سب کچھ ہے۔ تو قرآن میں ہے کہ ایک دن آئے گا کہ زمین کو بھی ہم ویسے ہی بنا دیں گے جیسے ایک دوسرے پلینٹ ہیں، سائز اینڈ جردہ۔</w:t>
      </w:r>
    </w:p>
    <w:p>
      <w:r>
        <w:rPr>
          <w:b/>
        </w:rPr>
        <w:t xml:space="preserve">[28:27] </w:t>
      </w:r>
      <w:r>
        <w:t>zara sochiye, kitna ajeeb baat hai yeh ke zameen bhi waise hi ho jaye gi barren jis tarah se doosre doosre planets hain, size and jarada.</w:t>
      </w:r>
    </w:p>
    <w:p>
      <w:pPr>
        <w:jc w:val="right"/>
      </w:pPr>
      <w:r>
        <w:t>ذرا سوچیے، کتنا عجیب بات ہے یہ کہ زمین بھی ویسے ہی ہو جائے گی بیرن جس طرح سے دوسرے دوسرے پلینٹس ہیں، سائز اینڈ جردہ۔</w:t>
      </w:r>
    </w:p>
    <w:p>
      <w:r>
        <w:rPr>
          <w:b/>
        </w:rPr>
        <w:t xml:space="preserve">[28:43] </w:t>
      </w:r>
      <w:r>
        <w:t>to goya ramzan ke mahine mein partial tor par aap ko pani se aur food se deprive kar ke, ya reminder kiya jata hai, reminder.</w:t>
      </w:r>
    </w:p>
    <w:p>
      <w:pPr>
        <w:jc w:val="right"/>
      </w:pPr>
      <w:r>
        <w:t>تو گویا رمضان کے مہینے میں پارشل طور پر آپ کو پانی سے اور فوڈ سے ڈیپرائیو کر کے، یا ریمائنڈ کیا جاتا ہے، ریمائنڈ۔</w:t>
      </w:r>
    </w:p>
    <w:p>
      <w:r>
        <w:rPr>
          <w:b/>
        </w:rPr>
        <w:t xml:space="preserve">[29:01] </w:t>
      </w:r>
      <w:r>
        <w:t>ramzan is reminder ke jaldi waqt aane wala hai jab ke tum se bilkul hi chhin jaye ga.</w:t>
      </w:r>
    </w:p>
    <w:p>
      <w:pPr>
        <w:jc w:val="right"/>
      </w:pPr>
      <w:r>
        <w:t>رمضان از ریمائنڈر کہ جلدی وقت آنے والا ہے جب کہ تم سے بالکل ہی چھن جائے گا۔</w:t>
      </w:r>
    </w:p>
    <w:p>
      <w:r>
        <w:rPr>
          <w:b/>
        </w:rPr>
        <w:t xml:space="preserve">[29:11] </w:t>
      </w:r>
      <w:r>
        <w:t>na pani hoga, na khana hoga, na sabza hoga, na kuch hoga. to kya karo ge is waqt? to is se pehle ke woh waqt aaye, apne ko theek kar lo.</w:t>
      </w:r>
    </w:p>
    <w:p>
      <w:pPr>
        <w:jc w:val="right"/>
      </w:pPr>
      <w:r>
        <w:t>نہ پانی ہوگا، نہ کھانا ہوگا، نہ سبزہ ہوگا، نہ کچھ ہوگا۔ تو کیا کرو گے اس وقت؟ تو اس سے پہلے کہ وہ وقت آئے، اپنے کو ٹھیک کر لو۔</w:t>
      </w:r>
    </w:p>
    <w:p>
      <w:r>
        <w:rPr>
          <w:b/>
        </w:rPr>
        <w:t xml:space="preserve">[29:27] </w:t>
      </w:r>
      <w:r>
        <w:t>bahut mein samajhta hoon ke ramzan jo hai ek reminder hai, reminder hai ke waqt bahut qareeb aa gaya hai.</w:t>
      </w:r>
    </w:p>
    <w:p>
      <w:pPr>
        <w:jc w:val="right"/>
      </w:pPr>
      <w:r>
        <w:t>بہت میں سمجھتا ہوں کہ رمضان جو ہے ایک ریمائنڈر ہے، ریمائنڈر ہے کہ وقت بہت قریب آ گیا ہے۔</w:t>
      </w:r>
    </w:p>
    <w:p>
      <w:r>
        <w:rPr>
          <w:b/>
        </w:rPr>
        <w:t xml:space="preserve">[29:39] </w:t>
      </w:r>
      <w:r>
        <w:t>zarahum zarahum yaqulun wa yatamatta'u wa laihim al-'amal kuch din chhod do in ko ke woh khayein piyein aur kuch aur apna entertainment culture chala lein thode dinon ke liye.</w:t>
      </w:r>
    </w:p>
    <w:p>
      <w:pPr>
        <w:jc w:val="right"/>
      </w:pPr>
      <w:r>
        <w:t>زرہم زرہم یعقل وتمتع ویلہم العمل کچھ دن چھوڑ دو ان کو کہ وہ کھائیں پیئیں اور کچھ اور اپنا انٹرٹینمنٹ کلچر چلا لیں تھوڑے دنوں کے لیے۔</w:t>
      </w:r>
    </w:p>
    <w:p>
      <w:r>
        <w:rPr>
          <w:b/>
        </w:rPr>
        <w:t xml:space="preserve">[29:57] </w:t>
      </w:r>
      <w:r>
        <w:t>is ke baad to sab ko yahan se nikal kar ke daal diya jaye ga wahan jahan ke barren land hogi.</w:t>
      </w:r>
    </w:p>
    <w:p>
      <w:pPr>
        <w:jc w:val="right"/>
      </w:pPr>
      <w:r>
        <w:t>اس کے بعد تو سب کو یہاں سے نکال کر کے ڈال دیا جائے گا وہاں جہاں کہ بیرن لینڈ ہوگی۔</w:t>
      </w:r>
    </w:p>
    <w:p>
      <w:r>
        <w:rPr>
          <w:b/>
        </w:rPr>
        <w:t xml:space="preserve">[30:07] </w:t>
      </w:r>
      <w:r>
        <w:t>to ramzan ke mahine mein jo juzwi tor par, partial tor par khana aap ke haan chhudaya jata hai, woh ek reminder hai.</w:t>
      </w:r>
    </w:p>
    <w:p>
      <w:pPr>
        <w:jc w:val="right"/>
      </w:pPr>
      <w:r>
        <w:t>تو رمضان کے مہینے میں جو جزوی طور پر، پارشل طور پر کھانا آپ کے ہاں چھڑایا جاتا ہے، وہ ایک ریمائنڈر ہے۔</w:t>
      </w:r>
    </w:p>
    <w:p>
      <w:r>
        <w:rPr>
          <w:b/>
        </w:rPr>
        <w:t xml:space="preserve">[30:22] </w:t>
      </w:r>
      <w:r>
        <w:t>to aadmi ko chahiye ke</w:t>
      </w:r>
    </w:p>
    <w:p>
      <w:pPr>
        <w:jc w:val="right"/>
      </w:pPr>
      <w:r>
        <w:t>تو آدمی کو چاہیے کہ</w:t>
      </w:r>
    </w:p>
    <w:p>
      <w:r>
        <w:rPr>
          <w:b/>
        </w:rPr>
        <w:t xml:space="preserve">[30:27] </w:t>
      </w:r>
      <w:r>
        <w:t>ramzan ke mahine mein woh u-turn ka faisla le,</w:t>
      </w:r>
    </w:p>
    <w:p>
      <w:pPr>
        <w:jc w:val="right"/>
      </w:pPr>
      <w:r>
        <w:t>رمضان کے مہینے میں وہ یو ٹرن کا فیصلہ لے،</w:t>
      </w:r>
    </w:p>
    <w:p>
      <w:r>
        <w:rPr>
          <w:b/>
        </w:rPr>
        <w:t xml:space="preserve">[30:32] </w:t>
      </w:r>
      <w:r>
        <w:t>apni zindagi ko badle, apni zindagi ko badle, apne andar yeh transaction laye, soche, re-plan kare apni zindagi ka.</w:t>
      </w:r>
    </w:p>
    <w:p>
      <w:pPr>
        <w:jc w:val="right"/>
      </w:pPr>
      <w:r>
        <w:t>اپنی زندگی کو بدلے، اپنی زندگی کو بدلے، اپنے اندر یہ ٹرانسپیکشن لائے، سوچے، ری پلان کرے اپنی زندگی کا۔</w:t>
      </w:r>
    </w:p>
    <w:p>
      <w:r>
        <w:rPr>
          <w:b/>
        </w:rPr>
        <w:t xml:space="preserve">[30:43] </w:t>
      </w:r>
      <w:r>
        <w:t>wohi woh mein ne kaha ke from self oriented life to god oriented life, from insincerity to sincerity,</w:t>
      </w:r>
    </w:p>
    <w:p>
      <w:pPr>
        <w:jc w:val="right"/>
      </w:pPr>
      <w:r>
        <w:t>وہی وہ میں نے کہا کہ فرام سیلف اورینٹڈ لائف ٹو گاڈ اورینٹڈ لائف، فرام انسینسیرٹی ٹو سنسیرٹی،</w:t>
      </w:r>
    </w:p>
    <w:p>
      <w:r>
        <w:rPr>
          <w:b/>
        </w:rPr>
        <w:t xml:space="preserve">[31:01] </w:t>
      </w:r>
      <w:r>
        <w:t>from un controlled behavior to controlled behavior.</w:t>
      </w:r>
    </w:p>
    <w:p>
      <w:pPr>
        <w:jc w:val="right"/>
      </w:pPr>
      <w:r>
        <w:t>فرام ان کنٹرول بیہیویئر ٹو کنٹرول بیہیویئر۔</w:t>
      </w:r>
    </w:p>
    <w:p>
      <w:r>
        <w:rPr>
          <w:b/>
        </w:rPr>
        <w:t xml:space="preserve">[31:08] </w:t>
      </w:r>
      <w:r>
        <w:t>yeh poori zindagi ka mein samajhta hoon ke overhaul karne ka yeh message hai. poori zindagi hum negative thought mein jeete hain.</w:t>
      </w:r>
    </w:p>
    <w:p>
      <w:pPr>
        <w:jc w:val="right"/>
      </w:pPr>
      <w:r>
        <w:t>یہ پوری زندگی کا میں سمجھتا ہوں کہ اوورحال کرنے کا یہ میسج ہے۔ پوری زندگی ہم نیگیٹیو تھاٹ میں جیتے ہیں۔</w:t>
      </w:r>
    </w:p>
    <w:p>
      <w:r>
        <w:rPr>
          <w:b/>
        </w:rPr>
        <w:t xml:space="preserve">[31:20] </w:t>
      </w:r>
      <w:r>
        <w:t>humein negative thought se positive thought ki taraf apne ko le jana hai.</w:t>
      </w:r>
    </w:p>
    <w:p>
      <w:pPr>
        <w:jc w:val="right"/>
      </w:pPr>
      <w:r>
        <w:t>ہمیں نیگیٹیو تھاٹ سے پازیٹیو تھاٹ کی طرف اپنے کو لے جانا ہے۔</w:t>
      </w:r>
    </w:p>
    <w:p>
      <w:r>
        <w:rPr>
          <w:b/>
        </w:rPr>
        <w:t xml:space="preserve">[31:30] </w:t>
      </w:r>
      <w:r>
        <w:t>hum yani</w:t>
      </w:r>
    </w:p>
    <w:p>
      <w:pPr>
        <w:jc w:val="right"/>
      </w:pPr>
      <w:r>
        <w:t>ہم یعنی</w:t>
      </w:r>
    </w:p>
    <w:p>
      <w:r>
        <w:rPr>
          <w:b/>
        </w:rPr>
        <w:t xml:space="preserve">[31:36] </w:t>
      </w:r>
      <w:r>
        <w:t>apni azadi ko misuse karte hain. humein is ko khatam kar ke apni azadi ko control mein lana hai.</w:t>
      </w:r>
    </w:p>
    <w:p>
      <w:pPr>
        <w:jc w:val="right"/>
      </w:pPr>
      <w:r>
        <w:t>اپنی آزادی کو مس یوز کرتے ہیں۔ ہمیں اس کو ختم کر کے اپنی آزادی کو کنٹرول میں لانا ہے۔</w:t>
      </w:r>
    </w:p>
    <w:p>
      <w:r>
        <w:rPr>
          <w:b/>
        </w:rPr>
        <w:t xml:space="preserve">[31:49] </w:t>
      </w:r>
      <w:r>
        <w:t>hum material culture mein jeete hain. hamein ab spiritual culture mein aana hai.</w:t>
      </w:r>
    </w:p>
    <w:p>
      <w:pPr>
        <w:jc w:val="right"/>
      </w:pPr>
      <w:r>
        <w:t>ہم مٹیریل کلچر میں جیتے ہیں۔ ہمیں اب اسپریچول کلچر میں آنا ہے۔</w:t>
      </w:r>
    </w:p>
    <w:p>
      <w:r>
        <w:rPr>
          <w:b/>
        </w:rPr>
        <w:t xml:space="preserve">[32:01] </w:t>
      </w:r>
      <w:r>
        <w:t>violent culture mein hum jeete hain. hamein peaceful culture ki taraf lotna hai. yeh hai ramzan ka paigham. main samajhta hoon ke ramzan aik aik reminder hai, aik reminder.</w:t>
      </w:r>
    </w:p>
    <w:p>
      <w:pPr>
        <w:jc w:val="right"/>
      </w:pPr>
      <w:r>
        <w:t>وائلنٹ کلچر میں ہم جیتے ہیں۔ ہمیں پیس فل کلچر کی طرف لوٹنا ہے۔ یہ ہے رمضان کا پیغام۔ میں سمجھتا ہوں کہ رمضان ایک ایک ریمائنڈر ہے، ایک ریمائنڈر۔</w:t>
      </w:r>
    </w:p>
    <w:p>
      <w:r>
        <w:rPr>
          <w:b/>
        </w:rPr>
        <w:t xml:space="preserve">[32:14] </w:t>
      </w:r>
      <w:r>
        <w:t>quran mein ramzan ke bayan jahan aaya hai, surah al-baqarah mein, us mein teen word use kiye gaye hain: taqwa, aur shukr, aur takbeer.</w:t>
      </w:r>
    </w:p>
    <w:p>
      <w:pPr>
        <w:jc w:val="right"/>
      </w:pPr>
      <w:r>
        <w:t>قرآن میں رمضان کے بیان جہاں آیا ہے، سورہ البقرہ میں، اس میں تین ورڈ یوز کیے گئے ہیں: تقویٰ، اور شکر، اور تکبیر۔</w:t>
      </w:r>
    </w:p>
    <w:p>
      <w:r>
        <w:rPr>
          <w:b/>
        </w:rPr>
        <w:t xml:space="preserve">[32:29] </w:t>
      </w:r>
      <w:r>
        <w:t>taqwa ka matlab hai</w:t>
      </w:r>
    </w:p>
    <w:p>
      <w:pPr>
        <w:jc w:val="right"/>
      </w:pPr>
      <w:r>
        <w:t>تقویٰ کا مطلب ہے</w:t>
      </w:r>
    </w:p>
    <w:p>
      <w:r>
        <w:rPr>
          <w:b/>
        </w:rPr>
        <w:t xml:space="preserve">[32:36] </w:t>
      </w:r>
      <w:r>
        <w:t>god conscious hona.</w:t>
      </w:r>
    </w:p>
    <w:p>
      <w:pPr>
        <w:jc w:val="right"/>
      </w:pPr>
      <w:r>
        <w:t>گاڈ کانشیس ہونا۔</w:t>
      </w:r>
    </w:p>
    <w:p>
      <w:r>
        <w:rPr>
          <w:b/>
        </w:rPr>
        <w:t xml:space="preserve">[32:40] </w:t>
      </w:r>
      <w:r>
        <w:t>god conscious hona yeh hai taqwa ka matlab.</w:t>
      </w:r>
    </w:p>
    <w:p>
      <w:pPr>
        <w:jc w:val="right"/>
      </w:pPr>
      <w:r>
        <w:t>گاڈ کانشیس ہونا یہ ہے تقویٰ کا مطلب۔</w:t>
      </w:r>
    </w:p>
    <w:p>
      <w:r>
        <w:rPr>
          <w:b/>
        </w:rPr>
        <w:t xml:space="preserve">[32:46] </w:t>
      </w:r>
      <w:r>
        <w:t>to dunya mein hum is tarah zindagi guzarein ke hum god conscious ho chuke hon.</w:t>
      </w:r>
    </w:p>
    <w:p>
      <w:pPr>
        <w:jc w:val="right"/>
      </w:pPr>
      <w:r>
        <w:t>تو دنیا میں ہم اس طرح زندگی گزاریں کہ ہم گاڈ کانشیس ہو چکے ہوں۔</w:t>
      </w:r>
    </w:p>
    <w:p>
      <w:r>
        <w:rPr>
          <w:b/>
        </w:rPr>
        <w:t xml:space="preserve">[32:57] </w:t>
      </w:r>
      <w:r>
        <w:t>iska roze se kya taluq hai</w:t>
      </w:r>
    </w:p>
    <w:p>
      <w:pPr>
        <w:jc w:val="right"/>
      </w:pPr>
      <w:r>
        <w:t>اس کا روزے سے کیا تعلق ہے</w:t>
      </w:r>
    </w:p>
    <w:p>
      <w:r>
        <w:rPr>
          <w:b/>
        </w:rPr>
        <w:t xml:space="preserve">[32:59] </w:t>
      </w:r>
      <w:r>
        <w:t>? roze se yeh taluq hai ke hum khuda ne yeh kaha ke morning to light se le kar ke sun set tak tumhein khana peena chhod dena hai.</w:t>
      </w:r>
    </w:p>
    <w:p>
      <w:pPr>
        <w:jc w:val="right"/>
      </w:pPr>
      <w:r>
        <w:t>؟ روزے سے یہ تعلق ہے کہ ہم خدا نے یہ کہا کہ مارننگ ٹو لائٹ سے لے کر کے سن سیٹ تک تمہیں کھانا پینا چھوڑ دینا ہے۔</w:t>
      </w:r>
    </w:p>
    <w:p>
      <w:r>
        <w:rPr>
          <w:b/>
        </w:rPr>
        <w:t xml:space="preserve">[33:10] </w:t>
      </w:r>
      <w:r>
        <w:t>to hum ne is ko aisa kiya. yeh hai taqwa. yaani khuda ke hukum par hum ne apne apne routine ko badal diya, apne raat din ke timing ko badal diya.</w:t>
      </w:r>
    </w:p>
    <w:p>
      <w:pPr>
        <w:jc w:val="right"/>
      </w:pPr>
      <w:r>
        <w:t>تو ہم نے اس کو ایسا کیا۔ یہ ہے تقویٰ۔ یعنی خدا کے حکم پر ہم نے اپنے اپنے روٹین کو بدل دیا، اپنے رات دن کے ٹائمنگ کو بدل دیا۔</w:t>
      </w:r>
    </w:p>
    <w:p>
      <w:r>
        <w:rPr>
          <w:b/>
        </w:rPr>
        <w:t xml:space="preserve">[33:27] </w:t>
      </w:r>
      <w:r>
        <w:t>to yeh yeh yeh aik aik aik yahi kal nahin. yaani yeh yahi kal nahin hai. yeh to aik symbolic way mein poori zindagi se is ka taluq hai.</w:t>
      </w:r>
    </w:p>
    <w:p>
      <w:pPr>
        <w:jc w:val="right"/>
      </w:pPr>
      <w:r>
        <w:t>تو یہ یہ یہ ایک ایک ایک یہی کل نہیں۔ یعنی یہ یہی کل نہیں ہے۔ یہ تو ایک سمبلک وے میں پوری زندگی سے اس کا تعلق ہے۔</w:t>
      </w:r>
    </w:p>
    <w:p>
      <w:r>
        <w:rPr>
          <w:b/>
        </w:rPr>
        <w:t xml:space="preserve">[33:38] </w:t>
      </w:r>
      <w:r>
        <w:t>agar hum is ko samajh lein ke sirf yahi kal hai to woh ritual ban jayega. lekin agar yeh samajh lein ke yahi kal hai ke morning to light se le kar ke sun set tak na khao to phir woh to ritual ban jayega.</w:t>
      </w:r>
    </w:p>
    <w:p>
      <w:pPr>
        <w:jc w:val="right"/>
      </w:pPr>
      <w:r>
        <w:t>اگر ہم اس کو سمجھ لیں کہ صرف یہی کل ہے تو وہ ریچول بن جائے گا۔ لیکن اگر یہ سمجھ لیں کہ یہی کل ہے کہ مارننگ ٹو لائٹ سے لے کر کے سن سیٹ تک نہ کھاؤ تو پھر وہ تو ریچول بن جائے گا۔</w:t>
      </w:r>
    </w:p>
    <w:p>
      <w:r>
        <w:rPr>
          <w:b/>
        </w:rPr>
        <w:t xml:space="preserve">[33:55] </w:t>
      </w:r>
      <w:r>
        <w:t>aur phir woh kuch bhi nahin rahega.</w:t>
      </w:r>
    </w:p>
    <w:p>
      <w:pPr>
        <w:jc w:val="right"/>
      </w:pPr>
      <w:r>
        <w:t>اور پھر وہ کچھ بھی نہیں رہے گا۔</w:t>
      </w:r>
    </w:p>
    <w:p>
      <w:r>
        <w:rPr>
          <w:b/>
        </w:rPr>
        <w:t xml:space="preserve">[33:57] </w:t>
      </w:r>
      <w:r>
        <w:t>isi liye dekhein hadith mein aata hai ke kam min saimin laisa min al-siyam illa al-ju' wa al-'atash kam min saimin laisa min al-siyam illa al-ju' wa al-'atash.</w:t>
      </w:r>
    </w:p>
    <w:p>
      <w:pPr>
        <w:jc w:val="right"/>
      </w:pPr>
      <w:r>
        <w:t>اسی لیے دیکھیں حدیث میں آتا ہے کہ کم من سائم لیس من السام الا الجوع والعطش کم من سائم لیس من السام الا الجوع والعطش۔</w:t>
      </w:r>
    </w:p>
    <w:p>
      <w:r>
        <w:rPr>
          <w:b/>
        </w:rPr>
        <w:t xml:space="preserve">[34:12] </w:t>
      </w:r>
      <w:r>
        <w:t>kitne roze daar aise hain jinko apne roze se sirf bhook milti hai aur pyas milti hai. is ka matlab hai woh log jo ritual ke taur par roze rakhein, yaani spirit ko chhod kar roze rakhein.</w:t>
      </w:r>
    </w:p>
    <w:p>
      <w:pPr>
        <w:jc w:val="right"/>
      </w:pPr>
      <w:r>
        <w:t>کتنے روزے دار ایسے ہیں جن کو اپنے روزے سے صرف بھوک ملتی ہے اور پیاس ملتی ہے۔ اس کا مطلب ہے وہ لوگ جو ریچول کے طور پر روزہ رکھیں، یعنی اسپیریٹ کو چھوڑ کر روزہ رکھیں۔</w:t>
      </w:r>
    </w:p>
    <w:p>
      <w:r>
        <w:rPr>
          <w:b/>
        </w:rPr>
        <w:t xml:space="preserve">[34:27] </w:t>
      </w:r>
      <w:r>
        <w:t>to spirit less roza jo hai woh sirf rasam hai aur woh sirf bhook aur pyas hai. is ka koi faida nahin. kam min saimin laisa min al-siyam illa al-ju' wa al-'atash kitne roze roze daar aise hain un ko apne roze se sirf bhook pyas milti hai.</w:t>
      </w:r>
    </w:p>
    <w:p>
      <w:pPr>
        <w:jc w:val="right"/>
      </w:pPr>
      <w:r>
        <w:t>تو اسپیریٹ لیس روزہ جو ہے وہ صرف رسم ہے اور وہ صرف بھوک اور پیاس ہے۔ اس کا کوئی فائدہ نہیں۔ کم من سائم لیس من السام الا الجوع والعطش کتنے روزے روزے دار ایسے ہیں ان کو اپنے روزے سے صرف بھوک پیاس ملتی ہے۔</w:t>
      </w:r>
    </w:p>
    <w:p>
      <w:r>
        <w:rPr>
          <w:b/>
        </w:rPr>
        <w:t xml:space="preserve">[34:46] </w:t>
      </w:r>
      <w:r>
        <w:t>to wohi roza hai yeh jo spirit jis ke andar na ho. to woh sirf rasam ho jayega, ritual reh jayega. ritual</w:t>
      </w:r>
    </w:p>
    <w:p>
      <w:pPr>
        <w:jc w:val="right"/>
      </w:pPr>
      <w:r>
        <w:t>تو وہی روزہ ہے یہ جو اسپیریٹ جس کے اندر نہ ہو۔ تو وہ صرف رسم ہو جائے گا، ریچول رہ جائے گا۔ ریچول</w:t>
      </w:r>
    </w:p>
    <w:p>
      <w:r>
        <w:rPr>
          <w:b/>
        </w:rPr>
        <w:t xml:space="preserve">[34:54] </w:t>
      </w:r>
      <w:r>
        <w:t>ritual ki koi value nahin hai. aur shukr yeh hai ke aap jante hain ke aadmi cheezon ko for garden leta rehta hai.</w:t>
      </w:r>
    </w:p>
    <w:p>
      <w:pPr>
        <w:jc w:val="right"/>
      </w:pPr>
      <w:r>
        <w:t>ریچول کی کوئی ویلیو نہیں ہے۔ اور شکر یہ ہے کہ آپ جانتے ہیں کہ آدمی چیزوں کو فار گارڈن لیتا رہتا ہے۔</w:t>
      </w:r>
    </w:p>
    <w:p>
      <w:r>
        <w:rPr>
          <w:b/>
        </w:rPr>
        <w:t xml:space="preserve">[35:06] </w:t>
      </w:r>
      <w:r>
        <w:t>jab aap pani aur khana har cheez mil rahi hai aap ko to aap is ko for garden lete rehte hain. to ehsaas yeh hota hai ke kaisi blessing hai, kitni badi cheez hai yeh.</w:t>
      </w:r>
    </w:p>
    <w:p>
      <w:pPr>
        <w:jc w:val="right"/>
      </w:pPr>
      <w:r>
        <w:t>جب آپ پانی اور کھانا ہر چیز مل رہی ہے آپ کو تو آپ اس کو فار گارڈن لیتے رہتے ہیں۔ تو احساس یہ ہوتا ہے کہ کیسی بلیسنگ ہے، کتنی بڑی چیز ہے یہ۔</w:t>
      </w:r>
    </w:p>
    <w:p>
      <w:r>
        <w:rPr>
          <w:b/>
        </w:rPr>
        <w:t xml:space="preserve">[35:17] </w:t>
      </w:r>
      <w:r>
        <w:t>to jab aap ko is se rooka jata hai, jab aap is is ka experience aap ko hota hai ke yeh na ho to kya mera haal ho jayega.</w:t>
      </w:r>
    </w:p>
    <w:p>
      <w:pPr>
        <w:jc w:val="right"/>
      </w:pPr>
      <w:r>
        <w:t>تو جب آپ کو اس سے روکا جاتا ہے، جب آپ اس اس کا ایکسپیرینس آپ کو ہوتا ہے کہ یہ نہ ہو تو کیا میرا حال ہو جائے گا۔</w:t>
      </w:r>
    </w:p>
    <w:p>
      <w:r>
        <w:rPr>
          <w:b/>
        </w:rPr>
        <w:t xml:space="preserve">[35:30] </w:t>
      </w:r>
      <w:r>
        <w:t>phir jab milta hai aap ko, yaani din mein aap ko woh cheezein nahin milin, phir sham ko iftar ke waqt milin to aap ko is ka ehsaas hota hai ke kaisi aham cheez hai.</w:t>
      </w:r>
    </w:p>
    <w:p>
      <w:pPr>
        <w:jc w:val="right"/>
      </w:pPr>
      <w:r>
        <w:t>پھر جب ملتا ہے آپ کو، یعنی دن میں آپ کو وہ چیزیں نہیں ملیں، پھر شام کو افطار کے وقت ملیں تو آپ کو اس کا احساس ہوتا ہے کہ کیسی اہم چیز ہے۔</w:t>
      </w:r>
    </w:p>
    <w:p>
      <w:r>
        <w:rPr>
          <w:b/>
        </w:rPr>
        <w:t xml:space="preserve">[35:40] </w:t>
      </w:r>
      <w:r>
        <w:t>us waqt us waqt dil se shukr ka alfaaz nikl</w:t>
      </w:r>
    </w:p>
    <w:p>
      <w:pPr>
        <w:jc w:val="right"/>
      </w:pPr>
      <w:r>
        <w:t>اس وقت اس وقت دل سے شکر کا الفاظ نکل</w:t>
      </w:r>
    </w:p>
    <w:p>
      <w:r>
        <w:rPr>
          <w:b/>
        </w:rPr>
        <w:t xml:space="preserve">[35:45] </w:t>
      </w:r>
      <w:r>
        <w:t>padte hain. jaise rasool Allah ne jab iftar kiya to aap ne farmaya ke dhahabat zam'u wa'btallat al-'uruqu wa thabat al-ajru insha Allah ta'ala pyas chali gayi aur ragen tar ho gayin.</w:t>
      </w:r>
    </w:p>
    <w:p>
      <w:pPr>
        <w:jc w:val="right"/>
      </w:pPr>
      <w:r>
        <w:t>پڑتے ہیں۔ جیسے رسول اللہ نے جب افطار کیا تو آپ نے فرمایا کہ ذهبت زمع وطلت العروق وصوت اللرجو انشاء اللہ تعالی پیاس چلی گئی اور رگیں تر ہو گئیں۔</w:t>
      </w:r>
    </w:p>
    <w:p>
      <w:r>
        <w:rPr>
          <w:b/>
        </w:rPr>
        <w:t xml:space="preserve">[35:58] </w:t>
      </w:r>
      <w:r>
        <w:t>zara sochiye in in in in in shabdon par sochiye ke aadmi jab pyasa ho, halaq sookh raha ho aur is tarah se din guzarne ke baad sham ko jab pani peeta hai woh to ajeeb kaifiyat hoti hai.</w:t>
      </w:r>
    </w:p>
    <w:p>
      <w:pPr>
        <w:jc w:val="right"/>
      </w:pPr>
      <w:r>
        <w:t>ذرا سوچیے ان ان ان ان ان शब्दوں پر سوچیے کہ آدمی جب پیاسا ہو، حلق سوکھ رہا ہو اور اس طریقے سے دن گزارنے کے بعد شام کو جب پانی پیتا ہے وہ تو عجیب کیفیت ہوتی ہے۔</w:t>
      </w:r>
    </w:p>
    <w:p>
      <w:r>
        <w:rPr>
          <w:b/>
        </w:rPr>
        <w:t xml:space="preserve">[36:14] </w:t>
      </w:r>
      <w:r>
        <w:t>isi ko aap ne farmaya ke dhahabat zam'u wa'btallat al-'uruqu pyas chali gayi aur ragen tar ho gayin. to us waqt jo kalma nikalta hai usi ka naam hai shukr.</w:t>
      </w:r>
    </w:p>
    <w:p>
      <w:pPr>
        <w:jc w:val="right"/>
      </w:pPr>
      <w:r>
        <w:t>اسی کو آپ نے فرمایا کہ ذهبت زمع وطلت العروق پیاس چلی گئی اور رگیں تر ہو گئیں۔ تو اس وقت جو کلمہ نکلتا ہے اسی کا نام ہے شکر۔</w:t>
      </w:r>
    </w:p>
    <w:p>
      <w:r>
        <w:rPr>
          <w:b/>
        </w:rPr>
        <w:t xml:space="preserve">[36:27] </w:t>
      </w:r>
      <w:r>
        <w:t>shukr ka lafz sarvis ka naam nahi hai.</w:t>
      </w:r>
    </w:p>
    <w:p>
      <w:pPr>
        <w:jc w:val="right"/>
      </w:pPr>
      <w:r>
        <w:t>شکر کا لفظ سروس کا نام نہیں ہے۔</w:t>
      </w:r>
    </w:p>
    <w:p>
      <w:r>
        <w:rPr>
          <w:b/>
        </w:rPr>
        <w:t xml:space="preserve">[36:31] </w:t>
      </w:r>
      <w:r>
        <w:t>shukr jo hai dil ki poori feeling ke sath, poori کیفیت ke sath, dil ke poore ehsas ke sath jo baat jo jo aap acknowledge karte hain Khuda ki blessing ka,</w:t>
      </w:r>
    </w:p>
    <w:p>
      <w:pPr>
        <w:jc w:val="right"/>
      </w:pPr>
      <w:r>
        <w:t>شکر جو ہے دل کی پوری فیلنگ کے ساتھ، پوری کیفیت کے ساتھ، دل کے پورے احساس کے ساتھ جو بات جو جو آپ اکنالج کرتے ہیں خدا کی بلیسنگ کا،</w:t>
      </w:r>
    </w:p>
    <w:p>
      <w:r>
        <w:rPr>
          <w:b/>
        </w:rPr>
        <w:t xml:space="preserve">[36:45] </w:t>
      </w:r>
      <w:r>
        <w:t>is gehre acknowledge, is is gehre acknowledgement ka naam hai shukr. Isi tarah se takbeer aaya hai "wa yatakabbar Allahu alaikum mimma haddakum" yani Khuda ki barhai ko manna.</w:t>
      </w:r>
    </w:p>
    <w:p>
      <w:pPr>
        <w:jc w:val="right"/>
      </w:pPr>
      <w:r>
        <w:t>اس گہرے اکنالج، اس اس گہرے اکنالجمنٹ کا نام ہے شکر۔ اسی طرح سے تکبیر آیا ہے ویتکبر اللہ علی مہداکم یعنی خدا کی بڑائی کو ماننا۔</w:t>
      </w:r>
    </w:p>
    <w:p>
      <w:r>
        <w:rPr>
          <w:b/>
        </w:rPr>
        <w:t xml:space="preserve">[37:00] </w:t>
      </w:r>
      <w:r>
        <w:t>yeh jo takbeer aayi hai yeh yeh aaya hai iske zehen mein ke Quran mein yeh hai ke "wa in kuntum marda awla safarin min ayyamin ukhra" yani agar tum bimar ho ya tum safar par ho to tum roza chhod sakte ho aur baat ko tum use poora kar lo.</w:t>
      </w:r>
    </w:p>
    <w:p>
      <w:pPr>
        <w:jc w:val="right"/>
      </w:pPr>
      <w:r>
        <w:t>یہ جو تکبیر آئی ہے یہ یہ آیا ہے اس کے ذہن میں کہ قرآن میں یہ ہے کہ وإن كنتم مرضى أول سفر من أيام آخر یعنی اگر تم بیمار ہو یا تم سفر پر ہو تو تم روزہ چھوڑ سکتے ہو اور بات کو تم اسے پورا کر لو۔</w:t>
      </w:r>
    </w:p>
    <w:p>
      <w:r>
        <w:rPr>
          <w:b/>
        </w:rPr>
        <w:t xml:space="preserve">[37:25] </w:t>
      </w:r>
      <w:r>
        <w:t>yeh safar ki halat mein chhod kar ke aur mareez ki halat, marz ki halat mein chhod kar ke yeh goya rukhsat di gayi. Baat ko poora kar lo.</w:t>
      </w:r>
    </w:p>
    <w:p>
      <w:pPr>
        <w:jc w:val="right"/>
      </w:pPr>
      <w:r>
        <w:t>یہ سفر کی حالت میں چھوڑ کر کے اور مریض کی حالت، مرض کی حالت میں چھوڑ کر کے یہ گویا رخصت دی گئی۔ بات کو پورا کر لو۔</w:t>
      </w:r>
    </w:p>
    <w:p>
      <w:r>
        <w:rPr>
          <w:b/>
        </w:rPr>
        <w:t xml:space="preserve">[37:36] </w:t>
      </w:r>
      <w:r>
        <w:t>aur aap jante hain ke fiqh mein yeh masla hai ke baaz sooraton mein yani roza jo hai woh saaqit ho jata hai.</w:t>
      </w:r>
    </w:p>
    <w:p>
      <w:pPr>
        <w:jc w:val="right"/>
      </w:pPr>
      <w:r>
        <w:t>اور آپ جانتے ہیں کہ فقہ میں یہ مسئلہ ہے کہ بعض صورتوں میں یعنی روزہ جو ہے وہ ساقط ہو جاتا ہے۔</w:t>
      </w:r>
    </w:p>
    <w:p>
      <w:r>
        <w:rPr>
          <w:b/>
        </w:rPr>
        <w:t xml:space="preserve">[37:47] </w:t>
      </w:r>
      <w:r>
        <w:t>roza rakhne qabil jab na rahe aadmi, woh misaal ke taur par bahut boodha ho chuka hai, roza nahi rakh sakta woh</w:t>
      </w:r>
    </w:p>
    <w:p>
      <w:pPr>
        <w:jc w:val="right"/>
      </w:pPr>
      <w:r>
        <w:t>روزہ رکھنے قابل جب نہ رہے آدمی، وہ مثلاً بہت بوڑھا ہو چکا ہے، روزہ نہیں رکھ سکتا وہ</w:t>
      </w:r>
    </w:p>
    <w:p>
      <w:r>
        <w:rPr>
          <w:b/>
        </w:rPr>
        <w:t xml:space="preserve">[37:52] </w:t>
      </w:r>
      <w:r>
        <w:t>to isko is is is ke liye woh zaroorat sharai ban gayi ke woh roza rakhne ke liye qabil nahi raha.</w:t>
      </w:r>
    </w:p>
    <w:p>
      <w:pPr>
        <w:jc w:val="right"/>
      </w:pPr>
      <w:r>
        <w:t>تو اس کو اس اس اس کے لیے وہ ضرورت شرعی بن گئی کہ وہ روزہ رکھنے کے لیے قابل نہیں رہا۔</w:t>
      </w:r>
    </w:p>
    <w:p>
      <w:r>
        <w:rPr>
          <w:b/>
        </w:rPr>
        <w:t xml:space="preserve">[38:02] </w:t>
      </w:r>
      <w:r>
        <w:t>to kya koi bahut zyada yani chronic marz lag gaya isko jis mein woh achha nahi hone wala hai aur rozana isko dawa bhi khani hai isko?</w:t>
      </w:r>
    </w:p>
    <w:p>
      <w:pPr>
        <w:jc w:val="right"/>
      </w:pPr>
      <w:r>
        <w:t>تو کیا کوئی بہت زیادہ یعنی کرونک مرض لگ گیا اس کو جس میں وہ اچھا نہیں ہونے والا ہے اور روزانہ اس کو دوا بھی کھانی ہے اس کو؟</w:t>
      </w:r>
    </w:p>
    <w:p>
      <w:r>
        <w:rPr>
          <w:b/>
        </w:rPr>
        <w:t xml:space="preserve">[38:12] </w:t>
      </w:r>
      <w:r>
        <w:t>to koi bahut zyada sakht bimari ho ya bahut zyada boodhapa aa jaye to us waqt mustaqil taur par roza chhodne ka ijazat hai.</w:t>
      </w:r>
    </w:p>
    <w:p>
      <w:pPr>
        <w:jc w:val="right"/>
      </w:pPr>
      <w:r>
        <w:t>تو کوئی بہت زیادہ سخت بیماری ہو یا بہت زیادہ بڑھاپا آ جائے تو اس وقت مستقل طور پر روزہ چھوڑنے کا اجازت ہے۔</w:t>
      </w:r>
    </w:p>
    <w:p>
      <w:r>
        <w:rPr>
          <w:b/>
        </w:rPr>
        <w:t xml:space="preserve">[38:21] </w:t>
      </w:r>
      <w:r>
        <w:t>to baaz halaton mein roza chhod kar ke isko poora karna padta hai aur baaz halaton mein ijazat hai ke woh roza in se goya saaqit ho gaya.</w:t>
      </w:r>
    </w:p>
    <w:p>
      <w:pPr>
        <w:jc w:val="right"/>
      </w:pPr>
      <w:r>
        <w:t>تو بعض حالتوں میں روزہ چھوڑ کر کے اس کو پورا کرنا پڑتا ہے اور بعض حالتوں میں اجازت ہے کہ وہ روزہ ان سے گویا ساقط ہو گیا۔</w:t>
      </w:r>
    </w:p>
    <w:p>
      <w:r>
        <w:rPr>
          <w:b/>
        </w:rPr>
        <w:t xml:space="preserve">[38:31] </w:t>
      </w:r>
      <w:r>
        <w:t>lekin isi pe yeh jo farmaya "wa yatakabbar Allahu alaikum mimma haddakum" yeh farmaya ke "in yureed Allahu bikumul 'usra" yeh ayat par maine gaur kiya ke is yeh jo rukhsat di gayi hai iske zehen mein yeh farmaya ke Khuda chahta hai tumhare liye aasani, mushkil nahi chahta aur yeh chahta hai ke tum iski barhai karo.</w:t>
      </w:r>
    </w:p>
    <w:p>
      <w:pPr>
        <w:jc w:val="right"/>
      </w:pPr>
      <w:r>
        <w:t>لیکن اسی پہ یہ جو فرمایا ویتکبر اللہ علی مہداکم یہ فرمایا کہ إن يريد الله بكم العسر یہ آیت پر میں نے غور کیا کہ اس یہ جو رخصت دی گئی ہے اس کے ذہن میں یہ فرمایا کہ خدا چاہتا ہے تمہارے لیے آسانی، مشکل نہیں چاہتا اور یہ چاہتا ہے کہ تم اس کی برائی کرو۔</w:t>
      </w:r>
    </w:p>
    <w:p>
      <w:r>
        <w:rPr>
          <w:b/>
        </w:rPr>
        <w:t xml:space="preserve">[38:56] </w:t>
      </w:r>
      <w:r>
        <w:t>is par maine gaur kiya to meri samajh mein yeh baat aayi ke roze ke do aspect hain: ek hai physical aspect, ek hai spiritual aspect.</w:t>
      </w:r>
    </w:p>
    <w:p>
      <w:pPr>
        <w:jc w:val="right"/>
      </w:pPr>
      <w:r>
        <w:t>اس پر میں نے غور کیا تو میری سمجھ میں یہ بات آئی کہ روزے کے دو اسپیکٹ ہیں: ایک ہے فزیکل اسپیکٹ، ایک ہے اسپریچول اسپیکٹ۔</w:t>
      </w:r>
    </w:p>
    <w:p>
      <w:r>
        <w:rPr>
          <w:b/>
        </w:rPr>
        <w:t xml:space="preserve">[39:13] </w:t>
      </w:r>
      <w:r>
        <w:t>roze ka ek physical aspect hai, ek spiritual aspect hai. Physical aspect kya hai? Khana aur peena chhod dena yani morning to light se le kar ke sun set tak khana na khana.</w:t>
      </w:r>
    </w:p>
    <w:p>
      <w:pPr>
        <w:jc w:val="right"/>
      </w:pPr>
      <w:r>
        <w:t>روزے کا ایک فزیکل اسپیکٹ ہے، ایک اسپریچول اسپیکٹ ہے۔ فزیکل اسپیکٹ کیا ہے؟ کھانا اور پینا چھوڑ دینا یعنی مارننگ ٹو لائٹ سے لے کر کے سن سیٹ تک کھانا نہ کھانا۔</w:t>
      </w:r>
    </w:p>
    <w:p>
      <w:r>
        <w:rPr>
          <w:b/>
        </w:rPr>
        <w:t xml:space="preserve">[39:25] </w:t>
      </w:r>
      <w:r>
        <w:t>yeh hai iska physical aspect. Aur spiritual aspect kya hai? Spiritual aspect yeh hai ke Khuda ki barhai aap ke dil mein bhari hui ho.</w:t>
      </w:r>
    </w:p>
    <w:p>
      <w:pPr>
        <w:jc w:val="right"/>
      </w:pPr>
      <w:r>
        <w:t>یہ ہے اس کا فزیکل اسپیکٹ۔ اور اسپریچول اسپیکٹ کیا ہے؟ اسپریچول اسپیکٹ یہ ہے کہ خدا کی بڑائی آپ کے دل میں بھری ہوئی ہو۔</w:t>
      </w:r>
    </w:p>
    <w:p>
      <w:r>
        <w:rPr>
          <w:b/>
        </w:rPr>
        <w:t xml:space="preserve">[39:34] </w:t>
      </w:r>
      <w:r>
        <w:t>Khuda ka shukr, Khuda ko acknowledge karna, uski blessing par yeh aap ke dil mein bhara hua ho. Aap ka mind jo hai Khuda ki soch mein jeeta ho.</w:t>
      </w:r>
    </w:p>
    <w:p>
      <w:pPr>
        <w:jc w:val="right"/>
      </w:pPr>
      <w:r>
        <w:t>خدا کا شکر، خدا کو اکنالج کرنا، اس کی بلیسنگ پر یہ آپ کے دل میں بھرا ہوا ہو۔ آپ کا مائنڈ جو ہے خدا کی سوچ میں جیتا ہو۔</w:t>
      </w:r>
    </w:p>
    <w:p>
      <w:r>
        <w:rPr>
          <w:b/>
        </w:rPr>
        <w:t xml:space="preserve">[39:43] </w:t>
      </w:r>
      <w:r>
        <w:t>yeh hai iska spiritual aspect. Yani goya ke ek hai roze ki spirit, ek hai roze ka form. Form yeh hai ke aap din ko na khana khayen.</w:t>
      </w:r>
    </w:p>
    <w:p>
      <w:pPr>
        <w:jc w:val="right"/>
      </w:pPr>
      <w:r>
        <w:t>یہ ہے اس کا اسپریچول اسپیکٹ۔ یعنی گویا کہ ایک ہے روزے کی اسپیریٹ، ایک ہے روزے کا فارم۔ فارم یہ ہے کہ آپ دن کو نہ کھانا کھائیں۔</w:t>
      </w:r>
    </w:p>
    <w:p>
      <w:r>
        <w:rPr>
          <w:b/>
        </w:rPr>
        <w:t xml:space="preserve">[39:55] </w:t>
      </w:r>
      <w:r>
        <w:t>spirit yeh hai ke aap ke dil mein bhara hua ho Khuda ki barhai ka ehsas. Is par gaur karne ke baad meri samajh mein aaya ke ke roza chhodne ki jo ijazat hai woh sirf physical sense mein hai, spiritual sense mein nahi hai.</w:t>
      </w:r>
    </w:p>
    <w:p>
      <w:pPr>
        <w:jc w:val="right"/>
      </w:pPr>
      <w:r>
        <w:t>اسپیریٹ یہ ہے کہ آپ کے دل میں بھرا ہوا ہو خدا کی بڑائی کا احساس۔ اس پر غور کرنے کے بعد میری سمجھ میں آیا کہ کہ روزہ چھوڑنے کی جو اجازت ہے وہ صرف فزیکل سینس میں ہے، اسپریچول سینس میں نہیں ہے۔</w:t>
      </w:r>
    </w:p>
    <w:p>
      <w:r>
        <w:rPr>
          <w:b/>
        </w:rPr>
        <w:t xml:space="preserve">[40:13] </w:t>
      </w:r>
      <w:r>
        <w:t>jin logon ko sharai taur par, jin logon ko sharai taur par temporary taur par aur ya ya permanent taur par roza chhodne ki ijazat hai, unko sirf physical sense mein chhodne ki ijazat hai, spiritual sense mein nahi.</w:t>
      </w:r>
    </w:p>
    <w:p>
      <w:pPr>
        <w:jc w:val="right"/>
      </w:pPr>
      <w:r>
        <w:t>جن لوگوں کو شرعی طور پر، جن لوگوں کو شرعی طور پر ٹیمپریری طور پر اور یا یا پرماننٹ طور پر روزہ چھوڑنے کی اجازت ہے، ان کو صرف فزیکل سینس میں چھوڑنے کی اجازت ہے، اسپریچول سینس میں نہیں۔</w:t>
      </w:r>
    </w:p>
    <w:p>
      <w:r>
        <w:rPr>
          <w:b/>
        </w:rPr>
        <w:t xml:space="preserve">[40:31] </w:t>
      </w:r>
      <w:r>
        <w:t>yani spirit wala roza phir bhi rakhna hai unhein,</w:t>
      </w:r>
    </w:p>
    <w:p>
      <w:pPr>
        <w:jc w:val="right"/>
      </w:pPr>
      <w:r>
        <w:t>یعنی اسپیریٹ والا روزہ پھر بھی رکھنا ہے انہیں،</w:t>
      </w:r>
    </w:p>
    <w:p>
      <w:r>
        <w:rPr>
          <w:b/>
        </w:rPr>
        <w:t xml:space="preserve">[40:37] </w:t>
      </w:r>
      <w:r>
        <w:t>chahe koi kitna hi bimar ho jaye, koi kitna hi boodha ho jaye. Roza rakhne qabil na rahe woh</w:t>
      </w:r>
    </w:p>
    <w:p>
      <w:pPr>
        <w:jc w:val="right"/>
      </w:pPr>
      <w:r>
        <w:t>چاہے کوئی کتنا ہی بیمار ہو جائے، کوئی کتنا ہی بوڑھا ہو جائے۔ روزہ رکھنے قابل نہ رہے وہ</w:t>
      </w:r>
    </w:p>
    <w:p>
      <w:r>
        <w:rPr>
          <w:b/>
        </w:rPr>
        <w:t xml:space="preserve">[40:43] </w:t>
      </w:r>
      <w:r>
        <w:t>aur zaroorat tibbi al mahzurat ka darje mein pahunch jaye, woh tab bhi isko sirf physical roza chhodne ki ijazat hai. Spiritual roza chhodne ki ijazat isko nahi hai.</w:t>
      </w:r>
    </w:p>
    <w:p>
      <w:pPr>
        <w:jc w:val="right"/>
      </w:pPr>
      <w:r>
        <w:t>اور ضرورت طبیع المحضورات کا درجے میں پہنچ جائے، وہ تب بھی اس کو صرف فزیکل روزہ چھوڑنے کی اجازت ہے۔ اسپریچول روزہ چھوڑنے کی اجازت اس کو نہیں ہے۔</w:t>
      </w:r>
    </w:p>
    <w:p>
      <w:r>
        <w:rPr>
          <w:b/>
        </w:rPr>
        <w:t xml:space="preserve">[40:55] </w:t>
      </w:r>
      <w:r>
        <w:t>agar woh spiritual roza bhi chhod de to Khuda ke haan woh be-rozedaar uthaya jayega, be-rozedaar. To spiritual roza aur physical roza kya hai?</w:t>
      </w:r>
    </w:p>
    <w:p>
      <w:pPr>
        <w:jc w:val="right"/>
      </w:pPr>
      <w:r>
        <w:t>اگر وہ اسپریچول روزہ بھی چھوڑ دے تو خدا کے ہاں وہ بے روزہ دار اٹھایا جائے گا، بے روزہ دار۔ تو اسپریچول روزہ اور فزیکل روزہ کیا ہے؟</w:t>
      </w:r>
    </w:p>
    <w:p>
      <w:r>
        <w:rPr>
          <w:b/>
        </w:rPr>
        <w:t xml:space="preserve">[41:07] </w:t>
      </w:r>
      <w:r>
        <w:t>to physical roza yeh hai ke aap din mein kuch na khayen, wine na piyen, khana na khayen.</w:t>
      </w:r>
    </w:p>
    <w:p>
      <w:pPr>
        <w:jc w:val="right"/>
      </w:pPr>
      <w:r>
        <w:t>تو فزیکل روزہ یہ ہے کہ آپ دن میں کچھ نہ کھائیں، وائن نہ پیئیں، کھانا نہ کھائیں۔</w:t>
      </w:r>
    </w:p>
    <w:p>
      <w:r>
        <w:rPr>
          <w:b/>
        </w:rPr>
        <w:t xml:space="preserve">[41:17] </w:t>
      </w:r>
      <w:r>
        <w:t>yeh hai physical roza, jism ka roza. To jab aadmi bilkul roza rakhne qabil na rahe, yani shariat ki ke jo definition hai shariat ki, uske mutabiq khud hi khud nahi, yani hum faisla nahi kar sakte ke hum category mein aa gaye.</w:t>
      </w:r>
    </w:p>
    <w:p>
      <w:pPr>
        <w:jc w:val="right"/>
      </w:pPr>
      <w:r>
        <w:t>یہ ہے فزیکل روزہ، جسم کا روزہ۔ تو جب آدمی بالکل روزہ رکھنے قابل نہ رہے، یعنی شریعت کی کہ جو ڈیفینیشن ہے شریعت کی، اس کے مطابق خود ہی خود نہیں، یعنی ہم فیصلہ نہیں کر سکتے کہ ہم اس کیٹگری میں آ گئے۔</w:t>
      </w:r>
    </w:p>
    <w:p>
      <w:r>
        <w:rPr>
          <w:b/>
        </w:rPr>
        <w:t xml:space="preserve">[41:38] </w:t>
      </w:r>
      <w:r>
        <w:t>jo shariyat mein jo bataya gaya hai, us category mein shariyat ke mutabiq agar aa jaye aadmi aur us ko roza chhodne ki ijazat ho jaye, tab bhi woh sirf yahi kar kar sakta hai ke us roze ka form chhodey.</w:t>
      </w:r>
    </w:p>
    <w:p>
      <w:pPr>
        <w:jc w:val="right"/>
      </w:pPr>
      <w:r>
        <w:t>جو شریعت میں جو بتایا گیا ہے، اس کیٹگری میں شریعت کے مطابق اگر آ جائے آدمی اور اس کو روزہ چھوڑنے کی اجازت ہو جائے، تب بھی وہ صرف یہی کر کر سکتا ہے کہ اس روزے کا فارم چھوڑے۔</w:t>
      </w:r>
    </w:p>
    <w:p>
      <w:r>
        <w:rPr>
          <w:b/>
        </w:rPr>
        <w:t xml:space="preserve">[41:49] </w:t>
      </w:r>
      <w:r>
        <w:t>wo form yani khana khana aur peena, lekin jahan tak spirit ki baat hai, woh phir bhi us ko rakhna padega roza. is se maine samjha yeh "yurid allahu bikumul yusra wala yuridu bikumul usra wayatakallahu alaykum walitukmilu ad data walitukabbiru allaha ala ma hadakum"</w:t>
      </w:r>
    </w:p>
    <w:p>
      <w:pPr>
        <w:jc w:val="right"/>
      </w:pPr>
      <w:r>
        <w:t>وہ فارم یعنی کھانا کھانا اور پینا، لیکن جہاں تک اسپیریٹ کی بات ہے، وہ پھر بھی اس کو رکھنا پڑے گا روزہ۔ اس سے میں نے سمجھا یہ يريد الله بكم اليسر ولا يريد بكم العسر ويتکبر ويتکبر الله علی مہداکم</w:t>
      </w:r>
    </w:p>
    <w:p>
      <w:r>
        <w:rPr>
          <w:b/>
        </w:rPr>
        <w:t xml:space="preserve">[42:08] </w:t>
      </w:r>
      <w:r>
        <w:t>yani Khuda ne tum ko aasan kar diya physical sense mein ke physical sense mein kaha ke roza na rakho, aarzai ya mustaqil, jaisi jaisi situation ho.</w:t>
      </w:r>
    </w:p>
    <w:p>
      <w:pPr>
        <w:jc w:val="right"/>
      </w:pPr>
      <w:r>
        <w:t>یعنی خدا نے تم کو آسان کر دیا فزیکل سینس میں کہ فزیکل سینس میں کہا کہ روزہ نہ رکھو، عارضی یا مستقل، جیسی جیسی سچوئیشن ہو۔</w:t>
      </w:r>
    </w:p>
    <w:p>
      <w:r>
        <w:rPr>
          <w:b/>
        </w:rPr>
        <w:t xml:space="preserve">[42:22] </w:t>
      </w:r>
      <w:r>
        <w:t>to physical sense mein tum ko de di rokhsat, concession. rokhsat means concession. to concession jo hai, woh sirf physical sense mein hai, spiritual sense mein jo hai, concession nahi hai.</w:t>
      </w:r>
    </w:p>
    <w:p>
      <w:pPr>
        <w:jc w:val="right"/>
      </w:pPr>
      <w:r>
        <w:t>تو فزیکل سینس میں تم کو دے دی رخصت، کنسیشن۔ رخصت مینز کنسیشن۔ تو کنسیشن جو ہے، وہ صرف فزیکل سینس میں ہے، اسپریچول سینس میں جو ہے، کنسیشن نہیں ہے۔</w:t>
      </w:r>
    </w:p>
    <w:p>
      <w:r>
        <w:rPr>
          <w:b/>
        </w:rPr>
        <w:t xml:space="preserve">[42:38] </w:t>
      </w:r>
      <w:r>
        <w:t>yani aap ko apne dil aur apne dimagh ke aitbar se phir bhi roze mein rozedar bane rehna hai. yeh Khuda ki barhai mein jeena hai, Khuda ke shukr mein jeena hai, Khuda ke taqwa mein jeena hai,</w:t>
      </w:r>
    </w:p>
    <w:p>
      <w:pPr>
        <w:jc w:val="right"/>
      </w:pPr>
      <w:r>
        <w:t>یعنی آپ کو اپنے دل اور اپنے دماغ کے اعتبار سے پھر بھی روزے میں روزے دار بنے رہنا ہے۔ یہ خدا کی بڑائی میں جینا ہے، خدا کے شکر میں جینا ہے، خدا کے تقویٰ میں جینا ہے،</w:t>
      </w:r>
    </w:p>
    <w:p>
      <w:r>
        <w:rPr>
          <w:b/>
        </w:rPr>
        <w:t xml:space="preserve">[42:52] </w:t>
      </w:r>
      <w:r>
        <w:t>Khuda ke surrender kiye rehna hai. yeh sab phir bhi kar karna hai. is ayat se yeh main samjhaun</w:t>
      </w:r>
    </w:p>
    <w:p>
      <w:pPr>
        <w:jc w:val="right"/>
      </w:pPr>
      <w:r>
        <w:t>خدا کے سرینڈر کیے رہنا ہے۔ یہ سب پھر بھی کر کرنا ہے۔ اس آیت سے یہ میں سمجھاؤں</w:t>
      </w:r>
    </w:p>
    <w:p>
      <w:r>
        <w:rPr>
          <w:b/>
        </w:rPr>
        <w:t xml:space="preserve">[43:02] </w:t>
      </w:r>
      <w:r>
        <w:t>ke jo ayat maine padhi aap ke samne ke "yurid allahu bikumul yusra wala yuridu bikumul usra wayatakallahu alaykum walitukmilu ad data walitukabbiru allaha ala ma hadakum" ke Khuda ne dekha ke is is halat mein agar us ko physical roza rakhwaya jaye to rakh nahi payega.</w:t>
      </w:r>
    </w:p>
    <w:p>
      <w:pPr>
        <w:jc w:val="right"/>
      </w:pPr>
      <w:r>
        <w:t>کہ جو آیت میں نے پڑھی آپ کے سامنے کہ يريد الله بكم اليسر ولا يريد بكم العسر ويتکبر العدہ ويتکبر الله علی مہداکم کہ خدا نے دیکھا کہ اس اس حالت میں اگر اس کو فزیکل روزہ رکھوایا جائے تو رکھ نہیں پائے گا۔</w:t>
      </w:r>
    </w:p>
    <w:p>
      <w:r>
        <w:rPr>
          <w:b/>
        </w:rPr>
        <w:t xml:space="preserve">[43:24] </w:t>
      </w:r>
      <w:r>
        <w:t>wo us ki capacity se bahar ho gaya hai, ab rakh nahi sakta.</w:t>
      </w:r>
    </w:p>
    <w:p>
      <w:pPr>
        <w:jc w:val="right"/>
      </w:pPr>
      <w:r>
        <w:t>وہ اس کی کیپیسٹی سے باہر ہو گیا ہے، اب رکھ نہیں سکتا۔</w:t>
      </w:r>
    </w:p>
    <w:p>
      <w:r>
        <w:rPr>
          <w:b/>
        </w:rPr>
        <w:t xml:space="preserve">[43:28] </w:t>
      </w:r>
      <w:r>
        <w:t>to physical sense mein us ko yeh dekh kar ke Khuda ne ke ab us ke bas mein nahi raha, to physical sense mein us ko concession de diya. lekin yeh phir bhi baqi rakha ke spiritual sense mein tum ko phir bhi roze wali spirit mein jeena hai.</w:t>
      </w:r>
    </w:p>
    <w:p>
      <w:pPr>
        <w:jc w:val="right"/>
      </w:pPr>
      <w:r>
        <w:t>تو فزیکل سینس میں اس کو یہ دیکھ کر کے خدا نے کہ اب اس کے بس میں نہیں رہا، تو فزیکل سینس میں اس کو کنسیشن دے دیا۔ لیکن یہ پھر بھی باقی رکھا کہ اسپریچول سینس میں تم کو پھر بھی روزے والی اسپیریٹ میں جینا ہے۔</w:t>
      </w:r>
    </w:p>
    <w:p>
      <w:r>
        <w:rPr>
          <w:b/>
        </w:rPr>
        <w:t xml:space="preserve">[43:46] </w:t>
      </w:r>
      <w:r>
        <w:t>roze wali spirit mein yani Khuda ka khauf, Khuda ka shukr, Khuda ki glory, yeh sab cheezein phir bhi tumhare upar chhai rahen.</w:t>
      </w:r>
    </w:p>
    <w:p>
      <w:pPr>
        <w:jc w:val="right"/>
      </w:pPr>
      <w:r>
        <w:t>روزے والی اسپیریٹ میں یعنی خدا کا خوف، خدا کا شکر، خدا کی گلوری، یہ سب چیزیں پھر بھی تمہارے اوپر چھائی رہیں۔</w:t>
      </w:r>
    </w:p>
    <w:p>
      <w:r>
        <w:rPr>
          <w:b/>
        </w:rPr>
        <w:t xml:space="preserve">[43:56] </w:t>
      </w:r>
      <w:r>
        <w:t>phir bhi tumhare dil mein aur dimagh mein in sab cheezon ka yani isi mein tum jee rahe ho. to woh ja ke tum ne spiritual wala roza phir bhi rakh rakha hai.</w:t>
      </w:r>
    </w:p>
    <w:p>
      <w:pPr>
        <w:jc w:val="right"/>
      </w:pPr>
      <w:r>
        <w:t>پھر بھی تمہارے دل میں اور دماغ میں ان سب چیزوں کا یعنی اسی میں تم جی رہے ہو۔ تو وہ جا کے تم نے اسپیریٹ والا روزہ پھر بھی رکھ رکھا ہے۔</w:t>
      </w:r>
    </w:p>
    <w:p>
      <w:r>
        <w:rPr>
          <w:b/>
        </w:rPr>
        <w:t xml:space="preserve">[44:08] </w:t>
      </w:r>
      <w:r>
        <w:t>to Khuda ke haan tumhari maaf ho jayegi.</w:t>
      </w:r>
    </w:p>
    <w:p>
      <w:pPr>
        <w:jc w:val="right"/>
      </w:pPr>
      <w:r>
        <w:t>تو خدا کے ہاں تمہاری معافی ہو جائے گی۔</w:t>
      </w:r>
    </w:p>
    <w:p>
      <w:r>
        <w:rPr>
          <w:b/>
        </w:rPr>
        <w:t xml:space="preserve">[44:16] </w:t>
      </w:r>
      <w:r>
        <w:t>yeh is ayat par ghor karne se meri samajh mein aya ke</w:t>
      </w:r>
    </w:p>
    <w:p>
      <w:pPr>
        <w:jc w:val="right"/>
      </w:pPr>
      <w:r>
        <w:t>یہ اس آیت پر غور کرنے سے میری سمجھ میں آیا کہ</w:t>
      </w:r>
    </w:p>
    <w:p>
      <w:r>
        <w:rPr>
          <w:b/>
        </w:rPr>
        <w:t xml:space="preserve">[44:25] </w:t>
      </w:r>
      <w:r>
        <w:t>roze ka ek bahut bada faida yeh hai ke arrogance ka khatma.</w:t>
      </w:r>
    </w:p>
    <w:p>
      <w:pPr>
        <w:jc w:val="right"/>
      </w:pPr>
      <w:r>
        <w:t>روزے کا ایک بہت بڑا فائدہ یہ ہے کہ اروگنس کا خاتمہ۔</w:t>
      </w:r>
    </w:p>
    <w:p>
      <w:r>
        <w:rPr>
          <w:b/>
        </w:rPr>
        <w:t xml:space="preserve">[44:34] </w:t>
      </w:r>
      <w:r>
        <w:t>jante hain, aap jante hain ke sab se badi burai jo insan ke andar hai, woh arrogance hai. hadith mein aata hai ke "la yadkhulul jannata man kana fi qalbihi mithqalu habbati khardalin min kibr"</w:t>
      </w:r>
    </w:p>
    <w:p>
      <w:pPr>
        <w:jc w:val="right"/>
      </w:pPr>
      <w:r>
        <w:t>جانتے ہیں، آپ جانتے ہیں کہ سب سے بڑی برائی جو انسان کے اندر ہے، وہ اروگنس ہے۔ حدیث میں آتا ہے کہ لایدخل الجنۃ من کان فی قلبہ مثقال حبت خردل بن کبر</w:t>
      </w:r>
    </w:p>
    <w:p>
      <w:r>
        <w:rPr>
          <w:b/>
        </w:rPr>
        <w:t xml:space="preserve">[44:49] </w:t>
      </w:r>
      <w:r>
        <w:t>yani aadmi ke andar agar ek atom ke barabar bhi arrogance hai to woh paradise mein nahi jayega. woh paradise mein nahi jayega.</w:t>
      </w:r>
    </w:p>
    <w:p>
      <w:pPr>
        <w:jc w:val="right"/>
      </w:pPr>
      <w:r>
        <w:t>یعنی آدمی کے اندر اگر ایک آئٹم کے برابر بھی اروگنس ہے تو وہ پارٹائز میں نہیں جائے گا۔ وہ پارٹائز میں نہیں جائے گا۔</w:t>
      </w:r>
    </w:p>
    <w:p>
      <w:r>
        <w:rPr>
          <w:b/>
        </w:rPr>
        <w:t xml:space="preserve">[45:00] </w:t>
      </w:r>
      <w:r>
        <w:t>yeh itni buri cheez hai arrogance. to yeh arrogance ka khatma kaise hota hai? zahir hai ke jab aap apni sab se badi jo aap ki need hai, sab se badi jo requirement hai aap ki, khana aur pani, woh bhi aap rakh le sakein</w:t>
      </w:r>
    </w:p>
    <w:p>
      <w:pPr>
        <w:jc w:val="right"/>
      </w:pPr>
      <w:r>
        <w:t>یہ اتنی بری چیز ہے اروگنس۔ تو یہ اروگنس کا خاتمہ کیسے ہوتا ہے؟ ظاہر ہے کہ جب آپ اپنی سب سے بڑی جو آپ کی نیڈ ہے، سب سے بڑی جو ریکوائرمنٹ ہے آپ کی، کھانا اور پانی، وہ بھی آپ رکھ لے سکیں</w:t>
      </w:r>
    </w:p>
    <w:p>
      <w:r>
        <w:rPr>
          <w:b/>
        </w:rPr>
        <w:t xml:space="preserve">[45:17] </w:t>
      </w:r>
      <w:r>
        <w:t>to kitna bada tajurba hota hai helplessness ka. yahan par aadmi ka arrogance bilkul toot jata hai ke main kuch bhi nahi hoon.</w:t>
      </w:r>
    </w:p>
    <w:p>
      <w:pPr>
        <w:jc w:val="right"/>
      </w:pPr>
      <w:r>
        <w:t>تو کتنا بڑا تجربہ ہوتا ہے ہیلپ لیسنس کا۔ یہاں پر آدمی کا اروگنس بالکل ٹوٹ جاتا ہے کہ میں کچھ بھی نہیں ہوں۔</w:t>
      </w:r>
    </w:p>
    <w:p>
      <w:r>
        <w:rPr>
          <w:b/>
        </w:rPr>
        <w:t xml:space="preserve">[45:28] </w:t>
      </w:r>
      <w:r>
        <w:t>pani nahi hai to main kuch bhi nahi hoon. jaise ke waqea maine is se pehle aap sunaya tha ke Abbasi daur ka jo aakhri badshah tha, aakhri badshah, to</w:t>
      </w:r>
    </w:p>
    <w:p>
      <w:pPr>
        <w:jc w:val="right"/>
      </w:pPr>
      <w:r>
        <w:t>پانی نہیں ہے تو میں کچھ بھی نہیں ہوں۔ جیسے کہ واقعہ میں نے اس سے پہلے آپ سنایا تھا کہ عباسی دور کا جو آخری بادشاہ تھا، آخری بادشاہ، تو</w:t>
      </w:r>
    </w:p>
    <w:p>
      <w:r>
        <w:rPr>
          <w:b/>
        </w:rPr>
        <w:t xml:space="preserve">[45:41] </w:t>
      </w:r>
      <w:r>
        <w:t>jab Tatariyon ne qabza kar liya aur us ko jail mein band kar diya to kai din us ko bhooka rakha. bhooka to bahut zyada jab bhook se tadapne laga woh to us ne kehwaya Tatari jo ruler tha ke main bahut bhooka hoon, kuch khane ke liye bhejo mujhe.</w:t>
      </w:r>
    </w:p>
    <w:p>
      <w:pPr>
        <w:jc w:val="right"/>
      </w:pPr>
      <w:r>
        <w:t>جب تاتاریوں نے قبضہ کر لیا اور اس کو جیل میں بند کر دیا تو کئی دن اس کو بھوکا رکھا۔ بھوکا تو بہت زیادہ جب بھوک سے تڑپنے لگا وہ تو اس نے کہلایا تاتاری جو رولر تھا کہ میں بہت بھوکا ہوں، کچھ کھانے کے لیے بھیجو مجھے۔</w:t>
      </w:r>
    </w:p>
    <w:p>
      <w:r>
        <w:rPr>
          <w:b/>
        </w:rPr>
        <w:t xml:space="preserve">[46:01] </w:t>
      </w:r>
      <w:r>
        <w:t>to badshah ke mahal mein bahut zyada woh tha yani diamond aur yeh sab cheezein, jawahir.</w:t>
      </w:r>
    </w:p>
    <w:p>
      <w:pPr>
        <w:jc w:val="right"/>
      </w:pPr>
      <w:r>
        <w:t>تو بادشاہ کے محل میں بہت زیادہ وہ تھا یعنی ڈائمنڈ اور یہ سب چیزیں، جواہر۔</w:t>
      </w:r>
    </w:p>
    <w:p>
      <w:r>
        <w:rPr>
          <w:b/>
        </w:rPr>
        <w:t xml:space="preserve">[46:10] </w:t>
      </w:r>
      <w:r>
        <w:t>to us ne ek ek ek tray mein heera waghera, diamond waghera rakh kar ke us ka bhej diya. jab woh dekha to woh rone laga.</w:t>
      </w:r>
    </w:p>
    <w:p>
      <w:pPr>
        <w:jc w:val="right"/>
      </w:pPr>
      <w:r>
        <w:t>تو اس نے ایک ایک ایک ٹرے میں ہیرا وغیرہ، ڈائمنڈ وغیرہ رکھ کر کے اس کا بھیج دیا۔ جب وہ دیکھا تو وہ رونے لگا۔</w:t>
      </w:r>
    </w:p>
    <w:p>
      <w:r>
        <w:rPr>
          <w:b/>
        </w:rPr>
        <w:t xml:space="preserve">[46:21] </w:t>
      </w:r>
      <w:r>
        <w:t>wo aap ghor kijiye ke jis heere jawahir ko woh bahut hi shauq se akatha kiya tha apne mahal mein, us ne rone laga. us ki zuban se nikla "innal jawahira la tu'kalu innal jawahira la tu'kalu" diamond to khaye nahi jaate.</w:t>
      </w:r>
    </w:p>
    <w:p>
      <w:pPr>
        <w:jc w:val="right"/>
      </w:pPr>
      <w:r>
        <w:t>وہ آپ غور کیجئے کہ جس ہیرے جواہر کو وہ بہت ہی شوق سے اکٹھا کیا تھا اپنے محل میں، اس نے رونے لگا۔ اس کی زبان سے نکلا إن الجواهر لا تؤكل إن الجواهر لا تؤكل ڈائمنڈ تو کھائے نہیں جاتے۔</w:t>
      </w:r>
    </w:p>
    <w:p>
      <w:r>
        <w:rPr>
          <w:b/>
        </w:rPr>
        <w:t xml:space="preserve">[46:39] </w:t>
      </w:r>
      <w:r>
        <w:t>to main samajhta hoon ke Ramzan mein yahi tajurba karaya jata hai ke aap ke paas sab kuch hai, aap ke paas shandar makan hai, aap ke paas badi badi carain hain, aap ke paas bank balance hai, khana Khuda ne band kar diya.</w:t>
      </w:r>
    </w:p>
    <w:p>
      <w:pPr>
        <w:jc w:val="right"/>
      </w:pPr>
      <w:r>
        <w:t>تو میں سمجھتا ہوں کہ رمضان میں یہی تجربہ کرایا جاتا ہے کہ آپ کے پاس سب کچھ ہے، آپ کے پاس شاندار مکان ہے، آپ کے پاس بڑی بڑی کاریں ہیں، آپ کے پاس بینک بیلنس ہے، کھانا خدا نے بند کر دیا۔</w:t>
      </w:r>
    </w:p>
    <w:p>
      <w:r>
        <w:rPr>
          <w:b/>
        </w:rPr>
        <w:t xml:space="preserve">[46:54] </w:t>
      </w:r>
      <w:r>
        <w:t>ab aap soch sakein yeh baat ke dekho, yeh yeh ghar meri bhook nahi mita sakta, yeh carain meri bhook nahi mita sakti, yeh bank balance jo hai, yeh meri bhook nahi mita sakta.</w:t>
      </w:r>
    </w:p>
    <w:p>
      <w:pPr>
        <w:jc w:val="right"/>
      </w:pPr>
      <w:r>
        <w:t>اب آپ سوچ سکیں یہ بات کہ دیکھو، یہ یہ گھر میری بھوک نہیں مٹا سکتا، یہ کاریں میری بھوک نہیں مٹا سکتی، یہ بینک بیلنس جو ہے، یہ میری بھوک نہیں مٹا سکتا۔</w:t>
      </w:r>
    </w:p>
    <w:p>
      <w:r>
        <w:rPr>
          <w:b/>
        </w:rPr>
        <w:t xml:space="preserve">[47:07] </w:t>
      </w:r>
      <w:r>
        <w:t>to in aljawahir la tu'kal yeh jo is mein guzra tha, isi wahi tajruba har har har ek par guzarna chahiye ramzan ke mahine mein ke mera yeh shandar makan, yeh mera furniture, yeh mera bank balance,</w:t>
      </w:r>
    </w:p>
    <w:p>
      <w:pPr>
        <w:jc w:val="right"/>
      </w:pPr>
      <w:r>
        <w:t>تو إن الجواهر لا تؤكل یہ جو اس میں گزرا تھا، اسی وہی تجربہ ہر ہر ہر ایک پر گزرنا چاہیے رمضان کے مہینے میں کہ میرا یہ شاندار مکان، یہ میرا فرنیچر، یہ میرا بینک بیلنس،</w:t>
      </w:r>
    </w:p>
    <w:p>
      <w:r>
        <w:rPr>
          <w:b/>
        </w:rPr>
        <w:t xml:space="preserve">[47:23] </w:t>
      </w:r>
      <w:r>
        <w:t>yeh meri carain, aur yeh sari cheezain jo meri shan o shaukat meri jo hai, yeh kuch bhi mera pait nahi bhar sakti.</w:t>
      </w:r>
    </w:p>
    <w:p>
      <w:pPr>
        <w:jc w:val="right"/>
      </w:pPr>
      <w:r>
        <w:t>یہ میری کاریں، اور یہ ساری چیزیں جو میری شان و شوکت میری جو ہے، یہ کچھ بھی میرا پیٹ نہیں بھر سکتی۔</w:t>
      </w:r>
    </w:p>
    <w:p>
      <w:r>
        <w:rPr>
          <w:b/>
        </w:rPr>
        <w:t xml:space="preserve">[47:33] </w:t>
      </w:r>
      <w:r>
        <w:t>woh mujhe pani nahi mil rahi, woh pani nahi meri pyas nahi bujha sakti, meri bhook nahi bujha sakti. yeh tajruba jo hai, jo guzra tha woh yani abbas king ke upar, wahi tajruba har insan ke upar guzarna chahiye.</w:t>
      </w:r>
    </w:p>
    <w:p>
      <w:pPr>
        <w:jc w:val="right"/>
      </w:pPr>
      <w:r>
        <w:t>وہ مجھے پانی نہیں مل رہی، وہ پانی نہیں میری پیاس نہیں بجھا سکتی، میری بھوک نہیں بجھا سکتی۔ یہ تجربہ جو ہے، جو گزرا تھا وہ یعنی عباس کنگ کے اوپر، وہی تجربہ ہر انسان کے اوپر گزرنا چاہیے۔</w:t>
      </w:r>
    </w:p>
    <w:p>
      <w:r>
        <w:rPr>
          <w:b/>
        </w:rPr>
        <w:t xml:space="preserve">[47:51] </w:t>
      </w:r>
      <w:r>
        <w:t>har ek insan ko yeh keh sake ke in aljawahir la tu'kal yeh sari cheezain mere paas hain.</w:t>
      </w:r>
    </w:p>
    <w:p>
      <w:pPr>
        <w:jc w:val="right"/>
      </w:pPr>
      <w:r>
        <w:t>ہر ایک انسان کو یہ کہہ سکے کہ إن الجواهر لا تؤكل یہ ساری چیزیں میرے پاس ہیں۔</w:t>
      </w:r>
    </w:p>
    <w:p>
      <w:r>
        <w:rPr>
          <w:b/>
        </w:rPr>
        <w:t xml:space="preserve">[48:01] </w:t>
      </w:r>
      <w:r>
        <w:t>ab koi bare se bara aadmi ho, koi king ho, koi minister ho, koi prime minister ho, koi president ho, kuch bhi ho, jo jo cheezain us ke paas hain, ab woh khana to nahi banega.</w:t>
      </w:r>
    </w:p>
    <w:p>
      <w:pPr>
        <w:jc w:val="right"/>
      </w:pPr>
      <w:r>
        <w:t>اب کوئی بڑے سے بڑا آدمی ہو، کوئی کنگ ہو، کوئی منسٹر ہو، کوئی پرائم منسٹر ہو، کوئی پریزیڈنٹ ہو، کچھ بھی ہو، جو جو چیزیں اس کے پاس ہیں، اب وہ کھانا تو نہیں بنے گی۔</w:t>
      </w:r>
    </w:p>
    <w:p>
      <w:r>
        <w:rPr>
          <w:b/>
        </w:rPr>
        <w:t xml:space="preserve">[48:12] </w:t>
      </w:r>
      <w:r>
        <w:t>us ka mahal, us ko khana nahi banega. us ke liye kuch carain hain, us ki bhook nahi mitayengi. to khuda ne aur cheezon ko band nahi kiya, sirf ek cheez band ki, khana.</w:t>
      </w:r>
    </w:p>
    <w:p>
      <w:pPr>
        <w:jc w:val="right"/>
      </w:pPr>
      <w:r>
        <w:t>اس کا محل، اس کو کھانا نہیں بنے گا۔ اس کے لیے کچھ کاریں ہیں، اس کی بھوک نہیں مٹائیں گی۔ تو خدا نے اور چیزوں کو بند نہیں کیا، صرف ایک چیز بند کی، کھانا۔</w:t>
      </w:r>
    </w:p>
    <w:p>
      <w:r>
        <w:rPr>
          <w:b/>
        </w:rPr>
        <w:t xml:space="preserve">[48:25] </w:t>
      </w:r>
      <w:r>
        <w:t>aap jante hain, roze mein yeh nahi ke tum caron ko bech do, apne mahal ko bech do, sarak par raho ja kar ke. yeh to nahi kaha gaya. woh sari cheezain rakhte hue sirf yeh hai ke aap khana mat khao, pani mat pio.</w:t>
      </w:r>
    </w:p>
    <w:p>
      <w:pPr>
        <w:jc w:val="right"/>
      </w:pPr>
      <w:r>
        <w:t>آپ جانتے ہیں، روزے میں یہ نہیں کہ تم کاروں کو بیچ دو، اپنے محل کو بیچ دو، سڑک پر رہو جا کر کے۔ یہ تو نہیں کہا گیا۔ وہ ساری چیزیں رکھتے ہوئے صرف یہ ہے کہ آپ کھانا مت کھاؤ، پانی مت پیو۔</w:t>
      </w:r>
    </w:p>
    <w:p>
      <w:r>
        <w:rPr>
          <w:b/>
        </w:rPr>
        <w:t xml:space="preserve">[48:38] </w:t>
      </w:r>
      <w:r>
        <w:t>to woh cheezain already hain aap ke paas ke ramzan ke mahine mein baqi cheezain jo aap ki hain, woh sab already aap ke paas hain. sirf khana band kar diya gaya.</w:t>
      </w:r>
    </w:p>
    <w:p>
      <w:pPr>
        <w:jc w:val="right"/>
      </w:pPr>
      <w:r>
        <w:t>تو وہ چیزیں الریڈی ہیں آپ کے پاس کہ رمضان کے مہینے میں بقیہ چیزیں جو آپ کی ہیں، وہ سب الریڈی آپ کے پاس ہیں۔ صرف کھانا بند کر دیا گیا۔</w:t>
      </w:r>
    </w:p>
    <w:p>
      <w:r>
        <w:rPr>
          <w:b/>
        </w:rPr>
        <w:t xml:space="preserve">[48:49] </w:t>
      </w:r>
      <w:r>
        <w:t>to us waqt aap ko yeh sochna chahiye ke in aljawahir la tu'kal</w:t>
      </w:r>
    </w:p>
    <w:p>
      <w:pPr>
        <w:jc w:val="right"/>
      </w:pPr>
      <w:r>
        <w:t>تو اس وقت آپ کو یہ سوچنا چاہیے کہ إن الجواهر لا تؤكل</w:t>
      </w:r>
    </w:p>
    <w:p>
      <w:r>
        <w:rPr>
          <w:b/>
        </w:rPr>
        <w:t xml:space="preserve">[48:54] </w:t>
      </w:r>
      <w:r>
        <w:t>yeh sari cheezain, yeh sari cheezain jo hain, woh meri bhook nahi mita sakti.</w:t>
      </w:r>
    </w:p>
    <w:p>
      <w:pPr>
        <w:jc w:val="right"/>
      </w:pPr>
      <w:r>
        <w:t>یہ ساری چیزیں، یہ ساری چیزیں جو ہیں، وہ میری بھوک نہیں مٹا سکتی۔</w:t>
      </w:r>
    </w:p>
    <w:p>
      <w:r>
        <w:rPr>
          <w:b/>
        </w:rPr>
        <w:t xml:space="preserve">[49:01] </w:t>
      </w:r>
      <w:r>
        <w:t>to is se aap ko tajruba hoga ke</w:t>
      </w:r>
    </w:p>
    <w:p>
      <w:pPr>
        <w:jc w:val="right"/>
      </w:pPr>
      <w:r>
        <w:t>تو اس سے آپ کو تجربہ ہوگا کہ</w:t>
      </w:r>
    </w:p>
    <w:p>
      <w:r>
        <w:rPr>
          <w:b/>
        </w:rPr>
        <w:t xml:space="preserve">[49:08] </w:t>
      </w:r>
      <w:r>
        <w:t>kya hain, kya hoon main. isi se phir aap ke andar woh sari sifatain paida hongi jo jo kehta hai, jo kaha jata hai, taqwa aur aur aur ibadat.</w:t>
      </w:r>
    </w:p>
    <w:p>
      <w:pPr>
        <w:jc w:val="right"/>
      </w:pPr>
      <w:r>
        <w:t>کیا ہیں، کیا ہوں میں۔ اسی سے پھر آپ کے اندر وہ ساری صفتیں پیدا ہوں گی جو جو کہتا ہے، جو کہا جاتا ہے، تقویٰ اور اور اور عبادت۔</w:t>
      </w:r>
    </w:p>
    <w:p>
      <w:r>
        <w:rPr>
          <w:b/>
        </w:rPr>
        <w:t xml:space="preserve">[49:20] </w:t>
      </w:r>
      <w:r>
        <w:t>dekhein, ek hadith hai, bahut zyada important hadith ke malmida qaul alzoor wal amal bihi falaisa lillahi hajja fi yaday ta'am wa sharab</w:t>
      </w:r>
    </w:p>
    <w:p>
      <w:pPr>
        <w:jc w:val="right"/>
      </w:pPr>
      <w:r>
        <w:t>دیکھیں، ایک حدیث ہے، بہت زیادہ امپورٹنٹ حدیث کہ ملمیدا قول الزور والعمل به فلیس للہ حاجۃ فییدا طعام وشراب</w:t>
      </w:r>
    </w:p>
    <w:p>
      <w:r>
        <w:rPr>
          <w:b/>
        </w:rPr>
        <w:t xml:space="preserve">[49:40] </w:t>
      </w:r>
      <w:r>
        <w:t>yeh bahut zyada sochne ki hadith hai</w:t>
      </w:r>
    </w:p>
    <w:p>
      <w:pPr>
        <w:jc w:val="right"/>
      </w:pPr>
      <w:r>
        <w:t>یہ بہت زیادہ سوچنے کی حدیث ہے</w:t>
      </w:r>
    </w:p>
    <w:p>
      <w:r>
        <w:rPr>
          <w:b/>
        </w:rPr>
        <w:t xml:space="preserve">[49:44] </w:t>
      </w:r>
      <w:r>
        <w:t>ke jo aadmi jhoot bolna aur jhoot par amal karna na chode, to khuda ki is ki zarurat nahi ke woh apna khana aur peena chhod de.</w:t>
      </w:r>
    </w:p>
    <w:p>
      <w:pPr>
        <w:jc w:val="right"/>
      </w:pPr>
      <w:r>
        <w:t>کہ جو آدمی جھوٹ بولنا اور جھوٹ پر عمل کرنا نہ چھوڑے، تو خدا کی اس کی ضرورت نہیں کہ وہ اپنا کھانا اور پینا چھوڑ دے۔</w:t>
      </w:r>
    </w:p>
    <w:p>
      <w:r>
        <w:rPr>
          <w:b/>
        </w:rPr>
        <w:t xml:space="preserve">[50:00] </w:t>
      </w:r>
      <w:r>
        <w:t>jo aadmi jhoot bolna, matlab yeh roze ke bare mein hai, yeh hadith</w:t>
      </w:r>
    </w:p>
    <w:p>
      <w:pPr>
        <w:jc w:val="right"/>
      </w:pPr>
      <w:r>
        <w:t>جو آدمی جھوٹ بولنا، مطلب یہ روزے کے بارے میں ہے، یہ حدیث</w:t>
      </w:r>
    </w:p>
    <w:p>
      <w:r>
        <w:rPr>
          <w:b/>
        </w:rPr>
        <w:t xml:space="preserve">[50:05] </w:t>
      </w:r>
      <w:r>
        <w:t>roze ke bare mein ke jo aadmi roza rakha hai, yani khane peene ka roza rakha hai, lekin woh jhoot bolna na chode. pani to chhod diya, khana to chhod diya, lekin jhoot bolna nahi chhota aur jhoot par amal karna nahi chhota,</w:t>
      </w:r>
    </w:p>
    <w:p>
      <w:pPr>
        <w:jc w:val="right"/>
      </w:pPr>
      <w:r>
        <w:t>روزے کے بارے میں کہ جو آدمی روزہ رکھا ہے، یعنی کھانے پینے کا روزہ رکھا ہے، لیکن وہ جھوٹ بولنا نہ چھوڑے۔ پانی تو چھوڑ دیا، کھانا تو چھوڑ دیا، لیکن جھوٹ بولنا نہیں چھوڑا اور جھوٹ پر عمل کرنا نہیں چھوڑا،</w:t>
      </w:r>
    </w:p>
    <w:p>
      <w:r>
        <w:rPr>
          <w:b/>
        </w:rPr>
        <w:t xml:space="preserve">[50:22] </w:t>
      </w:r>
      <w:r>
        <w:t>to khuda ke ko is ki zarurat nahi ke woh apna khana peena chhod de.</w:t>
      </w:r>
    </w:p>
    <w:p>
      <w:pPr>
        <w:jc w:val="right"/>
      </w:pPr>
      <w:r>
        <w:t>تو خدا کے کو اس کی ضرورت نہیں کہ وہ اپنا کھانا پینا چھوڑے۔</w:t>
      </w:r>
    </w:p>
    <w:p>
      <w:r>
        <w:rPr>
          <w:b/>
        </w:rPr>
        <w:t xml:space="preserve">[50:27] </w:t>
      </w:r>
      <w:r>
        <w:t>to main is par bahut barson se, aaj se nahi, bahut hi dinon se sochta tha ke jhoot bolna to bahut clear baat hai ke hum kahein ke sir, hum is waqt dilli mein nahi hain, hum washington mein hain, to yeh jhoot hai.</w:t>
      </w:r>
    </w:p>
    <w:p>
      <w:pPr>
        <w:jc w:val="right"/>
      </w:pPr>
      <w:r>
        <w:t>تو میں اس پر بہت برسوں سے، آج سے نہیں، بہت ہی دنوں سے سوچتا تھا کہ جھوٹ بولنا تو بہت کلیئر بات ہے کہ ہم کہیں کہ سر، ہم اس وقت دلی میں نہیں ہیں، ہم واشنگٹن میں ہیں، تو یہ جھوٹ ہے۔</w:t>
      </w:r>
    </w:p>
    <w:p>
      <w:r>
        <w:rPr>
          <w:b/>
        </w:rPr>
        <w:t xml:space="preserve">[50:42] </w:t>
      </w:r>
      <w:r>
        <w:t>to jhoot kya hai, us ko har aadmi janta hai, lekin jhoot par amal karna kya cheez hai, yeh samajh mein nahi aata tha meri.</w:t>
      </w:r>
    </w:p>
    <w:p>
      <w:pPr>
        <w:jc w:val="right"/>
      </w:pPr>
      <w:r>
        <w:t>تو جھوٹ کیا ہے، اس کو ہر آدمی جانتا ہے، لیکن جھوٹ پر عمل کرنا کیا چیز ہے، یہ سمجھ میں نہیں آتا تھا میری۔</w:t>
      </w:r>
    </w:p>
    <w:p>
      <w:r>
        <w:rPr>
          <w:b/>
        </w:rPr>
        <w:t xml:space="preserve">[50:50] </w:t>
      </w:r>
      <w:r>
        <w:t>isi ramzan mein ek meri samajh mein aaya pehli bar ke jhoot par amal karna kya hai.</w:t>
      </w:r>
    </w:p>
    <w:p>
      <w:pPr>
        <w:jc w:val="right"/>
      </w:pPr>
      <w:r>
        <w:t>اسی رمضان میں ایک میری سمجھ میں آیا پہلی بار کہ جھوٹ پر عمل کرنا کیا ہے۔</w:t>
      </w:r>
    </w:p>
    <w:p>
      <w:r>
        <w:rPr>
          <w:b/>
        </w:rPr>
        <w:t xml:space="preserve">[50:58] </w:t>
      </w:r>
      <w:r>
        <w:t>woh hai jhootay, ek aap jhoot gadhein, us us jhoot par aap ka action plan banayein apna.</w:t>
      </w:r>
    </w:p>
    <w:p>
      <w:pPr>
        <w:jc w:val="right"/>
      </w:pPr>
      <w:r>
        <w:t>وہ ہے جھوٹے، ایک آپ جھوٹ گڑھیں، اس اس جھوٹ پر آپ کا ایکشن پلان بنائیں اپنا۔</w:t>
      </w:r>
    </w:p>
    <w:p>
      <w:r>
        <w:rPr>
          <w:b/>
        </w:rPr>
        <w:t xml:space="preserve">[51:08] </w:t>
      </w:r>
      <w:r>
        <w:t>yeh kaise meri samajh mein aaya ke ek din mere paas telephone aaya ek sahib ka dilli ke bahar se ke sahib, aap ne suna sunita sunita william to musalman ho gayi hain, unho ne islam qubool kar liya hai?</w:t>
      </w:r>
    </w:p>
    <w:p>
      <w:pPr>
        <w:jc w:val="right"/>
      </w:pPr>
      <w:r>
        <w:t>یہ کیسے میری سمجھ میں آیا کہ ایک دن میرے پاس ٹیلی فون آیا ایک صاحب کا دلی کے باہر سے کہ صاحب، آپ نے سنا سنیتا سنیتا ولیم تو مسلمان ہو گئی ہیں، انہوں نے اسلام قبول کر لیا ہے؟</w:t>
      </w:r>
    </w:p>
    <w:p>
      <w:r>
        <w:rPr>
          <w:b/>
        </w:rPr>
        <w:t xml:space="preserve">[51:27] </w:t>
      </w:r>
      <w:r>
        <w:t>main ne kaha, woh kaise bhai?</w:t>
      </w:r>
    </w:p>
    <w:p>
      <w:pPr>
        <w:jc w:val="right"/>
      </w:pPr>
      <w:r>
        <w:t>میں نے کہا، وہ کیسے بھئی؟</w:t>
      </w:r>
    </w:p>
    <w:p>
      <w:r>
        <w:rPr>
          <w:b/>
        </w:rPr>
        <w:t xml:space="preserve">[51:29] </w:t>
      </w:r>
      <w:r>
        <w:t>unho ne kaha ke aap internet dekh lijiye, internet pe aa chuka hai internet par. to main to internet dekhna janta nahi, main ne mr khalid ansari se koi telephone kiya, bhai aap pata kijiye kya mamla hai.</w:t>
      </w:r>
    </w:p>
    <w:p>
      <w:pPr>
        <w:jc w:val="right"/>
      </w:pPr>
      <w:r>
        <w:t>انہوں نے کہا کہ آپ انٹرنیٹ دیکھ لیجئے، انٹرنیٹ پہ آ چکا ہے انٹرنیٹ پر۔ تو میں تو انٹرنیٹ دیکھنا جانتا نہیں، میں نے مسٹر خالد انصاری سے کوئی ٹیلی فون کیا، بھئی آپ پتہ کیجئے کیا معاملہ ہے۔</w:t>
      </w:r>
    </w:p>
    <w:p>
      <w:r>
        <w:rPr>
          <w:b/>
        </w:rPr>
        <w:t xml:space="preserve">[51:42] </w:t>
      </w:r>
      <w:r>
        <w:t>to mister khalid ne pata kiya to maloom hua ke jo musalmanon ne jo bana rakhe hain website, sab par hai khabar, yani ke aur kahin par nahi hai. nasa, jis ki woh jahan woh kaam karti hain,</w:t>
      </w:r>
    </w:p>
    <w:p>
      <w:pPr>
        <w:jc w:val="right"/>
      </w:pPr>
      <w:r>
        <w:t>تو مسٹر خالد نے پتہ کیا تو معلوم ہوا کہ جو مسلمانوں نے جو بنا رکھے ہیں ویب سائٹ، سب پر ہے خبر، یعنی کہ اور کہیں پر نہیں ہے۔ ناسا، جس کی وہ جہاں وہ کام کرتی ہیں،</w:t>
      </w:r>
    </w:p>
    <w:p>
      <w:r>
        <w:rPr>
          <w:b/>
        </w:rPr>
        <w:t xml:space="preserve">[51:55] </w:t>
      </w:r>
      <w:r>
        <w:t>nasa ne aisa nahi bataya,</w:t>
      </w:r>
    </w:p>
    <w:p>
      <w:pPr>
        <w:jc w:val="right"/>
      </w:pPr>
      <w:r>
        <w:t>ناسا نے ایسا نہیں بتایا،</w:t>
      </w:r>
    </w:p>
    <w:p>
      <w:r>
        <w:rPr>
          <w:b/>
        </w:rPr>
        <w:t xml:space="preserve">[51:58] </w:t>
      </w:r>
      <w:r>
        <w:t>sunita william ne nahi bataya aisa, aur jo agencies hain, secular agencies, unhon ne nahi bataya. musalmanon ne, yani egypt ke musalman aur pakistan ke musalman, bangladesh ke musalmanon ka khaas hobby yeh hai,</w:t>
      </w:r>
    </w:p>
    <w:p>
      <w:pPr>
        <w:jc w:val="right"/>
      </w:pPr>
      <w:r>
        <w:t>سنیتا ولیم نے نہیں بتایا ایسا، اور جو ایجنسیز ہیں، سیکولر ایجنسیز، انہوں نے نہیں بتایا۔ مسلمانوں نے، یعنی ایجپٹ کے مسلمان اور پاکستان کے مسلمان، بنگلہ دیش کے مسلمانوں کا خاص ہابی یہ ہے،</w:t>
      </w:r>
    </w:p>
    <w:p>
      <w:r>
        <w:rPr>
          <w:b/>
        </w:rPr>
        <w:t xml:space="preserve">[52:12] </w:t>
      </w:r>
      <w:r>
        <w:t>yeh website khol rakha hai, is mein sari baatein bhar dete hain. ab kisi ne ek river banai ke sunita jab william jab wahan gayi, yani bethe bethe ek river banai, bethe bethe</w:t>
      </w:r>
    </w:p>
    <w:p>
      <w:pPr>
        <w:jc w:val="right"/>
      </w:pPr>
      <w:r>
        <w:t>یہ ویب سائٹ کھول رکھا ہے، اس میں ساری باتیں بھر دیتے ہیں۔ اب کسی نے ایک ریور بنائی کہ سنیتا جب ولیم جب وہاں گئی، یعنی بیٹھے بیٹھے ایک ریور بنائی، بیٹھے بیٹھے</w:t>
      </w:r>
    </w:p>
    <w:p>
      <w:r>
        <w:rPr>
          <w:b/>
        </w:rPr>
        <w:t xml:space="preserve">[52:25] </w:t>
      </w:r>
      <w:r>
        <w:t>to wahan se dekha, us ne telescope se upar se to zameen jab dekha, us ne sare dark the, dark do spot chamak rahe the. woh spot kaun se?</w:t>
      </w:r>
    </w:p>
    <w:p>
      <w:pPr>
        <w:jc w:val="right"/>
      </w:pPr>
      <w:r>
        <w:t>تو وہاں سے دیکھا، اس نے ٹیلیسکوپ سے اوپر سے تو زمین جب دیکھا، اس نے سارے ڈارک تھے، ڈارک دو سپاٹ چمک رہے تھے۔ وہ سپاٹ کون سے؟</w:t>
      </w:r>
    </w:p>
    <w:p>
      <w:r>
        <w:rPr>
          <w:b/>
        </w:rPr>
        <w:t xml:space="preserve">[52:34] </w:t>
      </w:r>
      <w:r>
        <w:t>makkah madinah. ek bilkul jhooti baat, aur us jhoot ko daal diya unhon ne internet par, aur log sare musalman duniya bhar mein aa gaye, aur is pe hazaron hazar khat sunita ko bhej diye logon ne.</w:t>
      </w:r>
    </w:p>
    <w:p>
      <w:pPr>
        <w:jc w:val="right"/>
      </w:pPr>
      <w:r>
        <w:t>مکہ مدینہ۔ ایک بالکل جھوٹی بات، اور اس جھوٹ کو ڈال دیا انہوں نے انٹرنیٹ پر، اور لوگ سارے مسلمان دنیا بھر میں آ گئے، اور اس پہ ہزاروں ہزار خط سنیتا کو بھیج دیے لوگوں نے۔</w:t>
      </w:r>
    </w:p>
    <w:p>
      <w:r>
        <w:rPr>
          <w:b/>
        </w:rPr>
        <w:t xml:space="preserve">[52:52] </w:t>
      </w:r>
      <w:r>
        <w:t>mister khalid ne mujhe bataya ke sahib, is khat</w:t>
      </w:r>
    </w:p>
    <w:p>
      <w:pPr>
        <w:jc w:val="right"/>
      </w:pPr>
      <w:r>
        <w:t>مسٹر خالد نے مجھے بتایا کہ صاحب، اس خط</w:t>
      </w:r>
    </w:p>
    <w:p>
      <w:r>
        <w:rPr>
          <w:b/>
        </w:rPr>
        <w:t xml:space="preserve">[52:54] </w:t>
      </w:r>
      <w:r>
        <w:t>wat ka ek anbaar hai, mubarakbad de rahe hain, aur aur tum ne tum ko sachai mil gayi hai, aur duniya bhar ke sath sath khatoot bhi bhej ja rahe hain sunita william ko, aur use kuch pata hi nahi hai.</w:t>
      </w:r>
    </w:p>
    <w:p>
      <w:pPr>
        <w:jc w:val="right"/>
      </w:pPr>
      <w:r>
        <w:t>وط کا ایک انبار ہے، مبارکباد دے رہے ہیں، اور اور تم نے تم کو سچائی مل گئی ہے، اور دنیا بھر کے ساتھ ساتھ خطوط بھیجے جا رہے ہیں سنیتا ولیم کو، اور اسے کچھ پتہ ہی نہیں ہے۔</w:t>
      </w:r>
    </w:p>
    <w:p>
      <w:r>
        <w:rPr>
          <w:b/>
        </w:rPr>
        <w:t xml:space="preserve">[53:10] </w:t>
      </w:r>
      <w:r>
        <w:t>is se pehle bhi yeh ho chuka hai jab woh gaya tha, woh aadmi armstrong chand par, to musalmanon ne yeh khabar uda di</w:t>
      </w:r>
    </w:p>
    <w:p>
      <w:pPr>
        <w:jc w:val="right"/>
      </w:pPr>
      <w:r>
        <w:t>اس سے پہلے بھی یہ ہو چکا ہے جب وہ گیا تھا، وہ آدمی ارمی سٹرانگ چاند پر، تو مسلمانوں نے یہ خبر اڑا دی</w:t>
      </w:r>
    </w:p>
    <w:p>
      <w:r>
        <w:rPr>
          <w:b/>
        </w:rPr>
        <w:t xml:space="preserve">[53:19] </w:t>
      </w:r>
      <w:r>
        <w:t>ke sahib, woh musalman ho gaya, kyunke wahan jab gaya to us ko wahan likha ke azan ki awaz sunai di. sir, jhooti baat thi yeh. yeh jhoot par apna plan banana, ek jhoot garhna, aur us jhoot ki buniyad par apna action plan banana.</w:t>
      </w:r>
    </w:p>
    <w:p>
      <w:pPr>
        <w:jc w:val="right"/>
      </w:pPr>
      <w:r>
        <w:t>کہ صاحب، وہ مسلمان ہو گیا، کیونکہ وہاں جب گیا تو اس کو وہاں لکھا کہ اذان کی آواز سنائی دی۔ سر، جھوٹی بات تھی یہ۔ یہ جھوٹ پر اپنا پلان بنانا، ایک جھوٹ گڑھنا، اور اس جھوٹ کی بنیاد پر اپنا ایکشن پلان بنانا۔</w:t>
      </w:r>
    </w:p>
    <w:p>
      <w:r>
        <w:rPr>
          <w:b/>
        </w:rPr>
        <w:t xml:space="preserve">[53:36] </w:t>
      </w:r>
      <w:r>
        <w:t>isi isi jab mujhe jab yeh pata chala, tab main ne discover kiya ke is hadith ka matlab kya hai,</w:t>
      </w:r>
    </w:p>
    <w:p>
      <w:pPr>
        <w:jc w:val="right"/>
      </w:pPr>
      <w:r>
        <w:t>اسی اسی جب مجھے جب یہ پتہ چلا، تب میں نے ڈسکور کیا کہ اس حدیث کا مطلب کیا ہے،</w:t>
      </w:r>
    </w:p>
    <w:p>
      <w:r>
        <w:rPr>
          <w:b/>
        </w:rPr>
        <w:t xml:space="preserve">[53:44] </w:t>
      </w:r>
      <w:r>
        <w:t>aur phir mujhe laga ke sari duniya mein yeh ho raha hai.</w:t>
      </w:r>
    </w:p>
    <w:p>
      <w:pPr>
        <w:jc w:val="right"/>
      </w:pPr>
      <w:r>
        <w:t>اور پھر مجھے لگا کہ ساری دنیا میں یہ ہو رہا ہے۔</w:t>
      </w:r>
    </w:p>
    <w:p>
      <w:r>
        <w:rPr>
          <w:b/>
        </w:rPr>
        <w:t xml:space="preserve">[53:48] </w:t>
      </w:r>
      <w:r>
        <w:t>jaise aaj kal jo jihad ho raha hai, woh kya hai? woh isi par ho raha hai. aap ne ek jhoot garha ke falan log jo hain, mere mere khilaf zalim hain, america enemy number one hai islam ka.</w:t>
      </w:r>
    </w:p>
    <w:p>
      <w:pPr>
        <w:jc w:val="right"/>
      </w:pPr>
      <w:r>
        <w:t>جیسے آج کل جو جہاد ہو رہا ہے، وہ کیا ہے؟ وہ اسی پر ہو رہا ہے۔ آپ نے ایک جھوٹ گڑھا کہ فلاں لوگ جو ہیں، میرے میرے خلاف ظالم ہیں، امریکہ اینمی نمبر ون ہے اسلام کا۔</w:t>
      </w:r>
    </w:p>
    <w:p>
      <w:r>
        <w:rPr>
          <w:b/>
        </w:rPr>
        <w:t xml:space="preserve">[53:59] </w:t>
      </w:r>
      <w:r>
        <w:t>sari duniya ke musalman yeh bolte hain.</w:t>
      </w:r>
    </w:p>
    <w:p>
      <w:pPr>
        <w:jc w:val="right"/>
      </w:pPr>
      <w:r>
        <w:t>ساری دنیا کے مسلمان یہ بولتے ہیں۔</w:t>
      </w:r>
    </w:p>
    <w:p>
      <w:r>
        <w:rPr>
          <w:b/>
        </w:rPr>
        <w:t xml:space="preserve">[54:04] </w:t>
      </w:r>
      <w:r>
        <w:t>aap arab mein jaiye to har arab yeh kahega, america adu al islam raqm wahid. poora arab world yeh kahega, america adu al islam raqm wahid, yani america is enemy number one of islam.</w:t>
      </w:r>
    </w:p>
    <w:p>
      <w:pPr>
        <w:jc w:val="right"/>
      </w:pPr>
      <w:r>
        <w:t>آپ عرب میں جائیے تو ہر عرب یہ کہے گا، امریکہ عدو الاسلام رقم واحد۔ پورا عرب ورلڈ یہ کہے گا، امریکہ عدو الاسلام رقم واحد، یعنی امریکہ از اینمی نمبر ون آف اسلام۔</w:t>
      </w:r>
    </w:p>
    <w:p>
      <w:r>
        <w:rPr>
          <w:b/>
        </w:rPr>
        <w:t xml:space="preserve">[54:19] </w:t>
      </w:r>
      <w:r>
        <w:t>yeh jhoot garha, yeh jhoot garh kar ke is waqt america ke khilaf bombardment ho raha hai, america ke khilaf jo hai, ab is ka building utha rahe hain, aap kuch bhi kar rahe hain, aap is jhoot ke upar.</w:t>
      </w:r>
    </w:p>
    <w:p>
      <w:pPr>
        <w:jc w:val="right"/>
      </w:pPr>
      <w:r>
        <w:t>یہ جھوٹ گڑھا، یہ جھوٹ گڑھ کر کے اس وقت امریکہ کے خلاف بمبارمنٹ ہو رہا ہے، امریکہ کے خلاف جو ہے، اب اس کا بلڈنگ اٹھا رہے ہیں، آپ کچھ بھی کر رہے ہیں، آپ اس جھوٹ کے اوپر۔</w:t>
      </w:r>
    </w:p>
    <w:p>
      <w:r>
        <w:rPr>
          <w:b/>
        </w:rPr>
        <w:t xml:space="preserve">[54:31] </w:t>
      </w:r>
      <w:r>
        <w:t>yeh sardah jhooti baat hai ke america islam ka dushman hai. america apne apna apna us ko interest hai, woh woh chahta hai. ab aap aap ko zad mein aate hain to aate rahiye.</w:t>
      </w:r>
    </w:p>
    <w:p>
      <w:pPr>
        <w:jc w:val="right"/>
      </w:pPr>
      <w:r>
        <w:t>یہ سردہ جھوٹی بات ہے کہ امریکہ اسلام کا دشمن ہے۔ امریکہ اپنے اپنا اپنا اس کو انٹرسٹ ہے، وہ وہ چاہتا ہے۔ اب آپ آپ کو زد میں آتے ہیں تو آتے رہیے۔</w:t>
      </w:r>
    </w:p>
    <w:p>
      <w:r>
        <w:rPr>
          <w:b/>
        </w:rPr>
        <w:t xml:space="preserve">[54:41] </w:t>
      </w:r>
      <w:r>
        <w:t>aap america pro america hai, anti islam nahi hai. woh</w:t>
      </w:r>
    </w:p>
    <w:p>
      <w:pPr>
        <w:jc w:val="right"/>
      </w:pPr>
      <w:r>
        <w:t>آپ امریکہ پرو امریکہ ہے، اینٹی اسلام نہیں ہے۔ وہ</w:t>
      </w:r>
    </w:p>
    <w:p>
      <w:r>
        <w:rPr>
          <w:b/>
        </w:rPr>
        <w:t xml:space="preserve">[54:46] </w:t>
      </w:r>
      <w:r>
        <w:t>yaad rakhiye, america pro america hai, woh anti muslim nahi hai. ab be dekh ke sarta par jhooti baat hai ke america musalman islam ka dushman hai.</w:t>
      </w:r>
    </w:p>
    <w:p>
      <w:pPr>
        <w:jc w:val="right"/>
      </w:pPr>
      <w:r>
        <w:t>یاد رکھیے، امریکہ پرو امریکہ ہے، وہ اینٹی مسلم نہیں ہے۔ اب بے دیکھ کہ سرتا پر جھوٹی بات ہے کہ امریکہ مسلمان اسلام کا دشمن ہے۔</w:t>
      </w:r>
    </w:p>
    <w:p>
      <w:r>
        <w:rPr>
          <w:b/>
        </w:rPr>
        <w:t xml:space="preserve">[55:00] </w:t>
      </w:r>
      <w:r>
        <w:t>isi par aap dekhiye, ek poori building khadi kar di gayi, aur aur jo kuch bhi, woh yani america ke khilaf jhoota propaganda ho raha hai, us ke khilaf bomb mare ja rahe hain, suicide bombing ho rahi hai, us ki building ko aap tabah kar rahe hain.</w:t>
      </w:r>
    </w:p>
    <w:p>
      <w:pPr>
        <w:jc w:val="right"/>
      </w:pPr>
      <w:r>
        <w:t>اسی پر آپ دیکھیں، ایک پوری بلڈنگ کھڑی کر دی گئی، اور اور جو کچھ بھی، وہ یعنی امریکہ کے خلاف جھوٹا پروگنڈا ہو رہا ہے، اس کے خلاف بم مارے جا رہے ہیں، سوسائیڈ بمبنگ ہو رہی ہے، اس کی بلڈنگ کو آپ تباہ کر رہے ہیں۔</w:t>
      </w:r>
    </w:p>
    <w:p>
      <w:r>
        <w:rPr>
          <w:b/>
        </w:rPr>
        <w:t xml:space="preserve">[55:14] </w:t>
      </w:r>
      <w:r>
        <w:t>to jhoot par plan banana, jhoot par apna action plan banana, yeh hai malmida qaul az zur wal amal bihi.</w:t>
      </w:r>
    </w:p>
    <w:p>
      <w:pPr>
        <w:jc w:val="right"/>
      </w:pPr>
      <w:r>
        <w:t>تو جھوٹ پر پلان بنانا، جھوٹ پر اپنا ایکشن پلان بنانا، یہ ہے ملمیدا قول الزور والعمل بہی۔</w:t>
      </w:r>
    </w:p>
    <w:p>
      <w:r>
        <w:rPr>
          <w:b/>
        </w:rPr>
        <w:t xml:space="preserve">[55:27] </w:t>
      </w:r>
      <w:r>
        <w:t>to ek hai jhoot bolna ke main kursi pe baitha hua hoon, aur yun hi kahoon ke sahib, main to washington mein baitha hua hoon. to yeh yeh seedha seedha jhoot hua, aur ek jhoot garhna, us jhoot par phir apna plan banana, apne action pl</w:t>
      </w:r>
    </w:p>
    <w:p>
      <w:pPr>
        <w:jc w:val="right"/>
      </w:pPr>
      <w:r>
        <w:t>تو ایک ہے جھوٹ بولنا کہ میں کرسی پہ بیٹھا ہوا ہوں، اور یوں ہی کہوں کہ صاحب، میں تو واشنگٹن میں بیٹھا ہوا ہوں۔ تو یہ یہ سیدھا سیدھا جھوٹ ہوا، اور ایک جھوٹ گڑھنا، اس جھوٹ پر پھر اپنا پلان بنانا، اپنے ایکشن پل</w:t>
      </w:r>
    </w:p>
    <w:p>
      <w:r>
        <w:rPr>
          <w:b/>
        </w:rPr>
        <w:t xml:space="preserve">[55:41] </w:t>
      </w:r>
      <w:r>
        <w:t>an, woh hai jhoot par amal karna. bataiye ke kitna zyada badi yani yeh evil ho rahi hai hamare darmiyan ke na sirf ek jhoot bolte hain log, balkeh jhoot bol kar ke us ke upar plan banate hain.</w:t>
      </w:r>
    </w:p>
    <w:p>
      <w:pPr>
        <w:jc w:val="right"/>
      </w:pPr>
      <w:r>
        <w:t>ان، وہ ہے جھوٹ پر عمل کرنا۔ بتائیے کہ کتنا زیادہ بڑی یعنی یہ ایول ہو رہی ہے ہمارے درمیان کہ نہ صرف ایک جھوٹ بولتے ہیں لوگ، بلکہ جھوٹ بول کر کے اس کے اوپر پلان بناتے ہیں۔</w:t>
      </w:r>
    </w:p>
    <w:p>
      <w:r>
        <w:rPr>
          <w:b/>
        </w:rPr>
        <w:t xml:space="preserve">[55:59] </w:t>
      </w:r>
      <w:r>
        <w:t>action plan isi par banta hai hamara, ek ek jhooti base par, yani jhoot ki base par action plan banana. jhoot ki base par action plan banana.</w:t>
      </w:r>
    </w:p>
    <w:p>
      <w:pPr>
        <w:jc w:val="right"/>
      </w:pPr>
      <w:r>
        <w:t>ایکشن پلان اسی پر بنتا ہے ہمارا، ایک ایک جھوٹی بیس پر، یعنی جھوٹ کی بیس پر ایکشن پلان بنانا۔ جھوٹ کی بیس پر ایکشن پلان بنانا۔</w:t>
      </w:r>
    </w:p>
    <w:p>
      <w:r>
        <w:rPr>
          <w:b/>
        </w:rPr>
        <w:t xml:space="preserve">[56:12] </w:t>
      </w:r>
      <w:r>
        <w:t>yaad rakhiye, kisi ke ek ek masla mein arz kar doon ke kisi ke bare mein achhi baat kehna ho to aap free hain kehne ke liye, lekin kisi ke baad mein buri baat kehna hai, agar aap ko yaad rakhiye to aap ko hazar bar us ki scrutiny karni padegi,</w:t>
      </w:r>
    </w:p>
    <w:p>
      <w:pPr>
        <w:jc w:val="right"/>
      </w:pPr>
      <w:r>
        <w:t>یاد رکھیے، کسی کے ایک ایک مسئلہ میں عرض کر دوں کہ کسی کے بارے میں اچھی بات کہنا ہو تو آپ فری ہیں کہنے کے لیے، لیکن کسی کے بعد میں بری بات کہنا ہے، اگر آپ کو یاد رکھیے تو آپ کو ہزار بار اس کی اسکرٹنی کرنی پڑے گی،</w:t>
      </w:r>
    </w:p>
    <w:p>
      <w:r>
        <w:rPr>
          <w:b/>
        </w:rPr>
        <w:t xml:space="preserve">[56:28] </w:t>
      </w:r>
      <w:r>
        <w:t>hazaar baar is ko check karna paray ga, hazaar baar is ka survey karna paray ga. aakhri jab tak poori tareeqay say establish na ho jaye, tab tak aap kisi ke khilaaf buri baat nahi nikaal sakte.</w:t>
      </w:r>
    </w:p>
    <w:p>
      <w:pPr>
        <w:jc w:val="right"/>
      </w:pPr>
      <w:r>
        <w:t>ہزار بار اس کو چیک کرنا پڑے گا، ہزار بار اس کا سروے کرنا پڑے گا۔ آخری جب تک پوری طریقے سے اسٹیبلش نہ ہو جائے، تب تک آپ کسی کے خلاف بری بات نہیں نکال سکتے۔</w:t>
      </w:r>
    </w:p>
    <w:p>
      <w:r>
        <w:rPr>
          <w:b/>
        </w:rPr>
        <w:t xml:space="preserve">[56:42] </w:t>
      </w:r>
      <w:r>
        <w:t>saaray hi jo available sources hain, un sab ko aap ko check karna paray ga. is ke baad agar prove ho jaye, establish ho jaye, tab aap bol sakte hain.</w:t>
      </w:r>
    </w:p>
    <w:p>
      <w:pPr>
        <w:jc w:val="right"/>
      </w:pPr>
      <w:r>
        <w:t>سارے ہی جو اویلیبل سورسز ہیں، ان سب کو آپ کو چیک کرنا پڑے گا۔ اس کے بعد اگر پروف ہو جائے، اسٹیبلش ہو جائے، تب آپ بول سکتے ہیں۔</w:t>
      </w:r>
    </w:p>
    <w:p>
      <w:r>
        <w:rPr>
          <w:b/>
        </w:rPr>
        <w:t xml:space="preserve">[56:54] </w:t>
      </w:r>
      <w:r>
        <w:t>yahan kya hai? bas aik river nikali aur phaila di, aur saaray log le ke is ke daur rahe hain. is Ramzan mein mujhe aik discovery hui ke aik hai jhoot bolna, aik hai jhoot par amal karna.</w:t>
      </w:r>
    </w:p>
    <w:p>
      <w:pPr>
        <w:jc w:val="right"/>
      </w:pPr>
      <w:r>
        <w:t>یہاں کیا ہے؟ بس ایک ریور نکالی اور پھیلا دیا، اور سارے لوگ لے کے اس کے دوڑ رہے ہیں۔ اس رمضان میں مجھے ایک ڈسکوری ہوئی کہ ایک ہے جھوٹ بولنا، ایک ہے جھوٹ پر عمل کرنا۔</w:t>
      </w:r>
    </w:p>
    <w:p>
      <w:r>
        <w:rPr>
          <w:b/>
        </w:rPr>
        <w:t xml:space="preserve">[57:06] </w:t>
      </w:r>
      <w:r>
        <w:t>to kya hai woh? Allah taala hamein is se bachaye.</w:t>
      </w:r>
    </w:p>
    <w:p>
      <w:pPr>
        <w:jc w:val="right"/>
      </w:pPr>
      <w:r>
        <w:t>تو کیا ہے وہ؟ اللہ تعالی ہمیں اس سے بچائے۔</w:t>
      </w:r>
    </w:p>
    <w:p>
      <w:r>
        <w:rPr>
          <w:b/>
        </w:rPr>
        <w:t xml:space="preserve">[57:12] </w:t>
      </w:r>
      <w:r>
        <w:t>is Ramzan mein hum sab log is ka ehad karein ke hamein na to jhoot bolna hai aur na jhoot par amal karna hai. aqool qawli haza wastaghfirullah li walakum ajmaeen.</w:t>
      </w:r>
    </w:p>
    <w:p>
      <w:pPr>
        <w:jc w:val="right"/>
      </w:pPr>
      <w:r>
        <w:t>اس رمضان میں ہم سب لوگ اس کا عہد کریں کہ ہمیں نہ تو جھوٹ بولنا ہے اور نہ جھوٹ پر عمل کرنا ہے۔ اقول قولي هذا واستغفراللہ لي ولكم اجمعین.</w:t>
      </w:r>
    </w:p>
    <w:p>
      <w:r>
        <w:rPr>
          <w:b/>
        </w:rPr>
        <w:t xml:space="preserve">[57:35] </w:t>
      </w:r>
      <w:r>
        <w:t>What is the definition of a Muslim? And how a Muslim should be?</w:t>
      </w:r>
    </w:p>
    <w:p>
      <w:pPr>
        <w:jc w:val="right"/>
      </w:pPr>
      <w:r>
        <w:t>What is the definition of a Muslim? And how a Muslim should be?</w:t>
      </w:r>
    </w:p>
    <w:p>
      <w:r>
        <w:rPr>
          <w:b/>
        </w:rPr>
        <w:t xml:space="preserve">[57:43] </w:t>
      </w:r>
      <w:r>
        <w:t>dekhye, aik hai fiqhi definition.</w:t>
      </w:r>
    </w:p>
    <w:p>
      <w:pPr>
        <w:jc w:val="right"/>
      </w:pPr>
      <w:r>
        <w:t>دیکھئے، ایک ہے فقہی definition۔</w:t>
      </w:r>
    </w:p>
    <w:p>
      <w:r>
        <w:rPr>
          <w:b/>
        </w:rPr>
        <w:t xml:space="preserve">[57:50] </w:t>
      </w:r>
      <w:r>
        <w:t>fiqhi definition to yeh hai ke la nukaffir ahl al-qibla la nukaffir min ahl al-qibla yani jo aadmi qibla ki taraf rukh kar ke namaz parhay to us ko kafir nahi banaya jaye ga.</w:t>
      </w:r>
    </w:p>
    <w:p>
      <w:pPr>
        <w:jc w:val="right"/>
      </w:pPr>
      <w:r>
        <w:t>فقہی definition تو یہ ہے کہ لا نكفر أهل القبلة لا نكفر من أهل القبلة یعنی جو آدمی قبلہ کی طرف رخ کر کے نماز پڑھے تو اس کو کافر نہیں بنایا جائے گا۔</w:t>
      </w:r>
    </w:p>
    <w:p>
      <w:r>
        <w:rPr>
          <w:b/>
        </w:rPr>
        <w:t xml:space="preserve">[58:06] </w:t>
      </w:r>
      <w:r>
        <w:t>is ki takfeer nahi ki jaye gi. to namaz ko pehchaan batai gayi hai. bata</w:t>
      </w:r>
    </w:p>
    <w:p>
      <w:pPr>
        <w:jc w:val="right"/>
      </w:pPr>
      <w:r>
        <w:t>اس کی تکفیر نہیں کی جائے گی۔ تو نماز کو پہچان بتائی گئی ہے۔ بتایا</w:t>
      </w:r>
    </w:p>
    <w:p>
      <w:r>
        <w:rPr>
          <w:b/>
        </w:rPr>
        <w:t xml:space="preserve">[58:12] </w:t>
      </w:r>
      <w:r>
        <w:t>gaya hai. to jo aadmi kalma parhay aur namaz parhay to hum us ko musalman samjhein ge. yeh fiqhi definition hai. lekin doosri definition woh hai jo Khuda ke haan hogi.</w:t>
      </w:r>
    </w:p>
    <w:p>
      <w:pPr>
        <w:jc w:val="right"/>
      </w:pPr>
      <w:r>
        <w:t>گیا ہے۔ تو جو آدمی کلمہ پڑھے اور نماز پڑھے تو ہم اس کو مسلمان سمجھیں گے۔ یہ فقہی definition ہے۔ لیکن دوسری definition وہ ہے جو خدا کے ہاں ہوگی۔</w:t>
      </w:r>
    </w:p>
    <w:p>
      <w:r>
        <w:rPr>
          <w:b/>
        </w:rPr>
        <w:t xml:space="preserve">[58:24] </w:t>
      </w:r>
      <w:r>
        <w:t>woh hum nahi jante. woh Allah hi behtar</w:t>
      </w:r>
    </w:p>
    <w:p>
      <w:pPr>
        <w:jc w:val="right"/>
      </w:pPr>
      <w:r>
        <w:t>وہ ہم نہیں جانتے۔ وہ اللہ ہی بہتر</w:t>
      </w:r>
    </w:p>
    <w:p>
      <w:r>
        <w:rPr>
          <w:b/>
        </w:rPr>
        <w:t xml:space="preserve">[58:26] </w:t>
      </w:r>
      <w:r>
        <w:t>janta hai. yeh sirf hum yeh kar sakte hain ke Quran mein yeh kaha gaya hai ke qatal a'arab amna walamma yadkhul al-iman fi quloobihim yani munh se bolna Khuda ko accept nahi hoga.</w:t>
      </w:r>
    </w:p>
    <w:p>
      <w:pPr>
        <w:jc w:val="right"/>
      </w:pPr>
      <w:r>
        <w:t>جانتا ہے۔ یہ صرف ہم یہ کر سکتے ہیں کہ قرآن میں یہ کہا گیا ہے کہ قاتل أعراب أمنا ولما يدخل الإيمان فی قلوبهم یعنی منہ سے بولنا خدا کو accept نہیں ہوگا۔</w:t>
      </w:r>
    </w:p>
    <w:p>
      <w:r>
        <w:rPr>
          <w:b/>
        </w:rPr>
        <w:t xml:space="preserve">[58:43] </w:t>
      </w:r>
      <w:r>
        <w:t>hum to accept kar lein ge. dunya mein hum nahi keh sakte ke tumhare dil mein utra ke nahi utra. woh munh se bola to maan lein ge hum.</w:t>
      </w:r>
    </w:p>
    <w:p>
      <w:pPr>
        <w:jc w:val="right"/>
      </w:pPr>
      <w:r>
        <w:t>ہم تو accept کر لیں گے۔ دنیا میں ہم نہیں کہہ سکتے کہ تمہارے دل میں اترا کہ نہیں اترا۔ وہ منہ سے بولا تو مان لیں گے ہم۔</w:t>
      </w:r>
    </w:p>
    <w:p>
      <w:r>
        <w:rPr>
          <w:b/>
        </w:rPr>
        <w:t xml:space="preserve">[58:51] </w:t>
      </w:r>
      <w:r>
        <w:t>Khuda kya hai? koi keh raha hai? Khuda yeh hai ke dil mein utarna chahiye. dil mein utarna chahiye. to dil mein utra hua iman agar kisi ko haasil hai to woh goya momin hua.</w:t>
      </w:r>
    </w:p>
    <w:p>
      <w:pPr>
        <w:jc w:val="right"/>
      </w:pPr>
      <w:r>
        <w:t>خدا کیا ہے؟ کوئی کہہ رہا ہے؟ خدا یہ ہے کہ دل میں اترنا چاہیے۔ دل میں اترنا چاہیے۔ تو دل میں اترا ہوا ایمان اگر کسی کو حاصل ہے تو وہ گویا مومن ہوا۔</w:t>
      </w:r>
    </w:p>
    <w:p>
      <w:r>
        <w:rPr>
          <w:b/>
        </w:rPr>
        <w:t xml:space="preserve">[59:06] </w:t>
      </w:r>
      <w:r>
        <w:t>la salat illa billahi wa takhashsha is ki namaz namaz nahi jis ki namaz mein khushu na ho. yeh bhi hum nahi keh sakte. hum nahi keh sakte ke tumhari namaz namaz nahi ke tum kyunke tumhare dil mein khushu nahi hai.</w:t>
      </w:r>
    </w:p>
    <w:p>
      <w:pPr>
        <w:jc w:val="right"/>
      </w:pPr>
      <w:r>
        <w:t>لا صلاة إلا بالله ويتخشى اس کی نماز نماز نہیں جس کی نماز میں خشوع نہ ہو۔ یہ بھی ہم نہیں کہہ سکتے۔ ہم نہیں کہہ سکتے کہ تمہاری نماز نماز نہیں کہ تم کیونکہ تمہارے دل میں خشوع نہیں ہے۔</w:t>
      </w:r>
    </w:p>
    <w:p>
      <w:r>
        <w:rPr>
          <w:b/>
        </w:rPr>
        <w:t xml:space="preserve">[59:17] </w:t>
      </w:r>
      <w:r>
        <w:t>yeh Khuda ka karna hai. to hum sirf zahir ke aitbaar se faisla kar sakte hain. zahir yahi hai ke munh se bol diya to hum maan lein ge us ko.</w:t>
      </w:r>
    </w:p>
    <w:p>
      <w:pPr>
        <w:jc w:val="right"/>
      </w:pPr>
      <w:r>
        <w:t>یہ خدا کا کا کرنا ہے۔ تو ہم صرف ظاہر کے اعتبار سے فیصلہ کر سکتے ہیں۔ ظاہر یہی ہے کہ منہ سے بول دیا تو ہم مان لیں گے اس کو۔</w:t>
      </w:r>
    </w:p>
    <w:p>
      <w:r>
        <w:rPr>
          <w:b/>
        </w:rPr>
        <w:t xml:space="preserve">[59:27] </w:t>
      </w:r>
      <w:r>
        <w:t>aur Khuda aakhirat mein is ke andar tak dekhe ga. aur andar kya tha, us ke aitbaar se Khuda faisla kare ga.</w:t>
      </w:r>
    </w:p>
    <w:p>
      <w:pPr>
        <w:jc w:val="right"/>
      </w:pPr>
      <w:r>
        <w:t>اور خدا آخرت میں اس کے اندر تک دیکھے گا۔ اور اندر کیا تھا، اس کے اعتبار سے خدا فیصلہ کرے گا۔</w:t>
      </w:r>
    </w:p>
    <w:p>
      <w:r>
        <w:rPr>
          <w:b/>
        </w:rPr>
        <w:t xml:space="preserve">[59:38] </w:t>
      </w:r>
      <w:r>
        <w:t xml:space="preserve"> Maulana she also wants to know what Islam what Islam has to say about family planning and remarriage of a woman</w:t>
      </w:r>
    </w:p>
    <w:p>
      <w:pPr>
        <w:jc w:val="right"/>
      </w:pPr>
      <w:r>
        <w:t>اہ مولانا she also wants to know what اسلام what اسلام has to say about family planning and remarriage of a woman</w:t>
      </w:r>
    </w:p>
    <w:p>
      <w:r>
        <w:rPr>
          <w:b/>
        </w:rPr>
        <w:t xml:space="preserve">[59:48] </w:t>
      </w:r>
      <w:r>
        <w:t>family planning ke baray mein main samajhta hoon ke ulama ne jo ravaiyya ikhtiyar kiya hai woh galat hai. woh family planning Islam mein jaiz hai.</w:t>
      </w:r>
    </w:p>
    <w:p>
      <w:pPr>
        <w:jc w:val="right"/>
      </w:pPr>
      <w:r>
        <w:t>فیملی پلاننگ کے بارے میں میں سمجھتا ہوں کہ علماء نے جو رویہ اختیار کیا ہے وہ غلط ہے۔ وہ فیملی پلاننگ اسلام میں جائز ہے۔</w:t>
      </w:r>
    </w:p>
    <w:p>
      <w:r>
        <w:rPr>
          <w:b/>
        </w:rPr>
        <w:t xml:space="preserve">[59:59] </w:t>
      </w:r>
      <w:r>
        <w:t>log farq nahi karte. dekhein, aik cheez hai ke zindagi ko maarna aik hai family planning ya birth control.</w:t>
      </w:r>
    </w:p>
    <w:p>
      <w:pPr>
        <w:jc w:val="right"/>
      </w:pPr>
      <w:r>
        <w:t>لوگ فرق نہیں کرتے۔ دیکھیں، ایک چیز ہے کہ زندگی کو مارنا ایک ہے فیملی پلاننگ یا برتھ کنٹرول۔</w:t>
      </w:r>
    </w:p>
    <w:p>
      <w:r>
        <w:rPr>
          <w:b/>
        </w:rPr>
        <w:t xml:space="preserve">[1:00:13] </w:t>
      </w:r>
      <w:r>
        <w:t>to zindagi ko maarna to bilashuba Islam mein haram</w:t>
      </w:r>
    </w:p>
    <w:p>
      <w:pPr>
        <w:jc w:val="right"/>
      </w:pPr>
      <w:r>
        <w:t>تو زندگی کو مارنا تو بلاشبہ اسلام میں حرام</w:t>
      </w:r>
    </w:p>
    <w:p>
      <w:r>
        <w:rPr>
          <w:b/>
        </w:rPr>
        <w:t xml:space="preserve">[1:00:16] </w:t>
      </w:r>
      <w:r>
        <w:t>hai. chahe woh pait ke andar mari jaye, chahe bahar nikalne ke baad mari jaye. to abortion alag cheez hai aur birth control aik alag cheez hai.</w:t>
      </w:r>
    </w:p>
    <w:p>
      <w:pPr>
        <w:jc w:val="right"/>
      </w:pPr>
      <w:r>
        <w:t>ہے۔ چاہے وہ پیٹ کے اندر ماری جائے، چاہے باہر نکلنے کے بعد ماری جائے۔ تو ابورشن الگ چیز ہے اور برتھ کنٹرول ایک الگ چیز ہے۔</w:t>
      </w:r>
    </w:p>
    <w:p>
      <w:r>
        <w:rPr>
          <w:b/>
        </w:rPr>
        <w:t xml:space="preserve">[1:00:25] </w:t>
      </w:r>
      <w:r>
        <w:t>to zindagi wajood mein jab aa jaye, jab zindagi wajood mein aa jaye, us waqt us ko maarna haram hai. lekin zindagi wajood aanay se pehle agar aap birth control karte hain to yeh Islam mein jaiz hai.</w:t>
      </w:r>
    </w:p>
    <w:p>
      <w:pPr>
        <w:jc w:val="right"/>
      </w:pPr>
      <w:r>
        <w:t>تو زندگی وجود میں جب آ جائے، جب زندگی وجود میں آ جائے، اس وقت اس کو مارنا حرام ہے۔ لیکن زندگی وجود آنے سے پہلے اگر آپ برتھ کنٹرول کرتے ہیں تو یہ اسلام میں جائز ہے۔</w:t>
      </w:r>
    </w:p>
    <w:p>
      <w:r>
        <w:rPr>
          <w:b/>
        </w:rPr>
        <w:t xml:space="preserve">[1:00:41] </w:t>
      </w:r>
      <w:r>
        <w:t>main aur is mein ulama ne jo fatway diye hain woh bilkul galat hain. doos</w:t>
      </w:r>
    </w:p>
    <w:p>
      <w:pPr>
        <w:jc w:val="right"/>
      </w:pPr>
      <w:r>
        <w:t>میں اور اس میں علماء نے جو فتوے دیے ہیں وہ بالکل غلط ہیں۔ دوس</w:t>
      </w:r>
    </w:p>
    <w:p>
      <w:r>
        <w:rPr>
          <w:b/>
        </w:rPr>
        <w:t xml:space="preserve">[1:00:47] </w:t>
      </w:r>
      <w:r>
        <w:t>ri baat jo hai, remarriage zahir hai ke remarriage bilkul bohat achi baat hai. yani shadi aik biwi ho gayi, koi khatoon dobara shadi karti hai to bilkul theek hai.</w:t>
      </w:r>
    </w:p>
    <w:p>
      <w:pPr>
        <w:jc w:val="right"/>
      </w:pPr>
      <w:r>
        <w:t>ری بات جو ہے، ریبائض ظاہر ہے کہ ریبائض بالکل بہت اچھی بات ہے۔ یعنی شادی ایک بیوہ ہو گئی، کوئی خاتون دوبارہ شادی کرتی ہے تو بالکل ٹھیک ہے۔</w:t>
      </w:r>
    </w:p>
    <w:p>
      <w:r>
        <w:rPr>
          <w:b/>
        </w:rPr>
        <w:t xml:space="preserve">[1:00:58] </w:t>
      </w:r>
      <w:r>
        <w:t>is mein is mein to koi poochne ki baat hi nahin.</w:t>
      </w:r>
    </w:p>
    <w:p>
      <w:pPr>
        <w:jc w:val="right"/>
      </w:pPr>
      <w:r>
        <w:t>اس میں اس میں تو کوئی پوچھنے کی بات ہی نہیں۔</w:t>
      </w:r>
    </w:p>
    <w:p>
      <w:r>
        <w:rPr>
          <w:b/>
        </w:rPr>
        <w:t xml:space="preserve">[1:01:04] </w:t>
      </w:r>
      <w:r>
        <w:t>ah this question is from mr hamid hussain. molana sahib there are a few things in namaz which needs to be understood while offering.</w:t>
      </w:r>
    </w:p>
    <w:p>
      <w:pPr>
        <w:jc w:val="right"/>
      </w:pPr>
      <w:r>
        <w:t>اہ this question is from مسٹر حامد حسین۔ مولانا صاحب there are a few things in نماز which needs to be understood while offering.</w:t>
      </w:r>
    </w:p>
    <w:p>
      <w:r>
        <w:rPr>
          <w:b/>
        </w:rPr>
        <w:t xml:space="preserve">[1:01:15] </w:t>
      </w:r>
      <w:r>
        <w:t>they are as foll</w:t>
      </w:r>
    </w:p>
    <w:p>
      <w:pPr>
        <w:jc w:val="right"/>
      </w:pPr>
      <w:r>
        <w:t>They are as foll</w:t>
      </w:r>
    </w:p>
    <w:p>
      <w:r>
        <w:rPr>
          <w:b/>
        </w:rPr>
        <w:t xml:space="preserve">[1:01:16] </w:t>
      </w:r>
      <w:r>
        <w:t>ows: subhana rabbi al azeem when somebody goes into ruku; sami allahu lima hameeda; subhana rabbi ala when somebody does sajda; rabna lakal hamd and allahu akbar.</w:t>
      </w:r>
    </w:p>
    <w:p>
      <w:pPr>
        <w:jc w:val="right"/>
      </w:pPr>
      <w:r>
        <w:t>ows: Subhana ربی العظیم when somebody goes into ruku; Sami Allahu lima حمیدہ; Subhana ربی الاعلی when somebody does سجدہ; Rabna Lakal Hamd and Allahu Akbar.</w:t>
      </w:r>
    </w:p>
    <w:p>
      <w:r>
        <w:rPr>
          <w:b/>
        </w:rPr>
        <w:t xml:space="preserve">[1:01:31] </w:t>
      </w:r>
      <w:r>
        <w:t>could you please explain the meanings and significance of these for the benefit of all?</w:t>
      </w:r>
    </w:p>
    <w:p>
      <w:pPr>
        <w:jc w:val="right"/>
      </w:pPr>
      <w:r>
        <w:t>Could you please explain the meanings and significance of these for the benefit of all?</w:t>
      </w:r>
    </w:p>
    <w:p>
      <w:r>
        <w:rPr>
          <w:b/>
        </w:rPr>
        <w:t xml:space="preserve">[1:01:39] </w:t>
      </w:r>
      <w:r>
        <w:t>dekhen, ramzan namaz jis spirit ke sath parhi jati hai, usi spirit ka yeh shabdon mein izhaar hai. usi ka literal expression hai.</w:t>
      </w:r>
    </w:p>
    <w:p>
      <w:pPr>
        <w:jc w:val="right"/>
      </w:pPr>
      <w:r>
        <w:t>دیکھیں، رمضان نماز جس اسپرٹ کے ساتھ پڑھی جاتی ہے، اسی اسپرٹ کا یہ शब्दوں میں اظہار ہے۔ اسی کا لٹرل ایکسپریشن ہے۔</w:t>
      </w:r>
    </w:p>
    <w:p>
      <w:r>
        <w:rPr>
          <w:b/>
        </w:rPr>
        <w:t xml:space="preserve">[1:01:52] </w:t>
      </w:r>
      <w:r>
        <w:t>yani aadmi jee raha hai khuda ki barhai mein to is ki zuban se nikla allah o akbar. to allah o akbar bhi koi koi mantra nahin hai, dil ki kefiyat ka izhaar hai.</w:t>
      </w:r>
    </w:p>
    <w:p>
      <w:pPr>
        <w:jc w:val="right"/>
      </w:pPr>
      <w:r>
        <w:t>یعنی آدمی جی رہا ہے خدا کی بڑائی میں تو اس کی زبان سے نکلا اللہ اکبر۔ تو اللہ اکبر بھی کوئی کوئی منتر نہیں ہے، دل کی کیفیت کا اظہار ہے۔</w:t>
      </w:r>
    </w:p>
    <w:p>
      <w:r>
        <w:rPr>
          <w:b/>
        </w:rPr>
        <w:t xml:space="preserve">[1:02:07] </w:t>
      </w:r>
      <w:r>
        <w:t>yani aap ke dil mein already khuda ki glory aa chuki hai, us ki spirit. to aap kehte hain allah o akbar, khuda ya to kitna bara hai. isi tarah se jab aap kehte hain subhan rabbi ala, subhan rabbi al azeem, dono ka matlab ek hi hai taqreeban ke ke khuda pak hai aur woh azeem hai aur bara bara hai.</w:t>
      </w:r>
    </w:p>
    <w:p>
      <w:pPr>
        <w:jc w:val="right"/>
      </w:pPr>
      <w:r>
        <w:t>یعنی آپ کے دل میں الریڈی خدا کی گلوری آ چکی ہے، اس کی اسپرٹ۔ تو آپ کہتے ہیں اللہ اکبر، خدایا تو کتنا بڑا ہے۔ اسی طرح سے جب آپ کہتے ہیں سبحان ربی الاعلی، سبحان ربی العظیم، دونوں کا مطلب ایک ہی ہے تقریباً کہ کہ خدا پاک ہے اور وہ عظیم ہے اور بڑا بڑا ہے۔</w:t>
      </w:r>
    </w:p>
    <w:p>
      <w:r>
        <w:rPr>
          <w:b/>
        </w:rPr>
        <w:t xml:space="preserve">[1:02:31] </w:t>
      </w:r>
      <w:r>
        <w:t>yani mera rab jo hai, woh bohat hi bara hai, bohat hi pak hai. yeh matlab hai is ka.</w:t>
      </w:r>
    </w:p>
    <w:p>
      <w:pPr>
        <w:jc w:val="right"/>
      </w:pPr>
      <w:r>
        <w:t>یعنی میرا رب جو ہے، وہ بہت ہی بڑا ہے، بہت ہی پاک ہے۔ یہ مطلب ہے اس کا۔</w:t>
      </w:r>
    </w:p>
    <w:p>
      <w:r>
        <w:rPr>
          <w:b/>
        </w:rPr>
        <w:t xml:space="preserve">[1:02:37] </w:t>
      </w:r>
      <w:r>
        <w:t>to yahan par bhi apni kefiyat jo dil mein hai, aap ke us ko aap izhaar kiya lafzon mein.</w:t>
      </w:r>
    </w:p>
    <w:p>
      <w:pPr>
        <w:jc w:val="right"/>
      </w:pPr>
      <w:r>
        <w:t>تو یہاں پر بھی اپنی کیفیت جو دل میں ہے، آپ کے اس کو آپ اظہار کیا لفظوں میں۔</w:t>
      </w:r>
    </w:p>
    <w:p>
      <w:r>
        <w:rPr>
          <w:b/>
        </w:rPr>
        <w:t xml:space="preserve">[1:02:47] </w:t>
      </w:r>
      <w:r>
        <w:t>subhana ke maani hain pak, khuda ya to pak hai. jaise ke pak ka matlab yeh samajh lijiye ke bohat cheezain aisi logon ne khuda ke baray mein rakhi hain jo khuda ke shan shan ke khilaf hain.</w:t>
      </w:r>
    </w:p>
    <w:p>
      <w:pPr>
        <w:jc w:val="right"/>
      </w:pPr>
      <w:r>
        <w:t>سبحانہ کے معنی ہیں پاک، خدایا تو پاک ہے۔ جیسے کہ پاک کا مطلب یہ سمجھ لیجئے کہ بہت چیزیں ایسی لوگوں نے خدا کے بارے میں رکھی ہیں جو خدا کے شان شان کے خلاف ہیں۔</w:t>
      </w:r>
    </w:p>
    <w:p>
      <w:r>
        <w:rPr>
          <w:b/>
        </w:rPr>
        <w:t xml:space="preserve">[1:02:59] </w:t>
      </w:r>
      <w:r>
        <w:t>yeh ke khuda ka beta hai ya khuda kisi ki sarvaiv, kisi ka dabao khuda ke upar hota hai, woh keh de to khuda ko manna paray ga.</w:t>
      </w:r>
    </w:p>
    <w:p>
      <w:pPr>
        <w:jc w:val="right"/>
      </w:pPr>
      <w:r>
        <w:t>یہ کہ خدا کا بیٹا ہے یا خدا کسی کی سروائیو، کسی کا دباؤ خدا کے اوپر ہوتا ہے، وہ کہہ دے تو خدا کو ماننا پڑے گا۔</w:t>
      </w:r>
    </w:p>
    <w:p>
      <w:r>
        <w:rPr>
          <w:b/>
        </w:rPr>
        <w:t xml:space="preserve">[1:03:07] </w:t>
      </w:r>
      <w:r>
        <w:t>yeh sab khuda ki shan ke khilaf hai. ya khuda ka koi partner hai, jo us ko kehte hain woh shirk.</w:t>
      </w:r>
    </w:p>
    <w:p>
      <w:pPr>
        <w:jc w:val="right"/>
      </w:pPr>
      <w:r>
        <w:t>یہ سب خدا کی شان کے خلاف ہے۔ یا خدا کا کوئی پارٹنر ہے، جو اس کو کہتے ہیں وہ شرک۔</w:t>
      </w:r>
    </w:p>
    <w:p>
      <w:r>
        <w:rPr>
          <w:b/>
        </w:rPr>
        <w:t xml:space="preserve">[1:03:16] </w:t>
      </w:r>
      <w:r>
        <w:t>yeh sab khuda ki shan ke khilaf hai. to khuda ya to is se bartar hai ke tera koi partner ho, tere upar kisi ka dabao paray aur tu kisi ko, tu kisi ka beta ho ya ya tu kisi ko beta banaye.</w:t>
      </w:r>
    </w:p>
    <w:p>
      <w:pPr>
        <w:jc w:val="right"/>
      </w:pPr>
      <w:r>
        <w:t>یہ سب خدا کی شان کے خلاف ہے۔ تو خدایا تو اس سے برتر ہے کہ تیرا کوئی پارٹنر ہو، تیرے اوپر کسی کا دباؤ پڑے اور تو کسی کو، تو کسی کا بیٹا ہو یا یا تو کسی کو بیٹا بنائے۔</w:t>
      </w:r>
    </w:p>
    <w:p>
      <w:r>
        <w:rPr>
          <w:b/>
        </w:rPr>
        <w:t xml:space="preserve">[1:03:31] </w:t>
      </w:r>
      <w:r>
        <w:t>lam yalid wa lam yulad to</w:t>
      </w:r>
    </w:p>
    <w:p>
      <w:pPr>
        <w:jc w:val="right"/>
      </w:pPr>
      <w:r>
        <w:t>لمیلد ولم یولد تو</w:t>
      </w:r>
    </w:p>
    <w:p>
      <w:r>
        <w:rPr>
          <w:b/>
        </w:rPr>
        <w:t xml:space="preserve">[1:03:34] </w:t>
      </w:r>
      <w:r>
        <w:t>yeh sari cheezain jo logon ne bana rakhi hain khuda ki nisbat se, to aadmi ke dil mein woh spirit already hai pehle se. usi ko zuban se kehta hai ke khuda ya to pak hai, to bartar hai, to is se aala hai in cheezon, in sab cheezon se.</w:t>
      </w:r>
    </w:p>
    <w:p>
      <w:pPr>
        <w:jc w:val="right"/>
      </w:pPr>
      <w:r>
        <w:t>یہ ساری چیزیں جو لوگوں نے بنا رکھی ہیں خدا کی نسبت سے، تو آدمی کے دل میں وہ اسپرٹ الریڈی ہے پہلے سے۔ اسی کو زبان سے کہتا ہے کہ خدایا تو پاک ہے، تو برتر ہے، تو اس سے اعلیٰ ہے ان چیزوں، ان سب چیزوں سے۔</w:t>
      </w:r>
    </w:p>
    <w:p>
      <w:r>
        <w:rPr>
          <w:b/>
        </w:rPr>
        <w:t xml:space="preserve">[1:03:49] </w:t>
      </w:r>
      <w:r>
        <w:t>to yeh tabai alfaz hain namaz mein, woh kefiyat ki shakal mein namazi ke dil mein maujood hotay hain.</w:t>
      </w:r>
    </w:p>
    <w:p>
      <w:pPr>
        <w:jc w:val="right"/>
      </w:pPr>
      <w:r>
        <w:t>تو یہ طبیع الفاظ ہیں نماز میں، وہ کیفیت کی شکل میں نمازی کے دل میں موجود ہوتے ہیں۔</w:t>
      </w:r>
    </w:p>
    <w:p>
      <w:r>
        <w:rPr>
          <w:b/>
        </w:rPr>
        <w:t xml:space="preserve">[1:03:59] </w:t>
      </w:r>
      <w:r>
        <w:t>wohi usi ka izhaar, wohi express karta hai woh apni zuban se. yeh hai is waqt. this is the last question for today's session.</w:t>
      </w:r>
    </w:p>
    <w:p>
      <w:pPr>
        <w:jc w:val="right"/>
      </w:pPr>
      <w:r>
        <w:t>وہی اسی کا اظہار، وہی ایکسپریس کرتا ہے وہ اپنی زبان سے۔ یہ ہے اس وقت۔ This is the last question for today's session.</w:t>
      </w:r>
    </w:p>
    <w:p>
      <w:r>
        <w:rPr>
          <w:b/>
        </w:rPr>
        <w:t xml:space="preserve">[1:04:10] </w:t>
      </w:r>
      <w:r>
        <w:t>this question is from dr. farida khanam.</w:t>
      </w:r>
    </w:p>
    <w:p>
      <w:pPr>
        <w:jc w:val="right"/>
      </w:pPr>
      <w:r>
        <w:t>This question is from Dr. Farida Khanam.</w:t>
      </w:r>
    </w:p>
    <w:p>
      <w:r>
        <w:rPr>
          <w:b/>
        </w:rPr>
        <w:t xml:space="preserve">[1:04:14] </w:t>
      </w:r>
      <w:r>
        <w:t>molana, when we are born with the spirit of submission, what makes us turn arrogant and become a rebel? dekhen, insan jo hai, woh yeh duniya mein test ke liye paida kiya gaya hai.</w:t>
      </w:r>
    </w:p>
    <w:p>
      <w:pPr>
        <w:jc w:val="right"/>
      </w:pPr>
      <w:r>
        <w:t>مولانا، when we are born with the spirit of submission, what makes us turn arrogant and become a rebel? دیکھیں، انسان جو ہے، وہ یہ دنیا میں ٹیسٹ کے لیے پیدا کیا گیا ہے۔</w:t>
      </w:r>
    </w:p>
    <w:p>
      <w:r>
        <w:rPr>
          <w:b/>
        </w:rPr>
        <w:t xml:space="preserve">[1:04:30] </w:t>
      </w:r>
      <w:r>
        <w:t>test ke liye. is liye quran mein bataya gaya hai ke insan ke andar, yani ek hi sath do cheezain rakhi gayi hain: al nafs al lawwamah aur al nafs al ammarah.</w:t>
      </w:r>
    </w:p>
    <w:p>
      <w:pPr>
        <w:jc w:val="right"/>
      </w:pPr>
      <w:r>
        <w:t>ٹیسٹ کے لیے۔ اس لیے قرآن میں بتایا گیا ہے کہ انسان کے اندر، یعنی ایک ہی ساتھ دو چیزیں رکھی گئی ہیں: النفس اللوامہ اور النفس العمارہ۔</w:t>
      </w:r>
    </w:p>
    <w:p>
      <w:r>
        <w:rPr>
          <w:b/>
        </w:rPr>
        <w:t xml:space="preserve">[1:04:45] </w:t>
      </w:r>
      <w:r>
        <w:t>yeh quran mein hai ke insan ke pas, insan ko khuda ne nafs ammarah bhi diya hai, nafs lawwamah bhi diya hai. to nafs ammarah ka matlab kya hai?</w:t>
      </w:r>
    </w:p>
    <w:p>
      <w:pPr>
        <w:jc w:val="right"/>
      </w:pPr>
      <w:r>
        <w:t>یہ قرآن میں ہے کہ انسان کے پاس، انسان کو خدا نے نفس عمارہ بھی دیا ہے، نفس لوامہ بھی دیا ہے۔ تو نفس عمارہ کا مطلب کیا ہے؟</w:t>
      </w:r>
    </w:p>
    <w:p>
      <w:r>
        <w:rPr>
          <w:b/>
        </w:rPr>
        <w:t xml:space="preserve">[1:04:55] </w:t>
      </w:r>
      <w:r>
        <w:t>wohi ego ism. yeh ego ism bhi is ke andar by nature hai. aur nafs lawwamah ka matlab hai conscious. yani conscious bhi hai aur ego bhi hai.</w:t>
      </w:r>
    </w:p>
    <w:p>
      <w:pPr>
        <w:jc w:val="right"/>
      </w:pPr>
      <w:r>
        <w:t>وہی ایگو ازم۔ یہ ایگو ازم بھی اس کے اندر بائی نیچر ہے۔ اور نفس لوامہ کا مطلب ہے کانشیس۔ یعنی کانشیس بھی ہے اور ایگو بھی ہے۔</w:t>
      </w:r>
    </w:p>
    <w:p>
      <w:r>
        <w:rPr>
          <w:b/>
        </w:rPr>
        <w:t xml:space="preserve">[1:05:08] </w:t>
      </w:r>
      <w:r>
        <w:t>yeh dono by, yani by birth aadmi ke andar hain.</w:t>
      </w:r>
    </w:p>
    <w:p>
      <w:pPr>
        <w:jc w:val="right"/>
      </w:pPr>
      <w:r>
        <w:t>یہ دونوں بائی، یعنی بائی برتھ آدمی کے اندر ہیں۔</w:t>
      </w:r>
    </w:p>
    <w:p>
      <w:r>
        <w:rPr>
          <w:b/>
        </w:rPr>
        <w:t xml:space="preserve">[1:05:14] </w:t>
      </w:r>
      <w:r>
        <w:t>yeh quran se sabit hai: al nafs al lawwamah aur al nafs al ammarah. to nafs lawwamah ka matlab hai ego, nafs lawwamah ka matlab hai conscious.</w:t>
      </w:r>
    </w:p>
    <w:p>
      <w:pPr>
        <w:jc w:val="right"/>
      </w:pPr>
      <w:r>
        <w:t>یہ قرآن سے ثابت ہے: النفس اللوامہ اور النفس العمارہ۔ تو نفس لوامہ کا مطلب ہے ایگو، نفس لوامہ کا مطلب ہے کانشیس۔</w:t>
      </w:r>
    </w:p>
    <w:p>
      <w:r>
        <w:rPr>
          <w:b/>
        </w:rPr>
        <w:t xml:space="preserve">[1:05:25] </w:t>
      </w:r>
      <w:r>
        <w:t>to dono ke beech mein isi liye rakha gaya ke isi ka test hai woh. aur aadmi ko aql di gayi, soch di gayi hai.</w:t>
      </w:r>
    </w:p>
    <w:p>
      <w:pPr>
        <w:jc w:val="right"/>
      </w:pPr>
      <w:r>
        <w:t>تو دونوں کے بیچ میں اسی لیے رکھا گیا کہ اسی کا ٹیسٹ ہے وہ۔ اور آدمی کو عقل دی گئی، سوچ دی گئی ہے۔</w:t>
      </w:r>
    </w:p>
    <w:p>
      <w:r>
        <w:rPr>
          <w:b/>
        </w:rPr>
        <w:t xml:space="preserve">[1:05:32] </w:t>
      </w:r>
      <w:r>
        <w:t>apni soch ke zariye se woh yeh kar raha hai ke apne nafs ammara ko, yaani ego ko control kare, woh control mein rakhe.</w:t>
      </w:r>
    </w:p>
    <w:p>
      <w:pPr>
        <w:jc w:val="right"/>
      </w:pPr>
      <w:r>
        <w:t>اپنی سوچ کے ذریعے سے وہ یہ کر رہا ہے کہ اپنے نفس عمارہ کو، یعنی ایگو کو کنٹرول کرے، وہ کنٹرول میں رکھے۔</w:t>
      </w:r>
    </w:p>
    <w:p>
      <w:r>
        <w:rPr>
          <w:b/>
        </w:rPr>
        <w:t xml:space="preserve">[1:05:41] </w:t>
      </w:r>
      <w:r>
        <w:t>aur nafs lawwama ko se sabaq le, woh. dekhein, ego insaan ke andar hona bohat hi zaroori hai. mein wahan gaya bahar to aik aik aik khatoon milein, woh Russian khatoon theen.</w:t>
      </w:r>
    </w:p>
    <w:p>
      <w:pPr>
        <w:jc w:val="right"/>
      </w:pPr>
      <w:r>
        <w:t>اور نفس لوامہ کو سے سبق لے، وہ۔ دیکھیں، ایگو انسان کے اندر ہونا بہت ہی ضروری ہے۔ میں وہاں گیا باہر تو ایک ایک ایک خاتون ملیں، وہ رشین خاتون تھیں۔</w:t>
      </w:r>
    </w:p>
    <w:p>
      <w:r>
        <w:rPr>
          <w:b/>
        </w:rPr>
        <w:t xml:space="preserve">[1:05:58] </w:t>
      </w:r>
      <w:r>
        <w:t>to un shikayat ki apne husband</w:t>
      </w:r>
    </w:p>
    <w:p>
      <w:pPr>
        <w:jc w:val="right"/>
      </w:pPr>
      <w:r>
        <w:t>تو ان شکایت کی اپنے ہسبینڈ</w:t>
      </w:r>
    </w:p>
    <w:p>
      <w:r>
        <w:rPr>
          <w:b/>
        </w:rPr>
        <w:t xml:space="preserve">[1:06:01] </w:t>
      </w:r>
      <w:r>
        <w:t>ki. mera husband jo hai, bohat stubborn hai. to woh chahti thi separation. bohat stubborn hai, is se mein separation chahti hoon.</w:t>
      </w:r>
    </w:p>
    <w:p>
      <w:pPr>
        <w:jc w:val="right"/>
      </w:pPr>
      <w:r>
        <w:t>کی۔ میرا ہسبینڈ جو ہے، بہت اسٹورن ہے۔ تو وہ چاہتی تھی سیپریشن۔ بہت اسٹورن ہے، اس سے میں سیپریشن چاہتی ہوں۔</w:t>
      </w:r>
    </w:p>
    <w:p>
      <w:r>
        <w:rPr>
          <w:b/>
        </w:rPr>
        <w:t xml:space="preserve">[1:06:12] </w:t>
      </w:r>
      <w:r>
        <w:t>to mein ne kaha ke stubborn kyun kehti hain aap? yeh kehti hain ke is ke andar determination hai. aap yeh kahiye, be stubborn matlab determination agar na ho.</w:t>
      </w:r>
    </w:p>
    <w:p>
      <w:pPr>
        <w:jc w:val="right"/>
      </w:pPr>
      <w:r>
        <w:t>تو میں نے کہا کہ اسٹورن کیوں کہتی ہیں آپ؟ یہ کہتی ہیں کہ اس کے اندر ڈیٹرمینیشن ہے۔ آپ یہ کہیے، بے سٹورن مطلب ڈیٹرمینیشن اگر نہ ہو۔</w:t>
      </w:r>
    </w:p>
    <w:p>
      <w:r>
        <w:rPr>
          <w:b/>
        </w:rPr>
        <w:t xml:space="preserve">[1:06:22] </w:t>
      </w:r>
      <w:r>
        <w:t>woh jo aadmi tha un ka, yeh khud to trans interpreter theen. yeh</w:t>
      </w:r>
    </w:p>
    <w:p>
      <w:pPr>
        <w:jc w:val="right"/>
      </w:pPr>
      <w:r>
        <w:t>وہ جو آدمی تھا ان کا، یہ خود تو ٹرانس انٹرپریٹر تھیں۔ یہ</w:t>
      </w:r>
    </w:p>
    <w:p>
      <w:r>
        <w:rPr>
          <w:b/>
        </w:rPr>
        <w:t xml:space="preserve">[1:06:27] </w:t>
      </w:r>
      <w:r>
        <w:t>mein ne kaha ke dekhein, aap interpretation ka kaam karti hain to bohat naram kaam hai. yeh koi challenge nahi hai. aap ka aadmi jo hai, woh to aik bohat bari company thi, woh petroleum company, is ka woh kuch tha, bara afsar.</w:t>
      </w:r>
    </w:p>
    <w:p>
      <w:pPr>
        <w:jc w:val="right"/>
      </w:pPr>
      <w:r>
        <w:t>میں نے کہا کہ دیکھیں، آپ انٹرپریشن کا کام کرتی ہیں تو بہت نرم کام ہے۔ یہ کوئی چیلنج نہیں ہے۔ آپ کا آدمی جو ہے، وہ تو ایک بہت بڑی کمپنی تھی، وہ پیٹرولیم کمپنی، اس کا وہ کچھ تھا، بڑا افسر۔</w:t>
      </w:r>
    </w:p>
    <w:p>
      <w:r>
        <w:rPr>
          <w:b/>
        </w:rPr>
        <w:t xml:space="preserve">[1:06:40] </w:t>
      </w:r>
      <w:r>
        <w:t>to mein ne kaha, woh to har waqt challenge rehta hai. is mein aik challenging us ko job hai. is ka to is ke andar agar determination na ho to woh to kuch kar nahi paye ga.</w:t>
      </w:r>
    </w:p>
    <w:p>
      <w:pPr>
        <w:jc w:val="right"/>
      </w:pPr>
      <w:r>
        <w:t>تو میں نے کہا، وہ تو ہر وقت چیلنج رہتا ہے۔ اس میں ایک چیلنجنگ اس کو جاب ہے۔ اس کا تو اس کے اندر اگر ڈیٹرمینیشن نہ ہو تو وہ تو کچھ کر نہیں پائے گا۔</w:t>
      </w:r>
    </w:p>
    <w:p>
      <w:r>
        <w:rPr>
          <w:b/>
        </w:rPr>
        <w:t xml:space="preserve">[1:06:51] </w:t>
      </w:r>
      <w:r>
        <w:t>to aap aap ko zaroorat nahi hai is stubborn hone ki. is ke liye zaroorat hai stubborn hone ki.</w:t>
      </w:r>
    </w:p>
    <w:p>
      <w:pPr>
        <w:jc w:val="right"/>
      </w:pPr>
      <w:r>
        <w:t>تو آپ آپ کو ضرورت نہیں ہے اس اسٹورن ہونے کی۔ اس کے لیے ضرورت ہے اسٹورن ہونے کی۔</w:t>
      </w:r>
    </w:p>
    <w:p>
      <w:r>
        <w:rPr>
          <w:b/>
        </w:rPr>
        <w:t xml:space="preserve">[1:06:57] </w:t>
      </w:r>
      <w:r>
        <w:t>to dekhein, ego agar na ho to aadmi ke andar woh karapan nahi hoga, woh determinism nahi hoga is ke andar. to challenge ka saamna kaise kare ga woh?</w:t>
      </w:r>
    </w:p>
    <w:p>
      <w:pPr>
        <w:jc w:val="right"/>
      </w:pPr>
      <w:r>
        <w:t>تو دیکھیں، ایگو اگر نہ ہو تو آدمی کے اندر وہ کڑاپن نہیں ہوگا، وہ ڈیٹرمینزم نہیں ہوگا اس کے اندر۔ تو چیلنج کا سامنا کیسے کرے گا وہ؟</w:t>
      </w:r>
    </w:p>
    <w:p>
      <w:r>
        <w:rPr>
          <w:b/>
        </w:rPr>
        <w:t xml:space="preserve">[1:07:06] </w:t>
      </w:r>
      <w:r>
        <w:t>lekin yeh is ka positive aspect hai ke yeh positive aspect hai ke aap challenge ka saamna karne ke liye is ko istemal karein. lekin insaanon ko haqeer samjhein, apne ko ooncha samjhein doosre insaanon se, jis ko ego kaha jata hai, arrogance kaha jata hai.</w:t>
      </w:r>
    </w:p>
    <w:p>
      <w:pPr>
        <w:jc w:val="right"/>
      </w:pPr>
      <w:r>
        <w:t>لیکن یہ اس کا پازیٹیو ایسپیکٹ ہے کہ یہ پازیٹیو ایسپیکٹ ہے کہ آپ چیلنج کا سامنا کرنے کے لیے اس کو استعمال کریں۔ لیکن انسانوں کو حقیر سمجھیں، اپنے کو اونچا سمجھیں دوسرے انسانوں سے، جس کو ایگو کہا جاتا ہے، اروگنس کہا جاتا ہے۔</w:t>
      </w:r>
    </w:p>
    <w:p>
      <w:r>
        <w:rPr>
          <w:b/>
        </w:rPr>
        <w:t xml:space="preserve">[1:07:23] </w:t>
      </w:r>
      <w:r>
        <w:t>to woh is ka negative aspect hai.</w:t>
      </w:r>
    </w:p>
    <w:p>
      <w:pPr>
        <w:jc w:val="right"/>
      </w:pPr>
      <w:r>
        <w:t>تو وہ اس کا نیگیٹیو ایسپیکٹ ہے۔</w:t>
      </w:r>
    </w:p>
    <w:p>
      <w:r>
        <w:rPr>
          <w:b/>
        </w:rPr>
        <w:t xml:space="preserve">[1:07:26] </w:t>
      </w:r>
      <w:r>
        <w:t>to insaan par test yahi hai ke woh apni ego ko negative side mein istemal na kare, positive side mein istemal kare.</w:t>
      </w:r>
    </w:p>
    <w:p>
      <w:pPr>
        <w:jc w:val="right"/>
      </w:pPr>
      <w:r>
        <w:t>تو انسان پر ٹیسٹ یہی ہے کہ وہ اپنی ایگو کو نیگیٹیو سائیڈ میں استعمال نہ کرے، پازیٹیو سائیڈ میں استعمال کرے۔</w:t>
      </w:r>
    </w:p>
    <w:p>
      <w:r>
        <w:rPr>
          <w:b/>
        </w:rPr>
        <w:t xml:space="preserve">[1:07:37] </w:t>
      </w:r>
      <w:r>
        <w:t>yeh is ka test hai.</w:t>
      </w:r>
    </w:p>
    <w:p>
      <w:pPr>
        <w:jc w:val="right"/>
      </w:pPr>
      <w:r>
        <w:t>یہ اس کا ٹیسٹ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