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Advance Preparation and Planning October 27, 2018</w:t>
      </w:r>
    </w:p>
    <w:p>
      <w:r>
        <w:t>https://www.youtube.com/watch?v=X0ycKqLspoA</w:t>
      </w:r>
    </w:p>
    <w:p>
      <w:r>
        <w:rPr>
          <w:b/>
        </w:rPr>
        <w:t xml:space="preserve">[00:13] </w:t>
      </w:r>
      <w:r>
        <w:t>bismillah-ir-rehman-ir-rahim,</w:t>
      </w:r>
    </w:p>
    <w:p>
      <w:pPr>
        <w:jc w:val="right"/>
      </w:pPr>
      <w:r>
        <w:t>بسم اللہ الرحمن الرحیم،</w:t>
      </w:r>
    </w:p>
    <w:p>
      <w:r>
        <w:rPr>
          <w:b/>
        </w:rPr>
        <w:t xml:space="preserve">[00:20] </w:t>
      </w:r>
      <w:r>
        <w:t>wa salla Allahu 'ala an-nabiyyi al-karim. Rabbi-shrah li sadri, wa yassir li amri, wahal al-uqdatan min lisani, yafqahu qawli.</w:t>
      </w:r>
    </w:p>
    <w:p>
      <w:pPr>
        <w:jc w:val="right"/>
      </w:pPr>
      <w:r>
        <w:t>وصلی اللہ علی النبی الکریم۔ رب اشرح لی صدری، ویسر لی امری، واحل العقدۃ من لسانی، یفقہ قولی۔</w:t>
      </w:r>
    </w:p>
    <w:p>
      <w:r>
        <w:rPr>
          <w:b/>
        </w:rPr>
        <w:t xml:space="preserve">[00:40] </w:t>
      </w:r>
      <w:r>
        <w:t>october 27, 2018.</w:t>
      </w:r>
    </w:p>
    <w:p>
      <w:pPr>
        <w:jc w:val="right"/>
      </w:pPr>
      <w:r>
        <w:t>اکتوبر 27، 2018۔</w:t>
      </w:r>
    </w:p>
    <w:p>
      <w:r>
        <w:rPr>
          <w:b/>
        </w:rPr>
        <w:t xml:space="preserve">[00:51] </w:t>
      </w:r>
      <w:r>
        <w:t>kal ek waqea hua,</w:t>
      </w:r>
    </w:p>
    <w:p>
      <w:pPr>
        <w:jc w:val="right"/>
      </w:pPr>
      <w:r>
        <w:t>کل ایک واقعہ ہوا،</w:t>
      </w:r>
    </w:p>
    <w:p>
      <w:r>
        <w:rPr>
          <w:b/>
        </w:rPr>
        <w:t xml:space="preserve">[00:58] </w:t>
      </w:r>
      <w:r>
        <w:t>is ke baad mere mind mein kuch thought aaye.</w:t>
      </w:r>
    </w:p>
    <w:p>
      <w:pPr>
        <w:jc w:val="right"/>
      </w:pPr>
      <w:r>
        <w:t>اس کے بعد میرے مائنڈ میں کچھ تھاٹ آئے۔</w:t>
      </w:r>
    </w:p>
    <w:p>
      <w:r>
        <w:rPr>
          <w:b/>
        </w:rPr>
        <w:t xml:space="preserve">[01:04] </w:t>
      </w:r>
      <w:r>
        <w:t>woh thought planning ke baray mein thay.</w:t>
      </w:r>
    </w:p>
    <w:p>
      <w:pPr>
        <w:jc w:val="right"/>
      </w:pPr>
      <w:r>
        <w:t>وہ تھاٹ پلاننگ کے بارے میں تھے۔</w:t>
      </w:r>
    </w:p>
    <w:p>
      <w:r>
        <w:rPr>
          <w:b/>
        </w:rPr>
        <w:t xml:space="preserve">[01:11] </w:t>
      </w:r>
      <w:r>
        <w:t>to us waqt mein</w:t>
      </w:r>
    </w:p>
    <w:p>
      <w:pPr>
        <w:jc w:val="right"/>
      </w:pPr>
      <w:r>
        <w:t>تو اس وقت میں</w:t>
      </w:r>
    </w:p>
    <w:p>
      <w:r>
        <w:rPr>
          <w:b/>
        </w:rPr>
        <w:t xml:space="preserve">[01:16] </w:t>
      </w:r>
      <w:r>
        <w:t>planning ke baray mein kuch baatein arz karunga.</w:t>
      </w:r>
    </w:p>
    <w:p>
      <w:pPr>
        <w:jc w:val="right"/>
      </w:pPr>
      <w:r>
        <w:t>پلاننگ کے بارے میں کچھ باتیں عرض کروں گا۔</w:t>
      </w:r>
    </w:p>
    <w:p>
      <w:r>
        <w:rPr>
          <w:b/>
        </w:rPr>
        <w:t xml:space="preserve">[01:23] </w:t>
      </w:r>
      <w:r>
        <w:t>planning ko urdu mein kehte hain "mansooba bandi".</w:t>
      </w:r>
    </w:p>
    <w:p>
      <w:pPr>
        <w:jc w:val="right"/>
      </w:pPr>
      <w:r>
        <w:t>پلاننگ کو اردو میں کہتے ہیں "منصوبہ بندی"۔</w:t>
      </w:r>
    </w:p>
    <w:p>
      <w:r>
        <w:rPr>
          <w:b/>
        </w:rPr>
        <w:t xml:space="preserve">[01:32] </w:t>
      </w:r>
      <w:r>
        <w:t>to pehle mein mansooba bandi kya cheez hai, planning kya cheez hai, to us ko gehrai ke sath mein samajhta tha.</w:t>
      </w:r>
    </w:p>
    <w:p>
      <w:pPr>
        <w:jc w:val="right"/>
      </w:pPr>
      <w:r>
        <w:t>تو پہلے میں منصوبہ بندی کیا چیز ہے، پلاننگ کیا چیز ہے، تو اس کو گہرائی کے ساتھ میں سمجھتا تھا۔</w:t>
      </w:r>
    </w:p>
    <w:p>
      <w:r>
        <w:rPr>
          <w:b/>
        </w:rPr>
        <w:t xml:space="preserve">[01:49] </w:t>
      </w:r>
      <w:r>
        <w:t>traditionally jo maine suna tha bachpan se, hard work, hard work, hard work. To mein samajhta tha ke zindagi mein taraqqi ke liye hard work ki ahmiyat hoti hai.</w:t>
      </w:r>
    </w:p>
    <w:p>
      <w:pPr>
        <w:jc w:val="right"/>
      </w:pPr>
      <w:r>
        <w:t>ٹریڈیشنلی جو میں نے سنا تھا بچپن سے، ہارڈ ورک، ہارڈ ورک، ہارڈ ورک۔ تو میں سمجھتا تھا کہ زندگی میں ترقی کے لیے ہارڈ ورک کی اہمیت ہوتی ہے۔</w:t>
      </w:r>
    </w:p>
    <w:p>
      <w:r>
        <w:rPr>
          <w:b/>
        </w:rPr>
        <w:t xml:space="preserve">[02:11] </w:t>
      </w:r>
      <w:r>
        <w:t>to yeh baat bohat pehle ki hai. Shuru zamanay mein jab mein aaya tha dilli, to hamaray ek</w:t>
      </w:r>
    </w:p>
    <w:p>
      <w:pPr>
        <w:jc w:val="right"/>
      </w:pPr>
      <w:r>
        <w:t>تو یہ بات بہت پہلے کی ہے۔ شروع زمانے میں جب میں آیا تھا دلی، تو ہمارے ایک</w:t>
      </w:r>
    </w:p>
    <w:p>
      <w:r>
        <w:rPr>
          <w:b/>
        </w:rPr>
        <w:t xml:space="preserve">[02:26] </w:t>
      </w:r>
      <w:r>
        <w:t>relative thay, woh</w:t>
      </w:r>
    </w:p>
    <w:p>
      <w:pPr>
        <w:jc w:val="right"/>
      </w:pPr>
      <w:r>
        <w:t>ریلیٹو تھے، وہ</w:t>
      </w:r>
    </w:p>
    <w:p>
      <w:r>
        <w:rPr>
          <w:b/>
        </w:rPr>
        <w:t xml:space="preserve">[02:30] </w:t>
      </w:r>
      <w:r>
        <w:t>green park mein raha karte thay.</w:t>
      </w:r>
    </w:p>
    <w:p>
      <w:pPr>
        <w:jc w:val="right"/>
      </w:pPr>
      <w:r>
        <w:t>گرین پارک میں رہا کرتے تھے۔</w:t>
      </w:r>
    </w:p>
    <w:p>
      <w:r>
        <w:rPr>
          <w:b/>
        </w:rPr>
        <w:t xml:space="preserve">[02:37] </w:t>
      </w:r>
      <w:r>
        <w:t>aur government of India mein woh un ki ek service thi.</w:t>
      </w:r>
    </w:p>
    <w:p>
      <w:pPr>
        <w:jc w:val="right"/>
      </w:pPr>
      <w:r>
        <w:t>اور گورنمنٹ آف انڈیا میں وہ ان کی ایک سروس تھی۔</w:t>
      </w:r>
    </w:p>
    <w:p>
      <w:r>
        <w:rPr>
          <w:b/>
        </w:rPr>
        <w:t xml:space="preserve">[02:43] </w:t>
      </w:r>
      <w:r>
        <w:t>to kabhi kabhi mein wahan jaya karta tha. To ek martaba mein gaya,</w:t>
      </w:r>
    </w:p>
    <w:p>
      <w:pPr>
        <w:jc w:val="right"/>
      </w:pPr>
      <w:r>
        <w:t>تو کبھی کبھی میں وہاں جایا کرتا تھا۔ تو ایک مرتبہ میں گیا،</w:t>
      </w:r>
    </w:p>
    <w:p>
      <w:r>
        <w:rPr>
          <w:b/>
        </w:rPr>
        <w:t xml:space="preserve">[02:54] </w:t>
      </w:r>
      <w:r>
        <w:t>to baat cheet mein mere zuban se nikla ke zindagi mein taraqqi ke liye hard work bohat zaroori hai.</w:t>
      </w:r>
    </w:p>
    <w:p>
      <w:pPr>
        <w:jc w:val="right"/>
      </w:pPr>
      <w:r>
        <w:t>تو بات چیت میں میرے زبان سے نکلا کہ زندگی میں ترقی کے لیے ہارڈ ورک بہت ضروری ہے۔</w:t>
      </w:r>
    </w:p>
    <w:p>
      <w:r>
        <w:rPr>
          <w:b/>
        </w:rPr>
        <w:t xml:space="preserve">[03:08] </w:t>
      </w:r>
      <w:r>
        <w:t>to woh businessman management ke aadmi thay, unhon ne foran kaha, "yeh pehle zamanay ki baat hai".</w:t>
      </w:r>
    </w:p>
    <w:p>
      <w:pPr>
        <w:jc w:val="right"/>
      </w:pPr>
      <w:r>
        <w:t>تو وہ بزنس مینجمنٹ کے آدمی تھے، انہوں نے فوراً کہا، "یہ پہلے زمانے کی بات ہے"۔</w:t>
      </w:r>
    </w:p>
    <w:p>
      <w:r>
        <w:rPr>
          <w:b/>
        </w:rPr>
        <w:t xml:space="preserve">[03:22] </w:t>
      </w:r>
      <w:r>
        <w:t>yani jab duniya mein agriculture</w:t>
      </w:r>
    </w:p>
    <w:p>
      <w:pPr>
        <w:jc w:val="right"/>
      </w:pPr>
      <w:r>
        <w:t>یعنی جب دنیا میں ایگریکلچر</w:t>
      </w:r>
    </w:p>
    <w:p>
      <w:r>
        <w:rPr>
          <w:b/>
        </w:rPr>
        <w:t xml:space="preserve">[03:29] </w:t>
      </w:r>
      <w:r>
        <w:t>bhi guzara tha. Ab hum ek naye daur mein hain, yeh hai</w:t>
      </w:r>
    </w:p>
    <w:p>
      <w:pPr>
        <w:jc w:val="right"/>
      </w:pPr>
      <w:r>
        <w:t>بھی بمانا تھا۔ اب ہم ایک نئے دور میں ہیں، یہ ہے</w:t>
      </w:r>
    </w:p>
    <w:p>
      <w:r>
        <w:rPr>
          <w:b/>
        </w:rPr>
        <w:t xml:space="preserve">[03:42] </w:t>
      </w:r>
      <w:r>
        <w:t>industrial age. To unhon ne kaha ke is zamanay mein, yani aaj ke zamanay mein, na barhan importers kisi bari taraqqi ke liye planning ki hai.</w:t>
      </w:r>
    </w:p>
    <w:p>
      <w:pPr>
        <w:jc w:val="right"/>
      </w:pPr>
      <w:r>
        <w:t>انڈسٹریل ایج۔ تو انہوں نے کہا کہ اس زمانے میں، یعنی آج کے زمانے میں، نہ بربن امپورٹرز کسی بڑی ترقی کے لیے پلاننگ کی ہے۔</w:t>
      </w:r>
    </w:p>
    <w:p>
      <w:r>
        <w:rPr>
          <w:b/>
        </w:rPr>
        <w:t xml:space="preserve">[03:59] </w:t>
      </w:r>
      <w:r>
        <w:t>planning. To tab se mein sochta raha ke what is planning.</w:t>
      </w:r>
    </w:p>
    <w:p>
      <w:pPr>
        <w:jc w:val="right"/>
      </w:pPr>
      <w:r>
        <w:t>پلاننگ۔ تو تب سے میں سوچتا رہا کہ واٹ از پلاننگ۔</w:t>
      </w:r>
    </w:p>
    <w:p>
      <w:r>
        <w:rPr>
          <w:b/>
        </w:rPr>
        <w:t xml:space="preserve">[04:10] </w:t>
      </w:r>
      <w:r>
        <w:t>to</w:t>
      </w:r>
    </w:p>
    <w:p>
      <w:pPr>
        <w:jc w:val="right"/>
      </w:pPr>
      <w:r>
        <w:t>تو</w:t>
      </w:r>
    </w:p>
    <w:p>
      <w:r>
        <w:rPr>
          <w:b/>
        </w:rPr>
        <w:t xml:space="preserve">[04:13] </w:t>
      </w:r>
      <w:r>
        <w:t>kal ek waqia hua,</w:t>
      </w:r>
    </w:p>
    <w:p>
      <w:pPr>
        <w:jc w:val="right"/>
      </w:pPr>
      <w:r>
        <w:t>کل ایک واقعہ ہوا،</w:t>
      </w:r>
    </w:p>
    <w:p>
      <w:r>
        <w:rPr>
          <w:b/>
        </w:rPr>
        <w:t xml:space="preserve">[04:20] </w:t>
      </w:r>
      <w:r>
        <w:t>dilli mein ek program tha.</w:t>
      </w:r>
    </w:p>
    <w:p>
      <w:pPr>
        <w:jc w:val="right"/>
      </w:pPr>
      <w:r>
        <w:t>دلی میں ایک پروگرام تھا۔</w:t>
      </w:r>
    </w:p>
    <w:p>
      <w:r>
        <w:rPr>
          <w:b/>
        </w:rPr>
        <w:t xml:space="preserve">[04:26] </w:t>
      </w:r>
      <w:r>
        <w:t>to</w:t>
      </w:r>
    </w:p>
    <w:p>
      <w:pPr>
        <w:jc w:val="right"/>
      </w:pPr>
      <w:r>
        <w:t>تو</w:t>
      </w:r>
    </w:p>
    <w:p>
      <w:r>
        <w:rPr>
          <w:b/>
        </w:rPr>
        <w:t xml:space="preserve">[04:30] </w:t>
      </w:r>
      <w:r>
        <w:t>constitutional club mein wahan ek kitab ko release kiya jana tha. to kal un ko is ka invitation mila tha, un ko wahan jana tha.</w:t>
      </w:r>
    </w:p>
    <w:p>
      <w:pPr>
        <w:jc w:val="right"/>
      </w:pPr>
      <w:r>
        <w:t>کانسٹیٹیوشنل کلب میں وہاں ایک کتاب کو ریلیز کیا جانا تھا۔ تو کل ان کو اس کا انویٹیشن ملا تھا، ان کو وہاں جانا تھا۔</w:t>
      </w:r>
    </w:p>
    <w:p>
      <w:r>
        <w:rPr>
          <w:b/>
        </w:rPr>
        <w:t xml:space="preserve">[04:47] </w:t>
      </w:r>
      <w:r>
        <w:t>wahan kuch dignitaries bhi aaye hue thay.</w:t>
      </w:r>
    </w:p>
    <w:p>
      <w:pPr>
        <w:jc w:val="right"/>
      </w:pPr>
      <w:r>
        <w:t>وہاں کچھ ڈگنیٹریز بھی آئے ہوئے تھے۔</w:t>
      </w:r>
    </w:p>
    <w:p>
      <w:r>
        <w:rPr>
          <w:b/>
        </w:rPr>
        <w:t xml:space="preserve">[04:53] </w:t>
      </w:r>
      <w:r>
        <w:t>to wo wahan pahunch nahi sakay. main jo yeh is yeh socha bhi tha ke jab wo milenge to main un se is ki report mangunga, ke mangunga ke wahan par kya hua.</w:t>
      </w:r>
    </w:p>
    <w:p>
      <w:pPr>
        <w:jc w:val="right"/>
      </w:pPr>
      <w:r>
        <w:t>تو وہ وہاں پہنچ نہیں سکے۔ میں جو یہ اس یہ سوچا بھی تھا کہ جب وہ ملیں گے تو میں ان سے اس کی رپورٹ مانگوں گا، کہ مانگوں گا کہ وہاں پر کیا ہوا۔</w:t>
      </w:r>
    </w:p>
    <w:p>
      <w:r>
        <w:rPr>
          <w:b/>
        </w:rPr>
        <w:t xml:space="preserve">[05:10] </w:t>
      </w:r>
      <w:r>
        <w:t>lekin jab mulaqat hui to unhon ne kaha ke main to wahan pahuncha hi nahi.</w:t>
      </w:r>
    </w:p>
    <w:p>
      <w:pPr>
        <w:jc w:val="right"/>
      </w:pPr>
      <w:r>
        <w:t>لیکن جب ملاقات ہوئی تو انہوں نے کہا کہ میں تو وہاں پہنچا ہی نہیں۔</w:t>
      </w:r>
    </w:p>
    <w:p>
      <w:r>
        <w:rPr>
          <w:b/>
        </w:rPr>
        <w:t xml:space="preserve">[05:16] </w:t>
      </w:r>
      <w:r>
        <w:t>ek mamooli si un se wajah se wo wahan pahunch nahi paye.</w:t>
      </w:r>
    </w:p>
    <w:p>
      <w:pPr>
        <w:jc w:val="right"/>
      </w:pPr>
      <w:r>
        <w:t>ایک معمولی سی ان سے وجہ سے وہ وہاں پہنچ نہیں پائے۔</w:t>
      </w:r>
    </w:p>
    <w:p>
      <w:r>
        <w:rPr>
          <w:b/>
        </w:rPr>
        <w:t xml:space="preserve">[05:26] </w:t>
      </w:r>
      <w:r>
        <w:t>jab khatam hua to pahunche. to main is par sochne laga.</w:t>
      </w:r>
    </w:p>
    <w:p>
      <w:pPr>
        <w:jc w:val="right"/>
      </w:pPr>
      <w:r>
        <w:t>جب ختم ہوا تو پہنچے۔ تو میں اس پر سوچنے لگا۔</w:t>
      </w:r>
    </w:p>
    <w:p>
      <w:r>
        <w:rPr>
          <w:b/>
        </w:rPr>
        <w:t xml:space="preserve">[05:35] </w:t>
      </w:r>
      <w:r>
        <w:t>to mere mind mein ek shabd aaya, advance preparation. ke planning mein jo jarr ki baat hai,</w:t>
      </w:r>
    </w:p>
    <w:p>
      <w:pPr>
        <w:jc w:val="right"/>
      </w:pPr>
      <w:r>
        <w:t>تو میرے مائنڈ میں ایک शब्द آیا، ایڈوانس پریپریشن۔ کہ پلاننگ میں جو جڑ کی بات ہے،</w:t>
      </w:r>
    </w:p>
    <w:p>
      <w:r>
        <w:rPr>
          <w:b/>
        </w:rPr>
        <w:t xml:space="preserve">[05:50] </w:t>
      </w:r>
      <w:r>
        <w:t>wo hai advance preparation. to unhon ne</w:t>
      </w:r>
    </w:p>
    <w:p>
      <w:pPr>
        <w:jc w:val="right"/>
      </w:pPr>
      <w:r>
        <w:t>وہ ہے ایڈوانس پریپریشن۔ تو انہوں نے</w:t>
      </w:r>
    </w:p>
    <w:p>
      <w:r>
        <w:rPr>
          <w:b/>
        </w:rPr>
        <w:t xml:space="preserve">[05:58] </w:t>
      </w:r>
      <w:r>
        <w:t>pehle se apne ko tayyar nahi kiya tha ke itne baje mujhe ghar se nikalna hai. aur mujhe itne baje wahan pahunchna hai.</w:t>
      </w:r>
    </w:p>
    <w:p>
      <w:pPr>
        <w:jc w:val="right"/>
      </w:pPr>
      <w:r>
        <w:t>پہلے سے اپنے کو تیار نہیں کیا تھا کہ اتنے بجے مجھے گھر سے نکلنا ہے۔ اور مجھے اتنے بجے وہاں پہنچنا ہے۔</w:t>
      </w:r>
    </w:p>
    <w:p>
      <w:r>
        <w:rPr>
          <w:b/>
        </w:rPr>
        <w:t xml:space="preserve">[06:11] </w:t>
      </w:r>
      <w:r>
        <w:t>to advance preparation na karne ki wajah se wahan wo pahunch nahi sakay.</w:t>
      </w:r>
    </w:p>
    <w:p>
      <w:pPr>
        <w:jc w:val="right"/>
      </w:pPr>
      <w:r>
        <w:t>تو ایڈوانس پریپریشن نہ کرنے کی وجہ سے وہاں وہ پہنچ نہیں سکے۔</w:t>
      </w:r>
    </w:p>
    <w:p>
      <w:r>
        <w:rPr>
          <w:b/>
        </w:rPr>
        <w:t xml:space="preserve">[06:19] </w:t>
      </w:r>
      <w:r>
        <w:t>to main samajhta hoon ke yeh bohat hi zyada zaroori hai ke insan yeh samjhe ke</w:t>
      </w:r>
    </w:p>
    <w:p>
      <w:pPr>
        <w:jc w:val="right"/>
      </w:pPr>
      <w:r>
        <w:t>تو میں سمجھتا ہوں کہ یہ بہت ہی زیادہ ضروری ہے کہ انسان یہ سمجھے کہ</w:t>
      </w:r>
    </w:p>
    <w:p>
      <w:r>
        <w:rPr>
          <w:b/>
        </w:rPr>
        <w:t xml:space="preserve">[06:28] </w:t>
      </w:r>
      <w:r>
        <w:t>planning bohat zaroori hai kamyabi ke liye. aur planning ka jo basic principle hai,</w:t>
      </w:r>
    </w:p>
    <w:p>
      <w:pPr>
        <w:jc w:val="right"/>
      </w:pPr>
      <w:r>
        <w:t>پلاننگ بہت ضروری ہے کامیابی کے لیے۔ اور پلاننگ کا جو بیسک پرنسپل ہے،</w:t>
      </w:r>
    </w:p>
    <w:p>
      <w:r>
        <w:rPr>
          <w:b/>
        </w:rPr>
        <w:t xml:space="preserve">[06:41] </w:t>
      </w:r>
      <w:r>
        <w:t>wo hai advance preparation.</w:t>
      </w:r>
    </w:p>
    <w:p>
      <w:pPr>
        <w:jc w:val="right"/>
      </w:pPr>
      <w:r>
        <w:t>وہ ہے ایڈوانس پریپریشن۔</w:t>
      </w:r>
    </w:p>
    <w:p>
      <w:r>
        <w:rPr>
          <w:b/>
        </w:rPr>
        <w:t xml:space="preserve">[06:48] </w:t>
      </w:r>
      <w:r>
        <w:t>main samajhta hoon ke hum sab logon ko, chahe wo kisi bhi line mein hon, hamara to ek mission ki dunya hai.</w:t>
      </w:r>
    </w:p>
    <w:p>
      <w:pPr>
        <w:jc w:val="right"/>
      </w:pPr>
      <w:r>
        <w:t>میں سمجھتا ہوں کہ ہم سب لوگوں کو، چاہے وہ کسی بھی لائن میں ہوں، ہمارا تو ایک مشن کی دنیا ہے۔</w:t>
      </w:r>
    </w:p>
    <w:p>
      <w:r>
        <w:rPr>
          <w:b/>
        </w:rPr>
        <w:t xml:space="preserve">[06:57] </w:t>
      </w:r>
      <w:r>
        <w:t>mission mein bhi yahi zaroori hai, advance preparation. warna hum koi bara kaam nahi kar kar sakenge.</w:t>
      </w:r>
    </w:p>
    <w:p>
      <w:pPr>
        <w:jc w:val="right"/>
      </w:pPr>
      <w:r>
        <w:t>مشن میں بھی یہی ضروری ہے، ایڈوانس پریپریشن۔ ورنہ ہم کوئی بڑا کام نہیں کر کر سکیں گے۔</w:t>
      </w:r>
    </w:p>
    <w:p>
      <w:r>
        <w:rPr>
          <w:b/>
        </w:rPr>
        <w:t xml:space="preserve">[07:10] </w:t>
      </w:r>
      <w:r>
        <w:t>yani jo advance planning karega, to wo opportunity ko avail kar payega. apna development acha kar payega.</w:t>
      </w:r>
    </w:p>
    <w:p>
      <w:pPr>
        <w:jc w:val="right"/>
      </w:pPr>
      <w:r>
        <w:t>یعنی جو ایڈوانس پلاننگ کرے گا، تو وہ اپرچونیٹی کو اویل کر پائے گا۔ اپنا ڈیویلپمنٹ اچھا کر پائے گا۔</w:t>
      </w:r>
    </w:p>
    <w:p>
      <w:r>
        <w:rPr>
          <w:b/>
        </w:rPr>
        <w:t xml:space="preserve">[07:25] </w:t>
      </w:r>
      <w:r>
        <w:t>wo apne resources ko bharpoor taur par istemal kar payega.</w:t>
      </w:r>
    </w:p>
    <w:p>
      <w:pPr>
        <w:jc w:val="right"/>
      </w:pPr>
      <w:r>
        <w:t>وہ اپنے ریسورسز کو بھرپور طور پر استعمال کر پائے گا۔</w:t>
      </w:r>
    </w:p>
    <w:p>
      <w:r>
        <w:rPr>
          <w:b/>
        </w:rPr>
        <w:t xml:space="preserve">[07:36] </w:t>
      </w:r>
      <w:r>
        <w:t>to yeh sab hota hai advance preparation se.</w:t>
      </w:r>
    </w:p>
    <w:p>
      <w:pPr>
        <w:jc w:val="right"/>
      </w:pPr>
      <w:r>
        <w:t>تو یہ سب ہوتا ہے ایڈوانس پریپریشن سے۔</w:t>
      </w:r>
    </w:p>
    <w:p>
      <w:r>
        <w:rPr>
          <w:b/>
        </w:rPr>
        <w:t xml:space="preserve">[07:45] </w:t>
      </w:r>
      <w:r>
        <w:t>advance preparation se. to waise main yeh kahunga ke inshallah jo mulaqat hui thi, jo main ne zikr kiya green park wale sahib se,</w:t>
      </w:r>
    </w:p>
    <w:p>
      <w:pPr>
        <w:jc w:val="right"/>
      </w:pPr>
      <w:r>
        <w:t>ایڈوانس پریپریشن سے۔ تو ویسے میں یہ کہوں گا کہ انشاءاللہ جو ملاقات ہوئی تھی، جو میں نے ذکر کیا گرین پارک والے صاحب سے،</w:t>
      </w:r>
    </w:p>
    <w:p>
      <w:r>
        <w:rPr>
          <w:b/>
        </w:rPr>
        <w:t xml:space="preserve">[07:59] </w:t>
      </w:r>
      <w:r>
        <w:t>to us se pehle se mere andar unconsciously, yani soche samjhe baghair, is ki kuch cheezein maujood theen.</w:t>
      </w:r>
    </w:p>
    <w:p>
      <w:pPr>
        <w:jc w:val="right"/>
      </w:pPr>
      <w:r>
        <w:t>تو اس سے پہلے سے میرے اندر انکانسسلی، یعنی سوچے سمجھے بغیر، اس کی کچھ چیزیں موجود تھیں۔</w:t>
      </w:r>
    </w:p>
    <w:p>
      <w:r>
        <w:rPr>
          <w:b/>
        </w:rPr>
        <w:t xml:space="preserve">[08:13] </w:t>
      </w:r>
      <w:r>
        <w:t>aur wo is ki shuruaat thi is se ke main ne Maulana Shibli Nomani ka safarnama padha tha.</w:t>
      </w:r>
    </w:p>
    <w:p>
      <w:pPr>
        <w:jc w:val="right"/>
      </w:pPr>
      <w:r>
        <w:t>اور وہ اس کی شروعات تھی اس سے کہ میں نے مولانا شبلی نعمانی کا سفرنامہ پڑھا تھا۔</w:t>
      </w:r>
    </w:p>
    <w:p>
      <w:r>
        <w:rPr>
          <w:b/>
        </w:rPr>
        <w:t xml:space="preserve">[08:25] </w:t>
      </w:r>
      <w:r>
        <w:t>jo</w:t>
      </w:r>
    </w:p>
    <w:p>
      <w:pPr>
        <w:jc w:val="right"/>
      </w:pPr>
      <w:r>
        <w:t>جو</w:t>
      </w:r>
    </w:p>
    <w:p>
      <w:r>
        <w:rPr>
          <w:b/>
        </w:rPr>
        <w:t xml:space="preserve">[08:29] </w:t>
      </w:r>
      <w:r>
        <w:t>unhon ne india se turkey gaye thay, woh steamship ke zariye.</w:t>
      </w:r>
    </w:p>
    <w:p>
      <w:pPr>
        <w:jc w:val="right"/>
      </w:pPr>
      <w:r>
        <w:t>انہوں نے انڈیا سے ٹرکی گئے تھے، وہ اسٹیم شپ کے ذریعے۔</w:t>
      </w:r>
    </w:p>
    <w:p>
      <w:r>
        <w:rPr>
          <w:b/>
        </w:rPr>
        <w:t xml:space="preserve">[08:39] </w:t>
      </w:r>
      <w:r>
        <w:t>to un ke sath thay Arnold, professor Arnold, jo us zamane mein jab ke yeh Shibli thay, to woh Muslim University mein professor thay.</w:t>
      </w:r>
    </w:p>
    <w:p>
      <w:pPr>
        <w:jc w:val="right"/>
      </w:pPr>
      <w:r>
        <w:t>تو ان کے ساتھ تھے ارنلڈ، پروفیسر ارنلڈ، جو اس زمانے میں جب کہ یہ شلبی تھے، تو وہ مسلم یونیورسٹی میں پروفیسر تھے۔</w:t>
      </w:r>
    </w:p>
    <w:p>
      <w:r>
        <w:rPr>
          <w:b/>
        </w:rPr>
        <w:t xml:space="preserve">[08:59] </w:t>
      </w:r>
      <w:r>
        <w:t>to apne safarnamay mein unhon ne likha hai ke hamara jahaz samandar ke beech mein jab pohncha to toofan aa gaya.</w:t>
      </w:r>
    </w:p>
    <w:p>
      <w:pPr>
        <w:jc w:val="right"/>
      </w:pPr>
      <w:r>
        <w:t>تو اپنے سفرنامے میں انہوں نے لکھا ہے کہ ہمارا جہاز سمندر کے بیچ میں جب پہنچا تو طوفان آ گیا۔</w:t>
      </w:r>
    </w:p>
    <w:p>
      <w:r>
        <w:rPr>
          <w:b/>
        </w:rPr>
        <w:t xml:space="preserve">[09:16] </w:t>
      </w:r>
      <w:r>
        <w:t>aur aur jahaz bohat ziyada aise aise Dago ghanne laga. Aap jante hain ke yeh steamship jo hota hai, jab samandar mein toofan aata hai to aik dam aise ho jata hai, is ka jaise aik pati samandar mein pari ho.</w:t>
      </w:r>
    </w:p>
    <w:p>
      <w:pPr>
        <w:jc w:val="right"/>
      </w:pPr>
      <w:r>
        <w:t>اور اور جہاز بہت زیادہ ایسے ایسے ڈگو گھننے لگا۔ آپ جانتے ہیں کہ یہ اسٹیم شپ جو ہوتا ہے، جب سمندر میں طوفان آتا ہے تو ایک دم ایسے ہو جاتا ہے، اس کا جیسے ایک پتی سمندر میں پڑی ہو۔</w:t>
      </w:r>
    </w:p>
    <w:p>
      <w:r>
        <w:rPr>
          <w:b/>
        </w:rPr>
        <w:t xml:space="preserve">[09:38] </w:t>
      </w:r>
      <w:r>
        <w:t>to us waqt Shibli bohat pareshan hue. Aur jahaz bohat bara tha, idhar udhar jane lage.</w:t>
      </w:r>
    </w:p>
    <w:p>
      <w:pPr>
        <w:jc w:val="right"/>
      </w:pPr>
      <w:r>
        <w:t>تو اس وقت شبلی بہت پریشان ہوئے۔ اور جہاز بہت بڑا تھا، ادھر ادھر جانے لگے۔</w:t>
      </w:r>
    </w:p>
    <w:p>
      <w:r>
        <w:rPr>
          <w:b/>
        </w:rPr>
        <w:t xml:space="preserve">[09:51] </w:t>
      </w:r>
      <w:r>
        <w:t>to isi mein pohnche woh un ke cabin mein, professor Arnold ke cabin mein. To unhon ne dekha ke woh to jahaz dagmag ho raha hai aur woh baithe kitaab parh rahe hain apni cabin mein.</w:t>
      </w:r>
    </w:p>
    <w:p>
      <w:pPr>
        <w:jc w:val="right"/>
      </w:pPr>
      <w:r>
        <w:t>تو اسی میں پہنچے وہ ان کے کیبن میں، پروفیسر ارنلڈ کے کیبن میں۔ تو انہوں نے دیکھا کہ وہ تو جہاز ڈگمگ ہو رہا ہے اور وہ بیٹھے کتاب پڑھ رہے ہیں اپنی کیبن میں۔</w:t>
      </w:r>
    </w:p>
    <w:p>
      <w:r>
        <w:rPr>
          <w:b/>
        </w:rPr>
        <w:t xml:space="preserve">[10:10] </w:t>
      </w:r>
      <w:r>
        <w:t>to unhon ne un se kaha ke sare passenger to pareshan hain aur aap bare itminan se kitaab parh rahe hain, yeh kiya baat hai?</w:t>
      </w:r>
    </w:p>
    <w:p>
      <w:pPr>
        <w:jc w:val="right"/>
      </w:pPr>
      <w:r>
        <w:t>تو انہوں نے ان سے کہا کہ سارے پیسنجر تو پریشان ہیں اور آپ بڑے اطمینان سے کتاب پڑھ رہے ہیں، یہ کیا بات ہے؟</w:t>
      </w:r>
    </w:p>
    <w:p>
      <w:r>
        <w:rPr>
          <w:b/>
        </w:rPr>
        <w:t xml:space="preserve">[10:28] </w:t>
      </w:r>
      <w:r>
        <w:t>to professor Arnold ne kaha ke aakhri kuch minute mere jo baqi hain, us ko main chahta hoon ke avail kar loon.</w:t>
      </w:r>
    </w:p>
    <w:p>
      <w:pPr>
        <w:jc w:val="right"/>
      </w:pPr>
      <w:r>
        <w:t>تو پروفیسر ارنلڈ نے کہا کہ آخری کچھ منٹ میرے جو باقی ہیں، اس کو میں چاہتا ہوں کہ اویل کر لوں۔</w:t>
      </w:r>
    </w:p>
    <w:p>
      <w:r>
        <w:rPr>
          <w:b/>
        </w:rPr>
        <w:t xml:space="preserve">[10:44] </w:t>
      </w:r>
      <w:r>
        <w:t>aakhri jo kuch minute baqi hain, us ko main chahta hoon ke avail karoon. To un ka aik qissa aik aur hai professor Arnold ka ke Aligarh mein dono ustad thay,</w:t>
      </w:r>
    </w:p>
    <w:p>
      <w:pPr>
        <w:jc w:val="right"/>
      </w:pPr>
      <w:r>
        <w:t>آخری جو کچھ منٹ باقی ہیں، اس کو میں چاہتا ہوں کہ اویل کروں۔ تو ان کا ایک قصہ ایک اور ہے پروفیسر ارنلڈ کا کہ علی گڑھ میں دونوں استاد تھے،</w:t>
      </w:r>
    </w:p>
    <w:p>
      <w:r>
        <w:rPr>
          <w:b/>
        </w:rPr>
        <w:t xml:space="preserve">[11:03] </w:t>
      </w:r>
      <w:r>
        <w:t>yeh bhi thay, woh bhi thay. To professor Arnold ko French aati thi, French language. Aur Shibli ko French nahi aati thi.</w:t>
      </w:r>
    </w:p>
    <w:p>
      <w:pPr>
        <w:jc w:val="right"/>
      </w:pPr>
      <w:r>
        <w:t>یہ بھی تھے، وہ بھی تھے۔ تو پروفیسر ارنلڈ کو فرنچ آتی تھی، فرنچ لینگویج۔ اور شبلی کو فرنچ نہیں آتی تھی۔</w:t>
      </w:r>
    </w:p>
    <w:p>
      <w:r>
        <w:rPr>
          <w:b/>
        </w:rPr>
        <w:t xml:space="preserve">[11:14] </w:t>
      </w:r>
      <w:r>
        <w:t>aur to aisa hua ke professor Arnold chahte thay Arabic zaban seekhna, Arabic language. Yeh chahte thay French seekhna.</w:t>
      </w:r>
    </w:p>
    <w:p>
      <w:pPr>
        <w:jc w:val="right"/>
      </w:pPr>
      <w:r>
        <w:t>اور تو ایسا ہوا کہ پروفیسر ارنلڈ چاہتے تھے عربی زبان سیکھنا، عربک لینگویج۔ یہ چاہتے تھے فرنچ سیکھنا۔</w:t>
      </w:r>
    </w:p>
    <w:p>
      <w:r>
        <w:rPr>
          <w:b/>
        </w:rPr>
        <w:t xml:space="preserve">[11:28] </w:t>
      </w:r>
      <w:r>
        <w:t>to Shibli to Arabic ke mahir thay. To yeh tay hua ke Shibli ke ghar aayein professor Arnold, yani Aligarh mein,</w:t>
      </w:r>
    </w:p>
    <w:p>
      <w:pPr>
        <w:jc w:val="right"/>
      </w:pPr>
      <w:r>
        <w:t>تو شبلی تو عربی کے ماہر تھے۔ تو یہ طے ہوا کہ شبلی کے گھر آئیں پروفیسر ارنلڈ، یعنی علی گڑھ میں،</w:t>
      </w:r>
    </w:p>
    <w:p>
      <w:r>
        <w:rPr>
          <w:b/>
        </w:rPr>
        <w:t xml:space="preserve">[11:41] </w:t>
      </w:r>
      <w:r>
        <w:t>aur wahan dono parhein. Yeh un se woh French parhein, un se woh Arabic parhein. To</w:t>
      </w:r>
    </w:p>
    <w:p>
      <w:pPr>
        <w:jc w:val="right"/>
      </w:pPr>
      <w:r>
        <w:t>اور وہاں دونوں پڑھیں۔ یہ ان سے وہ فرنچ پڑھیں، ان سے وہ عربک پڑھیں۔ تو</w:t>
      </w:r>
    </w:p>
    <w:p>
      <w:r>
        <w:rPr>
          <w:b/>
        </w:rPr>
        <w:t xml:space="preserve">[11:52] </w:t>
      </w:r>
      <w:r>
        <w:t>aik din aisa hua ke Shibli, Maulana Shibli jo thay, unhon ne dekha ke professor Arnold road par daurte hue aa rahe hain.</w:t>
      </w:r>
    </w:p>
    <w:p>
      <w:pPr>
        <w:jc w:val="right"/>
      </w:pPr>
      <w:r>
        <w:t>ایک دن ایسا ہوا کہ شبلی، مولانا شبلی جو تھے، انہوں نے دیکھا کہ پروفیسر ارنلڈ روڈ پر دوڑتے ہوئے آ رہے ہیں۔</w:t>
      </w:r>
    </w:p>
    <w:p>
      <w:r>
        <w:rPr>
          <w:b/>
        </w:rPr>
        <w:t xml:space="preserve">[12:03] </w:t>
      </w:r>
      <w:r>
        <w:t>un ke ghar se un ke ghar ka jo distance tha, woh ziyada nahi tha, lekin itni woh daur rahe thay. To jab woh pohnche Shibli ke ghar to unhon ne poocha ke aaj aap road par daur kyun rahe hain?</w:t>
      </w:r>
    </w:p>
    <w:p>
      <w:pPr>
        <w:jc w:val="right"/>
      </w:pPr>
      <w:r>
        <w:t>ان کے گھر سے ان کے گھر کا جو ڈسٹنس تھا، وہ زیادہ نہیں تھا، لیکن اتنی وہ دوڑ رہے تھے۔ تو جب وہ پہنچے شبلی کے گھر تو انہوں نے پوچھا کہ آج آپ روڈ پر دوڑ کیوں رہے ہیں؟</w:t>
      </w:r>
    </w:p>
    <w:p>
      <w:r>
        <w:rPr>
          <w:b/>
        </w:rPr>
        <w:t xml:space="preserve">[12:23] </w:t>
      </w:r>
      <w:r>
        <w:t>daurte hue kyun aaye? To woh zamana jo tha, us mein car waghera nahi hoti thi, paidal chalta tha aadmi.</w:t>
      </w:r>
    </w:p>
    <w:p>
      <w:pPr>
        <w:jc w:val="right"/>
      </w:pPr>
      <w:r>
        <w:t>دوڑتے ہوئے کیوں آئے؟ تو وہ زمانہ جو تھا، اس میں کار وغیرہ نہیں ہوتی تھی، پیدل چلتا تھا آدمی۔</w:t>
      </w:r>
    </w:p>
    <w:p>
      <w:r>
        <w:rPr>
          <w:b/>
        </w:rPr>
        <w:t xml:space="preserve">[12:34] </w:t>
      </w:r>
      <w:r>
        <w:t>to professor Arnold ne kaha ke aaj main ghar se nikalne mein mujhe kuch mein late ho gaya. Ghar se nikalne mein main kuch late ho gaya.</w:t>
      </w:r>
    </w:p>
    <w:p>
      <w:pPr>
        <w:jc w:val="right"/>
      </w:pPr>
      <w:r>
        <w:t>تو پروفیسر ارنلڈ نے کہا کہ آج میں گھر سے نکلنے میں مجھے کچھ میں لیٹ ہو گیا۔ گھر سے نکلنے میں میں کچھ لیٹ ہو گیا۔</w:t>
      </w:r>
    </w:p>
    <w:p>
      <w:r>
        <w:rPr>
          <w:b/>
        </w:rPr>
        <w:t xml:space="preserve">[12:46] </w:t>
      </w:r>
      <w:r>
        <w:t>to main</w:t>
      </w:r>
    </w:p>
    <w:p>
      <w:pPr>
        <w:jc w:val="right"/>
      </w:pPr>
      <w:r>
        <w:t>تو میں</w:t>
      </w:r>
    </w:p>
    <w:p>
      <w:r>
        <w:rPr>
          <w:b/>
        </w:rPr>
        <w:t xml:space="preserve">[12:50] </w:t>
      </w:r>
      <w:r>
        <w:t>ziyada time nahi tha, kuch saat das minute hoga. To main sarak par daura taake main time ko cover karoon aur aap ke ghar mein pohnch jaoon, time par pohnch jaoon, yani das minute cover karne ke liye.</w:t>
      </w:r>
    </w:p>
    <w:p>
      <w:pPr>
        <w:jc w:val="right"/>
      </w:pPr>
      <w:r>
        <w:t>زیادہ ٹائم نہیں تھا، کچھ سات دس منٹ ہوگا۔ تو میں سڑک پر دوڑا تاکہ میں ٹائم کو کور کروں اور آپ کے گھر میں پہنچ جاؤں، ٹائم پر پہنچ جاؤں، یعنی دس منٹ کور کرنے کے لیے۔</w:t>
      </w:r>
    </w:p>
    <w:p>
      <w:r>
        <w:rPr>
          <w:b/>
        </w:rPr>
        <w:t xml:space="preserve">[13:08] </w:t>
      </w:r>
      <w:r>
        <w:t>tab se mere mind mein yeh tha ke mujhe, yani that was advance importance of advance planning.</w:t>
      </w:r>
    </w:p>
    <w:p>
      <w:pPr>
        <w:jc w:val="right"/>
      </w:pPr>
      <w:r>
        <w:t>تب سے میرے مائنڈ میں یہ تھا کہ مجھے، یعنی دیٹ واز ایڈوانس امپورٹنس آف ایڈوانس پلاننگ۔</w:t>
      </w:r>
    </w:p>
    <w:p>
      <w:r>
        <w:rPr>
          <w:b/>
        </w:rPr>
        <w:t xml:space="preserve">[13:22] </w:t>
      </w:r>
      <w:r>
        <w:t>to main us waqt rehta tha, shuru mein Adam Bol mein, jahan mere bhai rehte raha karte thay. To main bohat us waqt se bhi main mission wala, main na mission tha, to idhar udhar jana parta tha milne ke liye.</w:t>
      </w:r>
    </w:p>
    <w:p>
      <w:pPr>
        <w:jc w:val="right"/>
      </w:pPr>
      <w:r>
        <w:t>تو میں اس وقت رہتا تھا، شروع میں آدم بول میں، جہاں میرے بھائی رہتے رہا کرتے تھے۔ تو میں بہت اس وقت سے بھی میں مشن والا، میں نہ مشن تھا، تو ادھر ادھر جانا پڑتا تھا ملنے کے لیے۔</w:t>
      </w:r>
    </w:p>
    <w:p>
      <w:r>
        <w:rPr>
          <w:b/>
        </w:rPr>
        <w:t xml:space="preserve">[13:41] </w:t>
      </w:r>
      <w:r>
        <w:t>to kai baar aisa hua ke main ghar se nikla paidal aur jahan pohnchna tha, wahan pohnchne mein jitna time lagta tha, us se time beet beet gaya tha.</w:t>
      </w:r>
    </w:p>
    <w:p>
      <w:pPr>
        <w:jc w:val="right"/>
      </w:pPr>
      <w:r>
        <w:t>تو کئی بار ایسا ہوا کہ میں گھر سے نکلا پیدل اور جہاں پہنچنا تھا، وہاں پہنچنے میں جتنا ٹائم لگتا تھا، اس سے ٹائم بیت بیت گیا تھا۔</w:t>
      </w:r>
    </w:p>
    <w:p>
      <w:r>
        <w:rPr>
          <w:b/>
        </w:rPr>
        <w:t xml:space="preserve">[13:57] </w:t>
      </w:r>
      <w:r>
        <w:t>to main road road par daura taake main wahan theek time pe pohnch jaoon. Adam Bol mein kai baar aisa maine kiya ke road par daura taake main jin se milna tha, un ke ghar time par pohnch jaoon.</w:t>
      </w:r>
    </w:p>
    <w:p>
      <w:pPr>
        <w:jc w:val="right"/>
      </w:pPr>
      <w:r>
        <w:t>تو میں روڈ روڈ پر دوڑا تاکہ میں وہاں ٹھیک ٹائم پہ پہنچ جاؤں۔ آدم بول میں کئی بار ایسا میں نے کیا کہ روڈ پر دوڑا تاکہ میں جن سے ملنا تھا، ان کے گھر ٹائم پر پہنچ جاؤں۔</w:t>
      </w:r>
    </w:p>
    <w:p>
      <w:r>
        <w:rPr>
          <w:b/>
        </w:rPr>
        <w:t xml:space="preserve">[14:21] </w:t>
      </w:r>
      <w:r>
        <w:t>yeh hai advance preparation. Aap dekhiye ge ke jo sahib pohnch nahi paye thay Constitution Club mein, un se maine kaha ke yeh function bohat importance tha.</w:t>
      </w:r>
    </w:p>
    <w:p>
      <w:pPr>
        <w:jc w:val="right"/>
      </w:pPr>
      <w:r>
        <w:t>یہ ہے ایڈوانس پریپریشن۔ آپ دیکھیے گے کہ جو صاحب پہنچ نہیں پائے تھے کانسٹیٹیوشن کلب میں، ان سے میں نے کہا کہ یہ فنکشن بہت امپورٹنس تھا۔</w:t>
      </w:r>
    </w:p>
    <w:p>
      <w:r>
        <w:rPr>
          <w:b/>
        </w:rPr>
        <w:t xml:space="preserve">[14:39] </w:t>
      </w:r>
      <w:r>
        <w:t>kuch secretaries mein aaye thay. To aap Delhi mein rehte hain to aap ko janna chahiye ke Delhi mein intellectual activities kiya ho rahi hain.</w:t>
      </w:r>
    </w:p>
    <w:p>
      <w:pPr>
        <w:jc w:val="right"/>
      </w:pPr>
      <w:r>
        <w:t>کچھ ڈیکریٹریز میں آئے تھے۔ تو آپ دلی میں رہتے ہیں تو آپ کو جاننا چاہیے کہ دلی میں انٹلیکچول ایکٹیویٹیز کیا ہو رہی ہیں۔</w:t>
      </w:r>
    </w:p>
    <w:p>
      <w:r>
        <w:rPr>
          <w:b/>
        </w:rPr>
        <w:t xml:space="preserve">[14:53] </w:t>
      </w:r>
      <w:r>
        <w:t>woh intellectual line ke aadmi thay. toh woh aik intellectual gathering thi. woh toh mein nay kaha kay aap ko bohat ziyada alert rehna chahiye kay dilli mein jo intellectual activities ho rahi hain,</w:t>
      </w:r>
    </w:p>
    <w:p>
      <w:pPr>
        <w:jc w:val="right"/>
      </w:pPr>
      <w:r>
        <w:t>وہ انٹلیکچول لائن کے آدمی تھے۔ تو وہ ایک انٹلیکچول گیدرنگ تھی۔ وہ تو میں نے کہا کہ آپ کو بہت زیادہ الرٹ رہنا چاہیے کہ دلی میں جو انٹلیکچول ایکٹیویٹیز ہو رہی ہیں،</w:t>
      </w:r>
    </w:p>
    <w:p>
      <w:r>
        <w:rPr>
          <w:b/>
        </w:rPr>
        <w:t xml:space="preserve">[15:10] </w:t>
      </w:r>
      <w:r>
        <w:t>iss say aap janiye, iss say aware rahen, iss say janiye.</w:t>
      </w:r>
    </w:p>
    <w:p>
      <w:pPr>
        <w:jc w:val="right"/>
      </w:pPr>
      <w:r>
        <w:t>اس سے آپ جانیں، اس سے اویر رہیں، اس سے جانیں۔</w:t>
      </w:r>
    </w:p>
    <w:p>
      <w:r>
        <w:rPr>
          <w:b/>
        </w:rPr>
        <w:t xml:space="preserve">[15:20] </w:t>
      </w:r>
      <w:r>
        <w:t>toh mein apnay saath saathiyon ko kahoon ga kay aap art of planning janiye.</w:t>
      </w:r>
    </w:p>
    <w:p>
      <w:pPr>
        <w:jc w:val="right"/>
      </w:pPr>
      <w:r>
        <w:t>تو میں اپنے ساتھ ساتھیوں کو کہوں گا کہ آپ آرٹ آف پلاننگ جانیے۔</w:t>
      </w:r>
    </w:p>
    <w:p>
      <w:r>
        <w:rPr>
          <w:b/>
        </w:rPr>
        <w:t xml:space="preserve">[15:30] </w:t>
      </w:r>
      <w:r>
        <w:t>jo meray saathi hain, chahay india mein hon, chahay bahir hon, toh un sab say mein kahoon ga kay agar aap chahtay hain kay koi bari success hasil karein zindagi mein,</w:t>
      </w:r>
    </w:p>
    <w:p>
      <w:pPr>
        <w:jc w:val="right"/>
      </w:pPr>
      <w:r>
        <w:t>جو میرے ساتھی ہیں، چاہے انڈیا میں ہوں، چاہے باہر ہوں، تو ان سب سے میں کہوں گا کہ اگر آپ چاہتے ہیں کہ کوئی بڑی سکسیس حاصل کریں زندگی میں،</w:t>
      </w:r>
    </w:p>
    <w:p>
      <w:r>
        <w:rPr>
          <w:b/>
        </w:rPr>
        <w:t xml:space="preserve">[15:47] </w:t>
      </w:r>
      <w:r>
        <w:t>zindagi mein koi bari success hasil karein toh toh you have to learn the art of planning.</w:t>
      </w:r>
    </w:p>
    <w:p>
      <w:pPr>
        <w:jc w:val="right"/>
      </w:pPr>
      <w:r>
        <w:t>زندگی میں کوئی بڑی سکسیس حاصل کریں تو تو یو ہیو ٹو لرن دی آرٹ آف پلاننگ۔</w:t>
      </w:r>
    </w:p>
    <w:p>
      <w:r>
        <w:rPr>
          <w:b/>
        </w:rPr>
        <w:t xml:space="preserve">[15:58] </w:t>
      </w:r>
      <w:r>
        <w:t>you have to learn the art of planning. jo bhi aap mission kay bohat say part ho saktay hain, 101.</w:t>
      </w:r>
    </w:p>
    <w:p>
      <w:pPr>
        <w:jc w:val="right"/>
      </w:pPr>
      <w:r>
        <w:t>یو ہیو ٹو لرن دی آرٹ آف پلاننگ۔ جو بھی آپ مشن کے بہت سے پارٹ ہو سکتے ہیں، 101۔</w:t>
      </w:r>
    </w:p>
    <w:p>
      <w:r>
        <w:rPr>
          <w:b/>
        </w:rPr>
        <w:t xml:space="preserve">[16:10] </w:t>
      </w:r>
      <w:r>
        <w:t>toh jo kaam bhi aap karnay ja rahay hain,</w:t>
      </w:r>
    </w:p>
    <w:p>
      <w:pPr>
        <w:jc w:val="right"/>
      </w:pPr>
      <w:r>
        <w:t>تو جو کام بھی آپ کرنے جا رہے ہیں،</w:t>
      </w:r>
    </w:p>
    <w:p>
      <w:r>
        <w:rPr>
          <w:b/>
        </w:rPr>
        <w:t xml:space="preserve">[16:18] </w:t>
      </w:r>
      <w:r>
        <w:t>iss ko planning kay saath karein.</w:t>
      </w:r>
    </w:p>
    <w:p>
      <w:pPr>
        <w:jc w:val="right"/>
      </w:pPr>
      <w:r>
        <w:t>اس کو پلاننگ کے ساتھ کریں۔</w:t>
      </w:r>
    </w:p>
    <w:p>
      <w:r>
        <w:rPr>
          <w:b/>
        </w:rPr>
        <w:t xml:space="preserve">[16:24] </w:t>
      </w:r>
      <w:r>
        <w:t>sirf hard work kaafi nahi hai. jo agriculture period mein jab economy jo thi, woh saari ki saari base karti thi khet par, land par.</w:t>
      </w:r>
    </w:p>
    <w:p>
      <w:pPr>
        <w:jc w:val="right"/>
      </w:pPr>
      <w:r>
        <w:t>صرف ہارڈ ورک کافی نہیں ہے۔ جو ایگریکلچر پیریڈ میں جب ایکانومی جو تھی، وہ ساری کی ساری بیس کرتی تھی کھیت پر، لینڈ پر۔</w:t>
      </w:r>
    </w:p>
    <w:p>
      <w:r>
        <w:rPr>
          <w:b/>
        </w:rPr>
        <w:t xml:space="preserve">[16:40] </w:t>
      </w:r>
      <w:r>
        <w:t>toh iss zamanay mein hard work hi sab say bari cheez thi. hal bail chal raha tha, hota tha, usay muscle power chahiye tha. toh hard work ko number one importance thi.</w:t>
      </w:r>
    </w:p>
    <w:p>
      <w:pPr>
        <w:jc w:val="right"/>
      </w:pPr>
      <w:r>
        <w:t>تو اس زمانے میں ہارڈ ورک ہی سب سے بڑی چیز تھی۔ حل بیل چل رہا تھا، ہوتا تھا، اسے مسل پاور چاہیے تھا۔ تو ہارڈ ورک کو نمبر ون امپورٹنس تھی۔</w:t>
      </w:r>
    </w:p>
    <w:p>
      <w:r>
        <w:rPr>
          <w:b/>
        </w:rPr>
        <w:t xml:space="preserve">[16:55] </w:t>
      </w:r>
      <w:r>
        <w:t>lekin ab woh dobara khatam ho gaya.</w:t>
      </w:r>
    </w:p>
    <w:p>
      <w:pPr>
        <w:jc w:val="right"/>
      </w:pPr>
      <w:r>
        <w:t>لیکن اب وہ دوبارہ ختم ہو گیا۔</w:t>
      </w:r>
    </w:p>
    <w:p>
      <w:r>
        <w:rPr>
          <w:b/>
        </w:rPr>
        <w:t xml:space="preserve">[17:00] </w:t>
      </w:r>
      <w:r>
        <w:t>ab intellectual activities ki importance ho gayi.</w:t>
      </w:r>
    </w:p>
    <w:p>
      <w:pPr>
        <w:jc w:val="right"/>
      </w:pPr>
      <w:r>
        <w:t>اب انٹلیکچول ایکٹیویٹیز کی امپورٹنس ہو گئی۔</w:t>
      </w:r>
    </w:p>
    <w:p>
      <w:r>
        <w:rPr>
          <w:b/>
        </w:rPr>
        <w:t xml:space="preserve">[17:08] </w:t>
      </w:r>
      <w:r>
        <w:t>toh aap ko bohat ziyada alert rehna paray ga.</w:t>
      </w:r>
    </w:p>
    <w:p>
      <w:pPr>
        <w:jc w:val="right"/>
      </w:pPr>
      <w:r>
        <w:t>تو آپ کو بہت زیادہ الرٹ رہنا پڑے گا۔</w:t>
      </w:r>
    </w:p>
    <w:p>
      <w:r>
        <w:rPr>
          <w:b/>
        </w:rPr>
        <w:t xml:space="preserve">[17:19] </w:t>
      </w:r>
      <w:r>
        <w:t>aur dekhiye, mein nay jab jaana iss baat ko kay iss zamanay mein saari ahmiyat planning kay, planning.</w:t>
      </w:r>
    </w:p>
    <w:p>
      <w:pPr>
        <w:jc w:val="right"/>
      </w:pPr>
      <w:r>
        <w:t>اور دیکھیے، میں نے جب جانا اس بات کو کہ اس زمانے میں ساری اہمیت پلاننگ کے، پلاننگ۔</w:t>
      </w:r>
    </w:p>
    <w:p>
      <w:r>
        <w:rPr>
          <w:b/>
        </w:rPr>
        <w:t xml:space="preserve">[17:35] </w:t>
      </w:r>
      <w:r>
        <w:t>toh planning mein dekhiye, apna kaam theek time par karna, yeh planning ka bohat bara part hai.</w:t>
      </w:r>
    </w:p>
    <w:p>
      <w:pPr>
        <w:jc w:val="right"/>
      </w:pPr>
      <w:r>
        <w:t>تو پلاننگ میں دیکھیے، اپنا کام ٹھیک ٹائم پر کرنا، یہ پلاننگ کا بہت بڑا پارٹ ہے۔</w:t>
      </w:r>
    </w:p>
    <w:p>
      <w:r>
        <w:rPr>
          <w:b/>
        </w:rPr>
        <w:t xml:space="preserve">[17:44] </w:t>
      </w:r>
      <w:r>
        <w:t>theek time par. toh mein nay apnay mind ki lehaz say, kay mera mind jo hai, philosophical mind hai. toh mein nay iss cheez ko philosophize kiya,</w:t>
      </w:r>
    </w:p>
    <w:p>
      <w:pPr>
        <w:jc w:val="right"/>
      </w:pPr>
      <w:r>
        <w:t>ٹھیک ٹائم پر۔ تو میں نے اپنے مائنڈ کی لحاظ سے، کہ میرا مائنڈ جو ہے، فلاسفیکل مائنڈ ہے۔ تو میں نے اس چیز کو فلاسفائز کیا،</w:t>
      </w:r>
    </w:p>
    <w:p>
      <w:r>
        <w:rPr>
          <w:b/>
        </w:rPr>
        <w:t xml:space="preserve">[17:59] </w:t>
      </w:r>
      <w:r>
        <w:t>yaani philosophically importance iss ki nikali. woh kaisay? quran mein aik ayat hai namaz kay baray mein kay namaz waqt par ada karo.</w:t>
      </w:r>
    </w:p>
    <w:p>
      <w:pPr>
        <w:jc w:val="right"/>
      </w:pPr>
      <w:r>
        <w:t>یعنی فلاسفیکلی امپورٹنس اس کی نکالی۔ وہ کیسے؟ قرآن میں ایک آیت ہے نماز کے بارے میں کہ نماز وقت پر ادا کرو۔</w:t>
      </w:r>
    </w:p>
    <w:p>
      <w:r>
        <w:rPr>
          <w:b/>
        </w:rPr>
        <w:t xml:space="preserve">[18:17] </w:t>
      </w:r>
      <w:r>
        <w:t>inna al-salata al-mu'minina kitaban mawquutan, yaani muqarrar waqt par nawaza karo.</w:t>
      </w:r>
    </w:p>
    <w:p>
      <w:pPr>
        <w:jc w:val="right"/>
      </w:pPr>
      <w:r>
        <w:t>ان الصراط والمومنین۔ کتاب موقوتہ، یعنی مقرر وقت پر نوازا کرو۔</w:t>
      </w:r>
    </w:p>
    <w:p>
      <w:r>
        <w:rPr>
          <w:b/>
        </w:rPr>
        <w:t xml:space="preserve">[18:27] </w:t>
      </w:r>
      <w:r>
        <w:t>kay jab mawquutan jo hai, yaani in time, toh uss ko mein nay expand kiya, extend kiya.</w:t>
      </w:r>
    </w:p>
    <w:p>
      <w:pPr>
        <w:jc w:val="right"/>
      </w:pPr>
      <w:r>
        <w:t>کہ جب موقوتہ جو ہے، یعنی ان ٹائم، تو اس کو میں نے ایکسپینڈ کیا، ایکسٹینڈ کیا۔</w:t>
      </w:r>
    </w:p>
    <w:p>
      <w:r>
        <w:rPr>
          <w:b/>
        </w:rPr>
        <w:t xml:space="preserve">[18:40] </w:t>
      </w:r>
      <w:r>
        <w:t>yaani yeh principle jo hai, sirf namaz kay liye nahi hai, yeh poori life kay liye hai. poori life ko in time ada karna, theek time par ada karna,</w:t>
      </w:r>
    </w:p>
    <w:p>
      <w:pPr>
        <w:jc w:val="right"/>
      </w:pPr>
      <w:r>
        <w:t>یعنی یہ پرنسپل جو ہے، صرف نماز کے لیے نہیں ہے، یہ پوری لائف کے لیے ہے۔ پوری لائف کو ان ٹائم ادا کرنا، ٹھیک ٹائم پر ادا کرنا،</w:t>
      </w:r>
    </w:p>
    <w:p>
      <w:r>
        <w:rPr>
          <w:b/>
        </w:rPr>
        <w:t xml:space="preserve">[18:58] </w:t>
      </w:r>
      <w:r>
        <w:t>yeh planning ka part hai. toh inna al-salata al-mu'minina kitaban mawquutan, uss ka iss quran ki iss ayat ka matlab hai kay momin par namaz waqt waqt par farz ki gayi hai.</w:t>
      </w:r>
    </w:p>
    <w:p>
      <w:pPr>
        <w:jc w:val="right"/>
      </w:pPr>
      <w:r>
        <w:t>یہ پلاننگ کا پارٹ ہے۔ تو ان الصراط والمومنین کتاب موقوتہ، اس کا اس قرآن کی اس آیت کا مطلب ہے کہ مومن پر نماز وقت وقت پر فرض کی گئی ہے۔</w:t>
      </w:r>
    </w:p>
    <w:p>
      <w:r>
        <w:rPr>
          <w:b/>
        </w:rPr>
        <w:t xml:space="preserve">[19:22] </w:t>
      </w:r>
      <w:r>
        <w:t>yaani time ki pabandi kay saath farz ki gayi hai. toh aap jantay hain kay paanch waqt hai namaz. toh paanch waqt time par parhna.</w:t>
      </w:r>
    </w:p>
    <w:p>
      <w:pPr>
        <w:jc w:val="right"/>
      </w:pPr>
      <w:r>
        <w:t>یعنی ٹائم کی پابندی کے ساتھ فرض کی گئی ہے۔ تو آپ جانتے ہیں کہ پانچ وقت ہے نماز۔ تو پانچ وقت ٹائم پر پڑھنا۔</w:t>
      </w:r>
    </w:p>
    <w:p>
      <w:r>
        <w:rPr>
          <w:b/>
        </w:rPr>
        <w:t xml:space="preserve">[19:34] </w:t>
      </w:r>
      <w:r>
        <w:t>toh mein nay uss say nikala kay</w:t>
      </w:r>
    </w:p>
    <w:p>
      <w:pPr>
        <w:jc w:val="right"/>
      </w:pPr>
      <w:r>
        <w:t>تو میں نے اس سے نکالا کہ</w:t>
      </w:r>
    </w:p>
    <w:p>
      <w:r>
        <w:rPr>
          <w:b/>
        </w:rPr>
        <w:t xml:space="preserve">[19:41] </w:t>
      </w:r>
      <w:r>
        <w:t>yeh jo quran ki ayat hai, uss ka ta'alluq sirf</w:t>
      </w:r>
    </w:p>
    <w:p>
      <w:pPr>
        <w:jc w:val="right"/>
      </w:pPr>
      <w:r>
        <w:t>یہ جو قرآن کی آیت ہے، اس کا تعلق صرف</w:t>
      </w:r>
    </w:p>
    <w:p>
      <w:r>
        <w:rPr>
          <w:b/>
        </w:rPr>
        <w:t xml:space="preserve">[19:50] </w:t>
      </w:r>
      <w:r>
        <w:t>namaz namaz say nahi hai,</w:t>
      </w:r>
    </w:p>
    <w:p>
      <w:pPr>
        <w:jc w:val="right"/>
      </w:pPr>
      <w:r>
        <w:t>نماز نماز سے نہیں ہے،</w:t>
      </w:r>
    </w:p>
    <w:p>
      <w:r>
        <w:rPr>
          <w:b/>
        </w:rPr>
        <w:t xml:space="preserve">[19:56] </w:t>
      </w:r>
      <w:r>
        <w:t>balkay poori life say hai. to is tarah say main nay planning ko aik philosophical base di.</w:t>
      </w:r>
    </w:p>
    <w:p>
      <w:pPr>
        <w:jc w:val="right"/>
      </w:pPr>
      <w:r>
        <w:t>بلکہ پوری لائف سے ہے۔ تو اس طرح سے میں نے پلاننگ کو ایک فلاسفیکل بیس دی۔</w:t>
      </w:r>
    </w:p>
    <w:p>
      <w:r>
        <w:rPr>
          <w:b/>
        </w:rPr>
        <w:t xml:space="preserve">[20:09] </w:t>
      </w:r>
      <w:r>
        <w:t>aik is ki importance jo hai, main nay discover kiya aik mazhabi aqeeday say.</w:t>
      </w:r>
    </w:p>
    <w:p>
      <w:pPr>
        <w:jc w:val="right"/>
      </w:pPr>
      <w:r>
        <w:t>ایک اس کی امپورٹنس جو ہے، میں نے ڈسکور کیا ایک مذہبی عقیدے سے۔</w:t>
      </w:r>
    </w:p>
    <w:p>
      <w:r>
        <w:rPr>
          <w:b/>
        </w:rPr>
        <w:t xml:space="preserve">[20:23] </w:t>
      </w:r>
      <w:r>
        <w:t>to aap ko chahiye kay aap mission kay liye jo kaam kar rahay hain, mission kay liye kaam kar rahay hain, jo to hamesha pehlay say planning karain, pehlay say apnay ko prepare karain.</w:t>
      </w:r>
    </w:p>
    <w:p>
      <w:pPr>
        <w:jc w:val="right"/>
      </w:pPr>
      <w:r>
        <w:t>تو آپ کو چاہیے کہ آپ مشن کے لیے جو کام کر رہے ہیں، مشن کے لیے کام کر رہے ہیں، جو تو ہمیشہ پہلے سے پلاننگ کریں، پہلے سے اپنے کو پریپئر کریں۔</w:t>
      </w:r>
    </w:p>
    <w:p>
      <w:r>
        <w:rPr>
          <w:b/>
        </w:rPr>
        <w:t xml:space="preserve">[20:43] </w:t>
      </w:r>
      <w:r>
        <w:t>yani advance preparation. to main America kai bar gaya hoon. wahan kay baray main mujhe pata chala kay America main second world war kay baad immigrant bohat ziyada aaye,</w:t>
      </w:r>
    </w:p>
    <w:p>
      <w:pPr>
        <w:jc w:val="right"/>
      </w:pPr>
      <w:r>
        <w:t>یعنی ایڈوانس پریپریشن۔ تو میں امریکہ کئی بار گیا ہوں۔ وہاں کے بارے میں مجھے پتہ چلا کہ امریکہ میں سیکنڈ ورلڈ وار کے بعد امیگرنٹ بہت زیادہ آئے،</w:t>
      </w:r>
    </w:p>
    <w:p>
      <w:r>
        <w:rPr>
          <w:b/>
        </w:rPr>
        <w:t xml:space="preserve">[21:04] </w:t>
      </w:r>
      <w:r>
        <w:t>Asia say, Africa say immigrant. to America main jo log thay, pehlay puranay, woh bohat ziyada educated log thay.</w:t>
      </w:r>
    </w:p>
    <w:p>
      <w:pPr>
        <w:jc w:val="right"/>
      </w:pPr>
      <w:r>
        <w:t>ایشیا سے، افریقہ سے امیگرنٹ۔ تو امریکہ میں جو لوگ تھے، پہلے پرانے، وہ بہت زیادہ ایجوکیٹڈ لوگ تھے۔</w:t>
      </w:r>
    </w:p>
    <w:p>
      <w:r>
        <w:rPr>
          <w:b/>
        </w:rPr>
        <w:t xml:space="preserve">[21:16] </w:t>
      </w:r>
      <w:r>
        <w:t>educated log. to woh jantay thay kay planning kiya cheez hai</w:t>
      </w:r>
    </w:p>
    <w:p>
      <w:pPr>
        <w:jc w:val="right"/>
      </w:pPr>
      <w:r>
        <w:t>ایجوکیٹڈ لوگ۔ تو وہ جانتے تھے کہ پلاننگ کیا چیز ہے</w:t>
      </w:r>
    </w:p>
    <w:p>
      <w:r>
        <w:rPr>
          <w:b/>
        </w:rPr>
        <w:t xml:space="preserve">[21:26] </w:t>
      </w:r>
      <w:r>
        <w:t>aur pehlay say apnay ko tayyar karna kiya cheez hai. lekin jo yeh immigrant aaye thay idhar udhar say, woh is ko jantay nahi thay.</w:t>
      </w:r>
    </w:p>
    <w:p>
      <w:pPr>
        <w:jc w:val="right"/>
      </w:pPr>
      <w:r>
        <w:t>اور پہلے سے اپنے کو تیار کرنا کیا چیز ہے۔ لیکن جو یہ امیگرنٹ آئے تھے ادھر ادھر سے، وہ اس کو جانتے نہیں تھے۔</w:t>
      </w:r>
    </w:p>
    <w:p>
      <w:r>
        <w:rPr>
          <w:b/>
        </w:rPr>
        <w:t xml:space="preserve">[21:38] </w:t>
      </w:r>
      <w:r>
        <w:t>unki education hoti thi, ziyada nahi thi. to afsaron main time ki pabandi kam honay lagi.</w:t>
      </w:r>
    </w:p>
    <w:p>
      <w:pPr>
        <w:jc w:val="right"/>
      </w:pPr>
      <w:r>
        <w:t>ان کی ایجوکیشن ہوتی تھی، زیادہ نہیں تھی۔ تو افسروں میں ٹائم کی پابندی کم ہونے لگی۔</w:t>
      </w:r>
    </w:p>
    <w:p>
      <w:r>
        <w:rPr>
          <w:b/>
        </w:rPr>
        <w:t xml:space="preserve">[21:48] </w:t>
      </w:r>
      <w:r>
        <w:t>aagay aa rahay hain, peechay aa rahay hain, dair main aa rahay hain. to America main yeh yeh law bana kay agar koi shakhs panch minute bhi dair ho jaye kisi ko pohanchay main afsar say, to us ki salary say kaat diya jaye.</w:t>
      </w:r>
    </w:p>
    <w:p>
      <w:pPr>
        <w:jc w:val="right"/>
      </w:pPr>
      <w:r>
        <w:t>آگے آ رہے ہیں، پیچھے آ رہے ہیں، دیر میں آ رہے ہیں۔ تو امریکہ میں یہ یہ لاء بنا کہ اگر کوئی شخص پانچ منٹ بھی دیر ہو جائے کسی کو پہنچنے میں افس سے، تو اس کی سیلری سے کاٹ دیا جائے۔</w:t>
      </w:r>
    </w:p>
    <w:p>
      <w:r>
        <w:rPr>
          <w:b/>
        </w:rPr>
        <w:t xml:space="preserve">[22:09] </w:t>
      </w:r>
      <w:r>
        <w:t>yani panch minute jitna dollar un ko milti hogi, woh kaat liya jaye us say. is tarah America main compulsion create kiya gaya.</w:t>
      </w:r>
    </w:p>
    <w:p>
      <w:pPr>
        <w:jc w:val="right"/>
      </w:pPr>
      <w:r>
        <w:t>یعنی پانچ منٹ جتنا ڈالر ان کو ملتی ہوگی، وہ کاٹ لیا جائے اس سے۔ اس طرح امریکہ میں کمپلشن کریٹ کیا گیا۔</w:t>
      </w:r>
    </w:p>
    <w:p>
      <w:r>
        <w:rPr>
          <w:b/>
        </w:rPr>
        <w:t xml:space="preserve">[22:23] </w:t>
      </w:r>
      <w:r>
        <w:t>aur is kay baad say log itna ziyada conscious ho gaye kay unhon nay aik principle bana liya kay ghar say rawana hon aadha ghanta pehlay.</w:t>
      </w:r>
    </w:p>
    <w:p>
      <w:pPr>
        <w:jc w:val="right"/>
      </w:pPr>
      <w:r>
        <w:t>اور اس کے بعد سے لوگ اتنا زیادہ کاست ہو گئے کہ انہوں نے ایک پرنسپل بنا لیا کہ گھر سے روانہ ہوں آدھا گھنٹہ پہلے۔</w:t>
      </w:r>
    </w:p>
    <w:p>
      <w:r>
        <w:rPr>
          <w:b/>
        </w:rPr>
        <w:t xml:space="preserve">[22:37] </w:t>
      </w:r>
      <w:r>
        <w:t>yani jana hai afsar to us ka jo time hota hai normal, to us say adha ghanta pehlay kaisay niklain ta kay koi eventuality uthay, late na kar day.</w:t>
      </w:r>
    </w:p>
    <w:p>
      <w:pPr>
        <w:jc w:val="right"/>
      </w:pPr>
      <w:r>
        <w:t>یعنی جانا ہے افس تو اس کا جو ٹائم ہوتا ہے نارمل، تو اس سے آدھ گھنٹہ پہلے کیسے نکلیں تاکہ کوئی ایونچولیٹی اٹھے، لیٹ نہ کر دے۔</w:t>
      </w:r>
    </w:p>
    <w:p>
      <w:r>
        <w:rPr>
          <w:b/>
        </w:rPr>
        <w:t xml:space="preserve">[22:53] </w:t>
      </w:r>
      <w:r>
        <w:t>kyun kay kyun kay cut cut jaye ga paisa.</w:t>
      </w:r>
    </w:p>
    <w:p>
      <w:pPr>
        <w:jc w:val="right"/>
      </w:pPr>
      <w:r>
        <w:t>کیونکہ کیونکہ کٹ کٹ جائے گا پیسہ۔</w:t>
      </w:r>
    </w:p>
    <w:p>
      <w:r>
        <w:rPr>
          <w:b/>
        </w:rPr>
        <w:t xml:space="preserve">[22:59] </w:t>
      </w:r>
      <w:r>
        <w:t>is wajah say America main yeh nahi hota kay aagay aa rahay hain, peechay aa rahay hain, late aa rahay hain. yeh wahan nahi hota is sab ka. to isi tarah say humain karna hai kay hum planning kay baray main bohat hi ziyada conscious ho jayain.</w:t>
      </w:r>
    </w:p>
    <w:p>
      <w:pPr>
        <w:jc w:val="right"/>
      </w:pPr>
      <w:r>
        <w:t>اس وجہ سے امریکہ میں یہ نہیں ہوتا کہ آگے آ رہے ہیں، پیچھے آ رہے ہیں، لیٹ آ رہے ہیں۔ یہ وہاں نہیں ہوتا اس سب کا۔ تو اسی طریقے سے ہمیں کرنا ہے کہ ہم پلاننگ کے بارے میں بہت ہی زیادہ کاشس ہو جائیں۔</w:t>
      </w:r>
    </w:p>
    <w:p>
      <w:r>
        <w:rPr>
          <w:b/>
        </w:rPr>
        <w:t xml:space="preserve">[23:16] </w:t>
      </w:r>
      <w:r>
        <w:t>conscious. aur jo hum mission chala rahay hain, woh mission main jo jo kaam humain karna hota hai, un saray kamon ko hum bohat ziyada well planned way main karain.</w:t>
      </w:r>
    </w:p>
    <w:p>
      <w:pPr>
        <w:jc w:val="right"/>
      </w:pPr>
      <w:r>
        <w:t>کاشس۔ اور جو ہم مشن چلا رہے ہیں، وہ مشن میں جو جو کام ہمیں کرنا ہوتا ہے، ان سارے کاموں کو ہم بہت زیادہ ویل پلانڈ وے میں کریں۔</w:t>
      </w:r>
    </w:p>
    <w:p>
      <w:r>
        <w:rPr>
          <w:b/>
        </w:rPr>
        <w:t xml:space="preserve">[23:29] </w:t>
      </w:r>
      <w:r>
        <w:t>well planned way. to yeh aaj ka mera thought hai. aur main Allah kay fazal say main khud is par hamil hoon.</w:t>
      </w:r>
    </w:p>
    <w:p>
      <w:pPr>
        <w:jc w:val="right"/>
      </w:pPr>
      <w:r>
        <w:t>ویل پلانڈ وے۔ تو یہ آج کا میرا تھاٹ ہے۔ اور میں اللہ کے فضل سے میں خود اس پر حامل ہوں۔</w:t>
      </w:r>
    </w:p>
    <w:p>
      <w:r>
        <w:rPr>
          <w:b/>
        </w:rPr>
        <w:t xml:space="preserve">[23:41] </w:t>
      </w:r>
      <w:r>
        <w:t>aur main aap sab logon ko chahta hoon kay aap bhi is par poori tarah say paband ho jayain. Allah taala madad farmaye hum sab ko.</w:t>
      </w:r>
    </w:p>
    <w:p>
      <w:pPr>
        <w:jc w:val="right"/>
      </w:pPr>
      <w:r>
        <w:t>اور میں آپ سب لوگوں کو چاہتا ہوں کہ آپ بھی اس پر پوری طریقے سے پابند ہو جائیں۔ اللہ تعالیٰ مدد فرمائے ہم سب کو۔</w:t>
      </w:r>
    </w:p>
    <w:p>
      <w:r>
        <w:rPr>
          <w:b/>
        </w:rPr>
        <w:t xml:space="preserve">[24:01] </w:t>
      </w:r>
      <w:r>
        <w:t>Maulana, great lesson in time planning and the importance of time planning. but my question today is that time planning also, i mean, time management goes side and side by side with planning.</w:t>
      </w:r>
    </w:p>
    <w:p>
      <w:pPr>
        <w:jc w:val="right"/>
      </w:pPr>
      <w:r>
        <w:t>مولانا، گریٹ لیسن ان ٹائم پلاننگ اینڈ دی امپورٹنس اف ٹائم پلاننگ۔ بٹ مائی کوئسچن ٹوڈے از دیٹ ٹائم پلاننگ السو، آئی مین، ٹائم مینجمنٹ گوز سائیڈ اینڈ سائیڈ بائی سائیڈ ود پلاننگ۔</w:t>
      </w:r>
    </w:p>
    <w:p>
      <w:r>
        <w:rPr>
          <w:b/>
        </w:rPr>
        <w:t xml:space="preserve">[24:19] </w:t>
      </w:r>
      <w:r>
        <w:t>so how should we plan our day so that taking into consideration the hurdles which come every day, like which are not in your hands, so that maximum time can be used for the our work.</w:t>
      </w:r>
    </w:p>
    <w:p>
      <w:pPr>
        <w:jc w:val="right"/>
      </w:pPr>
      <w:r>
        <w:t>سو ہاؤ شوڈ وی پلان اور ڈے سو دیٹ ٹیکنگ انٹو کنسیڈریشن دا ہرڈلز وچ کم ایوری ڈے، لائک وچ ار ناٹ ان یور ہینڈز، سو دیٹ میکسیمم ٹائم کین بی یوزڈ فار دا اور ورک۔</w:t>
      </w:r>
    </w:p>
    <w:p>
      <w:r>
        <w:rPr>
          <w:b/>
        </w:rPr>
        <w:t xml:space="preserve">[24:33] </w:t>
      </w:r>
      <w:r>
        <w:t>dekhiye, jab aap is baray main planning kay baray main koi conscious ho jayain gay, mahatut ho jayain gay, conscious to aap ka mind itna ziyada well prepared ho jaye ga kay har mauqa par kabhi instant planning karna ho to woh bhi kar lay gay.</w:t>
      </w:r>
    </w:p>
    <w:p>
      <w:pPr>
        <w:jc w:val="right"/>
      </w:pPr>
      <w:r>
        <w:t>دیکھیے، جب آپ اس بارے میں پلاننگ کے بارے میں کوئی کاشس ہو جائیں گے، محتاط ہو جائیں گے، کاشس تو آپ کا مائنڈ اتنا زیادہ ویل پریپیرڈ ہو جائے گا کہ ہر موقع پر کبھی انسٹنٹ پلاننگ کرنا ہو تو وہ بھی کر لیں گے۔</w:t>
      </w:r>
    </w:p>
    <w:p>
      <w:r>
        <w:rPr>
          <w:b/>
        </w:rPr>
        <w:t xml:space="preserve">[24:55] </w:t>
      </w:r>
      <w:r>
        <w:t>aap kabhi aik mahina baad kay kaam hain, us kay liye planning kar lay gay. to mind ko itna prepared banaiye, itna alert banaiye.</w:t>
      </w:r>
    </w:p>
    <w:p>
      <w:pPr>
        <w:jc w:val="right"/>
      </w:pPr>
      <w:r>
        <w:t>آپ کبھی ایک مہینہ بعد کے کام ہیں، اس کے لیے پلاننگ کر لیں گے۔ تو مائنڈ کو اتنا پریپیرڈ بنائیے، اتنا الرٹ بنائیے۔</w:t>
      </w:r>
    </w:p>
    <w:p>
      <w:r>
        <w:rPr>
          <w:b/>
        </w:rPr>
        <w:t xml:space="preserve">[25:11] </w:t>
      </w:r>
      <w:r>
        <w:t>is is aitbar say ehtiyat aap nay ko prepare kijiye kay har eventuality main aap ka mind kaam karay.</w:t>
      </w:r>
    </w:p>
    <w:p>
      <w:pPr>
        <w:jc w:val="right"/>
      </w:pPr>
      <w:r>
        <w:t>اس اس اعتبار سے احتیاط آپ نے کو پریپیر کیجئے کہ ہر ایونچولیٹی میں آپ کا مائنڈ کام کرے۔</w:t>
      </w:r>
    </w:p>
    <w:p>
      <w:r>
        <w:rPr>
          <w:b/>
        </w:rPr>
        <w:t xml:space="preserve">[25:22] </w:t>
      </w:r>
      <w:r>
        <w:t>misal kay tor par dekhiye, kai kabhi aisa hota hai kay kaam jo aap ko karna hai, woh normal taray say ho jata hai, routine kay mutabiq ho jata hai.</w:t>
      </w:r>
    </w:p>
    <w:p>
      <w:pPr>
        <w:jc w:val="right"/>
      </w:pPr>
      <w:r>
        <w:t>مثلاً دیکھیے، کئی کبھی ایسا ہوتا ہے کہ کام جو آپ کو کرنا ہے، وہ نارمل طریقے سے ہو جاتا ہے، روٹین کے مطابق ہو جاتا ہے۔</w:t>
      </w:r>
    </w:p>
    <w:p>
      <w:r>
        <w:rPr>
          <w:b/>
        </w:rPr>
        <w:t xml:space="preserve">[25:36] </w:t>
      </w:r>
      <w:r>
        <w:t>lekin kabhi aisa hoga kay woh crisis aa jaye ga. aa jaye ga. to aap ka mind jab prepared ban hoga, hoga to woh is qabil ho jaye ga kay normal course main agar kaam hona hai, tab bhi aap ka mind us ko manage kar lay ga.</w:t>
      </w:r>
    </w:p>
    <w:p>
      <w:pPr>
        <w:jc w:val="right"/>
      </w:pPr>
      <w:r>
        <w:t>لیکن کبھی ایسا ہوگا کہ وہ کریسز آ جائے گا۔ آ جائے گا۔ تو آپ کا مائنڈ جب پریپیرڈ بن ہوگا، ہوگا تو وہ اس قابل ہو جائے گا کہ نارمل کورس میں اگر کام ہونا ہے، تب بھی آپ کا مائنڈ اس کو مینج کر لے گا۔</w:t>
      </w:r>
    </w:p>
    <w:p>
      <w:r>
        <w:rPr>
          <w:b/>
        </w:rPr>
        <w:t xml:space="preserve">[25:56] </w:t>
      </w:r>
      <w:r>
        <w:t>aur agar instant planning karni ho, koi crisis ka waqt aa gaya, tab bhi aap kar lay gay. aap to baharhal aap ko chahiye kay apnay mind ki ko prepare rakhen hamesha.</w:t>
      </w:r>
    </w:p>
    <w:p>
      <w:pPr>
        <w:jc w:val="right"/>
      </w:pPr>
      <w:r>
        <w:t>اور اگر انسٹنٹ پلاننگ کرنی ہو، کوئی کراسز کا وقت آ گیا، تب بھی آپ کر لیں گے۔ آپ تو بہرحال آپ کو چاہیے کہ اپنے مائنڈ کی کو پریپیر رکھیں ہمیشہ۔</w:t>
      </w:r>
    </w:p>
    <w:p>
      <w:r>
        <w:rPr>
          <w:b/>
        </w:rPr>
        <w:t xml:space="preserve">[26:13] </w:t>
      </w:r>
      <w:r>
        <w:t>molana, da lesson dat you have given today, ah, dat da root of planning is advance preparation.</w:t>
      </w:r>
    </w:p>
    <w:p>
      <w:pPr>
        <w:jc w:val="right"/>
      </w:pPr>
      <w:r>
        <w:t>مولانا، دا لیسن دیٹ یو ہیو گیون ٹوڈے، اہ، دیٹ دا روٹ اف پلاننگ از ایڈوانس پریپریشن۔</w:t>
      </w:r>
    </w:p>
    <w:p>
      <w:r>
        <w:rPr>
          <w:b/>
        </w:rPr>
        <w:t xml:space="preserve">[26:23] </w:t>
      </w:r>
      <w:r>
        <w:t>tu yeh molana bohat important hai, ah, hum sab ke liye. kyunke everything depends upon how we prepare.</w:t>
      </w:r>
    </w:p>
    <w:p>
      <w:pPr>
        <w:jc w:val="right"/>
      </w:pPr>
      <w:r>
        <w:t>تو یہ مولانا بہت امپورٹنٹ ہے، اہ، ہم سب کے لیے۔ کیونکہ ایوری تھنگ ڈیپینڈز اپون ہاؤ وی پریپیئر۔</w:t>
      </w:r>
    </w:p>
    <w:p>
      <w:r>
        <w:rPr>
          <w:b/>
        </w:rPr>
        <w:t xml:space="preserve">[26:32] </w:t>
      </w:r>
      <w:r>
        <w:t>ah, molana, yahan pe ek question hamara yeh hai ke advance preparation ke liye discipline ki zaroorat hoti hai. ah, becaz hum, if we are preparing, then we require continuous discipline.</w:t>
      </w:r>
    </w:p>
    <w:p>
      <w:pPr>
        <w:jc w:val="right"/>
      </w:pPr>
      <w:r>
        <w:t>اہ، مولانا، یہاں پہ ایک کوئسچن ہمارا یہ ہے کہ ایڈوانس پریپریشن کے لیے ڈسپلن کی ضرورت ہوتی ہے۔ اہ، بیکاز ہم، اف وی آر پریپیئرنگ، دین وی ریکوائر کنٹینیوس ڈسپلن۔</w:t>
      </w:r>
    </w:p>
    <w:p>
      <w:r>
        <w:rPr>
          <w:b/>
        </w:rPr>
        <w:t xml:space="preserve">[26:45] </w:t>
      </w:r>
      <w:r>
        <w:t>woh nahi aa pata hai, molana. to how do we, how do we bring in the art of discipline in our self? dekhiye, every human being is controlled by his mind.</w:t>
      </w:r>
    </w:p>
    <w:p>
      <w:pPr>
        <w:jc w:val="right"/>
      </w:pPr>
      <w:r>
        <w:t>وہ نہیں آ پاتا ہے، مولانا۔ تو ہاؤ ڈو وی، ہاؤ ڈو وی برنگ ان دی آرٹ اف ڈسپلن ان اور سیلف؟ دیکھیے، ایوری ہیومن بینگ از کنٹرولڈ بائے ہز مائنڈ۔</w:t>
      </w:r>
    </w:p>
    <w:p>
      <w:r>
        <w:rPr>
          <w:b/>
        </w:rPr>
        <w:t xml:space="preserve">[27:05] </w:t>
      </w:r>
      <w:r>
        <w:t>mind hamari poori life ka controller hai. yahan tak ke research mein yeh cheez pai gayi hai ke raat ko jab aap sote hain,</w:t>
      </w:r>
    </w:p>
    <w:p>
      <w:pPr>
        <w:jc w:val="right"/>
      </w:pPr>
      <w:r>
        <w:t>مائنڈ ہماری پوری لائف کا کنٹرولر ہے۔ یہاں تک کہ ریسرچ میں یہ چیز پائی گئی ہے کہ رات کو جب آپ سوتے ہیں،</w:t>
      </w:r>
    </w:p>
    <w:p>
      <w:r>
        <w:rPr>
          <w:b/>
        </w:rPr>
        <w:t xml:space="preserve">[27:19] </w:t>
      </w:r>
      <w:r>
        <w:t>tab bhi mind planning karta rehta hai, sochta rehta hai. to sara mamla hai ke aap apne mind ko alert banayein, cautious banayein, mind ko well prepared banayein.</w:t>
      </w:r>
    </w:p>
    <w:p>
      <w:pPr>
        <w:jc w:val="right"/>
      </w:pPr>
      <w:r>
        <w:t>تب بھی مائنڈ پلاننگ کرتا رہتا ہے، سوچتا رہتا ہے۔ تو سارا معاملہ ہے کہ آپ اپنے مائنڈ کو الرٹ بنائیں، کاشس بنائیں، مائنڈ کو ویل پریپیرڈ بنائیں۔</w:t>
      </w:r>
    </w:p>
    <w:p>
      <w:r>
        <w:rPr>
          <w:b/>
        </w:rPr>
        <w:t xml:space="preserve">[27:33] </w:t>
      </w:r>
      <w:r>
        <w:t>mind ko agar aap well prepared banayein to woh har mauqe ko, yani chahe crosses ho ya kuch bhi ho, woh rasta nikal lega.</w:t>
      </w:r>
    </w:p>
    <w:p>
      <w:pPr>
        <w:jc w:val="right"/>
      </w:pPr>
      <w:r>
        <w:t>مائنڈ کو اگر آپ ویل پریپیرڈ بنائیں تو وہ ہر موقع کو، یعنی چاہے کراسز ہو یا کچھ بھی ہو، وہ راستہ نکال لے گا۔</w:t>
      </w:r>
    </w:p>
    <w:p>
      <w:r>
        <w:rPr>
          <w:b/>
        </w:rPr>
        <w:t xml:space="preserve">[27:50] </w:t>
      </w:r>
      <w:r>
        <w:t>to jarr ki baat kya hai? jarr ki baat hai ke aap apne mind ko bohat zyada develop karein aur intellectual development ko bohat importance dein aur is par bohat zyada sochein.</w:t>
      </w:r>
    </w:p>
    <w:p>
      <w:pPr>
        <w:jc w:val="right"/>
      </w:pPr>
      <w:r>
        <w:t>تو جڑ کی بات کیا ہے؟ جڑ کی بات ہے کہ آپ اپنے مائنڈ کو بہت زیادہ ڈیولپ کریں اور انٹلیکچول ڈیولپمنٹ کو بہت امپورٹنس دیں اور اس پر بہت زیادہ سوچیں۔</w:t>
      </w:r>
    </w:p>
    <w:p>
      <w:r>
        <w:rPr>
          <w:b/>
        </w:rPr>
        <w:t xml:space="preserve">[28:09] </w:t>
      </w:r>
      <w:r>
        <w:t>to mind to kafi hai, mind to super controller hai, sab kuch kar lega mind, bashart ke aap deconditioning karein.</w:t>
      </w:r>
    </w:p>
    <w:p>
      <w:pPr>
        <w:jc w:val="right"/>
      </w:pPr>
      <w:r>
        <w:t>تو مائنڈ تو کافی ہے، مائنڈ تو سپر کنٹرولر ہے، سب کچھ کر لے گا مائنڈ، بشرط کہ آپ ڈی کنڈیشننگ کریں۔</w:t>
      </w:r>
    </w:p>
    <w:p>
      <w:r>
        <w:rPr>
          <w:b/>
        </w:rPr>
        <w:t xml:space="preserve">[28:22] </w:t>
      </w:r>
      <w:r>
        <w:t>to jarr ki baat yeh bhi hai, deconditioning. baghair deconditioning ke mind nahi kar pata. to jab aap deconditioning karenge aur doosra jo is ke requirement hain, us ko poora karenge,</w:t>
      </w:r>
    </w:p>
    <w:p>
      <w:pPr>
        <w:jc w:val="right"/>
      </w:pPr>
      <w:r>
        <w:t>تو جڑ کی بات یہ بھی ہے، ڈی کنڈیشننگ۔ بغیر ڈی کنڈیشننگ کے مائنڈ نہیں کر پاتا۔ تو جب آپ ڈی کنڈیشننگ کریں گے اور دوسرا جو اس کے ریکوائرمنٹ ہیں، اس کو پورا کریں گے،</w:t>
      </w:r>
    </w:p>
    <w:p>
      <w:r>
        <w:rPr>
          <w:b/>
        </w:rPr>
        <w:t xml:space="preserve">[28:39] </w:t>
      </w:r>
      <w:r>
        <w:t>doosre requirement, to mind har waqt, tab tak sote hue bhi alert rahega. aur woh jab aap so so rahe honge, tab bhi woh planning karega.</w:t>
      </w:r>
    </w:p>
    <w:p>
      <w:pPr>
        <w:jc w:val="right"/>
      </w:pPr>
      <w:r>
        <w:t>دوسرے ریکوائرمنٹ، تو مائنڈ ہر وقت، تب تک سوتے ہوئے بھی الرٹ رہے گا۔ اور وہ جب آپ سو سو رہے ہوں گے، تب بھی وہ پلاننگ کرے گا۔</w:t>
      </w:r>
    </w:p>
    <w:p>
      <w:r>
        <w:rPr>
          <w:b/>
        </w:rPr>
        <w:t xml:space="preserve">[29:01] </w:t>
      </w:r>
      <w:r>
        <w:t>molana, yeh time management aur advance preparation, yeh mere liye bohat hi important lesson hai, molana.</w:t>
      </w:r>
    </w:p>
    <w:p>
      <w:pPr>
        <w:jc w:val="right"/>
      </w:pPr>
      <w:r>
        <w:t>مولانا، یہ ٹائم مینجمنٹ اور ایڈوانس پریپریشن، یہ میرے لیے بہت ہی امپورٹنٹ لیسن ہے، مولانا۔</w:t>
      </w:r>
    </w:p>
    <w:p>
      <w:r>
        <w:rPr>
          <w:b/>
        </w:rPr>
        <w:t xml:space="preserve">[29:11] </w:t>
      </w:r>
      <w:r>
        <w:t>ah, main is ko aaj hi apne aap par implement karne ke liye tayyar hoon, molana.</w:t>
      </w:r>
    </w:p>
    <w:p>
      <w:pPr>
        <w:jc w:val="right"/>
      </w:pPr>
      <w:r>
        <w:t>اہ، میں اس کو آج ہی اپنے آپ پر امپلیمنٹ کرنے کے لیے تیار ہوں، مولانا۔</w:t>
      </w:r>
    </w:p>
    <w:p>
      <w:r>
        <w:rPr>
          <w:b/>
        </w:rPr>
        <w:t xml:space="preserve">[29:23] </w:t>
      </w:r>
      <w:r>
        <w:t>aaj priya amjad nahi aayi? kaha nahi, molana. haan, priya nahi aayi aaj. achha, yeh theek hai. hmm,</w:t>
      </w:r>
    </w:p>
    <w:p>
      <w:pPr>
        <w:jc w:val="right"/>
      </w:pPr>
      <w:r>
        <w:t>آج پریہ امجد نہیں آئی؟ کہا نہیں، مولانا۔ ہاں، پریہ نہیں آئی آج۔ اچھا، یہ ٹھیک ہے۔ ہمم،</w:t>
      </w:r>
    </w:p>
    <w:p>
      <w:r>
        <w:rPr>
          <w:b/>
        </w:rPr>
        <w:t xml:space="preserve">[29:42] </w:t>
      </w:r>
      <w:r>
        <w:t>molana, aaj aap ne bohat important cheezon ko stress kiya hai. halanke importance of planning hum samajhte hain, har use karte hain.</w:t>
      </w:r>
    </w:p>
    <w:p>
      <w:pPr>
        <w:jc w:val="right"/>
      </w:pPr>
      <w:r>
        <w:t>مولانا، آج آپ نے بہت امپورٹنٹ چیزوں کو اسٹریس کیا ہے۔ حالانکہ امپورٹنس اف پلاننگ ہم سمجھتے ہیں، ہر یوز کرتے ہیں۔</w:t>
      </w:r>
    </w:p>
    <w:p>
      <w:r>
        <w:rPr>
          <w:b/>
        </w:rPr>
        <w:t xml:space="preserve">[29:53] </w:t>
      </w:r>
      <w:r>
        <w:t>lekin jis tarah se aap ne stress kiya hai ke advance planning aur advance preparation, which is really very very important, aur us ko hum kis tarah se apne mission mein apply karein,</w:t>
      </w:r>
    </w:p>
    <w:p>
      <w:pPr>
        <w:jc w:val="right"/>
      </w:pPr>
      <w:r>
        <w:t>لیکن جس طرح سے آپ نے اسٹریس کیا ہے کہ ایڈوانس پلاننگ اور ایڈوانس پریپریشن، وچ از ریلی ویری ویری امپورٹنٹ، اور اس کو ہم کس طرح سے اپنے مشن میں اپلائی کریں،</w:t>
      </w:r>
    </w:p>
    <w:p>
      <w:r>
        <w:rPr>
          <w:b/>
        </w:rPr>
        <w:t xml:space="preserve">[30:07] </w:t>
      </w:r>
      <w:r>
        <w:t>this is very important, which we inshallah do. aur planning, aur mental planning is the start of anything.</w:t>
      </w:r>
    </w:p>
    <w:p>
      <w:pPr>
        <w:jc w:val="right"/>
      </w:pPr>
      <w:r>
        <w:t>دس از ویری امپورٹنٹ، وچ وی انشاءاللہ ڈو۔ اور پلاننگ، اور مینٹل پلاننگ از دا سٹارٹ اف اینی تھنگ۔</w:t>
      </w:r>
    </w:p>
    <w:p>
      <w:r>
        <w:rPr>
          <w:b/>
        </w:rPr>
        <w:t xml:space="preserve">[30:18] </w:t>
      </w:r>
      <w:r>
        <w:t>to mentally aap jab prepare karenge, tabhi cheezein kaam mein ayengi. jazak Allah, molana. masha Allah.</w:t>
      </w:r>
    </w:p>
    <w:p>
      <w:pPr>
        <w:jc w:val="right"/>
      </w:pPr>
      <w:r>
        <w:t>تو مینٹلی آپ جب پریپیئر کریں گے، تبھی چیزیں کام میں آئیں گی۔ جزاک اللہ، مولانا۔ ماشاءاللہ۔</w:t>
      </w:r>
    </w:p>
    <w:p>
      <w:r>
        <w:rPr>
          <w:b/>
        </w:rPr>
        <w:t xml:space="preserve">[30:40] </w:t>
      </w:r>
      <w:r>
        <w:t>ek baat main is mein bhool gaya batana ke</w:t>
      </w:r>
    </w:p>
    <w:p>
      <w:pPr>
        <w:jc w:val="right"/>
      </w:pPr>
      <w:r>
        <w:t>ایک بات میں اس میں بھول گیا بتانا کہ</w:t>
      </w:r>
    </w:p>
    <w:p>
      <w:r>
        <w:rPr>
          <w:b/>
        </w:rPr>
        <w:t xml:space="preserve">[30:48] </w:t>
      </w:r>
      <w:r>
        <w:t>Mr. Onal, Professor Onal, aur Shibli dono ne ek saath shuru kiya.</w:t>
      </w:r>
    </w:p>
    <w:p>
      <w:pPr>
        <w:jc w:val="right"/>
      </w:pPr>
      <w:r>
        <w:t>مسٹر اونل، پروفیسر اونل، اور شبلی دونوں نے ایک ساتھ شروع کیا۔</w:t>
      </w:r>
    </w:p>
    <w:p>
      <w:r>
        <w:rPr>
          <w:b/>
        </w:rPr>
        <w:t xml:space="preserve">[30:58] </w:t>
      </w:r>
      <w:r>
        <w:t>unhone arabi seekhna aur unhone french seekhna. lekin kyunke woh bohat, yeh Professor Onal jo the, bohat hi zyada, yani planning ke saath zindagi guzarte the.</w:t>
      </w:r>
    </w:p>
    <w:p>
      <w:pPr>
        <w:jc w:val="right"/>
      </w:pPr>
      <w:r>
        <w:t>انہوں نے عربی سیکھنا اور انہوں نے فرینچ سیکھنا۔ لیکن چونکہ وہ بہت، یہ پروفیسر اونل جو تھے، بہت ہی زیادہ، یعنی پلاننگ کے ساتھ زندگی گزارتے تھے۔</w:t>
      </w:r>
    </w:p>
    <w:p>
      <w:r>
        <w:rPr>
          <w:b/>
        </w:rPr>
        <w:t xml:space="preserve">[31:17] </w:t>
      </w:r>
      <w:r>
        <w:t>jis ki ek misaal yeh hai ke jahaz doob raha hai aur woh kitaab padh rahe hain. to</w:t>
      </w:r>
    </w:p>
    <w:p>
      <w:pPr>
        <w:jc w:val="right"/>
      </w:pPr>
      <w:r>
        <w:t>جس کی ایک مثال یہ ہے کہ جہاز ڈوب رہا ہے اور وہ کتاب پڑھ رہے ہیں۔ تو</w:t>
      </w:r>
    </w:p>
    <w:p>
      <w:r>
        <w:rPr>
          <w:b/>
        </w:rPr>
        <w:t xml:space="preserve">[31:26] </w:t>
      </w:r>
      <w:r>
        <w:t>yeh jo hai, is ka main aap ko ek dilchasp qissa batata hoon ke ek saath dono ne shuru kiya, lekin Shibli french nahi seekh sake, nahi seekh sake, aur Onal ne arabi seekh dali.</w:t>
      </w:r>
    </w:p>
    <w:p>
      <w:pPr>
        <w:jc w:val="right"/>
      </w:pPr>
      <w:r>
        <w:t>یہ جو ہے، اس کا میں آپ کو ایک دلچسپ قصہ بتاتا ہوں کہ ایک ساتھ دونوں نے شروع کیا، لیکن شبلی فرینچ نہیں سیکھ سکے، نہیں سیکھ سکے، اور اونل نے عربی سیکھ ڈالی۔</w:t>
      </w:r>
    </w:p>
    <w:p>
      <w:r>
        <w:rPr>
          <w:b/>
        </w:rPr>
        <w:t xml:space="preserve">[31:47] </w:t>
      </w:r>
      <w:r>
        <w:t>to unke jab unki death hui, Professor Onal ki, to Shibli ke jo shagird the, Syed Suleman Nadvi, unhone apne parche mein, jo unka parcha tha, Ma'arif,</w:t>
      </w:r>
    </w:p>
    <w:p>
      <w:pPr>
        <w:jc w:val="right"/>
      </w:pPr>
      <w:r>
        <w:t>تو ان کے جب ان کی ڈیتھ ہوئی، پروفیسر اونل کی، تو شبلی کے جو شاگرد تھے، سید سلیمان ندوی، انہوں نے اپنے پرچے میں، جو ان کا پرچہ تھا، معارف،</w:t>
      </w:r>
    </w:p>
    <w:p>
      <w:r>
        <w:rPr>
          <w:b/>
        </w:rPr>
        <w:t xml:space="preserve">[32:02] </w:t>
      </w:r>
      <w:r>
        <w:t>us mein unhone ek article likha tha unki death par. to death par unhone likha tha, ek bohat hi dilchasp waqia ke Shibli aur Onal mein jo correspondence hoti thi, woh arabi mein hoti thi.</w:t>
      </w:r>
    </w:p>
    <w:p>
      <w:pPr>
        <w:jc w:val="right"/>
      </w:pPr>
      <w:r>
        <w:t>اس میں انہوں نے ایک آرٹیکل لکھا تھا ان کی ڈیتھ پر۔ تو ڈیتھ پر انہوں نے لکھا تھا، ایک بہت ہی دلچسپ واقعہ کہ شبلی اور اونل میں جو کورسپونڈنس ہوتی تھی، وہ عربی میں ہوتی تھی۔</w:t>
      </w:r>
    </w:p>
    <w:p>
      <w:r>
        <w:rPr>
          <w:b/>
        </w:rPr>
        <w:t xml:space="preserve">[32:22] </w:t>
      </w:r>
      <w:r>
        <w:t>arabi mein, yaani shibli french nahi seekh sake itna ke ek postcard parh sake french ka.</w:t>
      </w:r>
    </w:p>
    <w:p>
      <w:pPr>
        <w:jc w:val="right"/>
      </w:pPr>
      <w:r>
        <w:t>عربی میں، یعنی شبلی فرینچ نہیں سیکھ سکے اتنا کہ ایک پوسٹ کارڈ پڑھ سکے فرینچ کا۔</w:t>
      </w:r>
    </w:p>
    <w:p>
      <w:r>
        <w:rPr>
          <w:b/>
        </w:rPr>
        <w:t xml:space="preserve">[32:32] </w:t>
      </w:r>
      <w:r>
        <w:t>lekin onl ne itni arabi seekh daali to woh correspondence karne lage isi mein. to is ki misaal di thi unhon ne ke onl ka ek khat mila shibli ko,</w:t>
      </w:r>
    </w:p>
    <w:p>
      <w:pPr>
        <w:jc w:val="right"/>
      </w:pPr>
      <w:r>
        <w:t>لیکن اونل نے اتنی عربی سیکھ ڈالی تو وہ کورسپونڈنس کرنے لگے اسی میں۔ تو اس کی مثال دی تھی انہوں نے کہ اونل کا ایک خط ملا شبلی کو،</w:t>
      </w:r>
    </w:p>
    <w:p>
      <w:r>
        <w:rPr>
          <w:b/>
        </w:rPr>
        <w:t xml:space="preserve">[32:47] </w:t>
      </w:r>
      <w:r>
        <w:t>to use bata diya tha ke meri mrs aap ko salam keh rahi hai, meri biwi aap ko salam keh rahi hai.</w:t>
      </w:r>
    </w:p>
    <w:p>
      <w:pPr>
        <w:jc w:val="right"/>
      </w:pPr>
      <w:r>
        <w:t>تو اسے بتا دیا تھا کہ میری مسز آپ کو سلام کہہ رہی ہے، میری بیوی آپ کو سلام کہہ رہی ہے۔</w:t>
      </w:r>
    </w:p>
    <w:p>
      <w:r>
        <w:rPr>
          <w:b/>
        </w:rPr>
        <w:t xml:space="preserve">[32:56] </w:t>
      </w:r>
      <w:r>
        <w:t>to arabi mein biwi ke liye bola tha halila, halila. to onl ne likha tha ke woh halilati taqra assalam,</w:t>
      </w:r>
    </w:p>
    <w:p>
      <w:pPr>
        <w:jc w:val="right"/>
      </w:pPr>
      <w:r>
        <w:t>تو عربی میں بیوی کے لیے بولا تھا حلیلہ، حلیلہ۔ تو اونل نے لکھا تھا کہ وہ حلیلتی تقرا السلام،</w:t>
      </w:r>
    </w:p>
    <w:p>
      <w:r>
        <w:rPr>
          <w:b/>
        </w:rPr>
        <w:t xml:space="preserve">[33:12] </w:t>
      </w:r>
      <w:r>
        <w:t>woh halilati taqra assalam, yeh bilkul arabi style hai. yeh to unhon ne likha tha ke agar hamara molvi likhta to woh likhta ke woh halilati taslim alaik.</w:t>
      </w:r>
    </w:p>
    <w:p>
      <w:pPr>
        <w:jc w:val="right"/>
      </w:pPr>
      <w:r>
        <w:t>وہ حلیلتی تقرا السلام، یہ بالکل عربی اسٹائل ہے۔ یہ تو انہوں نے لکھا تھا کہ اگر ہمارا مولوی لکھتا تو وہ لکھتا کہ وہ حلیلتی تسلم علیک۔</w:t>
      </w:r>
    </w:p>
    <w:p>
      <w:r>
        <w:rPr>
          <w:b/>
        </w:rPr>
        <w:t xml:space="preserve">[33:30] </w:t>
      </w:r>
      <w:r>
        <w:t>to halilati taslim alaik, yeh arabi style nahi hai. aur woh jo hai, woh halilati taqra assalam, yeh arabi style hai.</w:t>
      </w:r>
    </w:p>
    <w:p>
      <w:pPr>
        <w:jc w:val="right"/>
      </w:pPr>
      <w:r>
        <w:t>تو حلیلتی تسلم علیک، یہ عربی اسٹائل نہیں ہے۔ اور وہ جو ہے، وہ حلیلتی تقرا السلام، یہ عربی اسٹائل ہے۔</w:t>
      </w:r>
    </w:p>
    <w:p>
      <w:r>
        <w:rPr>
          <w:b/>
        </w:rPr>
        <w:t xml:space="preserve">[33:41] </w:t>
      </w:r>
      <w:r>
        <w:t>yaani itna in ko arabi ka test aa gaya tha ke sahi arabi likhte thay. to hamare aishiai log jo hain, aishiai mehajir, importance nahi hai planning ke.</w:t>
      </w:r>
    </w:p>
    <w:p>
      <w:pPr>
        <w:jc w:val="right"/>
      </w:pPr>
      <w:r>
        <w:t>یعنی اتنا ان کو عربی کا ٹیسٹ آ گیا تھا کہ صحیح عربی لکھتے تھے۔ تو ہمارے ایشیائی لوگ جو ہیں، ایشیائی مہنجر، امپارٹنس نہیں ہے پلاننگ کے۔</w:t>
      </w:r>
    </w:p>
    <w:p>
      <w:r>
        <w:rPr>
          <w:b/>
        </w:rPr>
        <w:t xml:space="preserve">[33:58] </w:t>
      </w:r>
      <w:r>
        <w:t>western logon mein is ki ek shaoor hai planning ka, to woh kamyab hote hain. ke hamare aishiai log jo hain, un ko is ka shaoor hi nahi planning ka.</w:t>
      </w:r>
    </w:p>
    <w:p>
      <w:pPr>
        <w:jc w:val="right"/>
      </w:pPr>
      <w:r>
        <w:t>ویسٹرن لوگوں میں اس کی ایک شعور ہے پلاننگ کا، تو وہ کامیاب ہوتے ہیں۔ کہ ہمارے ایشیائی لوگ جو ہیں، ان کو اس کا شعور ہی نہیں پلاننگ کا۔</w:t>
      </w:r>
    </w:p>
    <w:p>
      <w:r>
        <w:rPr>
          <w:b/>
        </w:rPr>
        <w:t xml:space="preserve">[34:13] </w:t>
      </w:r>
      <w:r>
        <w:t>ab thoda bahut aaya hoga, lekin hamare zamane mein to tha hi nahi. ah, doctor saniya stein khan, jo seoul se live dekh rahe hain program, unhon ne comment likha hai.</w:t>
      </w:r>
    </w:p>
    <w:p>
      <w:pPr>
        <w:jc w:val="right"/>
      </w:pPr>
      <w:r>
        <w:t>اب تھوڑا بہت آیا ہوگا، لیکن ہمارے زمانے میں تو تھا ہی نہیں۔ اہ، ڈاکٹر سانیا سٹین خان، جو سیول سے لائیو دیکھ رہے ہیں پروگرام، انہوں نے کمنٹ لکھا ہے۔</w:t>
      </w:r>
    </w:p>
    <w:p>
      <w:r>
        <w:rPr>
          <w:b/>
        </w:rPr>
        <w:t xml:space="preserve">[34:26] </w:t>
      </w:r>
      <w:r>
        <w:t>ah, unhon ne likha hai ke "today talk also reminds us that we also need to do advance preparation for the hereafter.</w:t>
      </w:r>
    </w:p>
    <w:p>
      <w:pPr>
        <w:jc w:val="right"/>
      </w:pPr>
      <w:r>
        <w:t>اہ، انہوں نے لکھا ہے کہ "ٹوڈے ٹاک السو ریمائنڈز اس دیٹ وی السو نیڈ ٹو ڈو ایڈوانس پریپریشن فار دی ہیئر افٹر۔</w:t>
      </w:r>
    </w:p>
    <w:p>
      <w:r>
        <w:rPr>
          <w:b/>
        </w:rPr>
        <w:t xml:space="preserve">[34:38] </w:t>
      </w:r>
      <w:r>
        <w:t>we have to be very alert about it and plan a life in such a way that when we stand in the day of judgment, we are prepared to face the almighty." yeh bahut important aspect hai jo main mujh se choot gaya tha.</w:t>
      </w:r>
    </w:p>
    <w:p>
      <w:pPr>
        <w:jc w:val="right"/>
      </w:pPr>
      <w:r>
        <w:t>وی ہیو ٹو بی ویری الرٹ اباؤٹ اٹ اینڈ پلان ا لائف ان سچ ا وے دیٹ وین وی سٹینڈ ان دا ڈے اف ججمنٹ، وی ار پریپیئرڈ ٹو فیس دی المائٹی۔" یہ بہت امپورٹنٹ ایسپیکٹ ہے جو میں مجھ سے چھوٹ گیا تھا۔</w:t>
      </w:r>
    </w:p>
    <w:p>
      <w:r>
        <w:rPr>
          <w:b/>
        </w:rPr>
        <w:t xml:space="preserve">[34:57] </w:t>
      </w:r>
      <w:r>
        <w:t>unhon ne is ko add kiya. waqea yeh hai ke akhirat ke liye, yaani advance planning, to sabza zaroori hai,</w:t>
      </w:r>
    </w:p>
    <w:p>
      <w:pPr>
        <w:jc w:val="right"/>
      </w:pPr>
      <w:r>
        <w:t>انہوں نے اس کو ایڈ کیا۔ واقعہ یہ ہے کہ آخرت کے لیے، یعنی ایڈوانس پلاننگ، تو سبزہ ضروری ہے،</w:t>
      </w:r>
    </w:p>
    <w:p>
      <w:r>
        <w:rPr>
          <w:b/>
        </w:rPr>
        <w:t xml:space="preserve">[35:11] </w:t>
      </w:r>
      <w:r>
        <w:t>sabza zaroori hai. yeh doctor saans ne bahut acha is mein add kiya jo mujh se choot gaya tha.</w:t>
      </w:r>
    </w:p>
    <w:p>
      <w:pPr>
        <w:jc w:val="right"/>
      </w:pPr>
      <w:r>
        <w:t>سبزہ ضروری ہے۔ یہ ڈاکٹر سانس نے بہت اچھا اس میں ایڈ کیا جو مجھ سے چھوٹ گیا تھا۔</w:t>
      </w:r>
    </w:p>
    <w:p>
      <w:r>
        <w:rPr>
          <w:b/>
        </w:rPr>
        <w:t xml:space="preserve">[35:19] </w:t>
      </w:r>
      <w:r>
        <w:t>yeh ah, mir parvez sahib ne maulana ek sawal kiya hai aap ko. unhon ne likha hai kis ne? kis ne? mir parvez sahib, unhon ne location nahi likhi hai apni.</w:t>
      </w:r>
    </w:p>
    <w:p>
      <w:pPr>
        <w:jc w:val="right"/>
      </w:pPr>
      <w:r>
        <w:t>یہ اہ، میر پرویز صاحب نے مولانا ایک سوال کیا ہے آپ کو۔ انہوں نے لکھا ہے کس نے؟ کس نے؟ میر پرویز صاحب، انہوں نے لوکیشن نہیں لکھی ہے اپنی۔</w:t>
      </w:r>
    </w:p>
    <w:p>
      <w:r>
        <w:rPr>
          <w:b/>
        </w:rPr>
        <w:t xml:space="preserve">[35:31] </w:t>
      </w:r>
      <w:r>
        <w:t>un ka sawal hai ke "maulana, preparation needs environment and if you are in a war like situation, then what will be the preparation and what will be the planning?" dekhiye, main ne arz kiya ke ek hai normal halaat mein planning aur ek hai crisis mein planning.</w:t>
      </w:r>
    </w:p>
    <w:p>
      <w:pPr>
        <w:jc w:val="right"/>
      </w:pPr>
      <w:r>
        <w:t>ان کا سوال ہے کہ "مولانا، پریپریشن نیڈز انوائرمنٹ اینڈ اف یو آر ان ا وار لائک سچویشن، دین واٹ ول بی دا پریپریشن اینڈ واٹ ول بی دا پلاننگ؟" دیکھیے، میں نے عرض کیا کہ ایک ہے نارمل حالات میں پلاننگ اور ایک ہے کرائسز میں پلاننگ۔</w:t>
      </w:r>
    </w:p>
    <w:p>
      <w:r>
        <w:rPr>
          <w:b/>
        </w:rPr>
        <w:t xml:space="preserve">[36:01] </w:t>
      </w:r>
      <w:r>
        <w:t>to yeh dono baatein important hain. to jo aadmi, dekhiye, normal halaat mein planning kar paye, woh bhi successful hoga.</w:t>
      </w:r>
    </w:p>
    <w:p>
      <w:pPr>
        <w:jc w:val="right"/>
      </w:pPr>
      <w:r>
        <w:t>تو یہ دونوں باتیں امپورٹنٹ ہیں۔ تو جو آدمی، دیکھیے، نارمل حالات میں پلاننگ کر پائے، وہ بھی سکسیس فل ہوگا۔</w:t>
      </w:r>
    </w:p>
    <w:p>
      <w:r>
        <w:rPr>
          <w:b/>
        </w:rPr>
        <w:t xml:space="preserve">[36:11] </w:t>
      </w:r>
      <w:r>
        <w:t>lekin zyada bari taraqqi, zyada bari kamyabi to usi ko mile gi jo crisis ke waqt itna alert ho, itna alert ho ke crisis ke waqt woh planning kar sake.</w:t>
      </w:r>
    </w:p>
    <w:p>
      <w:pPr>
        <w:jc w:val="right"/>
      </w:pPr>
      <w:r>
        <w:t>لیکن زیادہ بڑی ترقی، زیادہ بڑی کامیابی تو اسی کو ملے گی جو کرائسز کے وقت اتنا الرٹ ہو، اتنا الرٹ ہو کہ کرائسز کے وقت وہ پلاننگ کر سکے۔</w:t>
      </w:r>
    </w:p>
    <w:p>
      <w:r>
        <w:rPr>
          <w:b/>
        </w:rPr>
        <w:t xml:space="preserve">[36:29] </w:t>
      </w:r>
      <w:r>
        <w:t>is ki misaal main ne di aap ko ke jahaz doob raha hai, maut saamne hai, shayad log jahaz ke pareshan hain. lekin professor onl us waqt bhi apne mind ko itna, yaani itna well prepared kiya tha unhon ne ke us waqt bhi woh soch rahe hain ke chalo, woh paanch minute agar mere paas bache hain,</w:t>
      </w:r>
    </w:p>
    <w:p>
      <w:pPr>
        <w:jc w:val="right"/>
      </w:pPr>
      <w:r>
        <w:t>اس کی مثال میں نے دی آپ کو کہ جہاز ڈوب رہا ہے، موت سامنے ہے، شاید لوگ جہاز کے پریشان ہیں۔ لیکن پروفیسر اونل اس وقت بھی اپنے مائنڈ کو اتنا، یعنی اتنا ویل پریپیرڈ کیا تھا انہوں نے کہ اس وقت بھی وہ سوچ رہے ہیں کہ چلو، وہ پانچ منٹ اگر میرے پاس بچے ہیں،</w:t>
      </w:r>
    </w:p>
    <w:p>
      <w:r>
        <w:rPr>
          <w:b/>
        </w:rPr>
        <w:t xml:space="preserve">[36:55] </w:t>
      </w:r>
      <w:r>
        <w:t>maut agar aane wali hai aur mere paas paanch minute bache hain to main is ko istemal karoon. to yeh apne mind ko prepare karne ki ek bahut high level hai, high level aur isi ki zaroorat hai.</w:t>
      </w:r>
    </w:p>
    <w:p>
      <w:pPr>
        <w:jc w:val="right"/>
      </w:pPr>
      <w:r>
        <w:t>موت اگر آنے والی ہے اور میرے پاس پانچ منٹ بچے ہیں تو میں اس کو استعمال کروں۔ تو یہ اپنے مائنڈ کو پریپیر کرنے کی ایک بہت ہائی لیول ہے، ہائی لیول اور اسی کی ضرورت ہے۔</w:t>
      </w:r>
    </w:p>
    <w:p>
      <w:r>
        <w:rPr>
          <w:b/>
        </w:rPr>
        <w:t xml:space="preserve">[37:16] </w:t>
      </w:r>
      <w:r>
        <w:t>maulana, agla sawal bheja hai faizan maqsood sahib ne. yeh teenager hain aur pakistan se hain. is waqt london mein apni education ke liye wahan pe reh rahe hain.</w:t>
      </w:r>
    </w:p>
    <w:p>
      <w:pPr>
        <w:jc w:val="right"/>
      </w:pPr>
      <w:r>
        <w:t>مولانا، اگلا سوال بھیجا ہے فیضان مقصود صاحب نے۔ یہ ٹین ایجر ہیں اور پاکستان سے ہیں۔ اس وقت لندن میں اپنی ایجوکیشن کے لیے وہاں پہ رہ رہے ہیں۔</w:t>
      </w:r>
    </w:p>
    <w:p>
      <w:r>
        <w:rPr>
          <w:b/>
        </w:rPr>
        <w:t xml:space="preserve">[37:30] </w:t>
      </w:r>
      <w:r>
        <w:t>un ka sawal yeh hai ke "ah, it has". maulana ne likha hai ke "that i really get confused and i get depressed when i think about the fact which maulana also mentioned in the signs of day of judgment.</w:t>
      </w:r>
    </w:p>
    <w:p>
      <w:pPr>
        <w:jc w:val="right"/>
      </w:pPr>
      <w:r>
        <w:t>ان کا سوال یہ ہے کہ "اہ، اٹ ہیز"۔ مولانا نے لکھا ہے کہ "دیٹ آئی ریلی گیٹ کنفیوزڈ اینڈ آئی گیٹ ڈپریسڈ وین آئی تھنک اباؤٹ دا فیکٹ وچ مولانا السو مینشنڈ ان دا سائنز اف ڈے اف ججمنٹ۔</w:t>
      </w:r>
    </w:p>
    <w:p>
      <w:r>
        <w:rPr>
          <w:b/>
        </w:rPr>
        <w:t xml:space="preserve">[37:58] </w:t>
      </w:r>
      <w:r>
        <w:t>not only his, but also some of the other scholars like javed ahmed ghamdi sahib. one thing i find common between all the lectures is that the end of times is very near or we are living in the end of times.</w:t>
      </w:r>
    </w:p>
    <w:p>
      <w:pPr>
        <w:jc w:val="right"/>
      </w:pPr>
      <w:r>
        <w:t>ناٹ اونلی ہز، بٹ السو سم اف دی ادر سکالرز لائک جاوید احمد گامدی صاحب۔ ون تھنگ آئی فائنڈ کامن بٹوین ال دا لیکچرز از دیٹ دی اینڈ اف ٹائمز از ویری نیئر اور وی آر لیونگ ان دی اینڈ اف ٹائمز۔</w:t>
      </w:r>
    </w:p>
    <w:p>
      <w:r>
        <w:rPr>
          <w:b/>
        </w:rPr>
        <w:t xml:space="preserve">[38:17] </w:t>
      </w:r>
      <w:r>
        <w:t>i read maulana article explaining a hadith where prophet said that i fear the misguided scholars more than dajjal.</w:t>
      </w:r>
    </w:p>
    <w:p>
      <w:pPr>
        <w:jc w:val="right"/>
      </w:pPr>
      <w:r>
        <w:t>آئی ریڈ مولانا آرٹیکل ایکسپلیننگ ا حدیث ویر پرافٹ سیڈ دیٹ آئی فیئر دا مس گائیڈڈ سکالرز مور دین دجال۔</w:t>
      </w:r>
    </w:p>
    <w:p>
      <w:r>
        <w:rPr>
          <w:b/>
        </w:rPr>
        <w:t xml:space="preserve">[38:29] </w:t>
      </w:r>
      <w:r>
        <w:t>maulana said that this is the time very see a lot of misguided ulama and this is the time of dajjal.</w:t>
      </w:r>
    </w:p>
    <w:p>
      <w:pPr>
        <w:jc w:val="right"/>
      </w:pPr>
      <w:r>
        <w:t>مولانا سیڈ دیٹ دس از دا ٹائم ویری سی ا لاٹ اف مس گائیڈڈ علماء اینڈ دس از دا ٹائم اف دجال۔</w:t>
      </w:r>
    </w:p>
    <w:p>
      <w:r>
        <w:rPr>
          <w:b/>
        </w:rPr>
        <w:t xml:space="preserve">[38:38] </w:t>
      </w:r>
      <w:r>
        <w:t>thinking about this stuff gets me goosebumps. i start to question god on why i am in this world at this time as i am a teenager and have a life to live.</w:t>
      </w:r>
    </w:p>
    <w:p>
      <w:pPr>
        <w:jc w:val="right"/>
      </w:pPr>
      <w:r>
        <w:t>تھنکنگ اباؤٹ دس سٹف گیٹس می گوز بمپس۔ آئی سٹارٹ ٹو کوئسچن گاڈ ان وائی آئی ایم ان دس ورلڈ ایٹ دس ٹائم ایز آئی ایم ا ٹین ایجر اینڈ ہیو ا لائف ٹو لیو۔</w:t>
      </w:r>
    </w:p>
    <w:p>
      <w:r>
        <w:rPr>
          <w:b/>
        </w:rPr>
        <w:t xml:space="preserve">[38:52] </w:t>
      </w:r>
      <w:r>
        <w:t>i know that as a muslim i am expected to be grateful to god all the time, but sometimes it gets really difficult seeing what the ulama are preaching which has nothing to do with islam.</w:t>
      </w:r>
    </w:p>
    <w:p>
      <w:pPr>
        <w:jc w:val="right"/>
      </w:pPr>
      <w:r>
        <w:t>آئی نو دیٹ ایز ا مسلم آئی ایم ایکسپیکٹڈ ٹو بی گریٹ فل ٹو گاڈ ال دا ٹائم، بٹ سم ٹائمز اٹ گیٹس ریلی ڈیفیکلٹ سینگ واٹ دی علماء آر پریچنگ وچ ہیز نتھنگ ٹو ڈو ود اسلام۔</w:t>
      </w:r>
    </w:p>
    <w:p>
      <w:r>
        <w:rPr>
          <w:b/>
        </w:rPr>
        <w:t xml:space="preserve">[39:08] </w:t>
      </w:r>
      <w:r>
        <w:t>please, please ask Maulana. just, just guys. Maulana, woh basically aap se advice chah rahe hain ke woh teenager hain aur aaj ke zamane ko le ke aap ne yeh kaha tha ke ek hadith ko bayan kiya tha ke woh, ah,</w:t>
      </w:r>
    </w:p>
    <w:p>
      <w:pPr>
        <w:jc w:val="right"/>
      </w:pPr>
      <w:r>
        <w:t>پلیز، پلیز اسک مولانا۔ جسٹ، جسٹ گائز۔ مولانا، وہ بیسکلی آپ سے ایڈوائس چاہ رہے ہیں کہ وہ ٹین ایجر ہیں اور آج کے زمانے کو لے کے آپ نے یہ کہا تھا کہ ایک حدیث کو بیان کیا تھا کہ وہ، اہ،</w:t>
      </w:r>
    </w:p>
    <w:p>
      <w:r>
        <w:rPr>
          <w:b/>
        </w:rPr>
        <w:t xml:space="preserve">[39:26] </w:t>
      </w:r>
      <w:r>
        <w:t>ke woh scholar se zyada, ah, mis guided.</w:t>
      </w:r>
    </w:p>
    <w:p>
      <w:pPr>
        <w:jc w:val="right"/>
      </w:pPr>
      <w:r>
        <w:t>کہ وہ سکالر سے زیادہ، اہ، مس گائیڈڈ۔</w:t>
      </w:r>
    </w:p>
    <w:p>
      <w:r>
        <w:rPr>
          <w:b/>
        </w:rPr>
        <w:t xml:space="preserve">[39:33] </w:t>
      </w:r>
      <w:r>
        <w:t>haan, unhon ne kaha tha Maulana ne jo hadith unhon ne likha hai ke "Prophet said that i fear the mis guided scholars more than dajjal".</w:t>
      </w:r>
    </w:p>
    <w:p>
      <w:pPr>
        <w:jc w:val="right"/>
      </w:pPr>
      <w:r>
        <w:t>ہاں، انہوں نے کہا تھا مولانا نے جو حدیث انہوں نے لکھا ہے کہ "پرافٹ سیڈ دیٹ آئی فیئر دا مس گائیڈڈ سکالرز مور دین دجال"۔</w:t>
      </w:r>
    </w:p>
    <w:p>
      <w:r>
        <w:rPr>
          <w:b/>
        </w:rPr>
        <w:t xml:space="preserve">[39:42] </w:t>
      </w:r>
      <w:r>
        <w:t>to woh yeh keh rahe hain ke aaj ka waqt wahi hai ke jab bohat zyada mis guided scholars hain. to as a teenager woh kaise, ah, life ko live karein?</w:t>
      </w:r>
    </w:p>
    <w:p>
      <w:pPr>
        <w:jc w:val="right"/>
      </w:pPr>
      <w:r>
        <w:t>تو وہ یہ کہہ رہے ہیں کہ آج کا وقت وہی ہے کہ جب بہت زیادہ مس گائیڈڈ سکالرز ہیں۔ تو ایز ا ٹین ایجر وہ کیسے، اہ، لائف کو لیو کریں؟</w:t>
      </w:r>
    </w:p>
    <w:p>
      <w:r>
        <w:rPr>
          <w:b/>
        </w:rPr>
        <w:t xml:space="preserve">[39:53] </w:t>
      </w:r>
      <w:r>
        <w:t>un ko bohat zyada confusion aur pareshani hoti hai yeh soch ke ke woh bohat zyada mis guide kar rahe hain logon ko. to aap ka kya advice hai?</w:t>
      </w:r>
    </w:p>
    <w:p>
      <w:pPr>
        <w:jc w:val="right"/>
      </w:pPr>
      <w:r>
        <w:t>ان کو بہت زیادہ کنفیوژن اور پریشانی ہوتی ہے یہ سوچ کے کہ وہ بہت زیادہ مس گائیڈ کر رہے ہیں لوگوں کو۔ تو آپ کا کیا ایڈوائس ہے؟</w:t>
      </w:r>
    </w:p>
    <w:p>
      <w:r>
        <w:rPr>
          <w:b/>
        </w:rPr>
        <w:t xml:space="preserve">[40:03] </w:t>
      </w:r>
      <w:r>
        <w:t>dekhiye, yeh ek survey ke mutabiq jo finding hai woh yeh hai ke aadmi jab teenage mein hota hai, jo teenagers hain, woh bohat sharp mind un ka hota hai.</w:t>
      </w:r>
    </w:p>
    <w:p>
      <w:pPr>
        <w:jc w:val="right"/>
      </w:pPr>
      <w:r>
        <w:t>دیکھیے، یہ ایک سروے کے مطابق جو فائنڈنگ ہے وہ یہ ہے کہ آدمی جب ٹین ایج میں ہوتا ہے، جو ٹین ایجرز ہیں، وہ بہت شارپ مائنڈ ان کا ہوتا ہے۔</w:t>
      </w:r>
    </w:p>
    <w:p>
      <w:r>
        <w:rPr>
          <w:b/>
        </w:rPr>
        <w:t xml:space="preserve">[40:21] </w:t>
      </w:r>
      <w:r>
        <w:t>baat ko pakarne ke liye bohat hi tez hote hain woh. to dekhiye, teenagers ki woh kami nahi jo aap ne farmaya.</w:t>
      </w:r>
    </w:p>
    <w:p>
      <w:pPr>
        <w:jc w:val="right"/>
      </w:pPr>
      <w:r>
        <w:t>بات کو پکڑنے کے لیے بہت ہی تیز ہوتے ہیں وہ۔ تو دیکھیے، ٹین ایجرز کی وہ کمی نہیں جو آپ نے فرمایا۔</w:t>
      </w:r>
    </w:p>
    <w:p>
      <w:r>
        <w:rPr>
          <w:b/>
        </w:rPr>
        <w:t xml:space="preserve">[40:33] </w:t>
      </w:r>
      <w:r>
        <w:t>sahih baat yeh hai ke teenagers bohat zyada distraction mein par jaate hain. distraction</w:t>
      </w:r>
    </w:p>
    <w:p>
      <w:pPr>
        <w:jc w:val="right"/>
      </w:pPr>
      <w:r>
        <w:t>صحیح بات یہ ہے کہ ٹین ایجرز بہت زیادہ ڈسٹریکشن میں پڑ جاتے ہیں۔ ڈسٹریکشن</w:t>
      </w:r>
    </w:p>
    <w:p>
      <w:r>
        <w:rPr>
          <w:b/>
        </w:rPr>
        <w:t xml:space="preserve">[40:40] </w:t>
      </w:r>
      <w:r>
        <w:t>. agar teenager apne ko distraction se bachayein to teenager to super thinker hote hain.</w:t>
      </w:r>
    </w:p>
    <w:p>
      <w:pPr>
        <w:jc w:val="right"/>
      </w:pPr>
      <w:r>
        <w:t>۔ اگر ٹین ایجر اپنے کو ڈسٹریکشن سے بچائیں تو ٹین ایجر تو سپر تھنکر ہوتے ہیں۔</w:t>
      </w:r>
    </w:p>
    <w:p>
      <w:r>
        <w:rPr>
          <w:b/>
        </w:rPr>
        <w:t xml:space="preserve">[40:50] </w:t>
      </w:r>
      <w:r>
        <w:t>un ka mind foran baat ko pakarta hai. bas sharp mind un ka hota hai. to aap ko jo Allah ne is umar mein tofeeq di hai, to yeh best umar hai aap ki.</w:t>
      </w:r>
    </w:p>
    <w:p>
      <w:pPr>
        <w:jc w:val="right"/>
      </w:pPr>
      <w:r>
        <w:t>ان کا مائنڈ فوراً بات کو پکڑتا ہے۔ بس شارپ مائنڈ ان کا ہوتا ہے۔ تو آپ کو جو اللہ نے اس عمر میں توفیق دی ہے، تو یہ بیسٹ عمر ہے آپ کی۔</w:t>
      </w:r>
    </w:p>
    <w:p>
      <w:r>
        <w:rPr>
          <w:b/>
        </w:rPr>
        <w:t xml:space="preserve">[41:02] </w:t>
      </w:r>
      <w:r>
        <w:t>bas apne ko distraction se bachaiye aur sab kuch mind manage kar lega. manage apne aap</w:t>
      </w:r>
    </w:p>
    <w:p>
      <w:pPr>
        <w:jc w:val="right"/>
      </w:pPr>
      <w:r>
        <w:t>بس اپنے کو ڈسٹریکشن سے بچائیے اور سب کچھ مائنڈ مینج کر لے گا۔ مینج اپنے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