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Spiritual Aspects of Islam by Prof. Farida Khanam at Amity university October 18, 2018</w:t>
      </w:r>
    </w:p>
    <w:p>
      <w:r>
        <w:t>https://www.youtube.com/watch?v=T04x8XYU3MQ</w:t>
      </w:r>
    </w:p>
    <w:p>
      <w:r>
        <w:rPr>
          <w:b/>
        </w:rPr>
        <w:t xml:space="preserve">[00:09] </w:t>
      </w:r>
      <w:r>
        <w:t>islamic greeting, assalam o alaikum.</w:t>
      </w:r>
    </w:p>
    <w:p>
      <w:pPr>
        <w:jc w:val="right"/>
      </w:pPr>
      <w:r>
        <w:t>اسلامک گریٹنگ، السلام علیکم۔</w:t>
      </w:r>
    </w:p>
    <w:p>
      <w:r>
        <w:rPr>
          <w:b/>
        </w:rPr>
        <w:t xml:space="preserve">[00:12] </w:t>
      </w:r>
      <w:r>
        <w:t>wa alaikum assalam. assalam o alaikum, means peace be upon you.</w:t>
      </w:r>
    </w:p>
    <w:p>
      <w:pPr>
        <w:jc w:val="right"/>
      </w:pPr>
      <w:r>
        <w:t>وعلیکم السلام۔ السلام علیکم، مینز پیس بی اپن یو۔</w:t>
      </w:r>
    </w:p>
    <w:p>
      <w:r>
        <w:rPr>
          <w:b/>
        </w:rPr>
        <w:t xml:space="preserve">[00:18] </w:t>
      </w:r>
      <w:r>
        <w:t>So then, I I I would thank the organizer</w:t>
      </w:r>
    </w:p>
    <w:p>
      <w:pPr>
        <w:jc w:val="right"/>
      </w:pPr>
      <w:r>
        <w:t>سو دین، آئی آئی آئی وڈ تھینک دا ارگنائزر</w:t>
      </w:r>
    </w:p>
    <w:p>
      <w:r>
        <w:rPr>
          <w:b/>
        </w:rPr>
        <w:t xml:space="preserve">[00:24] </w:t>
      </w:r>
      <w:r>
        <w:t>for giving me this precious opportunity to speak to you,</w:t>
      </w:r>
    </w:p>
    <w:p>
      <w:pPr>
        <w:jc w:val="right"/>
      </w:pPr>
      <w:r>
        <w:t>فار گیونگ می دس پریشیس اپرچونیٹی ٹو سپیک ٹو یو،</w:t>
      </w:r>
    </w:p>
    <w:p>
      <w:r>
        <w:rPr>
          <w:b/>
        </w:rPr>
        <w:t xml:space="preserve">[00:29] </w:t>
      </w:r>
      <w:r>
        <w:t>and and on such an interesting topic, spiritual aspect of Islam.</w:t>
      </w:r>
    </w:p>
    <w:p>
      <w:pPr>
        <w:jc w:val="right"/>
      </w:pPr>
      <w:r>
        <w:t>اینڈ اینڈ ان سچ اینڈ انٹرسٹنگ ٹاپک، سپریچول ایسپیکٹ آف اسلام۔</w:t>
      </w:r>
    </w:p>
    <w:p>
      <w:r>
        <w:rPr>
          <w:b/>
        </w:rPr>
        <w:t xml:space="preserve">[00:36] </w:t>
      </w:r>
      <w:r>
        <w:t>So, I was thinking why why still people are thinking</w:t>
      </w:r>
    </w:p>
    <w:p>
      <w:pPr>
        <w:jc w:val="right"/>
      </w:pPr>
      <w:r>
        <w:t>سو، آئی واز تھنکنگ وائی وائی سٹل پیپل آر تھنکنگ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