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Principles of Life (Prophetic Wisdom)</w:t>
      </w:r>
    </w:p>
    <w:p>
      <w:r>
        <w:t>https://www.youtube.com/watch?v=dWzIQ5DQMNU</w:t>
      </w:r>
    </w:p>
    <w:p>
      <w:r>
        <w:rPr>
          <w:b/>
        </w:rPr>
        <w:t xml:space="preserve">[00:11] </w:t>
      </w:r>
      <w:r>
        <w:t>bismillah rehman rehim.</w:t>
      </w:r>
    </w:p>
    <w:p>
      <w:pPr>
        <w:jc w:val="right"/>
      </w:pPr>
      <w:r>
        <w:t>بسم اللہ الرحمن الرحیم۔</w:t>
      </w:r>
    </w:p>
    <w:p>
      <w:r>
        <w:rPr>
          <w:b/>
        </w:rPr>
        <w:t xml:space="preserve">[00:21] </w:t>
      </w:r>
      <w:r>
        <w:t>dekhiye, hadithain jo hain, woh tarbiyat ke nuqte nazar se, tarbiyat ke pehlu se bohat aham hain.</w:t>
      </w:r>
    </w:p>
    <w:p>
      <w:pPr>
        <w:jc w:val="right"/>
      </w:pPr>
      <w:r>
        <w:t>دیکھیے، حدیثیں جو ہیں، وہ تربیت کے نقطۂ نظر سے، تربیت کے پہلو سے بہت اہم ہیں۔</w:t>
      </w:r>
    </w:p>
    <w:p>
      <w:r>
        <w:rPr>
          <w:b/>
        </w:rPr>
        <w:t xml:space="preserve">[00:31] </w:t>
      </w:r>
      <w:r>
        <w:t>jaisa ke maine arz kiya ke quran mein basic principles bataye gaye hain. jab</w:t>
      </w:r>
    </w:p>
    <w:p>
      <w:pPr>
        <w:jc w:val="right"/>
      </w:pPr>
      <w:r>
        <w:t>جیسا کہ میں نے عرض کیا کہ قرآن میں بیسک پرنسپلز بتائے گئے ہیں۔ جب</w:t>
      </w:r>
    </w:p>
    <w:p>
      <w:r>
        <w:rPr>
          <w:b/>
        </w:rPr>
        <w:t xml:space="preserve">[00:41] </w:t>
      </w:r>
      <w:r>
        <w:t>in basic principles ko aap apni zindagi mein apply karna chahein, to is ke liye aap ko light</w:t>
      </w:r>
    </w:p>
    <w:p>
      <w:pPr>
        <w:jc w:val="right"/>
      </w:pPr>
      <w:r>
        <w:t>ان بیسک پرنسپلز کو آپ اپنی زندگی میں اپلائی کرنا چاہیں، تو اس کے لیے آپ کو لائٹ</w:t>
      </w:r>
    </w:p>
    <w:p>
      <w:r>
        <w:rPr>
          <w:b/>
        </w:rPr>
        <w:t xml:space="preserve">[00:49] </w:t>
      </w:r>
      <w:r>
        <w:t>milti hai hadithon se.</w:t>
      </w:r>
    </w:p>
    <w:p>
      <w:pPr>
        <w:jc w:val="right"/>
      </w:pPr>
      <w:r>
        <w:t>ملتی ہے حدیثوں سے۔</w:t>
      </w:r>
    </w:p>
    <w:p>
      <w:r>
        <w:rPr>
          <w:b/>
        </w:rPr>
        <w:t xml:space="preserve">[00:57] </w:t>
      </w:r>
      <w:r>
        <w:t>ab dekhiye, ek hadith hai: "man samata naja".</w:t>
      </w:r>
    </w:p>
    <w:p>
      <w:pPr>
        <w:jc w:val="right"/>
      </w:pPr>
      <w:r>
        <w:t>اب دیکھیے، ایک حدیث ہے: "من سمت نجا"۔</w:t>
      </w:r>
    </w:p>
    <w:p>
      <w:r>
        <w:rPr>
          <w:b/>
        </w:rPr>
        <w:t xml:space="preserve">[01:04] </w:t>
      </w:r>
      <w:r>
        <w:t>ab koi waqea hua hoga ke ek aadmi bila zaroorat bol pada.</w:t>
      </w:r>
    </w:p>
    <w:p>
      <w:pPr>
        <w:jc w:val="right"/>
      </w:pPr>
      <w:r>
        <w:t>اب کوئی واقعہ ہوا ہوگا کہ ایک آدمی بلا ضرورت بول پڑا۔</w:t>
      </w:r>
    </w:p>
    <w:p>
      <w:r>
        <w:rPr>
          <w:b/>
        </w:rPr>
        <w:t xml:space="preserve">[01:12] </w:t>
      </w:r>
      <w:r>
        <w:t>is reference mein aap ne ek baat kahi. Jaisa ke maine arz kiya, hadithain absolute taur par nahi hua karti hain, kisi event ke reference mein hoti hain. Isi liye woh fragmentary way mein kitabon mein hoti hain. To kisi waqie ko dekh kar aap ne yeh kaha ke "Man samata naja". Jo chup raha, us ne naj</w:t>
      </w:r>
    </w:p>
    <w:p>
      <w:pPr>
        <w:jc w:val="right"/>
      </w:pPr>
      <w:r>
        <w:t>اس ریفرنس میں آپ نے ایک بات کہی۔ جیسا کہ میں نے عرض کیا، حدیثیں ایبسولیوٹ طور پر نہیں ہوا کرتی ہیں، کسی ایونٹ کے ریفرنس میں ہوتی ہیں۔ اسی لیے وہ فریگمنٹری وے میں کتابوں میں ہوتی ہیں۔ تو کسی واقعے کو دیکھ کر آپ نے یہ کہا کہ "من سمت نجا"۔ جو چپ رہا، اس نے نج</w:t>
      </w:r>
    </w:p>
    <w:p>
      <w:r>
        <w:rPr>
          <w:b/>
        </w:rPr>
        <w:t xml:space="preserve">[01:42] </w:t>
      </w:r>
      <w:r>
        <w:t>ut paai.</w:t>
      </w:r>
    </w:p>
    <w:p>
      <w:pPr>
        <w:jc w:val="right"/>
      </w:pPr>
      <w:r>
        <w:t>ات پائی۔</w:t>
      </w:r>
    </w:p>
    <w:p>
      <w:r>
        <w:rPr>
          <w:b/>
        </w:rPr>
        <w:t xml:space="preserve">[01:48] </w:t>
      </w:r>
      <w:r>
        <w:t>jo chup raha, woh kamyab hua.</w:t>
      </w:r>
    </w:p>
    <w:p>
      <w:pPr>
        <w:jc w:val="right"/>
      </w:pPr>
      <w:r>
        <w:t>جو چپ رہا، وہ کامیاب ہوا۔</w:t>
      </w:r>
    </w:p>
    <w:p>
      <w:r>
        <w:rPr>
          <w:b/>
        </w:rPr>
        <w:t xml:space="preserve">[01:54] </w:t>
      </w:r>
      <w:r>
        <w:t>yeh ek bohat bari baat hai.</w:t>
      </w:r>
    </w:p>
    <w:p>
      <w:pPr>
        <w:jc w:val="right"/>
      </w:pPr>
      <w:r>
        <w:t>یہ ایک بہت بڑی بات ہے۔</w:t>
      </w:r>
    </w:p>
    <w:p>
      <w:r>
        <w:rPr>
          <w:b/>
        </w:rPr>
        <w:t xml:space="preserve">[02:01] </w:t>
      </w:r>
      <w:r>
        <w:t>ek bar mein bahar kisi safar mein tha, ek aadmi se mulaqat hui, woh japan se aa raha tha.</w:t>
      </w:r>
    </w:p>
    <w:p>
      <w:pPr>
        <w:jc w:val="right"/>
      </w:pPr>
      <w:r>
        <w:t>ایک بار میں باہر کسی سفر میں تھا، ایک آدمی سے ملاقات ہوئی، وہ جاپان سے آ رہا تھا۔</w:t>
      </w:r>
    </w:p>
    <w:p>
      <w:r>
        <w:rPr>
          <w:b/>
        </w:rPr>
        <w:t xml:space="preserve">[02:07] </w:t>
      </w:r>
      <w:r>
        <w:t>us ne bataya ke mein japan mein ek university mein parhta hoon, aur us waqt mein research kar raha hoon.</w:t>
      </w:r>
    </w:p>
    <w:p>
      <w:pPr>
        <w:jc w:val="right"/>
      </w:pPr>
      <w:r>
        <w:t>اس نے بتایا کہ میں جاپان میں ایک یونیورسٹی میں پڑھتا ہوں، اور اس وقت میں ریسرچ کر رہا ہوں۔</w:t>
      </w:r>
    </w:p>
    <w:p>
      <w:r>
        <w:rPr>
          <w:b/>
        </w:rPr>
        <w:t xml:space="preserve">[02:13] </w:t>
      </w:r>
      <w:r>
        <w:t>research kar raha tha kis baat par? woh silence par.</w:t>
      </w:r>
    </w:p>
    <w:p>
      <w:pPr>
        <w:jc w:val="right"/>
      </w:pPr>
      <w:r>
        <w:t>ریسرچ کر رہا تھا کس بات پر؟ وہ سائلنس پر۔</w:t>
      </w:r>
    </w:p>
    <w:p>
      <w:r>
        <w:rPr>
          <w:b/>
        </w:rPr>
        <w:t xml:space="preserve">[02:18] </w:t>
      </w:r>
      <w:r>
        <w:t>silence, chup, khamoshi par.</w:t>
      </w:r>
    </w:p>
    <w:p>
      <w:pPr>
        <w:jc w:val="right"/>
      </w:pPr>
      <w:r>
        <w:t>سائلنس، چپ، خاموشی پر۔</w:t>
      </w:r>
    </w:p>
    <w:p>
      <w:r>
        <w:rPr>
          <w:b/>
        </w:rPr>
        <w:t xml:space="preserve">[02:23] </w:t>
      </w:r>
      <w:r>
        <w:t>yani yahi is ki research ka mozu tha ke silence kya hai.</w:t>
      </w:r>
    </w:p>
    <w:p>
      <w:pPr>
        <w:jc w:val="right"/>
      </w:pPr>
      <w:r>
        <w:t>یعنی یہی اس کی ریسرچ کا موضوع تھا کہ سائلنس کیا ہے۔</w:t>
      </w:r>
    </w:p>
    <w:p>
      <w:r>
        <w:rPr>
          <w:b/>
        </w:rPr>
        <w:t xml:space="preserve">[02:28] </w:t>
      </w:r>
      <w:r>
        <w:t>different religion mein ya different system mein silence ko kya importance di gayi hai.</w:t>
      </w:r>
    </w:p>
    <w:p>
      <w:pPr>
        <w:jc w:val="right"/>
      </w:pPr>
      <w:r>
        <w:t>ڈفرنٹ ریلیجن میں یا ڈفرنٹ سسٹم میں سائلنس کو کیا امپورٹنس دی گئی ہے۔</w:t>
      </w:r>
    </w:p>
    <w:p>
      <w:r>
        <w:rPr>
          <w:b/>
        </w:rPr>
        <w:t xml:space="preserve">[02:33] </w:t>
      </w:r>
      <w:r>
        <w:t>to jab is ne kaha ke main silence par research kar raha hoon, to main ne kaha aap</w:t>
      </w:r>
    </w:p>
    <w:p>
      <w:pPr>
        <w:jc w:val="right"/>
      </w:pPr>
      <w:r>
        <w:t>تو جب اس نے کہا کہ میں سائلنس پر ریسرچ کر رہا ہوں، تو میں نے کہا آپ</w:t>
      </w:r>
    </w:p>
    <w:p>
      <w:r>
        <w:rPr>
          <w:b/>
        </w:rPr>
        <w:t xml:space="preserve">[02:38] </w:t>
      </w:r>
      <w:r>
        <w:t>ko main profit of</w:t>
      </w:r>
    </w:p>
    <w:p>
      <w:pPr>
        <w:jc w:val="right"/>
      </w:pPr>
      <w:r>
        <w:t>کو میں پرافٹ آف</w:t>
      </w:r>
    </w:p>
    <w:p>
      <w:r>
        <w:rPr>
          <w:b/>
        </w:rPr>
        <w:t xml:space="preserve">[02:43] </w:t>
      </w:r>
      <w:r>
        <w:t>islam ki ek hadith sunata hoon.</w:t>
      </w:r>
    </w:p>
    <w:p>
      <w:pPr>
        <w:jc w:val="right"/>
      </w:pPr>
      <w:r>
        <w:t>اسلام کی ایک حدیث سناتا ہوں۔</w:t>
      </w:r>
    </w:p>
    <w:p>
      <w:r>
        <w:rPr>
          <w:b/>
        </w:rPr>
        <w:t xml:space="preserve">[02:48] </w:t>
      </w:r>
      <w:r>
        <w:t>to main ne yeh hadith sunai: "man samata najaa".</w:t>
      </w:r>
    </w:p>
    <w:p>
      <w:pPr>
        <w:jc w:val="right"/>
      </w:pPr>
      <w:r>
        <w:t>تو میں نے یہ حدیث سنائی: "من سمت نجا"۔</w:t>
      </w:r>
    </w:p>
    <w:p>
      <w:r>
        <w:rPr>
          <w:b/>
        </w:rPr>
        <w:t xml:space="preserve">[02:53] </w:t>
      </w:r>
      <w:r>
        <w:t>jo chup raha, us ne nijat pai.</w:t>
      </w:r>
    </w:p>
    <w:p>
      <w:pPr>
        <w:jc w:val="right"/>
      </w:pPr>
      <w:r>
        <w:t>جو چپ رہا، اس نے نجات پائی۔</w:t>
      </w:r>
    </w:p>
    <w:p>
      <w:r>
        <w:rPr>
          <w:b/>
        </w:rPr>
        <w:t xml:space="preserve">[02:58] </w:t>
      </w:r>
      <w:r>
        <w:t>to is ne jaldi se is hadith ko likha.</w:t>
      </w:r>
    </w:p>
    <w:p>
      <w:pPr>
        <w:jc w:val="right"/>
      </w:pPr>
      <w:r>
        <w:t>تو اس نے جلدی سے اس حدیث کو لکھا۔</w:t>
      </w:r>
    </w:p>
    <w:p>
      <w:r>
        <w:rPr>
          <w:b/>
        </w:rPr>
        <w:t xml:space="preserve">[03:03] </w:t>
      </w:r>
      <w:r>
        <w:t>waqea yeh hai ke yeh half of the wisdom hai.</w:t>
      </w:r>
    </w:p>
    <w:p>
      <w:pPr>
        <w:jc w:val="right"/>
      </w:pPr>
      <w:r>
        <w:t>واقعہ یہ ہے کہ یہ ہاف آف دا وزڈم ہے۔</w:t>
      </w:r>
    </w:p>
    <w:p>
      <w:r>
        <w:rPr>
          <w:b/>
        </w:rPr>
        <w:t xml:space="preserve">[03:08] </w:t>
      </w:r>
      <w:r>
        <w:t>yani is mein ek bohat bari baat</w:t>
      </w:r>
    </w:p>
    <w:p>
      <w:pPr>
        <w:jc w:val="right"/>
      </w:pPr>
      <w:r>
        <w:t>یعنی اس میں ایک بہت بڑی بات</w:t>
      </w:r>
    </w:p>
    <w:p>
      <w:r>
        <w:rPr>
          <w:b/>
        </w:rPr>
        <w:t xml:space="preserve">[03:13] </w:t>
      </w:r>
      <w:r>
        <w:t>kahi gayi hai ke kabhi chup rehna jo hai, woh bolne se zyada important hota hai.</w:t>
      </w:r>
    </w:p>
    <w:p>
      <w:pPr>
        <w:jc w:val="right"/>
      </w:pPr>
      <w:r>
        <w:t>کہی گئی ہے کہ کبھی چپ رہنا جو ہے، وہ بولنے سے زیادہ امپورٹنٹ ہوتا ہے۔</w:t>
      </w:r>
    </w:p>
    <w:p>
      <w:r>
        <w:rPr>
          <w:b/>
        </w:rPr>
        <w:t xml:space="preserve">[03:17] </w:t>
      </w:r>
      <w:r>
        <w:t>kabhi karna yeh hota hai ke aadmi kuch na kare.</w:t>
      </w:r>
    </w:p>
    <w:p>
      <w:pPr>
        <w:jc w:val="right"/>
      </w:pPr>
      <w:r>
        <w:t>کبھی کرنا یہ ہوتا ہے کہ آدمی کچھ نہ کرے۔</w:t>
      </w:r>
    </w:p>
    <w:p>
      <w:r>
        <w:rPr>
          <w:b/>
        </w:rPr>
        <w:t xml:space="preserve">[03:22] </w:t>
      </w:r>
      <w:r>
        <w:t>kabhi bolna yeh hota hai ke aadmi chup rahe.</w:t>
      </w:r>
    </w:p>
    <w:p>
      <w:pPr>
        <w:jc w:val="right"/>
      </w:pPr>
      <w:r>
        <w:t>کبھی بولنا یہ ہوتا ہے کہ آدمی چپ رہے۔</w:t>
      </w:r>
    </w:p>
    <w:p>
      <w:r>
        <w:rPr>
          <w:b/>
        </w:rPr>
        <w:t xml:space="preserve">[03:26] </w:t>
      </w:r>
      <w:r>
        <w:t>yeh bohat bari science hai.</w:t>
      </w:r>
    </w:p>
    <w:p>
      <w:pPr>
        <w:jc w:val="right"/>
      </w:pPr>
      <w:r>
        <w:t>یہ بہت بڑی سائنس ہے۔</w:t>
      </w:r>
    </w:p>
    <w:p>
      <w:r>
        <w:rPr>
          <w:b/>
        </w:rPr>
        <w:t xml:space="preserve">[03:30] </w:t>
      </w:r>
      <w:r>
        <w:t>woh aadmi jo science par research kar raha tha, woh aadmi jo silence par research kar raha tha,</w:t>
      </w:r>
    </w:p>
    <w:p>
      <w:pPr>
        <w:jc w:val="right"/>
      </w:pPr>
      <w:r>
        <w:t>وہ آدمی جو سائنس پر ریسرچ کر رہا تھا، وہ آدمی جو سائلنس پر ریسرچ کر رہا تھا،</w:t>
      </w:r>
    </w:p>
    <w:p>
      <w:r>
        <w:rPr>
          <w:b/>
        </w:rPr>
        <w:t xml:space="preserve">[03:34] </w:t>
      </w:r>
      <w:r>
        <w:t>us ne is ki importance samjhi.</w:t>
      </w:r>
    </w:p>
    <w:p>
      <w:pPr>
        <w:jc w:val="right"/>
      </w:pPr>
      <w:r>
        <w:t>اس نے اس کی امپورٹنس سمجھا۔</w:t>
      </w:r>
    </w:p>
    <w:p>
      <w:r>
        <w:rPr>
          <w:b/>
        </w:rPr>
        <w:t xml:space="preserve">[03:39] </w:t>
      </w:r>
      <w:r>
        <w:t>is ki importance ko. to</w:t>
      </w:r>
    </w:p>
    <w:p>
      <w:pPr>
        <w:jc w:val="right"/>
      </w:pPr>
      <w:r>
        <w:t>اس کی امپورٹنس کو۔ تو</w:t>
      </w:r>
    </w:p>
    <w:p>
      <w:r>
        <w:rPr>
          <w:b/>
        </w:rPr>
        <w:t xml:space="preserve">[03:43] </w:t>
      </w:r>
      <w:r>
        <w:t>bohat hi zyada us ne dilchaspi ke sath is ko liya aur likha is ko.</w:t>
      </w:r>
    </w:p>
    <w:p>
      <w:pPr>
        <w:jc w:val="right"/>
      </w:pPr>
      <w:r>
        <w:t>بہت ہی زیادہ اس نے دلچسپی کے ساتھ اس کو لیا اور لکھا اس کو۔</w:t>
      </w:r>
    </w:p>
    <w:p>
      <w:r>
        <w:rPr>
          <w:b/>
        </w:rPr>
        <w:t xml:space="preserve">[03:48] </w:t>
      </w:r>
      <w:r>
        <w:t>is ka transaction, is ka matlab mujh se poocha.</w:t>
      </w:r>
    </w:p>
    <w:p>
      <w:pPr>
        <w:jc w:val="right"/>
      </w:pPr>
      <w:r>
        <w:t>اس کا ٹرانزیکشن، اس کا مطلب مجھ سے پوچھا۔</w:t>
      </w:r>
    </w:p>
    <w:p>
      <w:r>
        <w:rPr>
          <w:b/>
        </w:rPr>
        <w:t xml:space="preserve">[03:53] </w:t>
      </w:r>
      <w:r>
        <w:t>to dekhiye, chup rehna jo hai, kya hai? ek bar main America ke ek safar mein tha, to</w:t>
      </w:r>
    </w:p>
    <w:p>
      <w:pPr>
        <w:jc w:val="right"/>
      </w:pPr>
      <w:r>
        <w:t>تو دیکھیے، چپ رہنا جو ہے، کیا ہے؟ ایک بار میں امریکہ کے ایک سفر میں تھا، تو</w:t>
      </w:r>
    </w:p>
    <w:p>
      <w:r>
        <w:rPr>
          <w:b/>
        </w:rPr>
        <w:t xml:space="preserve">[03:58] </w:t>
      </w:r>
      <w:r>
        <w:t>ek majlis mein main ne kuch baatein kaheen.</w:t>
      </w:r>
    </w:p>
    <w:p>
      <w:pPr>
        <w:jc w:val="right"/>
      </w:pPr>
      <w:r>
        <w:t>ایک مجلس میں میں نے کچھ باتیں کہیں۔</w:t>
      </w:r>
    </w:p>
    <w:p>
      <w:r>
        <w:rPr>
          <w:b/>
        </w:rPr>
        <w:t xml:space="preserve">[04:04] </w:t>
      </w:r>
      <w:r>
        <w:t>bohat se log is mein thay.</w:t>
      </w:r>
    </w:p>
    <w:p>
      <w:pPr>
        <w:jc w:val="right"/>
      </w:pPr>
      <w:r>
        <w:t>بہت سے لوگ اس میں تھے۔</w:t>
      </w:r>
    </w:p>
    <w:p>
      <w:r>
        <w:rPr>
          <w:b/>
        </w:rPr>
        <w:t xml:space="preserve">[04:09] </w:t>
      </w:r>
      <w:r>
        <w:t>to ek aadmi tha jo bohat industrious tha, aur bohat bara is ka business tha computer ka.</w:t>
      </w:r>
    </w:p>
    <w:p>
      <w:pPr>
        <w:jc w:val="right"/>
      </w:pPr>
      <w:r>
        <w:t>تو ایک آدمی تھا جو بہت انڈسٹریئس تھا، اور بہت بڑا اس کا بزنس تھا کمپیوٹر کا۔</w:t>
      </w:r>
    </w:p>
    <w:p>
      <w:r>
        <w:rPr>
          <w:b/>
        </w:rPr>
        <w:t xml:space="preserve">[04:14] </w:t>
      </w:r>
      <w:r>
        <w:t>woh chup tha, chup tha.</w:t>
      </w:r>
    </w:p>
    <w:p>
      <w:pPr>
        <w:jc w:val="right"/>
      </w:pPr>
      <w:r>
        <w:t>وہ چپ تھا، چپ تھا۔</w:t>
      </w:r>
    </w:p>
    <w:p>
      <w:r>
        <w:rPr>
          <w:b/>
        </w:rPr>
        <w:t xml:space="preserve">[04:18] </w:t>
      </w:r>
      <w:r>
        <w:t>aur sab log jo thay, woh kuch na kuch bole.</w:t>
      </w:r>
    </w:p>
    <w:p>
      <w:pPr>
        <w:jc w:val="right"/>
      </w:pPr>
      <w:r>
        <w:t>اور سب لوگ جو تھے، وہ کچھ نہ کچھ بولے۔</w:t>
      </w:r>
    </w:p>
    <w:p>
      <w:r>
        <w:rPr>
          <w:b/>
        </w:rPr>
        <w:t xml:space="preserve">[04:23] </w:t>
      </w:r>
      <w:r>
        <w:t>woh aadmi chup raha.</w:t>
      </w:r>
    </w:p>
    <w:p>
      <w:pPr>
        <w:jc w:val="right"/>
      </w:pPr>
      <w:r>
        <w:t>وہ آدمی چپ رہا۔</w:t>
      </w:r>
    </w:p>
    <w:p>
      <w:r>
        <w:rPr>
          <w:b/>
        </w:rPr>
        <w:t xml:space="preserve">[04:27] </w:t>
      </w:r>
      <w:r>
        <w:t>logon ne bataya ke yeh computer industry mein is ka chatha number hai.</w:t>
      </w:r>
    </w:p>
    <w:p>
      <w:pPr>
        <w:jc w:val="right"/>
      </w:pPr>
      <w:r>
        <w:t>لوگوں نے بتایا کہ یہ کمپیوٹر انڈسٹری میں اس کا چھٹا نمبر ہے۔</w:t>
      </w:r>
    </w:p>
    <w:p>
      <w:r>
        <w:rPr>
          <w:b/>
        </w:rPr>
        <w:t xml:space="preserve">[04:31] </w:t>
      </w:r>
      <w:r>
        <w:t>itna bara is ka karobar tha computer industry ka.</w:t>
      </w:r>
    </w:p>
    <w:p>
      <w:pPr>
        <w:jc w:val="right"/>
      </w:pPr>
      <w:r>
        <w:t>اتنا بڑا اس کا کاروبار تھا کمپیوٹر انڈسٹری کا۔</w:t>
      </w:r>
    </w:p>
    <w:p>
      <w:r>
        <w:rPr>
          <w:b/>
        </w:rPr>
        <w:t xml:space="preserve">[04:36] </w:t>
      </w:r>
      <w:r>
        <w:t>woh chup tha, chup tha, chup tha.</w:t>
      </w:r>
    </w:p>
    <w:p>
      <w:pPr>
        <w:jc w:val="right"/>
      </w:pPr>
      <w:r>
        <w:t>وہ چپ تھا، چپ تھا، چپ تھا۔</w:t>
      </w:r>
    </w:p>
    <w:p>
      <w:r>
        <w:rPr>
          <w:b/>
        </w:rPr>
        <w:t xml:space="preserve">[04:40] </w:t>
      </w:r>
      <w:r>
        <w:t>toh mein ne is aadmi se poocha ke aap sab log bolay aur aap nahi bolay? Kya baat hai?</w:t>
      </w:r>
    </w:p>
    <w:p>
      <w:pPr>
        <w:jc w:val="right"/>
      </w:pPr>
      <w:r>
        <w:t>تو میں نے اس آدمی سے پوچھا کہ آپ سب لوگ بولے اور آپ نہیں بولے؟ کیا بات ہے؟</w:t>
      </w:r>
    </w:p>
    <w:p>
      <w:r>
        <w:rPr>
          <w:b/>
        </w:rPr>
        <w:t xml:space="preserve">[04:44] </w:t>
      </w:r>
      <w:r>
        <w:t>toh us ne kaha ke jab mein bol raha hoon, is waqt mein seekh nahi raha hoon.</w:t>
      </w:r>
    </w:p>
    <w:p>
      <w:pPr>
        <w:jc w:val="right"/>
      </w:pPr>
      <w:r>
        <w:t>تو اس نے کہا کہ جب میں بول رہا ہوں، اس وقت میں سیکھ نہیں رہا ہوں۔</w:t>
      </w:r>
    </w:p>
    <w:p>
      <w:r>
        <w:rPr>
          <w:b/>
        </w:rPr>
        <w:t xml:space="preserve">[04:50] </w:t>
      </w:r>
      <w:r>
        <w:t>yaani bolna aap ki learning ko stop kar deta hai.</w:t>
      </w:r>
    </w:p>
    <w:p>
      <w:pPr>
        <w:jc w:val="right"/>
      </w:pPr>
      <w:r>
        <w:t>یعنی بولنا آپ کی لرننگ کو اسٹاپ کر دیتا ہے۔</w:t>
      </w:r>
    </w:p>
    <w:p>
      <w:r>
        <w:rPr>
          <w:b/>
        </w:rPr>
        <w:t xml:space="preserve">[04:55] </w:t>
      </w:r>
      <w:r>
        <w:t>"When I am speaking, I am not learning." kyunki speaking jab karenge to aap ka andar jo</w:t>
      </w:r>
    </w:p>
    <w:p>
      <w:pPr>
        <w:jc w:val="right"/>
      </w:pPr>
      <w:r>
        <w:t>"When I am speaking, I am not learning." کیونکہ سپیکنگ جب کریں گے تو آپ کا اندر جو</w:t>
      </w:r>
    </w:p>
    <w:p>
      <w:r>
        <w:rPr>
          <w:b/>
        </w:rPr>
        <w:t xml:space="preserve">[05:00] </w:t>
      </w:r>
      <w:r>
        <w:t>hai, woh bahar nikalenge.</w:t>
      </w:r>
    </w:p>
    <w:p>
      <w:pPr>
        <w:jc w:val="right"/>
      </w:pPr>
      <w:r>
        <w:t>ہے، وہ باہر نکالیں گے۔</w:t>
      </w:r>
    </w:p>
    <w:p>
      <w:r>
        <w:rPr>
          <w:b/>
        </w:rPr>
        <w:t xml:space="preserve">[05:05] </w:t>
      </w:r>
      <w:r>
        <w:t>learning toh hai ke jo bahar jo hai, us ko le aayen.</w:t>
      </w:r>
    </w:p>
    <w:p>
      <w:pPr>
        <w:jc w:val="right"/>
      </w:pPr>
      <w:r>
        <w:t>لرننگ تو ہے کہ جو باہر جو ہے، اس کو لے آئیں۔</w:t>
      </w:r>
    </w:p>
    <w:p>
      <w:r>
        <w:rPr>
          <w:b/>
        </w:rPr>
        <w:t xml:space="preserve">[05:11] </w:t>
      </w:r>
      <w:r>
        <w:t>learning intake ka amal hai.</w:t>
      </w:r>
    </w:p>
    <w:p>
      <w:pPr>
        <w:jc w:val="right"/>
      </w:pPr>
      <w:r>
        <w:t>لرننگ انٹیک کا عمل ہے۔</w:t>
      </w:r>
    </w:p>
    <w:p>
      <w:r>
        <w:rPr>
          <w:b/>
        </w:rPr>
        <w:t xml:space="preserve">[05:16] </w:t>
      </w:r>
      <w:r>
        <w:t>bahar se lene ka.</w:t>
      </w:r>
    </w:p>
    <w:p>
      <w:pPr>
        <w:jc w:val="right"/>
      </w:pPr>
      <w:r>
        <w:t>باہر سے لینے کا۔</w:t>
      </w:r>
    </w:p>
    <w:p>
      <w:r>
        <w:rPr>
          <w:b/>
        </w:rPr>
        <w:t xml:space="preserve">[05:20] </w:t>
      </w:r>
      <w:r>
        <w:t>ab bolna yeh hai ke jo aap ka andar hai, woh bol rahe hain, woh bol rahe hain,</w:t>
      </w:r>
    </w:p>
    <w:p>
      <w:pPr>
        <w:jc w:val="right"/>
      </w:pPr>
      <w:r>
        <w:t>اب بولنا یہ ہے کہ جو آپ کا اندر ہے، وہ بول رہے ہیں، وہ بول رہے ہیں،</w:t>
      </w:r>
    </w:p>
    <w:p>
      <w:r>
        <w:rPr>
          <w:b/>
        </w:rPr>
        <w:t xml:space="preserve">[05:25] </w:t>
      </w:r>
      <w:r>
        <w:t>woh bol rahe hain.</w:t>
      </w:r>
    </w:p>
    <w:p>
      <w:pPr>
        <w:jc w:val="right"/>
      </w:pPr>
      <w:r>
        <w:t>وہ بول رہے ہیں۔</w:t>
      </w:r>
    </w:p>
    <w:p>
      <w:r>
        <w:rPr>
          <w:b/>
        </w:rPr>
        <w:t xml:space="preserve">[05:29] </w:t>
      </w:r>
      <w:r>
        <w:t>toh aap ne apne ilm mein barhaya kya? Toh us ne kaha ke jab mein bolta hoon toh</w:t>
      </w:r>
    </w:p>
    <w:p>
      <w:pPr>
        <w:jc w:val="right"/>
      </w:pPr>
      <w:r>
        <w:t>تو آپ نے اپنے علم میں بڑھایا کیا؟ تو اس نے کہا کہ جب میں بولتا ہوں تو</w:t>
      </w:r>
    </w:p>
    <w:p>
      <w:r>
        <w:rPr>
          <w:b/>
        </w:rPr>
        <w:t xml:space="preserve">[05:34] </w:t>
      </w:r>
      <w:r>
        <w:t>mein seekh nahi raha hoon.</w:t>
      </w:r>
    </w:p>
    <w:p>
      <w:pPr>
        <w:jc w:val="right"/>
      </w:pPr>
      <w:r>
        <w:t>میں سیکھ نہیں رہا ہوں۔</w:t>
      </w:r>
    </w:p>
    <w:p>
      <w:r>
        <w:rPr>
          <w:b/>
        </w:rPr>
        <w:t xml:space="preserve">[05:38] </w:t>
      </w:r>
      <w:r>
        <w:t>"When I am speaking, I am not learning." To kitni badi baat hai ke chup rehna aap ke</w:t>
      </w:r>
    </w:p>
    <w:p>
      <w:pPr>
        <w:jc w:val="right"/>
      </w:pPr>
      <w:r>
        <w:t>"When I am speaking, I am not learning." تو کتنی بڑی بات ہے کہ چپ رہنا آپ کے</w:t>
      </w:r>
    </w:p>
    <w:p>
      <w:r>
        <w:rPr>
          <w:b/>
        </w:rPr>
        <w:t xml:space="preserve">[05:43] </w:t>
      </w:r>
      <w:r>
        <w:t>andar learning press, chup rehna aap ke andar learning process ko</w:t>
      </w:r>
    </w:p>
    <w:p>
      <w:pPr>
        <w:jc w:val="right"/>
      </w:pPr>
      <w:r>
        <w:t>اندر لرننگ پریس، چپ رہنا آپ کے اندر لرننگ پروسیس کو</w:t>
      </w:r>
    </w:p>
    <w:p>
      <w:r>
        <w:rPr>
          <w:b/>
        </w:rPr>
        <w:t xml:space="preserve">[05:47] </w:t>
      </w:r>
      <w:r>
        <w:t>barhata hai. kai baar aisa hota hai ke kisi situation mein bolne se baat bigadti hai. bolne se baat bigadti hai, aur chup rehne se baat banti hai. to wahan par yeh principle kaam aayega. isi tarah se farz kijiye 10 aadmi, ya 100 aadmi hain, ek baat poochi jaye to aaj kal kya hota hai? sab</w:t>
      </w:r>
    </w:p>
    <w:p>
      <w:pPr>
        <w:jc w:val="right"/>
      </w:pPr>
      <w:r>
        <w:t>بڑھاتا ہے۔ کئی بار ایسا ہوتا ہے کہ کسی سچویشن میں بولنے سے بات بگڑتی ہے۔ بولنے سے بات بگڑتی ہے، اور چپ رہنے سے بات بنتی ہے۔ تو وہاں پر یہ پرنسپل کام آئے گا۔ اسی طریقے سے فرض کیجیے 10 آدمی، یا 100 آدمی ہیں، ایک بات پوچھی جائے تو آج کل کیا ہوتا ہے؟ سب</w:t>
      </w:r>
    </w:p>
    <w:p>
      <w:r>
        <w:rPr>
          <w:b/>
        </w:rPr>
        <w:t xml:space="preserve">[06:17] </w:t>
      </w:r>
      <w:r>
        <w:t>bolne lagte hain.</w:t>
      </w:r>
    </w:p>
    <w:p>
      <w:pPr>
        <w:jc w:val="right"/>
      </w:pPr>
      <w:r>
        <w:t>بولنے لگتے ہیں۔</w:t>
      </w:r>
    </w:p>
    <w:p>
      <w:r>
        <w:rPr>
          <w:b/>
        </w:rPr>
        <w:t xml:space="preserve">[06:22] </w:t>
      </w:r>
      <w:r>
        <w:t>toh jab sab bolne lagenge toh kya hoga? Kisi ek ki baat bhi dhiyan se suni nahi jayegi.</w:t>
      </w:r>
    </w:p>
    <w:p>
      <w:pPr>
        <w:jc w:val="right"/>
      </w:pPr>
      <w:r>
        <w:t>تو جب سب بولنے لگیں گے تو کیا ہوگا؟ کسی ایک کی بات بھی دھیان سے سنی نہیں جائے گی۔</w:t>
      </w:r>
    </w:p>
    <w:p>
      <w:r>
        <w:rPr>
          <w:b/>
        </w:rPr>
        <w:t xml:space="preserve">[06:27] </w:t>
      </w:r>
      <w:r>
        <w:t>abhi mein ek TV ke ek program mein tha jahan kai log bulaye gaye thay.</w:t>
      </w:r>
    </w:p>
    <w:p>
      <w:pPr>
        <w:jc w:val="right"/>
      </w:pPr>
      <w:r>
        <w:t>ابھی میں ایک ٹی وی کے ایک پروگرام میں تھا جہاں کئی لوگ بلائے گئے تھے۔</w:t>
      </w:r>
    </w:p>
    <w:p>
      <w:r>
        <w:rPr>
          <w:b/>
        </w:rPr>
        <w:t xml:space="preserve">[06:32] </w:t>
      </w:r>
      <w:r>
        <w:t>toh mein ne dekha ke bechara jo conduct kar raha tha, anchor, woh helpless ho gaya.</w:t>
      </w:r>
    </w:p>
    <w:p>
      <w:pPr>
        <w:jc w:val="right"/>
      </w:pPr>
      <w:r>
        <w:t>تو میں نے دیکھا کہ بیچارہ جو کنڈکٹ کر رہا تھا، اینکر، وہ ہیلپ لیس ہو گیا۔</w:t>
      </w:r>
    </w:p>
    <w:p>
      <w:r>
        <w:rPr>
          <w:b/>
        </w:rPr>
        <w:t xml:space="preserve">[06:37] </w:t>
      </w:r>
      <w:r>
        <w:t>sab log bolte thay, sab log bolte thay.</w:t>
      </w:r>
    </w:p>
    <w:p>
      <w:pPr>
        <w:jc w:val="right"/>
      </w:pPr>
      <w:r>
        <w:t>سب لوگ بولتے تھے، سب لوگ بولتے تھے۔</w:t>
      </w:r>
    </w:p>
    <w:p>
      <w:r>
        <w:rPr>
          <w:b/>
        </w:rPr>
        <w:t xml:space="preserve">[06:42] </w:t>
      </w:r>
      <w:r>
        <w:t>natija yeh ke woh progr</w:t>
      </w:r>
    </w:p>
    <w:p>
      <w:pPr>
        <w:jc w:val="right"/>
      </w:pPr>
      <w:r>
        <w:t>نتیجہ یہ کہ وہ پروگر</w:t>
      </w:r>
    </w:p>
    <w:p>
      <w:r>
        <w:rPr>
          <w:b/>
        </w:rPr>
        <w:t xml:space="preserve">[06:47] </w:t>
      </w:r>
      <w:r>
        <w:t>am khatam ho gaya, aadhe ghante ka, aur kuch bhi baat wahan samne nahi aayi.</w:t>
      </w:r>
    </w:p>
    <w:p>
      <w:pPr>
        <w:jc w:val="right"/>
      </w:pPr>
      <w:r>
        <w:t>ام ختم ہو گیا، آدھے گھنٹے کا، اور کچھ بھی بات وہاں سامنے نہیں آئی۔</w:t>
      </w:r>
    </w:p>
    <w:p>
      <w:r>
        <w:rPr>
          <w:b/>
        </w:rPr>
        <w:t xml:space="preserve">[06:53] </w:t>
      </w:r>
      <w:r>
        <w:t>kyun ke sab bol rahe hain.</w:t>
      </w:r>
    </w:p>
    <w:p>
      <w:pPr>
        <w:jc w:val="right"/>
      </w:pPr>
      <w:r>
        <w:t>کیونکہ سب بول رہے ہیں۔</w:t>
      </w:r>
    </w:p>
    <w:p>
      <w:r>
        <w:rPr>
          <w:b/>
        </w:rPr>
        <w:t xml:space="preserve">[06:58] </w:t>
      </w:r>
      <w:r>
        <w:t>ek aadmi bolay aur doosra aadmi chup rahe, tab us ki baat samjhi jayegi.</w:t>
      </w:r>
    </w:p>
    <w:p>
      <w:pPr>
        <w:jc w:val="right"/>
      </w:pPr>
      <w:r>
        <w:t>ایک آدمی بولے اور دوسرا آدمی چپ رہے، تب اس کی بات سمجھی جائے گی۔</w:t>
      </w:r>
    </w:p>
    <w:p>
      <w:r>
        <w:rPr>
          <w:b/>
        </w:rPr>
        <w:t xml:space="preserve">[07:03] </w:t>
      </w:r>
      <w:r>
        <w:t>to jis stage par dekhen aap, chup rehna bohat bari baat hai.</w:t>
      </w:r>
    </w:p>
    <w:p>
      <w:pPr>
        <w:jc w:val="right"/>
      </w:pPr>
      <w:r>
        <w:t>تو جس اسٹیج پر دیکھیں آپ، چپ رہنا بہت بڑی بات ہے۔</w:t>
      </w:r>
    </w:p>
    <w:p>
      <w:r>
        <w:rPr>
          <w:b/>
        </w:rPr>
        <w:t xml:space="preserve">[07:08] </w:t>
      </w:r>
      <w:r>
        <w:t>chup rehne ka matlab yeh nahi ke aap bolna hai ya na bolna.</w:t>
      </w:r>
    </w:p>
    <w:p>
      <w:pPr>
        <w:jc w:val="right"/>
      </w:pPr>
      <w:r>
        <w:t>چپ رہنے کا مطلب یہ نہیں کہ آپ بولنا ہے یا نہ بولنا۔</w:t>
      </w:r>
    </w:p>
    <w:p>
      <w:r>
        <w:rPr>
          <w:b/>
        </w:rPr>
        <w:t xml:space="preserve">[07:14] </w:t>
      </w:r>
      <w:r>
        <w:t>sarkon par jo log baaje bajate hain, horn bajate hain,</w:t>
      </w:r>
    </w:p>
    <w:p>
      <w:pPr>
        <w:jc w:val="right"/>
      </w:pPr>
      <w:r>
        <w:t>سڑکوں پر جو لوگ باجے بجاتے ہیں، ہارن بجاتے ہیں،</w:t>
      </w:r>
    </w:p>
    <w:p>
      <w:r>
        <w:rPr>
          <w:b/>
        </w:rPr>
        <w:t xml:space="preserve">[07:19] </w:t>
      </w:r>
      <w:r>
        <w:t>aur woh music chalate hue guzarte hain sadkon par, woh bhi is ke khilaf chal rahe hain. aur najaa, ek baat, un ke liye najaa to nahi hai un ke liye. kyunke woh noise pollution create kar rahe hain. is hadith mein yeh bhi hai ke tum noise pollution create karne ka sabab na bano. kitni sari baatein is ke andar shamil hain. "</w:t>
      </w:r>
    </w:p>
    <w:p>
      <w:pPr>
        <w:jc w:val="right"/>
      </w:pPr>
      <w:r>
        <w:t>اور وہ میوزک چلاتے ہوئے گزرتے ہیں سڑکوں پر، وہ بھی اس کے خلاف چل رہے ہیں۔ اور نجا، ایک بات، ان کے لیے نجا تو نہیں ہے ان کے لیے۔ کیونکہ وہ نوائس پولیوشن کریئیٹ کر رہے ہیں۔ اس حدیث میں یہ بھی ہے کہ تم نوائس پولیوشن کریئیٹ کرنے کا سبب نہ بنو۔ کتنی ساری باتیں اس کے اندر شامل ہیں۔ "</w:t>
      </w:r>
    </w:p>
    <w:p>
      <w:r>
        <w:rPr>
          <w:b/>
        </w:rPr>
        <w:t xml:space="preserve">[07:49] </w:t>
      </w:r>
      <w:r>
        <w:t>"man samata najaa". jo chup raha, us ne salvation ko pa liya, nijat ko pa liya. be mauqa bolna. doosra aadmi ki baat khatam nahi hui, aap is mein lage apni baat shamil karne. sadkon par chal rahe hain, aap chup chap nahi guzarte. khwaah makhwah horn bajate hain, khwaah makhwah music chalate hain. jalson mein chup chap sunne ke bajaye aap khwaah makhwah wahan shor kar rah</w:t>
      </w:r>
    </w:p>
    <w:p>
      <w:pPr>
        <w:jc w:val="right"/>
      </w:pPr>
      <w:r>
        <w:t>من سمت نجا"۔ جو چپ رہا، اس نے سالویشن کو پا لیا، نجات کو پا لیا۔ بے موقع بولنا۔ دوسرا آدمی کی بات ختم نہیں ہوئی، آپ اس میں لگے اپنی بات شامل کرنے۔ سڑکوں پر چل رہے ہیں، آپ چپ چاپ نہیں گزرتے۔ خواہ مخواہ ہارن بجاتے ہیں، خواہ مخواہ میوزک چلاتے ہیں۔ جلسوں میں چپ چاپ سننے کے بجائے آپ خواہ مخواہ وہاں شور کر رہ</w:t>
      </w:r>
    </w:p>
    <w:p>
      <w:r>
        <w:rPr>
          <w:b/>
        </w:rPr>
        <w:t xml:space="preserve">[08:19] </w:t>
      </w:r>
      <w:r>
        <w:t>e hain.</w:t>
      </w:r>
    </w:p>
    <w:p>
      <w:pPr>
        <w:jc w:val="right"/>
      </w:pPr>
      <w:r>
        <w:t>ے ہیں۔</w:t>
      </w:r>
    </w:p>
    <w:p>
      <w:r>
        <w:rPr>
          <w:b/>
        </w:rPr>
        <w:t xml:space="preserve">[08:22] </w:t>
      </w:r>
      <w:r>
        <w:t>to chup rehna aik art hai.</w:t>
      </w:r>
    </w:p>
    <w:p>
      <w:pPr>
        <w:jc w:val="right"/>
      </w:pPr>
      <w:r>
        <w:t>تو چپ رہنا ایک آرٹ ہے۔</w:t>
      </w:r>
    </w:p>
    <w:p>
      <w:r>
        <w:rPr>
          <w:b/>
        </w:rPr>
        <w:t xml:space="preserve">[08:25] </w:t>
      </w:r>
      <w:r>
        <w:t>aik art hai chup rehna.</w:t>
      </w:r>
    </w:p>
    <w:p>
      <w:pPr>
        <w:jc w:val="right"/>
      </w:pPr>
      <w:r>
        <w:t>ایک آرٹ ہے چپ رہنا۔</w:t>
      </w:r>
    </w:p>
    <w:p>
      <w:r>
        <w:rPr>
          <w:b/>
        </w:rPr>
        <w:t xml:space="preserve">[08:28] </w:t>
      </w:r>
      <w:r>
        <w:t>یہ کوئی passive attitude نہیں ہے۔</w:t>
      </w:r>
    </w:p>
    <w:p>
      <w:pPr>
        <w:jc w:val="right"/>
      </w:pPr>
      <w:r>
        <w:t>یہ کوئی پاسیو ایٹیٹیوڈ نہیں ہے۔</w:t>
      </w:r>
    </w:p>
    <w:p>
      <w:r>
        <w:rPr>
          <w:b/>
        </w:rPr>
        <w:t xml:space="preserve">[08:31] </w:t>
      </w:r>
      <w:r>
        <w:t>yeh bohat bari baat hai.</w:t>
      </w:r>
    </w:p>
    <w:p>
      <w:pPr>
        <w:jc w:val="right"/>
      </w:pPr>
      <w:r>
        <w:t>یہ بہت بڑی بات ہے۔</w:t>
      </w:r>
    </w:p>
    <w:p>
      <w:r>
        <w:rPr>
          <w:b/>
        </w:rPr>
        <w:t xml:space="preserve">[08:34] </w:t>
      </w:r>
      <w:r>
        <w:t>aap ghor kijiye ke jo is mein shabd hain woh kya hain? "man samt naja".</w:t>
      </w:r>
    </w:p>
    <w:p>
      <w:pPr>
        <w:jc w:val="right"/>
      </w:pPr>
      <w:r>
        <w:t>آپ غور کیجیے کہ جو اس میں शब्द ہیں وہ کیا ہیں؟ "من سمت نجا"۔</w:t>
      </w:r>
    </w:p>
    <w:p>
      <w:r>
        <w:rPr>
          <w:b/>
        </w:rPr>
        <w:t xml:space="preserve">[08:37] </w:t>
      </w:r>
      <w:r>
        <w:t>jo chup raha, us ne nijat pai.</w:t>
      </w:r>
    </w:p>
    <w:p>
      <w:pPr>
        <w:jc w:val="right"/>
      </w:pPr>
      <w:r>
        <w:t>جو چپ رہا، اس نے نجات پائی۔</w:t>
      </w:r>
    </w:p>
    <w:p>
      <w:r>
        <w:rPr>
          <w:b/>
        </w:rPr>
        <w:t xml:space="preserve">[08:40] </w:t>
      </w:r>
      <w:r>
        <w:t>us ne salvation pai.</w:t>
      </w:r>
    </w:p>
    <w:p>
      <w:pPr>
        <w:jc w:val="right"/>
      </w:pPr>
      <w:r>
        <w:t>اس نے سالویشن پائی۔</w:t>
      </w:r>
    </w:p>
    <w:p>
      <w:r>
        <w:rPr>
          <w:b/>
        </w:rPr>
        <w:t xml:space="preserve">[08:43] </w:t>
      </w:r>
      <w:r>
        <w:t>kitni bari cheez hai nijat.</w:t>
      </w:r>
    </w:p>
    <w:p>
      <w:pPr>
        <w:jc w:val="right"/>
      </w:pPr>
      <w:r>
        <w:t>کتنی بڑی چیز ہے نجات۔</w:t>
      </w:r>
    </w:p>
    <w:p>
      <w:r>
        <w:rPr>
          <w:b/>
        </w:rPr>
        <w:t xml:space="preserve">[08:46] </w:t>
      </w:r>
      <w:r>
        <w:t>kitni bari cheez hai salvation. is se</w:t>
      </w:r>
    </w:p>
    <w:p>
      <w:pPr>
        <w:jc w:val="right"/>
      </w:pPr>
      <w:r>
        <w:t>کتنی بڑی چیز ہے سالویشن۔ اس سے</w:t>
      </w:r>
    </w:p>
    <w:p>
      <w:r>
        <w:rPr>
          <w:b/>
        </w:rPr>
        <w:t xml:space="preserve">[08:49] </w:t>
      </w:r>
      <w:r>
        <w:t>aap ne jor diya chup rehne ko.</w:t>
      </w:r>
    </w:p>
    <w:p>
      <w:pPr>
        <w:jc w:val="right"/>
      </w:pPr>
      <w:r>
        <w:t>آپ نے جوڑ دیا چپ رہنے کو۔</w:t>
      </w:r>
    </w:p>
    <w:p>
      <w:r>
        <w:rPr>
          <w:b/>
        </w:rPr>
        <w:t xml:space="preserve">[08:54] </w:t>
      </w:r>
      <w:r>
        <w:t>goya ke chup rehna in action nahi hai.</w:t>
      </w:r>
    </w:p>
    <w:p>
      <w:pPr>
        <w:jc w:val="right"/>
      </w:pPr>
      <w:r>
        <w:t>گویا کہ چپ رہنا ان ایکشن نہیں ہے۔</w:t>
      </w:r>
    </w:p>
    <w:p>
      <w:r>
        <w:rPr>
          <w:b/>
        </w:rPr>
        <w:t xml:space="preserve">[08:59] </w:t>
      </w:r>
      <w:r>
        <w:t>chup rehna yeh nahi ke aap kuch nahi kar rahe hain.</w:t>
      </w:r>
    </w:p>
    <w:p>
      <w:pPr>
        <w:jc w:val="right"/>
      </w:pPr>
      <w:r>
        <w:t>چپ رہنا یہ نہیں کہ آپ کچھ نہیں کر رہے ہیں۔</w:t>
      </w:r>
    </w:p>
    <w:p>
      <w:r>
        <w:rPr>
          <w:b/>
        </w:rPr>
        <w:t xml:space="preserve">[09:04] </w:t>
      </w:r>
      <w:r>
        <w:t>nahi, chup reh kar bhi aap kuch kar rahe hain.</w:t>
      </w:r>
    </w:p>
    <w:p>
      <w:pPr>
        <w:jc w:val="right"/>
      </w:pPr>
      <w:r>
        <w:t>نہیں، چپ رہ کر بھی آپ کچھ کر رہے ہیں۔</w:t>
      </w:r>
    </w:p>
    <w:p>
      <w:r>
        <w:rPr>
          <w:b/>
        </w:rPr>
        <w:t xml:space="preserve">[09:09] </w:t>
      </w:r>
      <w:r>
        <w:t>kuch kar rahe hain.</w:t>
      </w:r>
    </w:p>
    <w:p>
      <w:pPr>
        <w:jc w:val="right"/>
      </w:pPr>
      <w:r>
        <w:t>کچھ کر رہے ہیں۔</w:t>
      </w:r>
    </w:p>
    <w:p>
      <w:r>
        <w:rPr>
          <w:b/>
        </w:rPr>
        <w:t xml:space="preserve">[09:14] </w:t>
      </w:r>
      <w:r>
        <w:t>kitni bari baat hai jo aik choti si hadith mein aap ko milti hai.</w:t>
      </w:r>
    </w:p>
    <w:p>
      <w:pPr>
        <w:jc w:val="right"/>
      </w:pPr>
      <w:r>
        <w:t>کتنی بڑی بات ہے جو ایک چھوٹی سی حدیث میں آپ کو ملتی ہے۔</w:t>
      </w:r>
    </w:p>
    <w:p>
      <w:r>
        <w:rPr>
          <w:b/>
        </w:rPr>
        <w:t xml:space="preserve">[09:19] </w:t>
      </w:r>
      <w:r>
        <w:t>chup rehne ka matlab yeh hai ke bila soche hue na bolna.</w:t>
      </w:r>
    </w:p>
    <w:p>
      <w:pPr>
        <w:jc w:val="right"/>
      </w:pPr>
      <w:r>
        <w:t>چپ رہنے کا مطلب یہ ہے کہ بلا سوچے ہوئے نہ بولنا۔</w:t>
      </w:r>
    </w:p>
    <w:p>
      <w:r>
        <w:rPr>
          <w:b/>
        </w:rPr>
        <w:t xml:space="preserve">[09:23] </w:t>
      </w:r>
      <w:r>
        <w:t>bila soche hue.</w:t>
      </w:r>
    </w:p>
    <w:p>
      <w:pPr>
        <w:jc w:val="right"/>
      </w:pPr>
      <w:r>
        <w:t>بلا سوچے ہوئے۔</w:t>
      </w:r>
    </w:p>
    <w:p>
      <w:r>
        <w:rPr>
          <w:b/>
        </w:rPr>
        <w:t xml:space="preserve">[09:28] </w:t>
      </w:r>
      <w:r>
        <w:t>yeh aap ke andar yeh adat honi chahiye ke bila soche aap kabhi na bolen.</w:t>
      </w:r>
    </w:p>
    <w:p>
      <w:pPr>
        <w:jc w:val="right"/>
      </w:pPr>
      <w:r>
        <w:t>یہ آپ کے اندر یہ عادت ہونی چاہیے کہ بلا سوچے آپ کبھی نہ بولیں۔</w:t>
      </w:r>
    </w:p>
    <w:p>
      <w:r>
        <w:rPr>
          <w:b/>
        </w:rPr>
        <w:t xml:space="preserve">[09:32] </w:t>
      </w:r>
      <w:r>
        <w:t>bolna ho to pehle sochen.</w:t>
      </w:r>
    </w:p>
    <w:p>
      <w:pPr>
        <w:jc w:val="right"/>
      </w:pPr>
      <w:r>
        <w:t>بولنا ہو تو پہلے سوچیں۔</w:t>
      </w:r>
    </w:p>
    <w:p>
      <w:r>
        <w:rPr>
          <w:b/>
        </w:rPr>
        <w:t xml:space="preserve">[09:37] </w:t>
      </w:r>
      <w:r>
        <w:t>"man samt naja" mein yeh kya matlab nikla? yeh is aadmi ne bataya tha mujhe.</w:t>
      </w:r>
    </w:p>
    <w:p>
      <w:pPr>
        <w:jc w:val="right"/>
      </w:pPr>
      <w:r>
        <w:t>"من سمت نجا" میں یہ کیا مطلب نکلا؟ یہ اس آدمی نے بتایا تھا مجھے۔</w:t>
      </w:r>
    </w:p>
    <w:p>
      <w:r>
        <w:rPr>
          <w:b/>
        </w:rPr>
        <w:t xml:space="preserve">[09:41] </w:t>
      </w:r>
      <w:r>
        <w:t>ke chup rehne ka matlab kya hai? aap bolne se pehle soch rahe hain.</w:t>
      </w:r>
    </w:p>
    <w:p>
      <w:pPr>
        <w:jc w:val="right"/>
      </w:pPr>
      <w:r>
        <w:t>کہ چپ رہنے کا مطلب کیا ہے؟ آپ بولنے سے پہلے سوچ رہے ہیں۔</w:t>
      </w:r>
    </w:p>
    <w:p>
      <w:r>
        <w:rPr>
          <w:b/>
        </w:rPr>
        <w:t xml:space="preserve">[09:46] </w:t>
      </w:r>
      <w:r>
        <w:t>kitni bari baat hai yeh.</w:t>
      </w:r>
    </w:p>
    <w:p>
      <w:pPr>
        <w:jc w:val="right"/>
      </w:pPr>
      <w:r>
        <w:t>کتنی بڑی بات ہے یہ۔</w:t>
      </w:r>
    </w:p>
    <w:p>
      <w:r>
        <w:rPr>
          <w:b/>
        </w:rPr>
        <w:t xml:space="preserve">[09:50] </w:t>
      </w:r>
      <w:r>
        <w:t>yeh is aadmi ne bataya mujhe.</w:t>
      </w:r>
    </w:p>
    <w:p>
      <w:pPr>
        <w:jc w:val="right"/>
      </w:pPr>
      <w:r>
        <w:t>یہ اس آدمی نے بتایا مجھے۔</w:t>
      </w:r>
    </w:p>
    <w:p>
      <w:r>
        <w:rPr>
          <w:b/>
        </w:rPr>
        <w:t xml:space="preserve">[09:54] </w:t>
      </w:r>
      <w:r>
        <w:t>ke chup rehne ka matlab yeh hai ke aap bolne se pehle soch rahe hain.</w:t>
      </w:r>
    </w:p>
    <w:p>
      <w:pPr>
        <w:jc w:val="right"/>
      </w:pPr>
      <w:r>
        <w:t>کہ چپ رہنے کا مطلب یہ ہے کہ آپ بولنے سے پہلے سوچ رہے ہیں۔</w:t>
      </w:r>
    </w:p>
    <w:p>
      <w:r>
        <w:rPr>
          <w:b/>
        </w:rPr>
        <w:t xml:space="preserve">[09:58] </w:t>
      </w:r>
      <w:r>
        <w:t>action lene se pehle planning kar rahe hain.</w:t>
      </w:r>
    </w:p>
    <w:p>
      <w:pPr>
        <w:jc w:val="right"/>
      </w:pPr>
      <w:r>
        <w:t>ایکشن لینے سے پہلے پلاننگ کر رہے ہیں۔</w:t>
      </w:r>
    </w:p>
    <w:p>
      <w:r>
        <w:rPr>
          <w:b/>
        </w:rPr>
        <w:t xml:space="preserve">[10:02] </w:t>
      </w:r>
      <w:r>
        <w:t>kood padne se pehle apna naqsha bana rahe hain.</w:t>
      </w:r>
    </w:p>
    <w:p>
      <w:pPr>
        <w:jc w:val="right"/>
      </w:pPr>
      <w:r>
        <w:t>کود پڑنے سے پہلے اپنا نقشہ بنا رہے ہیں۔</w:t>
      </w:r>
    </w:p>
    <w:p>
      <w:r>
        <w:rPr>
          <w:b/>
        </w:rPr>
        <w:t xml:space="preserve">[10:05] </w:t>
      </w:r>
      <w:r>
        <w:t>assessment kar rahe hain situation ko.</w:t>
      </w:r>
    </w:p>
    <w:p>
      <w:pPr>
        <w:jc w:val="right"/>
      </w:pPr>
      <w:r>
        <w:t>اسسمنٹ کر رہے ہیں سچویشن کو۔</w:t>
      </w:r>
    </w:p>
    <w:p>
      <w:r>
        <w:rPr>
          <w:b/>
        </w:rPr>
        <w:t xml:space="preserve">[10:09] </w:t>
      </w:r>
      <w:r>
        <w:t>yeh sari baatein is mein shamil hain.</w:t>
      </w:r>
    </w:p>
    <w:p>
      <w:pPr>
        <w:jc w:val="right"/>
      </w:pPr>
      <w:r>
        <w:t>یہ ساری باتیں اس میں شامل ہیں۔</w:t>
      </w:r>
    </w:p>
    <w:p>
      <w:r>
        <w:rPr>
          <w:b/>
        </w:rPr>
        <w:t xml:space="preserve">[10:13] </w:t>
      </w:r>
      <w:r>
        <w:t>"mun samt naja".</w:t>
      </w:r>
    </w:p>
    <w:p>
      <w:pPr>
        <w:jc w:val="right"/>
      </w:pPr>
      <w:r>
        <w:t>"من سمت نجا"۔</w:t>
      </w:r>
    </w:p>
    <w:p>
      <w:r>
        <w:rPr>
          <w:b/>
        </w:rPr>
        <w:t xml:space="preserve">[10:17] </w:t>
      </w:r>
      <w:r>
        <w:t>to aaj kal dekhiye, koi planning nahi</w:t>
      </w:r>
    </w:p>
    <w:p>
      <w:pPr>
        <w:jc w:val="right"/>
      </w:pPr>
      <w:r>
        <w:t>تو آج کل دیکھیے، کوئی پلاننگ نہیں</w:t>
      </w:r>
    </w:p>
    <w:p>
      <w:r>
        <w:rPr>
          <w:b/>
        </w:rPr>
        <w:t xml:space="preserve">[10:21] </w:t>
      </w:r>
      <w:r>
        <w:t>halat ka koi jaiza nahi, yaani masle ki gumbtihta ko samjhe baghair bas chhalang laga dete hain. yeh sab is hadith ke khilaf hai. to "man samata najaa" mein ek poora ek samandar hai, samandar hai maani ka. jo chup raha, us ne nijat pai. is</w:t>
      </w:r>
    </w:p>
    <w:p>
      <w:pPr>
        <w:jc w:val="right"/>
      </w:pPr>
      <w:r>
        <w:t>، حالات کا کوئی جائزہ نہیں، یعنی مسئلے کی گمبھیرتا کو سمجھے بغیر بس چھلاگ لگا دیتے ہیں۔ یہ سب اس حدیث کے خلاف ہے۔ تو "من سمت نجا" میں ایک پورا ایک سمندر ہے، سمندر ہے معنی کا۔ جو چپ رہا، اس نے نجات پائی۔ اس</w:t>
      </w:r>
    </w:p>
    <w:p>
      <w:r>
        <w:rPr>
          <w:b/>
        </w:rPr>
        <w:t xml:space="preserve">[10:51] </w:t>
      </w:r>
      <w:r>
        <w:t>mein ek lifestyle bataya gaya hai, ek lifestyle.</w:t>
      </w:r>
    </w:p>
    <w:p>
      <w:pPr>
        <w:jc w:val="right"/>
      </w:pPr>
      <w:r>
        <w:t>میں ایک لائف اسٹائل بتایا گیا ہے، ایک لائف اسٹائل۔</w:t>
      </w:r>
    </w:p>
    <w:p>
      <w:r>
        <w:rPr>
          <w:b/>
        </w:rPr>
        <w:t xml:space="preserve">[10:56] </w:t>
      </w:r>
      <w:r>
        <w:t>yeh hadith jo hai, aap ko ek lifestyle batati hai.</w:t>
      </w:r>
    </w:p>
    <w:p>
      <w:pPr>
        <w:jc w:val="right"/>
      </w:pPr>
      <w:r>
        <w:t>یہ حدیث جو ہے، آپ کو ایک لائف اسٹائل بتاتی ہے۔</w:t>
      </w:r>
    </w:p>
    <w:p>
      <w:r>
        <w:rPr>
          <w:b/>
        </w:rPr>
        <w:t xml:space="preserve">[11:01] </w:t>
      </w:r>
      <w:r>
        <w:t>ke jab bhi bolna ho to pehle socho.</w:t>
      </w:r>
    </w:p>
    <w:p>
      <w:pPr>
        <w:jc w:val="right"/>
      </w:pPr>
      <w:r>
        <w:t>کہ جب بھی بولنا ہو تو پہلے سوچو۔</w:t>
      </w:r>
    </w:p>
    <w:p>
      <w:r>
        <w:rPr>
          <w:b/>
        </w:rPr>
        <w:t xml:space="preserve">[11:06] </w:t>
      </w:r>
      <w:r>
        <w:t>koi kaam karna ho to pehle planning karo.</w:t>
      </w:r>
    </w:p>
    <w:p>
      <w:pPr>
        <w:jc w:val="right"/>
      </w:pPr>
      <w:r>
        <w:t>کوئی کام کرنا ہو تو پہلے پلاننگ کرو۔</w:t>
      </w:r>
    </w:p>
    <w:p>
      <w:r>
        <w:rPr>
          <w:b/>
        </w:rPr>
        <w:t xml:space="preserve">[11:11] </w:t>
      </w:r>
      <w:r>
        <w:t>koi step lena ho to pehle halaat ka jaiza lo.</w:t>
      </w:r>
    </w:p>
    <w:p>
      <w:pPr>
        <w:jc w:val="right"/>
      </w:pPr>
      <w:r>
        <w:t>کوئی اسٹیپ لینا ہو تو پہلے حالات کا جائزہ لو۔</w:t>
      </w:r>
    </w:p>
    <w:p>
      <w:r>
        <w:rPr>
          <w:b/>
        </w:rPr>
        <w:t xml:space="preserve">[11:16] </w:t>
      </w:r>
      <w:r>
        <w:t>to chahe zaban ko istemal karna ho, chahe loudspeaker ko istemal karna ho, ya</w:t>
      </w:r>
    </w:p>
    <w:p>
      <w:pPr>
        <w:jc w:val="right"/>
      </w:pPr>
      <w:r>
        <w:t>تو چاہے زبان کو استعمال کرنا ہو، چاہے لاؤڈ اسپیکر کو استعمال کرنا ہو، یا</w:t>
      </w:r>
    </w:p>
    <w:p>
      <w:r>
        <w:rPr>
          <w:b/>
        </w:rPr>
        <w:t xml:space="preserve">[11:21] </w:t>
      </w:r>
      <w:r>
        <w:t>car ka horn bajana ho, jalsay mein bolna ho ya private mein bolna ho, har jagah aap bolne</w:t>
      </w:r>
    </w:p>
    <w:p>
      <w:pPr>
        <w:jc w:val="right"/>
      </w:pPr>
      <w:r>
        <w:t>کار کا ہارن بجانا ہو، جلسے میں بولنا ہو یا پرائیویٹ میں بولنا ہو، ہر جگہ آپ بولنے</w:t>
      </w:r>
    </w:p>
    <w:p>
      <w:r>
        <w:rPr>
          <w:b/>
        </w:rPr>
        <w:t xml:space="preserve">[11:26] </w:t>
      </w:r>
      <w:r>
        <w:t>se pehle sochein.</w:t>
      </w:r>
    </w:p>
    <w:p>
      <w:pPr>
        <w:jc w:val="right"/>
      </w:pPr>
      <w:r>
        <w:t>سے پہلے سوچیں۔</w:t>
      </w:r>
    </w:p>
    <w:p>
      <w:r>
        <w:rPr>
          <w:b/>
        </w:rPr>
        <w:t xml:space="preserve">[11:31] </w:t>
      </w:r>
      <w:r>
        <w:t>aap ka bolna, mein ne kai baar aisa hua hai ke mein kisi meeting mein hoon, har aadmi</w:t>
      </w:r>
    </w:p>
    <w:p>
      <w:pPr>
        <w:jc w:val="right"/>
      </w:pPr>
      <w:r>
        <w:t>آپ کا بولنا، میں نے کئی بار ایسا ہوا ہے کہ میں کسی میٹنگ میں ہوں، ہر آدمی</w:t>
      </w:r>
    </w:p>
    <w:p>
      <w:r>
        <w:rPr>
          <w:b/>
        </w:rPr>
        <w:t xml:space="preserve">[11:37] </w:t>
      </w:r>
      <w:r>
        <w:t>bol raha hai, to samajh mein kuch bhi nahi aata.</w:t>
      </w:r>
    </w:p>
    <w:p>
      <w:pPr>
        <w:jc w:val="right"/>
      </w:pPr>
      <w:r>
        <w:t>بول رہا ہے، تو سمجھ میں کچھ بھی نہیں آتا۔</w:t>
      </w:r>
    </w:p>
    <w:p>
      <w:r>
        <w:rPr>
          <w:b/>
        </w:rPr>
        <w:t xml:space="preserve">[11:42] </w:t>
      </w:r>
      <w:r>
        <w:t>noise pollution hota hai.</w:t>
      </w:r>
    </w:p>
    <w:p>
      <w:pPr>
        <w:jc w:val="right"/>
      </w:pPr>
      <w:r>
        <w:t>نوائس پولیوشن ہوتا ہے۔</w:t>
      </w:r>
    </w:p>
    <w:p>
      <w:r>
        <w:rPr>
          <w:b/>
        </w:rPr>
        <w:t xml:space="preserve">[11:47] </w:t>
      </w:r>
      <w:r>
        <w:t>aaj kal loudspeaker par jo speeches hoti hain, ya gaane hote hain loudspeaker par,</w:t>
      </w:r>
    </w:p>
    <w:p>
      <w:pPr>
        <w:jc w:val="right"/>
      </w:pPr>
      <w:r>
        <w:t>آج کل لاؤڈ اسپیکر پر جو اسپیچز ہوتی ہیں، یا گانے ہوتے ہیں لاؤڈ اسپیکر پر،</w:t>
      </w:r>
    </w:p>
    <w:p>
      <w:r>
        <w:rPr>
          <w:b/>
        </w:rPr>
        <w:t xml:space="preserve">[11:52] </w:t>
      </w:r>
      <w:r>
        <w:t>to mein sunne ki koshish karta hoon, kuch samajh mein nahi aata.</w:t>
      </w:r>
    </w:p>
    <w:p>
      <w:pPr>
        <w:jc w:val="right"/>
      </w:pPr>
      <w:r>
        <w:t>تو میں سننے کی کوشش کرتا ہوں، کچھ سمجھ میں نہیں آتا۔</w:t>
      </w:r>
    </w:p>
    <w:p>
      <w:r>
        <w:rPr>
          <w:b/>
        </w:rPr>
        <w:t xml:space="preserve">[11:56] </w:t>
      </w:r>
      <w:r>
        <w:t>kyun ke itna faasla hota hai, itna distance hota hai ke wahan se mujhe sirf shor to sunai deta</w:t>
      </w:r>
    </w:p>
    <w:p>
      <w:pPr>
        <w:jc w:val="right"/>
      </w:pPr>
      <w:r>
        <w:t>کیونکہ اتنا فاصلہ ہوتا ہے، اتنا ڈسٹنس ہوتا ہے کہ وہاں سے مجھے صرف شور تو سنائی دیتا</w:t>
      </w:r>
    </w:p>
    <w:p>
      <w:r>
        <w:rPr>
          <w:b/>
        </w:rPr>
        <w:t xml:space="preserve">[12:00] </w:t>
      </w:r>
      <w:r>
        <w:t>hai, is ke words nahi sunai dete.</w:t>
      </w:r>
    </w:p>
    <w:p>
      <w:pPr>
        <w:jc w:val="right"/>
      </w:pPr>
      <w:r>
        <w:t>ہے، اس کے शब्द نہیں سنائی دیتے۔</w:t>
      </w:r>
    </w:p>
    <w:p>
      <w:r>
        <w:rPr>
          <w:b/>
        </w:rPr>
        <w:t xml:space="preserve">[12:03] </w:t>
      </w:r>
      <w:r>
        <w:t>aksar aisa hota hai kisi jalsay mein, kisi ibarat khane mein kuch ho raha hai, unhone loud</w:t>
      </w:r>
    </w:p>
    <w:p>
      <w:pPr>
        <w:jc w:val="right"/>
      </w:pPr>
      <w:r>
        <w:t>اکثر ایسا ہوتا ہے کسی جلسے میں، کسی عبارت خانے میں کچھ ہو رہا ہے، انہوں نے لاؤڈ</w:t>
      </w:r>
    </w:p>
    <w:p>
      <w:r>
        <w:rPr>
          <w:b/>
        </w:rPr>
        <w:t xml:space="preserve">[12:07] </w:t>
      </w:r>
      <w:r>
        <w:t>speaker laga diya unhone.</w:t>
      </w:r>
    </w:p>
    <w:p>
      <w:pPr>
        <w:jc w:val="right"/>
      </w:pPr>
      <w:r>
        <w:t>اسپیکر لگا دیا انہوں نے۔</w:t>
      </w:r>
    </w:p>
    <w:p>
      <w:r>
        <w:rPr>
          <w:b/>
        </w:rPr>
        <w:t xml:space="preserve">[12:11] </w:t>
      </w:r>
      <w:r>
        <w:t>ab wahan se mujhe shor to sunai de raha hai, lekin kya baat keh raha hai, kehne wala</w:t>
      </w:r>
    </w:p>
    <w:p>
      <w:pPr>
        <w:jc w:val="right"/>
      </w:pPr>
      <w:r>
        <w:t>اب وہاں سے مجھے شور تو سنائی دے رہا ہے، لیکن کیا بات کہہ رہا ہے، کہنے والا</w:t>
      </w:r>
    </w:p>
    <w:p>
      <w:r>
        <w:rPr>
          <w:b/>
        </w:rPr>
        <w:t xml:space="preserve">[12:15] </w:t>
      </w:r>
      <w:r>
        <w:t>kuch nahi sunai deta.</w:t>
      </w:r>
    </w:p>
    <w:p>
      <w:pPr>
        <w:jc w:val="right"/>
      </w:pPr>
      <w:r>
        <w:t>کچھ نہیں سنائی دیتا۔</w:t>
      </w:r>
    </w:p>
    <w:p>
      <w:r>
        <w:rPr>
          <w:b/>
        </w:rPr>
        <w:t xml:space="preserve">[12:18] </w:t>
      </w:r>
      <w:r>
        <w:t>it means ke aap</w:t>
      </w:r>
    </w:p>
    <w:p>
      <w:pPr>
        <w:jc w:val="right"/>
      </w:pPr>
      <w:r>
        <w:t>اٹ مینز کہ آپ</w:t>
      </w:r>
    </w:p>
    <w:p>
      <w:r>
        <w:rPr>
          <w:b/>
        </w:rPr>
        <w:t xml:space="preserve">[12:22] </w:t>
      </w:r>
      <w:r>
        <w:t>to apni samajh se kuch baat keh rahe hain, lekin result ke aitbar se aap sirf noise pollution</w:t>
      </w:r>
    </w:p>
    <w:p>
      <w:pPr>
        <w:jc w:val="right"/>
      </w:pPr>
      <w:r>
        <w:t>تو اپنی سمجھ سے کچھ بات کہہ رہے ہیں، لیکن رزلٹ کے اعتبار سے آپ صرف نوائس پولیوشن</w:t>
      </w:r>
    </w:p>
    <w:p>
      <w:r>
        <w:rPr>
          <w:b/>
        </w:rPr>
        <w:t xml:space="preserve">[12:27] </w:t>
      </w:r>
      <w:r>
        <w:t>ka kaam kar rahe hain.</w:t>
      </w:r>
    </w:p>
    <w:p>
      <w:pPr>
        <w:jc w:val="right"/>
      </w:pPr>
      <w:r>
        <w:t>کا کام کر رہے ہیں۔</w:t>
      </w:r>
    </w:p>
    <w:p>
      <w:r>
        <w:rPr>
          <w:b/>
        </w:rPr>
        <w:t xml:space="preserve">[12:32] </w:t>
      </w:r>
      <w:r>
        <w:t>yeh kitni bari baat hai.</w:t>
      </w:r>
    </w:p>
    <w:p>
      <w:pPr>
        <w:jc w:val="right"/>
      </w:pPr>
      <w:r>
        <w:t>یہ کتنی بڑی بات ہے۔</w:t>
      </w:r>
    </w:p>
    <w:p>
      <w:r>
        <w:rPr>
          <w:b/>
        </w:rPr>
        <w:t xml:space="preserve">[12:37] </w:t>
      </w:r>
      <w:r>
        <w:t>"man samt naja" mein yeh bhi shamil hai ke bolne se pehle socho ke tum jo bologe</w:t>
      </w:r>
    </w:p>
    <w:p>
      <w:pPr>
        <w:jc w:val="right"/>
      </w:pPr>
      <w:r>
        <w:t>"من سمت نجا" میں یہ بھی شامل ہے کہ بولنے سے پہلے سوچو کہ تم جو بولو گے</w:t>
      </w:r>
    </w:p>
    <w:p>
      <w:r>
        <w:rPr>
          <w:b/>
        </w:rPr>
        <w:t xml:space="preserve">[12:42] </w:t>
      </w:r>
      <w:r>
        <w:t>to practical tor par is ka result yeh to nahi hoga ke noise pollution band karna jaye gi tumhara bolna.</w:t>
      </w:r>
    </w:p>
    <w:p>
      <w:pPr>
        <w:jc w:val="right"/>
      </w:pPr>
      <w:r>
        <w:t>تو پریکٹیکل طور پر اس کا رزلٹ یہ تو نہیں ہوگا کہ نوائس پولیوشن بند کرنا جائے گی تمہارا بولنا۔</w:t>
      </w:r>
    </w:p>
    <w:p>
      <w:r>
        <w:rPr>
          <w:b/>
        </w:rPr>
        <w:t xml:space="preserve">[12:47] </w:t>
      </w:r>
      <w:r>
        <w:t>daily mein yeh dekhta hoon, d</w:t>
      </w:r>
    </w:p>
    <w:p>
      <w:pPr>
        <w:jc w:val="right"/>
      </w:pPr>
      <w:r>
        <w:t>ڈیلی میں یہ دیکھتا ہوں، ڈ</w:t>
      </w:r>
    </w:p>
    <w:p>
      <w:r>
        <w:rPr>
          <w:b/>
        </w:rPr>
        <w:t xml:space="preserve">[12:52] </w:t>
      </w:r>
      <w:r>
        <w:t>aily.</w:t>
      </w:r>
    </w:p>
    <w:p>
      <w:pPr>
        <w:jc w:val="right"/>
      </w:pPr>
      <w:r>
        <w:t>یلی۔</w:t>
      </w:r>
    </w:p>
    <w:p>
      <w:r>
        <w:rPr>
          <w:b/>
        </w:rPr>
        <w:t xml:space="preserve">[12:56] </w:t>
      </w:r>
      <w:r>
        <w:t>idhar udhar se awazein ati hain jo loudspeaker par, kisi ibarat khane se, kisi jalse gane se.</w:t>
      </w:r>
    </w:p>
    <w:p>
      <w:pPr>
        <w:jc w:val="right"/>
      </w:pPr>
      <w:r>
        <w:t>ادھر ادھر سے آوازیں آتی ہیں جو لاؤڈ اسپیکر پر، کسی عبارت خانے سے، کسی جلسے گانے سے۔</w:t>
      </w:r>
    </w:p>
    <w:p>
      <w:r>
        <w:rPr>
          <w:b/>
        </w:rPr>
        <w:t xml:space="preserve">[12:59] </w:t>
      </w:r>
      <w:r>
        <w:t>zor zor se, din ko, raat ko.</w:t>
      </w:r>
    </w:p>
    <w:p>
      <w:pPr>
        <w:jc w:val="right"/>
      </w:pPr>
      <w:r>
        <w:t>زور زور سے، دن کو، رات کو۔</w:t>
      </w:r>
    </w:p>
    <w:p>
      <w:r>
        <w:rPr>
          <w:b/>
        </w:rPr>
        <w:t xml:space="preserve">[13:02] </w:t>
      </w:r>
      <w:r>
        <w:t>samajhne mein koshish karta hoon to kuch samajh mein nahi ata.</w:t>
      </w:r>
    </w:p>
    <w:p>
      <w:pPr>
        <w:jc w:val="right"/>
      </w:pPr>
      <w:r>
        <w:t>سمجھنے میں کوشش کرتا ہوں تو کچھ سمجھ میں نہیں آتا۔</w:t>
      </w:r>
    </w:p>
    <w:p>
      <w:r>
        <w:rPr>
          <w:b/>
        </w:rPr>
        <w:t xml:space="preserve">[13:06] </w:t>
      </w:r>
      <w:r>
        <w:t>kyunke wahan par jahan ho raha hai, to jo log pass baithe hue hain, un ko to samajh</w:t>
      </w:r>
    </w:p>
    <w:p>
      <w:pPr>
        <w:jc w:val="right"/>
      </w:pPr>
      <w:r>
        <w:t>کیونکہ وہاں پر جہاں ہو رہا ہے، تو جو لوگ پاس بیٹھے ہوئے ہیں، ان کو تو سمجھ</w:t>
      </w:r>
    </w:p>
    <w:p>
      <w:r>
        <w:rPr>
          <w:b/>
        </w:rPr>
        <w:t xml:space="preserve">[13:09] </w:t>
      </w:r>
      <w:r>
        <w:t>mein ayega.</w:t>
      </w:r>
    </w:p>
    <w:p>
      <w:pPr>
        <w:jc w:val="right"/>
      </w:pPr>
      <w:r>
        <w:t>میں آئے گا۔</w:t>
      </w:r>
    </w:p>
    <w:p>
      <w:r>
        <w:rPr>
          <w:b/>
        </w:rPr>
        <w:t xml:space="preserve">[13:13] </w:t>
      </w:r>
      <w:r>
        <w:t>ab loudspeaker laga kar jo aap door phenk rahe hain apni awaz ko, to wahan par is</w:t>
      </w:r>
    </w:p>
    <w:p>
      <w:pPr>
        <w:jc w:val="right"/>
      </w:pPr>
      <w:r>
        <w:t>اب لاؤڈ اسپیکر لگا کر جو آپ دور پھینک رہے ہیں اپنی آواز کو، تو وہاں پر اس</w:t>
      </w:r>
    </w:p>
    <w:p>
      <w:r>
        <w:rPr>
          <w:b/>
        </w:rPr>
        <w:t xml:space="preserve">[13:16] </w:t>
      </w:r>
      <w:r>
        <w:t>awaz jo ja rahi hai, sirf shor ja raha hai wahan.</w:t>
      </w:r>
    </w:p>
    <w:p>
      <w:pPr>
        <w:jc w:val="right"/>
      </w:pPr>
      <w:r>
        <w:t>آواز جو جا رہی ہے، صرف شور جا رہا ہے وہاں۔</w:t>
      </w:r>
    </w:p>
    <w:p>
      <w:r>
        <w:rPr>
          <w:b/>
        </w:rPr>
        <w:t xml:space="preserve">[13:19] </w:t>
      </w:r>
      <w:r>
        <w:t>wahan aap ki awaz, aap ke alfaaz nahi ja rahe hain.</w:t>
      </w:r>
    </w:p>
    <w:p>
      <w:pPr>
        <w:jc w:val="right"/>
      </w:pPr>
      <w:r>
        <w:t>وہاں آپ کی آواز، آپ کے الفاظ نہیں جا رہے ہیں۔</w:t>
      </w:r>
    </w:p>
    <w:p>
      <w:r>
        <w:rPr>
          <w:b/>
        </w:rPr>
        <w:t xml:space="preserve">[13:23] </w:t>
      </w:r>
      <w:r>
        <w:t>aap ke shabd nahi ja rahe hain.</w:t>
      </w:r>
    </w:p>
    <w:p>
      <w:pPr>
        <w:jc w:val="right"/>
      </w:pPr>
      <w:r>
        <w:t>آپ کے शब्द نہیں جا رہے ہیں۔</w:t>
      </w:r>
    </w:p>
    <w:p>
      <w:r>
        <w:rPr>
          <w:b/>
        </w:rPr>
        <w:t xml:space="preserve">[13:26] </w:t>
      </w:r>
      <w:r>
        <w:t>har bar mera tajurba yahi hai.</w:t>
      </w:r>
    </w:p>
    <w:p>
      <w:pPr>
        <w:jc w:val="right"/>
      </w:pPr>
      <w:r>
        <w:t>ہر بار میرا تجربہ یہی ہے۔</w:t>
      </w:r>
    </w:p>
    <w:p>
      <w:r>
        <w:rPr>
          <w:b/>
        </w:rPr>
        <w:t xml:space="preserve">[13:30] </w:t>
      </w:r>
      <w:r>
        <w:t>ke kisi hall mein, kisi public place mein, kisi ibarat khane mein, kuch program hoga, wahan loudspeaker</w:t>
      </w:r>
    </w:p>
    <w:p>
      <w:pPr>
        <w:jc w:val="right"/>
      </w:pPr>
      <w:r>
        <w:t>کہ کسی ہال میں، کسی پبلک پلیس میں، کسی عبارت خانے میں، کچھ پروگرام ہوگا، وہاں لاؤڈ اسپیکر</w:t>
      </w:r>
    </w:p>
    <w:p>
      <w:r>
        <w:rPr>
          <w:b/>
        </w:rPr>
        <w:t xml:space="preserve">[13:34] </w:t>
      </w:r>
      <w:r>
        <w:t>laga dein ge woh.</w:t>
      </w:r>
    </w:p>
    <w:p>
      <w:pPr>
        <w:jc w:val="right"/>
      </w:pPr>
      <w:r>
        <w:t>لگا دیں گے وہ۔</w:t>
      </w:r>
    </w:p>
    <w:p>
      <w:r>
        <w:rPr>
          <w:b/>
        </w:rPr>
        <w:t xml:space="preserve">[13:38] </w:t>
      </w:r>
      <w:r>
        <w:t>yeh soche baghair ke tumhara jo audience hai, immediate audience hai, us ke liye to loudspeaker ki</w:t>
      </w:r>
    </w:p>
    <w:p>
      <w:pPr>
        <w:jc w:val="right"/>
      </w:pPr>
      <w:r>
        <w:t>یہ سوچے بغیر کہ تمہارا جو آڈینس ہے، امیڈیٹ آڈینس ہے، اس کے لیے تو لاؤڈ اسپیکر کی</w:t>
      </w:r>
    </w:p>
    <w:p>
      <w:r>
        <w:rPr>
          <w:b/>
        </w:rPr>
        <w:t xml:space="preserve">[13:41] </w:t>
      </w:r>
      <w:r>
        <w:t>zarurat hi nahi hai.</w:t>
      </w:r>
    </w:p>
    <w:p>
      <w:pPr>
        <w:jc w:val="right"/>
      </w:pPr>
      <w:r>
        <w:t>ضرورت ہی نہیں ہے۔</w:t>
      </w:r>
    </w:p>
    <w:p>
      <w:r>
        <w:rPr>
          <w:b/>
        </w:rPr>
        <w:t xml:space="preserve">[13:45] </w:t>
      </w:r>
      <w:r>
        <w:t>aur jahan tum apni awaz pohncha rahe ho, to un ke liye to noise pollution pohncha rahe ho.</w:t>
      </w:r>
    </w:p>
    <w:p>
      <w:pPr>
        <w:jc w:val="right"/>
      </w:pPr>
      <w:r>
        <w:t>اور جہاں تم اپنی آواز پہنچا رہے ہو، تو ان کے لیے تو نوائس پولیوشن پہنچا رہے ہو۔</w:t>
      </w:r>
    </w:p>
    <w:p>
      <w:r>
        <w:rPr>
          <w:b/>
        </w:rPr>
        <w:t xml:space="preserve">[13:49] </w:t>
      </w:r>
      <w:r>
        <w:t>kyunke woh to samjhenge nahin kuch</w:t>
      </w:r>
    </w:p>
    <w:p>
      <w:pPr>
        <w:jc w:val="right"/>
      </w:pPr>
      <w:r>
        <w:t>کیونکہ وہ تو سمجھیں گے نہیں کچھ</w:t>
      </w:r>
    </w:p>
    <w:p>
      <w:r>
        <w:rPr>
          <w:b/>
        </w:rPr>
        <w:t xml:space="preserve">[13:53] </w:t>
      </w:r>
      <w:r>
        <w:t>—</w:t>
      </w:r>
    </w:p>
    <w:p>
      <w:pPr>
        <w:jc w:val="right"/>
      </w:pPr>
      <w:r>
        <w:t>۔</w:t>
      </w:r>
    </w:p>
    <w:p>
      <w:r>
        <w:rPr>
          <w:b/>
        </w:rPr>
        <w:t xml:space="preserve">[13:59] </w:t>
      </w:r>
      <w:r>
        <w:t>to "man samt naja" ka matlab hoga ke jis ne soch samajh kar amal kiya, woh kamyab rahega.</w:t>
      </w:r>
    </w:p>
    <w:p>
      <w:pPr>
        <w:jc w:val="right"/>
      </w:pPr>
      <w:r>
        <w:t>تو "من سمت نجا" کا مطلب ہوگا کہ جس نے سوچ سمجھ کر عمل کیا، وہ کامیاب رہے گا۔</w:t>
      </w:r>
    </w:p>
    <w:p>
      <w:r>
        <w:rPr>
          <w:b/>
        </w:rPr>
        <w:t xml:space="preserve">[14:05] </w:t>
      </w:r>
      <w:r>
        <w:t>is mein sach poochhen to well considered planning ki taleem di gayi hai.</w:t>
      </w:r>
    </w:p>
    <w:p>
      <w:pPr>
        <w:jc w:val="right"/>
      </w:pPr>
      <w:r>
        <w:t>اس میں سچ پوچھیں تو ویل کنسیڈرڈ پلاننگ کی تعلیم دی گئی ہے۔</w:t>
      </w:r>
    </w:p>
    <w:p>
      <w:r>
        <w:rPr>
          <w:b/>
        </w:rPr>
        <w:t xml:space="preserve">[14:11] </w:t>
      </w:r>
      <w:r>
        <w:t>well considered response ki taleem di gayi hai.</w:t>
      </w:r>
    </w:p>
    <w:p>
      <w:pPr>
        <w:jc w:val="right"/>
      </w:pPr>
      <w:r>
        <w:t>ویل کنسیڈرڈ رسپانس کی تعلیم دی گئی ہے۔</w:t>
      </w:r>
    </w:p>
    <w:p>
      <w:r>
        <w:rPr>
          <w:b/>
        </w:rPr>
        <w:t xml:space="preserve">[14:17] </w:t>
      </w:r>
      <w:r>
        <w:t>well considered action ki taleem di gayi</w:t>
      </w:r>
    </w:p>
    <w:p>
      <w:pPr>
        <w:jc w:val="right"/>
      </w:pPr>
      <w:r>
        <w:t>ویل کنسیڈرڈ ایکشن کی تعلیم دی گئی</w:t>
      </w:r>
    </w:p>
    <w:p>
      <w:r>
        <w:rPr>
          <w:b/>
        </w:rPr>
        <w:t xml:space="preserve">[14:23] </w:t>
      </w:r>
      <w:r>
        <w:t>hai.</w:t>
      </w:r>
    </w:p>
    <w:p>
      <w:pPr>
        <w:jc w:val="right"/>
      </w:pPr>
      <w:r>
        <w:t>ہے۔</w:t>
      </w:r>
    </w:p>
    <w:p>
      <w:r>
        <w:rPr>
          <w:b/>
        </w:rPr>
        <w:t xml:space="preserve">[14:27] </w:t>
      </w:r>
      <w:r>
        <w:t>well considered speech ki taleem di gayi hai.</w:t>
      </w:r>
    </w:p>
    <w:p>
      <w:pPr>
        <w:jc w:val="right"/>
      </w:pPr>
      <w:r>
        <w:t>ویل کنسیڈرڈ اسپیچ کی تعلیم دی گئی ہے۔</w:t>
      </w:r>
    </w:p>
    <w:p>
      <w:r>
        <w:rPr>
          <w:b/>
        </w:rPr>
        <w:t xml:space="preserve">[14:32] </w:t>
      </w:r>
      <w:r>
        <w:t>kitni bari baat hai is hadith mein.</w:t>
      </w:r>
    </w:p>
    <w:p>
      <w:pPr>
        <w:jc w:val="right"/>
      </w:pPr>
      <w:r>
        <w:t>کتنی بڑی بات ہے اس حدیث میں۔</w:t>
      </w:r>
    </w:p>
    <w:p>
      <w:r>
        <w:rPr>
          <w:b/>
        </w:rPr>
        <w:t xml:space="preserve">[14:36] </w:t>
      </w:r>
      <w:r>
        <w:t>agar aap is ko pakad len aap to.</w:t>
      </w:r>
    </w:p>
    <w:p>
      <w:pPr>
        <w:jc w:val="right"/>
      </w:pPr>
      <w:r>
        <w:t>اگر آپ اس کو پکڑ لیں آپ تو۔</w:t>
      </w:r>
    </w:p>
    <w:p>
      <w:r>
        <w:rPr>
          <w:b/>
        </w:rPr>
        <w:t xml:space="preserve">[14:41] </w:t>
      </w:r>
      <w:r>
        <w:t>kitni bari baat hai.</w:t>
      </w:r>
    </w:p>
    <w:p>
      <w:pPr>
        <w:jc w:val="right"/>
      </w:pPr>
      <w:r>
        <w:t>کتنی بڑی بات ہے۔</w:t>
      </w:r>
    </w:p>
    <w:p>
      <w:r>
        <w:rPr>
          <w:b/>
        </w:rPr>
        <w:t xml:space="preserve">[14:45] </w:t>
      </w:r>
      <w:r>
        <w:t>yaani apni zaban ko, apni har fe'l ko disciplined way mein istemal karna.</w:t>
      </w:r>
    </w:p>
    <w:p>
      <w:pPr>
        <w:jc w:val="right"/>
      </w:pPr>
      <w:r>
        <w:t>یعنی اپنی زبان کو، اپنی ہر فعل کو ڈسپلنڈ وے میں استعمال کرنا۔</w:t>
      </w:r>
    </w:p>
    <w:p>
      <w:r>
        <w:rPr>
          <w:b/>
        </w:rPr>
        <w:t xml:space="preserve">[14:50] </w:t>
      </w:r>
      <w:r>
        <w:t>disciplined way mein.</w:t>
      </w:r>
    </w:p>
    <w:p>
      <w:pPr>
        <w:jc w:val="right"/>
      </w:pPr>
      <w:r>
        <w:t>ڈسپلنڈ وے میں۔</w:t>
      </w:r>
    </w:p>
    <w:p>
      <w:r>
        <w:rPr>
          <w:b/>
        </w:rPr>
        <w:t xml:space="preserve">[14:55] </w:t>
      </w:r>
      <w:r>
        <w:t>jab aap disciplined way mein istemal karenge to aap samjhen ke chup zyada aham hai bolne ke muqable mein.</w:t>
      </w:r>
    </w:p>
    <w:p>
      <w:pPr>
        <w:jc w:val="right"/>
      </w:pPr>
      <w:r>
        <w:t>جب آپ ڈسپلنڈ وے میں استعمال کریں گے تو آپ سمجھیں کہ چپ زیادہ اہم ہے بولنے کے مقابلے میں۔</w:t>
      </w:r>
    </w:p>
    <w:p>
      <w:r>
        <w:rPr>
          <w:b/>
        </w:rPr>
        <w:t xml:space="preserve">[14:59] </w:t>
      </w:r>
      <w:r>
        <w:t>kyunke jab tak chup hain, tab tak aap planning kar rahe hain.</w:t>
      </w:r>
    </w:p>
    <w:p>
      <w:pPr>
        <w:jc w:val="right"/>
      </w:pPr>
      <w:r>
        <w:t>کیونکہ جب تک چپ ہیں، تب تک آپ پلاننگ کر رہے ہیں۔</w:t>
      </w:r>
    </w:p>
    <w:p>
      <w:r>
        <w:rPr>
          <w:b/>
        </w:rPr>
        <w:t xml:space="preserve">[15:03] </w:t>
      </w:r>
      <w:r>
        <w:t>jab tak aap chup hain, jab tak aap naqsha bana rahe hain.</w:t>
      </w:r>
    </w:p>
    <w:p>
      <w:pPr>
        <w:jc w:val="right"/>
      </w:pPr>
      <w:r>
        <w:t>جب تک آپ چپ ہیں، جب تک آپ نقشہ بنا رہے ہیں۔</w:t>
      </w:r>
    </w:p>
    <w:p>
      <w:r>
        <w:rPr>
          <w:b/>
        </w:rPr>
        <w:t xml:space="preserve">[15:07] </w:t>
      </w:r>
      <w:r>
        <w:t>jab tak aap chup hain, jab tak situation ko study kar rahe hain.</w:t>
      </w:r>
    </w:p>
    <w:p>
      <w:pPr>
        <w:jc w:val="right"/>
      </w:pPr>
      <w:r>
        <w:t>جب تک آپ چپ ہیں، جب تک سچویشن کو اسٹڈی کر رہے ہیں۔</w:t>
      </w:r>
    </w:p>
    <w:p>
      <w:r>
        <w:rPr>
          <w:b/>
        </w:rPr>
        <w:t xml:space="preserve">[15:12] </w:t>
      </w:r>
      <w:r>
        <w:t>aap dekhen kitni important baat hai yeh.</w:t>
      </w:r>
    </w:p>
    <w:p>
      <w:pPr>
        <w:jc w:val="right"/>
      </w:pPr>
      <w:r>
        <w:t>آپ دیکھیں کتنی امپورٹنٹ بات ہے یہ۔</w:t>
      </w:r>
    </w:p>
    <w:p>
      <w:r>
        <w:rPr>
          <w:b/>
        </w:rPr>
        <w:t xml:space="preserve">[15:16] </w:t>
      </w:r>
      <w:r>
        <w:t>to farmaya ke "man samt naja".</w:t>
      </w:r>
    </w:p>
    <w:p>
      <w:pPr>
        <w:jc w:val="right"/>
      </w:pPr>
      <w:r>
        <w:t>تو فرمایا کہ "من سمت نجا"۔</w:t>
      </w:r>
    </w:p>
    <w:p>
      <w:r>
        <w:rPr>
          <w:b/>
        </w:rPr>
        <w:t xml:space="preserve">[15:20] </w:t>
      </w:r>
      <w:r>
        <w:t>jo chup raha,</w:t>
      </w:r>
    </w:p>
    <w:p>
      <w:pPr>
        <w:jc w:val="right"/>
      </w:pPr>
      <w:r>
        <w:t>جو چپ رہا،</w:t>
      </w:r>
    </w:p>
    <w:p>
      <w:r>
        <w:rPr>
          <w:b/>
        </w:rPr>
        <w:t xml:space="preserve">[15:25] </w:t>
      </w:r>
      <w:r>
        <w:t>us ne nijat pai.</w:t>
      </w:r>
    </w:p>
    <w:p>
      <w:pPr>
        <w:jc w:val="right"/>
      </w:pPr>
      <w:r>
        <w:t>اس نے نجات پائی۔</w:t>
      </w:r>
    </w:p>
    <w:p>
      <w:r>
        <w:rPr>
          <w:b/>
        </w:rPr>
        <w:t xml:space="preserve">[15:31] </w:t>
      </w:r>
      <w:r>
        <w:t>kyunke us ki planning bohat hi gehri hogi.</w:t>
      </w:r>
    </w:p>
    <w:p>
      <w:pPr>
        <w:jc w:val="right"/>
      </w:pPr>
      <w:r>
        <w:t>کیونکہ اس کی پلاننگ بہت ہی گہری ہوگی۔</w:t>
      </w:r>
    </w:p>
    <w:p>
      <w:r>
        <w:rPr>
          <w:b/>
        </w:rPr>
        <w:t xml:space="preserve">[15:37] </w:t>
      </w:r>
      <w:r>
        <w:t>us ka bolna bohat hi gehra bolna hoga.</w:t>
      </w:r>
    </w:p>
    <w:p>
      <w:pPr>
        <w:jc w:val="right"/>
      </w:pPr>
      <w:r>
        <w:t>اس کا بولنا بہت ہی گہرا بولنا ہوگا۔</w:t>
      </w:r>
    </w:p>
    <w:p>
      <w:r>
        <w:rPr>
          <w:b/>
        </w:rPr>
        <w:t xml:space="preserve">[15:43] </w:t>
      </w:r>
      <w:r>
        <w:t>to aisa bolna jo hai, woh to aap ko kamyabi hi de sakta hai.</w:t>
      </w:r>
    </w:p>
    <w:p>
      <w:pPr>
        <w:jc w:val="right"/>
      </w:pPr>
      <w:r>
        <w:t>تو ایسا بولنا جو ہے، وہ تو آپ کو کامیابی ہی دے سکتا ہے۔</w:t>
      </w:r>
    </w:p>
    <w:p>
      <w:r>
        <w:rPr>
          <w:b/>
        </w:rPr>
        <w:t xml:space="preserve">[15:49] </w:t>
      </w:r>
      <w:r>
        <w:t>isi tarah farmaya hadith mein aaya hai ke kai hadithain aisi hain ke sahaba</w:t>
      </w:r>
    </w:p>
    <w:p>
      <w:pPr>
        <w:jc w:val="right"/>
      </w:pPr>
      <w:r>
        <w:t>اسی طرح فرمایا حدیث میں آیا ہے کہ کئی حدیثیں ایسی ہیں کہ صحابہ</w:t>
      </w:r>
    </w:p>
    <w:p>
      <w:r>
        <w:rPr>
          <w:b/>
        </w:rPr>
        <w:t xml:space="preserve">[15:56] </w:t>
      </w:r>
      <w:r>
        <w:t>kehte hain ke rasool Allah ghusse mein aa gaye. "ashadd ghazabuhu".</w:t>
      </w:r>
    </w:p>
    <w:p>
      <w:pPr>
        <w:jc w:val="right"/>
      </w:pPr>
      <w:r>
        <w:t>کہتے ہیں کہ رسول اللہ غصے میں آ گئے۔ "اشتد غضبہ"۔</w:t>
      </w:r>
    </w:p>
    <w:p>
      <w:r>
        <w:rPr>
          <w:b/>
        </w:rPr>
        <w:t xml:space="preserve">[16:01] </w:t>
      </w:r>
      <w:r>
        <w:t>ek martaba ho ke aap ghusse mein aa gaye, aap ka ghussa bhark utha, aap ki aankhein laal ho gayin.</w:t>
      </w:r>
    </w:p>
    <w:p>
      <w:pPr>
        <w:jc w:val="right"/>
      </w:pPr>
      <w:r>
        <w:t>ایک مرتبہ ہو کہ آپ غصے میں آ گئے، آپ کا غصہ بھڑک اٹھا، آپ کی آنکھیں لال ہو گئیں۔</w:t>
      </w:r>
    </w:p>
    <w:p>
      <w:r>
        <w:rPr>
          <w:b/>
        </w:rPr>
        <w:t xml:space="preserve">[16:06] </w:t>
      </w:r>
      <w:r>
        <w:t>to log yeh samajhte hain ke rasool Allah jo the, koi narmi ka mujassama the, ghussa un ko</w:t>
      </w:r>
    </w:p>
    <w:p>
      <w:pPr>
        <w:jc w:val="right"/>
      </w:pPr>
      <w:r>
        <w:t>تو لوگ یہ سمجھتے ہیں کہ رسول اللہ جو تھے، کوئی نرمی کا مجسمہ تھے، غصہ ان کو</w:t>
      </w:r>
    </w:p>
    <w:p>
      <w:r>
        <w:rPr>
          <w:b/>
        </w:rPr>
        <w:t xml:space="preserve">[16:11] </w:t>
      </w:r>
      <w:r>
        <w:t>aata nahi tha.</w:t>
      </w:r>
    </w:p>
    <w:p>
      <w:pPr>
        <w:jc w:val="right"/>
      </w:pPr>
      <w:r>
        <w:t>آتا نہیں تھا۔</w:t>
      </w:r>
    </w:p>
    <w:p>
      <w:r>
        <w:rPr>
          <w:b/>
        </w:rPr>
        <w:t xml:space="preserve">[16:16] </w:t>
      </w:r>
      <w:r>
        <w:t>khaali naram naram updesh dete the.</w:t>
      </w:r>
    </w:p>
    <w:p>
      <w:pPr>
        <w:jc w:val="right"/>
      </w:pPr>
      <w:r>
        <w:t>خالی نرم نرم اُپدیش دیتے تھے۔</w:t>
      </w:r>
    </w:p>
    <w:p>
      <w:r>
        <w:rPr>
          <w:b/>
        </w:rPr>
        <w:t xml:space="preserve">[16:21] </w:t>
      </w:r>
      <w:r>
        <w:t>yeh aap ka concept nahi hai. rasool Allah</w:t>
      </w:r>
    </w:p>
    <w:p>
      <w:pPr>
        <w:jc w:val="right"/>
      </w:pPr>
      <w:r>
        <w:t>یہ آپ کا کنسیپٹ نہیں ہے۔ رسول اللہ</w:t>
      </w:r>
    </w:p>
    <w:p>
      <w:r>
        <w:rPr>
          <w:b/>
        </w:rPr>
        <w:t xml:space="preserve">[16:26] </w:t>
      </w:r>
      <w:r>
        <w:t>poori tarah se the, yaani un ka saara principle ko, ghussa ke maani yahan kya hain? dekhiye, ghussa</w:t>
      </w:r>
    </w:p>
    <w:p>
      <w:pPr>
        <w:jc w:val="right"/>
      </w:pPr>
      <w:r>
        <w:t>پوری طرح سے تھے، یعنی ان کا سارا پرنسپل کو، غصہ کے معنی یہاں کیا ہیں؟ دیکھیے، غصہ</w:t>
      </w:r>
    </w:p>
    <w:p>
      <w:r>
        <w:rPr>
          <w:b/>
        </w:rPr>
        <w:t xml:space="preserve">[16:31] </w:t>
      </w:r>
      <w:r>
        <w:t>do qism ka hota hai.</w:t>
      </w:r>
    </w:p>
    <w:p>
      <w:pPr>
        <w:jc w:val="right"/>
      </w:pPr>
      <w:r>
        <w:t>دو قسم کا ہوتا ہے۔</w:t>
      </w:r>
    </w:p>
    <w:p>
      <w:r>
        <w:rPr>
          <w:b/>
        </w:rPr>
        <w:t xml:space="preserve">[16:36] </w:t>
      </w:r>
      <w:r>
        <w:t>hazrat ayesha kehti hain ke aap apni zaat ke maamle mein koi ghussa nahi hote the.</w:t>
      </w:r>
    </w:p>
    <w:p>
      <w:pPr>
        <w:jc w:val="right"/>
      </w:pPr>
      <w:r>
        <w:t>حضرت عائشہ کہتی ہیں کہ آپ اپنی ذات کے معاملے میں کوئی غصہ نہیں ہوتے تھے۔</w:t>
      </w:r>
    </w:p>
    <w:p>
      <w:r>
        <w:rPr>
          <w:b/>
        </w:rPr>
        <w:t xml:space="preserve">[16:41] </w:t>
      </w:r>
      <w:r>
        <w:t>principle ki baat ho to us par ghussa hote the.</w:t>
      </w:r>
    </w:p>
    <w:p>
      <w:pPr>
        <w:jc w:val="right"/>
      </w:pPr>
      <w:r>
        <w:t>پرنسپل کی بات ہو تو اس پر غصہ ہوتے تھے۔</w:t>
      </w:r>
    </w:p>
    <w:p>
      <w:r>
        <w:rPr>
          <w:b/>
        </w:rPr>
        <w:t xml:space="preserve">[16:46] </w:t>
      </w:r>
      <w:r>
        <w:t>yeh baat ko samjhiye.</w:t>
      </w:r>
    </w:p>
    <w:p>
      <w:pPr>
        <w:jc w:val="right"/>
      </w:pPr>
      <w:r>
        <w:t>یہ بات کو سمجھئے۔</w:t>
      </w:r>
    </w:p>
    <w:p>
      <w:r>
        <w:rPr>
          <w:b/>
        </w:rPr>
        <w:t xml:space="preserve">[16:51] </w:t>
      </w:r>
      <w:r>
        <w:t>"ashadd ghazabuhu" jo kaha to us ka matlab yeh nahi ke aap ke o</w:t>
      </w:r>
    </w:p>
    <w:p>
      <w:pPr>
        <w:jc w:val="right"/>
      </w:pPr>
      <w:r>
        <w:t>"اشتد غضبہ" جو کہا تو اس کا مطلب یہ نہیں کہ آپ کے او</w:t>
      </w:r>
    </w:p>
    <w:p>
      <w:r>
        <w:rPr>
          <w:b/>
        </w:rPr>
        <w:t xml:space="preserve">[16:56] </w:t>
      </w:r>
      <w:r>
        <w:t>par kisi ne bura keh diya, aap ki zaat par kisi ne hamla kar diya to aap ghussa ho gaye. Rasool Allah hamesha principle par ghussa hote thay. apni zaat ke bare mein ghussa nahi hote thay. aise bohat se waqiat aate hain, misaal ke taur par aap ko saamne aa kar kehne wale kehte thay ke "anta mudhamam".</w:t>
      </w:r>
    </w:p>
    <w:p>
      <w:pPr>
        <w:jc w:val="right"/>
      </w:pPr>
      <w:r>
        <w:t>پر کسی نے برا کہہ دیا، آپ کی ذات پر کسی نے حملہ کر دیا تو آپ غصہ ہو گئے۔ رسول اللہ ہمیشہ پرنسپل پر غصہ ہوتے تھے۔ اپنی ذات کے بارے میں غصہ نہیں ہوتے تھے۔ ایسے بہت سے واقعات آتے ہیں، مثال کے طور پر آپ کو سامنے آ کر کہنے والے کہتے تھے کہ "أنت مذمم"۔</w:t>
      </w:r>
    </w:p>
    <w:p>
      <w:r>
        <w:rPr>
          <w:b/>
        </w:rPr>
        <w:t xml:space="preserve">[17:26] </w:t>
      </w:r>
      <w:r>
        <w:t>"mudmam nabina". ke aap ko hum kaddam karte hain. aap ek bure insaan hain. qabil muzammat insaan hain. lekin aap ko kuch bhi ghussa nahi aata tha. normal tareeqe se sunte thay bas. kuch bhi nahi, dua karte thay us ke liye. to jab bhi aap ki zaat par hamla kiya gaya to kabhi aap ko ghussa nahi aaya. lekin jab mamla principle ka hota tha, kisi usool ka hota tha, to woh</w:t>
      </w:r>
    </w:p>
    <w:p>
      <w:pPr>
        <w:jc w:val="right"/>
      </w:pPr>
      <w:r>
        <w:t>"مذمم نبینا"۔ کہ آپ کو ہم کڈم کرتے ہیں۔ آپ ایک برے انسان ہیں۔ قابل مذمت انسان ہیں۔ لیکن آپ کو کچھ بھی غصہ نہیں آتا تھا۔ نارمل طریقے سے سنتے تھے بس۔ کچھ بھی نہیں، دعا کرتے تھے اس کے لیے۔ تو جب بھی آپ کی ذات پر حملہ کیا گیا تو کبھی آپ کو غصہ نہیں آیا۔ لیکن جب معاملہ پرنسپل کا ہوتا تھا، کسی اصول کا ہوتا تھا، تو وہ</w:t>
      </w:r>
    </w:p>
    <w:p>
      <w:r>
        <w:rPr>
          <w:b/>
        </w:rPr>
        <w:t xml:space="preserve">[17:56] </w:t>
      </w:r>
      <w:r>
        <w:t>haan aap ko ghussa aata tha. wahan aap ko ghussa aata tha. to is se hamein ek rehnumai milti hai, woh yeh milti hai ke ghussa absolute sense mein koi buri cheez nahi hai. ghussa ka matlab yeh nahi ke aap ghussa ho kar maar daalein kisi ko. yeh matlab nahi hai. ghussa ka matlab sirf yeh hai ke aap shadeed</w:t>
      </w:r>
    </w:p>
    <w:p>
      <w:pPr>
        <w:jc w:val="right"/>
      </w:pPr>
      <w:r>
        <w:t>اں آپ کو غصہ آتا تھا۔ وہاں آپ کو غصہ آتا تھا۔ تو اس سے ہمیں ایک رہنمائی ملتی ہے، وہ یہ ملتی ہے کہ غصہ ایبسولیوٹ سینس میں کوئی بری چیز نہیں ہے۔ غصہ کا مطلب یہ نہیں کہ آپ غصہ ہو کر مار ڈالیں کسی کو۔ یہ مطلب نہیں ہے۔ غصہ کا مطلب صرف یہ ہے کہ آپ شدید</w:t>
      </w:r>
    </w:p>
    <w:p>
      <w:r>
        <w:rPr>
          <w:b/>
        </w:rPr>
        <w:t xml:space="preserve">[18:26] </w:t>
      </w:r>
      <w:r>
        <w:t>ho jayen.</w:t>
      </w:r>
    </w:p>
    <w:p>
      <w:pPr>
        <w:jc w:val="right"/>
      </w:pPr>
      <w:r>
        <w:t>ہو جائیں۔</w:t>
      </w:r>
    </w:p>
    <w:p>
      <w:r>
        <w:rPr>
          <w:b/>
        </w:rPr>
        <w:t xml:space="preserve">[18:31] </w:t>
      </w:r>
      <w:r>
        <w:t>bahut zyada mehsoos karein kisi baat ko.</w:t>
      </w:r>
    </w:p>
    <w:p>
      <w:pPr>
        <w:jc w:val="right"/>
      </w:pPr>
      <w:r>
        <w:t>بہت زیادہ محسوس کریں کسی بات کو۔</w:t>
      </w:r>
    </w:p>
    <w:p>
      <w:r>
        <w:rPr>
          <w:b/>
        </w:rPr>
        <w:t xml:space="preserve">[18:36] </w:t>
      </w:r>
      <w:r>
        <w:t>bas maarna, kaatna, gaali dena, bura bhala karna, yeh matlab nahi hai ghussa karne ka.</w:t>
      </w:r>
    </w:p>
    <w:p>
      <w:pPr>
        <w:jc w:val="right"/>
      </w:pPr>
      <w:r>
        <w:t>بس مارنا، کاٹنا، گالی دینا، برا بھلا کرنا، یہ مطلب نہیں ہے غصہ کرنے کا۔</w:t>
      </w:r>
    </w:p>
    <w:p>
      <w:r>
        <w:rPr>
          <w:b/>
        </w:rPr>
        <w:t xml:space="preserve">[18:41] </w:t>
      </w:r>
      <w:r>
        <w:t>to rasool Allah ke apni zaat par, jise woh kehte hain "character assassination", aisa koi baat ki gayi,</w:t>
      </w:r>
    </w:p>
    <w:p>
      <w:pPr>
        <w:jc w:val="right"/>
      </w:pPr>
      <w:r>
        <w:t>تو رسول اللہ کے اپنی ذات پر، جسے وہ کہتے ہیں "کریکٹر اسیسینیشن"، ایسا کوئی بات کی گئی،</w:t>
      </w:r>
    </w:p>
    <w:p>
      <w:r>
        <w:rPr>
          <w:b/>
        </w:rPr>
        <w:t xml:space="preserve">[18:46] </w:t>
      </w:r>
      <w:r>
        <w:t>aap ki zaat par kuch bura bhala kaha gaya, aap kabhi provoke nahi hote the.</w:t>
      </w:r>
    </w:p>
    <w:p>
      <w:pPr>
        <w:jc w:val="right"/>
      </w:pPr>
      <w:r>
        <w:t>آپ کی ذات پر کچھ برا بھلا کہا گیا، آپ کبھی پرووک نہیں ہوتے تھے۔</w:t>
      </w:r>
    </w:p>
    <w:p>
      <w:r>
        <w:rPr>
          <w:b/>
        </w:rPr>
        <w:t xml:space="preserve">[18:51] </w:t>
      </w:r>
      <w:r>
        <w:t>kabhi ghussa nahi hote the.</w:t>
      </w:r>
    </w:p>
    <w:p>
      <w:pPr>
        <w:jc w:val="right"/>
      </w:pPr>
      <w:r>
        <w:t>کبھی غصہ نہیں ہوتے تھے۔</w:t>
      </w:r>
    </w:p>
    <w:p>
      <w:r>
        <w:rPr>
          <w:b/>
        </w:rPr>
        <w:t xml:space="preserve">[18:56] </w:t>
      </w:r>
      <w:r>
        <w:t>thande tareeqe se sunte the aur us ke liye dua karte the.</w:t>
      </w:r>
    </w:p>
    <w:p>
      <w:pPr>
        <w:jc w:val="right"/>
      </w:pPr>
      <w:r>
        <w:t>ٹھنڈے طریقے سے سنتے تھے اور اس کے لیے دعا کرتے تھے۔</w:t>
      </w:r>
    </w:p>
    <w:p>
      <w:r>
        <w:rPr>
          <w:b/>
        </w:rPr>
        <w:t xml:space="preserve">[19:01] </w:t>
      </w:r>
      <w:r>
        <w:t>lekin jab aisa hota, kisi aadmi ne principle ke khilaaf kiya hai, principle ke khilaaf, usool ke khilaaf,</w:t>
      </w:r>
    </w:p>
    <w:p>
      <w:pPr>
        <w:jc w:val="right"/>
      </w:pPr>
      <w:r>
        <w:t>لیکن جب ایسا ہوتا، کسی آدمی نے پرنسپل کے خلاف کیا ہے، پرنسپل کے خلاف، اصول کے خلاف،</w:t>
      </w:r>
    </w:p>
    <w:p>
      <w:r>
        <w:rPr>
          <w:b/>
        </w:rPr>
        <w:t xml:space="preserve">[19:06] </w:t>
      </w:r>
      <w:r>
        <w:t>tab zaroor aap ko bura maloom hota tha.</w:t>
      </w:r>
    </w:p>
    <w:p>
      <w:pPr>
        <w:jc w:val="right"/>
      </w:pPr>
      <w:r>
        <w:t>تب ضرور آپ کو برا معلوم ہوتا تھا۔</w:t>
      </w:r>
    </w:p>
    <w:p>
      <w:r>
        <w:rPr>
          <w:b/>
        </w:rPr>
        <w:t xml:space="preserve">[19:11] </w:t>
      </w:r>
      <w:r>
        <w:t>yahan tak ke ghussa aa jata tha aap ko.</w:t>
      </w:r>
    </w:p>
    <w:p>
      <w:pPr>
        <w:jc w:val="right"/>
      </w:pPr>
      <w:r>
        <w:t>یہاں تک کہ غصہ آ جاتا تھا آپ کو۔</w:t>
      </w:r>
    </w:p>
    <w:p>
      <w:r>
        <w:rPr>
          <w:b/>
        </w:rPr>
        <w:t xml:space="preserve">[19:16] </w:t>
      </w:r>
      <w:r>
        <w:t>to jitne bhi waqeaat aap ke baare mein ghusse ke hain, woh us waqt ke hain jab ke</w:t>
      </w:r>
    </w:p>
    <w:p>
      <w:pPr>
        <w:jc w:val="right"/>
      </w:pPr>
      <w:r>
        <w:t>تو جتنے بھی واقعات آپ کے بارے میں غصے کے ہیں، وہ اس وقت کے ہیں جب کہ</w:t>
      </w:r>
    </w:p>
    <w:p>
      <w:r>
        <w:rPr>
          <w:b/>
        </w:rPr>
        <w:t xml:space="preserve">[19:21] </w:t>
      </w:r>
      <w:r>
        <w:t>kisi ne principle ke khilaaf kiya.</w:t>
      </w:r>
    </w:p>
    <w:p>
      <w:pPr>
        <w:jc w:val="right"/>
      </w:pPr>
      <w:r>
        <w:t>کسی نے پرنسپل کے خلاف کیا۔</w:t>
      </w:r>
    </w:p>
    <w:p>
      <w:r>
        <w:rPr>
          <w:b/>
        </w:rPr>
        <w:t xml:space="preserve">[19:26] </w:t>
      </w:r>
      <w:r>
        <w:t>aur jahan tak aap ki zaat ka ta'alluq hai, to aap ki zaat ke baare mein log kehte</w:t>
      </w:r>
    </w:p>
    <w:p>
      <w:pPr>
        <w:jc w:val="right"/>
      </w:pPr>
      <w:r>
        <w:t>اور جہاں تک آپ کی ذات کا تعلق ہے، تو آپ کی ذات کے بارے میں لوگ کہتے</w:t>
      </w:r>
    </w:p>
    <w:p>
      <w:r>
        <w:rPr>
          <w:b/>
        </w:rPr>
        <w:t xml:space="preserve">[19:30] </w:t>
      </w:r>
      <w:r>
        <w:t>the, "ya ayyuha al-rasool innaka lamajnoon".</w:t>
      </w:r>
    </w:p>
    <w:p>
      <w:pPr>
        <w:jc w:val="right"/>
      </w:pPr>
      <w:r>
        <w:t>تھے، "یا ایہا الرسول إنك لمجنون"۔</w:t>
      </w:r>
    </w:p>
    <w:p>
      <w:r>
        <w:rPr>
          <w:b/>
        </w:rPr>
        <w:t xml:space="preserve">[19:33] </w:t>
      </w:r>
      <w:r>
        <w:t>quran majeed mein hai ke log kehte hain, "ya ayyuha al-rasool innaka lamajnoon".</w:t>
      </w:r>
    </w:p>
    <w:p>
      <w:pPr>
        <w:jc w:val="right"/>
      </w:pPr>
      <w:r>
        <w:t>قرآن مجید میں ہے کہ لوگ کہتے ہیں، "یا ایہا الرسول إنك لمجنون"۔</w:t>
      </w:r>
    </w:p>
    <w:p>
      <w:r>
        <w:rPr>
          <w:b/>
        </w:rPr>
        <w:t xml:space="preserve">[19:37] </w:t>
      </w:r>
      <w:r>
        <w:t>ae paighambar, tum to deewane ho.</w:t>
      </w:r>
    </w:p>
    <w:p>
      <w:pPr>
        <w:jc w:val="right"/>
      </w:pPr>
      <w:r>
        <w:t>اے پیغمبر، تم تو دیوانے ہو۔</w:t>
      </w:r>
    </w:p>
    <w:p>
      <w:r>
        <w:rPr>
          <w:b/>
        </w:rPr>
        <w:t xml:space="preserve">[19:40] </w:t>
      </w:r>
      <w:r>
        <w:t>lekin aap ko kabhi gussa nahin aaya.</w:t>
      </w:r>
    </w:p>
    <w:p>
      <w:pPr>
        <w:jc w:val="right"/>
      </w:pPr>
      <w:r>
        <w:t>لیکن آپ کو کبھی غصہ نہیں آیا۔</w:t>
      </w:r>
    </w:p>
    <w:p>
      <w:r>
        <w:rPr>
          <w:b/>
        </w:rPr>
        <w:t xml:space="preserve">[19:44] </w:t>
      </w:r>
      <w:r>
        <w:t>yahan tak ke kaha gaya, "anta kaththab".</w:t>
      </w:r>
    </w:p>
    <w:p>
      <w:pPr>
        <w:jc w:val="right"/>
      </w:pPr>
      <w:r>
        <w:t>یہاں تک کہ کہا گیا، "أنت كذاب"۔</w:t>
      </w:r>
    </w:p>
    <w:p>
      <w:r>
        <w:rPr>
          <w:b/>
        </w:rPr>
        <w:t xml:space="preserve">[19:47] </w:t>
      </w:r>
      <w:r>
        <w:t>tum jhoote ho.</w:t>
      </w:r>
    </w:p>
    <w:p>
      <w:pPr>
        <w:jc w:val="right"/>
      </w:pPr>
      <w:r>
        <w:t>تم جھوٹے ہو۔</w:t>
      </w:r>
    </w:p>
    <w:p>
      <w:r>
        <w:rPr>
          <w:b/>
        </w:rPr>
        <w:t xml:space="preserve">[19:51] </w:t>
      </w:r>
      <w:r>
        <w:t>aap ko gussa nahin aaya.</w:t>
      </w:r>
    </w:p>
    <w:p>
      <w:pPr>
        <w:jc w:val="right"/>
      </w:pPr>
      <w:r>
        <w:t>آپ کو غصہ نہیں آیا۔</w:t>
      </w:r>
    </w:p>
    <w:p>
      <w:r>
        <w:rPr>
          <w:b/>
        </w:rPr>
        <w:t xml:space="preserve">[19:54] </w:t>
      </w:r>
      <w:r>
        <w:t>aaj kal jo log bhadak uthte hain</w:t>
      </w:r>
    </w:p>
    <w:p>
      <w:pPr>
        <w:jc w:val="right"/>
      </w:pPr>
      <w:r>
        <w:t>آج کل جو لوگ بھڑک اٹھتے ہیں</w:t>
      </w:r>
    </w:p>
    <w:p>
      <w:r>
        <w:rPr>
          <w:b/>
        </w:rPr>
        <w:t xml:space="preserve">[19:57] </w:t>
      </w:r>
      <w:r>
        <w:t>ke rasool Allah ke liye gustakhi hui hai, to bhadakte hain.</w:t>
      </w:r>
    </w:p>
    <w:p>
      <w:pPr>
        <w:jc w:val="right"/>
      </w:pPr>
      <w:r>
        <w:t>کہ رسول اللہ کے لیے گستاخی ہوئی ہے، تو بھڑکتے ہیں۔</w:t>
      </w:r>
    </w:p>
    <w:p>
      <w:r>
        <w:rPr>
          <w:b/>
        </w:rPr>
        <w:t xml:space="preserve">[20:03] </w:t>
      </w:r>
      <w:r>
        <w:t>yeh bilkul Islam mein bilkul jaiz hi nahin hai bhadakna.</w:t>
      </w:r>
    </w:p>
    <w:p>
      <w:pPr>
        <w:jc w:val="right"/>
      </w:pPr>
      <w:r>
        <w:t>یہ بالکل اسلام میں بالکل جائز ہی نہیں ہے بھڑکنا۔</w:t>
      </w:r>
    </w:p>
    <w:p>
      <w:r>
        <w:rPr>
          <w:b/>
        </w:rPr>
        <w:t xml:space="preserve">[20:08] </w:t>
      </w:r>
      <w:r>
        <w:t>aksar aap dekhte honge ke koi cartoon chhap gaya, koi kitaab chhap gayi, jis mein rasool Allah</w:t>
      </w:r>
    </w:p>
    <w:p>
      <w:pPr>
        <w:jc w:val="right"/>
      </w:pPr>
      <w:r>
        <w:t>اکثر آپ دیکھتے ہوں گے کہ کوئی کارٹون چھپ گیا، کوئی کتاب چھپ گئی، جس میں رسول اللہ</w:t>
      </w:r>
    </w:p>
    <w:p>
      <w:r>
        <w:rPr>
          <w:b/>
        </w:rPr>
        <w:t xml:space="preserve">[20:13] </w:t>
      </w:r>
      <w:r>
        <w:t>ke khilaaf koi gustakhi ki baat thi, to ek hungama khada hota hai, jalsa, jaloos, naare, jhande.</w:t>
      </w:r>
    </w:p>
    <w:p>
      <w:pPr>
        <w:jc w:val="right"/>
      </w:pPr>
      <w:r>
        <w:t>کے خلاف کوئی گستاخی کی بات تھی، تو ایک ہنگامہ کھڑا ہوتا ہے، جلسہ، جلوس، نعرے، جھنڈے۔</w:t>
      </w:r>
    </w:p>
    <w:p>
      <w:r>
        <w:rPr>
          <w:b/>
        </w:rPr>
        <w:t xml:space="preserve">[20:19] </w:t>
      </w:r>
      <w:r>
        <w:t>yeh bilkul Islam mein jaiz nahin hai, jaiz nahin hai, jaiz nahin hai.</w:t>
      </w:r>
    </w:p>
    <w:p>
      <w:pPr>
        <w:jc w:val="right"/>
      </w:pPr>
      <w:r>
        <w:t>یہ بالکل اسلام میں جائز نہیں ہے، جائز نہیں ہے، جائز نہیں ہے۔</w:t>
      </w:r>
    </w:p>
    <w:p>
      <w:r>
        <w:rPr>
          <w:b/>
        </w:rPr>
        <w:t xml:space="preserve">[20:24] </w:t>
      </w:r>
      <w:r>
        <w:t>ab sawal yeh hai ke rasool Allah to khud ek namoona the.</w:t>
      </w:r>
    </w:p>
    <w:p>
      <w:pPr>
        <w:jc w:val="right"/>
      </w:pPr>
      <w:r>
        <w:t>اب سوال یہ ہے کہ رسول اللہ تو خود ایک نمونہ تھے۔</w:t>
      </w:r>
    </w:p>
    <w:p>
      <w:r>
        <w:rPr>
          <w:b/>
        </w:rPr>
        <w:t xml:space="preserve">[20:29] </w:t>
      </w:r>
      <w:r>
        <w:t>to jab aap apni zaat ke bare mein kuch kaha gaya to aap bhadke nahin, to aap kyun</w:t>
      </w:r>
    </w:p>
    <w:p>
      <w:pPr>
        <w:jc w:val="right"/>
      </w:pPr>
      <w:r>
        <w:t>تو جب آپ اپنی ذات کے بارے میں کچھ کہا گیا تو آپ بھڑکے نہیں، تو آپ کیوں</w:t>
      </w:r>
    </w:p>
    <w:p>
      <w:r>
        <w:rPr>
          <w:b/>
        </w:rPr>
        <w:t xml:space="preserve">[20:36] </w:t>
      </w:r>
      <w:r>
        <w:t>bhadakte hain? aap rasool Allah hi ke namoona kyun nahin pakadte? to rasool Allah ka namoona yeh hai</w:t>
      </w:r>
    </w:p>
    <w:p>
      <w:pPr>
        <w:jc w:val="right"/>
      </w:pPr>
      <w:r>
        <w:t>بھڑکتے ہیں؟ آپ رسول اللہ ہی کے نمونے کیوں نہیں پکڑتے؟ تو رسول اللہ کا نمونہ یہ ہے</w:t>
      </w:r>
    </w:p>
    <w:p>
      <w:r>
        <w:rPr>
          <w:b/>
        </w:rPr>
        <w:t xml:space="preserve">[20:42] </w:t>
      </w:r>
      <w:r>
        <w:t>ke zaat ke bare mein agar kuch kaha jaye to aap dua kijiye bas.</w:t>
      </w:r>
    </w:p>
    <w:p>
      <w:pPr>
        <w:jc w:val="right"/>
      </w:pPr>
      <w:r>
        <w:t>کہ ذات کے بارے میں اگر کچھ کہا جائے تو آپ دعا کیجیے بس۔</w:t>
      </w:r>
    </w:p>
    <w:p>
      <w:r>
        <w:rPr>
          <w:b/>
        </w:rPr>
        <w:t xml:space="preserve">[20:49] </w:t>
      </w:r>
      <w:r>
        <w:t>haan, agar usool ke khilaaf kuch kiya jaye to wahan aap ko haq hai ke aap shadeed ho</w:t>
      </w:r>
    </w:p>
    <w:p>
      <w:pPr>
        <w:jc w:val="right"/>
      </w:pPr>
      <w:r>
        <w:t>ہاں، اگر اصول کے خلاف کچھ کیا جائے تو وہاں آپ کو حق ہے کہ آپ شدید ہو</w:t>
      </w:r>
    </w:p>
    <w:p>
      <w:r>
        <w:rPr>
          <w:b/>
        </w:rPr>
        <w:t xml:space="preserve">[20:56] </w:t>
      </w:r>
      <w:r>
        <w:t>jayein, iski shadeed se mehsoos karein, aur batayein aadmi ko ke tum ne usool ke khilaaf kaam kiya hai.</w:t>
      </w:r>
    </w:p>
    <w:p>
      <w:pPr>
        <w:jc w:val="right"/>
      </w:pPr>
      <w:r>
        <w:t>جائیں، اس کی شدت سے محسوس کریں، اور بتائیں آدمی کو کہ تم نے اصول کے خلاف کام کیا ہے۔</w:t>
      </w:r>
    </w:p>
    <w:p>
      <w:r>
        <w:rPr>
          <w:b/>
        </w:rPr>
        <w:t xml:space="preserve">[21:02] </w:t>
      </w:r>
      <w:r>
        <w:t>to Rasool Allah ke, jis ko kehte hain na, Rasool Allah ki shaan mein gustakhi. yeh shaan mein gustakhi ka lafzi bidat hai. sar ta bidat hai. Rasool Allah ki shaan mein gustakhi, kisi baat ko keh kar ke Rasool Allah ki shaan mein gustakhi hai, aap bhark jayein, yeh bilkul Islam ke khilaaf hai. yaad rakhiye, yeh mujrimana amal hai. agar aap ke nazd</w:t>
      </w:r>
    </w:p>
    <w:p>
      <w:pPr>
        <w:jc w:val="right"/>
      </w:pPr>
      <w:r>
        <w:t>تو رسول اللہ کے، جس کو کہتے ہیں نا، رسول اللہ کی شان میں گستاخی۔ یہ شان میں گستاخی کا لفظی بدعت ہے۔ سرتا بدعت ہے۔ رسول اللہ کی شان میں گستاخی، کسی بات کو کہہ کر کہ رسول اللہ کی شان میں گستاخی ہے، آپ بھڑک جائیں، یہ بالکل اسلام کے خلاف ہے۔ یاد رکھیے، یہ مجرمانہ فعل ہے۔ اگر آپ کے نزد</w:t>
      </w:r>
    </w:p>
    <w:p>
      <w:r>
        <w:rPr>
          <w:b/>
        </w:rPr>
        <w:t xml:space="preserve">[21:32] </w:t>
      </w:r>
      <w:r>
        <w:t>agar kisi ne rasool Allah ke khilaaf kuch kaha hai to aap thande tareeqe se samjhaiye.</w:t>
      </w:r>
    </w:p>
    <w:p>
      <w:pPr>
        <w:jc w:val="right"/>
      </w:pPr>
      <w:r>
        <w:t>یک کسی نے رسول اللہ کے خلاف کچھ کہا ہے تو آپ ٹھنڈے طریقے سے سمجھائیے۔</w:t>
      </w:r>
    </w:p>
    <w:p>
      <w:r>
        <w:rPr>
          <w:b/>
        </w:rPr>
        <w:t xml:space="preserve">[21:37] </w:t>
      </w:r>
      <w:r>
        <w:t>aap thande tareeqe se ek book, ek kitaab likh kar chhapiye.</w:t>
      </w:r>
    </w:p>
    <w:p>
      <w:pPr>
        <w:jc w:val="right"/>
      </w:pPr>
      <w:r>
        <w:t>آپ ٹھنڈے طریقے سے ایک بک، ایک کتاب لکھ کر چھاپیے۔</w:t>
      </w:r>
    </w:p>
    <w:p>
      <w:r>
        <w:rPr>
          <w:b/>
        </w:rPr>
        <w:t xml:space="preserve">[21:42] </w:t>
      </w:r>
      <w:r>
        <w:t>bhadakna jo hai, yeh harghiz Islam mein nahin hai.</w:t>
      </w:r>
    </w:p>
    <w:p>
      <w:pPr>
        <w:jc w:val="right"/>
      </w:pPr>
      <w:r>
        <w:t>بھڑکنا جو ہے، یہ ہرگز اسلام میں نہیں ہے۔</w:t>
      </w:r>
    </w:p>
    <w:p>
      <w:r>
        <w:rPr>
          <w:b/>
        </w:rPr>
        <w:t xml:space="preserve">[21:47] </w:t>
      </w:r>
      <w:r>
        <w:t>kyunki maine arz kiya ke Islam mein well considered response dena hai.</w:t>
      </w:r>
    </w:p>
    <w:p>
      <w:pPr>
        <w:jc w:val="right"/>
      </w:pPr>
      <w:r>
        <w:t>کیونکہ میں نے عرض کیا کہ اسلام میں ویل کنسیڈرڈ رسپانس دینا ہے۔</w:t>
      </w:r>
    </w:p>
    <w:p>
      <w:r>
        <w:rPr>
          <w:b/>
        </w:rPr>
        <w:t xml:space="preserve">[21:53] </w:t>
      </w:r>
      <w:r>
        <w:t>aur bhadak kar jab kaam kiya jata hai to soch kar nahin hota.</w:t>
      </w:r>
    </w:p>
    <w:p>
      <w:pPr>
        <w:jc w:val="right"/>
      </w:pPr>
      <w:r>
        <w:t>اور بھڑک کر جب کام کیا جاتا ہے تو سوچ کر نہیں ہوتا۔</w:t>
      </w:r>
    </w:p>
    <w:p>
      <w:r>
        <w:rPr>
          <w:b/>
        </w:rPr>
        <w:t xml:space="preserve">[21:58] </w:t>
      </w:r>
      <w:r>
        <w:t>isi liye iska nateeja hamesha kya hota hai? counter productive.</w:t>
      </w:r>
    </w:p>
    <w:p>
      <w:pPr>
        <w:jc w:val="right"/>
      </w:pPr>
      <w:r>
        <w:t>اسی لیے اس کا نتیجہ ہمیشہ کیا ہوتا ہے؟ کاؤنٹر پروڈکٹو۔</w:t>
      </w:r>
    </w:p>
    <w:p>
      <w:r>
        <w:rPr>
          <w:b/>
        </w:rPr>
        <w:t xml:space="preserve">[22:03] </w:t>
      </w:r>
      <w:r>
        <w:t>ulta nateeja niklta hai.</w:t>
      </w:r>
    </w:p>
    <w:p>
      <w:pPr>
        <w:jc w:val="right"/>
      </w:pPr>
      <w:r>
        <w:t>الٹا نتیجہ نکلتا ہے۔</w:t>
      </w:r>
    </w:p>
    <w:p>
      <w:r>
        <w:rPr>
          <w:b/>
        </w:rPr>
        <w:t xml:space="preserve">[22:08] </w:t>
      </w:r>
      <w:r>
        <w:t>dekhiye, ek baar aisa hua ke masjid mein juma ka khutba ho raha tha.</w:t>
      </w:r>
    </w:p>
    <w:p>
      <w:pPr>
        <w:jc w:val="right"/>
      </w:pPr>
      <w:r>
        <w:t>دیکھیے، ایک بار ایسا ہوا کہ مسجد میں جمعہ کا خطبہ ہو رہا تھا۔</w:t>
      </w:r>
    </w:p>
    <w:p>
      <w:r>
        <w:rPr>
          <w:b/>
        </w:rPr>
        <w:t xml:space="preserve">[22:15] </w:t>
      </w:r>
      <w:r>
        <w:t>juma ka khutba.</w:t>
      </w:r>
    </w:p>
    <w:p>
      <w:pPr>
        <w:jc w:val="right"/>
      </w:pPr>
      <w:r>
        <w:t>جمعہ کا خطبہ۔</w:t>
      </w:r>
    </w:p>
    <w:p>
      <w:r>
        <w:rPr>
          <w:b/>
        </w:rPr>
        <w:t xml:space="preserve">[22:23] </w:t>
      </w:r>
      <w:r>
        <w:t>to juma ke khutbe ka waqt yeh hai ke "ansatoo" quran majeed mein aaya hai ke chup reh kar suno.</w:t>
      </w:r>
    </w:p>
    <w:p>
      <w:pPr>
        <w:jc w:val="right"/>
      </w:pPr>
      <w:r>
        <w:t>تو جمعہ کے خطبے کا وقت یہ ہے کہ "أنستوا" قرآن مجید میں آیا ہے کہ چپ رہ کر سنو۔</w:t>
      </w:r>
    </w:p>
    <w:p>
      <w:r>
        <w:rPr>
          <w:b/>
        </w:rPr>
        <w:t xml:space="preserve">[22:30] </w:t>
      </w:r>
      <w:r>
        <w:t>chup reh kar suno. to ek</w:t>
      </w:r>
    </w:p>
    <w:p>
      <w:pPr>
        <w:jc w:val="right"/>
      </w:pPr>
      <w:r>
        <w:t>چپ رہ کر سنو۔ تو ایک</w:t>
      </w:r>
    </w:p>
    <w:p>
      <w:r>
        <w:rPr>
          <w:b/>
        </w:rPr>
        <w:t xml:space="preserve">[22:38] </w:t>
      </w:r>
      <w:r>
        <w:t>shakhs jo hai woh khutbe ke waqt bol pada.</w:t>
      </w:r>
    </w:p>
    <w:p>
      <w:pPr>
        <w:jc w:val="right"/>
      </w:pPr>
      <w:r>
        <w:t>شخص جو ہے وہ خطبے کے وقت بول پڑا۔</w:t>
      </w:r>
    </w:p>
    <w:p>
      <w:r>
        <w:rPr>
          <w:b/>
        </w:rPr>
        <w:t xml:space="preserve">[22:42] </w:t>
      </w:r>
      <w:r>
        <w:t>to rasool ALLAH sal ALLAH o alaihe wasallam ne is aadmi se kaha, aur yeh ek usool bataya ke</w:t>
      </w:r>
    </w:p>
    <w:p>
      <w:pPr>
        <w:jc w:val="right"/>
      </w:pPr>
      <w:r>
        <w:t>تو رسول اللہ صلی اللہ علیہ وسلم نے اس آدمی سے کہا، اور یہ ایک اصول بتایا کہ</w:t>
      </w:r>
    </w:p>
    <w:p>
      <w:r>
        <w:rPr>
          <w:b/>
        </w:rPr>
        <w:t xml:space="preserve">[22:46] </w:t>
      </w:r>
      <w:r>
        <w:t>"jab qult la sahbek askat". "wal imamu yakhtab".</w:t>
      </w:r>
    </w:p>
    <w:p>
      <w:pPr>
        <w:jc w:val="right"/>
      </w:pPr>
      <w:r>
        <w:t>"إذا قلت لصاحبك اسكت"۔ "والإمام يخطب"۔</w:t>
      </w:r>
    </w:p>
    <w:p>
      <w:r>
        <w:rPr>
          <w:b/>
        </w:rPr>
        <w:t xml:space="preserve">[22:51] </w:t>
      </w:r>
      <w:r>
        <w:t>faqat lagao ta.</w:t>
      </w:r>
    </w:p>
    <w:p>
      <w:pPr>
        <w:jc w:val="right"/>
      </w:pPr>
      <w:r>
        <w:t>فقط لگاؤ تا۔</w:t>
      </w:r>
    </w:p>
    <w:p>
      <w:r>
        <w:rPr>
          <w:b/>
        </w:rPr>
        <w:t xml:space="preserve">[22:55] </w:t>
      </w:r>
      <w:r>
        <w:t>"jab qult la sahbek askat". "wal imamu yakhtab".</w:t>
      </w:r>
    </w:p>
    <w:p>
      <w:pPr>
        <w:jc w:val="right"/>
      </w:pPr>
      <w:r>
        <w:t>"إذا قلت لصاحبك اسكت"۔ "والإمام يخطب"۔</w:t>
      </w:r>
    </w:p>
    <w:p>
      <w:r>
        <w:rPr>
          <w:b/>
        </w:rPr>
        <w:t xml:space="preserve">[22:59] </w:t>
      </w:r>
      <w:r>
        <w:t>faqat lagao ta.</w:t>
      </w:r>
    </w:p>
    <w:p>
      <w:pPr>
        <w:jc w:val="right"/>
      </w:pPr>
      <w:r>
        <w:t>فقط لگاؤ تا۔</w:t>
      </w:r>
    </w:p>
    <w:p>
      <w:r>
        <w:rPr>
          <w:b/>
        </w:rPr>
        <w:t xml:space="preserve">[23:04] </w:t>
      </w:r>
      <w:r>
        <w:t>jab imam khat</w:t>
      </w:r>
    </w:p>
    <w:p>
      <w:pPr>
        <w:jc w:val="right"/>
      </w:pPr>
      <w:r>
        <w:t>جب امام خط</w:t>
      </w:r>
    </w:p>
    <w:p>
      <w:r>
        <w:rPr>
          <w:b/>
        </w:rPr>
        <w:t xml:space="preserve">[23:08] </w:t>
      </w:r>
      <w:r>
        <w:t>ba de raha ho aur koi bol pade aur tum us se kaho chup raho, chup raho, chup</w:t>
      </w:r>
    </w:p>
    <w:p>
      <w:pPr>
        <w:jc w:val="right"/>
      </w:pPr>
      <w:r>
        <w:t>بہ دے رہا ہو اور کوئی بول پڑے اور تم اس سے کہو چپ رہو، چپ رہو، چپ</w:t>
      </w:r>
    </w:p>
    <w:p>
      <w:r>
        <w:rPr>
          <w:b/>
        </w:rPr>
        <w:t xml:space="preserve">[23:12] </w:t>
      </w:r>
      <w:r>
        <w:t>raho, to tum ne ek absurd kaam kiya.</w:t>
      </w:r>
    </w:p>
    <w:p>
      <w:pPr>
        <w:jc w:val="right"/>
      </w:pPr>
      <w:r>
        <w:t>رہو، تو تم نے ایک ایبسرٹ کام کیا۔</w:t>
      </w:r>
    </w:p>
    <w:p>
      <w:r>
        <w:rPr>
          <w:b/>
        </w:rPr>
        <w:t xml:space="preserve">[23:17] </w:t>
      </w:r>
      <w:r>
        <w:t>absurd kaam kiya.</w:t>
      </w:r>
    </w:p>
    <w:p>
      <w:pPr>
        <w:jc w:val="right"/>
      </w:pPr>
      <w:r>
        <w:t>ایبسرٹ کام کیا۔</w:t>
      </w:r>
    </w:p>
    <w:p>
      <w:r>
        <w:rPr>
          <w:b/>
        </w:rPr>
        <w:t xml:space="preserve">[23:22] </w:t>
      </w:r>
      <w:r>
        <w:t>ab dekhiye is mein ke is ne jo kaam kiya tha woh apne lehaz se to theek hi</w:t>
      </w:r>
    </w:p>
    <w:p>
      <w:pPr>
        <w:jc w:val="right"/>
      </w:pPr>
      <w:r>
        <w:t>اب دیکھیے اس میں کہ اس نے جو کام کیا تھا وہ اپنے لحاظ سے تو ٹھیک ہی</w:t>
      </w:r>
    </w:p>
    <w:p>
      <w:r>
        <w:rPr>
          <w:b/>
        </w:rPr>
        <w:t xml:space="preserve">[23:26] </w:t>
      </w:r>
      <w:r>
        <w:t>tha ke khutbe ke waqt aadmi ko bolna nahi chahiye.</w:t>
      </w:r>
    </w:p>
    <w:p>
      <w:pPr>
        <w:jc w:val="right"/>
      </w:pPr>
      <w:r>
        <w:t>تھا کہ خطبے کے وقت آدمی کو بولنا نہیں چاہیے۔</w:t>
      </w:r>
    </w:p>
    <w:p>
      <w:r>
        <w:rPr>
          <w:b/>
        </w:rPr>
        <w:t xml:space="preserve">[23:31] </w:t>
      </w:r>
      <w:r>
        <w:t>koi bolne laga, woh keh raha hai ke chup, chup, chup.</w:t>
      </w:r>
    </w:p>
    <w:p>
      <w:pPr>
        <w:jc w:val="right"/>
      </w:pPr>
      <w:r>
        <w:t>کوئی بولنے لگا، وہ کہہ رہا ہے کہ چپ، چپ، چپ۔</w:t>
      </w:r>
    </w:p>
    <w:p>
      <w:r>
        <w:rPr>
          <w:b/>
        </w:rPr>
        <w:t xml:space="preserve">[23:35] </w:t>
      </w:r>
      <w:r>
        <w:t>to absurd kyun hai? is liye ke</w:t>
      </w:r>
    </w:p>
    <w:p>
      <w:pPr>
        <w:jc w:val="right"/>
      </w:pPr>
      <w:r>
        <w:t>تو ایبسرٹ کیوں ہے؟ اس لیے کہ</w:t>
      </w:r>
    </w:p>
    <w:p>
      <w:r>
        <w:rPr>
          <w:b/>
        </w:rPr>
        <w:t xml:space="preserve">[23:40] </w:t>
      </w:r>
      <w:r>
        <w:t>jo mana kiya gaya hai bolne se, is ka matlab yeh hai ke is waqt koi awaaz nahi honi chahiye.</w:t>
      </w:r>
    </w:p>
    <w:p>
      <w:pPr>
        <w:jc w:val="right"/>
      </w:pPr>
      <w:r>
        <w:t>جو منع کیا گیا ہے بولنے سے، اس کا مطلب یہ ہے کہ اس وقت کوئی آواز نہیں ہونی چاہیے۔</w:t>
      </w:r>
    </w:p>
    <w:p>
      <w:r>
        <w:rPr>
          <w:b/>
        </w:rPr>
        <w:t xml:space="preserve">[23:44] </w:t>
      </w:r>
      <w:r>
        <w:t>khamoshi maintain karna chahiye taake baat samajh mein aaye sunne walon ke.</w:t>
      </w:r>
    </w:p>
    <w:p>
      <w:pPr>
        <w:jc w:val="right"/>
      </w:pPr>
      <w:r>
        <w:t>خاموشی مینٹین کرنا چاہیے تاکہ بات سمجھ میں آئے سننے والوں کے۔</w:t>
      </w:r>
    </w:p>
    <w:p>
      <w:r>
        <w:rPr>
          <w:b/>
        </w:rPr>
        <w:t xml:space="preserve">[23:48] </w:t>
      </w:r>
      <w:r>
        <w:t>ab aap bol pade to aap ne bolne ko double kar diya.</w:t>
      </w:r>
    </w:p>
    <w:p>
      <w:pPr>
        <w:jc w:val="right"/>
      </w:pPr>
      <w:r>
        <w:t>اب آپ بول پڑے تو آپ نے بولنے کو ڈبل کر دیا۔</w:t>
      </w:r>
    </w:p>
    <w:p>
      <w:r>
        <w:rPr>
          <w:b/>
        </w:rPr>
        <w:t xml:space="preserve">[23:51] </w:t>
      </w:r>
      <w:r>
        <w:t>abhi to ek aadmi bola tha, aap bhi bolne lage.</w:t>
      </w:r>
    </w:p>
    <w:p>
      <w:pPr>
        <w:jc w:val="right"/>
      </w:pPr>
      <w:r>
        <w:t>ابھی تو ایک آدمی بولا تھا، آپ بھی بولنے لگے۔</w:t>
      </w:r>
    </w:p>
    <w:p>
      <w:r>
        <w:rPr>
          <w:b/>
        </w:rPr>
        <w:t xml:space="preserve">[23:55] </w:t>
      </w:r>
      <w:r>
        <w:t>to awaaz to double ho gayi na.</w:t>
      </w:r>
    </w:p>
    <w:p>
      <w:pPr>
        <w:jc w:val="right"/>
      </w:pPr>
      <w:r>
        <w:t>تو آواز تو ڈبل ہو گئی نا۔</w:t>
      </w:r>
    </w:p>
    <w:p>
      <w:r>
        <w:rPr>
          <w:b/>
        </w:rPr>
        <w:t xml:space="preserve">[23:59] </w:t>
      </w:r>
      <w:r>
        <w:t>noise pollution barh gaya.</w:t>
      </w:r>
    </w:p>
    <w:p>
      <w:pPr>
        <w:jc w:val="right"/>
      </w:pPr>
      <w:r>
        <w:t>نوائس پولیوشن بڑھ گیا۔</w:t>
      </w:r>
    </w:p>
    <w:p>
      <w:r>
        <w:rPr>
          <w:b/>
        </w:rPr>
        <w:t xml:space="preserve">[24:03] </w:t>
      </w:r>
      <w:r>
        <w:t>to is mein aik ishare se chup karo.</w:t>
      </w:r>
    </w:p>
    <w:p>
      <w:pPr>
        <w:jc w:val="right"/>
      </w:pPr>
      <w:r>
        <w:t>تو اس میں ایک اشارے سے چپ کرو۔</w:t>
      </w:r>
    </w:p>
    <w:p>
      <w:r>
        <w:rPr>
          <w:b/>
        </w:rPr>
        <w:t xml:space="preserve">[24:07] </w:t>
      </w:r>
      <w:r>
        <w:t>yani aise karna, misaal ke taur par ishare se chup karwana,</w:t>
      </w:r>
    </w:p>
    <w:p>
      <w:pPr>
        <w:jc w:val="right"/>
      </w:pPr>
      <w:r>
        <w:t>یعنی ایسے کرنا، مثلاً اشارے سے چپ کروانا،</w:t>
      </w:r>
    </w:p>
    <w:p>
      <w:r>
        <w:rPr>
          <w:b/>
        </w:rPr>
        <w:t xml:space="preserve">[24:11] </w:t>
      </w:r>
      <w:r>
        <w:t>nah ke bol kar chup karwana.</w:t>
      </w:r>
    </w:p>
    <w:p>
      <w:pPr>
        <w:jc w:val="right"/>
      </w:pPr>
      <w:r>
        <w:t>نہ کہ بول کر چپ کروانا۔</w:t>
      </w:r>
    </w:p>
    <w:p>
      <w:r>
        <w:rPr>
          <w:b/>
        </w:rPr>
        <w:t xml:space="preserve">[24:17] </w:t>
      </w:r>
      <w:r>
        <w:t>ab dekhiye is mein kitni bari baat hai.</w:t>
      </w:r>
    </w:p>
    <w:p>
      <w:pPr>
        <w:jc w:val="right"/>
      </w:pPr>
      <w:r>
        <w:t>اب دیکھیے اس میں کتنی بڑی بات ہے۔</w:t>
      </w:r>
    </w:p>
    <w:p>
      <w:r>
        <w:rPr>
          <w:b/>
        </w:rPr>
        <w:t xml:space="preserve">[24:23] </w:t>
      </w:r>
      <w:r>
        <w:t>is mein yeh hai ke tumhara action result oriented hona chahiye.</w:t>
      </w:r>
    </w:p>
    <w:p>
      <w:pPr>
        <w:jc w:val="right"/>
      </w:pPr>
      <w:r>
        <w:t>اس میں یہ ہے کہ تمہارا ایکشن رزلٹ اورینٹڈ ہونا چاہیے۔</w:t>
      </w:r>
    </w:p>
    <w:p>
      <w:r>
        <w:rPr>
          <w:b/>
        </w:rPr>
        <w:t xml:space="preserve">[24:29] </w:t>
      </w:r>
      <w:r>
        <w:t>yani tum jab koi action lo to yeh socho ke tumhara action jo hai, is ka result kya</w:t>
      </w:r>
    </w:p>
    <w:p>
      <w:pPr>
        <w:jc w:val="right"/>
      </w:pPr>
      <w:r>
        <w:t>یعنی تم جب کوئی ایکشن لو تو یہ سوچو کہ تمہارا ایکشن جو ہے، اس کا رزلٹ کیا</w:t>
      </w:r>
    </w:p>
    <w:p>
      <w:r>
        <w:rPr>
          <w:b/>
        </w:rPr>
        <w:t xml:space="preserve">[24:35] </w:t>
      </w:r>
      <w:r>
        <w:t>nikle ga? Agar ulta result nikle, baat aur bigad jaye, aur zyada prob</w:t>
      </w:r>
    </w:p>
    <w:p>
      <w:pPr>
        <w:jc w:val="right"/>
      </w:pPr>
      <w:r>
        <w:t>نکلے گا؟ اگر الٹا رزلٹ نکلے، بات اور بگڑ جائے، اور زیادہ پراب</w:t>
      </w:r>
    </w:p>
    <w:p>
      <w:r>
        <w:rPr>
          <w:b/>
        </w:rPr>
        <w:t xml:space="preserve">[24:41] </w:t>
      </w:r>
      <w:r>
        <w:t>lem khade ho jayein, to aisi halat mein yeh farz hai, farz hai, farz hai ke aap na</w:t>
      </w:r>
    </w:p>
    <w:p>
      <w:pPr>
        <w:jc w:val="right"/>
      </w:pPr>
      <w:r>
        <w:t>لم کھڑے ہو جائیں، تو ایسی حالت میں یہ فرض ہے، فرض ہے، فرض ہے کہ آپ نہ</w:t>
      </w:r>
    </w:p>
    <w:p>
      <w:r>
        <w:rPr>
          <w:b/>
        </w:rPr>
        <w:t xml:space="preserve">[24:47] </w:t>
      </w:r>
      <w:r>
        <w:t>bolein, aap action na lein.</w:t>
      </w:r>
    </w:p>
    <w:p>
      <w:pPr>
        <w:jc w:val="right"/>
      </w:pPr>
      <w:r>
        <w:t>بولیں، آپ ایکشن نہ لیں۔</w:t>
      </w:r>
    </w:p>
    <w:p>
      <w:r>
        <w:rPr>
          <w:b/>
        </w:rPr>
        <w:t xml:space="preserve">[24:53] </w:t>
      </w:r>
      <w:r>
        <w:t>kyun ke action lena ya bolna aik positive result ke liye hota hai.</w:t>
      </w:r>
    </w:p>
    <w:p>
      <w:pPr>
        <w:jc w:val="right"/>
      </w:pPr>
      <w:r>
        <w:t>کیونکہ ایکشن لینا یا بولنا ایک پازیٹو رزلٹ کے لیے ہوتا ہے۔</w:t>
      </w:r>
    </w:p>
    <w:p>
      <w:r>
        <w:rPr>
          <w:b/>
        </w:rPr>
        <w:t xml:space="preserve">[24:59] </w:t>
      </w:r>
      <w:r>
        <w:t>positive result ke liye.</w:t>
      </w:r>
    </w:p>
    <w:p>
      <w:pPr>
        <w:jc w:val="right"/>
      </w:pPr>
      <w:r>
        <w:t>پازیٹو رزلٹ کے لیے۔</w:t>
      </w:r>
    </w:p>
    <w:p>
      <w:r>
        <w:rPr>
          <w:b/>
        </w:rPr>
        <w:t xml:space="preserve">[25:05] </w:t>
      </w:r>
      <w:r>
        <w:t>aur jab bhi aap dekhein ke mere bolne se positive result nikalne wala nahi hai, mere action</w:t>
      </w:r>
    </w:p>
    <w:p>
      <w:pPr>
        <w:jc w:val="right"/>
      </w:pPr>
      <w:r>
        <w:t>اور جب بھی آپ دیکھیں کہ میرے بولنے سے پازیٹو رزلٹ نکلنے والا نہیں ہے، میرے ایکشن</w:t>
      </w:r>
    </w:p>
    <w:p>
      <w:r>
        <w:rPr>
          <w:b/>
        </w:rPr>
        <w:t xml:space="preserve">[25:11] </w:t>
      </w:r>
      <w:r>
        <w:t>lene se koi positive natija nikalne wala nahi hai, aisi halat mein aap ko chup rehna chahiye.</w:t>
      </w:r>
    </w:p>
    <w:p>
      <w:pPr>
        <w:jc w:val="right"/>
      </w:pPr>
      <w:r>
        <w:t>لینے سے کوئی پازیٹو نتیجہ نکلنے والا نہیں ہے، ایسی حالت میں آپ کو چپ رہنا چاہیے۔</w:t>
      </w:r>
    </w:p>
    <w:p>
      <w:r>
        <w:rPr>
          <w:b/>
        </w:rPr>
        <w:t xml:space="preserve">[25:16] </w:t>
      </w:r>
      <w:r>
        <w:t>is waqt chup rehna farz ho jata hai.</w:t>
      </w:r>
    </w:p>
    <w:p>
      <w:pPr>
        <w:jc w:val="right"/>
      </w:pPr>
      <w:r>
        <w:t>اس وقت چپ رہنا فرض ہو جاتا ہے۔</w:t>
      </w:r>
    </w:p>
    <w:p>
      <w:r>
        <w:rPr>
          <w:b/>
        </w:rPr>
        <w:t xml:space="preserve">[25:22] </w:t>
      </w:r>
      <w:r>
        <w:t>kyun ke agar aap chup rahenge to kya hoga? Jitni baat bigad chuki hai, utni hi isi had</w:t>
      </w:r>
    </w:p>
    <w:p>
      <w:pPr>
        <w:jc w:val="right"/>
      </w:pPr>
      <w:r>
        <w:t>کیونکہ اگر آپ چپ رہیں گے تو کیا ہوگا؟ جتنی بات بگڑ چکی ہے، اتنی ہی اسی حد</w:t>
      </w:r>
    </w:p>
    <w:p>
      <w:r>
        <w:rPr>
          <w:b/>
        </w:rPr>
        <w:t xml:space="preserve">[25:27] </w:t>
      </w:r>
      <w:r>
        <w:t>tak bigdi rahe gi.</w:t>
      </w:r>
    </w:p>
    <w:p>
      <w:pPr>
        <w:jc w:val="right"/>
      </w:pPr>
      <w:r>
        <w:t>تک بگڑی رہے گی۔</w:t>
      </w:r>
    </w:p>
    <w:p>
      <w:r>
        <w:rPr>
          <w:b/>
        </w:rPr>
        <w:t xml:space="preserve">[25:32] </w:t>
      </w:r>
      <w:r>
        <w:t>is se aage nahi jaye gi.</w:t>
      </w:r>
    </w:p>
    <w:p>
      <w:pPr>
        <w:jc w:val="right"/>
      </w:pPr>
      <w:r>
        <w:t>اس سے آگے نہیں جائے گی۔</w:t>
      </w:r>
    </w:p>
    <w:p>
      <w:r>
        <w:rPr>
          <w:b/>
        </w:rPr>
        <w:t xml:space="preserve">[25:37] </w:t>
      </w:r>
      <w:r>
        <w:t>yani aik baat bigad chuki hai to suppose woh</w:t>
      </w:r>
    </w:p>
    <w:p>
      <w:pPr>
        <w:jc w:val="right"/>
      </w:pPr>
      <w:r>
        <w:t>یعنی ایک بات بگڑ چکی ہے تو سپوز وہ</w:t>
      </w:r>
    </w:p>
    <w:p>
      <w:r>
        <w:rPr>
          <w:b/>
        </w:rPr>
        <w:t xml:space="preserve">[25:42] </w:t>
      </w:r>
      <w:r>
        <w:t>50 percent bigdi hai.</w:t>
      </w:r>
    </w:p>
    <w:p>
      <w:pPr>
        <w:jc w:val="right"/>
      </w:pPr>
      <w:r>
        <w:t>50 پرسنٹ بگڑی ہے۔</w:t>
      </w:r>
    </w:p>
    <w:p>
      <w:r>
        <w:rPr>
          <w:b/>
        </w:rPr>
        <w:t xml:space="preserve">[25:47] </w:t>
      </w:r>
      <w:r>
        <w:t>ab agar aap bolein, aap action lein, aap maar dhaad karein to woh 100 percent bigad jayegi.</w:t>
      </w:r>
    </w:p>
    <w:p>
      <w:pPr>
        <w:jc w:val="right"/>
      </w:pPr>
      <w:r>
        <w:t>اب اگر آپ بولیں، آپ ایکشن لیں، آپ مار دھاڑ کریں تو وہ 100 پرسنٹ بگڑ جائے گی۔</w:t>
      </w:r>
    </w:p>
    <w:p>
      <w:r>
        <w:rPr>
          <w:b/>
        </w:rPr>
        <w:t xml:space="preserve">[25:52] </w:t>
      </w:r>
      <w:r>
        <w:t>to yeh to ulta ho gaya.</w:t>
      </w:r>
    </w:p>
    <w:p>
      <w:pPr>
        <w:jc w:val="right"/>
      </w:pPr>
      <w:r>
        <w:t>تو یہ تو الٹا ہو گیا۔</w:t>
      </w:r>
    </w:p>
    <w:p>
      <w:r>
        <w:rPr>
          <w:b/>
        </w:rPr>
        <w:t xml:space="preserve">[25:58] </w:t>
      </w:r>
      <w:r>
        <w:t>jis ko kehte hain counter productive.</w:t>
      </w:r>
    </w:p>
    <w:p>
      <w:pPr>
        <w:jc w:val="right"/>
      </w:pPr>
      <w:r>
        <w:t>جس کو کہتے ہیں کاؤنٹر پروڈکٹو۔</w:t>
      </w:r>
    </w:p>
    <w:p>
      <w:r>
        <w:rPr>
          <w:b/>
        </w:rPr>
        <w:t xml:space="preserve">[26:03] </w:t>
      </w:r>
      <w:r>
        <w:t>to aap ne farmaya ke jab imam khutba de raha hai aur koi bol pade aur tum bhi</w:t>
      </w:r>
    </w:p>
    <w:p>
      <w:pPr>
        <w:jc w:val="right"/>
      </w:pPr>
      <w:r>
        <w:t>تو آپ نے فرمایا کہ جب امام خطبہ دے رہا ہے اور کوئی بول پڑے اور تم بھی</w:t>
      </w:r>
    </w:p>
    <w:p>
      <w:r>
        <w:rPr>
          <w:b/>
        </w:rPr>
        <w:t xml:space="preserve">[26:08] </w:t>
      </w:r>
      <w:r>
        <w:t>bol kar kaho ke chup raho, chup raho, to tum ne absurd kaam kiya.</w:t>
      </w:r>
    </w:p>
    <w:p>
      <w:pPr>
        <w:jc w:val="right"/>
      </w:pPr>
      <w:r>
        <w:t>بول کر کہو کہ چپ رہو، چپ رہو، تو تم نے ایبسرٹ کام کیا۔</w:t>
      </w:r>
    </w:p>
    <w:p>
      <w:r>
        <w:rPr>
          <w:b/>
        </w:rPr>
        <w:t xml:space="preserve">[26:13] </w:t>
      </w:r>
      <w:r>
        <w:t>kyun ke maqsad tha chup karwana, aur tum bol pade to kya? Tum ne to aur awaz ko double</w:t>
      </w:r>
    </w:p>
    <w:p>
      <w:pPr>
        <w:jc w:val="right"/>
      </w:pPr>
      <w:r>
        <w:t>کیونکہ مقصد تھا چپ کروانا، اور تم بول پڑے تو کیا؟ تم نے تو اور آواز کو ڈبل</w:t>
      </w:r>
    </w:p>
    <w:p>
      <w:r>
        <w:rPr>
          <w:b/>
        </w:rPr>
        <w:t xml:space="preserve">[26:21] </w:t>
      </w:r>
      <w:r>
        <w:t>kar diya, nawais pollution ko barha diya.</w:t>
      </w:r>
    </w:p>
    <w:p>
      <w:pPr>
        <w:jc w:val="right"/>
      </w:pPr>
      <w:r>
        <w:t>کر دیا، نوائس پولیوشن کو بڑھا دیا۔</w:t>
      </w:r>
    </w:p>
    <w:p>
      <w:r>
        <w:rPr>
          <w:b/>
        </w:rPr>
        <w:t xml:space="preserve">[26:28] </w:t>
      </w:r>
      <w:r>
        <w:t>to hamesha yeh sochna chahiye ke mera bol, mera action, mera step lena, result ke aitbar se kya</w:t>
      </w:r>
    </w:p>
    <w:p>
      <w:pPr>
        <w:jc w:val="right"/>
      </w:pPr>
      <w:r>
        <w:t>تو ہمیشہ یہ سوچنا چاہیے کہ میرا بول، میرا ایکشن، میرا اسٹیپ لینا، رزلٹ کے اعتبار سے کیا</w:t>
      </w:r>
    </w:p>
    <w:p>
      <w:r>
        <w:rPr>
          <w:b/>
        </w:rPr>
        <w:t xml:space="preserve">[26:36] </w:t>
      </w:r>
      <w:r>
        <w:t>hoga? You have to see the result. Ak</w:t>
      </w:r>
    </w:p>
    <w:p>
      <w:pPr>
        <w:jc w:val="right"/>
      </w:pPr>
      <w:r>
        <w:t>ہوگا؟ You have to see the result۔ اک</w:t>
      </w:r>
    </w:p>
    <w:p>
      <w:r>
        <w:rPr>
          <w:b/>
        </w:rPr>
        <w:t xml:space="preserve">[26:43] </w:t>
      </w:r>
      <w:r>
        <w:t>sar log mein dekhta hoon ke log bas sach aur jhoot aur insaaf be insafi ko jante hain.</w:t>
      </w:r>
    </w:p>
    <w:p>
      <w:pPr>
        <w:jc w:val="right"/>
      </w:pPr>
      <w:r>
        <w:t>ثر لوگ میں دیکھتا ہوں کہ لوگ بس سچ اور جھوٹ اور انصاف بے انصافی کو جانتے ہیں۔</w:t>
      </w:r>
    </w:p>
    <w:p>
      <w:r>
        <w:rPr>
          <w:b/>
        </w:rPr>
        <w:t xml:space="preserve">[26:49] </w:t>
      </w:r>
      <w:r>
        <w:t>Bhai sahib, yeh justice hai, yeh injustice hai, hamein is ko justice mein badalna hai.</w:t>
      </w:r>
    </w:p>
    <w:p>
      <w:pPr>
        <w:jc w:val="right"/>
      </w:pPr>
      <w:r>
        <w:t>بھائی صاحب، یہ جسٹس ہے، یہ انجسٹس ہے، ہمیں اس کو جسٹس میں بدلنا ہے۔</w:t>
      </w:r>
    </w:p>
    <w:p>
      <w:r>
        <w:rPr>
          <w:b/>
        </w:rPr>
        <w:t xml:space="preserve">[26:56] </w:t>
      </w:r>
      <w:r>
        <w:t>Hamein to karna parega is ke liye.</w:t>
      </w:r>
    </w:p>
    <w:p>
      <w:pPr>
        <w:jc w:val="right"/>
      </w:pPr>
      <w:r>
        <w:t>ہمیں تو کرنا پڑے گا اس کے لیے۔</w:t>
      </w:r>
    </w:p>
    <w:p>
      <w:r>
        <w:rPr>
          <w:b/>
        </w:rPr>
        <w:t xml:space="preserve">[27:02] </w:t>
      </w:r>
      <w:r>
        <w:t>Is se yeh maloom hua ke do alag alag mayar hain.</w:t>
      </w:r>
    </w:p>
    <w:p>
      <w:pPr>
        <w:jc w:val="right"/>
      </w:pPr>
      <w:r>
        <w:t>اس سے یہ معلوم ہوا کہ دو الگ الگ معیار ہیں۔</w:t>
      </w:r>
    </w:p>
    <w:p>
      <w:r>
        <w:rPr>
          <w:b/>
        </w:rPr>
        <w:t xml:space="preserve">[27:08] </w:t>
      </w:r>
      <w:r>
        <w:t>Ek hai ke aap justice aur injustice ko dekhen, right aur wrong ke dekhen.</w:t>
      </w:r>
    </w:p>
    <w:p>
      <w:pPr>
        <w:jc w:val="right"/>
      </w:pPr>
      <w:r>
        <w:t>ایک ہے کہ آپ جسٹس اور انجسٹس کو دیکھیں، رائٹ اور رانگ کے دیکھیں۔</w:t>
      </w:r>
    </w:p>
    <w:p>
      <w:r>
        <w:rPr>
          <w:b/>
        </w:rPr>
        <w:t xml:space="preserve">[27:14] </w:t>
      </w:r>
      <w:r>
        <w:t>Aur doosra kya hai? Aap result ko dekhen.</w:t>
      </w:r>
    </w:p>
    <w:p>
      <w:pPr>
        <w:jc w:val="right"/>
      </w:pPr>
      <w:r>
        <w:t>اور دوسرا کیا ہے؟ آپ رزلٹ کو دیکھیں۔</w:t>
      </w:r>
    </w:p>
    <w:p>
      <w:r>
        <w:rPr>
          <w:b/>
        </w:rPr>
        <w:t xml:space="preserve">[27:19] </w:t>
      </w:r>
      <w:r>
        <w:t>Yeh bohat important baat hai ke right aur wrong ko dekh kar ke aap jump laga den ke</w:t>
      </w:r>
    </w:p>
    <w:p>
      <w:pPr>
        <w:jc w:val="right"/>
      </w:pPr>
      <w:r>
        <w:t>یہ بہت امپورٹنٹ بات ہے کہ رائٹ اور رانگ کو دیکھ کر کے آپ جمپ لگا دیں کہ</w:t>
      </w:r>
    </w:p>
    <w:p>
      <w:r>
        <w:rPr>
          <w:b/>
        </w:rPr>
        <w:t xml:space="preserve">[27:24] </w:t>
      </w:r>
      <w:r>
        <w:t>bhai mein right ke liye amal karne ja raha hoon.</w:t>
      </w:r>
    </w:p>
    <w:p>
      <w:pPr>
        <w:jc w:val="right"/>
      </w:pPr>
      <w:r>
        <w:t>بھئی میں رائٹ کے لیے عمل کرنے جا رہا ہوں۔</w:t>
      </w:r>
    </w:p>
    <w:p>
      <w:r>
        <w:rPr>
          <w:b/>
        </w:rPr>
        <w:t xml:space="preserve">[27:29] </w:t>
      </w:r>
      <w:r>
        <w:t>To sirf right aur wrong ki dichotomy jo hai sahi nahi hai.</w:t>
      </w:r>
    </w:p>
    <w:p>
      <w:pPr>
        <w:jc w:val="right"/>
      </w:pPr>
      <w:r>
        <w:t>تو صرف رائٹ اور رانگ کی ڈائیکاٹمی جو ہے صحیح نہیں ہے۔</w:t>
      </w:r>
    </w:p>
    <w:p>
      <w:r>
        <w:rPr>
          <w:b/>
        </w:rPr>
        <w:t xml:space="preserve">[27:35] </w:t>
      </w:r>
      <w:r>
        <w:t>Yeh sahi nahi hai dichotomy.</w:t>
      </w:r>
    </w:p>
    <w:p>
      <w:pPr>
        <w:jc w:val="right"/>
      </w:pPr>
      <w:r>
        <w:t>یہ صحیح نہیں ہے ڈائیکاٹمی۔</w:t>
      </w:r>
    </w:p>
    <w:p>
      <w:r>
        <w:rPr>
          <w:b/>
        </w:rPr>
        <w:t xml:space="preserve">[27:40] </w:t>
      </w:r>
      <w:r>
        <w:t>Aap ko yeh bhi dekhna chahiye third position</w:t>
      </w:r>
    </w:p>
    <w:p>
      <w:pPr>
        <w:jc w:val="right"/>
      </w:pPr>
      <w:r>
        <w:t>آپ کو یہ بھی دیکھنا چاہیے تھرڈ پوزیشن</w:t>
      </w:r>
    </w:p>
    <w:p>
      <w:r>
        <w:rPr>
          <w:b/>
        </w:rPr>
        <w:t xml:space="preserve">[27:45] </w:t>
      </w:r>
      <w:r>
        <w:t>ke right aur wrong ke chakkar mein mein koi naya problem to nahi create kar raha hoon? Koi</w:t>
      </w:r>
    </w:p>
    <w:p>
      <w:pPr>
        <w:jc w:val="right"/>
      </w:pPr>
      <w:r>
        <w:t>کہ رائٹ اور رانگ کے چکر میں میں کوئی نیا پرابلم تو نہیں کریٹ کر رہا ہوں؟ کوئی</w:t>
      </w:r>
    </w:p>
    <w:p>
      <w:r>
        <w:rPr>
          <w:b/>
        </w:rPr>
        <w:t xml:space="preserve">[27:51] </w:t>
      </w:r>
      <w:r>
        <w:t>naya problem to nahi create kar raha hoon? Jaise mein ne misaal di aap ko ke loudspeaker</w:t>
      </w:r>
    </w:p>
    <w:p>
      <w:pPr>
        <w:jc w:val="right"/>
      </w:pPr>
      <w:r>
        <w:t>نیا پرابلم تو نہیں کریٹ کر رہا ہوں؟ جیسے میں نے مثال دی آپ کو کہ لاؤڈ سپیکر</w:t>
      </w:r>
    </w:p>
    <w:p>
      <w:r>
        <w:rPr>
          <w:b/>
        </w:rPr>
        <w:t xml:space="preserve">[27:57] </w:t>
      </w:r>
      <w:r>
        <w:t>par program ho raha tha kisi ka, ab doosre log ja kar ke wahan roka aur loudspeaker</w:t>
      </w:r>
    </w:p>
    <w:p>
      <w:pPr>
        <w:jc w:val="right"/>
      </w:pPr>
      <w:r>
        <w:t>پر پروگرام ہو رہا تھا کسی کا، اب دوسرے لوگ جا کر کے وہاں روکا اور لاؤڈ سپیکر</w:t>
      </w:r>
    </w:p>
    <w:p>
      <w:r>
        <w:rPr>
          <w:b/>
        </w:rPr>
        <w:t xml:space="preserve">[28:03] </w:t>
      </w:r>
      <w:r>
        <w:t>ko tod diya.</w:t>
      </w:r>
    </w:p>
    <w:p>
      <w:pPr>
        <w:jc w:val="right"/>
      </w:pPr>
      <w:r>
        <w:t>کو توڑ دیا۔</w:t>
      </w:r>
    </w:p>
    <w:p>
      <w:r>
        <w:rPr>
          <w:b/>
        </w:rPr>
        <w:t xml:space="preserve">[28:09] </w:t>
      </w:r>
      <w:r>
        <w:t>Ab suppose loudspeaker ka bajna right</w:t>
      </w:r>
    </w:p>
    <w:p>
      <w:pPr>
        <w:jc w:val="right"/>
      </w:pPr>
      <w:r>
        <w:t>اب سپوز لاؤڈ سپیکر کا بجنا رائٹ</w:t>
      </w:r>
    </w:p>
    <w:p>
      <w:r>
        <w:rPr>
          <w:b/>
        </w:rPr>
        <w:t xml:space="preserve">[28:16] </w:t>
      </w:r>
      <w:r>
        <w:t>wrong tha, na bajna right tha, na bajna loudspeaker ka aap ke nazdeek right tha aur bajna wrong tha.</w:t>
      </w:r>
    </w:p>
    <w:p>
      <w:pPr>
        <w:jc w:val="right"/>
      </w:pPr>
      <w:r>
        <w:t>رانگ تھا، نہ بجنا رائٹ تھا، نہ بجنا لاؤڈ سپیکر کا آپ کے نزدیک رائٹ تھا اور بجنا رانگ تھا۔</w:t>
      </w:r>
    </w:p>
    <w:p>
      <w:r>
        <w:rPr>
          <w:b/>
        </w:rPr>
        <w:t xml:space="preserve">[28:22] </w:t>
      </w:r>
      <w:r>
        <w:t>Ab aap ne wrong ko correct karna chaha ke na baje, lekin hua kya? Result danga hua, fasad</w:t>
      </w:r>
    </w:p>
    <w:p>
      <w:pPr>
        <w:jc w:val="right"/>
      </w:pPr>
      <w:r>
        <w:t>اب آپ نے رانگ کو کریکٹ کرنا چاہا کہ نہ بجے، لیکن ہوا کیا؟ رزلٹ دنگا ہوا، فساد</w:t>
      </w:r>
    </w:p>
    <w:p>
      <w:r>
        <w:rPr>
          <w:b/>
        </w:rPr>
        <w:t xml:space="preserve">[28:28] </w:t>
      </w:r>
      <w:r>
        <w:t>hua, right hua, aur lakhon nahi, karoron ki property jala di gayi.</w:t>
      </w:r>
    </w:p>
    <w:p>
      <w:pPr>
        <w:jc w:val="right"/>
      </w:pPr>
      <w:r>
        <w:t>ہوا، رائٹ ہوا، اور لاکھوں نہیں، کروڑوں کی پراپرٹی جلا دی گئی۔</w:t>
      </w:r>
    </w:p>
    <w:p>
      <w:r>
        <w:rPr>
          <w:b/>
        </w:rPr>
        <w:t xml:space="preserve">[28:34] </w:t>
      </w:r>
      <w:r>
        <w:t>To yeh bohat hi important baat hai ke aap samjhen ke aap ke paas sirf do ki list</w:t>
      </w:r>
    </w:p>
    <w:p>
      <w:pPr>
        <w:jc w:val="right"/>
      </w:pPr>
      <w:r>
        <w:t>تو یہ بہت ہی امپورٹنٹ بات ہے کہ آپ سمجھیں کہ آپ کے پاس صرف دو کی لسٹ</w:t>
      </w:r>
    </w:p>
    <w:p>
      <w:r>
        <w:rPr>
          <w:b/>
        </w:rPr>
        <w:t xml:space="preserve">[28:40] </w:t>
      </w:r>
      <w:r>
        <w:t>nahi honi chahiye</w:t>
      </w:r>
    </w:p>
    <w:p>
      <w:pPr>
        <w:jc w:val="right"/>
      </w:pPr>
      <w:r>
        <w:t>نہیں ہونی چاہیے</w:t>
      </w:r>
    </w:p>
    <w:p>
      <w:r>
        <w:rPr>
          <w:b/>
        </w:rPr>
        <w:t xml:space="preserve">[28:46] </w:t>
      </w:r>
      <w:r>
        <w:t>, right aur wrong, right aur wrong.</w:t>
      </w:r>
    </w:p>
    <w:p>
      <w:pPr>
        <w:jc w:val="right"/>
      </w:pPr>
      <w:r>
        <w:t>، رائٹ اور رانگ، رائٹ اور رانگ۔</w:t>
      </w:r>
    </w:p>
    <w:p>
      <w:r>
        <w:rPr>
          <w:b/>
        </w:rPr>
        <w:t xml:space="preserve">[28:51] </w:t>
      </w:r>
      <w:r>
        <w:t>ek teesri cheez ko bhi aap ko sochna chahiye, aur woh hai result.</w:t>
      </w:r>
    </w:p>
    <w:p>
      <w:pPr>
        <w:jc w:val="right"/>
      </w:pPr>
      <w:r>
        <w:t>ایک تیسری چیز کو بھی آپ کو سوچنا چاہیے، اور وہ ہے رزلٹ۔</w:t>
      </w:r>
    </w:p>
    <w:p>
      <w:r>
        <w:rPr>
          <w:b/>
        </w:rPr>
        <w:t xml:space="preserve">[28:56] </w:t>
      </w:r>
      <w:r>
        <w:t>action ka result.</w:t>
      </w:r>
    </w:p>
    <w:p>
      <w:pPr>
        <w:jc w:val="right"/>
      </w:pPr>
      <w:r>
        <w:t>ایکشن کا رزلٹ۔</w:t>
      </w:r>
    </w:p>
    <w:p>
      <w:r>
        <w:rPr>
          <w:b/>
        </w:rPr>
        <w:t xml:space="preserve">[29:01] </w:t>
      </w:r>
      <w:r>
        <w:t>agar aap ke paas sirf do ki fehrist hai to aap duniya mein sirf burai paida karenge.</w:t>
      </w:r>
    </w:p>
    <w:p>
      <w:pPr>
        <w:jc w:val="right"/>
      </w:pPr>
      <w:r>
        <w:t>اگر آپ کے پاس صرف دو کی فہرست ہے تو آپ دنیا میں صرف برائی پیدا کریں گے۔</w:t>
      </w:r>
    </w:p>
    <w:p>
      <w:r>
        <w:rPr>
          <w:b/>
        </w:rPr>
        <w:t xml:space="preserve">[29:06] </w:t>
      </w:r>
      <w:r>
        <w:t>jahan right, jahan dekhenge ke wrong ho raha hai to aap daud padenge aur aap kuch</w:t>
      </w:r>
    </w:p>
    <w:p>
      <w:pPr>
        <w:jc w:val="right"/>
      </w:pPr>
      <w:r>
        <w:t>جہاں رائٹ، جہاں دیکھیں گے کہ رانگ ہو رہا ہے تو آپ دوڑ پڑیں گے اور آپ کچھ</w:t>
      </w:r>
    </w:p>
    <w:p>
      <w:r>
        <w:rPr>
          <w:b/>
        </w:rPr>
        <w:t xml:space="preserve">[29:11] </w:t>
      </w:r>
      <w:r>
        <w:t>kar nahin payenge siwaye is ke ke aur problem ko badhayen.</w:t>
      </w:r>
    </w:p>
    <w:p>
      <w:pPr>
        <w:jc w:val="right"/>
      </w:pPr>
      <w:r>
        <w:t>کر نہیں پائیں گے سوائے اس کے کہ اور پرابلم کو بڑھائیں۔</w:t>
      </w:r>
    </w:p>
    <w:p>
      <w:r>
        <w:rPr>
          <w:b/>
        </w:rPr>
        <w:t xml:space="preserve">[29:16] </w:t>
      </w:r>
      <w:r>
        <w:t>yeh bohat hi zaroori hai ke aap is dichotomy mein na jiyen, right aur wrong ki dichotomy mein.</w:t>
      </w:r>
    </w:p>
    <w:p>
      <w:pPr>
        <w:jc w:val="right"/>
      </w:pPr>
      <w:r>
        <w:t>یہ بہت ہی ضروری ہے کہ آپ اس ڈائیکاٹمی میں نہ جیئیں، رائٹ اور رانگ کی ڈائیکاٹمی میں۔</w:t>
      </w:r>
    </w:p>
    <w:p>
      <w:r>
        <w:rPr>
          <w:b/>
        </w:rPr>
        <w:t xml:space="preserve">[29:21] </w:t>
      </w:r>
      <w:r>
        <w:t>balke yeh bhi janen ke hamesha right aur wrong ke siwa ek third position bhi hoti hai.</w:t>
      </w:r>
    </w:p>
    <w:p>
      <w:pPr>
        <w:jc w:val="right"/>
      </w:pPr>
      <w:r>
        <w:t>بلکہ یہ بھی جانیں کہ ہمیشہ رائٹ اور رانگ کے سوا ایک تھرڈ پوزیشن بھی ہوتی ہے۔</w:t>
      </w:r>
    </w:p>
    <w:p>
      <w:r>
        <w:rPr>
          <w:b/>
        </w:rPr>
        <w:t xml:space="preserve">[29:26] </w:t>
      </w:r>
      <w:r>
        <w:t>woh kya hai? result ko dekhna.</w:t>
      </w:r>
    </w:p>
    <w:p>
      <w:pPr>
        <w:jc w:val="right"/>
      </w:pPr>
      <w:r>
        <w:t>وہ کیا ہے؟ رزلٹ کو دیکھنا۔</w:t>
      </w:r>
    </w:p>
    <w:p>
      <w:r>
        <w:rPr>
          <w:b/>
        </w:rPr>
        <w:t xml:space="preserve">[29:31] </w:t>
      </w:r>
      <w:r>
        <w:t>result ko dekh kar ke action lena.</w:t>
      </w:r>
    </w:p>
    <w:p>
      <w:pPr>
        <w:jc w:val="right"/>
      </w:pPr>
      <w:r>
        <w:t>رزلٹ کو دیکھ کر کے ایکشن لینا۔</w:t>
      </w:r>
    </w:p>
    <w:p>
      <w:r>
        <w:rPr>
          <w:b/>
        </w:rPr>
        <w:t xml:space="preserve">[29:36] </w:t>
      </w:r>
      <w:r>
        <w:t>aur agar chup rehne mein, chup rehne mein aap dekhen ke chup rehna zyada theek hai.</w:t>
      </w:r>
    </w:p>
    <w:p>
      <w:pPr>
        <w:jc w:val="right"/>
      </w:pPr>
      <w:r>
        <w:t>اور اگر چپ رہنے میں، چپ رہنے میں آپ دیکھیں کہ چپ رہنا زیادہ ٹھیک ہے۔</w:t>
      </w:r>
    </w:p>
    <w:p>
      <w:r>
        <w:rPr>
          <w:b/>
        </w:rPr>
        <w:t xml:space="preserve">[29:41] </w:t>
      </w:r>
      <w:r>
        <w:t>chup rehne ka kam se kam itna to faida hai</w:t>
      </w:r>
    </w:p>
    <w:p>
      <w:pPr>
        <w:jc w:val="right"/>
      </w:pPr>
      <w:r>
        <w:t>چپ رہنے کا کم سے کم اتنا تو فائدہ ہے</w:t>
      </w:r>
    </w:p>
    <w:p>
      <w:r>
        <w:rPr>
          <w:b/>
        </w:rPr>
        <w:t xml:space="preserve">[29:46] </w:t>
      </w:r>
      <w:r>
        <w:t>ke problem aur badhega nahin.</w:t>
      </w:r>
    </w:p>
    <w:p>
      <w:pPr>
        <w:jc w:val="right"/>
      </w:pPr>
      <w:r>
        <w:t>کہ پرابلم اور بڑھے گا نہیں۔</w:t>
      </w:r>
    </w:p>
    <w:p>
      <w:r>
        <w:rPr>
          <w:b/>
        </w:rPr>
        <w:t xml:space="preserve">[29:52] </w:t>
      </w:r>
      <w:r>
        <w:t>problem aur zyada complex nahin ho jayega.</w:t>
      </w:r>
    </w:p>
    <w:p>
      <w:pPr>
        <w:jc w:val="right"/>
      </w:pPr>
      <w:r>
        <w:t>پرابلم اور زیادہ کمپلیکس نہیں ہو جائے گا۔</w:t>
      </w:r>
    </w:p>
    <w:p>
      <w:r>
        <w:rPr>
          <w:b/>
        </w:rPr>
        <w:t xml:space="preserve">[29:59] </w:t>
      </w:r>
      <w:r>
        <w:t>ek simple problem hai shuru mein, aap ka action lene se woh complex, woh complex problem ban jaye.</w:t>
      </w:r>
    </w:p>
    <w:p>
      <w:pPr>
        <w:jc w:val="right"/>
      </w:pPr>
      <w:r>
        <w:t>ایک سمپل پرابلم ہے شروع میں، آپ کا ایکشن لینے سے وہ کمپلیکس، وہ کمپلیکس پرابلم بن جائے۔</w:t>
      </w:r>
    </w:p>
    <w:p>
      <w:r>
        <w:rPr>
          <w:b/>
        </w:rPr>
        <w:t xml:space="preserve">[30:05] </w:t>
      </w:r>
      <w:r>
        <w:t>to aisi halat mein aap ko hargiz hargiz action nahin lena chahiye.</w:t>
      </w:r>
    </w:p>
    <w:p>
      <w:pPr>
        <w:jc w:val="right"/>
      </w:pPr>
      <w:r>
        <w:t>تو ایسی حالت میں آپ کو ہرگز ہرگز ایکشن نہیں لینا چاہیے۔</w:t>
      </w:r>
    </w:p>
    <w:p>
      <w:r>
        <w:rPr>
          <w:b/>
        </w:rPr>
        <w:t xml:space="preserve">[30:11] </w:t>
      </w:r>
      <w:r>
        <w:t>to jin logon ke paas yahi dichotomy hai, right aur wrong, right aur wrong, justice injustice, justice injustice,</w:t>
      </w:r>
    </w:p>
    <w:p>
      <w:pPr>
        <w:jc w:val="right"/>
      </w:pPr>
      <w:r>
        <w:t>تو جن لوگوں کے پاس یہی ڈائیکاٹمی ہے، رائٹ اور رانگ، رائٹ اور رانگ، جسٹس انجسٹس، جسٹس انجسٹس،</w:t>
      </w:r>
    </w:p>
    <w:p>
      <w:r>
        <w:rPr>
          <w:b/>
        </w:rPr>
        <w:t xml:space="preserve">[30:17] </w:t>
      </w:r>
      <w:r>
        <w:t>to duniya mein bigaad paida karenge woh.</w:t>
      </w:r>
    </w:p>
    <w:p>
      <w:pPr>
        <w:jc w:val="right"/>
      </w:pPr>
      <w:r>
        <w:t>تو دنیا میں بگاڑ پیدا کریں گے وہ۔</w:t>
      </w:r>
    </w:p>
    <w:p>
      <w:r>
        <w:rPr>
          <w:b/>
        </w:rPr>
        <w:t xml:space="preserve">[30:22] </w:t>
      </w:r>
      <w:r>
        <w:t>kai logon ko hum dekhte hain ke justice lene ki ladai chhod rakhi hai unhon ne.</w:t>
      </w:r>
    </w:p>
    <w:p>
      <w:pPr>
        <w:jc w:val="right"/>
      </w:pPr>
      <w:r>
        <w:t>کئی لوگوں کو ہم دیکھتے ہیں کہ جسٹس لینے کی لڑائی چھوڑ رکھی ہے انہوں نے۔</w:t>
      </w:r>
    </w:p>
    <w:p>
      <w:r>
        <w:rPr>
          <w:b/>
        </w:rPr>
        <w:t xml:space="preserve">[30:27] </w:t>
      </w:r>
      <w:r>
        <w:t>woh kehte hain hamara justice ho raha hai, hamare sath injustice ho raha hai, hamein justice lena hai,</w:t>
      </w:r>
    </w:p>
    <w:p>
      <w:pPr>
        <w:jc w:val="right"/>
      </w:pPr>
      <w:r>
        <w:t>وہ کہتے ہیں ہمارا جسٹس ہو رہا ہے، ہمارے ساتھ انجسٹس ہو رہا ہے، ہمیں جسٹس لینا ہے،</w:t>
      </w:r>
    </w:p>
    <w:p>
      <w:r>
        <w:rPr>
          <w:b/>
        </w:rPr>
        <w:t xml:space="preserve">[30:32] </w:t>
      </w:r>
      <w:r>
        <w:t>justice ko establish karna hai.</w:t>
      </w:r>
    </w:p>
    <w:p>
      <w:pPr>
        <w:jc w:val="right"/>
      </w:pPr>
      <w:r>
        <w:t>جسٹس کو اسٹیبلش کرنا ہے۔</w:t>
      </w:r>
    </w:p>
    <w:p>
      <w:r>
        <w:rPr>
          <w:b/>
        </w:rPr>
        <w:t xml:space="preserve">[30:37] </w:t>
      </w:r>
      <w:r>
        <w:t>lekin aap result dekhen to so so baras ki ladai se kya hua hai? tabahi, tabahi, tabahi, tabahi.</w:t>
      </w:r>
    </w:p>
    <w:p>
      <w:pPr>
        <w:jc w:val="right"/>
      </w:pPr>
      <w:r>
        <w:t>لیکن آپ رزلٹ دیکھیں تو سو سو برس کی لڑائی سے کیا ہوا ہے؟ تباہی، تباہی، تباہی، تباہی۔</w:t>
      </w:r>
    </w:p>
    <w:p>
      <w:r>
        <w:rPr>
          <w:b/>
        </w:rPr>
        <w:t xml:space="preserve">[30:42] </w:t>
      </w:r>
      <w:r>
        <w:t>to is hadith se</w:t>
      </w:r>
    </w:p>
    <w:p>
      <w:pPr>
        <w:jc w:val="right"/>
      </w:pPr>
      <w:r>
        <w:t>تو اس حدیث سے</w:t>
      </w:r>
    </w:p>
    <w:p>
      <w:r>
        <w:rPr>
          <w:b/>
        </w:rPr>
        <w:t xml:space="preserve">[30:47] </w:t>
      </w:r>
      <w:r>
        <w:t>yeh usool nikla ke tumhare paas sirf, ke tum ko sirf right aur wrong ki dichotomy mein nahin jeena chahiye.</w:t>
      </w:r>
    </w:p>
    <w:p>
      <w:pPr>
        <w:jc w:val="right"/>
      </w:pPr>
      <w:r>
        <w:t>یہ اصول نکلا کہ تمہارے پاس صرف، کہ تم کو صرف رائٹ اور رانگ کی ڈائیکاٹمی میں نہیں جینا چاہیے۔</w:t>
      </w:r>
    </w:p>
    <w:p>
      <w:r>
        <w:rPr>
          <w:b/>
        </w:rPr>
        <w:t xml:space="preserve">[30:55] </w:t>
      </w:r>
      <w:r>
        <w:t>justice aur injustice ki dichotomy mein nahin jeena chahiye.</w:t>
      </w:r>
    </w:p>
    <w:p>
      <w:pPr>
        <w:jc w:val="right"/>
      </w:pPr>
      <w:r>
        <w:t>جسٹس اور انجسٹس کی ڈائیکاٹمی میں نہیں جینا چاہیے۔</w:t>
      </w:r>
    </w:p>
    <w:p>
      <w:r>
        <w:rPr>
          <w:b/>
        </w:rPr>
        <w:t xml:space="preserve">[31:03] </w:t>
      </w:r>
      <w:r>
        <w:t>zulm aur insaaf ki dichotomy mein nahin jeena chahiye.</w:t>
      </w:r>
    </w:p>
    <w:p>
      <w:pPr>
        <w:jc w:val="right"/>
      </w:pPr>
      <w:r>
        <w:t>ظلم اور انصاف کی ڈائیکاٹمی میں نہیں جینا چاہیے۔</w:t>
      </w:r>
    </w:p>
    <w:p>
      <w:r>
        <w:rPr>
          <w:b/>
        </w:rPr>
        <w:t xml:space="preserve">[31:11] </w:t>
      </w:r>
      <w:r>
        <w:t>balkay aik teesri cheez bhi tumhare paas honi chahiye tumhari list mein, woh hai result. result. aap agar</w:t>
      </w:r>
    </w:p>
    <w:p>
      <w:pPr>
        <w:jc w:val="right"/>
      </w:pPr>
      <w:r>
        <w:t>بلکہ ایک تیسری چیز بھی تمہارے پاس ہونی چاہیے تمہاری لسٹ میں، وہ ہے رزلٹ۔ رزلٹ۔ آپ اگر</w:t>
      </w:r>
    </w:p>
    <w:p>
      <w:r>
        <w:rPr>
          <w:b/>
        </w:rPr>
        <w:t xml:space="preserve">[31:20] </w:t>
      </w:r>
      <w:r>
        <w:t>insaf ke naam par chhalang lagayen aur niklay aik bura result, to woh insaf kiya, woh woh woh</w:t>
      </w:r>
    </w:p>
    <w:p>
      <w:pPr>
        <w:jc w:val="right"/>
      </w:pPr>
      <w:r>
        <w:t>انصاف کے نام پر چھلانگ لگائیں اور نکلے ایک برا رزلٹ، تو وہ انصاف کیا، وہ وہ وہ</w:t>
      </w:r>
    </w:p>
    <w:p>
      <w:r>
        <w:rPr>
          <w:b/>
        </w:rPr>
        <w:t xml:space="preserve">[31:26] </w:t>
      </w:r>
      <w:r>
        <w:t>kuch bhi nahi hoga.</w:t>
      </w:r>
    </w:p>
    <w:p>
      <w:pPr>
        <w:jc w:val="right"/>
      </w:pPr>
      <w:r>
        <w:t>کچھ بھی نہیں ہوگا۔</w:t>
      </w:r>
    </w:p>
    <w:p>
      <w:r>
        <w:rPr>
          <w:b/>
        </w:rPr>
        <w:t xml:space="preserve">[31:32] </w:t>
      </w:r>
      <w:r>
        <w:t>woh na-insafi se ziyada buri cheez ban jayegi.</w:t>
      </w:r>
    </w:p>
    <w:p>
      <w:pPr>
        <w:jc w:val="right"/>
      </w:pPr>
      <w:r>
        <w:t>وہ ناانصافی سے زیادہ بری چیز بن جائے گی۔</w:t>
      </w:r>
    </w:p>
    <w:p>
      <w:r>
        <w:rPr>
          <w:b/>
        </w:rPr>
        <w:t xml:space="preserve">[31:38] </w:t>
      </w:r>
      <w:r>
        <w:t>to aksar logon ko maine dekha hai ke yahi karte hain ke unke paas sirf do</w:t>
      </w:r>
    </w:p>
    <w:p>
      <w:pPr>
        <w:jc w:val="right"/>
      </w:pPr>
      <w:r>
        <w:t>تو اکثر لوگوں کو میں نے دیکھا ہے کہ یہی کرتے ہیں کہ ان کے پاس صرف دو</w:t>
      </w:r>
    </w:p>
    <w:p>
      <w:r>
        <w:rPr>
          <w:b/>
        </w:rPr>
        <w:t xml:space="preserve">[31:44] </w:t>
      </w:r>
      <w:r>
        <w:t>hi, do hi cheez hoti hai: zulm aur insaf</w:t>
      </w:r>
    </w:p>
    <w:p>
      <w:pPr>
        <w:jc w:val="right"/>
      </w:pPr>
      <w:r>
        <w:t>ہی، دو ہی چیز ہوتی ہے: ظلم اور انصاف</w:t>
      </w:r>
    </w:p>
    <w:p>
      <w:r>
        <w:rPr>
          <w:b/>
        </w:rPr>
        <w:t xml:space="preserve">[31:50] </w:t>
      </w:r>
      <w:r>
        <w:t>, justice injustice, right wrong. aise log jo hain bohat bhari bhool mein mubtala hain. kyunkeh duniya mein dekhiye, aap akele nahi hain. agar aap kisi island mein hain jahan aap akele hain, to wahan aap ko, wahan agar aap aisa karen, kisi cheez ko wrong samajh kar us ko correct karen, to koi wahan par koi gadbad nahi</w:t>
      </w:r>
    </w:p>
    <w:p>
      <w:pPr>
        <w:jc w:val="right"/>
      </w:pPr>
      <w:r>
        <w:t>، جسٹس انجسٹس، رائٹ رانگ۔ ایسے لوگ جو ہیں بہت بھاری بھول میں مبتلا ہیں۔ کیونکہ دنیا میں دیکھیے، آپ اکیلے نہیں ہیں۔ اگر آپ کسی آئی لینڈ میں ہیں جہاں آپ اکیلے ہیں، تو وہاں آپ کو، وہاں اگر آپ ایسا کریں، کسی چیز کو رانگ سمجھ کر اس کو کریکٹ کریں، تو کوئی وہاں پر کوئی گڑبڑ نہیں</w:t>
      </w:r>
    </w:p>
    <w:p>
      <w:r>
        <w:rPr>
          <w:b/>
        </w:rPr>
        <w:t xml:space="preserve">[32:20] </w:t>
      </w:r>
      <w:r>
        <w:t>machega.</w:t>
      </w:r>
    </w:p>
    <w:p>
      <w:pPr>
        <w:jc w:val="right"/>
      </w:pPr>
      <w:r>
        <w:t>مچے گا۔</w:t>
      </w:r>
    </w:p>
    <w:p>
      <w:r>
        <w:rPr>
          <w:b/>
        </w:rPr>
        <w:t xml:space="preserve">[32:25] </w:t>
      </w:r>
      <w:r>
        <w:t>akele aap hi hain, gadbad kaun karne wala hai wahan par? to kisi island mein agar aap</w:t>
      </w:r>
    </w:p>
    <w:p>
      <w:pPr>
        <w:jc w:val="right"/>
      </w:pPr>
      <w:r>
        <w:t>اکیلے آپ ہی ہیں، گڑبڑ کون کرنے والا ہے وہاں پر؟ تو کسی آئی لینڈ میں اگر آپ</w:t>
      </w:r>
    </w:p>
    <w:p>
      <w:r>
        <w:rPr>
          <w:b/>
        </w:rPr>
        <w:t xml:space="preserve">[32:30] </w:t>
      </w:r>
      <w:r>
        <w:t>akele hain, wahan aap aik problem dekhte hain, us problem ko theek karne ke liye aap koi step</w:t>
      </w:r>
    </w:p>
    <w:p>
      <w:pPr>
        <w:jc w:val="right"/>
      </w:pPr>
      <w:r>
        <w:t>اکیلے ہیں، وہاں آپ ایک پرابلم دیکھتے ہیں، اس پرابلم کو ٹھیک کرنے کے لیے آپ کوئی اسٹیپ</w:t>
      </w:r>
    </w:p>
    <w:p>
      <w:r>
        <w:rPr>
          <w:b/>
        </w:rPr>
        <w:t xml:space="preserve">[32:35] </w:t>
      </w:r>
      <w:r>
        <w:t>lete hain, to wahan par koi bura result nikalne wala nahi hai.</w:t>
      </w:r>
    </w:p>
    <w:p>
      <w:pPr>
        <w:jc w:val="right"/>
      </w:pPr>
      <w:r>
        <w:t>لیتے ہیں، تو وہاں پر کوئی برا رزلٹ نکلنے والا نہیں ہے۔</w:t>
      </w:r>
    </w:p>
    <w:p>
      <w:r>
        <w:rPr>
          <w:b/>
        </w:rPr>
        <w:t xml:space="preserve">[32:41] </w:t>
      </w:r>
      <w:r>
        <w:t>wahan koi nai burai paida hone wali nahi hai.</w:t>
      </w:r>
    </w:p>
    <w:p>
      <w:pPr>
        <w:jc w:val="right"/>
      </w:pPr>
      <w:r>
        <w:t>وہاں کوئی نئی برائی پیدا ہونے والی نہیں ہے۔</w:t>
      </w:r>
    </w:p>
    <w:p>
      <w:r>
        <w:rPr>
          <w:b/>
        </w:rPr>
        <w:t xml:space="preserve">[32:46] </w:t>
      </w:r>
      <w:r>
        <w:t>lekin yeh jo duniya hai, jahan aap ke sath lakhon doosre log bhi hain,</w:t>
      </w:r>
    </w:p>
    <w:p>
      <w:pPr>
        <w:jc w:val="right"/>
      </w:pPr>
      <w:r>
        <w:t>لیکن یہ جو دنیا ہے، جہاں آپ کے ساتھ لاکھوں دوسرے لوگ بھی ہیں،</w:t>
      </w:r>
    </w:p>
    <w:p>
      <w:r>
        <w:rPr>
          <w:b/>
        </w:rPr>
        <w:t xml:space="preserve">[32:51] </w:t>
      </w:r>
      <w:r>
        <w:t>to yeh soch wahan par kaam nahi karegi.</w:t>
      </w:r>
    </w:p>
    <w:p>
      <w:pPr>
        <w:jc w:val="right"/>
      </w:pPr>
      <w:r>
        <w:t>تو یہ سوچ وہاں پر کام نہیں کرے گی۔</w:t>
      </w:r>
    </w:p>
    <w:p>
      <w:r>
        <w:rPr>
          <w:b/>
        </w:rPr>
        <w:t xml:space="preserve">[32:57] </w:t>
      </w:r>
      <w:r>
        <w:t>yani island mein akele hona aik alag cheez hai, society mein doosron ke sath jeena aik alag cheez hai.</w:t>
      </w:r>
    </w:p>
    <w:p>
      <w:pPr>
        <w:jc w:val="right"/>
      </w:pPr>
      <w:r>
        <w:t>یعنی آئی لینڈ میں اکیلے ہونا ایک الگ چیز ہے، سوسائٹی میں دوسروں کے ساتھ جینا ایک الگ چیز ہے۔</w:t>
      </w:r>
    </w:p>
    <w:p>
      <w:r>
        <w:rPr>
          <w:b/>
        </w:rPr>
        <w:t xml:space="preserve">[33:03] </w:t>
      </w:r>
      <w:r>
        <w:t>donon mein farq hai.</w:t>
      </w:r>
    </w:p>
    <w:p>
      <w:pPr>
        <w:jc w:val="right"/>
      </w:pPr>
      <w:r>
        <w:t>دونوں میں فرق ہے۔</w:t>
      </w:r>
    </w:p>
    <w:p>
      <w:r>
        <w:rPr>
          <w:b/>
        </w:rPr>
        <w:t xml:space="preserve">[33:09] </w:t>
      </w:r>
      <w:r>
        <w:t>jab aap society mein ho to aap ke sath doosre log bhi hain.</w:t>
      </w:r>
    </w:p>
    <w:p>
      <w:pPr>
        <w:jc w:val="right"/>
      </w:pPr>
      <w:r>
        <w:t>جب آپ سوسائٹی میں ہو تو آپ کے ساتھ دوسرے لوگ بھی ہیں۔</w:t>
      </w:r>
    </w:p>
    <w:p>
      <w:r>
        <w:rPr>
          <w:b/>
        </w:rPr>
        <w:t xml:space="preserve">[33:16] </w:t>
      </w:r>
      <w:r>
        <w:t>aap action lenge to kya doosre chup rahenge? woh agar aap koi action lenge, aap koi woh</w:t>
      </w:r>
    </w:p>
    <w:p>
      <w:pPr>
        <w:jc w:val="right"/>
      </w:pPr>
      <w:r>
        <w:t>آپ ایکشن لیں گے تو کیا دوسرے چپ رہیں گے؟ وہ اگر آپ کوئی ایکشن لیں گے، آپ کوئی وہ</w:t>
      </w:r>
    </w:p>
    <w:p>
      <w:r>
        <w:rPr>
          <w:b/>
        </w:rPr>
        <w:t xml:space="preserve">[33:22] </w:t>
      </w:r>
      <w:r>
        <w:t>bhashan denge to kya doosre log chup rahenge? woh bhi apni zuban istemal karenge, woh</w:t>
      </w:r>
    </w:p>
    <w:p>
      <w:pPr>
        <w:jc w:val="right"/>
      </w:pPr>
      <w:r>
        <w:t>بھاشن دیں گے تو کیا دوسرے لوگ چپ رہیں گے؟ وہ بھی اپنی زبان استعمال کریں گے، وہ</w:t>
      </w:r>
    </w:p>
    <w:p>
      <w:r>
        <w:rPr>
          <w:b/>
        </w:rPr>
        <w:t xml:space="preserve">[33:28] </w:t>
      </w:r>
      <w:r>
        <w:t>bhi apna loud speaker istemal karenge, woh bhi apni taqat ko istemal karenge.</w:t>
      </w:r>
    </w:p>
    <w:p>
      <w:pPr>
        <w:jc w:val="right"/>
      </w:pPr>
      <w:r>
        <w:t>بھی اپنا لاؤڈ سپیکر استعمال کریں گے، وہ بھی اپنی طاقت کو استعمال کریں گے۔</w:t>
      </w:r>
    </w:p>
    <w:p>
      <w:r>
        <w:rPr>
          <w:b/>
        </w:rPr>
        <w:t xml:space="preserve">[33:34] </w:t>
      </w:r>
      <w:r>
        <w:t>to yaad rakhiye, woh culture ya woh principle jo akele island mein chal sakta hai, woh samaj</w:t>
      </w:r>
    </w:p>
    <w:p>
      <w:pPr>
        <w:jc w:val="right"/>
      </w:pPr>
      <w:r>
        <w:t>تو یاد رکھیے، وہ کلچر یا وہ پرنسپل جو اکیلے آئی لینڈ میں چل سکتا ہے، وہ سماج</w:t>
      </w:r>
    </w:p>
    <w:p>
      <w:r>
        <w:rPr>
          <w:b/>
        </w:rPr>
        <w:t xml:space="preserve">[33:40] </w:t>
      </w:r>
      <w:r>
        <w:t>mein nahi chal sakta, woh social life mein nahi chal sakta, woh us waqt nahi chal sakta jab</w:t>
      </w:r>
    </w:p>
    <w:p>
      <w:pPr>
        <w:jc w:val="right"/>
      </w:pPr>
      <w:r>
        <w:t>میں نہیں چل سکتا، وہ سوشل لائف میں نہیں چل سکتا، وہ اس وقت نہیں چل سکتا جب</w:t>
      </w:r>
    </w:p>
    <w:p>
      <w:r>
        <w:rPr>
          <w:b/>
        </w:rPr>
        <w:t xml:space="preserve">[33:46] </w:t>
      </w:r>
      <w:r>
        <w:t>aap doosron ke sath hon. to hamesha</w:t>
      </w:r>
    </w:p>
    <w:p>
      <w:pPr>
        <w:jc w:val="right"/>
      </w:pPr>
      <w:r>
        <w:t>آپ دوسروں کے ساتھ ہوں۔ تو ہمیشہ</w:t>
      </w:r>
    </w:p>
    <w:p>
      <w:r>
        <w:rPr>
          <w:b/>
        </w:rPr>
        <w:t xml:space="preserve">[33:52] </w:t>
      </w:r>
      <w:r>
        <w:t>yaad rakhiye ke jab aap samaj mein hon to yeh sochiye ke mera action jo hai, doosron par</w:t>
      </w:r>
    </w:p>
    <w:p>
      <w:pPr>
        <w:jc w:val="right"/>
      </w:pPr>
      <w:r>
        <w:t>یاد رکھیے کہ جب آپ سماج میں ہوں تو یہ سوچیے کہ میرا ایکشن جو ہے، دوسروں پر</w:t>
      </w:r>
    </w:p>
    <w:p>
      <w:r>
        <w:rPr>
          <w:b/>
        </w:rPr>
        <w:t xml:space="preserve">[33:58] </w:t>
      </w:r>
      <w:r>
        <w:t>kya asar dalega? mere action se agar doosre, mere action se kya doosre log bhark uthenge?</w:t>
      </w:r>
    </w:p>
    <w:p>
      <w:pPr>
        <w:jc w:val="right"/>
      </w:pPr>
      <w:r>
        <w:t>کیا اثر ڈالے گا؟ میرے ایکشن سے اگر دوسرے، میرے ایکشن سے کیا دوسرے لوگ بھڑک اٹھیں گے؟</w:t>
      </w:r>
    </w:p>
    <w:p>
      <w:r>
        <w:rPr>
          <w:b/>
        </w:rPr>
        <w:t xml:space="preserve">[34:04] </w:t>
      </w:r>
      <w:r>
        <w:t>bhark uthenge to phir aap ko chup rehna chahiye.</w:t>
      </w:r>
    </w:p>
    <w:p>
      <w:pPr>
        <w:jc w:val="right"/>
      </w:pPr>
      <w:r>
        <w:t>بھڑک اٹھیں گے تو پھر آپ کو چپ رہنا چاہیے۔</w:t>
      </w:r>
    </w:p>
    <w:p>
      <w:r>
        <w:rPr>
          <w:b/>
        </w:rPr>
        <w:t xml:space="preserve">[34:10] </w:t>
      </w:r>
      <w:r>
        <w:t>kyunke problem agar pehle ek tha to ab do ho jayega.</w:t>
      </w:r>
    </w:p>
    <w:p>
      <w:pPr>
        <w:jc w:val="right"/>
      </w:pPr>
      <w:r>
        <w:t>کیونکہ پرابلم اگر پہلے ایک تھا تو اب دو ہو جائے گا۔</w:t>
      </w:r>
    </w:p>
    <w:p>
      <w:r>
        <w:rPr>
          <w:b/>
        </w:rPr>
        <w:t xml:space="preserve">[34:16] </w:t>
      </w:r>
      <w:r>
        <w:t>to problem ko ek se do karna yeh to ko</w:t>
      </w:r>
    </w:p>
    <w:p>
      <w:pPr>
        <w:jc w:val="right"/>
      </w:pPr>
      <w:r>
        <w:t>تو پرابلم کو ایک سے دو کرنا یہ تو کو</w:t>
      </w:r>
    </w:p>
    <w:p>
      <w:r>
        <w:rPr>
          <w:b/>
        </w:rPr>
        <w:t xml:space="preserve">[34:22] </w:t>
      </w:r>
      <w:r>
        <w:t>i policy nahi hai.</w:t>
      </w:r>
    </w:p>
    <w:p>
      <w:pPr>
        <w:jc w:val="right"/>
      </w:pPr>
      <w:r>
        <w:t>ئی پالیسی نہیں ہے۔</w:t>
      </w:r>
    </w:p>
    <w:p>
      <w:r>
        <w:rPr>
          <w:b/>
        </w:rPr>
        <w:t xml:space="preserve">[34:28] </w:t>
      </w:r>
      <w:r>
        <w:t>yeh to koi policy nahi hai.</w:t>
      </w:r>
    </w:p>
    <w:p>
      <w:pPr>
        <w:jc w:val="right"/>
      </w:pPr>
      <w:r>
        <w:t>یہ تو کوئی پالیسی نہیں ہے۔</w:t>
      </w:r>
    </w:p>
    <w:p>
      <w:r>
        <w:rPr>
          <w:b/>
        </w:rPr>
        <w:t xml:space="preserve">[34:34] </w:t>
      </w:r>
      <w:r>
        <w:t>problem ko badhana, jo jo action problem ko badhata ho, woh action nahi hai, woh fasad hai, woh</w:t>
      </w:r>
    </w:p>
    <w:p>
      <w:pPr>
        <w:jc w:val="right"/>
      </w:pPr>
      <w:r>
        <w:t>پرابلم کو بڑھانا، جو جو ایکشن پرابلم کو بڑھاتا ہو، وہ ایکشن نہیں ہے، وہ فساد ہے، وہ</w:t>
      </w:r>
    </w:p>
    <w:p>
      <w:r>
        <w:rPr>
          <w:b/>
        </w:rPr>
        <w:t xml:space="preserve">[34:40] </w:t>
      </w:r>
      <w:r>
        <w:t>bigad hai, woh in, woh unjustified action hai.</w:t>
      </w:r>
    </w:p>
    <w:p>
      <w:pPr>
        <w:jc w:val="right"/>
      </w:pPr>
      <w:r>
        <w:t>بگاڑ ہے، وہ ان، وہ انجسٹفائیڈ ایکشن ہے۔</w:t>
      </w:r>
    </w:p>
    <w:p>
      <w:r>
        <w:rPr>
          <w:b/>
        </w:rPr>
        <w:t xml:space="preserve">[34:46] </w:t>
      </w:r>
      <w:r>
        <w:t>to kitabon mein aata</w:t>
      </w:r>
    </w:p>
    <w:p>
      <w:pPr>
        <w:jc w:val="right"/>
      </w:pPr>
      <w:r>
        <w:t>تو کتابوں میں آتا</w:t>
      </w:r>
    </w:p>
    <w:p>
      <w:r>
        <w:rPr>
          <w:b/>
        </w:rPr>
        <w:t xml:space="preserve">[34:52] </w:t>
      </w:r>
      <w:r>
        <w:t>hai rasool Allah ke bare mein ke jab koi problem pesh aata tha, yani koi ejtemai masla, yani</w:t>
      </w:r>
    </w:p>
    <w:p>
      <w:pPr>
        <w:jc w:val="right"/>
      </w:pPr>
      <w:r>
        <w:t>ہے رسول اللہ کے بارے میں کہ جب کوئی پرابلم پیش آتا تھا، یعنی کوئی اجتماعی مسئلہ، یعنی</w:t>
      </w:r>
    </w:p>
    <w:p>
      <w:r>
        <w:rPr>
          <w:b/>
        </w:rPr>
        <w:t xml:space="preserve">[35:02] </w:t>
      </w:r>
      <w:r>
        <w:t>aisa problem jis mein doosre log bhi involve hon, to aap kya karte? Logon ko ikattha karte the</w:t>
      </w:r>
    </w:p>
    <w:p>
      <w:pPr>
        <w:jc w:val="right"/>
      </w:pPr>
      <w:r>
        <w:t>ایسا پرابلم جس میں دوسرے لوگ بھی انوالو ہوں، تو آپ کیا کرتے؟ لوگوں کو اکٹھا کرتے تھے</w:t>
      </w:r>
    </w:p>
    <w:p>
      <w:r>
        <w:rPr>
          <w:b/>
        </w:rPr>
        <w:t xml:space="preserve">[35:12] </w:t>
      </w:r>
      <w:r>
        <w:t>aur kehte the ke ashru nass, logon ko ikattha kar ke aap kehte the ke</w:t>
      </w:r>
    </w:p>
    <w:p>
      <w:pPr>
        <w:jc w:val="right"/>
      </w:pPr>
      <w:r>
        <w:t>اور کہتے تھے کہ اشرو الناس، لوگوں کو اکٹھا کر کے آپ کہتے تھے کہ</w:t>
      </w:r>
    </w:p>
    <w:p>
      <w:r>
        <w:rPr>
          <w:b/>
        </w:rPr>
        <w:t xml:space="preserve">[35:22] </w:t>
      </w:r>
      <w:r>
        <w:t>ashru nass, aey logon!</w:t>
      </w:r>
    </w:p>
    <w:p>
      <w:pPr>
        <w:jc w:val="right"/>
      </w:pPr>
      <w:r>
        <w:t>اشرو الناس، اے لوگوں!</w:t>
      </w:r>
    </w:p>
    <w:p>
      <w:r>
        <w:rPr>
          <w:b/>
        </w:rPr>
        <w:t xml:space="preserve">[35:26] </w:t>
      </w:r>
      <w:r>
        <w:t>mujhe mashwara do, aey logon!</w:t>
      </w:r>
    </w:p>
    <w:p>
      <w:pPr>
        <w:jc w:val="right"/>
      </w:pPr>
      <w:r>
        <w:t>مجھے مشورہ دو، اے لوگوں!</w:t>
      </w:r>
    </w:p>
    <w:p>
      <w:r>
        <w:rPr>
          <w:b/>
        </w:rPr>
        <w:t xml:space="preserve">[35:30] </w:t>
      </w:r>
      <w:r>
        <w:t>mujhe mashwara do.</w:t>
      </w:r>
    </w:p>
    <w:p>
      <w:pPr>
        <w:jc w:val="right"/>
      </w:pPr>
      <w:r>
        <w:t>مجھے مشورہ دو۔</w:t>
      </w:r>
    </w:p>
    <w:p>
      <w:r>
        <w:rPr>
          <w:b/>
        </w:rPr>
        <w:t xml:space="preserve">[35:33] </w:t>
      </w:r>
      <w:r>
        <w:t>dekhiye, yeh bhi ek principle ki baat hai.</w:t>
      </w:r>
    </w:p>
    <w:p>
      <w:pPr>
        <w:jc w:val="right"/>
      </w:pPr>
      <w:r>
        <w:t>دیکھیے، یہ بھی ایک پرنسپل کی بات ہے۔</w:t>
      </w:r>
    </w:p>
    <w:p>
      <w:r>
        <w:rPr>
          <w:b/>
        </w:rPr>
        <w:t xml:space="preserve">[35:37] </w:t>
      </w:r>
      <w:r>
        <w:t>iska matlab yeh nahi ke rasool Allah ke reference mein ek baat aap jaan lein aur bas</w:t>
      </w:r>
    </w:p>
    <w:p>
      <w:pPr>
        <w:jc w:val="right"/>
      </w:pPr>
      <w:r>
        <w:t>اس کا مطلب یہ نہیں کہ رسول اللہ کے ریفرنس میں ایک بات آپ جان لیں اور بس</w:t>
      </w:r>
    </w:p>
    <w:p>
      <w:r>
        <w:rPr>
          <w:b/>
        </w:rPr>
        <w:t xml:space="preserve">[35:41] </w:t>
      </w:r>
      <w:r>
        <w:t>is baat khatam.</w:t>
      </w:r>
    </w:p>
    <w:p>
      <w:pPr>
        <w:jc w:val="right"/>
      </w:pPr>
      <w:r>
        <w:t>اس بات ختم۔</w:t>
      </w:r>
    </w:p>
    <w:p>
      <w:r>
        <w:rPr>
          <w:b/>
        </w:rPr>
        <w:t xml:space="preserve">[35:45] </w:t>
      </w:r>
      <w:r>
        <w:t>is ke baad is mein koi aap ke liye koi lesson na ho.</w:t>
      </w:r>
    </w:p>
    <w:p>
      <w:pPr>
        <w:jc w:val="right"/>
      </w:pPr>
      <w:r>
        <w:t>اس کے بعد اس میں کوئی آپ کے لیے کوئی لیسن نہ ہو۔</w:t>
      </w:r>
    </w:p>
    <w:p>
      <w:r>
        <w:rPr>
          <w:b/>
        </w:rPr>
        <w:t xml:space="preserve">[35:48] </w:t>
      </w:r>
      <w:r>
        <w:t>nahi, is tarah se aap ne ek tradition qaim ki, ek example set</w:t>
      </w:r>
    </w:p>
    <w:p>
      <w:pPr>
        <w:jc w:val="right"/>
      </w:pPr>
      <w:r>
        <w:t>نہیں، اس طرح سے آپ نے ایک ٹریڈیشن قائم کی، ایک ایگزمپل سیٹ</w:t>
      </w:r>
    </w:p>
    <w:p>
      <w:r>
        <w:rPr>
          <w:b/>
        </w:rPr>
        <w:t xml:space="preserve">[35:52] </w:t>
      </w:r>
      <w:r>
        <w:t>kiya, ek method bataya aap ne ke jab bhi koi problem aaye to tum log discuss karo aapas</w:t>
      </w:r>
    </w:p>
    <w:p>
      <w:pPr>
        <w:jc w:val="right"/>
      </w:pPr>
      <w:r>
        <w:t>کیا، ایک میتھڈ بتایا آپ نے کہ جب بھی کوئی پرابلم آئے تو تم لوگ ڈسکس کرو آپس</w:t>
      </w:r>
    </w:p>
    <w:p>
      <w:r>
        <w:rPr>
          <w:b/>
        </w:rPr>
        <w:t xml:space="preserve">[35:58] </w:t>
      </w:r>
      <w:r>
        <w:t>mein, dialogue karo aapas mein.</w:t>
      </w:r>
    </w:p>
    <w:p>
      <w:pPr>
        <w:jc w:val="right"/>
      </w:pPr>
      <w:r>
        <w:t>میں، ڈائیلاگ کرو آپس میں۔</w:t>
      </w:r>
    </w:p>
    <w:p>
      <w:r>
        <w:rPr>
          <w:b/>
        </w:rPr>
        <w:t xml:space="preserve">[36:04] </w:t>
      </w:r>
      <w:r>
        <w:t>koi faisla lene se pehle, koi koi decision lene se pehle yeh karo ke sab log baith kar</w:t>
      </w:r>
    </w:p>
    <w:p>
      <w:pPr>
        <w:jc w:val="right"/>
      </w:pPr>
      <w:r>
        <w:t>کوئی فیصلہ لینے سے پہلے، کوئی کوئی ڈیسیژن لینے سے پہلے یہ کرو کہ سب لوگ بیٹھ کر</w:t>
      </w:r>
    </w:p>
    <w:p>
      <w:r>
        <w:rPr>
          <w:b/>
        </w:rPr>
        <w:t xml:space="preserve">[36:10] </w:t>
      </w:r>
      <w:r>
        <w:t>ke is par discuss karo taake jo kaam kiya jaye, jo step liya jaye, woh sab ki rai se ho.</w:t>
      </w:r>
    </w:p>
    <w:p>
      <w:pPr>
        <w:jc w:val="right"/>
      </w:pPr>
      <w:r>
        <w:t>کے اس پر ڈسکس کرو تاکہ جو کام کیا جائے، جو اسٹیپ لیا جائے، وہ سب کی رائے سے ہو۔</w:t>
      </w:r>
    </w:p>
    <w:p>
      <w:r>
        <w:rPr>
          <w:b/>
        </w:rPr>
        <w:t xml:space="preserve">[36:16] </w:t>
      </w:r>
      <w:r>
        <w:t>har ek apne ex</w:t>
      </w:r>
    </w:p>
    <w:p>
      <w:pPr>
        <w:jc w:val="right"/>
      </w:pPr>
      <w:r>
        <w:t>ہر ایک اپنے ایکس</w:t>
      </w:r>
    </w:p>
    <w:p>
      <w:r>
        <w:rPr>
          <w:b/>
        </w:rPr>
        <w:t xml:space="preserve">[36:22] </w:t>
      </w:r>
      <w:r>
        <w:t>perience ko share kare.</w:t>
      </w:r>
    </w:p>
    <w:p>
      <w:pPr>
        <w:jc w:val="right"/>
      </w:pPr>
      <w:r>
        <w:t>پیرینس کو شیئر کرے۔</w:t>
      </w:r>
    </w:p>
    <w:p>
      <w:r>
        <w:rPr>
          <w:b/>
        </w:rPr>
        <w:t xml:space="preserve">[36:27] </w:t>
      </w:r>
      <w:r>
        <w:t>jab aap kai logon ko le kar baithte hain to aap jante hain har aadmi ke paas koi</w:t>
      </w:r>
    </w:p>
    <w:p>
      <w:pPr>
        <w:jc w:val="right"/>
      </w:pPr>
      <w:r>
        <w:t>جب آپ کئی لوگوں کو لے کر بیٹھتے ہیں تو آپ جانتے ہیں ہر آدمی کے پاس کوئی</w:t>
      </w:r>
    </w:p>
    <w:p>
      <w:r>
        <w:rPr>
          <w:b/>
        </w:rPr>
        <w:t xml:space="preserve">[36:33] </w:t>
      </w:r>
      <w:r>
        <w:t>knowledge hoti hai, har aadmi ke paas koi experience hota hai, har aadmi ke paas koi soch hoti</w:t>
      </w:r>
    </w:p>
    <w:p>
      <w:pPr>
        <w:jc w:val="right"/>
      </w:pPr>
      <w:r>
        <w:t>نالج ہوتی ہے، ہر آدمی کے پاس کوئی ایکسپیرینس ہوتا ہے، ہر آدمی کے پاس کوئی سوچ ہوتی</w:t>
      </w:r>
    </w:p>
    <w:p>
      <w:r>
        <w:rPr>
          <w:b/>
        </w:rPr>
        <w:t xml:space="preserve">[36:38] </w:t>
      </w:r>
      <w:r>
        <w:t>hai, to us ko share karta hai.</w:t>
      </w:r>
    </w:p>
    <w:p>
      <w:pPr>
        <w:jc w:val="right"/>
      </w:pPr>
      <w:r>
        <w:t>ہے، تو اس کو شیئر کرتا ہے۔</w:t>
      </w:r>
    </w:p>
    <w:p>
      <w:r>
        <w:rPr>
          <w:b/>
        </w:rPr>
        <w:t xml:space="preserve">[36:43] </w:t>
      </w:r>
      <w:r>
        <w:t>to yeh hai ek sharing practice hai.</w:t>
      </w:r>
    </w:p>
    <w:p>
      <w:pPr>
        <w:jc w:val="right"/>
      </w:pPr>
      <w:r>
        <w:t>تو یہ ہے ایک شیئرنگ پریکٹس ہے۔</w:t>
      </w:r>
    </w:p>
    <w:p>
      <w:r>
        <w:rPr>
          <w:b/>
        </w:rPr>
        <w:t xml:space="preserve">[36:48] </w:t>
      </w:r>
      <w:r>
        <w:t>yeh to jab aisa karenge aap to kya hoga? sab ki rai se ek manthan hoga,</w:t>
      </w:r>
    </w:p>
    <w:p>
      <w:pPr>
        <w:jc w:val="right"/>
      </w:pPr>
      <w:r>
        <w:t>یہ تو جب ایسا کریں گے آپ تو کیا ہوگا؟ سب کی رائے سے ایک منتھن ہوگا،</w:t>
      </w:r>
    </w:p>
    <w:p>
      <w:r>
        <w:rPr>
          <w:b/>
        </w:rPr>
        <w:t xml:space="preserve">[36:53] </w:t>
      </w:r>
      <w:r>
        <w:t>ek sab ki rai se mil kar ke ek ek zyada achhi rai emerge karegi, zyada achhi</w:t>
      </w:r>
    </w:p>
    <w:p>
      <w:pPr>
        <w:jc w:val="right"/>
      </w:pPr>
      <w:r>
        <w:t>ایک سب کی رائے سے مل کر کے ایک ایک زیادہ اچھی رائے ایمرج کرے گی، زیادہ اچھی</w:t>
      </w:r>
    </w:p>
    <w:p>
      <w:r>
        <w:rPr>
          <w:b/>
        </w:rPr>
        <w:t xml:space="preserve">[37:01] </w:t>
      </w:r>
      <w:r>
        <w:t>tarah aap mamle ko samjhenge aur zyada behtar tareeqe se aap us ko cope karne ki planning</w:t>
      </w:r>
    </w:p>
    <w:p>
      <w:pPr>
        <w:jc w:val="right"/>
      </w:pPr>
      <w:r>
        <w:t>طرح آپ معاملے کو سمجھیں گے اور زیادہ بہتر طریقے سے آپ اس کو کوپ کرنے کی پلاننگ</w:t>
      </w:r>
    </w:p>
    <w:p>
      <w:r>
        <w:rPr>
          <w:b/>
        </w:rPr>
        <w:t xml:space="preserve">[37:08] </w:t>
      </w:r>
      <w:r>
        <w:t>kar payenge.</w:t>
      </w:r>
    </w:p>
    <w:p>
      <w:pPr>
        <w:jc w:val="right"/>
      </w:pPr>
      <w:r>
        <w:t>کر پائیں گے۔</w:t>
      </w:r>
    </w:p>
    <w:p>
      <w:r>
        <w:rPr>
          <w:b/>
        </w:rPr>
        <w:t xml:space="preserve">[37:16] </w:t>
      </w:r>
      <w:r>
        <w:t>to ashra al-nas jo hai, woh ek single waqea nahi hai prophet ka.</w:t>
      </w:r>
    </w:p>
    <w:p>
      <w:pPr>
        <w:jc w:val="right"/>
      </w:pPr>
      <w:r>
        <w:t>تو اشرو الناس جو ہے، وہ ایک سنگل واقعہ نہیں ہے پرافٹ کا۔</w:t>
      </w:r>
    </w:p>
    <w:p>
      <w:r>
        <w:rPr>
          <w:b/>
        </w:rPr>
        <w:t xml:space="preserve">[37:24] </w:t>
      </w:r>
      <w:r>
        <w:t>woh kitabon mein isi tarah aata hai ke use bataya gaya, bataya jayega ke aisa hua to</w:t>
      </w:r>
    </w:p>
    <w:p>
      <w:pPr>
        <w:jc w:val="right"/>
      </w:pPr>
      <w:r>
        <w:t>وہ کتابوں میں اسی طرح آتا ہے کہ اسے بتایا گیا، بتایا جائے گا کہ ایسا ہوا تو</w:t>
      </w:r>
    </w:p>
    <w:p>
      <w:r>
        <w:rPr>
          <w:b/>
        </w:rPr>
        <w:t xml:space="preserve">[37:30] </w:t>
      </w:r>
      <w:r>
        <w:t>aap logon ko ikattha kiya aur kaha ke ashra al-nas.</w:t>
      </w:r>
    </w:p>
    <w:p>
      <w:pPr>
        <w:jc w:val="right"/>
      </w:pPr>
      <w:r>
        <w:t>آپ لوگوں کو اکٹھا کیا اور کہا کہ اشرو الناس۔</w:t>
      </w:r>
    </w:p>
    <w:p>
      <w:r>
        <w:rPr>
          <w:b/>
        </w:rPr>
        <w:t xml:space="preserve">[37:36] </w:t>
      </w:r>
      <w:r>
        <w:t>to aap ki zindagi ka ek single waqea ke taur par nahi lena hai aap ko use, us</w:t>
      </w:r>
    </w:p>
    <w:p>
      <w:pPr>
        <w:jc w:val="right"/>
      </w:pPr>
      <w:r>
        <w:t>تو آپ کی زندگی کا ایک سنگل واقعے کے طور پر نہیں لینا ہے آپ کو اسے، اس</w:t>
      </w:r>
    </w:p>
    <w:p>
      <w:r>
        <w:rPr>
          <w:b/>
        </w:rPr>
        <w:t xml:space="preserve">[37:42] </w:t>
      </w:r>
      <w:r>
        <w:t>ko lena hai ke aap ne is tarah se ek principle establish kiya.</w:t>
      </w:r>
    </w:p>
    <w:p>
      <w:pPr>
        <w:jc w:val="right"/>
      </w:pPr>
      <w:r>
        <w:t>کو لینا ہے کہ آپ نے اس طرح سے ایک پرنسپل اسٹیبلش کیا۔</w:t>
      </w:r>
    </w:p>
    <w:p>
      <w:r>
        <w:rPr>
          <w:b/>
        </w:rPr>
        <w:t xml:space="preserve">[37:48] </w:t>
      </w:r>
      <w:r>
        <w:t>aap ne is tarah ek principle establish kiya, ek usool muqarrar kiya ke dekho, jab</w:t>
      </w:r>
    </w:p>
    <w:p>
      <w:pPr>
        <w:jc w:val="right"/>
      </w:pPr>
      <w:r>
        <w:t>آپ نے اس طرح ایک پرنسپل اسٹیبلش کیا، ایک اصول مقرر کیا کہ دیکھو، جب</w:t>
      </w:r>
    </w:p>
    <w:p>
      <w:r>
        <w:rPr>
          <w:b/>
        </w:rPr>
        <w:t xml:space="preserve">[37:54] </w:t>
      </w:r>
      <w:r>
        <w:t>bhi koi aisi baat pesh aaye jis ka talluq poore samaj se ho, poori community se ho, doosre</w:t>
      </w:r>
    </w:p>
    <w:p>
      <w:pPr>
        <w:jc w:val="right"/>
      </w:pPr>
      <w:r>
        <w:t>بھی کوئی ایسی بات پیش آئے جس کا تعلق پورے سماج سے ہو، پوری کمیونٹی سے ہو، دوسرے</w:t>
      </w:r>
    </w:p>
    <w:p>
      <w:r>
        <w:rPr>
          <w:b/>
        </w:rPr>
        <w:t xml:space="preserve">[38:01] </w:t>
      </w:r>
      <w:r>
        <w:t>logon se ho, to tum is mamle mein faisla lene ke liye, is mamle mein koi cheez, koi</w:t>
      </w:r>
    </w:p>
    <w:p>
      <w:pPr>
        <w:jc w:val="right"/>
      </w:pPr>
      <w:r>
        <w:t>لوگوں سے ہو، تو تم اس معاملے میں فیصلہ لینے کے لیے، اس معاملے میں کوئی چیز، کوئی</w:t>
      </w:r>
    </w:p>
    <w:p>
      <w:r>
        <w:rPr>
          <w:b/>
        </w:rPr>
        <w:t xml:space="preserve">[38:09] </w:t>
      </w:r>
      <w:r>
        <w:t>cheez decide karne ke liye to pehle tum khud hi khud mat decide kar lo.</w:t>
      </w:r>
    </w:p>
    <w:p>
      <w:pPr>
        <w:jc w:val="right"/>
      </w:pPr>
      <w:r>
        <w:t>چیز ڈیسائیڈ کرنے کے لیے تو پہلے تم خود ہی خود مت ڈیسائیڈ کر لو۔</w:t>
      </w:r>
    </w:p>
    <w:p>
      <w:r>
        <w:rPr>
          <w:b/>
        </w:rPr>
        <w:t xml:space="preserve">[38:16] </w:t>
      </w:r>
      <w:r>
        <w:t>logon ko ikattha karo, is problem ko rakho, logon ko khule taur par bolne ka chance do</w:t>
      </w:r>
    </w:p>
    <w:p>
      <w:pPr>
        <w:jc w:val="right"/>
      </w:pPr>
      <w:r>
        <w:t>لوگوں کو اکٹھا کرو، اس پرابلم کو رکھو، لوگوں کو کھلے طور پر بولنے کا چانس دو</w:t>
      </w:r>
    </w:p>
    <w:p>
      <w:r>
        <w:rPr>
          <w:b/>
        </w:rPr>
        <w:t xml:space="preserve">[38:24] </w:t>
      </w:r>
      <w:r>
        <w:t>.</w:t>
      </w:r>
    </w:p>
    <w:p>
      <w:pPr>
        <w:jc w:val="right"/>
      </w:pPr>
      <w:r>
        <w:t>۔</w:t>
      </w:r>
    </w:p>
    <w:p>
      <w:r>
        <w:rPr>
          <w:b/>
        </w:rPr>
        <w:t xml:space="preserve">[38:28] </w:t>
      </w:r>
      <w:r>
        <w:t>har ek bole, har ek apne experience ko share kare, phir us par socha jaye aur soch kar</w:t>
      </w:r>
    </w:p>
    <w:p>
      <w:pPr>
        <w:jc w:val="right"/>
      </w:pPr>
      <w:r>
        <w:t>ہر ایک بولے، ہر ایک اپنے ایکسپیرینس کو شیئر کرے، پھر اس پر سوچا جائے اور سوچ کر</w:t>
      </w:r>
    </w:p>
    <w:p>
      <w:r>
        <w:rPr>
          <w:b/>
        </w:rPr>
        <w:t xml:space="preserve">[38:33] </w:t>
      </w:r>
      <w:r>
        <w:t>koi faisla liya jaye.</w:t>
      </w:r>
    </w:p>
    <w:p>
      <w:pPr>
        <w:jc w:val="right"/>
      </w:pPr>
      <w:r>
        <w:t>کوئی فیصلہ لیا جائے۔</w:t>
      </w:r>
    </w:p>
    <w:p>
      <w:r>
        <w:rPr>
          <w:b/>
        </w:rPr>
        <w:t xml:space="preserve">[38:37] </w:t>
      </w:r>
      <w:r>
        <w:t>to yeh rasool Allah ki zindagi ka ek single waqea nahi hai.</w:t>
      </w:r>
    </w:p>
    <w:p>
      <w:pPr>
        <w:jc w:val="right"/>
      </w:pPr>
      <w:r>
        <w:t>تو یہ رسول اللہ کی زندگی کا ایک سنگل واقعہ نہیں ہے۔</w:t>
      </w:r>
    </w:p>
    <w:p>
      <w:r>
        <w:rPr>
          <w:b/>
        </w:rPr>
        <w:t xml:space="preserve">[38:41] </w:t>
      </w:r>
      <w:r>
        <w:t>matlab woh life of the prophet ka ek ka ek paragraph nahi hai.</w:t>
      </w:r>
    </w:p>
    <w:p>
      <w:pPr>
        <w:jc w:val="right"/>
      </w:pPr>
      <w:r>
        <w:t>مطلب وہ لائف اف دا پرافٹ کا ایک کا ایک پیراگراف نہیں ہے۔</w:t>
      </w:r>
    </w:p>
    <w:p>
      <w:r>
        <w:rPr>
          <w:b/>
        </w:rPr>
        <w:t xml:space="preserve">[38:45] </w:t>
      </w:r>
      <w:r>
        <w:t>woh ek principle hai.</w:t>
      </w:r>
    </w:p>
    <w:p>
      <w:pPr>
        <w:jc w:val="right"/>
      </w:pPr>
      <w:r>
        <w:t>وہ ایک پرنسپل ہے۔</w:t>
      </w:r>
    </w:p>
    <w:p>
      <w:r>
        <w:rPr>
          <w:b/>
        </w:rPr>
        <w:t xml:space="preserve">[38:50] </w:t>
      </w:r>
      <w:r>
        <w:t>rasool Allah ne apni poori zindagi mein jo kuch aap ne kiya,</w:t>
      </w:r>
    </w:p>
    <w:p>
      <w:pPr>
        <w:jc w:val="right"/>
      </w:pPr>
      <w:r>
        <w:t>رسول اللہ نے اپنی پوری زندگی میں جو کچھ آپ نے کیا،</w:t>
      </w:r>
    </w:p>
    <w:p>
      <w:r>
        <w:rPr>
          <w:b/>
        </w:rPr>
        <w:t xml:space="preserve">[38:54] </w:t>
      </w:r>
      <w:r>
        <w:t>woh ek namoona tha.</w:t>
      </w:r>
    </w:p>
    <w:p>
      <w:pPr>
        <w:jc w:val="right"/>
      </w:pPr>
      <w:r>
        <w:t>وہ ایک نمونہ تھا۔</w:t>
      </w:r>
    </w:p>
    <w:p>
      <w:r>
        <w:rPr>
          <w:b/>
        </w:rPr>
        <w:t xml:space="preserve">[38:59] </w:t>
      </w:r>
      <w:r>
        <w:t>quran mein hai ke laqad kaana lakum fi rasool Allah uswa-tun hasana.</w:t>
      </w:r>
    </w:p>
    <w:p>
      <w:pPr>
        <w:jc w:val="right"/>
      </w:pPr>
      <w:r>
        <w:t>قرآن میں ہے کہ لقد کانکم فی رسول اللہ اسوۃ الحسنہ۔</w:t>
      </w:r>
    </w:p>
    <w:p>
      <w:r>
        <w:rPr>
          <w:b/>
        </w:rPr>
        <w:t xml:space="preserve">[39:04] </w:t>
      </w:r>
      <w:r>
        <w:t>yani profit ki zindagi mein tumhare liye acha namuna hai, best example hai.</w:t>
      </w:r>
    </w:p>
    <w:p>
      <w:pPr>
        <w:jc w:val="right"/>
      </w:pPr>
      <w:r>
        <w:t>یعنی پرافٹ کی زندگی میں تمہارے لیے اچھا نمونہ ہے، بیسٹ ایگزمپل ہے۔</w:t>
      </w:r>
    </w:p>
    <w:p>
      <w:r>
        <w:rPr>
          <w:b/>
        </w:rPr>
        <w:t xml:space="preserve">[39:09] </w:t>
      </w:r>
      <w:r>
        <w:t>to chahe rasool Allah chahe yeh keh kar karein ke dekho, dekho bhai, mein ek namuna tum ko</w:t>
      </w:r>
    </w:p>
    <w:p>
      <w:pPr>
        <w:jc w:val="right"/>
      </w:pPr>
      <w:r>
        <w:t>تو چاہے رسول اللہ چاہے یہ کہہ کر کریں کہ دیکھو، دیکھو بھائی، میں ایک نمونہ تم کو</w:t>
      </w:r>
    </w:p>
    <w:p>
      <w:r>
        <w:rPr>
          <w:b/>
        </w:rPr>
        <w:t xml:space="preserve">[39:14] </w:t>
      </w:r>
      <w:r>
        <w:t>bata raha hoon.</w:t>
      </w:r>
    </w:p>
    <w:p>
      <w:pPr>
        <w:jc w:val="right"/>
      </w:pPr>
      <w:r>
        <w:t>بتا رہا ہوں۔</w:t>
      </w:r>
    </w:p>
    <w:p>
      <w:r>
        <w:rPr>
          <w:b/>
        </w:rPr>
        <w:t xml:space="preserve">[39:19] </w:t>
      </w:r>
      <w:r>
        <w:t>yeh yeh kehne ki zaroorat nahi hai.</w:t>
      </w:r>
    </w:p>
    <w:p>
      <w:pPr>
        <w:jc w:val="right"/>
      </w:pPr>
      <w:r>
        <w:t>یہ یہ کہنے کی ضرورت نہیں ہے۔</w:t>
      </w:r>
    </w:p>
    <w:p>
      <w:r>
        <w:rPr>
          <w:b/>
        </w:rPr>
        <w:t xml:space="preserve">[39:25] </w:t>
      </w:r>
      <w:r>
        <w:t>aisa nahi hota ke jab rasool Allah ko koi baat batani ho to yeh boli bolein, aao bhai,</w:t>
      </w:r>
    </w:p>
    <w:p>
      <w:pPr>
        <w:jc w:val="right"/>
      </w:pPr>
      <w:r>
        <w:t>ایسا نہیں ہوتا کہ جب رسول اللہ کو کوئی بات بتانی ہو تو یہ بولی بولیں، اؤ بھائی،</w:t>
      </w:r>
    </w:p>
    <w:p>
      <w:r>
        <w:rPr>
          <w:b/>
        </w:rPr>
        <w:t xml:space="preserve">[39:29] </w:t>
      </w:r>
      <w:r>
        <w:t>dekho, suno, mein ek baat bata raha hoon, is ko pakdo.</w:t>
      </w:r>
    </w:p>
    <w:p>
      <w:pPr>
        <w:jc w:val="right"/>
      </w:pPr>
      <w:r>
        <w:t>دیکھو، سنو، میں ایک بات بتا رہا ہوں، اس کو پکڑو۔</w:t>
      </w:r>
    </w:p>
    <w:p>
      <w:r>
        <w:rPr>
          <w:b/>
        </w:rPr>
        <w:t xml:space="preserve">[39:33] </w:t>
      </w:r>
      <w:r>
        <w:t>aisa nahi hota.</w:t>
      </w:r>
    </w:p>
    <w:p>
      <w:pPr>
        <w:jc w:val="right"/>
      </w:pPr>
      <w:r>
        <w:t>ایسا نہیں ہوتا۔</w:t>
      </w:r>
    </w:p>
    <w:p>
      <w:r>
        <w:rPr>
          <w:b/>
        </w:rPr>
        <w:t xml:space="preserve">[39:38] </w:t>
      </w:r>
      <w:r>
        <w:t>aap ko khud samajhna padta hai ke yeh rasool Allah sal Allah alaihi wasallam jo bata rahe hain,</w:t>
      </w:r>
    </w:p>
    <w:p>
      <w:pPr>
        <w:jc w:val="right"/>
      </w:pPr>
      <w:r>
        <w:t>آپ کو خود سمجھنا پڑتا ہے کہ یہ رسول اللہ صلی اللہ علیہ وسلم جو بتا رہے ہیں،</w:t>
      </w:r>
    </w:p>
    <w:p>
      <w:r>
        <w:rPr>
          <w:b/>
        </w:rPr>
        <w:t xml:space="preserve">[39:42] </w:t>
      </w:r>
      <w:r>
        <w:t>yeh hamare liye example hai.</w:t>
      </w:r>
    </w:p>
    <w:p>
      <w:pPr>
        <w:jc w:val="right"/>
      </w:pPr>
      <w:r>
        <w:t>یہ ہمارے لیے ایگزمپل ہے۔</w:t>
      </w:r>
    </w:p>
    <w:p>
      <w:r>
        <w:rPr>
          <w:b/>
        </w:rPr>
        <w:t xml:space="preserve">[39:46] </w:t>
      </w:r>
      <w:r>
        <w:t>to rasool Allah ki zindagi ki koi bhi baat ho, aap ko is tarah lena hai ke yahan</w:t>
      </w:r>
    </w:p>
    <w:p>
      <w:pPr>
        <w:jc w:val="right"/>
      </w:pPr>
      <w:r>
        <w:t>تو رسول اللہ کی زندگی کی کوئی بھی بات ہو، آپ کو اس طرح لینا ہے کہ یہاں</w:t>
      </w:r>
    </w:p>
    <w:p>
      <w:r>
        <w:rPr>
          <w:b/>
        </w:rPr>
        <w:t xml:space="preserve">[39:51] </w:t>
      </w:r>
      <w:r>
        <w:t>پر آپ نے ایک example سیٹ کیا ہے، ہمیں بھی اسی طرح کرنا چاہیے</w:t>
      </w:r>
    </w:p>
    <w:p>
      <w:pPr>
        <w:jc w:val="right"/>
      </w:pPr>
      <w:r>
        <w:t>پر آپ نے ایک ایگزمپل سیٹ کیا ہے، ہمیں بھی اسی طرح کرنا چاہیے</w:t>
      </w:r>
    </w:p>
    <w:p>
      <w:r>
        <w:rPr>
          <w:b/>
        </w:rPr>
        <w:t xml:space="preserve">[39:55] </w:t>
      </w:r>
      <w:r>
        <w:t>jis tarah aap ne kiya. yeh matlab hai laqad kana lakum fi Rasool Allah uswa-tun hasana ka. is tarah se Rasool Allah ki life jo hai, jo aap padhenge to bohat zyada aap ke liye meaningful ban jayegi. sari life aap ko yani book of lessons ban jayegi.</w:t>
      </w:r>
    </w:p>
    <w:p>
      <w:pPr>
        <w:jc w:val="right"/>
      </w:pPr>
      <w:r>
        <w:t>جس طرح آپ نے کیا۔ یہ مطلب ہے لقد کانکم فی رسول اللہ اسوۃ الحسنہ کا۔ اس طرح سے رسول اللہ کی لائف جو ہے، جو آپ پڑھیں گے تو بہت زیادہ آپ کے لیے میننگ فل بن جائے گی۔ ساری لائف آپ کو یعنی بک اف لیسنز بن جائے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