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Life after Death (Prophetic Wisdom)</w:t>
      </w:r>
    </w:p>
    <w:p>
      <w:r>
        <w:t>https://www.youtube.com/watch?v=7bA2WIsKLMQ</w:t>
      </w:r>
    </w:p>
    <w:p>
      <w:r>
        <w:rPr>
          <w:b/>
        </w:rPr>
        <w:t xml:space="preserve">[00:10] </w:t>
      </w:r>
      <w:r>
        <w:t>bismillah al-rahman al-rahim. hadith ka matlab hai "saying of the Prophet".</w:t>
      </w:r>
    </w:p>
    <w:p>
      <w:pPr>
        <w:jc w:val="right"/>
      </w:pPr>
      <w:r>
        <w:t>بسم اللہ الرحمن الرحیم۔ حدیث کا مطلب ہے "saying of the Prophet"۔</w:t>
      </w:r>
    </w:p>
    <w:p>
      <w:r>
        <w:rPr>
          <w:b/>
        </w:rPr>
        <w:t xml:space="preserve">[00:21] </w:t>
      </w:r>
      <w:r>
        <w:t>to aap ki aik saying ya aik hadith kitabon mein is tarah aai hai:</w:t>
      </w:r>
    </w:p>
    <w:p>
      <w:pPr>
        <w:jc w:val="right"/>
      </w:pPr>
      <w:r>
        <w:t>تو آپ کی ایک saying یا ایک حدیث کتابوں میں اس طرح آئی ہے:</w:t>
      </w:r>
    </w:p>
    <w:p>
      <w:r>
        <w:rPr>
          <w:b/>
        </w:rPr>
        <w:t xml:space="preserve">[00:31] </w:t>
      </w:r>
      <w:r>
        <w:t>"aldunya mazrat al-akhira".</w:t>
      </w:r>
    </w:p>
    <w:p>
      <w:pPr>
        <w:jc w:val="right"/>
      </w:pPr>
      <w:r>
        <w:t>"الدنیا مزرۃ الآخرة"۔</w:t>
      </w:r>
    </w:p>
    <w:p>
      <w:r>
        <w:rPr>
          <w:b/>
        </w:rPr>
        <w:t xml:space="preserve">[00:38] </w:t>
      </w:r>
      <w:r>
        <w:t>dunya akhirat ki kheti hai.</w:t>
      </w:r>
    </w:p>
    <w:p>
      <w:pPr>
        <w:jc w:val="right"/>
      </w:pPr>
      <w:r>
        <w:t>دنیا آخرت کی کھیتی ہے۔</w:t>
      </w:r>
    </w:p>
    <w:p>
      <w:r>
        <w:rPr>
          <w:b/>
        </w:rPr>
        <w:t xml:space="preserve">[00:45] </w:t>
      </w:r>
      <w:r>
        <w:t>matlab yeh hai ke yahan bona, wahan kaatna. dunya kehte hain islam mein pre-death period ko, aur akhirat kehte hain post-death period ko.</w:t>
      </w:r>
    </w:p>
    <w:p>
      <w:pPr>
        <w:jc w:val="right"/>
      </w:pPr>
      <w:r>
        <w:t>مطلب یہ ہے کہ یہاں بونا، وہاں کاٹنا۔ دنیا کہتے ہیں اسلام میں pre-death period کو، اور آخرت کہتے ہیں post-death period کو۔</w:t>
      </w:r>
    </w:p>
    <w:p>
      <w:r>
        <w:rPr>
          <w:b/>
        </w:rPr>
        <w:t xml:space="preserve">[01:03] </w:t>
      </w:r>
      <w:r>
        <w:t>to islam ke mutabiq aadmi ko aik eternal being ki hesiyat se paida kiya gaya hai, lekin is ka life span do hisse bata hua hai.</w:t>
      </w:r>
    </w:p>
    <w:p>
      <w:pPr>
        <w:jc w:val="right"/>
      </w:pPr>
      <w:r>
        <w:t>تو اسلام کے مطابق آدمی کو ایک eternal being کی حیثیت سے پیدا کیا گیا ہے، لیکن اس کا life span دو حصّے بٹا ہوا ہے۔</w:t>
      </w:r>
    </w:p>
    <w:p>
      <w:r>
        <w:rPr>
          <w:b/>
        </w:rPr>
        <w:t xml:space="preserve">[01:21] </w:t>
      </w:r>
      <w:r>
        <w:t>thoda sa hissa is dunya mein, baqi hissa us dunya mein. jaise iceberg hota hai, iceberg ka aik tip upar dikhai deta hai, baqi sara ka sara samandar ke neeche daba rehta hai, chupa rehta hai.</w:t>
      </w:r>
    </w:p>
    <w:p>
      <w:pPr>
        <w:jc w:val="right"/>
      </w:pPr>
      <w:r>
        <w:t>تھوڑا سا حصّہ اس دنیا میں، بقیہ حصّہ اُس دنیا میں۔ جیسے آئس برگ ہوتا ہے، آئس برگ کا ایک tip اوپر دکھائی دیتا ہے، باقی سارا کا سارا سمندر کے نیچے دبا رہتا ہے، چھپا رہتا ہے۔</w:t>
      </w:r>
    </w:p>
    <w:p>
      <w:r>
        <w:rPr>
          <w:b/>
        </w:rPr>
        <w:t xml:space="preserve">[01:39] </w:t>
      </w:r>
      <w:r>
        <w:t>to aaj ki dunya yeh pre-death period hai, aur post-death period jo hai woh akhirat hai.</w:t>
      </w:r>
    </w:p>
    <w:p>
      <w:pPr>
        <w:jc w:val="right"/>
      </w:pPr>
      <w:r>
        <w:t>تو آج کی دنیا یہ pre-death period ہے، اور post-death period جو ہے وہ آخرت ہے۔</w:t>
      </w:r>
    </w:p>
    <w:p>
      <w:r>
        <w:rPr>
          <w:b/>
        </w:rPr>
        <w:t xml:space="preserve">[01:50] </w:t>
      </w:r>
      <w:r>
        <w:t>to farmaya ke "aldunya mazrat al-akhira". yaani present world jo hai, pre-death period jo hai,</w:t>
      </w:r>
    </w:p>
    <w:p>
      <w:pPr>
        <w:jc w:val="right"/>
      </w:pPr>
      <w:r>
        <w:t>تو فرمایا کہ "الدنیا مزرۃ الآخرة"۔ یعنی present world جو ہے، pre-death period جو ہے،</w:t>
      </w:r>
    </w:p>
    <w:p>
      <w:r>
        <w:rPr>
          <w:b/>
        </w:rPr>
        <w:t xml:space="preserve">[02:06] </w:t>
      </w:r>
      <w:r>
        <w:t>us mein hum aik kheti karte hain, lekin phal is ka milega post-death period mein. yaani aaj amal karna, aur kal ke ki dunya mein is ka phal paana.</w:t>
      </w:r>
    </w:p>
    <w:p>
      <w:pPr>
        <w:jc w:val="right"/>
      </w:pPr>
      <w:r>
        <w:t>اُس میں ہم ایک کھیتی کرتے ہیں، لیکن پھل اس کا ملے گا post-death period میں۔ یعنی آج عمل کرنا، اور کل کے کی دنیا میں اس کا پھل پانا۔</w:t>
      </w:r>
    </w:p>
    <w:p>
      <w:r>
        <w:rPr>
          <w:b/>
        </w:rPr>
        <w:t xml:space="preserve">[02:25] </w:t>
      </w:r>
      <w:r>
        <w:t>aaj amal karna, aur maut ke baad wali dunya mein is ka anjam paana.</w:t>
      </w:r>
    </w:p>
    <w:p>
      <w:pPr>
        <w:jc w:val="right"/>
      </w:pPr>
      <w:r>
        <w:t>آج عمل کرنا، اور موت کے بعد والی دنیا میں اس کا انجام پانا۔</w:t>
      </w:r>
    </w:p>
    <w:p>
      <w:r>
        <w:rPr>
          <w:b/>
        </w:rPr>
        <w:t xml:space="preserve">[02:34] </w:t>
      </w:r>
      <w:r>
        <w:t>aap jante hain ke yeh anjam do dhang par hai: aik reward aur aik punishment. saza aur inaam.</w:t>
      </w:r>
    </w:p>
    <w:p>
      <w:pPr>
        <w:jc w:val="right"/>
      </w:pPr>
      <w:r>
        <w:t>آپ جانتے ہیں کہ یہ انجام دو ڈھنگ پر ہے: ایک reward اور ایک punishment۔ سزا اور انعام۔</w:t>
      </w:r>
    </w:p>
    <w:p>
      <w:r>
        <w:rPr>
          <w:b/>
        </w:rPr>
        <w:t xml:space="preserve">[02:45] </w:t>
      </w:r>
      <w:r>
        <w:t>to jis tarah se kheti hai, agar aap apni kheti mein kaante ki kheti karen, kaante wala poda lagayen, to jab woh bara hoga to aap ko us se kaanta milega.</w:t>
      </w:r>
    </w:p>
    <w:p>
      <w:pPr>
        <w:jc w:val="right"/>
      </w:pPr>
      <w:r>
        <w:t>تو جس طرح سے کھیتی ہے، اگر آپ اپنی کھیتی میں کانٹے کی کھیتی کریں، کانٹے والا پودا لگائیں، تو جب وہ بڑا ہوگا تو آپ کو اُس سے کانٹا ملے گا۔</w:t>
      </w:r>
    </w:p>
    <w:p>
      <w:r>
        <w:rPr>
          <w:b/>
        </w:rPr>
        <w:t xml:space="preserve">[03:04] </w:t>
      </w:r>
      <w:r>
        <w:t>jaise ke aik babool hai, aik aam hai. babool mein kaante hote hain, aam mein phal hota hai. to aap agar babool ka phal lagayenge to jab bara hoga to aap ko kaanta dega.</w:t>
      </w:r>
    </w:p>
    <w:p>
      <w:pPr>
        <w:jc w:val="right"/>
      </w:pPr>
      <w:r>
        <w:t>جیسے کہ ایک ببول ہے، ایک آم ہے۔ ببول میں کانٹے ہوتے ہیں، آم میں پھل ہوتا ہے۔ تو آپ اگر ببول کا پھل لگائیں گے تو جب بڑا ہوگا تو آپ کو کانٹا دے گا۔</w:t>
      </w:r>
    </w:p>
    <w:p>
      <w:r>
        <w:rPr>
          <w:b/>
        </w:rPr>
        <w:t xml:space="preserve">[03:18] </w:t>
      </w:r>
      <w:r>
        <w:t>aur aam ka phal lagayenge to jab bara hoga to aap ko phal dega. meetha phal. to aaj ki dunya mein aadmi agar bura kaam kare, bura kaam ka matlab kya hai?</w:t>
      </w:r>
    </w:p>
    <w:p>
      <w:pPr>
        <w:jc w:val="right"/>
      </w:pPr>
      <w:r>
        <w:t>اور آم کا پھل لگائیں گے تو جب بڑا ہوگا تو آپ کو پھل دے گا۔ میٹھا پھل۔ تو آج کی دنیا میں آدمی اگر برا کام کرے، برا کام کا مطلب کیا ہے؟</w:t>
      </w:r>
    </w:p>
    <w:p>
      <w:r>
        <w:rPr>
          <w:b/>
        </w:rPr>
        <w:t xml:space="preserve">[03:35] </w:t>
      </w:r>
      <w:r>
        <w:t>khuda ke hukumon ke khilaf chale, apni azadi ko misuse kare, khuda ke aage surrender na kare, to kya hai?</w:t>
      </w:r>
    </w:p>
    <w:p>
      <w:pPr>
        <w:jc w:val="right"/>
      </w:pPr>
      <w:r>
        <w:t>خدا کے حکموں کے خلاف چلے، اپنی آزادی کو misuse کرے، خدا کے آگے surrender نہ کرے، تو کیا ہے؟</w:t>
      </w:r>
    </w:p>
    <w:p>
      <w:r>
        <w:rPr>
          <w:b/>
        </w:rPr>
        <w:t xml:space="preserve">[03:48] </w:t>
      </w:r>
      <w:r>
        <w:t>us ko hell milega. hell ka matlab saza, punishment.</w:t>
      </w:r>
    </w:p>
    <w:p>
      <w:pPr>
        <w:jc w:val="right"/>
      </w:pPr>
      <w:r>
        <w:t>اُس کو hell ملے گا۔ Hell کا مطلب سزا، punishment۔</w:t>
      </w:r>
    </w:p>
    <w:p>
      <w:r>
        <w:rPr>
          <w:b/>
        </w:rPr>
        <w:t xml:space="preserve">[03:57] </w:t>
      </w:r>
      <w:r>
        <w:t>is ka ulta anjam us aadmi ka hai jo aaj ki dunya mein khuda ke ahkam ko follow kare.</w:t>
      </w:r>
    </w:p>
    <w:p>
      <w:pPr>
        <w:jc w:val="right"/>
      </w:pPr>
      <w:r>
        <w:t>اس کا الٹا انجام اُس آدمی کا ہے جو آج کی دنیا میں خدا کے احکام کو follow کرے۔</w:t>
      </w:r>
    </w:p>
    <w:p>
      <w:r>
        <w:rPr>
          <w:b/>
        </w:rPr>
        <w:t xml:space="preserve">[04:15] </w:t>
      </w:r>
      <w:r>
        <w:t>khuda ke aage apne ko surrender kare. khuda ne apne peghambaron ke zariye jo baaten batai hain, un ko follow karte hue zindagi guzare.</w:t>
      </w:r>
    </w:p>
    <w:p>
      <w:pPr>
        <w:jc w:val="right"/>
      </w:pPr>
      <w:r>
        <w:t>خدا کے آگے اپنے کو surrender کرے۔ خدا نے اپنے پیغمبروں کے ذریعے جو باتیں بتائی ہیں، اُن کو follow کرتے ہوئے زندگی گزارے۔</w:t>
      </w:r>
    </w:p>
    <w:p>
      <w:r>
        <w:rPr>
          <w:b/>
        </w:rPr>
        <w:t xml:space="preserve">[04:32] </w:t>
      </w:r>
      <w:r>
        <w:t>to aisa aadmi jo hai woh maut ke baad us ko inaam milega, jis ko hum paradise kehte hain.</w:t>
      </w:r>
    </w:p>
    <w:p>
      <w:pPr>
        <w:jc w:val="right"/>
      </w:pPr>
      <w:r>
        <w:t>تو ایسا آدمی جو ہے وہ موت کے بعد اُس کو انعام ملے گا، جس کو ہم paradise کہتے ہیں۔</w:t>
      </w:r>
    </w:p>
    <w:p>
      <w:r>
        <w:rPr>
          <w:b/>
        </w:rPr>
        <w:t xml:space="preserve">[04:43] </w:t>
      </w:r>
      <w:r>
        <w:t>to isi ko kaha ke "aldunya mazrat al-akhira". present dunya, aaj ki dunya jo hai, kal wali dunya ke liye kheti kiya kheti jaisi hai.</w:t>
      </w:r>
    </w:p>
    <w:p>
      <w:pPr>
        <w:jc w:val="right"/>
      </w:pPr>
      <w:r>
        <w:t>تو اسی کو کہا کہ "الدنیا مزرۃ الآخرة"۔ present دنیا، آج کی دنیا جو ہے، کل والی دنیا کے لیے کھیتی کیا کھیتی جیسی ہے۔</w:t>
      </w:r>
    </w:p>
    <w:p>
      <w:r>
        <w:rPr>
          <w:b/>
        </w:rPr>
        <w:t xml:space="preserve">[04:58] </w:t>
      </w:r>
      <w:r>
        <w:t>to aaj booge to kal kaato ge. jaisa bona, vaisa kaatna.</w:t>
      </w:r>
    </w:p>
    <w:p>
      <w:pPr>
        <w:jc w:val="right"/>
      </w:pPr>
      <w:r>
        <w:t>تو آج بو گے تو کل کاٹو گے۔ جیسا بونا، ویسا کاٹنا۔</w:t>
      </w:r>
    </w:p>
    <w:p>
      <w:r>
        <w:rPr>
          <w:b/>
        </w:rPr>
        <w:t xml:space="preserve">[05:06] </w:t>
      </w:r>
      <w:r>
        <w:t>jaisa bona, vaisa kaatna. to buri kheti karoge to bura phal milega, achhi kheti karoge to achha phal milega. yeh aik bohat hi basic taleem hai.</w:t>
      </w:r>
    </w:p>
    <w:p>
      <w:pPr>
        <w:jc w:val="right"/>
      </w:pPr>
      <w:r>
        <w:t>جیسا بونا، ویسا کاٹنا۔ تو بری کھیتی کرو گے تو برا پھل ملے گا، اچھی کھیتی کرو گے تو اچھا پھل ملے گا۔ یہ ایک بہت ہی basic تعلیم ہے۔</w:t>
      </w:r>
    </w:p>
    <w:p>
      <w:r>
        <w:rPr>
          <w:b/>
        </w:rPr>
        <w:t xml:space="preserve">[05:20] </w:t>
      </w:r>
      <w:r>
        <w:t>agar aadmi ke mind mein yeh baat baith jaye ke aaj ka jo amal mera hai, us ko eternal life mein, kyunke maut ke baad jo dunya hai woh eternal hai.</w:t>
      </w:r>
    </w:p>
    <w:p>
      <w:pPr>
        <w:jc w:val="right"/>
      </w:pPr>
      <w:r>
        <w:t>اگر آدمی کے mind میں یہ بات بیٹھ جائے کہ آج کا جو عمل میرا ہے، اُس کو eternal life میں، کیونکہ موت کے بعد جو دنیا ہے وہ eternal ہے۔</w:t>
      </w:r>
    </w:p>
    <w:p>
      <w:r>
        <w:rPr>
          <w:b/>
        </w:rPr>
        <w:t xml:space="preserve">[05:35] </w:t>
      </w:r>
      <w:r>
        <w:t>aaj ki chaalis saal, pachas saal, sattar saal ki zindagi mein jo kuch mein karunga, to eternal life mein us ka mujhe bhugtana padega, us ka anjam.</w:t>
      </w:r>
    </w:p>
    <w:p>
      <w:pPr>
        <w:jc w:val="right"/>
      </w:pPr>
      <w:r>
        <w:t>آج کی چالیس سال، پچاس سال، ستر سال کی زندگی میں جو کچھ میں کروں گا، تو eternal life میں اُس کا مجھے بھگتنا پڑے گا، اُس کا انجام۔</w:t>
      </w:r>
    </w:p>
    <w:p>
      <w:r>
        <w:rPr>
          <w:b/>
        </w:rPr>
        <w:t xml:space="preserve">[05:52] </w:t>
      </w:r>
      <w:r>
        <w:t>to jis aadmi ke dil mein yeh baat baith jaye, us ki poori zindagi badal jaye gi. woh us ki poori zindagi mein aik inqilab aa jaye ga.</w:t>
      </w:r>
    </w:p>
    <w:p>
      <w:pPr>
        <w:jc w:val="right"/>
      </w:pPr>
      <w:r>
        <w:t>تو جس آدمی کے دل میں یہ بات بیٹھ جائے، اُس کی پوری زندگی بدل جائے گی۔ وہ اُس کی پوری زندگی میں ایک انقلاب آ جائے گا۔</w:t>
      </w:r>
    </w:p>
    <w:p>
      <w:r>
        <w:rPr>
          <w:b/>
        </w:rPr>
        <w:t xml:space="preserve">[06:06] </w:t>
      </w:r>
      <w:r>
        <w:t>yani yahi aik taleem jo hai poori zindagi ko sanwarne ke liye kafi hai.</w:t>
      </w:r>
    </w:p>
    <w:p>
      <w:pPr>
        <w:jc w:val="right"/>
      </w:pPr>
      <w:r>
        <w:t>یعنی یہی ایک تعلیم جو ہے پوری زندگی کو سنوارنے کے لیے کافی ہے۔</w:t>
      </w:r>
    </w:p>
    <w:p>
      <w:r>
        <w:rPr>
          <w:b/>
        </w:rPr>
        <w:t xml:space="preserve">[06:13] </w:t>
      </w:r>
      <w:r>
        <w:t>jaise aik waqia mein arz karon</w:t>
      </w:r>
    </w:p>
    <w:p>
      <w:pPr>
        <w:jc w:val="right"/>
      </w:pPr>
      <w:r>
        <w:t>جیسے ایک واقعہ میں عرض کروں</w:t>
      </w:r>
    </w:p>
    <w:p>
      <w:r>
        <w:rPr>
          <w:b/>
        </w:rPr>
        <w:t xml:space="preserve">[06:18] </w:t>
      </w:r>
      <w:r>
        <w:t>ke rasool ALLAH صلی اللہ علیہ وسلم ke zamane mein aik aadmi aaya bahar se, madine ke bahar se. us ne islam accept kiya.</w:t>
      </w:r>
    </w:p>
    <w:p>
      <w:pPr>
        <w:jc w:val="right"/>
      </w:pPr>
      <w:r>
        <w:t>کہ رسول اللہ صلی اللہ علیہ وسلم کے زمانے میں ایک آدمی آیا باہر سے، مدینے کے باہر سے۔ اُس نے اسلام accept کیا۔</w:t>
      </w:r>
    </w:p>
    <w:p>
      <w:r>
        <w:rPr>
          <w:b/>
        </w:rPr>
        <w:t xml:space="preserve">[06:32] </w:t>
      </w:r>
      <w:r>
        <w:t>to us ki tarbiyat ke liye aap ne us ko keh diya ke tum ali ke sath raho. ali ibn abi talib aik sahabi the, senior sahabi.</w:t>
      </w:r>
    </w:p>
    <w:p>
      <w:pPr>
        <w:jc w:val="right"/>
      </w:pPr>
      <w:r>
        <w:t>تو اُس کی تربیت کے لیے آپ نے اُس کو کہہ دیا کہ تم علی کے ساتھ رہو۔ علی ابن ابی طالب ایک صحابی تھے، senior صحابی۔</w:t>
      </w:r>
    </w:p>
    <w:p>
      <w:r>
        <w:rPr>
          <w:b/>
        </w:rPr>
        <w:t xml:space="preserve">[06:44] </w:t>
      </w:r>
      <w:r>
        <w:t>to aap ne kaha hai ke un ke sath raho aur un ke sath reh kar ke tum deen sikho.</w:t>
      </w:r>
    </w:p>
    <w:p>
      <w:pPr>
        <w:jc w:val="right"/>
      </w:pPr>
      <w:r>
        <w:t>تو آپ نے کہا ہے کہ اُن کے ساتھ رہو اور اُن کے ساتھ رہ کر کے تم دین سیکھو۔</w:t>
      </w:r>
    </w:p>
    <w:p>
      <w:r>
        <w:rPr>
          <w:b/>
        </w:rPr>
        <w:t xml:space="preserve">[06:53] </w:t>
      </w:r>
      <w:r>
        <w:t>to wahan par aisa tha ke log har din masjid mein ate the. to pata chalta tha ke aadmi aaya hai ke aadmi nahi aaya. to chand din ke baad aap ne dekha ke woh aadmi dikhai nahi de raha hai.</w:t>
      </w:r>
    </w:p>
    <w:p>
      <w:pPr>
        <w:jc w:val="right"/>
      </w:pPr>
      <w:r>
        <w:t>تو وہاں پر ایسا تھا کہ لوگ ہر دن مسجد میں آتے تھے۔ تو پتہ چلتا تھا کہ آدمی آیا ہے کہ آدمی نہیں آیا۔ تو چند دن کے بعد آپ نے دیکھا کہ وہ آدمی دکھائی نہیں دے رہا ہے۔</w:t>
      </w:r>
    </w:p>
    <w:p>
      <w:r>
        <w:rPr>
          <w:b/>
        </w:rPr>
        <w:t xml:space="preserve">[07:10] </w:t>
      </w:r>
      <w:r>
        <w:t>to aap ne kya kiya ke ali ibn abi talib jo the un se poocha ke woh aadmi dikhai nahi de raha hai? woh kahan hai woh?</w:t>
      </w:r>
    </w:p>
    <w:p>
      <w:pPr>
        <w:jc w:val="right"/>
      </w:pPr>
      <w:r>
        <w:t>تو آپ نے کیا کیا کہ علی ابن ابی طالب جو تھے اُن سے پوچھا کہ وہ آدمی دکھائی نہیں دے رہا ہے؟ وہ کہاں ہے وہ؟</w:t>
      </w:r>
    </w:p>
    <w:p>
      <w:r>
        <w:rPr>
          <w:b/>
        </w:rPr>
        <w:t xml:space="preserve">[07:21] </w:t>
      </w:r>
      <w:r>
        <w:t>to unhon ne kaha ke woh mujhe bhi nahi maloom. mere sath chand din raha. phir woh chala gaya. ab mujhe khud pata nahi us ke whereabouts ka pata nahi.</w:t>
      </w:r>
    </w:p>
    <w:p>
      <w:pPr>
        <w:jc w:val="right"/>
      </w:pPr>
      <w:r>
        <w:t>تو انہوں نے کہا کہ وہ مجھے بھی نہیں معلوم۔ میرے ساتھ چند دن رہا۔ پھر وہ چلا گیا۔ اب مجھے خود پتہ نہیں اس کے whereabouts کا پتہ نہیں۔</w:t>
      </w:r>
    </w:p>
    <w:p>
      <w:r>
        <w:rPr>
          <w:b/>
        </w:rPr>
        <w:t xml:space="preserve">[07:35] </w:t>
      </w:r>
      <w:r>
        <w:t>to aap ne logon se kaha ke woh aadmi jo hai kahin bhi mil jaye to us ko le aao hamare pas. to aik aadmi ne us ko kisi maqam par dekh liya to us se kaha ke tum ko rasool ALLAH ne bulaya hai.</w:t>
      </w:r>
    </w:p>
    <w:p>
      <w:pPr>
        <w:jc w:val="right"/>
      </w:pPr>
      <w:r>
        <w:t>تو آپ نے لوگوں سے کہا کہ وہ آدمی جو ہے کہیں بھی مل جائے تو اُس کو لے آؤ ہمارے پاس۔ تو ایک آدمی نے اُس کو کسی مقام پر دیکھ لیا تو اُس سے کہا کہ تم کو رسول اللہ نے بلایا ہے۔</w:t>
      </w:r>
    </w:p>
    <w:p>
      <w:r>
        <w:rPr>
          <w:b/>
        </w:rPr>
        <w:t xml:space="preserve">[07:52] </w:t>
      </w:r>
      <w:r>
        <w:t>to aaya aap ke pas.</w:t>
      </w:r>
    </w:p>
    <w:p>
      <w:pPr>
        <w:jc w:val="right"/>
      </w:pPr>
      <w:r>
        <w:t>تو آیا آپ کے پاس۔</w:t>
      </w:r>
    </w:p>
    <w:p>
      <w:r>
        <w:rPr>
          <w:b/>
        </w:rPr>
        <w:t xml:space="preserve">[07:56] </w:t>
      </w:r>
      <w:r>
        <w:t>to aap ne poocha ke mein ne tum se kaha tha ke tum ali ke sath raho aur deen sikho. to tum chale kyun gaye? us ne kaha mein ne seekh liya.</w:t>
      </w:r>
    </w:p>
    <w:p>
      <w:pPr>
        <w:jc w:val="right"/>
      </w:pPr>
      <w:r>
        <w:t>تو آپ نے پوچھا کہ میں نے تم سے کہا تھا کہ تم علی کے ساتھ رہو اور دین سیکھو۔ تو تم چلے کیوں گئے؟ اُس نے کہا میں نے سیکھ لیا۔</w:t>
      </w:r>
    </w:p>
    <w:p>
      <w:r>
        <w:rPr>
          <w:b/>
        </w:rPr>
        <w:t xml:space="preserve">[08:08] </w:t>
      </w:r>
      <w:r>
        <w:t>deen to mein ne seekh liya. is liye mein chala gaya.</w:t>
      </w:r>
    </w:p>
    <w:p>
      <w:pPr>
        <w:jc w:val="right"/>
      </w:pPr>
      <w:r>
        <w:t>دین تو میں نے سیکھ لیا۔ اس لیے میں چلا گیا۔</w:t>
      </w:r>
    </w:p>
    <w:p>
      <w:r>
        <w:rPr>
          <w:b/>
        </w:rPr>
        <w:t xml:space="preserve">[08:16] </w:t>
      </w:r>
      <w:r>
        <w:t>to aap ne kaha kaise seekh liya? to us ne kaha ke mujhe ali ibn abi talib ne quran ki aik surah batai.</w:t>
      </w:r>
    </w:p>
    <w:p>
      <w:pPr>
        <w:jc w:val="right"/>
      </w:pPr>
      <w:r>
        <w:t>تو آپ نے کہا کیسے سیکھ لیا؟ تو اُس نے کہا کہ مجھے علی ابن ابی طالب نے قرآن کی ایک سورہ بتائی۔</w:t>
      </w:r>
    </w:p>
    <w:p>
      <w:r>
        <w:rPr>
          <w:b/>
        </w:rPr>
        <w:t xml:space="preserve">[08:31] </w:t>
      </w:r>
      <w:r>
        <w:t>jis ko mein ne yaad kar liya. us surah mein mujhe aik bohat hi basic baat mil gayi. aik bohat hi basic formula.</w:t>
      </w:r>
    </w:p>
    <w:p>
      <w:pPr>
        <w:jc w:val="right"/>
      </w:pPr>
      <w:r>
        <w:t>جس کو میں نے یاد کر لیا۔ اُس سورہ میں مجھے ایک بہت ہی basic بات مل گئی۔ ایک بہت ہی basic فارمولا۔</w:t>
      </w:r>
    </w:p>
    <w:p>
      <w:r>
        <w:rPr>
          <w:b/>
        </w:rPr>
        <w:t xml:space="preserve">[08:45] </w:t>
      </w:r>
      <w:r>
        <w:t>woh yeh ke</w:t>
      </w:r>
    </w:p>
    <w:p>
      <w:pPr>
        <w:jc w:val="right"/>
      </w:pPr>
      <w:r>
        <w:t>وہ یہ کہ</w:t>
      </w:r>
    </w:p>
    <w:p>
      <w:r>
        <w:rPr>
          <w:b/>
        </w:rPr>
        <w:t xml:space="preserve">[08:57] </w:t>
      </w:r>
      <w:r>
        <w:t>is ka matlab yeh hai ke ke jo shakhs aaj ki duniya mein zara ke barabar bhi khair kare ga, neki kare ga, to agli zindagi mein woh us ka acha anjam, us ka inaam pa le ga.</w:t>
      </w:r>
    </w:p>
    <w:p>
      <w:pPr>
        <w:jc w:val="right"/>
      </w:pPr>
      <w:r>
        <w:t>اس کا مطلب یہ ہے کہ کہ جو شخص آج کی دنیا میں ذرہ کے برابر بھی خیر کرے گا، نیکی کرے گا، تو اگلی زندگی میں وہ اُس کا اچھا انجام، اُس کا انعام پا لے گا۔</w:t>
      </w:r>
    </w:p>
    <w:p>
      <w:r>
        <w:rPr>
          <w:b/>
        </w:rPr>
        <w:t xml:space="preserve">[09:18] </w:t>
      </w:r>
      <w:r>
        <w:t>aur jo shakhs aaj ki zindagi mein zara ke barabar, zara ke. aur jo shakhs aaj ki zindagi mein zara ke barabar bhi bura kaam kare ga,</w:t>
      </w:r>
    </w:p>
    <w:p>
      <w:pPr>
        <w:jc w:val="right"/>
      </w:pPr>
      <w:r>
        <w:t>اور جو شخص آج کی زندگی میں ذرہ کے برابر، ذرہ کے۔ اور جو شخص آج کی زندگی میں ذرہ کے برابر بھی برا کام کرے گا،</w:t>
      </w:r>
    </w:p>
    <w:p>
      <w:r>
        <w:rPr>
          <w:b/>
        </w:rPr>
        <w:t xml:space="preserve">[09:32] </w:t>
      </w:r>
      <w:r>
        <w:t>to woh agli zindagi mein us ka anjam pa le ga. to ab mera yeh hal hai ke jab bhi koi kaam karna hota hai,</w:t>
      </w:r>
    </w:p>
    <w:p>
      <w:pPr>
        <w:jc w:val="right"/>
      </w:pPr>
      <w:r>
        <w:t>تو وہ اگلی زندگی میں اُس کا انجام پا لے گا۔ تو اب میرا یہ حال ہے کہ جب بھی کوئی کام کرنا ہوتا ہے،</w:t>
      </w:r>
    </w:p>
    <w:p>
      <w:r>
        <w:rPr>
          <w:b/>
        </w:rPr>
        <w:t xml:space="preserve">[09:46] </w:t>
      </w:r>
      <w:r>
        <w:t>koi situation pesh ati hai,</w:t>
      </w:r>
    </w:p>
    <w:p>
      <w:pPr>
        <w:jc w:val="right"/>
      </w:pPr>
      <w:r>
        <w:t>کوئی situation پیش آتی ہے،</w:t>
      </w:r>
    </w:p>
    <w:p>
      <w:r>
        <w:rPr>
          <w:b/>
        </w:rPr>
        <w:t xml:space="preserve">[09:51] </w:t>
      </w:r>
      <w:r>
        <w:t>koi bhi muamla samne ata hai to mein yeh soch leta hoon ke aaj jo mein karon ga, us ka anjam mujhe maut ke baad wali zindagi mein milna milna hai.</w:t>
      </w:r>
    </w:p>
    <w:p>
      <w:pPr>
        <w:jc w:val="right"/>
      </w:pPr>
      <w:r>
        <w:t>کوئی بھی معاملہ سامنے آتا ہے تو میں یہ سوچ لیتا ہوں کہ آج جو میں کروں گا، اُس کا انجام مجھے موت کے بعد والی زندگی میں ملنا ملنا ہے۔</w:t>
      </w:r>
    </w:p>
    <w:p>
      <w:r>
        <w:rPr>
          <w:b/>
        </w:rPr>
        <w:t xml:space="preserve">[10:04] </w:t>
      </w:r>
      <w:r>
        <w:t>to yeh soch jo hai meri, yeh mere zehan ko hamesha theek rakhti hai.</w:t>
      </w:r>
    </w:p>
    <w:p>
      <w:pPr>
        <w:jc w:val="right"/>
      </w:pPr>
      <w:r>
        <w:t>تو یہ سوچ جو ہے میری، یہ میرے ذہن کو ہمیشہ ٹھیک رکھتی ہے۔</w:t>
      </w:r>
    </w:p>
    <w:p>
      <w:r>
        <w:rPr>
          <w:b/>
        </w:rPr>
        <w:t xml:space="preserve">[10:15] </w:t>
      </w:r>
      <w:r>
        <w:t>aaj ki jo temporary life hai, thoray din ki, us ke kiye ka badla mujhe eternal life mein bhugtana hai.</w:t>
      </w:r>
    </w:p>
    <w:p>
      <w:pPr>
        <w:jc w:val="right"/>
      </w:pPr>
      <w:r>
        <w:t>آج کی جو temporary life ہے، تھوڑے دن کی، اُس کے کیے کا بدلہ مجھے eternal life میں بھگتنا ہے۔</w:t>
      </w:r>
    </w:p>
    <w:p>
      <w:r>
        <w:rPr>
          <w:b/>
        </w:rPr>
        <w:t xml:space="preserve">[10:26] </w:t>
      </w:r>
      <w:r>
        <w:t>to mein yeh jab soch leta hoon ke kal ke anjam se bachne ke liye mujhe aaj apna behavior, apni bol baat, sab ko theek rakhna pare ga.</w:t>
      </w:r>
    </w:p>
    <w:p>
      <w:pPr>
        <w:jc w:val="right"/>
      </w:pPr>
      <w:r>
        <w:t>تو میں یہ جب سوچ لیتا ہوں کہ کل کے انجام سے بچنے کے لیے مجھے آج اپنا behavior، اپنی بول بات، سب کو ٹھیک رکھنا پڑے گا۔</w:t>
      </w:r>
    </w:p>
    <w:p>
      <w:r>
        <w:rPr>
          <w:b/>
        </w:rPr>
        <w:t xml:space="preserve">[10:40] </w:t>
      </w:r>
      <w:r>
        <w:t>yeh cheez mere liye aik training ban gayi. mujhe yeh aqeedah mere teacher ban gaya. to aap ne kaha ke is ne baat ko pa liya.</w:t>
      </w:r>
    </w:p>
    <w:p>
      <w:pPr>
        <w:jc w:val="right"/>
      </w:pPr>
      <w:r>
        <w:t>یہ چیز میرے لیے ایک training بن گئی۔ مجھے یہ عقیدہ میرے teacher بن گیا۔ تو آپ نے کہا کہ اس نے بات کو پا لیا۔</w:t>
      </w:r>
    </w:p>
    <w:p>
      <w:r>
        <w:rPr>
          <w:b/>
        </w:rPr>
        <w:t xml:space="preserve">[10:57] </w:t>
      </w:r>
      <w:r>
        <w:t>to yeh hai matlab is ka</w:t>
      </w:r>
    </w:p>
    <w:p>
      <w:pPr>
        <w:jc w:val="right"/>
      </w:pPr>
      <w:r>
        <w:t>تو یہ ہے مطلب اس کا</w:t>
      </w:r>
    </w:p>
    <w:p>
      <w:r>
        <w:rPr>
          <w:b/>
        </w:rPr>
        <w:t xml:space="preserve">[11:02] </w:t>
      </w:r>
      <w:r>
        <w:t>keh in in al dunaya</w:t>
      </w:r>
    </w:p>
    <w:p>
      <w:pPr>
        <w:jc w:val="right"/>
      </w:pPr>
      <w:r>
        <w:t>کہ ان ان الدنیا</w:t>
      </w:r>
    </w:p>
    <w:p>
      <w:r>
        <w:rPr>
          <w:b/>
        </w:rPr>
        <w:t xml:space="preserve">[11:07] </w:t>
      </w:r>
      <w:r>
        <w:t>al dunaya mazrat al aakhirah. al dunaya mazrat al aakhirah. yeh bohat hi</w:t>
      </w:r>
    </w:p>
    <w:p>
      <w:pPr>
        <w:jc w:val="right"/>
      </w:pPr>
      <w:r>
        <w:t>الدنیا مزرۃ الآخرة۔ الدنیا مزرۃ الآخرة۔ یہ بہت ہی</w:t>
      </w:r>
    </w:p>
    <w:p>
      <w:r>
        <w:rPr>
          <w:b/>
        </w:rPr>
        <w:t xml:space="preserve">[11:17] </w:t>
      </w:r>
      <w:r>
        <w:t>inqilaabi teaching hai.</w:t>
      </w:r>
    </w:p>
    <w:p>
      <w:pPr>
        <w:jc w:val="right"/>
      </w:pPr>
      <w:r>
        <w:t>انقلابی teaching ہے۔</w:t>
      </w:r>
    </w:p>
    <w:p>
      <w:r>
        <w:rPr>
          <w:b/>
        </w:rPr>
        <w:t xml:space="preserve">[11:22] </w:t>
      </w:r>
      <w:r>
        <w:t>yeh aadmi ke andar yeh soch agar aadmi ke andar paida ho jaye to goya keh us ke apne andar aik teacher baith gaya. har waqt batane ke liye kya karna hai, kya nahi karna hai.</w:t>
      </w:r>
    </w:p>
    <w:p>
      <w:pPr>
        <w:jc w:val="right"/>
      </w:pPr>
      <w:r>
        <w:t>یہ آدمی کے اندر یہ سوچ اگر آدمی کے اندر پیدا ہو جائے تو گویا کہ اُس کے اپنے اندر ایک teacher بیٹھ گیا۔ ہر وقت بتانے کے لیے کیا کرنا ہے، کیا نہیں کرنا ہے۔</w:t>
      </w:r>
    </w:p>
    <w:p>
      <w:r>
        <w:rPr>
          <w:b/>
        </w:rPr>
        <w:t xml:space="preserve">[11:38] </w:t>
      </w:r>
      <w:r>
        <w:t>yani khud apne interest mein ho jata hai. is yeh aqeedah jo hai, us ka nateeja yeh hota hai keh har aadmi ke ko apne interest mein yeh dikhai dene lagta hai keh woh bura kaam na kare, acha kaam kare.</w:t>
      </w:r>
    </w:p>
    <w:p>
      <w:pPr>
        <w:jc w:val="right"/>
      </w:pPr>
      <w:r>
        <w:t>یعنی خود اپنے interest میں ہو جاتا ہے۔ اس یہ عقیدہ جو ہے، اُس کا نتیجہ یہ ہوتا ہے کہ ہر آدمی کے کو اپنے interest میں یہ دکھائی دینے لگتا ہے کہ وہ برا کام نہ کرے، اچھا کام کرے۔</w:t>
      </w:r>
    </w:p>
    <w:p>
      <w:r>
        <w:rPr>
          <w:b/>
        </w:rPr>
        <w:t xml:space="preserve">[11:55] </w:t>
      </w:r>
      <w:r>
        <w:t>buri baat na bole, achi bhi achi baat bole. woh</w:t>
      </w:r>
    </w:p>
    <w:p>
      <w:pPr>
        <w:jc w:val="right"/>
      </w:pPr>
      <w:r>
        <w:t>بری بات نہ بولے، اچھی بھی اچھی بات بولے۔ وہ</w:t>
      </w:r>
    </w:p>
    <w:p>
      <w:r>
        <w:rPr>
          <w:b/>
        </w:rPr>
        <w:t xml:space="preserve">[12:02] </w:t>
      </w:r>
      <w:r>
        <w:t>yeh us ke apne interest mein yeh baat ho jati hai. to aik qadar tarah ka keh self control spirit us ke andar paida ho jati hai.</w:t>
      </w:r>
    </w:p>
    <w:p>
      <w:pPr>
        <w:jc w:val="right"/>
      </w:pPr>
      <w:r>
        <w:t>یہ اُس کے اپنے interest میں یہ بات ہو جاتی ہے۔ تو ایک قدر طرح کا کہ self control spirit اُس کے اندر پیدا ہو جاتی ہے۔</w:t>
      </w:r>
    </w:p>
    <w:p>
      <w:r>
        <w:rPr>
          <w:b/>
        </w:rPr>
        <w:t xml:space="preserve">[12:14] </w:t>
      </w:r>
      <w:r>
        <w:t>yeh hai is hadees ka matlab. islam jo insaan banana chahta hai, woh yahi insaan hai. keh andar spirit jagana, andar incentive paida karna,</w:t>
      </w:r>
    </w:p>
    <w:p>
      <w:pPr>
        <w:jc w:val="right"/>
      </w:pPr>
      <w:r>
        <w:t>یہ ہے اس حدیث کا مطلب۔ اسلام جو انسان بنانا چاہتا ہے، وہ یہی انسان ہے۔ کہ اندر spirit جگانا، اندر incentive پیدا کرنا،</w:t>
      </w:r>
    </w:p>
    <w:p>
      <w:r>
        <w:rPr>
          <w:b/>
        </w:rPr>
        <w:t xml:space="preserve">[12:30] </w:t>
      </w:r>
      <w:r>
        <w:t>aadmi ke mind ko is tarah se train kar dena keh woh khud apna monitor ban jaye, khud apna teacher ban jaye, khud apna supervisor ban jaye.</w:t>
      </w:r>
    </w:p>
    <w:p>
      <w:pPr>
        <w:jc w:val="right"/>
      </w:pPr>
      <w:r>
        <w:t>آدمی کے mind کو اس طرح سے train کر دینا کہ وہ خود اپنا monitor بن جائے، خود اپنا teacher بن جائے، خود اپنا supervisor بن جائے۔</w:t>
      </w:r>
    </w:p>
    <w:p>
      <w:r>
        <w:rPr>
          <w:b/>
        </w:rPr>
        <w:t xml:space="preserve">[12:44] </w:t>
      </w:r>
      <w:r>
        <w:t>yeh hai islam ki scheme.</w:t>
      </w:r>
    </w:p>
    <w:p>
      <w:pPr>
        <w:jc w:val="right"/>
      </w:pPr>
      <w:r>
        <w:t>یہ ہے اسلام کی scheme۔</w:t>
      </w:r>
    </w:p>
    <w:p>
      <w:r>
        <w:rPr>
          <w:b/>
        </w:rPr>
        <w:t xml:space="preserve">[12:49] </w:t>
      </w:r>
      <w:r>
        <w:t>to yeh hai jis aadmi ke dil mein baith jaye keh dunya aakhirat ki kheti hai, to yahi aik aqeedah us ki poori zindagi ko sudharne ke liye kafi ho jayega.</w:t>
      </w:r>
    </w:p>
    <w:p>
      <w:pPr>
        <w:jc w:val="right"/>
      </w:pPr>
      <w:r>
        <w:t>تو یہ ہے جس آدمی کے دل میں بیٹھ جائے کہ دنیا آخرت کی کھیتی ہے، تو یہی ایک عقیدہ اُس کی پوری زندگی کو سدھارنے کے لیے کافی ہو جائے گا۔</w:t>
      </w:r>
    </w:p>
    <w:p>
      <w:r>
        <w:rPr>
          <w:b/>
        </w:rPr>
        <w:t xml:space="preserve">[13:06] </w:t>
      </w:r>
      <w:r>
        <w:t>dekhein aik hadees hai,</w:t>
      </w:r>
    </w:p>
    <w:p>
      <w:pPr>
        <w:jc w:val="right"/>
      </w:pPr>
      <w:r>
        <w:t>دیکھیں ایک حدیث ہے،</w:t>
      </w:r>
    </w:p>
    <w:p>
      <w:r>
        <w:rPr>
          <w:b/>
        </w:rPr>
        <w:t xml:space="preserve">[13:10] </w:t>
      </w:r>
      <w:r>
        <w:t>woh is tarah hai keh in al fitnat naimatun launa allahu man ayqadha. yeh bari important hadees hai.</w:t>
      </w:r>
    </w:p>
    <w:p>
      <w:pPr>
        <w:jc w:val="right"/>
      </w:pPr>
      <w:r>
        <w:t>وہ اس طرح ہے کہ ان الفتنۃ نائمۃ لون اللہ من ایقضا۔ یہ بڑی important حدیث ہے۔</w:t>
      </w:r>
    </w:p>
    <w:p>
      <w:r>
        <w:rPr>
          <w:b/>
        </w:rPr>
        <w:t xml:space="preserve">[13:23] </w:t>
      </w:r>
      <w:r>
        <w:t>in al fitnat naimatun launa allahu man ayqadha. fitnah soya hua hai. yani burai soyi hui hai.</w:t>
      </w:r>
    </w:p>
    <w:p>
      <w:pPr>
        <w:jc w:val="right"/>
      </w:pPr>
      <w:r>
        <w:t>ان الفتنۃ نائمۃ لون اللہ من ایقضا۔ فتنہ سویا ہوا ہے۔ یعنی برائی سوئی ہوئی ہے۔</w:t>
      </w:r>
    </w:p>
    <w:p>
      <w:r>
        <w:rPr>
          <w:b/>
        </w:rPr>
        <w:t xml:space="preserve">[13:35] </w:t>
      </w:r>
      <w:r>
        <w:t>us par laanat hai jo us ko jagaye.</w:t>
      </w:r>
    </w:p>
    <w:p>
      <w:pPr>
        <w:jc w:val="right"/>
      </w:pPr>
      <w:r>
        <w:t>اُس پر لعنت ہے جو اُس کو جگائے۔</w:t>
      </w:r>
    </w:p>
    <w:p>
      <w:r>
        <w:rPr>
          <w:b/>
        </w:rPr>
        <w:t xml:space="preserve">[13:41] </w:t>
      </w:r>
      <w:r>
        <w:t>fitnah soya hua hai. us par laanat hai jo us ko jagaye.</w:t>
      </w:r>
    </w:p>
    <w:p>
      <w:pPr>
        <w:jc w:val="right"/>
      </w:pPr>
      <w:r>
        <w:t>فتنہ سویا ہوا ہے۔ اُس پر لعنت ہے جو اُس کو جگائے۔</w:t>
      </w:r>
    </w:p>
    <w:p>
      <w:r>
        <w:rPr>
          <w:b/>
        </w:rPr>
        <w:t xml:space="preserve">[13:52] </w:t>
      </w:r>
      <w:r>
        <w:t>is par sochiye keh fitnah soya hua ka matlab kya hai? dekhein fitnah kaun barpa karta hai? yani burai kaun karta hai?</w:t>
      </w:r>
    </w:p>
    <w:p>
      <w:pPr>
        <w:jc w:val="right"/>
      </w:pPr>
      <w:r>
        <w:t>اس پر سوچیے کہ فتنہ سویا ہوا کا مطلب کیا ہے؟ دیکھیں فتنہ کون برپا کرتا ہے؟ یعنی برائی کون کرتا ہے؟</w:t>
      </w:r>
    </w:p>
    <w:p>
      <w:r>
        <w:rPr>
          <w:b/>
        </w:rPr>
        <w:t xml:space="preserve">[14:04] </w:t>
      </w:r>
      <w:r>
        <w:t>woh koi darakht nahi karta. koi pahaad nahi karta. koi samandar burai nahi karta. burai karne wala insaan hota hai.</w:t>
      </w:r>
    </w:p>
    <w:p>
      <w:pPr>
        <w:jc w:val="right"/>
      </w:pPr>
      <w:r>
        <w:t>وہ کوئی درخت نہیں کرتا۔ کوئی پہاڑ نہیں کرتا۔ کوئی سمندر برائی نہیں کرتا۔ برائی کرنے والا انسان ہوتا ہے۔</w:t>
      </w:r>
    </w:p>
    <w:p>
      <w:r>
        <w:rPr>
          <w:b/>
        </w:rPr>
        <w:t xml:space="preserve">[14:15] </w:t>
      </w:r>
      <w:r>
        <w:t>sooraj aur chaand burai nahi karte.</w:t>
      </w:r>
    </w:p>
    <w:p>
      <w:pPr>
        <w:jc w:val="right"/>
      </w:pPr>
      <w:r>
        <w:t>سورج اور چاند برائی نہیں کرتے۔</w:t>
      </w:r>
    </w:p>
    <w:p>
      <w:r>
        <w:rPr>
          <w:b/>
        </w:rPr>
        <w:t xml:space="preserve">[14:20] </w:t>
      </w:r>
      <w:r>
        <w:t>koi aik zara se le kar sitare tak koi burai nahi karta. burai karta hai insaan. hatta keh animal bhi burai nahi karte.</w:t>
      </w:r>
    </w:p>
    <w:p>
      <w:pPr>
        <w:jc w:val="right"/>
      </w:pPr>
      <w:r>
        <w:t>کوئی ایک ذرہ سے لے کر ستارے تک کوئی برائی نہیں کرتا۔ برائی کرتا ہے انسان۔ حتیٰ کہ animal بھی برائی نہیں کرتے۔</w:t>
      </w:r>
    </w:p>
    <w:p>
      <w:r>
        <w:rPr>
          <w:b/>
        </w:rPr>
        <w:t xml:space="preserve">[14:30] </w:t>
      </w:r>
      <w:r>
        <w:t>animal jo hain woh kya hain? apni aik zindagi guzarte hain. unhein kisi se matlab nahi. to insaan kaise karta hai burai?</w:t>
      </w:r>
    </w:p>
    <w:p>
      <w:pPr>
        <w:jc w:val="right"/>
      </w:pPr>
      <w:r>
        <w:t>animal جو ہیں وہ کیا ہیں؟ اپنی ایک زندگی گزارتے ہیں۔ انہیں کسی سے مطلب نہیں۔ تو انسان کیسے کرتا ہے برائی؟</w:t>
      </w:r>
    </w:p>
    <w:p>
      <w:r>
        <w:rPr>
          <w:b/>
        </w:rPr>
        <w:t xml:space="preserve">[14:42] </w:t>
      </w:r>
      <w:r>
        <w:t>yahan dekhein burai se matlab jo hai, fitnah se matlab jo hai, social fitnah. samajhi fitnah. jab jhagda jhagda uth khara ho.</w:t>
      </w:r>
    </w:p>
    <w:p>
      <w:pPr>
        <w:jc w:val="right"/>
      </w:pPr>
      <w:r>
        <w:t>یہاں دیکھیں برائی سے مطلب جو ہے، فتنہ سے مطلب جو ہے، social فتنہ۔ سماجی فتنہ۔ جب جھگڑا جھگڑا اٹھ کھڑا ہو۔</w:t>
      </w:r>
    </w:p>
    <w:p>
      <w:r>
        <w:rPr>
          <w:b/>
        </w:rPr>
        <w:t xml:space="preserve">[14:54] </w:t>
      </w:r>
      <w:r>
        <w:t>riot hone lagain. aapas mein log aik doosre ko maar kaat karne lagain. yeh murad hai fitne se.</w:t>
      </w:r>
    </w:p>
    <w:p>
      <w:pPr>
        <w:jc w:val="right"/>
      </w:pPr>
      <w:r>
        <w:t>riot ہونے لگے۔ آپس میں لوگ ایک دوسرے کو مار کاٹ کرنے لگے۔ یہ مراد ہے فتنے سے۔</w:t>
      </w:r>
    </w:p>
    <w:p>
      <w:r>
        <w:rPr>
          <w:b/>
        </w:rPr>
        <w:t xml:space="preserve">[15:04] </w:t>
      </w:r>
      <w:r>
        <w:t>to yeh hota hai kab? har insaan ke andar aik</w:t>
      </w:r>
    </w:p>
    <w:p>
      <w:pPr>
        <w:jc w:val="right"/>
      </w:pPr>
      <w:r>
        <w:t>تو یہ ہوتا ہے کب؟ ہر انسان کے اندر ایک</w:t>
      </w:r>
    </w:p>
    <w:p>
      <w:r>
        <w:rPr>
          <w:b/>
        </w:rPr>
        <w:t xml:space="preserve">[15:13] </w:t>
      </w:r>
      <w:r>
        <w:t>organ chupa hua hai. ananiyat chupi hui hai. to jab aap us aadmi ko ego ko touch kar dein.</w:t>
      </w:r>
    </w:p>
    <w:p>
      <w:pPr>
        <w:jc w:val="right"/>
      </w:pPr>
      <w:r>
        <w:t>organ چھپا ہوا ہے۔ انانیت چھپی ہوئی ہے۔ تو جب آپ اُس آدمی کو ego کو touch کر دیں۔</w:t>
      </w:r>
    </w:p>
    <w:p>
      <w:r>
        <w:rPr>
          <w:b/>
        </w:rPr>
        <w:t xml:space="preserve">[15:27] </w:t>
      </w:r>
      <w:r>
        <w:t>us ke ego ko touch kar dein. us ka organ ko touch kar dein. to phir woh bhark uthta hai. goya ke ghussa soya hua hai.</w:t>
      </w:r>
    </w:p>
    <w:p>
      <w:pPr>
        <w:jc w:val="right"/>
      </w:pPr>
      <w:r>
        <w:t>اُس کے ego کو touch کر دیں۔ اُس کا organ کو touch کر دیں۔ تو پھر وہ بھڑک اٹھتا ہے۔ گویا کہ غصہ سویا ہوا ہے۔</w:t>
      </w:r>
    </w:p>
    <w:p>
      <w:r>
        <w:rPr>
          <w:b/>
        </w:rPr>
        <w:t xml:space="preserve">[15:38] </w:t>
      </w:r>
      <w:r>
        <w:t>yun samajh lijiye is hadith ka matlab ke ghussa soya hua hai. us aadmi pe lanat hai jo ghusse ko jagaye. to ghussa insaan ke andar hota hai.</w:t>
      </w:r>
    </w:p>
    <w:p>
      <w:pPr>
        <w:jc w:val="right"/>
      </w:pPr>
      <w:r>
        <w:t>یوں سمجھ لیجیے اس حدیث کا مطلب کہ غصہ سویا ہوا ہے۔ اُس آدمی پہ لعنت ہے جو غصے کو جگائے۔ تو غصہ انسان کے اندر ہوتا ہے۔</w:t>
      </w:r>
    </w:p>
    <w:p>
      <w:r>
        <w:rPr>
          <w:b/>
        </w:rPr>
        <w:t xml:space="preserve">[15:49] </w:t>
      </w:r>
      <w:r>
        <w:t>koi bhi aadmi dekhen khwamkhwah ghussa nahi hota. aap kisi aadmi se meethi meethi bol bolien. us ko chai pani dijiye.</w:t>
      </w:r>
    </w:p>
    <w:p>
      <w:pPr>
        <w:jc w:val="right"/>
      </w:pPr>
      <w:r>
        <w:t>کوئی بھی آدمی دیکھیں خوامخواہ غصہ نہیں ہوتا۔ آپ کسی آدمی سے میٹھی میٹھی بول بولیے۔ اُس کو چائے پانی دیجیے۔</w:t>
      </w:r>
    </w:p>
    <w:p>
      <w:r>
        <w:rPr>
          <w:b/>
        </w:rPr>
        <w:t xml:space="preserve">[16:00] </w:t>
      </w:r>
      <w:r>
        <w:t>to ghussa nahi hoga woh. koi bhi aadmi aisa nahi hai duniya mein jo khwamkhwah hi ghussa karne lage.</w:t>
      </w:r>
    </w:p>
    <w:p>
      <w:pPr>
        <w:jc w:val="right"/>
      </w:pPr>
      <w:r>
        <w:t>تو غصہ نہیں ہوگا وہ۔ کوئی بھی آدمی ایسا نہیں ہے دنیا میں جو خوامخواہ ہی غصہ کرنے لگے۔</w:t>
      </w:r>
    </w:p>
    <w:p>
      <w:r>
        <w:rPr>
          <w:b/>
        </w:rPr>
        <w:t xml:space="preserve">[16:10] </w:t>
      </w:r>
      <w:r>
        <w:t>ghussa karta hai woh jab us ko bharkaya jaye. jab bharkaya jaye tab bhark kar aadmi ghussa karta hai.</w:t>
      </w:r>
    </w:p>
    <w:p>
      <w:pPr>
        <w:jc w:val="right"/>
      </w:pPr>
      <w:r>
        <w:t>غصہ کرتا ہے وہ جب اس کو بھڑکایا جائے۔ جب بھڑکایا جائے تب بھڑک کر آدمی غصہ کرتا ہے۔</w:t>
      </w:r>
    </w:p>
    <w:p>
      <w:r>
        <w:rPr>
          <w:b/>
        </w:rPr>
        <w:t xml:space="preserve">[16:20] </w:t>
      </w:r>
      <w:r>
        <w:t>to yeh bharkne ka jo maada hai insaan ke andar woh soya hua hai. ghussa soya hua hai. ego soya hua hai.</w:t>
      </w:r>
    </w:p>
    <w:p>
      <w:pPr>
        <w:jc w:val="right"/>
      </w:pPr>
      <w:r>
        <w:t>تو یہ بھڑکنے کا جو مادہ ہے انسان کے اندر وہ سویا ہوا ہے۔ غصہ سویا ہوا ہے۔ ego سویا ہوا ہے۔</w:t>
      </w:r>
    </w:p>
    <w:p>
      <w:r>
        <w:rPr>
          <w:b/>
        </w:rPr>
        <w:t xml:space="preserve">[16:31] </w:t>
      </w:r>
      <w:r>
        <w:t>ananiyat soi hui hai. to jo aadmi is ko pathar mare. jo aadmi is ko provoke kare. us ke bare mein farmaya ke us par lanat hai.</w:t>
      </w:r>
    </w:p>
    <w:p>
      <w:pPr>
        <w:jc w:val="right"/>
      </w:pPr>
      <w:r>
        <w:t>انانیت سوئی ہوئی ہے۔ تو جو آدمی اس کو پتھر مارے۔ جو آدمی اس کو provoke کرے۔ اُس کے بارے میں فرمایا کہ اُس پر لعنت ہے۔</w:t>
      </w:r>
    </w:p>
    <w:p>
      <w:r>
        <w:rPr>
          <w:b/>
        </w:rPr>
        <w:t xml:space="preserve">[16:42] </w:t>
      </w:r>
      <w:r>
        <w:t>to soye hue fitne ko soye soye rehne do. is ko jagate kyun ho is ko? ke ek bail, ek saath khara hua hai.</w:t>
      </w:r>
    </w:p>
    <w:p>
      <w:pPr>
        <w:jc w:val="right"/>
      </w:pPr>
      <w:r>
        <w:t>تو سوئے ہوئے فتنے کو سوئے سوئے رہنے دو۔ اس کو جگاتے کیوں ہو اس کو؟ کہ ایک بیل، ایک ساٹھ کھڑا ہوا ہے۔</w:t>
      </w:r>
    </w:p>
    <w:p>
      <w:r>
        <w:rPr>
          <w:b/>
        </w:rPr>
        <w:t xml:space="preserve">[16:52] </w:t>
      </w:r>
      <w:r>
        <w:t>aap rasta ja rahe hain. to khara hai. woh khara rehne dijiye. aap pathar maar kar kyun is ko bharkate hain ke aa bail mujhe maar. aap bail mujhe maar ki situation kyun paida karte hain aap?</w:t>
      </w:r>
    </w:p>
    <w:p>
      <w:pPr>
        <w:jc w:val="right"/>
      </w:pPr>
      <w:r>
        <w:t>آپ راستہ جا رہے ہیں۔ تو کھڑا ہے۔ وہ کھڑا رہنے دیجیے۔ آپ پتھر مار کر کیوں اس کو بھڑکاتے ہیں کہ آ بیل مجھے مار۔ آپ بیل مجھے مار کی situation کیوں پیدا کرتے ہیں آپ؟</w:t>
      </w:r>
    </w:p>
    <w:p>
      <w:r>
        <w:rPr>
          <w:b/>
        </w:rPr>
        <w:t xml:space="preserve">[17:05] </w:t>
      </w:r>
      <w:r>
        <w:t>jaise imam ibn taimiya ka qissa hai. un ke zamane mein tatari ghusaye thay.</w:t>
      </w:r>
    </w:p>
    <w:p>
      <w:pPr>
        <w:jc w:val="right"/>
      </w:pPr>
      <w:r>
        <w:t>جیسے امام ابن تیمیہ کا قصہ ہے۔ اُن کے زمانے میں تاتاری گھسائے تھے۔</w:t>
      </w:r>
    </w:p>
    <w:p>
      <w:r>
        <w:rPr>
          <w:b/>
        </w:rPr>
        <w:t xml:space="preserve">[17:14] </w:t>
      </w:r>
      <w:r>
        <w:t>muslim duniya mein. to tatari logon ko koi mazhab nahi hota tha. woh apna sharab peete thay. kuch bhi karte thay.</w:t>
      </w:r>
    </w:p>
    <w:p>
      <w:pPr>
        <w:jc w:val="right"/>
      </w:pPr>
      <w:r>
        <w:t>مسلم دنیا میں۔ تو تاتاری لوگوں کو کوئی مذہب نہیں ہوتا تھا۔ وہ اپنا شراب پیتے تھے۔ کچھ بھی کرتے تھے۔</w:t>
      </w:r>
    </w:p>
    <w:p>
      <w:r>
        <w:rPr>
          <w:b/>
        </w:rPr>
        <w:t xml:space="preserve">[17:24] </w:t>
      </w:r>
      <w:r>
        <w:t>to ek din imam ibn taimiya apne kuch sathiyon ke sath ja rahe thay ke. to unhon ne dekha ke ek darakht hai. is darakht neeche kuch tatari baithe hue sharab pi rahe hain.</w:t>
      </w:r>
    </w:p>
    <w:p>
      <w:pPr>
        <w:jc w:val="right"/>
      </w:pPr>
      <w:r>
        <w:t>تو ایک دن امام ابن تیمیہ اپنے کچھ ساتھیوں کے ساتھ جا رہے تھے کہیں۔ تو انہوں نے دیکھا کہ ایک درخت ہے۔ اس درخت نیچے کچھ تاتاری بیٹھے ہوئے شراب پی رہے ہیں۔</w:t>
      </w:r>
    </w:p>
    <w:p>
      <w:r>
        <w:rPr>
          <w:b/>
        </w:rPr>
        <w:t xml:space="preserve">[17:40] </w:t>
      </w:r>
      <w:r>
        <w:t>to ek aadmi jo un ke sath tha us ne chaha ke ja kar unhein roke. un se mana kare ke ab sharab mat piyo.</w:t>
      </w:r>
    </w:p>
    <w:p>
      <w:pPr>
        <w:jc w:val="right"/>
      </w:pPr>
      <w:r>
        <w:t>تو ایک آدمی جو اُن کے ساتھ تھا اُس نے چاہا کہ جا کر انہیں روکے۔ اُن سے منع کرے کہ اب شراب مت پیو۔</w:t>
      </w:r>
    </w:p>
    <w:p>
      <w:r>
        <w:rPr>
          <w:b/>
        </w:rPr>
        <w:t xml:space="preserve">[17:50] </w:t>
      </w:r>
      <w:r>
        <w:t>to ibn taimiya ne un ko mana kar diya. unhon ne kaha ke woh log jitni der sharab mein mashgool rahenge utni der dunya in ke fasaad se bachi rahe gi.</w:t>
      </w:r>
    </w:p>
    <w:p>
      <w:pPr>
        <w:jc w:val="right"/>
      </w:pPr>
      <w:r>
        <w:t>تو ابن تیمیہ نے ان کو منع کر دیا۔ انہوں نے کہا کہ وہ لوگ جتنی دیر شراب میں مشغول رہیں گے اتنی دیر دنیا ان کے فساد سے بچی رہے گی۔</w:t>
      </w:r>
    </w:p>
    <w:p>
      <w:r>
        <w:rPr>
          <w:b/>
        </w:rPr>
        <w:t xml:space="preserve">[18:03] </w:t>
      </w:r>
      <w:r>
        <w:t>kyun ke woh bohat hi sakht log thay. maar kaat karte thay. yeh to yaani jangli log thay kehna chahiye.</w:t>
      </w:r>
    </w:p>
    <w:p>
      <w:pPr>
        <w:jc w:val="right"/>
      </w:pPr>
      <w:r>
        <w:t>کیونکہ وہ بہت ہی سخت لوگ تھے۔ مار کاٹ کرتے تھے۔ یہ تو یعنی جنگلی لوگ تھے کہنا چاہیے۔</w:t>
      </w:r>
    </w:p>
    <w:p>
      <w:r>
        <w:rPr>
          <w:b/>
        </w:rPr>
        <w:t xml:space="preserve">[18:13] </w:t>
      </w:r>
      <w:r>
        <w:t>to unhon ne kaha ke jitni der woh sharab pi rahe hain is mein phanse hue hain to utni der to kam az kam dunya un se bachi rahe gi. to tum ko mashgool na rehne do un ko.</w:t>
      </w:r>
    </w:p>
    <w:p>
      <w:pPr>
        <w:jc w:val="right"/>
      </w:pPr>
      <w:r>
        <w:t>تو انہوں نے کہا کہ جتنی دیر وہ شراب پی رہے ہیں اس میں پھنسے ہوئے ہیں تو اتنی دیر تو کم از کم دنیا ان سے بچی رہے گی۔ تو تم کو مشغول نہ رہنے دو ان کو۔</w:t>
      </w:r>
    </w:p>
    <w:p>
      <w:r>
        <w:rPr>
          <w:b/>
        </w:rPr>
        <w:t xml:space="preserve">[18:27] </w:t>
      </w:r>
      <w:r>
        <w:t>to insaan ke andar jo ghussa chupa hua hai us ghusse ko na bharkaiye. to aadmi normal rahe ga. lekin jab aap ghusse ko bharka dete hain to phir normal nahi rehta aadmi.</w:t>
      </w:r>
    </w:p>
    <w:p>
      <w:pPr>
        <w:jc w:val="right"/>
      </w:pPr>
      <w:r>
        <w:t>تو انسان کے اندر جو غصہ چھپا ہوا ہے اُس غصے کو نہ بھڑکائیے۔ تو آدمی normal رہے گا۔ لیکن جب آپ غصے کو بھڑکا دیتے ہیں تو پھر normal نہیں رہتا آدمی۔</w:t>
      </w:r>
    </w:p>
    <w:p>
      <w:r>
        <w:rPr>
          <w:b/>
        </w:rPr>
        <w:t xml:space="preserve">[18:43] </w:t>
      </w:r>
      <w:r>
        <w:t>phir to chahta hai ke woh aap ko meetha meetha daal de. to yeh matlab is ka hai ke hadith ka ke in Allah fitna soya hua hai.</w:t>
      </w:r>
    </w:p>
    <w:p>
      <w:pPr>
        <w:jc w:val="right"/>
      </w:pPr>
      <w:r>
        <w:t>پھر تو چاہتا ہے کہ وہ آپ کو میٹھا میٹھا ڈالے۔ تو یہ مطلب اس کا ہے کہ حدیث کا کہ ان اللہ فتنہ سویا ہوا ہے۔</w:t>
      </w:r>
    </w:p>
    <w:p>
      <w:r>
        <w:rPr>
          <w:b/>
        </w:rPr>
        <w:t xml:space="preserve">[18:57] </w:t>
      </w:r>
      <w:r>
        <w:t>us par lanat hai jo us ko jagaye. aadmi ke dil ke andar jo negative thought hai. jo ghussa hai.</w:t>
      </w:r>
    </w:p>
    <w:p>
      <w:pPr>
        <w:jc w:val="right"/>
      </w:pPr>
      <w:r>
        <w:t>اُس پر لعنت ہے جو اُس کو جگائے۔ آدمی کے دل کے اندر جو negative thought ہے۔ جو غصہ ہے۔</w:t>
      </w:r>
    </w:p>
    <w:p>
      <w:r>
        <w:rPr>
          <w:b/>
        </w:rPr>
        <w:t xml:space="preserve">[19:07] </w:t>
      </w:r>
      <w:r>
        <w:t>jo ananiyat hai. jo nafs ammara hai. woh soya hua hai. aadmi normal tareeqe se jee raha hai.</w:t>
      </w:r>
    </w:p>
    <w:p>
      <w:pPr>
        <w:jc w:val="right"/>
      </w:pPr>
      <w:r>
        <w:t>جو انانیت ہے۔ جو نفس امارہ ہے۔ وہ سویا ہوا ہے۔ آدمی normal طریقے سے جی رہا ہے۔</w:t>
      </w:r>
    </w:p>
    <w:p>
      <w:r>
        <w:rPr>
          <w:b/>
        </w:rPr>
        <w:t xml:space="preserve">[19:17] </w:t>
      </w:r>
      <w:r>
        <w:t>ab aap is ko bharkate kyun hain? aap is ko jab bharkayenge to lanat aap par hai. yaani yahan is hadith mein sochne ki baat yeh hai ke in Allah fitna soya hua hai.</w:t>
      </w:r>
    </w:p>
    <w:p>
      <w:pPr>
        <w:jc w:val="right"/>
      </w:pPr>
      <w:r>
        <w:t>اب آپ اس کو بھڑکاتے کیوں ہیں؟ آپ اس کو جب بھڑکائیں گے تو لعنت آپ پر ہے۔ یعنی یہاں اس حدیث میں سوچنے کی بات یہ ہے کہ ان اللہ فتنہ سویا ہوا ہے۔</w:t>
      </w:r>
    </w:p>
    <w:p>
      <w:r>
        <w:rPr>
          <w:b/>
        </w:rPr>
        <w:t xml:space="preserve">[19:34] </w:t>
      </w:r>
      <w:r>
        <w:t>lanat us par hai jo us ko jagaye. yahan par ghor kijiye ke jagane wale ko lanat ki gayi hai. na ke bharkne wale ko.</w:t>
      </w:r>
    </w:p>
    <w:p>
      <w:pPr>
        <w:jc w:val="right"/>
      </w:pPr>
      <w:r>
        <w:t>لعنت اُس پر ہے جو اُس کو جگائے۔ یہاں پر غور کیجیے کہ جگانے والے کو لعنت کی گئی ہے۔ نہ کہ بھڑکنے والے کو۔</w:t>
      </w:r>
    </w:p>
    <w:p>
      <w:r>
        <w:rPr>
          <w:b/>
        </w:rPr>
        <w:t xml:space="preserve">[19:46] </w:t>
      </w:r>
      <w:r>
        <w:t>yaani is qisse mein dekhiye ek hai bhark kar gadbad machane wala. ek hai us ko provoke kar ke bharkane wala.</w:t>
      </w:r>
    </w:p>
    <w:p>
      <w:pPr>
        <w:jc w:val="right"/>
      </w:pPr>
      <w:r>
        <w:t>یعنی اس قصے میں دیکھیے ایک ہے بھڑک کر گڑبڑ مچانے والا۔ ایک ہے اُس کو provoke کر کے بھڑکانے والا۔</w:t>
      </w:r>
    </w:p>
    <w:p>
      <w:r>
        <w:rPr>
          <w:b/>
        </w:rPr>
        <w:t xml:space="preserve">[19:58] </w:t>
      </w:r>
      <w:r>
        <w:t>to lanat kis ko ki gayi? kis ko bura bataya gaya? kis ko condemn kiya gaya? bhark kar fasaad machane wale ko nahi bura kaha gaya.</w:t>
      </w:r>
    </w:p>
    <w:p>
      <w:pPr>
        <w:jc w:val="right"/>
      </w:pPr>
      <w:r>
        <w:t>تو لعنت کس کو کی گئی؟ کس کو برا بتایا گیا؟ کس کو condemn کیا گیا؟ بھڑک کر فساد مچانے والے کو نہیں برا کہا گیا۔</w:t>
      </w:r>
    </w:p>
    <w:p>
      <w:r>
        <w:rPr>
          <w:b/>
        </w:rPr>
        <w:t xml:space="preserve">[20:11] </w:t>
      </w:r>
      <w:r>
        <w:t>jis ne bharka kar logon ko fasad ka mauqa diya unhein kaha gaya. yeh bohat ziyada sochne ki baat hai.</w:t>
      </w:r>
    </w:p>
    <w:p>
      <w:pPr>
        <w:jc w:val="right"/>
      </w:pPr>
      <w:r>
        <w:t>جس نے بھڑکا کر لوگوں کو فساد کا موقع دیا انہیں کہا گیا۔ یہ بہت زیادہ سوچنے کی بات ہے۔</w:t>
      </w:r>
    </w:p>
    <w:p>
      <w:r>
        <w:rPr>
          <w:b/>
        </w:rPr>
        <w:t xml:space="preserve">[20:22] </w:t>
      </w:r>
      <w:r>
        <w:t>aam taur par kya hota hai ke jo log bharkate hain un ko koi nahi kehta. aur bhark kar jo fasad barpa karta hai us ko kehte hain log bura.</w:t>
      </w:r>
    </w:p>
    <w:p>
      <w:pPr>
        <w:jc w:val="right"/>
      </w:pPr>
      <w:r>
        <w:t>عام طور پر کیا ہوتا ہے کہ جو لوگ بھڑکاتے ہیں اُن کو کوئی نہیں کہتا۔ اور بھڑک کر جو فساد برپا کرتا ہے اُس کو کہتے ہیں لوگ برا۔</w:t>
      </w:r>
    </w:p>
    <w:p>
      <w:r>
        <w:rPr>
          <w:b/>
        </w:rPr>
        <w:t xml:space="preserve">[20:36] </w:t>
      </w:r>
      <w:r>
        <w:t>jaise ke ek shehar mein aisa hua ke kuch logon ka ek mazhabi program chal raha tha.</w:t>
      </w:r>
    </w:p>
    <w:p>
      <w:pPr>
        <w:jc w:val="right"/>
      </w:pPr>
      <w:r>
        <w:t>جیسے کہ ایک شہر میں ایسا ہوا کہ کچھ لوگوں کا ایک مذہبی program چل رہا تھا۔</w:t>
      </w:r>
    </w:p>
    <w:p>
      <w:r>
        <w:rPr>
          <w:b/>
        </w:rPr>
        <w:t xml:space="preserve">[20:47] </w:t>
      </w:r>
      <w:r>
        <w:t>us mein loudspeaker tha. loudspeaker par un ke haan program chalaya ja raha tha. to paas mein ek aur logon ka ek jalsa ho raha tha.</w:t>
      </w:r>
    </w:p>
    <w:p>
      <w:pPr>
        <w:jc w:val="right"/>
      </w:pPr>
      <w:r>
        <w:t>اُس میں loudspeaker تھا۔ loudspeaker پر اُن کے ہاں program چلایا جا رہا تھا۔ تو پاس میں ایک اور لوگوں کا ایک جلسہ ہو رہا تھا۔</w:t>
      </w:r>
    </w:p>
    <w:p>
      <w:r>
        <w:rPr>
          <w:b/>
        </w:rPr>
        <w:t xml:space="preserve">[21:02] </w:t>
      </w:r>
      <w:r>
        <w:t>to wahan kya loudspeaker ki awaz wahan tak pahunch rahi thi. to unhon ne samjha ke hamara jalsa kharab kar rahe hain yeh log. wahan par gaye kuch log ke band karo apna loudspeaker.</w:t>
      </w:r>
    </w:p>
    <w:p>
      <w:pPr>
        <w:jc w:val="right"/>
      </w:pPr>
      <w:r>
        <w:t>تو وہاں کیا loudspeaker کی آواز وہاں تک پہنچ رہی تھی۔ تو انہوں نے سمجھا کہ ہمارا جلسہ خراب کر رہے ہیں یہ لوگ۔ وہاں پر گئے کچھ لوگ کہ بند کرو اپنا loudspeaker۔</w:t>
      </w:r>
    </w:p>
    <w:p>
      <w:r>
        <w:rPr>
          <w:b/>
        </w:rPr>
        <w:t xml:space="preserve">[21:14] </w:t>
      </w:r>
      <w:r>
        <w:t>to unhon ne kaha ke hum ko band kar rahe hain tum hi apna jalsa band kar lo. ab to to mein woh takrar hui. aur unhon ne un ke loudspeaker ko tod ke phenk diya.</w:t>
      </w:r>
    </w:p>
    <w:p>
      <w:pPr>
        <w:jc w:val="right"/>
      </w:pPr>
      <w:r>
        <w:t>تو انہوں نے کہا کہ ہم کو بند کر رہے ہیں تم ہی اپنا جلسہ بند کر لو۔ اب تو تو میں وہ تکرار ہوئی۔ اور انہوں نے اُن کے loudspeaker کو توڑ کے پھینک دیا۔</w:t>
      </w:r>
    </w:p>
    <w:p>
      <w:r>
        <w:rPr>
          <w:b/>
        </w:rPr>
        <w:t xml:space="preserve">[21:26] </w:t>
      </w:r>
      <w:r>
        <w:t>ab kya hua? un ka ana bhark utha. un ka ghussa bhark utha. aur unhon ne sare sare shehar mein riot kiya.</w:t>
      </w:r>
    </w:p>
    <w:p>
      <w:pPr>
        <w:jc w:val="right"/>
      </w:pPr>
      <w:r>
        <w:t>اب کیا ہوا؟ اُن کا انا بھڑک اٹھا۔ اُن کا غصہ بھڑک اٹھا۔ اور انہوں نے سارے سارے شہر میں riot کیا۔</w:t>
      </w:r>
    </w:p>
    <w:p>
      <w:r>
        <w:rPr>
          <w:b/>
        </w:rPr>
        <w:t xml:space="preserve">[21:38] </w:t>
      </w:r>
      <w:r>
        <w:t>jalaya, phoonka, toda. ab jab paperon mein khabar aayi to log sirf un ko kehne lage jinhon ne jalaya, phoonka tha.</w:t>
      </w:r>
    </w:p>
    <w:p>
      <w:pPr>
        <w:jc w:val="right"/>
      </w:pPr>
      <w:r>
        <w:t>جلایا، پھونکا، توڑا۔ اب جب paperوں میں خبر آئی تو لوگ صرف اُن کو کہنے لگے جنہوں نے جلایا، پھونکا تھا۔</w:t>
      </w:r>
    </w:p>
    <w:p>
      <w:r>
        <w:rPr>
          <w:b/>
        </w:rPr>
        <w:t xml:space="preserve">[21:48] </w:t>
      </w:r>
      <w:r>
        <w:t>maine kaha aap aisa kyun karte hain? is hadith ko dekhiye. is mein lanat un par nahi ki gayi hai jo unhon ne gadbad machayi.</w:t>
      </w:r>
    </w:p>
    <w:p>
      <w:pPr>
        <w:jc w:val="right"/>
      </w:pPr>
      <w:r>
        <w:t>میں نے کہا آپ ایسا کیوں کرتے ہیں؟ اس حدیث کو دیکھیے۔ اس میں لعنت اُن پر نہیں کی گئی ہے جو انہوں نے گڑبڑ مچائی۔</w:t>
      </w:r>
    </w:p>
    <w:p>
      <w:r>
        <w:rPr>
          <w:b/>
        </w:rPr>
        <w:t xml:space="preserve">[21:58] </w:t>
      </w:r>
      <w:r>
        <w:t>un par ki hai jinhon ne gadbad machane ke liye unhein bharkaya. unhein bharka kar gadbad machane ke ki taraf dala. in Allah</w:t>
      </w:r>
    </w:p>
    <w:p>
      <w:pPr>
        <w:jc w:val="right"/>
      </w:pPr>
      <w:r>
        <w:t>اُن پر کی ہے جنہوں نے گڑبڑ مچانے کے لیے انہیں بھڑکایا۔ انہیں بھڑکا کر گڑبڑ مچانے کے کی طرف ڈالا۔ ان اللہ</w:t>
      </w:r>
    </w:p>
    <w:p>
      <w:r>
        <w:rPr>
          <w:b/>
        </w:rPr>
        <w:t xml:space="preserve">[22:11] </w:t>
      </w:r>
      <w:r>
        <w:t>fitna soya hua hai. us par lanat hai jo us ko jagaye. to jo log loudspeaker par apna program chala rahe the un ka fitna soya hua tha.</w:t>
      </w:r>
    </w:p>
    <w:p>
      <w:pPr>
        <w:jc w:val="right"/>
      </w:pPr>
      <w:r>
        <w:t>فتنہ سویا ہوا ہے۔ اُس پر لعنت ہے جو اُس کو جگائے۔ تو جو لوگ loudspeaker پر اپنا program چلا رہے تھے اُن کا فتنہ سویا ہوا تھا۔</w:t>
      </w:r>
    </w:p>
    <w:p>
      <w:r>
        <w:rPr>
          <w:b/>
        </w:rPr>
        <w:t xml:space="preserve">[22:22] </w:t>
      </w:r>
      <w:r>
        <w:t>un ka ghussa soya hua tha. woh to apne program sunne mein masroof the. to un ke andar jo ghusse ke madde tha.</w:t>
      </w:r>
    </w:p>
    <w:p>
      <w:pPr>
        <w:jc w:val="right"/>
      </w:pPr>
      <w:r>
        <w:t>اُن کا غصہ سویا ہوا تھا۔ وہ تو اپنے program سننے میں مشغول تھے۔ تو اُن کے اندر جو غصے کے مادہ تھا۔</w:t>
      </w:r>
    </w:p>
    <w:p>
      <w:r>
        <w:rPr>
          <w:b/>
        </w:rPr>
        <w:t xml:space="preserve">[22:32] </w:t>
      </w:r>
      <w:r>
        <w:t>jo revenge ka madde tha woh soya hua tha, soya hua tha, soya hua tha. ab aap ne jab ja kar us ke loudspeaker ko toda to aap ne un ke ghusse ko jaga diya.</w:t>
      </w:r>
    </w:p>
    <w:p>
      <w:pPr>
        <w:jc w:val="right"/>
      </w:pPr>
      <w:r>
        <w:t>جو revenge کا مادہ تھا وہ سویا ہوا تھا، سویا ہوا تھا، سویا ہوا تھا۔ اب آپ نے جب جا کر اُس کے loudspeaker کو توڑا تو آپ نے اُن کے غصے کو جگا دیا۔</w:t>
      </w:r>
    </w:p>
    <w:p>
      <w:r>
        <w:rPr>
          <w:b/>
        </w:rPr>
        <w:t xml:space="preserve">[22:43] </w:t>
      </w:r>
      <w:r>
        <w:t>jaga diya to unhon ne khoob khoob badla liya. khoob mara peeta.</w:t>
      </w:r>
    </w:p>
    <w:p>
      <w:pPr>
        <w:jc w:val="right"/>
      </w:pPr>
      <w:r>
        <w:t>جگا دیا تو انہوں نے خوب خوب بدلہ لیا۔ خوب مارا پیٹا۔</w:t>
      </w:r>
    </w:p>
    <w:p>
      <w:r>
        <w:rPr>
          <w:b/>
        </w:rPr>
        <w:t xml:space="preserve">[22:51] </w:t>
      </w:r>
      <w:r>
        <w:t>to is tarah ki surat-e-haal bar bar pesh aati hai duniya mein aap jahan bhi dekhiye har jagah.</w:t>
      </w:r>
    </w:p>
    <w:p>
      <w:pPr>
        <w:jc w:val="right"/>
      </w:pPr>
      <w:r>
        <w:t>تو اس طرح کی صورتحال بار بار پیش آتی ہے دنیا میں آپ جہاں بھی دیکھیے ہر جگہ۔</w:t>
      </w:r>
    </w:p>
    <w:p>
      <w:r>
        <w:rPr>
          <w:b/>
        </w:rPr>
        <w:t xml:space="preserve">[22:59] </w:t>
      </w:r>
      <w:r>
        <w:t>ke log ghusse ko bharka kar ke woh woh woh situation create karte hain ke log fasad machayen.</w:t>
      </w:r>
    </w:p>
    <w:p>
      <w:pPr>
        <w:jc w:val="right"/>
      </w:pPr>
      <w:r>
        <w:t>کہ لوگ غصے کو بھڑکا کر کے وہ وہ وہ situation create کرتے ہیں کہ لوگ فساد مچائیں۔</w:t>
      </w:r>
    </w:p>
    <w:p>
      <w:r>
        <w:rPr>
          <w:b/>
        </w:rPr>
        <w:t xml:space="preserve">[23:08] </w:t>
      </w:r>
      <w:r>
        <w:t>riot karen. lekin jab jab yeh sab kuch ho chuka hota hai to bura kaha jata hai us ko jinhon ne riot machaya. riot kiya. aur us ko bura kyun kehte ho?</w:t>
      </w:r>
    </w:p>
    <w:p>
      <w:pPr>
        <w:jc w:val="right"/>
      </w:pPr>
      <w:r>
        <w:t>riot کریں۔ لیکن جب جب یہ سب کچھ ہو چکا ہوتا ہے تو برا کہا جاتا ہے اُس کو جنہوں نے riot مچایا۔ riot کیا۔ اور اُس کو برا کیوں کہتے ہو؟</w:t>
      </w:r>
    </w:p>
    <w:p>
      <w:r>
        <w:rPr>
          <w:b/>
        </w:rPr>
        <w:t xml:space="preserve">[23:19] </w:t>
      </w:r>
      <w:r>
        <w:t>hadith ke mutabiq to woh bura hai jis ne bharka kar ke unhein jis ne unhein bharkaya. yeh bohat ziyada sochne ki baat hai.</w:t>
      </w:r>
    </w:p>
    <w:p>
      <w:pPr>
        <w:jc w:val="right"/>
      </w:pPr>
      <w:r>
        <w:t>حدیث کے مطابق تو وہ برا ہے جس نے بھڑکا کر کے انہیں جس نے انہیں بھڑکایا۔ یہ بہت زیادہ سوچنے کی بات ہے۔</w:t>
      </w:r>
    </w:p>
    <w:p>
      <w:r>
        <w:rPr>
          <w:b/>
        </w:rPr>
        <w:t xml:space="preserve">[23:30] </w:t>
      </w:r>
      <w:r>
        <w:t>in Allah</w:t>
      </w:r>
    </w:p>
    <w:p>
      <w:pPr>
        <w:jc w:val="right"/>
      </w:pPr>
      <w:r>
        <w:t>ان اللہ</w:t>
      </w:r>
    </w:p>
    <w:p>
      <w:r>
        <w:rPr>
          <w:b/>
        </w:rPr>
        <w:t xml:space="preserve">[23:36] </w:t>
      </w:r>
      <w:r>
        <w:t>fitna soya hua hai. us par lanat hai jo us ko jagaye. yani aap ne pathar phenka aur us ne bomb mara.</w:t>
      </w:r>
    </w:p>
    <w:p>
      <w:pPr>
        <w:jc w:val="right"/>
      </w:pPr>
      <w:r>
        <w:t>فتنہ سویا ہوا ہے۔ اُس پر لعنت ہے جو اُس کو جگائے۔ یعنی آپ نے پتھر پھینکا اور اُس نے بم مارا۔</w:t>
      </w:r>
    </w:p>
    <w:p>
      <w:r>
        <w:rPr>
          <w:b/>
        </w:rPr>
        <w:t xml:space="preserve">[23:47] </w:t>
      </w:r>
      <w:r>
        <w:t>to aap kahenge to bomb mara, bomb mara aur itne aadmi mar gaye, itne ghar gir gaye. to sawal yeh hai ke aap ne pathar kyun mara? pathar mar kar koi jagaya kyun?</w:t>
      </w:r>
    </w:p>
    <w:p>
      <w:pPr>
        <w:jc w:val="right"/>
      </w:pPr>
      <w:r>
        <w:t>تو آپ کہیں گے تو بم مارا، بم مارا اور اتنے آدمی مر گئے، اتنے گھر گر گئے۔ تو سوال یہ ہے کہ آپ نے پتھر کیوں مارا؟ پتھر مار کر کوئی جگایا کیوں؟</w:t>
      </w:r>
    </w:p>
    <w:p>
      <w:r>
        <w:rPr>
          <w:b/>
        </w:rPr>
        <w:t xml:space="preserve">[23:57] </w:t>
      </w:r>
      <w:r>
        <w:t>to aap pathar maar rahe hain aur doosra fareeq bomb maar raha hai. to hadith ke mutabiq bomb maarne wala jo hai maloon nahi hai.</w:t>
      </w:r>
    </w:p>
    <w:p>
      <w:pPr>
        <w:jc w:val="right"/>
      </w:pPr>
      <w:r>
        <w:t>تو آپ پتھر مار رہے ہیں اور دوسرا فریق بم مار رہا ہے۔ تو حدیث کے مطابق بم مارنے والا جو ہے ملعون نہیں ہے۔</w:t>
      </w:r>
    </w:p>
    <w:p>
      <w:r>
        <w:rPr>
          <w:b/>
        </w:rPr>
        <w:t xml:space="preserve">[24:06] </w:t>
      </w:r>
      <w:r>
        <w:t>pathar mar kar un ko bharkane wala maloon hai.</w:t>
      </w:r>
    </w:p>
    <w:p>
      <w:pPr>
        <w:jc w:val="right"/>
      </w:pPr>
      <w:r>
        <w:t>پتھر مار کر اُن کو بھڑکانے والا ملعون ہے۔</w:t>
      </w:r>
    </w:p>
    <w:p>
      <w:r>
        <w:rPr>
          <w:b/>
        </w:rPr>
        <w:t xml:space="preserve">[24:12] </w:t>
      </w:r>
      <w:r>
        <w:t>yeh bohat ziyada sochne ki baat hai. yeh Khuda ka qanoon bataya gaya hai. hum apne dil mein chahe jo bhi samajh len.</w:t>
      </w:r>
    </w:p>
    <w:p>
      <w:pPr>
        <w:jc w:val="right"/>
      </w:pPr>
      <w:r>
        <w:t>یہ بہت زیادہ سوچنے کی بات ہے۔ یہ خدا کا قانون بتایا گیا ہے۔ ہم اپنے دل میں چاہے جو بھی سمجھ لیں۔</w:t>
      </w:r>
    </w:p>
    <w:p>
      <w:r>
        <w:rPr>
          <w:b/>
        </w:rPr>
        <w:t xml:space="preserve">[24:22] </w:t>
      </w:r>
      <w:r>
        <w:t>apne dil se hum kuch bhi bana len. qaidah qanoon. lekin Khuda ka jo qanoon hai us mein yeh hai ke jo aadmi pathar mar kar bharkaye asal mein responsible woh hai.</w:t>
      </w:r>
    </w:p>
    <w:p>
      <w:pPr>
        <w:jc w:val="right"/>
      </w:pPr>
      <w:r>
        <w:t>اپنے دل سے ہم کچھ بھی بنا لیں۔ قاعدہ قانون۔ لیکن خدا کا جو قانون ہے اُس میں یہ ہے کہ جو آدمی پتھر مار کر بھڑکائے اصل میں responsible وہ ہے۔</w:t>
      </w:r>
    </w:p>
    <w:p>
      <w:r>
        <w:rPr>
          <w:b/>
        </w:rPr>
        <w:t xml:space="preserve">[24:37] </w:t>
      </w:r>
      <w:r>
        <w:t>us ke baad bhadakne wala bam mare, goli mare, jalaye, phoonke khuda ke nazdeek woh zimmedar nahi hai. matlab us par laanat nahi hai.</w:t>
      </w:r>
    </w:p>
    <w:p>
      <w:pPr>
        <w:jc w:val="right"/>
      </w:pPr>
      <w:r>
        <w:t>اُس کے بعد بھڑکنے والا بم مارے، گولی مارے، جلائے، پھونکے خدا کے نزدیک وہ ذمہ دار نہیں ہے۔ مطلب اُس پر لعنت نہیں ہے۔</w:t>
      </w:r>
    </w:p>
    <w:p>
      <w:r>
        <w:rPr>
          <w:b/>
        </w:rPr>
        <w:t xml:space="preserve">[24:49] </w:t>
      </w:r>
      <w:r>
        <w:t>in allah to yaad rakhiye insaan ke andar ghussa hai. insaan ke andar revenge hai.</w:t>
      </w:r>
    </w:p>
    <w:p>
      <w:pPr>
        <w:jc w:val="right"/>
      </w:pPr>
      <w:r>
        <w:t>ان اللہ تو یاد رکھیے انسان کے اندر غصہ ہے۔ انسان کے اندر revenge ہے۔</w:t>
      </w:r>
    </w:p>
    <w:p>
      <w:r>
        <w:rPr>
          <w:b/>
        </w:rPr>
        <w:t xml:space="preserve">[24:58] </w:t>
      </w:r>
      <w:r>
        <w:t>insaan ke andar ego hai. lekin khuda ne yeh law of nature ne us ko sla rakha hai. woh dormant position mein kar rakha hai us ko.</w:t>
      </w:r>
    </w:p>
    <w:p>
      <w:pPr>
        <w:jc w:val="right"/>
      </w:pPr>
      <w:r>
        <w:t>انسان کے اندر ego ہے۔ لیکن خدا نے یہ law of nature نے اُس کو سلا رکھا ہے۔ وہ dormant position میں کر رکھا ہے اُس کو۔</w:t>
      </w:r>
    </w:p>
    <w:p>
      <w:r>
        <w:rPr>
          <w:b/>
        </w:rPr>
        <w:t xml:space="preserve">[25:11] </w:t>
      </w:r>
      <w:r>
        <w:t>jaise ek saanp pada hua ho. to bظahir us soya hua lagta hai ke soya hua pada hai. ek saath khada hua ho to apne chup chap khada hua hai woh.</w:t>
      </w:r>
    </w:p>
    <w:p>
      <w:pPr>
        <w:jc w:val="right"/>
      </w:pPr>
      <w:r>
        <w:t>جیسے ایک سانپ پڑا ہوا ہو۔ تو بظاہر اُس سویا ہوا لگتا ہے کہ سویا ہوا پڑا ہے۔ ایک ساٹھ کھڑا ہوا ہو تو اپنے چپ چاپ کھڑا ہوا ہے وہ۔</w:t>
      </w:r>
    </w:p>
    <w:p>
      <w:r>
        <w:rPr>
          <w:b/>
        </w:rPr>
        <w:t xml:space="preserve">[25:22] </w:t>
      </w:r>
      <w:r>
        <w:t>ab aap us ko pathar marein. us ko thokar marein. to zahir hai ke woh bhadak kar ke apni seeng chalaye ga woh.</w:t>
      </w:r>
    </w:p>
    <w:p>
      <w:pPr>
        <w:jc w:val="right"/>
      </w:pPr>
      <w:r>
        <w:t>اب آپ اُس کو پتھر ماریں۔ اُس کو ٹھوکر ماریں۔ تو ظاہر ہے کہ وہ بھڑک کر کے اپنی سینگ چلائے گا وہ۔</w:t>
      </w:r>
    </w:p>
    <w:p>
      <w:r>
        <w:rPr>
          <w:b/>
        </w:rPr>
        <w:t xml:space="preserve">[25:32] </w:t>
      </w:r>
      <w:r>
        <w:t>seeng chalaye ga to aap maren ge. aap kahen ge zulm kar raha hai, zulm kar raha hai, zulm kar raha hai. yeh jhooti baat hai. aap ne saath ko bhadkaya kyun?</w:t>
      </w:r>
    </w:p>
    <w:p>
      <w:pPr>
        <w:jc w:val="right"/>
      </w:pPr>
      <w:r>
        <w:t>سینگ چلائے گا تو آپ مریں گے۔ آپ کہیں گے ظلم کر رہا ہے، ظلم کر رہا ہے، ظلم کر رہا ہے۔ یہ جھوٹی بات ہے۔ آپ نے ساٹھ کو بھڑکایا کیوں؟</w:t>
      </w:r>
    </w:p>
    <w:p>
      <w:r>
        <w:rPr>
          <w:b/>
        </w:rPr>
        <w:t xml:space="preserve">[25:42] </w:t>
      </w:r>
      <w:r>
        <w:t>aap bel mujhe maar ki policy chalai kyun? to yeh bohat zyada sochne ki baat hai. aap bel mujhe maar ki policy jo chalaye to laanat hai us par jo yeh policy chalaye.</w:t>
      </w:r>
    </w:p>
    <w:p>
      <w:pPr>
        <w:jc w:val="right"/>
      </w:pPr>
      <w:r>
        <w:t>آپ بیل مجھے مار کی پالیسی چلائی کیوں؟ تو یہ بہت زیادہ سوچنے کی بات ہے۔ آپ بیل مجھے مار کی پالیسی جو چلائے تو لعنت ہے اُس پر جو یہ پالیسی چلائے۔</w:t>
      </w:r>
    </w:p>
    <w:p>
      <w:r>
        <w:rPr>
          <w:b/>
        </w:rPr>
        <w:t xml:space="preserve">[25:56] </w:t>
      </w:r>
      <w:r>
        <w:t>bel par nahi hai. jo bel seeng chalata hai us ke paas seeng chala kar ke woh fasaad barpa karta hai.</w:t>
      </w:r>
    </w:p>
    <w:p>
      <w:pPr>
        <w:jc w:val="right"/>
      </w:pPr>
      <w:r>
        <w:t>بیل پر نہیں ہے۔ جو بیل سینگ چلاتا ہے اُس کے پاس سینگ چلا کر کے وہ فساد برپا کرتا ہے۔</w:t>
      </w:r>
    </w:p>
    <w:p>
      <w:r>
        <w:rPr>
          <w:b/>
        </w:rPr>
        <w:t xml:space="preserve">[26:05] </w:t>
      </w:r>
      <w:r>
        <w:t>to is hadith mein us bel ko bura nahi kaha gaya hai. us insaan ko bura kaha gaya hai jo pathar mar kar yeh situation create kare ke aap bel mujhe maar.</w:t>
      </w:r>
    </w:p>
    <w:p>
      <w:pPr>
        <w:jc w:val="right"/>
      </w:pPr>
      <w:r>
        <w:t>تو اس حدیث میں اُس بیل کو برا نہیں کہا گیا ہے۔ اُس انسان کو برا کہا گیا ہے جو پتھر مار کر یہ situation create کرے کہ آپ بیل مجھے مار۔</w:t>
      </w:r>
    </w:p>
    <w:p>
      <w:r>
        <w:rPr>
          <w:b/>
        </w:rPr>
        <w:t xml:space="preserve">[26:19] </w:t>
      </w:r>
      <w:r>
        <w:t>is ke maani yeh hain ke bas momin ka tareeqa jo hona chahiye kya? patience ka tareeqa. tolerate karne ka tareeqa. ignore karne ka tareeqa.</w:t>
      </w:r>
    </w:p>
    <w:p>
      <w:pPr>
        <w:jc w:val="right"/>
      </w:pPr>
      <w:r>
        <w:t>اس کے معنی یہ ہیں کہ بس مومن کا طریقہ جو ہونا چاہیے کیا؟ patience کا طریقہ۔ tolerate کرنے کا طریقہ۔ ignore کرنے کا طریقہ۔</w:t>
      </w:r>
    </w:p>
    <w:p>
      <w:r>
        <w:rPr>
          <w:b/>
        </w:rPr>
        <w:t xml:space="preserve">[26:30] </w:t>
      </w:r>
      <w:r>
        <w:t>doosre ko na bhadkane ka tareeqa. kisi baat ko revenge tak na le jaane ka tareeqa. kisi maamle ko ghussa tak na le jaane ka tareeqa.</w:t>
      </w:r>
    </w:p>
    <w:p>
      <w:pPr>
        <w:jc w:val="right"/>
      </w:pPr>
      <w:r>
        <w:t>دوسرے کو نہ بھڑکانے کا طریقہ۔ کسی بات کو revenge تک نہ لے جانے کا طریقہ۔ کسی معاملے کو غصہ تک نہ لے جانے کا طریقہ۔</w:t>
      </w:r>
    </w:p>
    <w:p>
      <w:r>
        <w:rPr>
          <w:b/>
        </w:rPr>
        <w:t xml:space="preserve">[26:42] </w:t>
      </w:r>
      <w:r>
        <w:t>yeh hai preventive measures keh sakte hain aap is ko. islam ka tareeqa preventive measure pe chalta hai.</w:t>
      </w:r>
    </w:p>
    <w:p>
      <w:pPr>
        <w:jc w:val="right"/>
      </w:pPr>
      <w:r>
        <w:t>یہ ہے preventive measures کہہ سکتے ہیں آپ اس کو۔ اسلام کا طریقہ preventive measure پہ چلتا ہے۔</w:t>
      </w:r>
    </w:p>
    <w:p>
      <w:r>
        <w:rPr>
          <w:b/>
        </w:rPr>
        <w:t xml:space="preserve">[26:54] </w:t>
      </w:r>
      <w:r>
        <w:t>sara yeh yeh yeh jo teaching hai islam ki tolerance aur</w:t>
      </w:r>
    </w:p>
    <w:p>
      <w:pPr>
        <w:jc w:val="right"/>
      </w:pPr>
      <w:r>
        <w:t>سارا یہ یہ یہ جو teaching ہے اسلام کی tolerance اور</w:t>
      </w:r>
    </w:p>
    <w:p>
      <w:r>
        <w:rPr>
          <w:b/>
        </w:rPr>
        <w:t xml:space="preserve">[27:02] </w:t>
      </w:r>
      <w:r>
        <w:t>tolerance patience ignore karna sabr karna yeh sab kyun hai yeh preventive measures hain. goya ke dunya to hai hi</w:t>
      </w:r>
    </w:p>
    <w:p>
      <w:pPr>
        <w:jc w:val="right"/>
      </w:pPr>
      <w:r>
        <w:t>tolerance patience ignore کرنا صبر کرنا یہ سب کیوں ہے یہ preventive measures ہیں۔ گویا کہ دنیا تو ہے ہی</w:t>
      </w:r>
    </w:p>
    <w:p>
      <w:r>
        <w:rPr>
          <w:b/>
        </w:rPr>
        <w:t xml:space="preserve">[27:14] </w:t>
      </w:r>
      <w:r>
        <w:t>us ki yaani fasaad ki jagah. hamein yeh karna hai ke hum fasaad na hone dein.</w:t>
      </w:r>
    </w:p>
    <w:p>
      <w:pPr>
        <w:jc w:val="right"/>
      </w:pPr>
      <w:r>
        <w:t>اُس کی یعنی فساد کی جگہ۔ ہمیں یہ کرنا ہے کہ ہم فساد نہ ہونے دیں۔</w:t>
      </w:r>
    </w:p>
    <w:p>
      <w:r>
        <w:rPr>
          <w:b/>
        </w:rPr>
        <w:t xml:space="preserve">[27:24] </w:t>
      </w:r>
      <w:r>
        <w:t>fasaad na hone dein. maamle ko breakdown tak na hone dein. ek angrezi ka ek saying hai ke when once ego is touched it turns into super ego and the result is breakdown۔</w:t>
      </w:r>
    </w:p>
    <w:p>
      <w:pPr>
        <w:jc w:val="right"/>
      </w:pPr>
      <w:r>
        <w:t>فساد نہ ہونے دیں۔ معاملے کو breakdown تک نہ ہونے دیں۔ ایک انگریزی کا ایک saying ہے کہ when once ego is touched it turns into super ego and the result is breakdown۔</w:t>
      </w:r>
    </w:p>
    <w:p>
      <w:r>
        <w:rPr>
          <w:b/>
        </w:rPr>
        <w:t xml:space="preserve">[27:45] </w:t>
      </w:r>
      <w:r>
        <w:t>when once ego is touched it turns into super ego and the result is breakdown۔ bohat sahi misl hai yeh.</w:t>
      </w:r>
    </w:p>
    <w:p>
      <w:pPr>
        <w:jc w:val="right"/>
      </w:pPr>
      <w:r>
        <w:t>when once ego is touched it turns into super ego and the result is breakdown۔ بہت صحیح مثل ہے یہ۔</w:t>
      </w:r>
    </w:p>
    <w:p>
      <w:r>
        <w:rPr>
          <w:b/>
        </w:rPr>
        <w:t xml:space="preserve">[27:55] </w:t>
      </w:r>
      <w:r>
        <w:t>to aap kisi ke ego ko touch na kijiye. to kya hoga breakdown bhi nahi hoga. to aap ne ego ko touch kar ke aisa kiya ke breakdown tak maamla pahunch gaya to responsible aap hain.</w:t>
      </w:r>
    </w:p>
    <w:p>
      <w:pPr>
        <w:jc w:val="right"/>
      </w:pPr>
      <w:r>
        <w:t>تو آپ کسی کے ego کو touch نہ کیجیے۔ تو کیا ہوگا breakdown بھی نہیں ہوگا۔ تو آپ نے ego کو touch کر کے ایسا کیا کہ breakdown تک معاملہ پہنچ گیا تو responsible آپ ہیں۔</w:t>
      </w:r>
    </w:p>
    <w:p>
      <w:r>
        <w:rPr>
          <w:b/>
        </w:rPr>
        <w:t xml:space="preserve">[28:14] </w:t>
      </w:r>
      <w:r>
        <w:t>kyun ke quran mein</w:t>
      </w:r>
    </w:p>
    <w:p>
      <w:pPr>
        <w:jc w:val="right"/>
      </w:pPr>
      <w:r>
        <w:t>کیونکہ قرآن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