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Pearls of Wisdom (Prophetic Wisdom)</w:t>
      </w:r>
    </w:p>
    <w:p>
      <w:r>
        <w:t>https://www.youtube.com/watch?v=ZOZcMOF7jxM</w:t>
      </w:r>
    </w:p>
    <w:p>
      <w:r>
        <w:rPr>
          <w:b/>
        </w:rPr>
        <w:t xml:space="preserve">[00:10] </w:t>
      </w:r>
      <w:r>
        <w:t>bismillah rahman rahim.</w:t>
      </w:r>
    </w:p>
    <w:p>
      <w:pPr>
        <w:jc w:val="right"/>
      </w:pPr>
      <w:r>
        <w:t>بسم اللہ الرحمن الرحیم۔</w:t>
      </w:r>
    </w:p>
    <w:p>
      <w:r>
        <w:rPr>
          <w:b/>
        </w:rPr>
        <w:t xml:space="preserve">[00:16] </w:t>
      </w:r>
      <w:r>
        <w:t>is se pehle mein ne yeh kaha tha ke ek arab aalim ne hadithon ka ek</w:t>
      </w:r>
    </w:p>
    <w:p>
      <w:pPr>
        <w:jc w:val="right"/>
      </w:pPr>
      <w:r>
        <w:t>اس سے پہلے میں نے یہ کہا تھا کہ ایک عرب عالم نے حدیثوں کا ایک</w:t>
      </w:r>
    </w:p>
    <w:p>
      <w:r>
        <w:rPr>
          <w:b/>
        </w:rPr>
        <w:t xml:space="preserve">[00:26] </w:t>
      </w:r>
      <w:r>
        <w:t>selection tayar kiya aur is ko ek choti si kitab ki shakal mein chhapha. to is ka title unhon ne rakha tha "Lal al Hikam".</w:t>
      </w:r>
    </w:p>
    <w:p>
      <w:pPr>
        <w:jc w:val="right"/>
      </w:pPr>
      <w:r>
        <w:t>سلیکشن تیار کیا اور اس کو ایک چھوٹی سی کتاب کی شکل میں چھاپا۔ تو اس کا ٹائٹل انہوں نے رکھا تھا "لال الحکم"۔</w:t>
      </w:r>
    </w:p>
    <w:p>
      <w:r>
        <w:rPr>
          <w:b/>
        </w:rPr>
        <w:t xml:space="preserve">[00:39] </w:t>
      </w:r>
      <w:r>
        <w:t>lal al hikam, yani "Pearls of Wisdom".</w:t>
      </w:r>
    </w:p>
    <w:p>
      <w:pPr>
        <w:jc w:val="right"/>
      </w:pPr>
      <w:r>
        <w:t>لال الحکم، یعنی "Perls of Wisdom"۔</w:t>
      </w:r>
    </w:p>
    <w:p>
      <w:r>
        <w:rPr>
          <w:b/>
        </w:rPr>
        <w:t xml:space="preserve">[00:48] </w:t>
      </w:r>
      <w:r>
        <w:t>to mein samajhta hoon ke inhi kuch hadithon ka, wahi kuch hadithain jo hain, wahi "Pearl of Wisdom" nahin hain.</w:t>
      </w:r>
    </w:p>
    <w:p>
      <w:pPr>
        <w:jc w:val="right"/>
      </w:pPr>
      <w:r>
        <w:t>تو میں سمجھتا ہوں کہ انہی کچھ حدیثوں کا، وہی کچھ حدیثیں جو ہیں، وہی "Pearl of Wisdom" نہیں ہیں۔</w:t>
      </w:r>
    </w:p>
    <w:p>
      <w:r>
        <w:rPr>
          <w:b/>
        </w:rPr>
        <w:t xml:space="preserve">[01:01] </w:t>
      </w:r>
      <w:r>
        <w:t>saari hadithain "Perls of Wisdom" hain. saara jo hadithon ka hamare paas selection hai,</w:t>
      </w:r>
    </w:p>
    <w:p>
      <w:pPr>
        <w:jc w:val="right"/>
      </w:pPr>
      <w:r>
        <w:t>ساری حدیثیں "Perls of Wisdom" ہیں۔ سارا جو حدیثوں کا ہمارے پاس سلیکشن ہے،</w:t>
      </w:r>
    </w:p>
    <w:p>
      <w:r>
        <w:rPr>
          <w:b/>
        </w:rPr>
        <w:t xml:space="preserve">[01:15] </w:t>
      </w:r>
      <w:r>
        <w:t>to woh sab hadithain hi "Pearl of Wisdom" hain.</w:t>
      </w:r>
    </w:p>
    <w:p>
      <w:pPr>
        <w:jc w:val="right"/>
      </w:pPr>
      <w:r>
        <w:t>تو وہ سب حدیثیں ہی "Pearl of Wisdom" ہیں۔</w:t>
      </w:r>
    </w:p>
    <w:p>
      <w:r>
        <w:rPr>
          <w:b/>
        </w:rPr>
        <w:t xml:space="preserve">[01:22] </w:t>
      </w:r>
      <w:r>
        <w:t>mein aap ko aik hadith sunata hoon, isi qism ki.</w:t>
      </w:r>
    </w:p>
    <w:p>
      <w:pPr>
        <w:jc w:val="right"/>
      </w:pPr>
      <w:r>
        <w:t>میں آپ کو ایک حدیث سناتا ہوں، اسی قسم کی۔</w:t>
      </w:r>
    </w:p>
    <w:p>
      <w:r>
        <w:rPr>
          <w:b/>
        </w:rPr>
        <w:t xml:space="preserve">[01:35] </w:t>
      </w:r>
      <w:r>
        <w:t>rasool Allah ne farmaya: "اتقوا فراست المومن فإنه ينظر بنور الله"۔ اتقوا فراست المومن فإنه ينظر بنور الله۔</w:t>
      </w:r>
    </w:p>
    <w:p>
      <w:pPr>
        <w:jc w:val="right"/>
      </w:pPr>
      <w:r>
        <w:t>رسول اللہ نے فرمایا: "اتقوا فراست المومن فإنه ينظر بنور الله"۔ اتقوا فراست المومن فإنه ينظر بنور الله۔</w:t>
      </w:r>
    </w:p>
    <w:p>
      <w:r>
        <w:rPr>
          <w:b/>
        </w:rPr>
        <w:t xml:space="preserve">[01:55] </w:t>
      </w:r>
      <w:r>
        <w:t>momin ki</w:t>
      </w:r>
    </w:p>
    <w:p>
      <w:pPr>
        <w:jc w:val="right"/>
      </w:pPr>
      <w:r>
        <w:t>مومن کی</w:t>
      </w:r>
    </w:p>
    <w:p>
      <w:r>
        <w:rPr>
          <w:b/>
        </w:rPr>
        <w:t xml:space="preserve">[01:59] </w:t>
      </w:r>
      <w:r>
        <w:t>Wisdom se bacho,</w:t>
      </w:r>
    </w:p>
    <w:p>
      <w:pPr>
        <w:jc w:val="right"/>
      </w:pPr>
      <w:r>
        <w:t>Wisdom سے بچو،</w:t>
      </w:r>
    </w:p>
    <w:p>
      <w:r>
        <w:rPr>
          <w:b/>
        </w:rPr>
        <w:t xml:space="preserve">[02:04] </w:t>
      </w:r>
      <w:r>
        <w:t>kyunke woh Khuda ke noor se dekhta hai, Khuda ki roshni se dekhta hai.</w:t>
      </w:r>
    </w:p>
    <w:p>
      <w:pPr>
        <w:jc w:val="right"/>
      </w:pPr>
      <w:r>
        <w:t>کیونکہ وہ خدا کے نور سے دیکھتا ہے، خدا کی روشنی سے دیکھتا ہے۔</w:t>
      </w:r>
    </w:p>
    <w:p>
      <w:r>
        <w:rPr>
          <w:b/>
        </w:rPr>
        <w:t xml:space="preserve">[02:16] </w:t>
      </w:r>
      <w:r>
        <w:t>Save yourself for the wisdom of a true mumin.</w:t>
      </w:r>
    </w:p>
    <w:p>
      <w:pPr>
        <w:jc w:val="right"/>
      </w:pPr>
      <w:r>
        <w:t>Save yourself for the wisdom of a true mumin.</w:t>
      </w:r>
    </w:p>
    <w:p>
      <w:r>
        <w:rPr>
          <w:b/>
        </w:rPr>
        <w:t xml:space="preserve">[02:22] </w:t>
      </w:r>
      <w:r>
        <w:t>He sees with the eyes of God۔</w:t>
      </w:r>
    </w:p>
    <w:p>
      <w:pPr>
        <w:jc w:val="right"/>
      </w:pPr>
      <w:r>
        <w:t>He sees with the eyes of God۔</w:t>
      </w:r>
    </w:p>
    <w:p>
      <w:r>
        <w:rPr>
          <w:b/>
        </w:rPr>
        <w:t xml:space="preserve">[02:29] </w:t>
      </w:r>
      <w:r>
        <w:t>ab sochiye ke jo aadmi cheezon ko Khuda ki light se dekhe, to woh unconquering personality us ki ban jayegi.</w:t>
      </w:r>
    </w:p>
    <w:p>
      <w:pPr>
        <w:jc w:val="right"/>
      </w:pPr>
      <w:r>
        <w:t>اب سوچیے کہ جو آدمی چیزوں کو خدا کی لائٹ سے دیکھے، تو وہ unconquering personality اس کی بن جائے گی۔</w:t>
      </w:r>
    </w:p>
    <w:p>
      <w:r>
        <w:rPr>
          <w:b/>
        </w:rPr>
        <w:t xml:space="preserve">[02:42] </w:t>
      </w:r>
      <w:r>
        <w:t>Khuda ko kaun conquer kar sakta hai?</w:t>
      </w:r>
    </w:p>
    <w:p>
      <w:pPr>
        <w:jc w:val="right"/>
      </w:pPr>
      <w:r>
        <w:t>خدا کو کون conquer کر سکتا ہے؟</w:t>
      </w:r>
    </w:p>
    <w:p>
      <w:r>
        <w:rPr>
          <w:b/>
        </w:rPr>
        <w:t xml:space="preserve">[02:46] </w:t>
      </w:r>
      <w:r>
        <w:t>Khuda ko kaun overpower kar sakta hai? kisi ko bhi yeh taqat nahin ke woh Khuda ko conquer kar sake.</w:t>
      </w:r>
    </w:p>
    <w:p>
      <w:pPr>
        <w:jc w:val="right"/>
      </w:pPr>
      <w:r>
        <w:t>خدا کو کون overpower کر سکتا ہے؟ کسی کو بھی یہ طاقت نہیں کہ وہ خدا کو conquer کر سکے۔</w:t>
      </w:r>
    </w:p>
    <w:p>
      <w:r>
        <w:rPr>
          <w:b/>
        </w:rPr>
        <w:t xml:space="preserve">[02:59] </w:t>
      </w:r>
      <w:r>
        <w:t>yahi quality us momin mein, us sachay momin mein ban jati hai jo sach much Khuda ko realize kare.</w:t>
      </w:r>
    </w:p>
    <w:p>
      <w:pPr>
        <w:jc w:val="right"/>
      </w:pPr>
      <w:r>
        <w:t>یہی quality اس مومن میں، اس سچے مومن میں بن جاتی ہے جو سچ مچ خدا کو realize کرے۔</w:t>
      </w:r>
    </w:p>
    <w:p>
      <w:r>
        <w:rPr>
          <w:b/>
        </w:rPr>
        <w:t xml:space="preserve">[03:11] </w:t>
      </w:r>
      <w:r>
        <w:t>sach much Khuda ke aagay surrender kar de, to us ke andar wahi light aajati hai jo divine light jis ko hum kehte hain.</w:t>
      </w:r>
    </w:p>
    <w:p>
      <w:pPr>
        <w:jc w:val="right"/>
      </w:pPr>
      <w:r>
        <w:t>سچ مچ خدا کے آگے surrender کر دے، تو اس کے اندر وہی لائٹ آجاتی ہے جو divine light جس کو ہم کہتے ہیں۔</w:t>
      </w:r>
    </w:p>
    <w:p>
      <w:r>
        <w:rPr>
          <w:b/>
        </w:rPr>
        <w:t xml:space="preserve">[03:24] </w:t>
      </w:r>
      <w:r>
        <w:t>woh unconquering personality ka haamil ban jata hai.</w:t>
      </w:r>
    </w:p>
    <w:p>
      <w:pPr>
        <w:jc w:val="right"/>
      </w:pPr>
      <w:r>
        <w:t>وہ unconquering personality کا حامل بن جاتا ہے۔</w:t>
      </w:r>
    </w:p>
    <w:p>
      <w:r>
        <w:rPr>
          <w:b/>
        </w:rPr>
        <w:t xml:space="preserve">[03:32] </w:t>
      </w:r>
      <w:r>
        <w:t>yeh kaise hota hai?</w:t>
      </w:r>
    </w:p>
    <w:p>
      <w:pPr>
        <w:jc w:val="right"/>
      </w:pPr>
      <w:r>
        <w:t>یہ کیسے ہوتا ہے؟</w:t>
      </w:r>
    </w:p>
    <w:p>
      <w:r>
        <w:rPr>
          <w:b/>
        </w:rPr>
        <w:t xml:space="preserve">[03:37] </w:t>
      </w:r>
      <w:r>
        <w:t>aik lafz mein agar mein kahoon to woh yeh hoga ke us ke andar positive thinking aajati hai.</w:t>
      </w:r>
    </w:p>
    <w:p>
      <w:pPr>
        <w:jc w:val="right"/>
      </w:pPr>
      <w:r>
        <w:t>ایک शब्द میں اگر میں کہوں تو وہ یہ ہوگا کہ اس کے اندر positive thinking آجاتی ہے۔</w:t>
      </w:r>
    </w:p>
    <w:p>
      <w:r>
        <w:rPr>
          <w:b/>
        </w:rPr>
        <w:t xml:space="preserve">[03:48] </w:t>
      </w:r>
      <w:r>
        <w:t>Reaction ki psychology us se khatam ho jati hai. jaise ke aap dekhen, bohat hi common misaal yeh hai ke jab koi shakhs kisi ko provoke kar de,</w:t>
      </w:r>
    </w:p>
    <w:p>
      <w:pPr>
        <w:jc w:val="right"/>
      </w:pPr>
      <w:r>
        <w:t>Reaction کی psychology اس سے ختم ہو جاتی ہے۔ جیسے کہ آپ دیکھیں، بہت ہی common مثال یہ ہے کہ جب کوئی شخص کسی کو provoke کر دے،</w:t>
      </w:r>
    </w:p>
    <w:p>
      <w:r>
        <w:rPr>
          <w:b/>
        </w:rPr>
        <w:t xml:space="preserve">[04:07] </w:t>
      </w:r>
      <w:r>
        <w:t>kisi ko ghussa dila de, to aadmi samajhta hai ke zaroori hai ke us ko lesson diya jaye. kyun?</w:t>
      </w:r>
    </w:p>
    <w:p>
      <w:pPr>
        <w:jc w:val="right"/>
      </w:pPr>
      <w:r>
        <w:t>کسی کو غصہ دلا دے، تو آدمی سمجھتا ہے کہ ضروری ہے کہ اس کو lesson دیا جائے۔ کیوں؟</w:t>
      </w:r>
    </w:p>
    <w:p>
      <w:r>
        <w:rPr>
          <w:b/>
        </w:rPr>
        <w:t xml:space="preserve">[04:16] </w:t>
      </w:r>
      <w:r>
        <w:t>agar lesson nahin diya jayega to woh aur ziyada karega. woh delay ho jayega hamare khilaaf karne ke liye kuch.</w:t>
      </w:r>
    </w:p>
    <w:p>
      <w:pPr>
        <w:jc w:val="right"/>
      </w:pPr>
      <w:r>
        <w:t>اگر lesson نہیں دیا جائے گا تو وہ اور زیادہ کرے گا۔ وہ delay ہو جائے گا ہمارے خلاف کرنے کے لیے کچھ۔</w:t>
      </w:r>
    </w:p>
    <w:p>
      <w:r>
        <w:rPr>
          <w:b/>
        </w:rPr>
        <w:t xml:space="preserve">[04:26] </w:t>
      </w:r>
      <w:r>
        <w:t>to chup hone ko log samajhte hain buzdi. kal mere paas telephone aaya hai aik sahab ka. unhon ne kaha ke aap sabr ki baatein karte hain, tolerance ki baatein karte hain.</w:t>
      </w:r>
    </w:p>
    <w:p>
      <w:pPr>
        <w:jc w:val="right"/>
      </w:pPr>
      <w:r>
        <w:t>تو چپ ہونے کو لوگ سمجھتے ہیں بزدلی۔ کل میرے پاس ٹیلی فون آیا ہے ایک صاحب کا۔ انہوں نے کہا کہ آپ صبر کی باتیں کرتے ہیں، tolerance کی باتیں کرتے ہیں۔</w:t>
      </w:r>
    </w:p>
    <w:p>
      <w:r>
        <w:rPr>
          <w:b/>
        </w:rPr>
        <w:t xml:space="preserve">[04:39] </w:t>
      </w:r>
      <w:r>
        <w:t>to kahan tak sabr kiya jayega? phir to log hamare upar daily ho jayenge. yeh to aap cowardice ki baat batate hain.</w:t>
      </w:r>
    </w:p>
    <w:p>
      <w:pPr>
        <w:jc w:val="right"/>
      </w:pPr>
      <w:r>
        <w:t>تو کہاں تک صبر کیا جائے گا؟ پھر تو لوگ ہمارے اوپر delay ہو جائیں گے۔ یہ تو آپ cowardice کی بات بتاتے ہیں۔</w:t>
      </w:r>
    </w:p>
    <w:p>
      <w:r>
        <w:rPr>
          <w:b/>
        </w:rPr>
        <w:t xml:space="preserve">[04:50] </w:t>
      </w:r>
      <w:r>
        <w:t>It is a cowardice۔ to kya aap sab logon ko coward bana rahe hain?</w:t>
      </w:r>
    </w:p>
    <w:p>
      <w:pPr>
        <w:jc w:val="right"/>
      </w:pPr>
      <w:r>
        <w:t>It is a cowardice۔ تو کیا آپ سب لوگوں کو coward بنا رہے ہیں؟</w:t>
      </w:r>
    </w:p>
    <w:p>
      <w:r>
        <w:rPr>
          <w:b/>
        </w:rPr>
        <w:t xml:space="preserve">[04:57] </w:t>
      </w:r>
      <w:r>
        <w:t>dekhen yeh jo hai, cheezon ko Khuda ke noor se na dekhna. yeh cheezon ko Khuda ke noor se na dekhna, yeh Saturnic noor se dekhna hai.</w:t>
      </w:r>
    </w:p>
    <w:p>
      <w:pPr>
        <w:jc w:val="right"/>
      </w:pPr>
      <w:r>
        <w:t>دیکھیں یہ جو ہے، چیزوں کو خدا کے نور سے نہ دیکھنا۔ یہ چیزوں کو خدا کے نور سے نہ دیکھنا، یہ Saturnic نور سے دیکھنا ہے۔</w:t>
      </w:r>
    </w:p>
    <w:p>
      <w:r>
        <w:rPr>
          <w:b/>
        </w:rPr>
        <w:t xml:space="preserve">[05:13] </w:t>
      </w:r>
      <w:r>
        <w:t>Saturn ko aap jante hain, Quran mein is ka qissa likha hua hai ke jab Khuda ne us ko kaha ke tumhare upar laanat, to us ne kaha ke main saare insano ko behkaunga.</w:t>
      </w:r>
    </w:p>
    <w:p>
      <w:pPr>
        <w:jc w:val="right"/>
      </w:pPr>
      <w:r>
        <w:t>Saturn کو آپ جانتے ہیں، قرآن میں اس کا قصہ لکھا ہوا ہے کہ جب خدا نے اس کو کہا کہ تمہارے اوپر لعنت، تو اس نے کہا کہ میں سارے انسانوں کو بہکاؤں گا۔</w:t>
      </w:r>
    </w:p>
    <w:p>
      <w:r>
        <w:rPr>
          <w:b/>
        </w:rPr>
        <w:t xml:space="preserve">[05:26] </w:t>
      </w:r>
      <w:r>
        <w:t>Yaani revenge lunga. Ke insaan ko, insaan ke aage na jhukne ki wajah se Khuda ne mujhe yeh punishment diya, to main saare insano ko behkaunga.</w:t>
      </w:r>
    </w:p>
    <w:p>
      <w:pPr>
        <w:jc w:val="right"/>
      </w:pPr>
      <w:r>
        <w:t>یعنی revenge لوں گا۔ کہ انسان کو، انسان کے آگے نہ جھکنے کی وجہ سے خدا نے مجھے یہ punishment دیا، تو میں سارے انسانوں کو بہکاؤں گا۔</w:t>
      </w:r>
    </w:p>
    <w:p>
      <w:r>
        <w:rPr>
          <w:b/>
        </w:rPr>
        <w:t xml:space="preserve">[05:40] </w:t>
      </w:r>
      <w:r>
        <w:t>Revenge lunga.</w:t>
      </w:r>
    </w:p>
    <w:p>
      <w:pPr>
        <w:jc w:val="right"/>
      </w:pPr>
      <w:r>
        <w:t>Revenge لوں گا۔</w:t>
      </w:r>
    </w:p>
    <w:p>
      <w:r>
        <w:rPr>
          <w:b/>
        </w:rPr>
        <w:t xml:space="preserve">[05:44] </w:t>
      </w:r>
      <w:r>
        <w:t>Saare insano ko main behka dunga. To revenge ki psychology jo hai, Saturnic psychology hai.</w:t>
      </w:r>
    </w:p>
    <w:p>
      <w:pPr>
        <w:jc w:val="right"/>
      </w:pPr>
      <w:r>
        <w:t>سارے انسانوں کو میں بہکا دوں گا۔ تو revenge کی psychology جو ہے، Saturnic psychology ہے۔</w:t>
      </w:r>
    </w:p>
    <w:p>
      <w:r>
        <w:rPr>
          <w:b/>
        </w:rPr>
        <w:t xml:space="preserve">[05:57] </w:t>
      </w:r>
      <w:r>
        <w:t>Yaani koi shaitan ko ek sad experience hua ke insaan ke aage na jhukne ki wajah se is ko yeh punishment mila ke Khuda ne kaha ke tum nikal jao, tum par laanat hai, tum par curse hai.</w:t>
      </w:r>
    </w:p>
    <w:p>
      <w:pPr>
        <w:jc w:val="right"/>
      </w:pPr>
      <w:r>
        <w:t>یعنی کوئی شیطان کو ایک sad experience ہوا کہ انسان کے آگے نہ جھکنے کی وجہ سے اس کو یہ punishment ملا کہ خدا نے کہا کہ تم نکل جاؤ، تم پر لعنت ہے، تم پر curse ہے۔</w:t>
      </w:r>
    </w:p>
    <w:p>
      <w:r>
        <w:rPr>
          <w:b/>
        </w:rPr>
        <w:t xml:space="preserve">[06:13] </w:t>
      </w:r>
      <w:r>
        <w:t>To us ne kya kaha? Us ne is ko negative sense mein liya.</w:t>
      </w:r>
    </w:p>
    <w:p>
      <w:pPr>
        <w:jc w:val="right"/>
      </w:pPr>
      <w:r>
        <w:t>تو اس نے کیا کہا؟ اس نے اس کو negative sense میں لیا۔</w:t>
      </w:r>
    </w:p>
    <w:p>
      <w:r>
        <w:rPr>
          <w:b/>
        </w:rPr>
        <w:t xml:space="preserve">[06:23] </w:t>
      </w:r>
      <w:r>
        <w:t>Negative response diya us ne. Ke jis insaan ki wajah se mujhe yeh punishment mila hai, main us insaan se badla lunga, us se revenge lunga.</w:t>
      </w:r>
    </w:p>
    <w:p>
      <w:pPr>
        <w:jc w:val="right"/>
      </w:pPr>
      <w:r>
        <w:t>Negative response دیا اس نے۔ کہ جس انسان کی وجہ سے مجھے یہ punishment ملا ہے، میں اس انسان سے بدلہ لوں گا، اس سے revenge لوں گا۔</w:t>
      </w:r>
    </w:p>
    <w:p>
      <w:r>
        <w:rPr>
          <w:b/>
        </w:rPr>
        <w:t xml:space="preserve">[06:34] </w:t>
      </w:r>
      <w:r>
        <w:t>Aur us ko bhatka kar rahunga, us ko paradise ki raah se hata kar rahunga. Us ko hell mein le aaunga sab ko apne saath.</w:t>
      </w:r>
    </w:p>
    <w:p>
      <w:pPr>
        <w:jc w:val="right"/>
      </w:pPr>
      <w:r>
        <w:t>اور اس کو بھٹکا کر رہوں گا، اس کو paradise کی راہ سے ہٹا کر رہوں گا۔ اس کو hell میں لے آؤں گا سب کو اپنے ساتھ۔</w:t>
      </w:r>
    </w:p>
    <w:p>
      <w:r>
        <w:rPr>
          <w:b/>
        </w:rPr>
        <w:t xml:space="preserve">[06:43] </w:t>
      </w:r>
      <w:r>
        <w:t>Yeh hai Saturnic psychology. Badla lena, sabak sikhana.</w:t>
      </w:r>
    </w:p>
    <w:p>
      <w:pPr>
        <w:jc w:val="right"/>
      </w:pPr>
      <w:r>
        <w:t>یہ ہے Saturnic psychology۔ بدلہ لینا، سبق سکھانا۔</w:t>
      </w:r>
    </w:p>
    <w:p>
      <w:r>
        <w:rPr>
          <w:b/>
        </w:rPr>
        <w:t xml:space="preserve">[06:52] </w:t>
      </w:r>
      <w:r>
        <w:t>Is mein kya hota hai? Yeh kyun yeh Khuda ke noor se na dekhna hai? Ek bahut badi, ek bahut bada potential unavailed reh jata hai.</w:t>
      </w:r>
    </w:p>
    <w:p>
      <w:pPr>
        <w:jc w:val="right"/>
      </w:pPr>
      <w:r>
        <w:t>اس میں کیا ہوتا ہے؟ یہ کیوں یہ خدا کے نور سے نہ دیکھنا ہے؟ ایک بہت بڑی، ایک بہت بڑا potential unavailed رہ جاتا ہے۔</w:t>
      </w:r>
    </w:p>
    <w:p>
      <w:r>
        <w:rPr>
          <w:b/>
        </w:rPr>
        <w:t xml:space="preserve">[07:10] </w:t>
      </w:r>
      <w:r>
        <w:t>Jab aap revenge ke raaste par chalte hain, sabak sikhane ke raaste par chalte hain, to ek bahut bade potential ko avail karne se aap mehroom ho jate hain.</w:t>
      </w:r>
    </w:p>
    <w:p>
      <w:pPr>
        <w:jc w:val="right"/>
      </w:pPr>
      <w:r>
        <w:t>جب آپ revenge کے راستے پر چلتے ہیں، سبق سکھانے کے راستے پر چلتے ہیں، تو ایک بہت بڑے potential کو avail کرنے سے آپ محروم ہو جاتے ہیں۔</w:t>
      </w:r>
    </w:p>
    <w:p>
      <w:r>
        <w:rPr>
          <w:b/>
        </w:rPr>
        <w:t xml:space="preserve">[07:20] </w:t>
      </w:r>
      <w:r>
        <w:t>Woh kya hai? Insaan ka conscience. Insaan ka zameer. Yaani jab aap kisi ko maaf kar dein, to kya hota hai?</w:t>
      </w:r>
    </w:p>
    <w:p>
      <w:pPr>
        <w:jc w:val="right"/>
      </w:pPr>
      <w:r>
        <w:t>وہ کیا ہے؟ انسان کا conscience۔ انسان کا ضمیر۔ یعنی جب آپ کسی کو معاف کر دیں، تو کیا ہوتا ہے؟</w:t>
      </w:r>
    </w:p>
    <w:p>
      <w:r>
        <w:rPr>
          <w:b/>
        </w:rPr>
        <w:t xml:space="preserve">[07:34] </w:t>
      </w:r>
      <w:r>
        <w:t>Us ka conscience jo hai, woh aap ki taraf se bolne lagta hai. Jaise ek waqea hai ke Rasool Allah (SAW) ne ek baar dekha ke ek sahabi</w:t>
      </w:r>
    </w:p>
    <w:p>
      <w:pPr>
        <w:jc w:val="right"/>
      </w:pPr>
      <w:r>
        <w:t>اس کا conscience جو ہے، وہ آپ کی طرف سے بولنے لگتا ہے۔ جیسے ایک واقعہ ہے کہ رسول اللہ صلى الله عليه وسلم نے ایک بار دیکھا کہ ایک صحابی</w:t>
      </w:r>
    </w:p>
    <w:p>
      <w:r>
        <w:rPr>
          <w:b/>
        </w:rPr>
        <w:t xml:space="preserve">[07:49] </w:t>
      </w:r>
      <w:r>
        <w:t>the, to ek aadmi un ko bahut bura bhala keh raha tha. Un ka abuse kar raha tha. Un ko provoke kar raha tha.</w:t>
      </w:r>
    </w:p>
    <w:p>
      <w:pPr>
        <w:jc w:val="right"/>
      </w:pPr>
      <w:r>
        <w:t>تھے، تو ایک آدمی ان کو بہت برا بھلا کہہ رہا تھا۔ ان کا abuse کر رہا تھا۔ ان کو provoke کر رہا تھا۔</w:t>
      </w:r>
    </w:p>
    <w:p>
      <w:r>
        <w:rPr>
          <w:b/>
        </w:rPr>
        <w:t xml:space="preserve">[08:00] </w:t>
      </w:r>
      <w:r>
        <w:t>To woh sahabi chup chap sunte rahe. Yeh sahabi the, senior sahabi Abu Bakr Siddiq. To sunte rahe, sunte rahe, sunte rahe.</w:t>
      </w:r>
    </w:p>
    <w:p>
      <w:pPr>
        <w:jc w:val="right"/>
      </w:pPr>
      <w:r>
        <w:t>تو وہ صحابی چپ چاپ سنتے رہے۔ یہ صحابی تھے، senior صحابی ابوبکر صدیق۔ تو سنتے رہے، سنتے رہے، سنتے رہے۔</w:t>
      </w:r>
    </w:p>
    <w:p>
      <w:r>
        <w:rPr>
          <w:b/>
        </w:rPr>
        <w:t xml:space="preserve">[08:12] </w:t>
      </w:r>
      <w:r>
        <w:t>Phir unhein ghussa aa gaya. Aur woh bhi us ko jawab dene lagay. To wahan par Rasool Allah (SAW) the, chup chap khade hue the aap.</w:t>
      </w:r>
    </w:p>
    <w:p>
      <w:pPr>
        <w:jc w:val="right"/>
      </w:pPr>
      <w:r>
        <w:t>پھر انہیں غصہ آگیا۔ اور وہ بھی اس کو جواب دینے لگے۔ تو وہاں پر رسول اللہ صلى الله عليه وسلم تھے، چپ چاپ کھڑے ہوئے تھے آپ۔</w:t>
      </w:r>
    </w:p>
    <w:p>
      <w:r>
        <w:rPr>
          <w:b/>
        </w:rPr>
        <w:t xml:space="preserve">[08:27] </w:t>
      </w:r>
      <w:r>
        <w:t>Jab yeh jawab dene lage, to Rasool Allah wahan se chale gaye. To Abu Bakr Siddiq ne, jo senior sahabi the, woh aap ke paas gaye.</w:t>
      </w:r>
    </w:p>
    <w:p>
      <w:pPr>
        <w:jc w:val="right"/>
      </w:pPr>
      <w:r>
        <w:t>جب یہ جواب دینے لگے، تو رسول اللہ وہاں سے چلے گئے۔ تو ابوبکر صدیق نے، جو senior صحابی تھے، وہ آپ کے پاس گئے۔</w:t>
      </w:r>
    </w:p>
    <w:p>
      <w:r>
        <w:rPr>
          <w:b/>
        </w:rPr>
        <w:t xml:space="preserve">[08:42] </w:t>
      </w:r>
      <w:r>
        <w:t>Aur kaha ke aisa kyun hai? Ke woh jab bol raha tha ulta seedha, tab to aap chup chap khade the wahan. Aur main ne koi jawab diya to aap wahan se chale gaye.</w:t>
      </w:r>
    </w:p>
    <w:p>
      <w:pPr>
        <w:jc w:val="right"/>
      </w:pPr>
      <w:r>
        <w:t>اور کہا کہ ایسا کیوں ہے؟ کہ وہ جب بول رہا تھا الٹا سیدھا، تب تو آپ چپ چاپ کھڑے تھے وہاں۔ اور میں نے کوئی جواب دیا تو آپ وہاں سے چلے گئے۔</w:t>
      </w:r>
    </w:p>
    <w:p>
      <w:r>
        <w:rPr>
          <w:b/>
        </w:rPr>
        <w:t xml:space="preserve">[08:55] </w:t>
      </w:r>
      <w:r>
        <w:t>To aap ne ek bahut badi baat kahi. Jo Himalaya pahadon se zyada badi baat hai. Yahi hai Khuda ke noor se dekhna.</w:t>
      </w:r>
    </w:p>
    <w:p>
      <w:pPr>
        <w:jc w:val="right"/>
      </w:pPr>
      <w:r>
        <w:t>تو آپ نے ایک بہت بڑی بات کہی۔ جو ہمالیہ پہاڑوں سے زیادہ بڑی بات ہے۔ یہی ہے خدا کے نور سے دیکھنا۔</w:t>
      </w:r>
    </w:p>
    <w:p>
      <w:r>
        <w:rPr>
          <w:b/>
        </w:rPr>
        <w:t xml:space="preserve">[09:09] </w:t>
      </w:r>
      <w:r>
        <w:t>Woh kya? Aap ne kaha ke jab tum chup chap the, to Khuda ka farishta tumhari taraf se jawab de raha tha.</w:t>
      </w:r>
    </w:p>
    <w:p>
      <w:pPr>
        <w:jc w:val="right"/>
      </w:pPr>
      <w:r>
        <w:t>وہ کیا؟ آپ نے کہا کہ جب تم چپ چاپ تھے، تو خدا کا فرشتہ تمہاری طرف سے جواب دے رہا تھا۔</w:t>
      </w:r>
    </w:p>
    <w:p>
      <w:r>
        <w:rPr>
          <w:b/>
        </w:rPr>
        <w:t xml:space="preserve">[09:23] </w:t>
      </w:r>
      <w:r>
        <w:t>Aur jab tum ne khud hi sambhal liya apna mamla, aur tum khud lagay bolne, to farishta wahan se chala gaya.</w:t>
      </w:r>
    </w:p>
    <w:p>
      <w:pPr>
        <w:jc w:val="right"/>
      </w:pPr>
      <w:r>
        <w:t>اور جب تم نے خود ہی سنبھال لیا اپنا معاملہ، اور تم خود لگے بولنے، تو فرشتہ وہاں سے چلا گیا۔</w:t>
      </w:r>
    </w:p>
    <w:p>
      <w:r>
        <w:rPr>
          <w:b/>
        </w:rPr>
        <w:t xml:space="preserve">[09:34] </w:t>
      </w:r>
      <w:r>
        <w:t>To main bhi chala gaya. Dekhein yeh koi mysterious baat nahi hai. Yaad rakhiye, cheezon ka mysterious content nahi hua karta.</w:t>
      </w:r>
    </w:p>
    <w:p>
      <w:pPr>
        <w:jc w:val="right"/>
      </w:pPr>
      <w:r>
        <w:t>تو میں بھی چلا گیا۔ دیکھیں یہ کوئی mysterious بات نہیں ہے۔ یاد رکھیے، چیزوں کا mysterious content نہیں ہوا کرتا۔</w:t>
      </w:r>
    </w:p>
    <w:p>
      <w:r>
        <w:rPr>
          <w:b/>
        </w:rPr>
        <w:t xml:space="preserve">[09:44] </w:t>
      </w:r>
      <w:r>
        <w:t>Is ka ek natural mafhoom hota hai. Ek scientific maani hoti hai is ki. Woh kya thi?</w:t>
      </w:r>
    </w:p>
    <w:p>
      <w:pPr>
        <w:jc w:val="right"/>
      </w:pPr>
      <w:r>
        <w:t>اس کا ایک natural مفہوم ہوتا ہے۔ ایک سائنسی معنی ہوتی ہے اس کی۔ وہ کیا تھی؟</w:t>
      </w:r>
    </w:p>
    <w:p>
      <w:r>
        <w:rPr>
          <w:b/>
        </w:rPr>
        <w:t xml:space="preserve">[09:56] </w:t>
      </w:r>
      <w:r>
        <w:t>Insaan ke andar Khuda ne rakha hai, jis ko hum kehte hain zameer. Is ko hum kehte hain conscience. Quran mein is ko kaha gaya hai nafs-e-lawwamah.</w:t>
      </w:r>
    </w:p>
    <w:p>
      <w:pPr>
        <w:jc w:val="right"/>
      </w:pPr>
      <w:r>
        <w:t>انسان کے اندر خدا نے رکھا ہے، جس کو ہم کہتے ہیں ضمیر۔ اس کو ہم کہتے ہیں conscience۔ قرآن میں اس کو کہا گیا ہے نفس لوامہ۔</w:t>
      </w:r>
    </w:p>
    <w:p>
      <w:r>
        <w:rPr>
          <w:b/>
        </w:rPr>
        <w:t xml:space="preserve">[10:09] </w:t>
      </w:r>
      <w:r>
        <w:t>Nafsa-lawwamah. To yeh jo hai nafs-e-lawwamah kahiye, ya conscience kahiye, ya zameer kahiye, yeh har aadmi ke andar hota hai.</w:t>
      </w:r>
    </w:p>
    <w:p>
      <w:pPr>
        <w:jc w:val="right"/>
      </w:pPr>
      <w:r>
        <w:t>النفس اللوامہ۔ تو یہ جو ہے النفس اللوامہ کہیے، یا conscience کہیے، یا ضمیر کہیے، یہ ہر آدمی کے اندر ہوتا ہے۔</w:t>
      </w:r>
    </w:p>
    <w:p>
      <w:r>
        <w:rPr>
          <w:b/>
        </w:rPr>
        <w:t xml:space="preserve">[10:21] </w:t>
      </w:r>
      <w:r>
        <w:t>koi bhi aadmi aisa nahin hai jis ke andar woh na ho. jis tarah se koi aadmi jo paida hota hai, to us ke seenay mein aik dil hota hai.</w:t>
      </w:r>
    </w:p>
    <w:p>
      <w:pPr>
        <w:jc w:val="right"/>
      </w:pPr>
      <w:r>
        <w:t>کوئی بھی آدمی ایسا نہیں ہے جس کے اندر وہ نہ ہو۔ جس طرح سے کوئی آدمی جو پیدا ہوتا ہے، تو اس کے سینے میں ایک دل ہوتا ہے۔</w:t>
      </w:r>
    </w:p>
    <w:p>
      <w:r>
        <w:rPr>
          <w:b/>
        </w:rPr>
        <w:t xml:space="preserve">[10:32] </w:t>
      </w:r>
      <w:r>
        <w:t>bila dil ke koi aadmi paida nahin hota.</w:t>
      </w:r>
    </w:p>
    <w:p>
      <w:pPr>
        <w:jc w:val="right"/>
      </w:pPr>
      <w:r>
        <w:t>بلا دل کے کوئی آدمی پیدا نہیں ہوتا۔</w:t>
      </w:r>
    </w:p>
    <w:p>
      <w:r>
        <w:rPr>
          <w:b/>
        </w:rPr>
        <w:t xml:space="preserve">[10:37] </w:t>
      </w:r>
      <w:r>
        <w:t>dil ke baghair ho to woh paida hi na ho.</w:t>
      </w:r>
    </w:p>
    <w:p>
      <w:pPr>
        <w:jc w:val="right"/>
      </w:pPr>
      <w:r>
        <w:t>دل کے بغیر ہو تو وہ پیدا ہی نہ ہو۔</w:t>
      </w:r>
    </w:p>
    <w:p>
      <w:r>
        <w:rPr>
          <w:b/>
        </w:rPr>
        <w:t xml:space="preserve">[10:42] </w:t>
      </w:r>
      <w:r>
        <w:t>to jis tarah har insaan jo paida hota hai, us ke seenay mein aik aik dil hota hai. isi tarah har insaan ke andar jo paida hota hai, us ke andar conscience hota hai.</w:t>
      </w:r>
    </w:p>
    <w:p>
      <w:pPr>
        <w:jc w:val="right"/>
      </w:pPr>
      <w:r>
        <w:t>تو جس طرح ہر انسان جو پیدا ہوتا ہے، اس کے سینے میں ایک ایک دل ہوتا ہے۔ اسی طرح ہر انسان کے اندر جو پیدا ہوتا ہے، اس کے اندر conscience ہوتا ہے۔</w:t>
      </w:r>
    </w:p>
    <w:p>
      <w:r>
        <w:rPr>
          <w:b/>
        </w:rPr>
        <w:t xml:space="preserve">[10:56] </w:t>
      </w:r>
      <w:r>
        <w:t>zameer. yeh conscience kya hai? har aadmi ko is ka tajurba hai, har aadmi jaanta hai. andar se woh aap ko bolta rehta hai.</w:t>
      </w:r>
    </w:p>
    <w:p>
      <w:pPr>
        <w:jc w:val="right"/>
      </w:pPr>
      <w:r>
        <w:t>ضمیر۔ یہ conscience کیا ہے؟ ہر آدمی کو اس کا تجربہ ہے، ہر آدمی جانتا ہے۔ اندر سے وہ آپ کو بولتا رہتا ہے۔</w:t>
      </w:r>
    </w:p>
    <w:p>
      <w:r>
        <w:rPr>
          <w:b/>
        </w:rPr>
        <w:t xml:space="preserve">[11:08] </w:t>
      </w:r>
      <w:r>
        <w:t>aap koi bura kaam karen, andar se bolay ga ke kya tum galat kaam kar rahe ho. to conscience, kisi ne kaha hai ke conscience Khuda ki zuban hai.</w:t>
      </w:r>
    </w:p>
    <w:p>
      <w:pPr>
        <w:jc w:val="right"/>
      </w:pPr>
      <w:r>
        <w:t>آپ کوئی برا کام کریں، اندر سے بولے گا کہ کیا تم غلط کام کر رہے ہو۔ تو conscience، کسی نے کہا ہے کہ conscience خدا کی زبان ہے۔</w:t>
      </w:r>
    </w:p>
    <w:p>
      <w:r>
        <w:rPr>
          <w:b/>
        </w:rPr>
        <w:t xml:space="preserve">[11:22] </w:t>
      </w:r>
      <w:r>
        <w:t>conscience jo hai woh Khuda ki zuban hai. aik farishta baitha hua hai insaan ke andar, jo Khuda ki taraf se bolta hai. tum galat kaam kar rahe ho, tum galat kaam kar rahe ho.</w:t>
      </w:r>
    </w:p>
    <w:p>
      <w:pPr>
        <w:jc w:val="right"/>
      </w:pPr>
      <w:r>
        <w:t>conscience جو ہے وہ خدا کی زبان ہے۔ ایک فرشتہ بیٹھا ہوا ہے انسان کے اندر، جو خدا کی طرف سے بولتا ہے۔ تم غلط کام کر رہے ہو، تم غلط کام کر رہے ہو۔</w:t>
      </w:r>
    </w:p>
    <w:p>
      <w:r>
        <w:rPr>
          <w:b/>
        </w:rPr>
        <w:t xml:space="preserve">[11:34] </w:t>
      </w:r>
      <w:r>
        <w:t>to matlab kya tha? ke</w:t>
      </w:r>
    </w:p>
    <w:p>
      <w:pPr>
        <w:jc w:val="right"/>
      </w:pPr>
      <w:r>
        <w:t>تو مطلب کیا تھا؟ کہ</w:t>
      </w:r>
    </w:p>
    <w:p>
      <w:r>
        <w:rPr>
          <w:b/>
        </w:rPr>
        <w:t xml:space="preserve">[11:40] </w:t>
      </w:r>
      <w:r>
        <w:t>jab tak aadmi chup rehta hai, us waqt tak is ka conscience فعال rehta hai. jo aadmi aap ko sata raha hai, jo aadmi aap ko gaali de raha hai,</w:t>
      </w:r>
    </w:p>
    <w:p>
      <w:pPr>
        <w:jc w:val="right"/>
      </w:pPr>
      <w:r>
        <w:t>جب تک آدمی چپ رہتا ہے، اس وقت تک اس کا conscience فعال رہتا ہے۔ جو آدمی آپ کو ستا رہا ہے، جو آدمی آپ کو گالی دے رہا ہے،</w:t>
      </w:r>
    </w:p>
    <w:p>
      <w:r>
        <w:rPr>
          <w:b/>
        </w:rPr>
        <w:t xml:space="preserve">[11:55] </w:t>
      </w:r>
      <w:r>
        <w:t>to aap agar chup hain, to is ka conscience jaga hua rahe ga. is ka conscience is ko malamat kare ga. ke tum kya kaam kar rahe ho.</w:t>
      </w:r>
    </w:p>
    <w:p>
      <w:pPr>
        <w:jc w:val="right"/>
      </w:pPr>
      <w:r>
        <w:t>تو آپ اگر چپ ہیں، تو اس کا conscience جگا ہوا رہے گا۔ اس کا conscience اس کو ملامت کرے گا۔ کہ تم کیا کام کر رہے ہو۔</w:t>
      </w:r>
    </w:p>
    <w:p>
      <w:r>
        <w:rPr>
          <w:b/>
        </w:rPr>
        <w:t xml:space="preserve">[12:07] </w:t>
      </w:r>
      <w:r>
        <w:t>aur dheere dheere woh khud hi beh jaye ga.</w:t>
      </w:r>
    </w:p>
    <w:p>
      <w:pPr>
        <w:jc w:val="right"/>
      </w:pPr>
      <w:r>
        <w:t>اور دھیرے دھیرے وہ خود ہی بہہ جائے گا۔</w:t>
      </w:r>
    </w:p>
    <w:p>
      <w:r>
        <w:rPr>
          <w:b/>
        </w:rPr>
        <w:t xml:space="preserve">[12:13] </w:t>
      </w:r>
      <w:r>
        <w:t>aur agar aap bol den, to aik doosri cheez hai insaan ke andar, woh ana.</w:t>
      </w:r>
    </w:p>
    <w:p>
      <w:pPr>
        <w:jc w:val="right"/>
      </w:pPr>
      <w:r>
        <w:t>اور اگر آپ بول دیں، تو ایک دوسری چیز ہے انسان کے اندر، وہ انا۔</w:t>
      </w:r>
    </w:p>
    <w:p>
      <w:r>
        <w:rPr>
          <w:b/>
        </w:rPr>
        <w:t xml:space="preserve">[12:24] </w:t>
      </w:r>
      <w:r>
        <w:t>al-nafs al-ammara. ana. ananiyat. to jab aap bol dete hain, to aap is ki ananiyat ko jaga dete hain. aur phir aadmi jo hai, aur ziyada sakht ho jata hai aap ke liye.</w:t>
      </w:r>
    </w:p>
    <w:p>
      <w:pPr>
        <w:jc w:val="right"/>
      </w:pPr>
      <w:r>
        <w:t>النفس اللمارہ۔ انا۔ انانیت۔ تو جب آپ بول دیتے ہیں، تو آپ اس کی انانیت کو جگا دیتے ہیں۔ اور پھر آدمی جو ہے، اور زیادہ سخت ہو جاتا ہے آپ کے لیے۔</w:t>
      </w:r>
    </w:p>
    <w:p>
      <w:r>
        <w:rPr>
          <w:b/>
        </w:rPr>
        <w:t xml:space="preserve">[12:37] </w:t>
      </w:r>
      <w:r>
        <w:t>to aap ka chup rehna is aadmi ke conscience ko jagata hai. aur aap ka bol padna is aadmi ke ana ko jagata hai.</w:t>
      </w:r>
    </w:p>
    <w:p>
      <w:pPr>
        <w:jc w:val="right"/>
      </w:pPr>
      <w:r>
        <w:t>تو آپ کا چپ رہنا اس آدمی کے conscience کو جگاتا ہے۔ اور آپ کا بول پڑنا اس آدمی کے انا کو جگاتا ہے۔</w:t>
      </w:r>
    </w:p>
    <w:p>
      <w:r>
        <w:rPr>
          <w:b/>
        </w:rPr>
        <w:t xml:space="preserve">[12:46] </w:t>
      </w:r>
      <w:r>
        <w:t>to aap ke haq mein insaan ke andar jo aik aik cheez hai, conscience, is ke istemal se aap mahroom ho jatay hain jab aap revenge ki policy ikhtiyar karen.</w:t>
      </w:r>
    </w:p>
    <w:p>
      <w:pPr>
        <w:jc w:val="right"/>
      </w:pPr>
      <w:r>
        <w:t>تو آپ کے حق میں انسان کے اندر جو ایک ایک چیز ہے، conscience، اس کے استعمال سے آپ محروم ہو جاتے ہیں جب آپ revenge کی پالیسی اختیار کریں۔</w:t>
      </w:r>
    </w:p>
    <w:p>
      <w:r>
        <w:rPr>
          <w:b/>
        </w:rPr>
        <w:t xml:space="preserve">[12:58] </w:t>
      </w:r>
      <w:r>
        <w:t>aik martaba aisa hua ke mujhe khud aik aadmi</w:t>
      </w:r>
    </w:p>
    <w:p>
      <w:pPr>
        <w:jc w:val="right"/>
      </w:pPr>
      <w:r>
        <w:t>ایک مرتبہ ایسا ہوا کہ مجھے خود ایک آدمی</w:t>
      </w:r>
    </w:p>
    <w:p>
      <w:r>
        <w:rPr>
          <w:b/>
        </w:rPr>
        <w:t xml:space="preserve">[13:04] </w:t>
      </w:r>
      <w:r>
        <w:t>gaali dene laga. ke tum jhootay ho, tum dhongi ho, tum logon ko bewakoof banate ho, tum aik spider ho.</w:t>
      </w:r>
    </w:p>
    <w:p>
      <w:pPr>
        <w:jc w:val="right"/>
      </w:pPr>
      <w:r>
        <w:t>گالی دینے لگا۔ کہ تم جھوٹے ہو، تم ڈھونگی ہو، تم لوگوں کو بیوقوف بناتے ہو، تم ایک spider ہو۔</w:t>
      </w:r>
    </w:p>
    <w:p>
      <w:r>
        <w:rPr>
          <w:b/>
        </w:rPr>
        <w:t xml:space="preserve">[13:15] </w:t>
      </w:r>
      <w:r>
        <w:t>paintalis minute tak yeh kar raha taqreeban. acha mein chup chap bilkul normal tareeqay se sunta raha. jab normal tareeqay se sunta raha to is ka andar ka conscience jaag para.</w:t>
      </w:r>
    </w:p>
    <w:p>
      <w:pPr>
        <w:jc w:val="right"/>
      </w:pPr>
      <w:r>
        <w:t>پینتالیس منٹ تک یہ کر رہا تقریباً۔ اچھا میں چپ چاپ بالکل نارمل طریقے سے سنتا رہا۔ جب نارمل طریقے سے سنتا رہا تو اس کا اندر کا conscience جاگ پڑا۔</w:t>
      </w:r>
    </w:p>
    <w:p>
      <w:r>
        <w:rPr>
          <w:b/>
        </w:rPr>
        <w:t xml:space="preserve">[13:30] </w:t>
      </w:r>
      <w:r>
        <w:t>aur phir dheere dheere is ke lehjay mein kami aayi. pehle zor se bol raha tha, phir thora dheere bola, phir dheere bola. yahan tak ke jaisay balloon hota hai, is ki hawa nikal jaye, waisi halat is ka hua.</w:t>
      </w:r>
    </w:p>
    <w:p>
      <w:pPr>
        <w:jc w:val="right"/>
      </w:pPr>
      <w:r>
        <w:t>اور پھر دھیرے دھیرے اس کے لہجے میں کمی آئی۔ پہلے زور سے بول رہا تھا، پھر تھوڑا دھیرے بولا، پھر دھیرے بولا۔ یہاں تک کہ جیسے بلون ہوتا ہے، اس کی ہوا نکل جائے، ویسی حالت اس کا ہوا۔</w:t>
      </w:r>
    </w:p>
    <w:p>
      <w:r>
        <w:rPr>
          <w:b/>
        </w:rPr>
        <w:t xml:space="preserve">[13:45] </w:t>
      </w:r>
      <w:r>
        <w:t>yani hawa dheere dheere dheere dheere nikaltay nikaltay bilkul aik chota sa balloon ban gaya woh. to kyun hua aisa?</w:t>
      </w:r>
    </w:p>
    <w:p>
      <w:pPr>
        <w:jc w:val="right"/>
      </w:pPr>
      <w:r>
        <w:t>یعنی ہوا دھیرے دھیرے دھیرے دھیرے نکلتے نکلتے بالکل ایک چھوٹا سا بلون بن گیا وہ۔ تو کیوں ہوا ایسا؟</w:t>
      </w:r>
    </w:p>
    <w:p>
      <w:r>
        <w:rPr>
          <w:b/>
        </w:rPr>
        <w:t xml:space="preserve">[13:54] </w:t>
      </w:r>
      <w:r>
        <w:t>agar mein bolta, agar mein radd-e-amal dikhata, to is ka ana jaag parhta. to ana is ke andar hawa bharta.</w:t>
      </w:r>
    </w:p>
    <w:p>
      <w:pPr>
        <w:jc w:val="right"/>
      </w:pPr>
      <w:r>
        <w:t>اگر میں بولتا، اگر میں ردعمل دکھاتا، تو اس کا انا جاگ پڑتا۔ تو انا اس کے اندر ہوا بھرتا۔</w:t>
      </w:r>
    </w:p>
    <w:p>
      <w:r>
        <w:rPr>
          <w:b/>
        </w:rPr>
        <w:t xml:space="preserve">[14:06] </w:t>
      </w:r>
      <w:r>
        <w:t>is ke balloon mein hawa bharta rehta. lekin jab mein nahin bola, to hawa nikalnay lagi, nikalnay lagi, nikalnay lagi, yahan tak ke khatam ho gayi.</w:t>
      </w:r>
    </w:p>
    <w:p>
      <w:pPr>
        <w:jc w:val="right"/>
      </w:pPr>
      <w:r>
        <w:t>اس کے بلون میں ہوا بھرتا رہتا۔ لیکن جب میں نہیں بولا، تو ہوا نکلنے لگی، نکلنے لگی، نکلنے لگی، یہاں تک کہ ختم ہو گئی۔</w:t>
      </w:r>
    </w:p>
    <w:p>
      <w:r>
        <w:rPr>
          <w:b/>
        </w:rPr>
        <w:t xml:space="preserve">[14:17] </w:t>
      </w:r>
      <w:r>
        <w:t>yeh hai Khuda ka intezam. to yeh jo farmaya ke</w:t>
      </w:r>
    </w:p>
    <w:p>
      <w:pPr>
        <w:jc w:val="right"/>
      </w:pPr>
      <w:r>
        <w:t>یہ ہے خدا کا انتظام۔ تو یہ جو فرمایا کہ</w:t>
      </w:r>
    </w:p>
    <w:p>
      <w:r>
        <w:rPr>
          <w:b/>
        </w:rPr>
        <w:t xml:space="preserve">[14:31] </w:t>
      </w:r>
      <w:r>
        <w:t>atqoo firasat al-momin fa innahu yanzuru bi-noorillah. momin ki hikmat se bacho, kyunke woh Khuda ke noor se dekhta hai. yani momin yeh jaanta hai is baat ko, divine life jo milti hai us ko, is ki wajah se.</w:t>
      </w:r>
    </w:p>
    <w:p>
      <w:pPr>
        <w:jc w:val="right"/>
      </w:pPr>
      <w:r>
        <w:t>اتقوا فراست المومن فإنه ينظر بنور الله۔ مومن کی حکمت سے بچو، کیونکہ وہ خدا کے نور سے دیکھتا ہے۔ یعنی مومن یہ جانتا ہے اس بات کو، divine life جو ملتی ہے اس کو، اس کی وجہ سے۔</w:t>
      </w:r>
    </w:p>
    <w:p>
      <w:r>
        <w:rPr>
          <w:b/>
        </w:rPr>
        <w:t xml:space="preserve">[14:45] </w:t>
      </w:r>
      <w:r>
        <w:t>ke agar maine revenge ki policy chalai to is ka ana jaag parray ga. andar ka chupa hua shaitan jaag parray ga. is ka andar ka chupa hua saanp jaag parray ga.</w:t>
      </w:r>
    </w:p>
    <w:p>
      <w:pPr>
        <w:jc w:val="right"/>
      </w:pPr>
      <w:r>
        <w:t>کہ اگر میں نے revenge کی پالیسی چلائی تو اس کا انا جاگ پڑے گا۔ اندر کا چھپا ہوا شیطان جاگ پڑے گا۔ اس کا اندر کا چھپا ہوا سانپ جاگ پڑے گا۔</w:t>
      </w:r>
    </w:p>
    <w:p>
      <w:r>
        <w:rPr>
          <w:b/>
        </w:rPr>
        <w:t xml:space="preserve">[14:57] </w:t>
      </w:r>
      <w:r>
        <w:t>aur agar main ne bardasht ki policy chalai, ignorance, ignore karne ki policy chalai,</w:t>
      </w:r>
    </w:p>
    <w:p>
      <w:pPr>
        <w:jc w:val="right"/>
      </w:pPr>
      <w:r>
        <w:t>اور اگر میں نے برداشت کی پالیسی چلائی، ignorance، ignore کرنے کی پالیسی چلائی،</w:t>
      </w:r>
    </w:p>
    <w:p>
      <w:r>
        <w:rPr>
          <w:b/>
        </w:rPr>
        <w:t xml:space="preserve">[15:06] </w:t>
      </w:r>
      <w:r>
        <w:t>patience ki policy chalai, to kya hoga? is ka conscience jaage ga. is ka conscience andar se khud is ki hembring kare ga. yani meri hembring se to is ka ana jaagta hai.</w:t>
      </w:r>
    </w:p>
    <w:p>
      <w:pPr>
        <w:jc w:val="right"/>
      </w:pPr>
      <w:r>
        <w:t>patience کی پالیسی چلائی، تو کیا ہوگا؟ اس کا conscience جاگے گا۔ اس کا conscience اندر سے خود اس کی ہیمبرنگ کرے گا۔ یعنی میری ہیمبرنگ سے تو اس کا انا جاگتا ہے۔</w:t>
      </w:r>
    </w:p>
    <w:p>
      <w:r>
        <w:rPr>
          <w:b/>
        </w:rPr>
        <w:t xml:space="preserve">[15:21] </w:t>
      </w:r>
      <w:r>
        <w:t>aur meri khamoshi se is ke andar ka conscience jaagta hai. to andarooni hembring shuru ho jati hai.</w:t>
      </w:r>
    </w:p>
    <w:p>
      <w:pPr>
        <w:jc w:val="right"/>
      </w:pPr>
      <w:r>
        <w:t>اور میری خاموشی سے اس کے اندر کا conscience جاگتا ہے۔ تو اندرونی ہیمبرنگ شروع ہو جاتی ہے۔</w:t>
      </w:r>
    </w:p>
    <w:p>
      <w:r>
        <w:rPr>
          <w:b/>
        </w:rPr>
        <w:t xml:space="preserve">[15:31] </w:t>
      </w:r>
      <w:r>
        <w:t>phir dheere dheere dheere dheere woh chup ho jata hai. main ne khud kai baar is ka tajurba kiya hai.</w:t>
      </w:r>
    </w:p>
    <w:p>
      <w:pPr>
        <w:jc w:val="right"/>
      </w:pPr>
      <w:r>
        <w:t>پھر دھیرے دھیرے دھیرے دھیرے وہ چپ ہو جاتا ہے۔ میں نے خود کئی بار اس کا تجربہ کیا ہے۔</w:t>
      </w:r>
    </w:p>
    <w:p>
      <w:r>
        <w:rPr>
          <w:b/>
        </w:rPr>
        <w:t xml:space="preserve">[15:42] </w:t>
      </w:r>
      <w:r>
        <w:t>ke kis tarah se yeh do jo cheezein hain, insaan ke andar, ana aur conscience. to aap ka, aap chahein to yeh lein, chahein to bolein.</w:t>
      </w:r>
    </w:p>
    <w:p>
      <w:pPr>
        <w:jc w:val="right"/>
      </w:pPr>
      <w:r>
        <w:t>کہ کس طرح سے یہ دو جو چیزیں ہیں، انسان کے اندر، انا اور conscience۔ تو آپ کا، آپ چاہیں تو یہ لیں، چاہیں تو بولیں۔</w:t>
      </w:r>
    </w:p>
    <w:p>
      <w:r>
        <w:rPr>
          <w:b/>
        </w:rPr>
        <w:t xml:space="preserve">[16:00] </w:t>
      </w:r>
      <w:r>
        <w:t>dekhein yeh jo muamla hai, is ka taluq sirf inforadi kirdaar se nahi hai. is ka taluq qaumi policy se bhi hai.</w:t>
      </w:r>
    </w:p>
    <w:p>
      <w:pPr>
        <w:jc w:val="right"/>
      </w:pPr>
      <w:r>
        <w:t>دیکھیں یہ جو معاملہ ہے، اس کا تعلق صرف انفرادی کردار سے نہیں ہے۔ اس کا تعلق قومی پالیسی سے بھی ہے۔</w:t>
      </w:r>
    </w:p>
    <w:p>
      <w:r>
        <w:rPr>
          <w:b/>
        </w:rPr>
        <w:t xml:space="preserve">[16:11] </w:t>
      </w:r>
      <w:r>
        <w:t>poori community ke masle se bhi hai. har jagah hai.</w:t>
      </w:r>
    </w:p>
    <w:p>
      <w:pPr>
        <w:jc w:val="right"/>
      </w:pPr>
      <w:r>
        <w:t>پوری کمیونٹی کے مسئلے سے بھی ہے۔ ہر جگہ ہے۔</w:t>
      </w:r>
    </w:p>
    <w:p>
      <w:r>
        <w:rPr>
          <w:b/>
        </w:rPr>
        <w:t xml:space="preserve">[16:17] </w:t>
      </w:r>
      <w:r>
        <w:t>agar aap</w:t>
      </w:r>
    </w:p>
    <w:p>
      <w:pPr>
        <w:jc w:val="right"/>
      </w:pPr>
      <w:r>
        <w:t>اگر آپ</w:t>
      </w:r>
    </w:p>
    <w:p>
      <w:r>
        <w:rPr>
          <w:b/>
        </w:rPr>
        <w:t xml:space="preserve">[16:25] </w:t>
      </w:r>
      <w:r>
        <w:t>jaisi policy ikhtiyar karein ge, waisi aap ko mile gi.</w:t>
      </w:r>
    </w:p>
    <w:p>
      <w:pPr>
        <w:jc w:val="right"/>
      </w:pPr>
      <w:r>
        <w:t>جیسی پالیسی اختیار کریں گے، ویسی آپ کو ملے گا۔</w:t>
      </w:r>
    </w:p>
    <w:p>
      <w:r>
        <w:rPr>
          <w:b/>
        </w:rPr>
        <w:t xml:space="preserve">[16:31] </w:t>
      </w:r>
      <w:r>
        <w:t>India mein jab Babri Masjid ka qissa shuru hua, 1990 mein, to bharke log, main ne is waqt kaha tha ke dekhein,</w:t>
      </w:r>
    </w:p>
    <w:p>
      <w:pPr>
        <w:jc w:val="right"/>
      </w:pPr>
      <w:r>
        <w:t>انڈیا میں جب بابری مسجد کا قصہ شروع ہوا، انیس سو نوّے میں، تو بھڑکے لوگ، میں نے اس وقت کہا تھا کہ دیکھیں،</w:t>
      </w:r>
    </w:p>
    <w:p>
      <w:r>
        <w:rPr>
          <w:b/>
        </w:rPr>
        <w:t xml:space="preserve">[16:45] </w:t>
      </w:r>
      <w:r>
        <w:t>chup rahiye, chup rahiye, kuch mat kijiye. yeh kijiye, kuch na kijiye. yeh sab chupi hui hain meri baatein hain. ke aap sirf yeh kijiye, kuch na kijiye.</w:t>
      </w:r>
    </w:p>
    <w:p>
      <w:pPr>
        <w:jc w:val="right"/>
      </w:pPr>
      <w:r>
        <w:t>چپ رہیے، چپ رہیے، کچھ مت کیجیے۔ یہ کیجیے، کچھ نہ کیجیے۔ یہ سب چھپی ہوئی ہیں میری باتیں ہیں۔ کہ آپ صرف یہ کیجیے، کچھ نہ کیجیے۔</w:t>
      </w:r>
    </w:p>
    <w:p>
      <w:r>
        <w:rPr>
          <w:b/>
        </w:rPr>
        <w:t xml:space="preserve">[16:55] </w:t>
      </w:r>
      <w:r>
        <w:t>is ke baad doosron ka conscience unhein khud hi hembring kar ke rok de ga. lekin yahan kya kiya hua?</w:t>
      </w:r>
    </w:p>
    <w:p>
      <w:pPr>
        <w:jc w:val="right"/>
      </w:pPr>
      <w:r>
        <w:t>اس کے بعد دوسروں کا conscience انہیں خود ہی ہیمبرنگ کر کے روک دے گا۔ لیکن یہاں کیا کیا ہوا؟</w:t>
      </w:r>
    </w:p>
    <w:p>
      <w:r>
        <w:rPr>
          <w:b/>
        </w:rPr>
        <w:t xml:space="preserve">[17:04] </w:t>
      </w:r>
      <w:r>
        <w:t>hamare leader log khare hue hain stage par, loudspeaker par cheekh rahe hain. ke Babri Masjid ko chho kar to dekho.</w:t>
      </w:r>
    </w:p>
    <w:p>
      <w:pPr>
        <w:jc w:val="right"/>
      </w:pPr>
      <w:r>
        <w:t>ہمارے لیڈر لوگ کھڑے ہوئے ہیں اسٹیج پر، لاؤڈ اسپیکر پر چیخ رہے ہیں۔ کہ بابری مسجد کو چھو کر تو دیکھو۔</w:t>
      </w:r>
    </w:p>
    <w:p>
      <w:r>
        <w:rPr>
          <w:b/>
        </w:rPr>
        <w:t xml:space="preserve">[17:13] </w:t>
      </w:r>
      <w:r>
        <w:t>yeh stage par taqreerein ho rahi theen. ke Babri Masjid ko chho kar to dekho. logon ne kaha theek hai, hum is ko tod kar dikhaein ge tum ko.</w:t>
      </w:r>
    </w:p>
    <w:p>
      <w:pPr>
        <w:jc w:val="right"/>
      </w:pPr>
      <w:r>
        <w:t>یہ اسٹیج پر تقریریں ہو رہی تھیں۔ کہ بابری مسجد کو چھو کر تو دیکھو۔ لوگوں نے کہا ٹھیک ہے، ہم اس کو توڑ کر دکھائیں گے تم کو۔</w:t>
      </w:r>
    </w:p>
    <w:p>
      <w:r>
        <w:rPr>
          <w:b/>
        </w:rPr>
        <w:t xml:space="preserve">[17:22] </w:t>
      </w:r>
      <w:r>
        <w:t>idhar se jab kaha gaya ke tum chho kar to dekho, to unhon ne kaha hum tod kar dikhaein ge. aur dikha diya unhon ne. aur phir aap jante hain ke saari kahani khatam ho gayi.</w:t>
      </w:r>
    </w:p>
    <w:p>
      <w:pPr>
        <w:jc w:val="right"/>
      </w:pPr>
      <w:r>
        <w:t>ادھر سے جب کہا گیا کہ تم چھو کر تو دیکھو، تو انہوں نے کہا ہم توڑ کر دکھائیں گے۔ اور دکھا دیا انہوں نے۔ اور پھر آپ جانتے ہیں کہ ساری کہانی ختم ہو گئی۔</w:t>
      </w:r>
    </w:p>
    <w:p>
      <w:r>
        <w:rPr>
          <w:b/>
        </w:rPr>
        <w:t xml:space="preserve">[17:33] </w:t>
      </w:r>
      <w:r>
        <w:t>meri policy agar chalti woh log, to kabhi bhi Babri Masjid na tootti. kabhi bhi na tootti. to yeh jo hai, ittaqu firaasatul momin fa innahu yanzuru bi noorillah.</w:t>
      </w:r>
    </w:p>
    <w:p>
      <w:pPr>
        <w:jc w:val="right"/>
      </w:pPr>
      <w:r>
        <w:t>میری پالیسی اگر چلتی وہ لوگ، تو کبھی بھی بابری مسجد نہ ٹوٹتی۔ کبھی بھی نہ ٹوٹتی۔ تو یہ جو ہے، اتقوا فراست المومن فإنه ينظر بنور الله۔</w:t>
      </w:r>
    </w:p>
    <w:p>
      <w:r>
        <w:rPr>
          <w:b/>
        </w:rPr>
        <w:t xml:space="preserve">[17:49] </w:t>
      </w:r>
      <w:r>
        <w:t>momin ki hikmat se daro, kyunke woh Khuda ki roshni se dekhta hai. to yeh kya cheez hai? Khuda par is ka jo imaan hai, Khuda par is ka jo yaqeen hai, is ne is ka ek naye dhang ka zehan banta hai.</w:t>
      </w:r>
    </w:p>
    <w:p>
      <w:pPr>
        <w:jc w:val="right"/>
      </w:pPr>
      <w:r>
        <w:t>مومن کی حکمت سے ڈرو، کیونکہ وہ خدا کی روشنی سے دیکھتا ہے۔ تو یہ کیا چیز ہے؟ خدا پر اس کا جو ایمان ہے، خدا پر اس کا جو یقین ہے، اس نے اس کا ایک نئے ڈھنگ کا ذہن بنتا ہے۔</w:t>
      </w:r>
    </w:p>
    <w:p>
      <w:r>
        <w:rPr>
          <w:b/>
        </w:rPr>
        <w:t xml:space="preserve">[18:05] </w:t>
      </w:r>
      <w:r>
        <w:t>naye dhang ki soch banti hai. is ke andar aajzi aati hai. is ke andar andarooni ghor o fikr aata hai. is ke andar musbat soch aati hai.</w:t>
      </w:r>
    </w:p>
    <w:p>
      <w:pPr>
        <w:jc w:val="right"/>
      </w:pPr>
      <w:r>
        <w:t>نئے ڈھنگ کی سوچ بنتی ہے۔ اس کے اندر عاجزی آتی ہے۔ اس کے اندر اندرونی غور و فکر آتا ہے۔ اس کے اندر مثبت سوچ آتی ہے۔</w:t>
      </w:r>
    </w:p>
    <w:p>
      <w:r>
        <w:rPr>
          <w:b/>
        </w:rPr>
        <w:t xml:space="preserve">[18:18] </w:t>
      </w:r>
      <w:r>
        <w:t>is ke andar na bhadakne wala mizaj banta hai. is ke andar woh roshni aati hai jis se woh dekh sake ke Khuda ka takhleeqi mansooba kya hai.</w:t>
      </w:r>
    </w:p>
    <w:p>
      <w:pPr>
        <w:jc w:val="right"/>
      </w:pPr>
      <w:r>
        <w:t>اس کے اندر نہ بھڑکنے والا مزاج بنتا ہے۔ اس کے اندر وہ روشنی آتی ہے جس سے وہ دیکھ سکے کہ خدا کا تخلیقی منصوبہ کیا ہے۔</w:t>
      </w:r>
    </w:p>
    <w:p>
      <w:r>
        <w:rPr>
          <w:b/>
        </w:rPr>
        <w:t xml:space="preserve">[18:31] </w:t>
      </w:r>
      <w:r>
        <w:t>qanoon fitrat kya hai. kis tarah har insaan jo hai, ek hi waqt mein is ke andar ana bhi hai aur is ke andar conscience bhi hai. in sab baaton ko is ka imaan usay bata deta hai.</w:t>
      </w:r>
    </w:p>
    <w:p>
      <w:pPr>
        <w:jc w:val="right"/>
      </w:pPr>
      <w:r>
        <w:t>قانون فطرت کیا ہے۔ کس طرح ہر انسان جو ہے، ایک ہی وقت میں اس کے اندر انا بھی ہے اور اس کے اندر conscience بھی ہے۔ ان سب باتوں کو اس کا ایمان اسے بتا دیتا ہے۔</w:t>
      </w:r>
    </w:p>
    <w:p>
      <w:r>
        <w:rPr>
          <w:b/>
        </w:rPr>
        <w:t xml:space="preserve">[18:43] </w:t>
      </w:r>
      <w:r>
        <w:t>gehra imaan. aur phir kaun hai aise insaan ko qabu kare? kaun hai jo aise insaan ko shikast de?</w:t>
      </w:r>
    </w:p>
    <w:p>
      <w:pPr>
        <w:jc w:val="right"/>
      </w:pPr>
      <w:r>
        <w:t>گہرا ایمان۔ اور پھر کون ہے ایسے انسان کو قابو کرے؟ کون ہے جو ایسے انسان کو شکست دے؟</w:t>
      </w:r>
    </w:p>
    <w:p>
      <w:r>
        <w:rPr>
          <w:b/>
        </w:rPr>
        <w:t xml:space="preserve">[18:53] </w:t>
      </w:r>
      <w:r>
        <w:t>kabhi aisa nahi ho sakta. to yeh bohat hi ahem hadith hai. is mein hamein sabak hai, sabak hai, apni inforadi zindagi ke liye bhi aur poori community ki zindagi ke liye bhi aur poori qaumi zindagi ke liye bhi.</w:t>
      </w:r>
    </w:p>
    <w:p>
      <w:pPr>
        <w:jc w:val="right"/>
      </w:pPr>
      <w:r>
        <w:t>کبھی ایسا نہیں ہو سکتا۔ تو یہ بہت ہی اہم حدیث ہے۔ اس میں ہمیں سبق ہے، سبق ہے، اپنی انفرادی زندگی کے لیے بھی اور پوری کمیونٹی کی زندگی کے لیے بھی اور پوری قومی زندگی کے لیے بھی۔</w:t>
      </w:r>
    </w:p>
    <w:p>
      <w:r>
        <w:rPr>
          <w:b/>
        </w:rPr>
        <w:t xml:space="preserve">[19:11] </w:t>
      </w:r>
      <w:r>
        <w:t>jis satah par aap chahein, is ko apply kar ke is ka faida hasil kar sakte hain. ek hadith hai,</w:t>
      </w:r>
    </w:p>
    <w:p>
      <w:pPr>
        <w:jc w:val="right"/>
      </w:pPr>
      <w:r>
        <w:t>جس سطح پر آپ چاہیں، اس کو اپلائی کر کے اس کا فائدہ حاصل کر سکتے ہیں۔ ایک حدیث ہے،</w:t>
      </w:r>
    </w:p>
    <w:p>
      <w:r>
        <w:rPr>
          <w:b/>
        </w:rPr>
        <w:t xml:space="preserve">[19:23] </w:t>
      </w:r>
      <w:r>
        <w:t>la ghulu fid deen. wa innama halaka min kan qabla kum bil ghulu fid deen. Islam mein ghulu nahi hai.</w:t>
      </w:r>
    </w:p>
    <w:p>
      <w:pPr>
        <w:jc w:val="right"/>
      </w:pPr>
      <w:r>
        <w:t>لا غلو فی الدین۔ وإنما حلق من کان قبلکم بالغلو فی الدین۔ اسلام میں غلو نہیں ہے۔</w:t>
      </w:r>
    </w:p>
    <w:p>
      <w:r>
        <w:rPr>
          <w:b/>
        </w:rPr>
        <w:t xml:space="preserve">[19:38] </w:t>
      </w:r>
      <w:r>
        <w:t>aur pichli qaumein jo halak huin, woh ghulu ki wajah se halak huin. la ghulu fid deen. Islam mein ghulu nahi hai.</w:t>
      </w:r>
    </w:p>
    <w:p>
      <w:pPr>
        <w:jc w:val="right"/>
      </w:pPr>
      <w:r>
        <w:t>اور پچھلی قومیں جو ہلاک ہوئیں، وہ غلو کی وجہ سے ہلاک ہوئیں۔ لا غلو فی الدین۔ اسلام میں غلو نہیں ہے۔</w:t>
      </w:r>
    </w:p>
    <w:p>
      <w:r>
        <w:rPr>
          <w:b/>
        </w:rPr>
        <w:t xml:space="preserve">[19:47] </w:t>
      </w:r>
      <w:r>
        <w:t>daikhen ghalu ka matlab kya hai? ghalu ka matlab theek wahi hai jis ko hum kehte hain intehapassandi. intehapassandi.</w:t>
      </w:r>
    </w:p>
    <w:p>
      <w:pPr>
        <w:jc w:val="right"/>
      </w:pPr>
      <w:r>
        <w:t>دیکھیں غلو کا مطلب کیا ہے؟ غلو کا مطلب ٹھیک وہی ہے جس کو ہم کہتے ہیں انتہاپسندی۔ انتہاپسندی۔</w:t>
      </w:r>
    </w:p>
    <w:p>
      <w:r>
        <w:rPr>
          <w:b/>
        </w:rPr>
        <w:t xml:space="preserve">[20:00] </w:t>
      </w:r>
      <w:r>
        <w:t>intehapassandi, katruwad.</w:t>
      </w:r>
    </w:p>
    <w:p>
      <w:pPr>
        <w:jc w:val="right"/>
      </w:pPr>
      <w:r>
        <w:t>انتہاپسندی، کٹرواد۔</w:t>
      </w:r>
    </w:p>
    <w:p>
      <w:r>
        <w:rPr>
          <w:b/>
        </w:rPr>
        <w:t xml:space="preserve">[20:05] </w:t>
      </w:r>
      <w:r>
        <w:t>katruwad ya intehapassandi ya intehapassandi jis ko kehte hain isi ka naam hai ghalu.</w:t>
      </w:r>
    </w:p>
    <w:p>
      <w:pPr>
        <w:jc w:val="right"/>
      </w:pPr>
      <w:r>
        <w:t>کٹرواد یا انتہاپسندی یا انتہاپسندی جس کو کہتے ہیں اسی کا نام ہے غلو۔</w:t>
      </w:r>
    </w:p>
    <w:p>
      <w:r>
        <w:rPr>
          <w:b/>
        </w:rPr>
        <w:t xml:space="preserve">[20:16] </w:t>
      </w:r>
      <w:r>
        <w:t>to ek hadith mein hai ke khair ul umoor ausato. khair ul umoor ausato. yani beech ki raah sab se achhi raah hai.</w:t>
      </w:r>
    </w:p>
    <w:p>
      <w:pPr>
        <w:jc w:val="right"/>
      </w:pPr>
      <w:r>
        <w:t>تو ایک حدیث میں ہے کہ خیر الامور اوسطہ۔ خیر الامور اوسطہ۔ یعنی بیچ کی راہ سب سے اچھی راہ ہے۔</w:t>
      </w:r>
    </w:p>
    <w:p>
      <w:r>
        <w:rPr>
          <w:b/>
        </w:rPr>
        <w:t xml:space="preserve">[20:27] </w:t>
      </w:r>
      <w:r>
        <w:t>darmayani rasta sab se acha rasta hai.</w:t>
      </w:r>
    </w:p>
    <w:p>
      <w:pPr>
        <w:jc w:val="right"/>
      </w:pPr>
      <w:r>
        <w:t>درمیانی راستہ سب سے اچھا راستہ ہے۔</w:t>
      </w:r>
    </w:p>
    <w:p>
      <w:r>
        <w:rPr>
          <w:b/>
        </w:rPr>
        <w:t xml:space="preserve">[20:33] </w:t>
      </w:r>
      <w:r>
        <w:t>yahi is ka matlab hai ke la ghalu fi al deen. ke islam mein intehapassandi nahi hai. islam mein intehapassandi nahi hai. yeh bohat ahem baat hai.</w:t>
      </w:r>
    </w:p>
    <w:p>
      <w:pPr>
        <w:jc w:val="right"/>
      </w:pPr>
      <w:r>
        <w:t>یہی اس کا مطلب ہے کہ لا غلو فی الدین۔ کہ اسلام میں انتہاپسندی نہیں ہے۔ اسلام میں انتہاپسندی نہیں ہے۔ یہ بہت اہم بات ہے۔</w:t>
      </w:r>
    </w:p>
    <w:p>
      <w:r>
        <w:rPr>
          <w:b/>
        </w:rPr>
        <w:t xml:space="preserve">[20:46] </w:t>
      </w:r>
      <w:r>
        <w:t>daikhen aap ghor kijiye ke intehapassandi kis cheez mein aati hai? intehapassandi hamesha aati hai</w:t>
      </w:r>
    </w:p>
    <w:p>
      <w:pPr>
        <w:jc w:val="right"/>
      </w:pPr>
      <w:r>
        <w:t>دیکھیں آپ غور کیجیے کہ انتہاپسندی کس چیز میں آتی ہے؟ انتہاپسندی ہمیشہ آتی ہے</w:t>
      </w:r>
    </w:p>
    <w:p>
      <w:r>
        <w:rPr>
          <w:b/>
        </w:rPr>
        <w:t xml:space="preserve">[20:55] </w:t>
      </w:r>
      <w:r>
        <w:t>jo bairuni pehlu hai mazhab ka, us mein aati hai. andaruni pehlu mein nahi aati hai. yani khuda se muhabbat, khuda se khauf, khuda se talluq, khuda ki yaad, is mein nahi intehapassandi aati hai.</w:t>
      </w:r>
    </w:p>
    <w:p>
      <w:pPr>
        <w:jc w:val="right"/>
      </w:pPr>
      <w:r>
        <w:t>جو بیرونی پہلو ہے مذہب کا، اس میں آتی ہے۔ اندرونی پہلو میں نہیں آتی ہے۔ یعنی خدا سے محبت، خدا سے خوف، خدا سے تعلق، خدا کی یاد، اس میں نہیں انتہاپسندی آتی ہے۔</w:t>
      </w:r>
    </w:p>
    <w:p>
      <w:r>
        <w:rPr>
          <w:b/>
        </w:rPr>
        <w:t xml:space="preserve">[21:13] </w:t>
      </w:r>
      <w:r>
        <w:t>zahiri cheezon mein aati hai. to mazhab ka ek hai andaruni pehlu, ek hai bairuni pehlu. to ghalu jo hai, kabhi bhi andaruni pehlu mein nahi aata.</w:t>
      </w:r>
    </w:p>
    <w:p>
      <w:pPr>
        <w:jc w:val="right"/>
      </w:pPr>
      <w:r>
        <w:t>ظاہری چیزوں میں آتی ہے۔ تو مذہب کا ایک ہے اندرونی پہلو، ایک ہے بیرونی پہلو۔ تو غلو جو ہے، کبھی بھی اندرونی پہلو میں نہیں آتا۔</w:t>
      </w:r>
    </w:p>
    <w:p>
      <w:r>
        <w:rPr>
          <w:b/>
        </w:rPr>
        <w:t xml:space="preserve">[21:26] </w:t>
      </w:r>
      <w:r>
        <w:t>wo aata hai bairuni pehlu mein.</w:t>
      </w:r>
    </w:p>
    <w:p>
      <w:pPr>
        <w:jc w:val="right"/>
      </w:pPr>
      <w:r>
        <w:t>وہ آتا ہے بیرونی پہلو میں۔</w:t>
      </w:r>
    </w:p>
    <w:p>
      <w:r>
        <w:rPr>
          <w:b/>
        </w:rPr>
        <w:t xml:space="preserve">[21:33] </w:t>
      </w:r>
      <w:r>
        <w:t>jaise misaal ke taur par roza ke bare mein aata hai ke</w:t>
      </w:r>
    </w:p>
    <w:p>
      <w:pPr>
        <w:jc w:val="right"/>
      </w:pPr>
      <w:r>
        <w:t>جیسے مثال کے طور پر روزہ کے بارے میں آتا ہے کہ</w:t>
      </w:r>
    </w:p>
    <w:p>
      <w:r>
        <w:rPr>
          <w:b/>
        </w:rPr>
        <w:t xml:space="preserve">[21:41] </w:t>
      </w:r>
      <w:r>
        <w:t>la azalu al nas bi khair ma ajala al fitr. log us waqt tak khair par rahenge jab tak woh iftar mein jaldi karen.</w:t>
      </w:r>
    </w:p>
    <w:p>
      <w:pPr>
        <w:jc w:val="right"/>
      </w:pPr>
      <w:r>
        <w:t>لا ازال الناس بخیر ما عجل الفطر۔ لوگ اس وقت تک خیر پر رہیں گے جب تک وہ افطار میں جلدی کریں۔</w:t>
      </w:r>
    </w:p>
    <w:p>
      <w:r>
        <w:rPr>
          <w:b/>
        </w:rPr>
        <w:t xml:space="preserve">[21:52] </w:t>
      </w:r>
      <w:r>
        <w:t>is ka matlab kya hai? jaldi ka matlab yeh nahi ke suraj doobne se pehle hi iftar kar len. gharoob aftab se pehle kha pee len, yeh matlab nahi hai is ka.</w:t>
      </w:r>
    </w:p>
    <w:p>
      <w:pPr>
        <w:jc w:val="right"/>
      </w:pPr>
      <w:r>
        <w:t>اس کا مطلب کیا ہے؟ جلدی کا مطلب یہ نہیں کہ سورج ڈوبنے سے پہلے ہی افطار کر لیں۔ غروب آفتاب سے پہلے کھا پی لیں، یہ مطلب نہیں ہے اس کا۔</w:t>
      </w:r>
    </w:p>
    <w:p>
      <w:r>
        <w:rPr>
          <w:b/>
        </w:rPr>
        <w:t xml:space="preserve">[22:04] </w:t>
      </w:r>
      <w:r>
        <w:t>is ka matlab yeh hai ke gharoob aftab hote hi woh iftar kar len. kyunke gharoob aftab hua aur iftar ka waqt shuru ho gaya.</w:t>
      </w:r>
    </w:p>
    <w:p>
      <w:pPr>
        <w:jc w:val="right"/>
      </w:pPr>
      <w:r>
        <w:t>اس کا مطلب یہ ہے کہ غروب آفتاب ہوتے ہی وہ افطار کر لیں۔ کیونکہ غروب آفتاب ہوا اور افطار کا وقت شروع ہو گیا۔</w:t>
      </w:r>
    </w:p>
    <w:p>
      <w:r>
        <w:rPr>
          <w:b/>
        </w:rPr>
        <w:t xml:space="preserve">[22:14] </w:t>
      </w:r>
      <w:r>
        <w:t>ab jo log ehtiyat ke naam par paanch minute, das minute aur badha den is mein, to woh hoga ghalu. aksar log yeh karte hain ke ehtiyati minute badha lete hain.</w:t>
      </w:r>
    </w:p>
    <w:p>
      <w:pPr>
        <w:jc w:val="right"/>
      </w:pPr>
      <w:r>
        <w:t>اب جو لوگ احتیاط کے نام پر پانچ منٹ، دس منٹ اور بڑھا دیں اس میں، تو وہ ہوگا غلو۔ اکثر لوگ یہ کرتے ہیں کہ احتیاطی منٹ بڑھا لیتے ہیں۔</w:t>
      </w:r>
    </w:p>
    <w:p>
      <w:r>
        <w:rPr>
          <w:b/>
        </w:rPr>
        <w:t xml:space="preserve">[22:28] </w:t>
      </w:r>
      <w:r>
        <w:t>ke suraj doob gaya, tab bhi ehtiyati taur par kuch minute ruke rehte hain.</w:t>
      </w:r>
    </w:p>
    <w:p>
      <w:pPr>
        <w:jc w:val="right"/>
      </w:pPr>
      <w:r>
        <w:t>کہ سورج ڈوب گیا، تب بھی احتیاطی طور پر کچھ منٹ رکے رہتے ہیں۔</w:t>
      </w:r>
    </w:p>
    <w:p>
      <w:r>
        <w:rPr>
          <w:b/>
        </w:rPr>
        <w:t xml:space="preserve">[22:39] </w:t>
      </w:r>
      <w:r>
        <w:t>yeh isi ka naam ghalu hai. ab daikhen ke yeh ghalu kis mamle mein aaya? yeh sakht mamle mein nahi aaya. zahiri, zahar ke mamle mein aaya.</w:t>
      </w:r>
    </w:p>
    <w:p>
      <w:pPr>
        <w:jc w:val="right"/>
      </w:pPr>
      <w:r>
        <w:t>یہ اسی کا نام غلو ہے۔ اب دیکھیں کہ یہ غلو کس معاملے میں آیا؟ یہ سخت معاملے میں نہیں آیا۔ ظاہری، ظاہر کے معاملے میں آیا۔</w:t>
      </w:r>
    </w:p>
    <w:p>
      <w:r>
        <w:rPr>
          <w:b/>
        </w:rPr>
        <w:t xml:space="preserve">[22:51] </w:t>
      </w:r>
      <w:r>
        <w:t>to is ka mani yeh hai ke rasool Allah ka matlab yeh tha ke jab yeh aayega zamana ke log namaz ya roza ke zahar mein intehapassand ban jayenge, intehapassand ban jayenge, to woh daur zawal ka daur hoga.</w:t>
      </w:r>
    </w:p>
    <w:p>
      <w:pPr>
        <w:jc w:val="right"/>
      </w:pPr>
      <w:r>
        <w:t>تو اس کا معنی یہ ہے کہ رسول اللہ کا مطلب یہ تھا کہ جب یہ آئے گا زمانہ کہ لوگ نماز یا روزہ کے ظاہر میں انتہاپسند بن جائیں گے، انتہاپسند بن جائیں گے، تو وہ دور زوال کا دور ہوگا۔</w:t>
      </w:r>
    </w:p>
    <w:p>
      <w:r>
        <w:rPr>
          <w:b/>
        </w:rPr>
        <w:t xml:space="preserve">[23:08] </w:t>
      </w:r>
      <w:r>
        <w:t>sakhti ke zawal ka. sakhti ko gira diya jayega to zahiri cheezon mein khoob dhoom dikhai jayegi. yeh matlab hai is ka. yaad rakhen jab bhi zahar mein dhoom dikhai jaye, samajh lijiye ke sakhti ka zawal ho chuka hai.</w:t>
      </w:r>
    </w:p>
    <w:p>
      <w:pPr>
        <w:jc w:val="right"/>
      </w:pPr>
      <w:r>
        <w:t>سختی کے زوال کا۔ سختی کو گرا دیا جائے گا تو ظاہری چیزوں میں خوب دھوم دکھائی جائے گی۔ یہ مطلب ہے اس کا۔ یاد رکھیں جب بھی ظاہر میں دھوم دکھائی جائے، سمجھ لیجیے کہ سختی کا زوال ہو چکا ہے۔</w:t>
      </w:r>
    </w:p>
    <w:p>
      <w:r>
        <w:rPr>
          <w:b/>
        </w:rPr>
        <w:t xml:space="preserve">[23:24] </w:t>
      </w:r>
      <w:r>
        <w:t>jab sakhti zinda ho to zahar mein kabhi bhi dhoom nahi dikhai jati. log kehte hain ke bhai yeh bhi theek hai, woh bhi theek hai.</w:t>
      </w:r>
    </w:p>
    <w:p>
      <w:pPr>
        <w:jc w:val="right"/>
      </w:pPr>
      <w:r>
        <w:t>جب سختی زندہ ہو تو ظاہر میں کبھی بھی دھوم نہیں دکھائی جاتی۔ لوگ کہتے ہیں کہ بھئی یہ بھی ٹھیک ہے، وہ بھی ٹھیک ہے۔</w:t>
      </w:r>
    </w:p>
    <w:p>
      <w:r>
        <w:rPr>
          <w:b/>
        </w:rPr>
        <w:t xml:space="preserve">[23:34] </w:t>
      </w:r>
      <w:r>
        <w:t>logon ka rawaiyah naram rehta hai zahar ke bare mein.</w:t>
      </w:r>
    </w:p>
    <w:p>
      <w:pPr>
        <w:jc w:val="right"/>
      </w:pPr>
      <w:r>
        <w:t>لوگوں کا رویہ نرم رہتا ہے ظاہر کے بارے میں۔</w:t>
      </w:r>
    </w:p>
    <w:p>
      <w:r>
        <w:rPr>
          <w:b/>
        </w:rPr>
        <w:t xml:space="preserve">[23:42] </w:t>
      </w:r>
      <w:r>
        <w:t>aur agar</w:t>
      </w:r>
    </w:p>
    <w:p>
      <w:pPr>
        <w:jc w:val="right"/>
      </w:pPr>
      <w:r>
        <w:t>اور اگر</w:t>
      </w:r>
    </w:p>
    <w:p>
      <w:r>
        <w:rPr>
          <w:b/>
        </w:rPr>
        <w:t xml:space="preserve">[23:46] </w:t>
      </w:r>
      <w:r>
        <w:t>sakhti jab naram hai, tab hi is mamle mein log sakht ho jate hain. ek martaba maine masjid mein dekha, ek bechara aadmi aaya, woh baghair sar par topi rakhe, sar par topi nahi thi, sar par topi rakhe baghair khada ho gaya.</w:t>
      </w:r>
    </w:p>
    <w:p>
      <w:pPr>
        <w:jc w:val="right"/>
      </w:pPr>
      <w:r>
        <w:t>سختی جب نرم ہے، تب ہی اس معاملے میں لوگ سخت ہو جاتے ہیں۔ ایک مرتبہ میں نے مسجد میں دیکھا، ایک بیچارہ آدمی آیا، وہ بغیر سر پر ٹوپی رکھے، سر پر ٹوپی نہیں تھی، سر پر ٹوپی رکھے بغیر کھڑا ہو گیا۔</w:t>
      </w:r>
    </w:p>
    <w:p>
      <w:r>
        <w:rPr>
          <w:b/>
        </w:rPr>
        <w:t xml:space="preserve">[24:05] </w:t>
      </w:r>
      <w:r>
        <w:t>ab ek aadmi jo doosri saf mein thay, wahan se dekha unhon ne daud kar wahan se aaye, topi kahin se laye aur us ke sar par rakhne lage. ab bajaye ja raha tha ruku mein, woh topi gir gayi, phir utha kar phir rakh rahe hain.</w:t>
      </w:r>
    </w:p>
    <w:p>
      <w:pPr>
        <w:jc w:val="right"/>
      </w:pPr>
      <w:r>
        <w:t>اب ایک آدمی جو دوسری صف میں تھے، وہاں سے دیکھا انہوں نے دوڑ کر وہاں سے آئے، ٹوپی کہیں سے لائے اور اس کے سر پر رکھنے لگے۔ اب بجائے جا رہا تھا رکوع میں، وہ ٹوپی گر گئی، پھر اٹھا کر پھر رکھ رہے ہیں۔</w:t>
      </w:r>
    </w:p>
    <w:p>
      <w:r>
        <w:rPr>
          <w:b/>
        </w:rPr>
        <w:t xml:space="preserve">[24:19] </w:t>
      </w:r>
      <w:r>
        <w:t>to kaha ke topi ke baghair namaz nahi.</w:t>
      </w:r>
    </w:p>
    <w:p>
      <w:pPr>
        <w:jc w:val="right"/>
      </w:pPr>
      <w:r>
        <w:t>تو کہا کہ ٹوپی کے بغیر نماز نہیں۔</w:t>
      </w:r>
    </w:p>
    <w:p>
      <w:r>
        <w:rPr>
          <w:b/>
        </w:rPr>
        <w:t xml:space="preserve">[24:26] </w:t>
      </w:r>
      <w:r>
        <w:t>yeh kya hai? intehapassandi hai. kya hai ghulu hai? ghulu kis mamle mein hua? zahir ke mamle mein. zahir ke mamle mein.</w:t>
      </w:r>
    </w:p>
    <w:p>
      <w:pPr>
        <w:jc w:val="right"/>
      </w:pPr>
      <w:r>
        <w:t>یہ کیا ہے؟ انتہاپسندی ہے۔ کیا ہے غلو ہے؟ غلو کس معاملے میں ہوا؟ ظاہر کے معاملے میں۔ ظاہر کے معاملے میں۔</w:t>
      </w:r>
    </w:p>
    <w:p>
      <w:r>
        <w:rPr>
          <w:b/>
        </w:rPr>
        <w:t xml:space="preserve">[24:38] </w:t>
      </w:r>
      <w:r>
        <w:t>hadith mein aata hai ke sallallahu rasool Allah sallallahu alaihi wasallam munt'alan wa ghair munt'alan.</w:t>
      </w:r>
    </w:p>
    <w:p>
      <w:pPr>
        <w:jc w:val="right"/>
      </w:pPr>
      <w:r>
        <w:t>حدیث میں آتا ہے کہ صلی اللہ رسول اللہ صلی اللہ علیہ وسلم منتعلاً و غیر منتعلاً۔</w:t>
      </w:r>
    </w:p>
    <w:p>
      <w:r>
        <w:rPr>
          <w:b/>
        </w:rPr>
        <w:t xml:space="preserve">[24:47] </w:t>
      </w:r>
      <w:r>
        <w:t>rasool Allah ne namaz padhi, joota pehan kar bhi aur joota utar kar bhi. ab aaj kya hai? agar aaj koi aadmi joota pehan kar namaz padhe to dayein bayein se kai log aayenge, arey bhai joota utaro, joota utaro.</w:t>
      </w:r>
    </w:p>
    <w:p>
      <w:pPr>
        <w:jc w:val="right"/>
      </w:pPr>
      <w:r>
        <w:t>رسول اللہ نے نماز پڑھی، جوتا پہن کر بھی اور جوتا اتار کر بھی۔ اب آج کیا ہے؟ اگر آج کوئی آدمی جوتا پہن کر نماز پڑھے تو دائیں بائیں سے کئی لوگ آئیں گے، ارے بھئی جوتا اتارو، جوتا اتارو۔</w:t>
      </w:r>
    </w:p>
    <w:p>
      <w:r>
        <w:rPr>
          <w:b/>
        </w:rPr>
        <w:t xml:space="preserve">[25:02] </w:t>
      </w:r>
      <w:r>
        <w:t>aur halanke hadith mein maujood yeh hai ke sallallahu rasool Allah sallallahu alaihi wasallam munt'alan wa ghair munt'alan. rasool Allah ne namaz padhi, joota pehne hue bhi aur joota utar kar bhi.</w:t>
      </w:r>
    </w:p>
    <w:p>
      <w:pPr>
        <w:jc w:val="right"/>
      </w:pPr>
      <w:r>
        <w:t>اور حالانکہ حدیث میں موجود یہ ہے کہ صلی اللہ رسول اللہ صلی اللہ علیہ وسلم منتعلاً و غیر منتعلاً۔ رسول اللہ نے نماز پڑھی، جوتا پہنے ہوئے بھی اور جوتا اتار کر بھی۔</w:t>
      </w:r>
    </w:p>
    <w:p>
      <w:r>
        <w:rPr>
          <w:b/>
        </w:rPr>
        <w:t xml:space="preserve">[25:16] </w:t>
      </w:r>
      <w:r>
        <w:t>to phir theek hai, is mein khudari honi chahiye, narmi honi chahiye ke mujhe bhi theek hai, woh bhi theek hai. lekin dhoom machayenge is ke liye.</w:t>
      </w:r>
    </w:p>
    <w:p>
      <w:pPr>
        <w:jc w:val="right"/>
      </w:pPr>
      <w:r>
        <w:t>تو پھر ٹھیک ہے، اس میں خودداری ہونی چاہیے، نرمی ہونی چاہیے کہ مجھے بھی ٹھیک ہے، وہ بھی ٹھیک ہے۔ لیکن دھوم مچائیں گے اس کے لیے۔</w:t>
      </w:r>
    </w:p>
    <w:p>
      <w:r>
        <w:rPr>
          <w:b/>
        </w:rPr>
        <w:t xml:space="preserve">[25:29] </w:t>
      </w:r>
      <w:r>
        <w:t>to jab bhi,</w:t>
      </w:r>
    </w:p>
    <w:p>
      <w:pPr>
        <w:jc w:val="right"/>
      </w:pPr>
      <w:r>
        <w:t>تو جب بھی،</w:t>
      </w:r>
    </w:p>
    <w:p>
      <w:r>
        <w:rPr>
          <w:b/>
        </w:rPr>
        <w:t xml:space="preserve">[25:35] </w:t>
      </w:r>
      <w:r>
        <w:t>yaad rakhiye jab bhi zahiri cheezon mein log zyada zor dein to hota hai woh tabdeeli zor ka mamla.</w:t>
      </w:r>
    </w:p>
    <w:p>
      <w:pPr>
        <w:jc w:val="right"/>
      </w:pPr>
      <w:r>
        <w:t>یاد رکھیے جب بھی ظاہری چیزوں میں لوگ زیادہ زور دیں تو ہوتا ہے وہ تبدیلی زور کا معاملہ۔</w:t>
      </w:r>
    </w:p>
    <w:p>
      <w:r>
        <w:rPr>
          <w:b/>
        </w:rPr>
        <w:t xml:space="preserve">[25:47] </w:t>
      </w:r>
      <w:r>
        <w:t>ghulu ka matlab hai tabdeeli zor ka. yaani zor dena chahiye sakhti par aur log zor dene lage بیرونی pehlu par.</w:t>
      </w:r>
    </w:p>
    <w:p>
      <w:pPr>
        <w:jc w:val="right"/>
      </w:pPr>
      <w:r>
        <w:t>غلو کا مطلب ہے تبدیلی زور کا۔ یعنی زور دینا چاہیے سختی پر اور لوگ زور دینے لگے بیرونی پہلو پر۔</w:t>
      </w:r>
    </w:p>
    <w:p>
      <w:r>
        <w:rPr>
          <w:b/>
        </w:rPr>
        <w:t xml:space="preserve">[25:59] </w:t>
      </w:r>
      <w:r>
        <w:t>yahi ghulu hai.</w:t>
      </w:r>
    </w:p>
    <w:p>
      <w:pPr>
        <w:jc w:val="right"/>
      </w:pPr>
      <w:r>
        <w:t>یہی غلو ہے۔</w:t>
      </w:r>
    </w:p>
    <w:p>
      <w:r>
        <w:rPr>
          <w:b/>
        </w:rPr>
        <w:t xml:space="preserve">[26:02] </w:t>
      </w:r>
      <w:r>
        <w:t>aur koi jagah nahi hai ghulu ki Islam mein. kyunke Islam,</w:t>
      </w:r>
    </w:p>
    <w:p>
      <w:pPr>
        <w:jc w:val="right"/>
      </w:pPr>
      <w:r>
        <w:t>اور کوئی جگہ نہیں ہے غلو کی اسلام میں۔ کیونکہ اسلام،</w:t>
      </w:r>
    </w:p>
    <w:p>
      <w:r>
        <w:rPr>
          <w:b/>
        </w:rPr>
        <w:t xml:space="preserve">[26:13] </w:t>
      </w:r>
      <w:r>
        <w:t>Islam mein sara zor jo hai woh kis baat par hai? sakhti par hai. Islam mein dekhiye, yaad rakhiye, sakhti haqeeqi hai.</w:t>
      </w:r>
    </w:p>
    <w:p>
      <w:pPr>
        <w:jc w:val="right"/>
      </w:pPr>
      <w:r>
        <w:t>اسلام میں سارا زور جو ہے وہ کس بات پر ہے؟ سختی پر ہے۔ اسلام میں دیکھیے، یاد رکھیے، سختی حقیقی ہے۔</w:t>
      </w:r>
    </w:p>
    <w:p>
      <w:r>
        <w:rPr>
          <w:b/>
        </w:rPr>
        <w:t xml:space="preserve">[26:25] </w:t>
      </w:r>
      <w:r>
        <w:t>sakhti Islam ka haqeeqi hissa hai. aur zahir Islam ka nisbati hissa hai. to hamesha yaad rakhiye ke Islam mein</w:t>
      </w:r>
    </w:p>
    <w:p>
      <w:pPr>
        <w:jc w:val="right"/>
      </w:pPr>
      <w:r>
        <w:t>سختی اسلام کا حقیقی حصہ ہے۔ اور ظاہر اسلام کا نسبتی حصہ ہے۔ تو ہمیشہ یاد رکھیے کہ اسلام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