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Teachings of the Prophet (Prophetic Wisdom)</w:t>
      </w:r>
    </w:p>
    <w:p>
      <w:r>
        <w:t>https://www.youtube.com/watch?v=QLDybbFl7JM</w:t>
      </w:r>
    </w:p>
    <w:p>
      <w:r>
        <w:rPr>
          <w:b/>
        </w:rPr>
        <w:t xml:space="preserve">[00:10] </w:t>
      </w:r>
      <w:r>
        <w:t>bismillah-hir-rahman-nir-rahim, wa salla Allahu ala-n-nabiyyi-l-kareem.</w:t>
      </w:r>
    </w:p>
    <w:p>
      <w:pPr>
        <w:jc w:val="right"/>
      </w:pPr>
      <w:r>
        <w:t>بسم اللہ الرحمن الرحیم، و صلی اللہ علی النبی الکریم۔</w:t>
      </w:r>
    </w:p>
    <w:p>
      <w:r>
        <w:rPr>
          <w:b/>
        </w:rPr>
        <w:t xml:space="preserve">[00:20] </w:t>
      </w:r>
      <w:r>
        <w:t>yeh dars-e-hadith ka silsila hai: hadith kya hai, aur quran se kya talluq hai is ka.</w:t>
      </w:r>
    </w:p>
    <w:p>
      <w:pPr>
        <w:jc w:val="right"/>
      </w:pPr>
      <w:r>
        <w:t>یہ درسِ حدیث کا سلسلہ ہے: حدیث کیا ہے، اور قرآن سے کیا تعلق ہے اس کا۔</w:t>
      </w:r>
    </w:p>
    <w:p>
      <w:r>
        <w:rPr>
          <w:b/>
        </w:rPr>
        <w:t xml:space="preserve">[00:31] </w:t>
      </w:r>
      <w:r>
        <w:t>dekhiye, yeh talluq yeh hai ke</w:t>
      </w:r>
    </w:p>
    <w:p>
      <w:pPr>
        <w:jc w:val="right"/>
      </w:pPr>
      <w:r>
        <w:t>دیکھیے، یہ تعلق یہ ہے کہ</w:t>
      </w:r>
    </w:p>
    <w:p>
      <w:r>
        <w:rPr>
          <w:b/>
        </w:rPr>
        <w:t xml:space="preserve">[00:41] </w:t>
      </w:r>
      <w:r>
        <w:t>Khuda ne revelation ke zariye Quran utara, to Quran mein fundamental teachings hain.</w:t>
      </w:r>
    </w:p>
    <w:p>
      <w:pPr>
        <w:jc w:val="right"/>
      </w:pPr>
      <w:r>
        <w:t>خدا نے ریولیشن کے ذریعے قرآن اتارا، تو قرآن میں فنڈامینٹل ٹیچنگز ہیں۔</w:t>
      </w:r>
    </w:p>
    <w:p>
      <w:r>
        <w:rPr>
          <w:b/>
        </w:rPr>
        <w:t xml:space="preserve">[00:51] </w:t>
      </w:r>
      <w:r>
        <w:t>jo fundamentals hain, Khuda ke nazdeek zindagi ko sahi taur par guzarnay ke liye, woh quran mein bataye gaye.</w:t>
      </w:r>
    </w:p>
    <w:p>
      <w:pPr>
        <w:jc w:val="right"/>
      </w:pPr>
      <w:r>
        <w:t>جو فنڈامینٹلز ہیں، خدا کے نزدیک زندگی کو صحیح طور پر گزارنے کے لیے، وہ قرآن میں بتائے گئے۔</w:t>
      </w:r>
    </w:p>
    <w:p>
      <w:r>
        <w:rPr>
          <w:b/>
        </w:rPr>
        <w:t xml:space="preserve">[01:01] </w:t>
      </w:r>
      <w:r>
        <w:t>aur Rasulullah sallallahu alaihi wasallam ne usko implement</w:t>
      </w:r>
    </w:p>
    <w:p>
      <w:pPr>
        <w:jc w:val="right"/>
      </w:pPr>
      <w:r>
        <w:t>اور رسول اللہ صلی اللہ علیہ وسلم نے اس کو امپلیمن</w:t>
      </w:r>
    </w:p>
    <w:p>
      <w:r>
        <w:rPr>
          <w:b/>
        </w:rPr>
        <w:t xml:space="preserve">[01:11] </w:t>
      </w:r>
      <w:r>
        <w:t>kiya.</w:t>
      </w:r>
    </w:p>
    <w:p>
      <w:pPr>
        <w:jc w:val="right"/>
      </w:pPr>
      <w:r>
        <w:t>ٹ کیا۔</w:t>
      </w:r>
    </w:p>
    <w:p>
      <w:r>
        <w:rPr>
          <w:b/>
        </w:rPr>
        <w:t xml:space="preserve">[01:17] </w:t>
      </w:r>
      <w:r>
        <w:t>log samajhte hain ke implementation ka matlab yeh hai ke is ko qaim kiya, hukoomat banai.</w:t>
      </w:r>
    </w:p>
    <w:p>
      <w:pPr>
        <w:jc w:val="right"/>
      </w:pPr>
      <w:r>
        <w:t>لوگ سمجھتے ہیں کہ امپلیمنٹیشن کا مطلب یہ ہے کہ اس کو قائم کیا، حکومت بنائی۔</w:t>
      </w:r>
    </w:p>
    <w:p>
      <w:r>
        <w:rPr>
          <w:b/>
        </w:rPr>
        <w:t xml:space="preserve">[01:23] </w:t>
      </w:r>
      <w:r>
        <w:t>yeh galat hai, bilkul.</w:t>
      </w:r>
    </w:p>
    <w:p>
      <w:pPr>
        <w:jc w:val="right"/>
      </w:pPr>
      <w:r>
        <w:t>یہ غلط ہے، بالکل۔</w:t>
      </w:r>
    </w:p>
    <w:p>
      <w:r>
        <w:rPr>
          <w:b/>
        </w:rPr>
        <w:t xml:space="preserve">[01:29] </w:t>
      </w:r>
      <w:r>
        <w:t>implementation ka matlab hai insaan banana, kyun ke asal nishana jo tha quran ka, woh insaan tha.</w:t>
      </w:r>
    </w:p>
    <w:p>
      <w:pPr>
        <w:jc w:val="right"/>
      </w:pPr>
      <w:r>
        <w:t>امپلیمنٹیشن کا مطلب ہے انسان بنانا، کیونکہ اصل نشانہ جو تھا قرآن کا، وہ انسان تھا۔</w:t>
      </w:r>
    </w:p>
    <w:p>
      <w:r>
        <w:rPr>
          <w:b/>
        </w:rPr>
        <w:t xml:space="preserve">[01:35] </w:t>
      </w:r>
      <w:r>
        <w:t>ya ayyuhal insaan, ya ayyuhal insaan, ya ayyuhal insaan—quran mein bar bar hai.</w:t>
      </w:r>
    </w:p>
    <w:p>
      <w:pPr>
        <w:jc w:val="right"/>
      </w:pPr>
      <w:r>
        <w:t>یا ایہا الانسان، یا ایہا الانسان، یا ایہا الانسان—قرآن میں بار بار ہے۔</w:t>
      </w:r>
    </w:p>
    <w:p>
      <w:r>
        <w:rPr>
          <w:b/>
        </w:rPr>
        <w:t xml:space="preserve">[01:42] </w:t>
      </w:r>
      <w:r>
        <w:t>insaan ko woh insaan banana jo Khuda chahta hai, aur jis ke liye paradise banai gayi hai, woh insaan banana.</w:t>
      </w:r>
    </w:p>
    <w:p>
      <w:pPr>
        <w:jc w:val="right"/>
      </w:pPr>
      <w:r>
        <w:t>انسان کو وہ انسان بنانا جو خدا چاہتا ہے، اور جس کے لیے پیراڈائز بنائی گئی ہے، وہ انسان بنانا۔</w:t>
      </w:r>
    </w:p>
    <w:p>
      <w:r>
        <w:rPr>
          <w:b/>
        </w:rPr>
        <w:t xml:space="preserve">[01:49] </w:t>
      </w:r>
      <w:r>
        <w:t>to rasool Allah ka jo role hai implementation ka, woh har giz yeh nahi hai ke unhon ne hukoomat banai.</w:t>
      </w:r>
    </w:p>
    <w:p>
      <w:pPr>
        <w:jc w:val="right"/>
      </w:pPr>
      <w:r>
        <w:t>تو رسول اللہ کا جو رول ہے امپلیمنٹیشن کا، وہ ہرگز یہ نہیں ہے کہ انہوں نے حکومت بنائی۔</w:t>
      </w:r>
    </w:p>
    <w:p>
      <w:r>
        <w:rPr>
          <w:b/>
        </w:rPr>
        <w:t xml:space="preserve">[01:57] </w:t>
      </w:r>
      <w:r>
        <w:t>that is secondary thing.</w:t>
      </w:r>
    </w:p>
    <w:p>
      <w:pPr>
        <w:jc w:val="right"/>
      </w:pPr>
      <w:r>
        <w:t>دیٹ از سیکنڈری تھنگ۔</w:t>
      </w:r>
    </w:p>
    <w:p>
      <w:r>
        <w:rPr>
          <w:b/>
        </w:rPr>
        <w:t xml:space="preserve">[02:04] </w:t>
      </w:r>
      <w:r>
        <w:t>asal cheez yeh hai ke quran ki teaching ko insaan ki zindagi mein</w:t>
      </w:r>
    </w:p>
    <w:p>
      <w:pPr>
        <w:jc w:val="right"/>
      </w:pPr>
      <w:r>
        <w:t>اصل چیز یہ ہے کہ قرآن کی ٹیچنگ کو انسان کی زندگی میں</w:t>
      </w:r>
    </w:p>
    <w:p>
      <w:r>
        <w:rPr>
          <w:b/>
        </w:rPr>
        <w:t xml:space="preserve">[02:12] </w:t>
      </w:r>
      <w:r>
        <w:t>translate karna.</w:t>
      </w:r>
    </w:p>
    <w:p>
      <w:pPr>
        <w:jc w:val="right"/>
      </w:pPr>
      <w:r>
        <w:t>ٹرانسلیٹ کرنا۔</w:t>
      </w:r>
    </w:p>
    <w:p>
      <w:r>
        <w:rPr>
          <w:b/>
        </w:rPr>
        <w:t xml:space="preserve">[02:17] </w:t>
      </w:r>
      <w:r>
        <w:t>har aadmi apni zindagi mein is ko follow kar sake.</w:t>
      </w:r>
    </w:p>
    <w:p>
      <w:pPr>
        <w:jc w:val="right"/>
      </w:pPr>
      <w:r>
        <w:t>ہر آدمی اپنی زندگی میں اس کو فالو کر سکے۔</w:t>
      </w:r>
    </w:p>
    <w:p>
      <w:r>
        <w:rPr>
          <w:b/>
        </w:rPr>
        <w:t xml:space="preserve">[02:22] </w:t>
      </w:r>
      <w:r>
        <w:t>is ke liye logon ko train karna.</w:t>
      </w:r>
    </w:p>
    <w:p>
      <w:pPr>
        <w:jc w:val="right"/>
      </w:pPr>
      <w:r>
        <w:t>اس کے لیے لوگوں کو ٹرین کرنا۔</w:t>
      </w:r>
    </w:p>
    <w:p>
      <w:r>
        <w:rPr>
          <w:b/>
        </w:rPr>
        <w:t xml:space="preserve">[02:27] </w:t>
      </w:r>
      <w:r>
        <w:t>yani implementation ka matlab hai training, basically.</w:t>
      </w:r>
    </w:p>
    <w:p>
      <w:pPr>
        <w:jc w:val="right"/>
      </w:pPr>
      <w:r>
        <w:t>یعنی امپلیمنٹیشن کا مطلب ہے ٹریننگ، بیسکلی۔</w:t>
      </w:r>
    </w:p>
    <w:p>
      <w:r>
        <w:rPr>
          <w:b/>
        </w:rPr>
        <w:t xml:space="preserve">[02:32] </w:t>
      </w:r>
      <w:r>
        <w:t>dekhiye, training ka jab word aata hai to log samajhte hain training camp.</w:t>
      </w:r>
    </w:p>
    <w:p>
      <w:pPr>
        <w:jc w:val="right"/>
      </w:pPr>
      <w:r>
        <w:t>دیکھیے، ٹریننگ کا جب ورڈ آتا ہے تو لوگ سمجھتے ہیں ٹریننگ کیمپ۔</w:t>
      </w:r>
    </w:p>
    <w:p>
      <w:r>
        <w:rPr>
          <w:b/>
        </w:rPr>
        <w:t xml:space="preserve">[02:37] </w:t>
      </w:r>
      <w:r>
        <w:t>aksar aap ne suna hoga: training camp, training camp. ras</w:t>
      </w:r>
    </w:p>
    <w:p>
      <w:pPr>
        <w:jc w:val="right"/>
      </w:pPr>
      <w:r>
        <w:t>اکثر آپ نے سنا ہوگا: ٹریننگ کیمپ، ٹریننگ کیمپ۔ رس</w:t>
      </w:r>
    </w:p>
    <w:p>
      <w:r>
        <w:rPr>
          <w:b/>
        </w:rPr>
        <w:t xml:space="preserve">[02:42] </w:t>
      </w:r>
      <w:r>
        <w:t>ول اللہ ka tareeqa yeh nahi tha.</w:t>
      </w:r>
    </w:p>
    <w:p>
      <w:pPr>
        <w:jc w:val="right"/>
      </w:pPr>
      <w:r>
        <w:t>ول اللہ کا طریقہ یہ نہیں تھا۔</w:t>
      </w:r>
    </w:p>
    <w:p>
      <w:r>
        <w:rPr>
          <w:b/>
        </w:rPr>
        <w:t xml:space="preserve">[02:47] </w:t>
      </w:r>
      <w:r>
        <w:t>aap ne kabhi bhi, yani aap ki poori zindagi training hi mein guzri, lekin camp laga kar nahi.</w:t>
      </w:r>
    </w:p>
    <w:p>
      <w:pPr>
        <w:jc w:val="right"/>
      </w:pPr>
      <w:r>
        <w:t>آپ نے کبھی بھی، یعنی آپ کی پوری زندگی ٹریننگ ہی میں گزری، لیکن کیمپ لگا کر نہیں۔</w:t>
      </w:r>
    </w:p>
    <w:p>
      <w:r>
        <w:rPr>
          <w:b/>
        </w:rPr>
        <w:t xml:space="preserve">[02:52] </w:t>
      </w:r>
      <w:r>
        <w:t>camp to ek artificial cheez hoti hai.</w:t>
      </w:r>
    </w:p>
    <w:p>
      <w:pPr>
        <w:jc w:val="right"/>
      </w:pPr>
      <w:r>
        <w:t>کیمپ تو ایک آرٹیفیشل چیز ہوتی ہے۔</w:t>
      </w:r>
    </w:p>
    <w:p>
      <w:r>
        <w:rPr>
          <w:b/>
        </w:rPr>
        <w:t xml:space="preserve">[02:57] </w:t>
      </w:r>
      <w:r>
        <w:t>isi liye is ka kuch bhi result nahi nikalta.</w:t>
      </w:r>
    </w:p>
    <w:p>
      <w:pPr>
        <w:jc w:val="right"/>
      </w:pPr>
      <w:r>
        <w:t>اسی لیے اس کا کچھ بھی رزلٹ نہیں نکلتا۔</w:t>
      </w:r>
    </w:p>
    <w:p>
      <w:r>
        <w:rPr>
          <w:b/>
        </w:rPr>
        <w:t xml:space="preserve">[03:02] </w:t>
      </w:r>
      <w:r>
        <w:t>log training camp lagate rehte hain, aur kuch bhi result nahi.</w:t>
      </w:r>
    </w:p>
    <w:p>
      <w:pPr>
        <w:jc w:val="right"/>
      </w:pPr>
      <w:r>
        <w:t>لوگ ٹریننگ کیمپ لگاتے رہتے ہیں، اور کچھ بھی رزلٹ نہیں۔</w:t>
      </w:r>
    </w:p>
    <w:p>
      <w:r>
        <w:rPr>
          <w:b/>
        </w:rPr>
        <w:t xml:space="preserve">[03:07] </w:t>
      </w:r>
      <w:r>
        <w:t>rasool Allah ka tareeqa yeh tha ke situation mein, jo</w:t>
      </w:r>
    </w:p>
    <w:p>
      <w:pPr>
        <w:jc w:val="right"/>
      </w:pPr>
      <w:r>
        <w:t>رسول اللہ کا طریقہ یہ تھا کہ سچویشن میں، جو</w:t>
      </w:r>
    </w:p>
    <w:p>
      <w:r>
        <w:rPr>
          <w:b/>
        </w:rPr>
        <w:t xml:space="preserve">[03:12] </w:t>
      </w:r>
      <w:r>
        <w:t>situation pesh aati thi, us situation ke mutabiq koi direction dena, koi gehri baat batana. to situation se relate kar ke training karna, yeh tha rasool Allah ka tareeqa. camp laga kar train karna, yeh rasool Allah ka tareeqa nahi tha. aur yahi scientific tareeqa hai, yeh natural tareeqa hai. camp laga kar agar aap training denge to is ka kuch bhi result nahi niklega, jaisa</w:t>
      </w:r>
    </w:p>
    <w:p>
      <w:pPr>
        <w:jc w:val="right"/>
      </w:pPr>
      <w:r>
        <w:t>سچویشن پیش آتی تھی، اس سچویشن کے مطابق کوئی ڈائریکشن دینا، کوئی گہری بات بتانا۔ تو سچویشن سے ریلیٹ کر کے ٹریننگ کرنا، یہ تھا رسول اللہ کا طریقہ۔ کیمپ لگا کر ٹرین کرنا، یہ رسول اللہ کا طریقہ نہیں تھا۔ اور یہی سائنٹیفک طریقہ ہے، یہ نیچرل طریقہ ہے۔ کیمپ لگا کر اگر آپ ٹریننگ دیں گے تو اس کا کچھ بھی رزلٹ نہیں نکلے گا، جیسا</w:t>
      </w:r>
    </w:p>
    <w:p>
      <w:r>
        <w:rPr>
          <w:b/>
        </w:rPr>
        <w:t xml:space="preserve">[03:42] </w:t>
      </w:r>
      <w:r>
        <w:t>ke aap dekh rahe hain.</w:t>
      </w:r>
    </w:p>
    <w:p>
      <w:pPr>
        <w:jc w:val="right"/>
      </w:pPr>
      <w:r>
        <w:t>کہ آپ دیکھ رہے ہیں۔</w:t>
      </w:r>
    </w:p>
    <w:p>
      <w:r>
        <w:rPr>
          <w:b/>
        </w:rPr>
        <w:t xml:space="preserve">[03:48] </w:t>
      </w:r>
      <w:r>
        <w:t>lekin situation se relate kar ke jab aap logon ko train karenge to logon ka mind address</w:t>
      </w:r>
    </w:p>
    <w:p>
      <w:pPr>
        <w:jc w:val="right"/>
      </w:pPr>
      <w:r>
        <w:t>لیکن سچویشن سے ریلیٹ کر کے جب آپ لوگوں کو ٹرین کریں گے تو لوگوں کا مائنڈ ایڈریس</w:t>
      </w:r>
    </w:p>
    <w:p>
      <w:r>
        <w:rPr>
          <w:b/>
        </w:rPr>
        <w:t xml:space="preserve">[03:54] </w:t>
      </w:r>
      <w:r>
        <w:t>hoga, log baat ko pakdenge, aur zindagi ki waise hi zindagi ko banayenge apni.</w:t>
      </w:r>
    </w:p>
    <w:p>
      <w:pPr>
        <w:jc w:val="right"/>
      </w:pPr>
      <w:r>
        <w:t>ہوگا، لوگ بات کو پکڑیں گے، اور زندگیوں کی ویسے ہی زندگیوں کو بنائیں گے اپنی۔</w:t>
      </w:r>
    </w:p>
    <w:p>
      <w:r>
        <w:rPr>
          <w:b/>
        </w:rPr>
        <w:t xml:space="preserve">[04:00] </w:t>
      </w:r>
      <w:r>
        <w:t>to isi liye hadithon mein aap fragmentry andaaz dekhte hain.</w:t>
      </w:r>
    </w:p>
    <w:p>
      <w:pPr>
        <w:jc w:val="right"/>
      </w:pPr>
      <w:r>
        <w:t>تو اسی لیے حدیثوں میں آپ فریگمنٹری انداز دیکھتے ہیں۔</w:t>
      </w:r>
    </w:p>
    <w:p>
      <w:r>
        <w:rPr>
          <w:b/>
        </w:rPr>
        <w:t xml:space="preserve">[04:06] </w:t>
      </w:r>
      <w:r>
        <w:t>jo aam taur par jo concept hai book ka, jis ko</w:t>
      </w:r>
    </w:p>
    <w:p>
      <w:pPr>
        <w:jc w:val="right"/>
      </w:pPr>
      <w:r>
        <w:t>جو عام طور پر جو کانسیپٹ ہے بک کا، جس کو</w:t>
      </w:r>
    </w:p>
    <w:p>
      <w:r>
        <w:rPr>
          <w:b/>
        </w:rPr>
        <w:t xml:space="preserve">[04:12] </w:t>
      </w:r>
      <w:r>
        <w:t>hum jante hain, is mein baatein silsile war hoti hain, ek result tak.</w:t>
      </w:r>
    </w:p>
    <w:p>
      <w:pPr>
        <w:jc w:val="right"/>
      </w:pPr>
      <w:r>
        <w:t>ہم جانتے ہیں، اس میں باتیں سلسلے وار ہوتی ہیں، ایک رزلٹ تک۔</w:t>
      </w:r>
    </w:p>
    <w:p>
      <w:r>
        <w:rPr>
          <w:b/>
        </w:rPr>
        <w:t xml:space="preserve">[04:18] </w:t>
      </w:r>
      <w:r>
        <w:t>hadith mein is tarah nahi.</w:t>
      </w:r>
    </w:p>
    <w:p>
      <w:pPr>
        <w:jc w:val="right"/>
      </w:pPr>
      <w:r>
        <w:t>حدیث میں اس طرح نہیں۔</w:t>
      </w:r>
    </w:p>
    <w:p>
      <w:r>
        <w:rPr>
          <w:b/>
        </w:rPr>
        <w:t xml:space="preserve">[04:24] </w:t>
      </w:r>
      <w:r>
        <w:t>hadith mein silsile war andaaz mein baatein nahi batai jati, fragmentry andaaz mein baatein batai jati hain.</w:t>
      </w:r>
    </w:p>
    <w:p>
      <w:pPr>
        <w:jc w:val="right"/>
      </w:pPr>
      <w:r>
        <w:t>حدیث میں سلسلے وار انداز میں باتیں نہیں بتائی جاتی، فریگمنٹری انداز میں باتیں بتائی جاتی ہیں۔</w:t>
      </w:r>
    </w:p>
    <w:p>
      <w:r>
        <w:rPr>
          <w:b/>
        </w:rPr>
        <w:t xml:space="preserve">[04:30] </w:t>
      </w:r>
      <w:r>
        <w:t>kyun? situation jo pesh aati hai, wo different andaaz mein pesh aati hai.</w:t>
      </w:r>
    </w:p>
    <w:p>
      <w:pPr>
        <w:jc w:val="right"/>
      </w:pPr>
      <w:r>
        <w:t>کیوں؟ سچویشن جو پیش آتی ہے، وہ ڈفرنٹ انداز میں پیش آتی ہے۔</w:t>
      </w:r>
    </w:p>
    <w:p>
      <w:r>
        <w:rPr>
          <w:b/>
        </w:rPr>
        <w:t xml:space="preserve">[04:36] </w:t>
      </w:r>
      <w:r>
        <w:t>ek aadmi ke sath kuch hua, doosre aadmi ke sath kuch hua, teesre ke sath kuch hua.</w:t>
      </w:r>
    </w:p>
    <w:p>
      <w:pPr>
        <w:jc w:val="right"/>
      </w:pPr>
      <w:r>
        <w:t>ایک آدمی کے ساتھ کچھ ہوا، دوسرے آدمی کے ساتھ کچھ ہوا، تیسرے کے ساتھ کچھ ہوا۔</w:t>
      </w:r>
    </w:p>
    <w:p>
      <w:r>
        <w:rPr>
          <w:b/>
        </w:rPr>
        <w:t xml:space="preserve">[04:42] </w:t>
      </w:r>
      <w:r>
        <w:t>to sara din aap ka jo guzarta tha, different logon ke sath.</w:t>
      </w:r>
    </w:p>
    <w:p>
      <w:pPr>
        <w:jc w:val="right"/>
      </w:pPr>
      <w:r>
        <w:t>تو سارا دن آپ کا جو گزرتا تھا، ڈفرنٹ لوگوں کے ساتھ۔</w:t>
      </w:r>
    </w:p>
    <w:p>
      <w:r>
        <w:rPr>
          <w:b/>
        </w:rPr>
        <w:t xml:space="preserve">[04:48] </w:t>
      </w:r>
      <w:r>
        <w:t>to different log jo the, to different situation le kar aate the wo.</w:t>
      </w:r>
    </w:p>
    <w:p>
      <w:pPr>
        <w:jc w:val="right"/>
      </w:pPr>
      <w:r>
        <w:t>تو ڈفرنٹ لوگ جو تھے، تو ڈفرنٹ سچویشن لے کر آتے تھے وہ۔</w:t>
      </w:r>
    </w:p>
    <w:p>
      <w:r>
        <w:rPr>
          <w:b/>
        </w:rPr>
        <w:t xml:space="preserve">[04:53] </w:t>
      </w:r>
      <w:r>
        <w:t>har situation mein aap is ke mutabiq ek baat kehte the.</w:t>
      </w:r>
    </w:p>
    <w:p>
      <w:pPr>
        <w:jc w:val="right"/>
      </w:pPr>
      <w:r>
        <w:t>ہر سچویشن میں آپ اس کے مطابق ایک بات کہتے تھے۔</w:t>
      </w:r>
    </w:p>
    <w:p>
      <w:r>
        <w:rPr>
          <w:b/>
        </w:rPr>
        <w:t xml:space="preserve">[04:58] </w:t>
      </w:r>
      <w:r>
        <w:t>yeh thi rasool Allah ki training ka tareeqa.</w:t>
      </w:r>
    </w:p>
    <w:p>
      <w:pPr>
        <w:jc w:val="right"/>
      </w:pPr>
      <w:r>
        <w:t>یہ تھی رسول اللہ کی ٹریننگ کا طریقہ۔</w:t>
      </w:r>
    </w:p>
    <w:p>
      <w:r>
        <w:rPr>
          <w:b/>
        </w:rPr>
        <w:t xml:space="preserve">[05:04] </w:t>
      </w:r>
      <w:r>
        <w:t>aur isi se aap samajh sakte hain ke hadith kya cheez hai.</w:t>
      </w:r>
    </w:p>
    <w:p>
      <w:pPr>
        <w:jc w:val="right"/>
      </w:pPr>
      <w:r>
        <w:t>اور اسی سے آپ سمجھ سکتے ہیں کہ حدیث کیا چیز ہے۔</w:t>
      </w:r>
    </w:p>
    <w:p>
      <w:r>
        <w:rPr>
          <w:b/>
        </w:rPr>
        <w:t xml:space="preserve">[05:09] </w:t>
      </w:r>
      <w:r>
        <w:t>hadith jo hai, logon ko un ki situation mein, un ke apne halaat mein</w:t>
      </w:r>
    </w:p>
    <w:p>
      <w:pPr>
        <w:jc w:val="right"/>
      </w:pPr>
      <w:r>
        <w:t>حدیث جو ہے، لوگوں کو ان کی سچویشن میں، ان کے اپنے حالات میں</w:t>
      </w:r>
    </w:p>
    <w:p>
      <w:r>
        <w:rPr>
          <w:b/>
        </w:rPr>
        <w:t xml:space="preserve">[05:14] </w:t>
      </w:r>
      <w:r>
        <w:t>batana, situation ke reference mein batana, absolute tor par batana, jaise training camp mein hota hai, woh rasool</w:t>
      </w:r>
    </w:p>
    <w:p>
      <w:pPr>
        <w:jc w:val="right"/>
      </w:pPr>
      <w:r>
        <w:t>بتانا، سچویشن کے ریفرنس میں بتانا، ایبسولیوٹ طور پر بتانا، جیسے ٹریننگ کیمپ میں ہوتا ہے، وہ رسول</w:t>
      </w:r>
    </w:p>
    <w:p>
      <w:r>
        <w:rPr>
          <w:b/>
        </w:rPr>
        <w:t xml:space="preserve">[05:22] </w:t>
      </w:r>
      <w:r>
        <w:t>Allah ka tareeqa nahi tha.</w:t>
      </w:r>
    </w:p>
    <w:p>
      <w:pPr>
        <w:jc w:val="right"/>
      </w:pPr>
      <w:r>
        <w:t>اللہ کا طریقہ نہیں تھا۔</w:t>
      </w:r>
    </w:p>
    <w:p>
      <w:r>
        <w:rPr>
          <w:b/>
        </w:rPr>
        <w:t xml:space="preserve">[05:30] </w:t>
      </w:r>
      <w:r>
        <w:t>Jaise dekhiye, rasool Allah ne ek aadmi ko dekha ke woh wuzu kar raha hai.</w:t>
      </w:r>
    </w:p>
    <w:p>
      <w:pPr>
        <w:jc w:val="right"/>
      </w:pPr>
      <w:r>
        <w:t>جیسے دیکھیے، رسول اللہ نے ایک آدمی کو دیکھا کہ وہ وضو کر رہا ہے۔</w:t>
      </w:r>
    </w:p>
    <w:p>
      <w:r>
        <w:rPr>
          <w:b/>
        </w:rPr>
        <w:t xml:space="preserve">[05:37] </w:t>
      </w:r>
      <w:r>
        <w:t>Wuzu karne mein aap ne dekha ke woh zyada pani baha raha hai.</w:t>
      </w:r>
    </w:p>
    <w:p>
      <w:pPr>
        <w:jc w:val="right"/>
      </w:pPr>
      <w:r>
        <w:t>وضو کرنے میں آپ نے دیکھا کہ وہ زیادہ پانی بہا رہا ہے۔</w:t>
      </w:r>
    </w:p>
    <w:p>
      <w:r>
        <w:rPr>
          <w:b/>
        </w:rPr>
        <w:t xml:space="preserve">[05:45] </w:t>
      </w:r>
      <w:r>
        <w:t>Zyada pani.</w:t>
      </w:r>
    </w:p>
    <w:p>
      <w:pPr>
        <w:jc w:val="right"/>
      </w:pPr>
      <w:r>
        <w:t>زیادہ پانی۔</w:t>
      </w:r>
    </w:p>
    <w:p>
      <w:r>
        <w:rPr>
          <w:b/>
        </w:rPr>
        <w:t xml:space="preserve">[05:49] </w:t>
      </w:r>
      <w:r>
        <w:t>مطلب وہ تھی carelessly وہ پانی بہا رہا تھا، یہ دھیان نہیں کرتا تھا کہ پانی کم پانی</w:t>
      </w:r>
    </w:p>
    <w:p>
      <w:pPr>
        <w:jc w:val="right"/>
      </w:pPr>
      <w:r>
        <w:t>مطلب وہ تھی کیئرلیسلی وہ پانی بہا رہا تھا، یہ دھیان نہیں کرتا تھا کہ پانی کم پانی</w:t>
      </w:r>
    </w:p>
    <w:p>
      <w:r>
        <w:rPr>
          <w:b/>
        </w:rPr>
        <w:t xml:space="preserve">[05:54] </w:t>
      </w:r>
      <w:r>
        <w:t>mein wuzu ho jaye.</w:t>
      </w:r>
    </w:p>
    <w:p>
      <w:pPr>
        <w:jc w:val="right"/>
      </w:pPr>
      <w:r>
        <w:t>میں وضو ہو جائے۔</w:t>
      </w:r>
    </w:p>
    <w:p>
      <w:r>
        <w:rPr>
          <w:b/>
        </w:rPr>
        <w:t xml:space="preserve">[05:58] </w:t>
      </w:r>
      <w:r>
        <w:t>Toh aap ne us ko mana kiya.</w:t>
      </w:r>
    </w:p>
    <w:p>
      <w:pPr>
        <w:jc w:val="right"/>
      </w:pPr>
      <w:r>
        <w:t>تو آپ نے اس کو منع کیا۔</w:t>
      </w:r>
    </w:p>
    <w:p>
      <w:r>
        <w:rPr>
          <w:b/>
        </w:rPr>
        <w:t xml:space="preserve">[06:02] </w:t>
      </w:r>
      <w:r>
        <w:t>Aap ne kaha ke yeh bhi israf hai.</w:t>
      </w:r>
    </w:p>
    <w:p>
      <w:pPr>
        <w:jc w:val="right"/>
      </w:pPr>
      <w:r>
        <w:t>آپ نے کہا کہ یہ بھی اسراف ہے۔</w:t>
      </w:r>
    </w:p>
    <w:p>
      <w:r>
        <w:rPr>
          <w:b/>
        </w:rPr>
        <w:t xml:space="preserve">[06:07] </w:t>
      </w:r>
      <w:r>
        <w:t>Yaani jis tarah se paise ko bekar kharch karna israf hai, aur israf ko bohat bura mana gaya</w:t>
      </w:r>
    </w:p>
    <w:p>
      <w:pPr>
        <w:jc w:val="right"/>
      </w:pPr>
      <w:r>
        <w:t>یعنی جس طرح سے پیسے کو بیکار خرچ کرنا اسراف ہے، اور اسراف کو بہت برا مانا گیا</w:t>
      </w:r>
    </w:p>
    <w:p>
      <w:r>
        <w:rPr>
          <w:b/>
        </w:rPr>
        <w:t xml:space="preserve">[06:11] </w:t>
      </w:r>
      <w:r>
        <w:t>hai Islam mein.</w:t>
      </w:r>
    </w:p>
    <w:p>
      <w:pPr>
        <w:jc w:val="right"/>
      </w:pPr>
      <w:r>
        <w:t>ہے اسلام میں۔</w:t>
      </w:r>
    </w:p>
    <w:p>
      <w:r>
        <w:rPr>
          <w:b/>
        </w:rPr>
        <w:t xml:space="preserve">[06:15] </w:t>
      </w:r>
      <w:r>
        <w:t>Yaani Khuda agar aap ko paisa de, aur us ko idhar udhar aap bekar kharch karein, toh Quran</w:t>
      </w:r>
    </w:p>
    <w:p>
      <w:pPr>
        <w:jc w:val="right"/>
      </w:pPr>
      <w:r>
        <w:t>یعنی خدا اگر آپ کو پیسہ دے، اور اس کو ادھر ادھر آپ بیکار خرچ کریں، تو قرآن</w:t>
      </w:r>
    </w:p>
    <w:p>
      <w:r>
        <w:rPr>
          <w:b/>
        </w:rPr>
        <w:t xml:space="preserve">[06:23] </w:t>
      </w:r>
      <w:r>
        <w:t>mein hai ke: INNAL MUBADHIREENA KANO IKHWAANASH SHAYATEEN.</w:t>
      </w:r>
    </w:p>
    <w:p>
      <w:pPr>
        <w:jc w:val="right"/>
      </w:pPr>
      <w:r>
        <w:t>میں ہے کہ: إِنَّ الْمُبَذِّرِينَ كَانُوا إِخْوَانَ الشَّيَاطِينَ۔</w:t>
      </w:r>
    </w:p>
    <w:p>
      <w:r>
        <w:rPr>
          <w:b/>
        </w:rPr>
        <w:t xml:space="preserve">[06:31] </w:t>
      </w:r>
      <w:r>
        <w:t>Paise ko idhar udhar chheentne wale Shaitan ke bhai hain.</w:t>
      </w:r>
    </w:p>
    <w:p>
      <w:pPr>
        <w:jc w:val="right"/>
      </w:pPr>
      <w:r>
        <w:t>پیسہ کو ادھر ادھر چھینٹنے والے شیطان کے بھائی ہیں۔</w:t>
      </w:r>
    </w:p>
    <w:p>
      <w:r>
        <w:rPr>
          <w:b/>
        </w:rPr>
        <w:t xml:space="preserve">[06:38] </w:t>
      </w:r>
      <w:r>
        <w:t>Yaani paisa aap ko Khuda de toh aap daawatein karein, bare bare function karein, logon ko</w:t>
      </w:r>
    </w:p>
    <w:p>
      <w:pPr>
        <w:jc w:val="right"/>
      </w:pPr>
      <w:r>
        <w:t>یعنی پیسہ آپ کو خدا دے تو آپ دعوتیں کریں، بڑے بڑے فنکشن کریں، لوگوں کو</w:t>
      </w:r>
    </w:p>
    <w:p>
      <w:r>
        <w:rPr>
          <w:b/>
        </w:rPr>
        <w:t xml:space="preserve">[06:46] </w:t>
      </w:r>
      <w:r>
        <w:t>khush karne ke liye kharch karein.</w:t>
      </w:r>
    </w:p>
    <w:p>
      <w:pPr>
        <w:jc w:val="right"/>
      </w:pPr>
      <w:r>
        <w:t>خوش کرنے کے لیے خرچ کریں۔</w:t>
      </w:r>
    </w:p>
    <w:p>
      <w:r>
        <w:rPr>
          <w:b/>
        </w:rPr>
        <w:t xml:space="preserve">[06:51] </w:t>
      </w:r>
      <w:r>
        <w:t>Toh yeh tabzeer hai, aur tabzeer karna Shaitan ka bhai banna hai.</w:t>
      </w:r>
    </w:p>
    <w:p>
      <w:pPr>
        <w:jc w:val="right"/>
      </w:pPr>
      <w:r>
        <w:t>تو یہ تبذیر ہے، اور تبذیر کرنا شیطان کا بھائی بننا ہے۔</w:t>
      </w:r>
    </w:p>
    <w:p>
      <w:r>
        <w:rPr>
          <w:b/>
        </w:rPr>
        <w:t xml:space="preserve">[06:56] </w:t>
      </w:r>
      <w:r>
        <w:t>Paise deta hai Khuda is liye ke aap apni need mein, apni zaroorat mein kharch karein.</w:t>
      </w:r>
    </w:p>
    <w:p>
      <w:pPr>
        <w:jc w:val="right"/>
      </w:pPr>
      <w:r>
        <w:t>پیسہ دیتا ہے خدا اس لیے کہ آپ اپنی نیڈ میں، اپنی ضرورت میں خرچ کریں۔</w:t>
      </w:r>
    </w:p>
    <w:p>
      <w:r>
        <w:rPr>
          <w:b/>
        </w:rPr>
        <w:t xml:space="preserve">[07:01] </w:t>
      </w:r>
      <w:r>
        <w:t>Zaroorat, real need, jo sachi zaroorat hai, us mein.</w:t>
      </w:r>
    </w:p>
    <w:p>
      <w:pPr>
        <w:jc w:val="right"/>
      </w:pPr>
      <w:r>
        <w:t>ضرورت، رئیل نیڈ، جو سچی ضرورت ہے، اس میں۔</w:t>
      </w:r>
    </w:p>
    <w:p>
      <w:r>
        <w:rPr>
          <w:b/>
        </w:rPr>
        <w:t xml:space="preserve">[07:06] </w:t>
      </w:r>
      <w:r>
        <w:t>Sachi zaroorat ke bahar jo paisa kharch kiya jaye ga, woh tabzeer hai.</w:t>
      </w:r>
    </w:p>
    <w:p>
      <w:pPr>
        <w:jc w:val="right"/>
      </w:pPr>
      <w:r>
        <w:t>سچی ضرورت کے باہر جو پیسہ خرچ کیا جائے گا، وہ تبذیر ہے۔</w:t>
      </w:r>
    </w:p>
    <w:p>
      <w:r>
        <w:rPr>
          <w:b/>
        </w:rPr>
        <w:t xml:space="preserve">[07:11] </w:t>
      </w:r>
      <w:r>
        <w:t>Aur tabzeer jo hai, woh</w:t>
      </w:r>
    </w:p>
    <w:p>
      <w:pPr>
        <w:jc w:val="right"/>
      </w:pPr>
      <w:r>
        <w:t>اور تبذیر جو ہے، وہ</w:t>
      </w:r>
    </w:p>
    <w:p>
      <w:r>
        <w:rPr>
          <w:b/>
        </w:rPr>
        <w:t xml:space="preserve">[07:16] </w:t>
      </w:r>
      <w:r>
        <w:t>shaitani tareeqa hai. to jab aap ne dekha ke ek aadmi wuzu kar raha hai, aur pani ko carelessly baha raha hai, to aap ne kaha ke aisa mat karo. is par bhi push hogi. to us ne kaha ke chahe main ek behti hui nadi ke kinare wuzu kar raha hoon, yaani abhi to ek lote mein pani le kar main wuzu</w:t>
      </w:r>
    </w:p>
    <w:p>
      <w:pPr>
        <w:jc w:val="right"/>
      </w:pPr>
      <w:r>
        <w:t>شیطانی طریقہ ہے۔ تو جب آپ نے دیکھا کہ ایک آدمی وضو کر رہا ہے، اور پانی کو کیئرلیسلی بہا رہا ہے، تو آپ نے کہا کہ ایسا مت کرو۔ اس پر بھی پوش ہوگی۔ تو اس نے کہا کہ چاہے میں ایک بہتی ہوئی ندی کے کنارے وضو کر رہا ہوں، یعنی ابھی تو ایک لوٹے میں پانی لے کر میں وض</w:t>
      </w:r>
    </w:p>
    <w:p>
      <w:r>
        <w:rPr>
          <w:b/>
        </w:rPr>
        <w:t xml:space="preserve">[07:46] </w:t>
      </w:r>
      <w:r>
        <w:t>wo kar raha hoon, tab ki yeh baat aap keh rahe hain ke, ya aap yeh keh rahe</w:t>
      </w:r>
    </w:p>
    <w:p>
      <w:pPr>
        <w:jc w:val="right"/>
      </w:pPr>
      <w:r>
        <w:t>و کر رہا ہوں، تب کی یہ بات آپ کہہ رہے ہیں کہ، یا آپ یہ کہہ رہے</w:t>
      </w:r>
    </w:p>
    <w:p>
      <w:r>
        <w:rPr>
          <w:b/>
        </w:rPr>
        <w:t xml:space="preserve">[07:54] </w:t>
      </w:r>
      <w:r>
        <w:t>hain ke jab pani ka bhandar ho, ek poori, ek pani ka river beh raha ho, toh wahan</w:t>
      </w:r>
    </w:p>
    <w:p>
      <w:pPr>
        <w:jc w:val="right"/>
      </w:pPr>
      <w:r>
        <w:t>ہیں کہ جب پانی کا بھنڈار ہو، ایک پوری، ایک پانی کا ریور بہہ رہا ہو، تو وہاں</w:t>
      </w:r>
    </w:p>
    <w:p>
      <w:r>
        <w:rPr>
          <w:b/>
        </w:rPr>
        <w:t xml:space="preserve">[08:02] </w:t>
      </w:r>
      <w:r>
        <w:t>bhi mujhe aise hi karna hai? Aap ne kaha ke: NAAM WALO KUNTA ALA NAHRI JAAREEN.</w:t>
      </w:r>
    </w:p>
    <w:p>
      <w:pPr>
        <w:jc w:val="right"/>
      </w:pPr>
      <w:r>
        <w:t>بھی مجھے ایسے ہی کرنا ہے؟ آپ نے کہا کہ: نَامْ وَلَوْ كُنْتَ عَلَى نَهْرٍ جَارٍ۔</w:t>
      </w:r>
    </w:p>
    <w:p>
      <w:r>
        <w:rPr>
          <w:b/>
        </w:rPr>
        <w:t xml:space="preserve">[08:10] </w:t>
      </w:r>
      <w:r>
        <w:t>Haan, agarche tum ek behti hui nadi ke kinare wuzu kar rahe ho, tab bhi.</w:t>
      </w:r>
    </w:p>
    <w:p>
      <w:pPr>
        <w:jc w:val="right"/>
      </w:pPr>
      <w:r>
        <w:t>ہاں، اگرچہ تم ایک بہتی ہوئی ندی کے کنارے وضو کر رہے ہو، تب بھی۔</w:t>
      </w:r>
    </w:p>
    <w:p>
      <w:r>
        <w:rPr>
          <w:b/>
        </w:rPr>
        <w:t xml:space="preserve">[08:18] </w:t>
      </w:r>
      <w:r>
        <w:t>is mein kya hai? dekhiye, ek baat yeh samajh lijiye ke hadith mein kya tareeqa hota hai. waqeyat ko point of reference ke taur par liya jata hai, aur har baat mein koi universal aspect hota hai. yahan par aap ne wuzu ke reference mein ek baat kahi, lekin is mein ek universal aspect hai.</w:t>
      </w:r>
    </w:p>
    <w:p>
      <w:pPr>
        <w:jc w:val="right"/>
      </w:pPr>
      <w:r>
        <w:t>اس میں کیا ہے؟ دیکھیے، ایک بات یہ سمجھ لیجیے کہ حدیث میں کیا طریقہ ہوتا ہے۔ واقعات کو پوائنٹ آف ریفرنس کے طور پر لیا جاتا ہے، اور ہر بات میں کوئی یونیورسل آسپیکٹ ہوتا ہے۔ یہاں پر آپ نے وضو کے ریفرنس میں ایک بات کہی، لیکن اس میں ایک یونیورسل آسپیکٹ ہے۔</w:t>
      </w:r>
    </w:p>
    <w:p>
      <w:r>
        <w:rPr>
          <w:b/>
        </w:rPr>
        <w:t xml:space="preserve">[08:48] </w:t>
      </w:r>
      <w:r>
        <w:t>kisi baat ko jab training ke taur par kaha jaye to ek reference chahiye.</w:t>
      </w:r>
    </w:p>
    <w:p>
      <w:pPr>
        <w:jc w:val="right"/>
      </w:pPr>
      <w:r>
        <w:t>کسی بات کو جب ٹریننگ کے طور پر کہا جائے تو ایک ریفرنس چاہیے۔</w:t>
      </w:r>
    </w:p>
    <w:p>
      <w:r>
        <w:rPr>
          <w:b/>
        </w:rPr>
        <w:t xml:space="preserve">[08:53] </w:t>
      </w:r>
      <w:r>
        <w:t>ek hai ke absolute ke taur par ek statement dein aap, us mein point of reference zaroorat nahi hoti.</w:t>
      </w:r>
    </w:p>
    <w:p>
      <w:pPr>
        <w:jc w:val="right"/>
      </w:pPr>
      <w:r>
        <w:t>ایک ہے کہ ایبسولیوٹ طور پر ایک اسٹیٹمنٹ دیں آپ، اس میں پوائنٹ آف ریفرنس ضرورت نہیں ہوتی۔</w:t>
      </w:r>
    </w:p>
    <w:p>
      <w:r>
        <w:rPr>
          <w:b/>
        </w:rPr>
        <w:t xml:space="preserve">[08:58] </w:t>
      </w:r>
      <w:r>
        <w:t>lekin training ke liye jab aap kahein, tarbiyat ke liye kahein, zehn banane ke liye kahein, to zaroori</w:t>
      </w:r>
    </w:p>
    <w:p>
      <w:pPr>
        <w:jc w:val="right"/>
      </w:pPr>
      <w:r>
        <w:t>لیکن ٹریننگ کے لیے جب آپ کہیں، تربیت کے لیے کہیں، ذہن بنانے کے لیے کہیں، تو ضروری</w:t>
      </w:r>
    </w:p>
    <w:p>
      <w:r>
        <w:rPr>
          <w:b/>
        </w:rPr>
        <w:t xml:space="preserve">[09:03] </w:t>
      </w:r>
      <w:r>
        <w:t>hai ke aap ke paas ek point of reference ho.</w:t>
      </w:r>
    </w:p>
    <w:p>
      <w:pPr>
        <w:jc w:val="right"/>
      </w:pPr>
      <w:r>
        <w:t>ہے کہ آپ کے پاس ایک پوائنٹ آف ریفرنس ہو۔</w:t>
      </w:r>
    </w:p>
    <w:p>
      <w:r>
        <w:rPr>
          <w:b/>
        </w:rPr>
        <w:t xml:space="preserve">[09:08] </w:t>
      </w:r>
      <w:r>
        <w:t>kyunke tabhi to mind address hoga.</w:t>
      </w:r>
    </w:p>
    <w:p>
      <w:pPr>
        <w:jc w:val="right"/>
      </w:pPr>
      <w:r>
        <w:t>کیونکہ تبھی تو مائنڈ ایڈریس ہوگا۔</w:t>
      </w:r>
    </w:p>
    <w:p>
      <w:r>
        <w:rPr>
          <w:b/>
        </w:rPr>
        <w:t xml:space="preserve">[09:14] </w:t>
      </w:r>
      <w:r>
        <w:t>absolute ke taur par jab kahein ge aap, to mind address nahi hoga.</w:t>
      </w:r>
    </w:p>
    <w:p>
      <w:pPr>
        <w:jc w:val="right"/>
      </w:pPr>
      <w:r>
        <w:t>ایبسولیوٹ طور پر جب کہیں گے آپ، تو مائنڈ ایڈریس نہیں ہوگا۔</w:t>
      </w:r>
    </w:p>
    <w:p>
      <w:r>
        <w:rPr>
          <w:b/>
        </w:rPr>
        <w:t xml:space="preserve">[09:19] </w:t>
      </w:r>
      <w:r>
        <w:t>to yahan par dekhiye, wuzu karne ke muamle ko aap ne point of reference ke taur par istemal</w:t>
      </w:r>
    </w:p>
    <w:p>
      <w:pPr>
        <w:jc w:val="right"/>
      </w:pPr>
      <w:r>
        <w:t>تو یہاں پر دیکھیے، وضو کرنے کے معاملے کو آپ نے پوائنٹ آف ریفرنس کے طور پر استعمال</w:t>
      </w:r>
    </w:p>
    <w:p>
      <w:r>
        <w:rPr>
          <w:b/>
        </w:rPr>
        <w:t xml:space="preserve">[09:23] </w:t>
      </w:r>
      <w:r>
        <w:t>kiya, aur ek general baat batai.</w:t>
      </w:r>
    </w:p>
    <w:p>
      <w:pPr>
        <w:jc w:val="right"/>
      </w:pPr>
      <w:r>
        <w:t>کیا، اور ایک جنرل بات بتائی۔</w:t>
      </w:r>
    </w:p>
    <w:p>
      <w:r>
        <w:rPr>
          <w:b/>
        </w:rPr>
        <w:t xml:space="preserve">[09:27] </w:t>
      </w:r>
      <w:r>
        <w:t>woh kya hai? zindagi mein israf se bachna.</w:t>
      </w:r>
    </w:p>
    <w:p>
      <w:pPr>
        <w:jc w:val="right"/>
      </w:pPr>
      <w:r>
        <w:t>وہ کیا ہے؟ زندگی میں اسراف سے بچنا۔</w:t>
      </w:r>
    </w:p>
    <w:p>
      <w:r>
        <w:rPr>
          <w:b/>
        </w:rPr>
        <w:t xml:space="preserve">[09:32] </w:t>
      </w:r>
      <w:r>
        <w:t>israf kehte hain ziyadati ko.</w:t>
      </w:r>
    </w:p>
    <w:p>
      <w:pPr>
        <w:jc w:val="right"/>
      </w:pPr>
      <w:r>
        <w:t>اسراف کہتے ہیں زیادتی کو۔</w:t>
      </w:r>
    </w:p>
    <w:p>
      <w:r>
        <w:rPr>
          <w:b/>
        </w:rPr>
        <w:t xml:space="preserve">[09:36] </w:t>
      </w:r>
      <w:r>
        <w:t>to kisi bhi cheez mein ziyadati.</w:t>
      </w:r>
    </w:p>
    <w:p>
      <w:pPr>
        <w:jc w:val="right"/>
      </w:pPr>
      <w:r>
        <w:t>تو کسی بھی چیز میں زیادتی۔</w:t>
      </w:r>
    </w:p>
    <w:p>
      <w:r>
        <w:rPr>
          <w:b/>
        </w:rPr>
        <w:t xml:space="preserve">[09:40] </w:t>
      </w:r>
      <w:r>
        <w:t>wuzu ka pani istemal karne mein bhi ziyadati se bachna hai.</w:t>
      </w:r>
    </w:p>
    <w:p>
      <w:pPr>
        <w:jc w:val="right"/>
      </w:pPr>
      <w:r>
        <w:t>وضو کا پانی استعمال کرنے میں بھی زیادتی سے بچنا ہے۔</w:t>
      </w:r>
    </w:p>
    <w:p>
      <w:r>
        <w:rPr>
          <w:b/>
        </w:rPr>
        <w:t xml:space="preserve">[09:44] </w:t>
      </w:r>
      <w:r>
        <w:t>aur poori zindagi</w:t>
      </w:r>
    </w:p>
    <w:p>
      <w:pPr>
        <w:jc w:val="right"/>
      </w:pPr>
      <w:r>
        <w:t>اور پوری زندگی</w:t>
      </w:r>
    </w:p>
    <w:p>
      <w:r>
        <w:rPr>
          <w:b/>
        </w:rPr>
        <w:t xml:space="preserve">[09:49] </w:t>
      </w:r>
      <w:r>
        <w:t>mein jo bhi muamlaat hote hain, sab mein israf se bachna hai.</w:t>
      </w:r>
    </w:p>
    <w:p>
      <w:pPr>
        <w:jc w:val="right"/>
      </w:pPr>
      <w:r>
        <w:t>میں جو بھی معاملات ہوتے ہیں، سب میں اسراف سے بچنا ہے۔</w:t>
      </w:r>
    </w:p>
    <w:p>
      <w:r>
        <w:rPr>
          <w:b/>
        </w:rPr>
        <w:t xml:space="preserve">[09:55] </w:t>
      </w:r>
      <w:r>
        <w:t>chahe khana peena ho, chahe furniture ho, chahe ghar banana ho, chahe koi function karna ho, har jagah</w:t>
      </w:r>
    </w:p>
    <w:p>
      <w:pPr>
        <w:jc w:val="right"/>
      </w:pPr>
      <w:r>
        <w:t>چاہے کھانا پینا ہو، چاہے فرنیچر ہو، چاہے گھر بنانا ہو، چاہے کوئی فنکشن کرنا ہو، ہر جگہ</w:t>
      </w:r>
    </w:p>
    <w:p>
      <w:r>
        <w:rPr>
          <w:b/>
        </w:rPr>
        <w:t xml:space="preserve">[10:01] </w:t>
      </w:r>
      <w:r>
        <w:t>israf ka muamla hai.</w:t>
      </w:r>
    </w:p>
    <w:p>
      <w:pPr>
        <w:jc w:val="right"/>
      </w:pPr>
      <w:r>
        <w:t>اسراف کا معاملہ ہے۔</w:t>
      </w:r>
    </w:p>
    <w:p>
      <w:r>
        <w:rPr>
          <w:b/>
        </w:rPr>
        <w:t xml:space="preserve">[10:07] </w:t>
      </w:r>
      <w:r>
        <w:t>to israf ek principle hai Islam ke mutabiq zindagi ka.</w:t>
      </w:r>
    </w:p>
    <w:p>
      <w:pPr>
        <w:jc w:val="right"/>
      </w:pPr>
      <w:r>
        <w:t>تو اسراف ایک پرنسپل ہے اسلام کے مطابق زندگی کا۔</w:t>
      </w:r>
    </w:p>
    <w:p>
      <w:r>
        <w:rPr>
          <w:b/>
        </w:rPr>
        <w:t xml:space="preserve">[10:14] </w:t>
      </w:r>
      <w:r>
        <w:t>hamesha economy bartna, hamesha kifayat shiyari bartna</w:t>
      </w:r>
    </w:p>
    <w:p>
      <w:pPr>
        <w:jc w:val="right"/>
      </w:pPr>
      <w:r>
        <w:t>ہمیشہ اکانومی برتنا، ہمیشہ کفایت شعاری برتنا</w:t>
      </w:r>
    </w:p>
    <w:p>
      <w:r>
        <w:rPr>
          <w:b/>
        </w:rPr>
        <w:t xml:space="preserve">[10:20] </w:t>
      </w:r>
      <w:r>
        <w:t>hamesha ehtiyat ke sath mamla karna. aur yeh taluq sirf pani se nahi hai. yeh taluq sirf paise se nahi hai. paise se, time se, aap ki tawajjah se, har cheez se hai. jo kuch bhi Khuda ne aap ko diya hai, aap ko Khuda ne time diya hai, aap ko Khuda ne paisa diya hai, jo kuch bhi diya hai, aap ko muscle power diya hai, aap ko health diya hai, to har</w:t>
      </w:r>
    </w:p>
    <w:p>
      <w:pPr>
        <w:jc w:val="right"/>
      </w:pPr>
      <w:r>
        <w:t>، ہمیشہ احتیاط کے ساتھ معاملہ کرنا۔ اور یہ تعلق صرف پانی سے نہیں ہے۔ یہ تعلق صرف پیسے سے نہیں ہے۔ پیسے سے، ٹائم سے، آپ کی توجہ سے، ہر چیز سے ہے۔ جو کچھ بھی خدا نے آپ کو دیا ہے، آپ کو خدا نے ٹائم دیا ہے، آپ کو خدا نے پیسہ دیا ہے، جو کچھ بھی دیا ہے، آپ کو مسل پاور دیا ہے، آپ کو ہیلتھ دیا ہے، تو ہر</w:t>
      </w:r>
    </w:p>
    <w:p>
      <w:r>
        <w:rPr>
          <w:b/>
        </w:rPr>
        <w:t xml:space="preserve">[10:50] </w:t>
      </w:r>
      <w:r>
        <w:t>cheez ko bohat hi careful tareeqe se istemal karna.</w:t>
      </w:r>
    </w:p>
    <w:p>
      <w:pPr>
        <w:jc w:val="right"/>
      </w:pPr>
      <w:r>
        <w:t>چیز کو بہت ہی کیئرفل طریقے سے استعمال کرنا۔</w:t>
      </w:r>
    </w:p>
    <w:p>
      <w:r>
        <w:rPr>
          <w:b/>
        </w:rPr>
        <w:t xml:space="preserve">[10:55] </w:t>
      </w:r>
      <w:r>
        <w:t>yeh hai matlab is ka.</w:t>
      </w:r>
    </w:p>
    <w:p>
      <w:pPr>
        <w:jc w:val="right"/>
      </w:pPr>
      <w:r>
        <w:t>یہ ہے مطلب اس کا۔</w:t>
      </w:r>
    </w:p>
    <w:p>
      <w:r>
        <w:rPr>
          <w:b/>
        </w:rPr>
        <w:t xml:space="preserve">[11:00] </w:t>
      </w:r>
      <w:r>
        <w:t>jo kuch bhi Khuda ne aap ko diya hai, us ko careful tareeqe par istemal karo.</w:t>
      </w:r>
    </w:p>
    <w:p>
      <w:pPr>
        <w:jc w:val="right"/>
      </w:pPr>
      <w:r>
        <w:t>جو کچھ بھی خدا نے آپ کو دیا ہے، اس کو کیئرفل طریقے پر استعمال کرو۔</w:t>
      </w:r>
    </w:p>
    <w:p>
      <w:r>
        <w:rPr>
          <w:b/>
        </w:rPr>
        <w:t xml:space="preserve">[11:05] </w:t>
      </w:r>
      <w:r>
        <w:t>isi ko aap ne farmaya ke: وَلَوْ كُنْتَ عَلَى نَهْرٍ جَارٍ۔</w:t>
      </w:r>
    </w:p>
    <w:p>
      <w:pPr>
        <w:jc w:val="right"/>
      </w:pPr>
      <w:r>
        <w:t>اسی کو آپ نے فرمایا کہ: وَلَوْ كُنْتَ عَلَى نَهْرٍ جَارٍ۔</w:t>
      </w:r>
    </w:p>
    <w:p>
      <w:r>
        <w:rPr>
          <w:b/>
        </w:rPr>
        <w:t xml:space="preserve">[11:10] </w:t>
      </w:r>
      <w:r>
        <w:t>yani behti hui nadi ke kinare ho tum, tab bhi pani ko careless ke taur par istemal mat karo.</w:t>
      </w:r>
    </w:p>
    <w:p>
      <w:pPr>
        <w:jc w:val="right"/>
      </w:pPr>
      <w:r>
        <w:t>یعنی بہتی ہوئی ندی کے کنارے ہو تم، تب بھی پانی کو کیئرلیس طور پر استعمال مت کرو۔</w:t>
      </w:r>
    </w:p>
    <w:p>
      <w:r>
        <w:rPr>
          <w:b/>
        </w:rPr>
        <w:t xml:space="preserve">[11:15] </w:t>
      </w:r>
      <w:r>
        <w:t>ehtiyat ke sath istemal karo.</w:t>
      </w:r>
    </w:p>
    <w:p>
      <w:pPr>
        <w:jc w:val="right"/>
      </w:pPr>
      <w:r>
        <w:t>احتیاط کے ساتھ استعمال کرو۔</w:t>
      </w:r>
    </w:p>
    <w:p>
      <w:r>
        <w:rPr>
          <w:b/>
        </w:rPr>
        <w:t xml:space="preserve">[11:20] </w:t>
      </w:r>
      <w:r>
        <w:t>to yeh wuzu ke reference mein ek universal baat kahi gayi hai. poori zindagi ko hum kaise, poori zindagi ki planning se is ka taluq hai. bohat hi conscious planning honi chahiye zindagi ki. is mein yeh bhi shamil hai ke aap ek aisa step lein jis ka koi result na nikalne wala ho, is mein paisa kharch karein, is mein time kharch karein, to woh bhi aap shi</w:t>
      </w:r>
    </w:p>
    <w:p>
      <w:pPr>
        <w:jc w:val="right"/>
      </w:pPr>
      <w:r>
        <w:t>تو یہ وضو کے ریفرنس میں ایک یونیورسل بات کہی گئی ہے۔ پوری زندگی کو ہم کیسے، پوری زندگی کی پلاننگ سے اس کا تعلق ہے۔ بہت ہی کاشس پلاننگ ہونی چاہیے زندگی کی۔ اس میں یہ بھی شامل ہے کہ آپ ایک ایسا اسٹیپ لیں جس کا کوئی رزلٹ نہ نکلنے والا ہو، اس میں پیسہ خرچ کریں، اس میں ٹائم خرچ کریں، تو وہ بھی آپ شی</w:t>
      </w:r>
    </w:p>
    <w:p>
      <w:r>
        <w:rPr>
          <w:b/>
        </w:rPr>
        <w:t xml:space="preserve">[11:50] </w:t>
      </w:r>
      <w:r>
        <w:t>tan ke bhai banna hai.</w:t>
      </w:r>
    </w:p>
    <w:p>
      <w:pPr>
        <w:jc w:val="right"/>
      </w:pPr>
      <w:r>
        <w:t>طان کے بھائی بننا ہے۔</w:t>
      </w:r>
    </w:p>
    <w:p>
      <w:r>
        <w:rPr>
          <w:b/>
        </w:rPr>
        <w:t xml:space="preserve">[11:56] </w:t>
      </w:r>
      <w:r>
        <w:t>yani khuda ne aap ko jo time diya hai, jo paisa diya hai, us ko aik aisay iqdam</w:t>
      </w:r>
    </w:p>
    <w:p>
      <w:pPr>
        <w:jc w:val="right"/>
      </w:pPr>
      <w:r>
        <w:t>یعنی خدا نے آپ کو جو ٹائم دیا ہے، جو پیسہ دیا ہے، اس کو ایک ایسے اقدام</w:t>
      </w:r>
    </w:p>
    <w:p>
      <w:r>
        <w:rPr>
          <w:b/>
        </w:rPr>
        <w:t xml:space="preserve">[12:02] </w:t>
      </w:r>
      <w:r>
        <w:t>ke liye, aik aisay action ke liye kharch karein jo kuch bhi nahi, natija nahi, koi natija na</w:t>
      </w:r>
    </w:p>
    <w:p>
      <w:pPr>
        <w:jc w:val="right"/>
      </w:pPr>
      <w:r>
        <w:t>کے لیے، ایک ایسے ایکشن کے لیے خرچ کریں جو کچھ بھی نہیں، نتیجہ نہیں، کوئی نتیجہ نہ</w:t>
      </w:r>
    </w:p>
    <w:p>
      <w:r>
        <w:rPr>
          <w:b/>
        </w:rPr>
        <w:t xml:space="preserve">[12:08] </w:t>
      </w:r>
      <w:r>
        <w:t>nikle is ka, to aap ne israf kiya.</w:t>
      </w:r>
    </w:p>
    <w:p>
      <w:pPr>
        <w:jc w:val="right"/>
      </w:pPr>
      <w:r>
        <w:t>نکلے اس کا، تو آپ نے اسراف کیا۔</w:t>
      </w:r>
    </w:p>
    <w:p>
      <w:r>
        <w:rPr>
          <w:b/>
        </w:rPr>
        <w:t xml:space="preserve">[12:14] </w:t>
      </w:r>
      <w:r>
        <w:t>to chahe aap pass bohat ziyada time ho, tab bhi</w:t>
      </w:r>
    </w:p>
    <w:p>
      <w:pPr>
        <w:jc w:val="right"/>
      </w:pPr>
      <w:r>
        <w:t>تو چاہے آپ پاس بہت زیادہ ٹائم ہو، تب بھی</w:t>
      </w:r>
    </w:p>
    <w:p>
      <w:r>
        <w:rPr>
          <w:b/>
        </w:rPr>
        <w:t xml:space="preserve">[12:20] </w:t>
      </w:r>
      <w:r>
        <w:t>aap ko careful rehna hai time ke istemal mein.</w:t>
      </w:r>
    </w:p>
    <w:p>
      <w:pPr>
        <w:jc w:val="right"/>
      </w:pPr>
      <w:r>
        <w:t>آپ کو کیئرفل رہنا ہے ٹائم کے استعمال میں۔</w:t>
      </w:r>
    </w:p>
    <w:p>
      <w:r>
        <w:rPr>
          <w:b/>
        </w:rPr>
        <w:t xml:space="preserve">[12:26] </w:t>
      </w:r>
      <w:r>
        <w:t>bohat ziyada paisa ho, tab bhi aap ko carelessly is ko kharch nahi karna hai.</w:t>
      </w:r>
    </w:p>
    <w:p>
      <w:pPr>
        <w:jc w:val="right"/>
      </w:pPr>
      <w:r>
        <w:t>بہت زیادہ پیسہ ہو، تب بھی آپ کو کیئرلیسلی اس کو خرچ نہیں کرنا ہے۔</w:t>
      </w:r>
    </w:p>
    <w:p>
      <w:r>
        <w:rPr>
          <w:b/>
        </w:rPr>
        <w:t xml:space="preserve">[12:33] </w:t>
      </w:r>
      <w:r>
        <w:t>bohat ziyada aap saathi hon, bohat ziyada aap pass resources hon, kuch bhi ho, lekin israf se hamesha bachna hai.</w:t>
      </w:r>
    </w:p>
    <w:p>
      <w:pPr>
        <w:jc w:val="right"/>
      </w:pPr>
      <w:r>
        <w:t>بہت زیادہ آپ ساتھی ہوں، بہت زیادہ آپ پاس ریسورسز ہوں، کچھ بھی ہو، لیکن اسراف سے ہمیشہ بچنا ہے۔</w:t>
      </w:r>
    </w:p>
    <w:p>
      <w:r>
        <w:rPr>
          <w:b/>
        </w:rPr>
        <w:t xml:space="preserve">[12:39] </w:t>
      </w:r>
      <w:r>
        <w:t>to yahan par aap ne wuzu ke reference mein poori zindagi ke bare mein aik baat kahi.</w:t>
      </w:r>
    </w:p>
    <w:p>
      <w:pPr>
        <w:jc w:val="right"/>
      </w:pPr>
      <w:r>
        <w:t>تو یہاں پر آپ نے وضو کے ریفرنس میں پوری زندگی کے بارے میں ایک بات کہی۔</w:t>
      </w:r>
    </w:p>
    <w:p>
      <w:r>
        <w:rPr>
          <w:b/>
        </w:rPr>
        <w:t xml:space="preserve">[12:45] </w:t>
      </w:r>
      <w:r>
        <w:t>to muslim woh hai,</w:t>
      </w:r>
    </w:p>
    <w:p>
      <w:pPr>
        <w:jc w:val="right"/>
      </w:pPr>
      <w:r>
        <w:t>تو مسلم وہ ہے،</w:t>
      </w:r>
    </w:p>
    <w:p>
      <w:r>
        <w:rPr>
          <w:b/>
        </w:rPr>
        <w:t xml:space="preserve">[12:51] </w:t>
      </w:r>
      <w:r>
        <w:t>ya true believer woh hai, jo poori zindagi ko, yani disciplined way mein kharch kare.</w:t>
      </w:r>
    </w:p>
    <w:p>
      <w:pPr>
        <w:jc w:val="right"/>
      </w:pPr>
      <w:r>
        <w:t>یا ٹرو بیلیور وہ ہے، جو پوری زندگی کو، یعنی ڈسپلنڈ وے میں خرچ کرے۔</w:t>
      </w:r>
    </w:p>
    <w:p>
      <w:r>
        <w:rPr>
          <w:b/>
        </w:rPr>
        <w:t xml:space="preserve">[12:58] </w:t>
      </w:r>
      <w:r>
        <w:t>cautious ban jaye.</w:t>
      </w:r>
    </w:p>
    <w:p>
      <w:pPr>
        <w:jc w:val="right"/>
      </w:pPr>
      <w:r>
        <w:t>کاشس بن جائے۔</w:t>
      </w:r>
    </w:p>
    <w:p>
      <w:r>
        <w:rPr>
          <w:b/>
        </w:rPr>
        <w:t xml:space="preserve">[13:04] </w:t>
      </w:r>
      <w:r>
        <w:t>ehtiyat ke sath har kaam kare.</w:t>
      </w:r>
    </w:p>
    <w:p>
      <w:pPr>
        <w:jc w:val="right"/>
      </w:pPr>
      <w:r>
        <w:t>احتیاط کے ساتھ ہر کام کرے۔</w:t>
      </w:r>
    </w:p>
    <w:p>
      <w:r>
        <w:rPr>
          <w:b/>
        </w:rPr>
        <w:t xml:space="preserve">[13:10] </w:t>
      </w:r>
      <w:r>
        <w:t>apne shaoor ko har waqt bedar rakhe.</w:t>
      </w:r>
    </w:p>
    <w:p>
      <w:pPr>
        <w:jc w:val="right"/>
      </w:pPr>
      <w:r>
        <w:t>اپنے شعور کو ہر وقت بیدار رکھے۔</w:t>
      </w:r>
    </w:p>
    <w:p>
      <w:r>
        <w:rPr>
          <w:b/>
        </w:rPr>
        <w:t xml:space="preserve">[13:17] </w:t>
      </w:r>
      <w:r>
        <w:t>aik lafz mein aap yeh keh sakte hain ke is ki har cheez result oriented ho.</w:t>
      </w:r>
    </w:p>
    <w:p>
      <w:pPr>
        <w:jc w:val="right"/>
      </w:pPr>
      <w:r>
        <w:t>ایک لفظ میں آپ یہ کہہ سکتے ہیں کہ اس کی ہر چیز رزلٹ اورینٹڈ ہو۔</w:t>
      </w:r>
    </w:p>
    <w:p>
      <w:r>
        <w:rPr>
          <w:b/>
        </w:rPr>
        <w:t xml:space="preserve">[13:23] </w:t>
      </w:r>
      <w:r>
        <w:t>be natija kaam woh koi na kare.</w:t>
      </w:r>
    </w:p>
    <w:p>
      <w:pPr>
        <w:jc w:val="right"/>
      </w:pPr>
      <w:r>
        <w:t>بے نتیجہ کام وہ کوئی نہ کرے۔</w:t>
      </w:r>
    </w:p>
    <w:p>
      <w:r>
        <w:rPr>
          <w:b/>
        </w:rPr>
        <w:t xml:space="preserve">[13:28] </w:t>
      </w:r>
      <w:r>
        <w:t>yeh hai aik bohat hi basic principle Islam ka.</w:t>
      </w:r>
    </w:p>
    <w:p>
      <w:pPr>
        <w:jc w:val="right"/>
      </w:pPr>
      <w:r>
        <w:t>یہ ہے ایک بہت ہی بیسک پرنسپل اسلام کا۔</w:t>
      </w:r>
    </w:p>
    <w:p>
      <w:r>
        <w:rPr>
          <w:b/>
        </w:rPr>
        <w:t xml:space="preserve">[13:33] </w:t>
      </w:r>
      <w:r>
        <w:t>to rasool Allah ne is principle ko wuzu ke reference mein clear kiya.</w:t>
      </w:r>
    </w:p>
    <w:p>
      <w:pPr>
        <w:jc w:val="right"/>
      </w:pPr>
      <w:r>
        <w:t>تو رسول اللہ نے اس پرنسپل کو وضو کے ریفرنس میں کلیئر کیا۔</w:t>
      </w:r>
    </w:p>
    <w:p>
      <w:r>
        <w:rPr>
          <w:b/>
        </w:rPr>
        <w:t xml:space="preserve">[13:38] </w:t>
      </w:r>
      <w:r>
        <w:t>kyun ke jab aadmi wuzu kar raha tha to is ka dhiyan tayyar tha bilkul wuzu ke reference se</w:t>
      </w:r>
    </w:p>
    <w:p>
      <w:pPr>
        <w:jc w:val="right"/>
      </w:pPr>
      <w:r>
        <w:t>کیونکہ جب آدمی وضو کر رہا تھا تو اس کا دھیان تیار تھا بالکل وضو کے ریفرنس سے</w:t>
      </w:r>
    </w:p>
    <w:p>
      <w:r>
        <w:rPr>
          <w:b/>
        </w:rPr>
        <w:t xml:space="preserve">[13:43] </w:t>
      </w:r>
      <w:r>
        <w:t>baat sunne ke liye.</w:t>
      </w:r>
    </w:p>
    <w:p>
      <w:pPr>
        <w:jc w:val="right"/>
      </w:pPr>
      <w:r>
        <w:t>بات سننے کے لیے۔</w:t>
      </w:r>
    </w:p>
    <w:p>
      <w:r>
        <w:rPr>
          <w:b/>
        </w:rPr>
        <w:t xml:space="preserve">[13:48] </w:t>
      </w:r>
      <w:r>
        <w:t>agar aap absolute tor par kehte to is ka mind address na hota. is</w:t>
      </w:r>
    </w:p>
    <w:p>
      <w:pPr>
        <w:jc w:val="right"/>
      </w:pPr>
      <w:r>
        <w:t>اگر آپ ایبسولیوٹ طور پر کہتے تو اس کا مائنڈ ایڈریس نہ ہوتا۔ اس</w:t>
      </w:r>
    </w:p>
    <w:p>
      <w:r>
        <w:rPr>
          <w:b/>
        </w:rPr>
        <w:t xml:space="preserve">[13:53] </w:t>
      </w:r>
      <w:r>
        <w:t>jis mamle mein, jis pehlu se aadmi ka mind prepare ho, usi ke reference se baat karni parti hai. isi ka naam hai sachi training. yeh tha Paighambar Islam ka tareeqa. aise hi dekhiye, ke aap ne dekha kisi aadmi ko</w:t>
      </w:r>
    </w:p>
    <w:p>
      <w:pPr>
        <w:jc w:val="right"/>
      </w:pPr>
      <w:r>
        <w:t>جس معاملے میں، جس پہلو سے آدمی کا مائنڈ پریپیئر ہو، اسی کے ریفرنس سے بات کرنی پڑتی ہے۔ اسی کا نام ہے سچی ٹریننگ۔ یہ تھا پیغمبر اسلام کا طریقہ۔ ایسے ہی دیکھیے، کہ آپ نے دیکھا کسی آدمی کو</w:t>
      </w:r>
    </w:p>
    <w:p>
      <w:r>
        <w:rPr>
          <w:b/>
        </w:rPr>
        <w:t xml:space="preserve">[14:23] </w:t>
      </w:r>
      <w:r>
        <w:t>ke apne mamle mein to kuch uska tareeqa hai, doosre ke mamle mein kuch tareeqa hai. yaani apne bete ko to chahta hai ke woh khoob achi tarah parhai kare, aur doosre ke bete ko woh uksa raha hai ke woh ja kar ladai lade, ja kar ke jaloos, jaloos mein nikle, naaray aur jhanda ka tareeqa ikhtiyar kare. to apne bete ko to chahta hai ke woh khoob dhyan se</w:t>
      </w:r>
    </w:p>
    <w:p>
      <w:pPr>
        <w:jc w:val="right"/>
      </w:pPr>
      <w:r>
        <w:t>کہ اپنے معاملے میں تو کچھ اس کا طریقہ ہے، دوسرے کے معاملے میں کچھ طریقہ ہے۔ یعنی اپنے بیٹے کو تو چاہتا ہے کہ وہ خوب اچھی طرح پڑھائی کرے، اور دوسرے کے بیٹے کو وہ اکسا رہا ہے کہ وہ جا کر لڑائی لڑے، جا کر کے جلوس، جلوس میں نکلے، نعرہ اور جھنڈا کا طریقہ اختیار کرے۔ تو اپنے بیٹے کو تو چاہتا ہے کہ وہ خوب دھیان سے</w:t>
      </w:r>
    </w:p>
    <w:p>
      <w:r>
        <w:rPr>
          <w:b/>
        </w:rPr>
        <w:t xml:space="preserve">[14:53] </w:t>
      </w:r>
      <w:r>
        <w:t>taleem hasil kare, education, aur doosre ke beton ke liye woh jazbati dhakne kar raha hai, woh uksa raha hai ke jayein jaloos mein aur jhanday mein aur takrao wale rastay par. to is tarah ka mahol kisi mauqe par dekha aap ne, to aap ne kaha ke momin kaun hai? momin ki tareef ki aap ne ke: an</w:t>
      </w:r>
    </w:p>
    <w:p>
      <w:pPr>
        <w:jc w:val="right"/>
      </w:pPr>
      <w:r>
        <w:t>تعلیم حاصل کرے، ایجوکیشن، اور دوسرے کے بیٹوں کے لیے وہ جذباتی دھکنے کر رہا ہے، وہ اکسا رہا ہے کہ جائیں جلوس میں اور جھنڈے میں اور ٹکراؤ والے راستے پر۔ تو اس طرح کا ماحول کسی موقع پر دیکھا آپ نے، تو آپ نے کہا کہ مومن کون ہے؟ مومن کی تعریف کی آپ نے کہ: أَن</w:t>
      </w:r>
    </w:p>
    <w:p>
      <w:r>
        <w:rPr>
          <w:b/>
        </w:rPr>
        <w:t xml:space="preserve">[15:23] </w:t>
      </w:r>
      <w:r>
        <w:t>ْ yuhbibbu linafsihi.</w:t>
      </w:r>
    </w:p>
    <w:p>
      <w:pPr>
        <w:jc w:val="right"/>
      </w:pPr>
      <w:r>
        <w:t>ْ يَحِبَّ لِنَفْسِهِ۔</w:t>
      </w:r>
    </w:p>
    <w:p>
      <w:r>
        <w:rPr>
          <w:b/>
        </w:rPr>
        <w:t xml:space="preserve">[15:31] </w:t>
      </w:r>
      <w:r>
        <w:t>momin woh hai jo doosron ke liye bhi wahi pasand karaye kare jo woh apne liye pasand karta hai.</w:t>
      </w:r>
    </w:p>
    <w:p>
      <w:pPr>
        <w:jc w:val="right"/>
      </w:pPr>
      <w:r>
        <w:t>مومن وہ ہے جو دوسروں کے لیے بھی وہی پسند کرائے کرے جو وہ اپنے لیے پسند کرتا ہے۔</w:t>
      </w:r>
    </w:p>
    <w:p>
      <w:r>
        <w:rPr>
          <w:b/>
        </w:rPr>
        <w:t xml:space="preserve">[15:39] </w:t>
      </w:r>
      <w:r>
        <w:t>momin woh hai jo doosron ke liye bhi wahi pasand kare jo woh apne liye pasand karta hai.</w:t>
      </w:r>
    </w:p>
    <w:p>
      <w:pPr>
        <w:jc w:val="right"/>
      </w:pPr>
      <w:r>
        <w:t>مومن وہ ہے جو دوسروں کے لیے بھی وہی پسند کرے جو وہ اپنے لیے پسند کرتا ہے۔</w:t>
      </w:r>
    </w:p>
    <w:p>
      <w:r>
        <w:rPr>
          <w:b/>
        </w:rPr>
        <w:t xml:space="preserve">[15:47] </w:t>
      </w:r>
      <w:r>
        <w:t>bas apne liye pasand karta hai ke is ke bete ke future bane,</w:t>
      </w:r>
    </w:p>
    <w:p>
      <w:pPr>
        <w:jc w:val="right"/>
      </w:pPr>
      <w:r>
        <w:t>بس اپنے لیے پسند کرتا ہے کہ اس کے بیٹے کے فیوچر بنے،</w:t>
      </w:r>
    </w:p>
    <w:p>
      <w:r>
        <w:rPr>
          <w:b/>
        </w:rPr>
        <w:t xml:space="preserve">[15:55] </w:t>
      </w:r>
      <w:r>
        <w:t>to ab doosre ke bete ke liye bhi yahi chahna chahiye ke is ka future bane.</w:t>
      </w:r>
    </w:p>
    <w:p>
      <w:pPr>
        <w:jc w:val="right"/>
      </w:pPr>
      <w:r>
        <w:t>تو اب دوسرے کے بیٹے کے لیے بھی یہی چاہنا چاہیے کہ اس کا فیوچر بنے۔</w:t>
      </w:r>
    </w:p>
    <w:p>
      <w:r>
        <w:rPr>
          <w:b/>
        </w:rPr>
        <w:t xml:space="preserve">[16:02] </w:t>
      </w:r>
      <w:r>
        <w:t>jaise aaj kal mein abhi mein sun raha tha radio mein, rozana aati hai khabrein, suicide bombing.</w:t>
      </w:r>
    </w:p>
    <w:p>
      <w:pPr>
        <w:jc w:val="right"/>
      </w:pPr>
      <w:r>
        <w:t>جیسے آج کل میں ابھی میں سن رہا تھا ریڈیو میں، روزانہ آتی ہے خبریں، سوسائیڈ بمبنگ۔</w:t>
      </w:r>
    </w:p>
    <w:p>
      <w:r>
        <w:rPr>
          <w:b/>
        </w:rPr>
        <w:t xml:space="preserve">[16:10] </w:t>
      </w:r>
      <w:r>
        <w:t>jo log suicide bombing ko justify karte hain, unke bete khoob padhai likhai kar ke taraqqi kar rahe hain.</w:t>
      </w:r>
    </w:p>
    <w:p>
      <w:pPr>
        <w:jc w:val="right"/>
      </w:pPr>
      <w:r>
        <w:t>جو لوگ سوسائیڈ بمبنگ کو جسٹیفائی کرتے ہیں، ان کے بیٹے خوب پڑھائی لکھائی کر کے ترقی کر رہے ہیں۔</w:t>
      </w:r>
    </w:p>
    <w:p>
      <w:r>
        <w:rPr>
          <w:b/>
        </w:rPr>
        <w:t xml:space="preserve">[16:17] </w:t>
      </w:r>
      <w:r>
        <w:t>yeh baat mein jaan kar keh raha hoon ke</w:t>
      </w:r>
    </w:p>
    <w:p>
      <w:pPr>
        <w:jc w:val="right"/>
      </w:pPr>
      <w:r>
        <w:t>یہ بات میں جان کر کہہ رہا ہوں کہ</w:t>
      </w:r>
    </w:p>
    <w:p>
      <w:r>
        <w:rPr>
          <w:b/>
        </w:rPr>
        <w:t xml:space="preserve">[16:25] </w:t>
      </w:r>
      <w:r>
        <w:t>doosron ko jo shirin taqreerein kar kar ke suicide bombing par ke raste par daalte hain, doosron ko</w:t>
      </w:r>
    </w:p>
    <w:p>
      <w:pPr>
        <w:jc w:val="right"/>
      </w:pPr>
      <w:r>
        <w:t>دوسروں کو جو شیریں تقریریں کر کر کے سوسائیڈ بمبنگ پر کے راستے پر ڈالتے ہیں، دوسروں کو</w:t>
      </w:r>
    </w:p>
    <w:p>
      <w:r>
        <w:rPr>
          <w:b/>
        </w:rPr>
        <w:t xml:space="preserve">[16:31] </w:t>
      </w:r>
      <w:r>
        <w:t>jalsa jaloos ki siyasat mein daalte hain, aur khud apne bete ko khoob achhi padhai padha kar ke</w:t>
      </w:r>
    </w:p>
    <w:p>
      <w:pPr>
        <w:jc w:val="right"/>
      </w:pPr>
      <w:r>
        <w:t>جلسہ جلوس کی سیاست میں ڈالتے ہیں، اور خود اپنے بیٹے کو خوب اچھی پڑھائی پڑھا کر کے</w:t>
      </w:r>
    </w:p>
    <w:p>
      <w:r>
        <w:rPr>
          <w:b/>
        </w:rPr>
        <w:t xml:space="preserve">[16:37] </w:t>
      </w:r>
      <w:r>
        <w:t>zindagi mein taraqqi ka rasta dikha rahe hain, yeh aam hai yeh baat.</w:t>
      </w:r>
    </w:p>
    <w:p>
      <w:pPr>
        <w:jc w:val="right"/>
      </w:pPr>
      <w:r>
        <w:t>زندگی میں ترقی کا راستہ دکھا رہے ہیں، یہ عام ہے یہ بات۔</w:t>
      </w:r>
    </w:p>
    <w:p>
      <w:r>
        <w:rPr>
          <w:b/>
        </w:rPr>
        <w:t xml:space="preserve">[16:43] </w:t>
      </w:r>
      <w:r>
        <w:t>to yeh imaan nahi hai.</w:t>
      </w:r>
    </w:p>
    <w:p>
      <w:pPr>
        <w:jc w:val="right"/>
      </w:pPr>
      <w:r>
        <w:t>تو یہ ایمان نہیں ہے۔</w:t>
      </w:r>
    </w:p>
    <w:p>
      <w:r>
        <w:rPr>
          <w:b/>
        </w:rPr>
        <w:t xml:space="preserve">[16:49] </w:t>
      </w:r>
      <w:r>
        <w:t>yeh momin ki pehchan nahi hai.</w:t>
      </w:r>
    </w:p>
    <w:p>
      <w:pPr>
        <w:jc w:val="right"/>
      </w:pPr>
      <w:r>
        <w:t>یہ مومن کی پہچان نہیں ہے۔</w:t>
      </w:r>
    </w:p>
    <w:p>
      <w:r>
        <w:rPr>
          <w:b/>
        </w:rPr>
        <w:t xml:space="preserve">[16:55] </w:t>
      </w:r>
      <w:r>
        <w:t>yeh muslim ka tareeqa nahi hai.</w:t>
      </w:r>
    </w:p>
    <w:p>
      <w:pPr>
        <w:jc w:val="right"/>
      </w:pPr>
      <w:r>
        <w:t>یہ مسلم کا طریقہ نہیں ہے۔</w:t>
      </w:r>
    </w:p>
    <w:p>
      <w:r>
        <w:rPr>
          <w:b/>
        </w:rPr>
        <w:t xml:space="preserve">[17:01] </w:t>
      </w:r>
      <w:r>
        <w:t>to aap ne bataya ke muslim Khuda ka sachha banda woh hai jis ka yeh haal ho ke</w:t>
      </w:r>
    </w:p>
    <w:p>
      <w:pPr>
        <w:jc w:val="right"/>
      </w:pPr>
      <w:r>
        <w:t>تو آپ نے بتایا کہ مسلم خدا کا سچا بندہ وہ ہے جس کا یہ حال ہو کہ</w:t>
      </w:r>
    </w:p>
    <w:p>
      <w:r>
        <w:rPr>
          <w:b/>
        </w:rPr>
        <w:t xml:space="preserve">[17:06] </w:t>
      </w:r>
      <w:r>
        <w:t>woh jo kuch apne liye pasand kar raha hai, apne liye, apne bete ke liye, apne ghar walon</w:t>
      </w:r>
    </w:p>
    <w:p>
      <w:pPr>
        <w:jc w:val="right"/>
      </w:pPr>
      <w:r>
        <w:t>وہ جو کچھ اپنے لیے پسند کر رہا ہے، اپنے لیے، اپنے بیٹے کے لیے، اپنے گھر والوں</w:t>
      </w:r>
    </w:p>
    <w:p>
      <w:r>
        <w:rPr>
          <w:b/>
        </w:rPr>
        <w:t xml:space="preserve">[17:11] </w:t>
      </w:r>
      <w:r>
        <w:t>ke liye, wahi woh pasand kare doosron ke liye bhi.</w:t>
      </w:r>
    </w:p>
    <w:p>
      <w:pPr>
        <w:jc w:val="right"/>
      </w:pPr>
      <w:r>
        <w:t>کے لیے، وہی وہ پسند کرے دوسروں کے لیے بھی۔</w:t>
      </w:r>
    </w:p>
    <w:p>
      <w:r>
        <w:rPr>
          <w:b/>
        </w:rPr>
        <w:t xml:space="preserve">[17:17] </w:t>
      </w:r>
      <w:r>
        <w:t>doosron ke liye bhi.</w:t>
      </w:r>
    </w:p>
    <w:p>
      <w:pPr>
        <w:jc w:val="right"/>
      </w:pPr>
      <w:r>
        <w:t>دوسروں کے لیے بھی۔</w:t>
      </w:r>
    </w:p>
    <w:p>
      <w:r>
        <w:rPr>
          <w:b/>
        </w:rPr>
        <w:t xml:space="preserve">[17:22] </w:t>
      </w:r>
      <w:r>
        <w:t>yeh hai pehchan</w:t>
      </w:r>
    </w:p>
    <w:p>
      <w:pPr>
        <w:jc w:val="right"/>
      </w:pPr>
      <w:r>
        <w:t>یہ ہے پہچان</w:t>
      </w:r>
    </w:p>
    <w:p>
      <w:r>
        <w:rPr>
          <w:b/>
        </w:rPr>
        <w:t xml:space="preserve">[17:27] </w:t>
      </w:r>
      <w:r>
        <w:t>ek sachhe momin o muslim ki.</w:t>
      </w:r>
    </w:p>
    <w:p>
      <w:pPr>
        <w:jc w:val="right"/>
      </w:pPr>
      <w:r>
        <w:t>ایک سچے مومن و مسلم کی۔</w:t>
      </w:r>
    </w:p>
    <w:p>
      <w:r>
        <w:rPr>
          <w:b/>
        </w:rPr>
        <w:t xml:space="preserve">[17:35] </w:t>
      </w:r>
      <w:r>
        <w:t>achha kyun hota hai? is liye ke dekhiye, jo aadmi Khuda ko discover karta hai, jo aadmi Khuda</w:t>
      </w:r>
    </w:p>
    <w:p>
      <w:pPr>
        <w:jc w:val="right"/>
      </w:pPr>
      <w:r>
        <w:t>اچھا کیوں ہوتا ہے؟ اس لیے کہ دیکھیے، جو آدمی خدا کو ڈسکور کرتا ہے، جو آدمی خدا</w:t>
      </w:r>
    </w:p>
    <w:p>
      <w:r>
        <w:rPr>
          <w:b/>
        </w:rPr>
        <w:t xml:space="preserve">[17:42] </w:t>
      </w:r>
      <w:r>
        <w:t>ko discover karne ka matlab kya hua? Jo presence of God ka usko ehsaas ho jaye, isi</w:t>
      </w:r>
    </w:p>
    <w:p>
      <w:pPr>
        <w:jc w:val="right"/>
      </w:pPr>
      <w:r>
        <w:t>کو ڈسکور کرنے کا مطلب کیا ہوا؟ جو پریزنس آف گاڈ کا اس کو احساس ہو جائے، اسی</w:t>
      </w:r>
    </w:p>
    <w:p>
      <w:r>
        <w:rPr>
          <w:b/>
        </w:rPr>
        <w:t xml:space="preserve">[17:50] </w:t>
      </w:r>
      <w:r>
        <w:t>ne Khuda ko discover kiya.</w:t>
      </w:r>
    </w:p>
    <w:p>
      <w:pPr>
        <w:jc w:val="right"/>
      </w:pPr>
      <w:r>
        <w:t>نے خدا کو ڈسکور کیا۔</w:t>
      </w:r>
    </w:p>
    <w:p>
      <w:r>
        <w:rPr>
          <w:b/>
        </w:rPr>
        <w:t xml:space="preserve">[17:58] </w:t>
      </w:r>
      <w:r>
        <w:t>to jis jo aadmi is mani mein momin o muslim bane, to uska wahi haal hoga.</w:t>
      </w:r>
    </w:p>
    <w:p>
      <w:pPr>
        <w:jc w:val="right"/>
      </w:pPr>
      <w:r>
        <w:t>تو جس جو آدمی اس معنی میں مومن و مسلم بنے، تو اس کا وہی حال ہوگا۔</w:t>
      </w:r>
    </w:p>
    <w:p>
      <w:r>
        <w:rPr>
          <w:b/>
        </w:rPr>
        <w:t xml:space="preserve">[18:04] </w:t>
      </w:r>
      <w:r>
        <w:t>kyun ke woh dekh raha hoga ke Khuda ko pata hai, us ko yaqeen hoga, us ko yaqeen hoga</w:t>
      </w:r>
    </w:p>
    <w:p>
      <w:pPr>
        <w:jc w:val="right"/>
      </w:pPr>
      <w:r>
        <w:t>کیونکہ وہ دیکھ رہا ہوگا کہ خدا کو پتہ ہے، اس کو یقین ہوگا، اس کو یقین ہوگا</w:t>
      </w:r>
    </w:p>
    <w:p>
      <w:r>
        <w:rPr>
          <w:b/>
        </w:rPr>
        <w:t xml:space="preserve">[18:10] </w:t>
      </w:r>
      <w:r>
        <w:t>ke Khuda ko meri poori zindagi ka pata hai.</w:t>
      </w:r>
    </w:p>
    <w:p>
      <w:pPr>
        <w:jc w:val="right"/>
      </w:pPr>
      <w:r>
        <w:t>کہ خدا کو میری پوری زندگی کا پتہ ہے۔</w:t>
      </w:r>
    </w:p>
    <w:p>
      <w:r>
        <w:rPr>
          <w:b/>
        </w:rPr>
        <w:t xml:space="preserve">[18:16] </w:t>
      </w:r>
      <w:r>
        <w:t>ke Khuda ko pata hai ke main double standard hoon, double talk kar raha hoon, apne liye kuch,</w:t>
      </w:r>
    </w:p>
    <w:p>
      <w:pPr>
        <w:jc w:val="right"/>
      </w:pPr>
      <w:r>
        <w:t>کہ خدا کو پتہ ہے کہ میں ڈبل اسٹینڈرڈ ہوں، ڈبل ٹاک کر رہا ہوں، اپنے لیے کچھ،</w:t>
      </w:r>
    </w:p>
    <w:p>
      <w:r>
        <w:rPr>
          <w:b/>
        </w:rPr>
        <w:t xml:space="preserve">[18:22] </w:t>
      </w:r>
      <w:r>
        <w:t>doosre ke liye kuch</w:t>
      </w:r>
    </w:p>
    <w:p>
      <w:pPr>
        <w:jc w:val="right"/>
      </w:pPr>
      <w:r>
        <w:t>دوسرے کے لیے کچھ</w:t>
      </w:r>
    </w:p>
    <w:p>
      <w:r>
        <w:rPr>
          <w:b/>
        </w:rPr>
        <w:t xml:space="preserve">[18:28] </w:t>
      </w:r>
      <w:r>
        <w:t>ka tareeqa bana raha hoon.</w:t>
      </w:r>
    </w:p>
    <w:p>
      <w:pPr>
        <w:jc w:val="right"/>
      </w:pPr>
      <w:r>
        <w:t>کا طریقہ بنا رہا ہوں۔</w:t>
      </w:r>
    </w:p>
    <w:p>
      <w:r>
        <w:rPr>
          <w:b/>
        </w:rPr>
        <w:t xml:space="preserve">[18:33] </w:t>
      </w:r>
      <w:r>
        <w:t>to zahir hai ke Khuda aise aadmi ko pasand nahi kar sakta.</w:t>
      </w:r>
    </w:p>
    <w:p>
      <w:pPr>
        <w:jc w:val="right"/>
      </w:pPr>
      <w:r>
        <w:t>تو ظاہر ہے کہ خدا ایسے آدمی کو پسند نہیں کر سکتا۔</w:t>
      </w:r>
    </w:p>
    <w:p>
      <w:r>
        <w:rPr>
          <w:b/>
        </w:rPr>
        <w:t xml:space="preserve">[18:38] </w:t>
      </w:r>
      <w:r>
        <w:t>woh us ko paradise ke liye select nahi kar sakta.</w:t>
      </w:r>
    </w:p>
    <w:p>
      <w:pPr>
        <w:jc w:val="right"/>
      </w:pPr>
      <w:r>
        <w:t>وہ اس کو پیراڈائز کے لیے سلیکٹ نہیں کر سکتا۔</w:t>
      </w:r>
    </w:p>
    <w:p>
      <w:r>
        <w:rPr>
          <w:b/>
        </w:rPr>
        <w:t xml:space="preserve">[18:43] </w:t>
      </w:r>
      <w:r>
        <w:t>aise logon ko to bhej dega hell mein.</w:t>
      </w:r>
    </w:p>
    <w:p>
      <w:pPr>
        <w:jc w:val="right"/>
      </w:pPr>
      <w:r>
        <w:t>ایسے لوگوں کو تو بھیج دے گا ہیل میں۔</w:t>
      </w:r>
    </w:p>
    <w:p>
      <w:r>
        <w:rPr>
          <w:b/>
        </w:rPr>
        <w:t xml:space="preserve">[18:48] </w:t>
      </w:r>
      <w:r>
        <w:t>kyunke quran mein hai ke: inn al munafiqeen fil darq al asfal min an nar.</w:t>
      </w:r>
    </w:p>
    <w:p>
      <w:pPr>
        <w:jc w:val="right"/>
      </w:pPr>
      <w:r>
        <w:t>کیونکہ قرآن میں ہے کہ: إِنَّ الْمُنَافِقِينَ فِي الدَّرْكِ الْأَسْفَلِ مِنَ النَّارِ۔</w:t>
      </w:r>
    </w:p>
    <w:p>
      <w:r>
        <w:rPr>
          <w:b/>
        </w:rPr>
        <w:t xml:space="preserve">[18:53] </w:t>
      </w:r>
      <w:r>
        <w:t>munafiq log, hypocrite log,</w:t>
      </w:r>
    </w:p>
    <w:p>
      <w:pPr>
        <w:jc w:val="right"/>
      </w:pPr>
      <w:r>
        <w:t>منافق لوگ، ہپوکریٹ لوگ،</w:t>
      </w:r>
    </w:p>
    <w:p>
      <w:r>
        <w:rPr>
          <w:b/>
        </w:rPr>
        <w:t xml:space="preserve">[18:58] </w:t>
      </w:r>
      <w:r>
        <w:t>jahannum ke sab se bure tabqe mein jayenge.</w:t>
      </w:r>
    </w:p>
    <w:p>
      <w:pPr>
        <w:jc w:val="right"/>
      </w:pPr>
      <w:r>
        <w:t>جہنم کے سب سے برے طبقے میں جائیں گے۔</w:t>
      </w:r>
    </w:p>
    <w:p>
      <w:r>
        <w:rPr>
          <w:b/>
        </w:rPr>
        <w:t xml:space="preserve">[19:03] </w:t>
      </w:r>
      <w:r>
        <w:t>khuda ko aisa aadmi pasand nahin hai jo bole kuch, kare kuch, apne liye kuch, doosre ke liye kuch.</w:t>
      </w:r>
    </w:p>
    <w:p>
      <w:pPr>
        <w:jc w:val="right"/>
      </w:pPr>
      <w:r>
        <w:t>خدا کو ایسا آدمی پسند نہیں ہے جو بولے کچھ، کرے کچھ، اپنے لیے کچھ، دوسرے کے لیے کچھ۔</w:t>
      </w:r>
    </w:p>
    <w:p>
      <w:r>
        <w:rPr>
          <w:b/>
        </w:rPr>
        <w:t xml:space="preserve">[19:08] </w:t>
      </w:r>
      <w:r>
        <w:t>ایسے weak personality کے لوگ اسلام کو مطلوب نہیں ہیں۔</w:t>
      </w:r>
    </w:p>
    <w:p>
      <w:pPr>
        <w:jc w:val="right"/>
      </w:pPr>
      <w:r>
        <w:t>ایسے ویک پرسنیلٹی کے لوگ اسلام کو مطلوب نہیں ہیں۔</w:t>
      </w:r>
    </w:p>
    <w:p>
      <w:r>
        <w:rPr>
          <w:b/>
        </w:rPr>
        <w:t xml:space="preserve">[19:13] </w:t>
      </w:r>
      <w:r>
        <w:t>aise weak personality ke log jannat mein kabhi nahin entry payenge.</w:t>
      </w:r>
    </w:p>
    <w:p>
      <w:pPr>
        <w:jc w:val="right"/>
      </w:pPr>
      <w:r>
        <w:t>ایسے ویک پرسنیلٹی کے لوگ جنت میں کبھی نہیں انٹری پائیں گے۔</w:t>
      </w:r>
    </w:p>
    <w:p>
      <w:r>
        <w:rPr>
          <w:b/>
        </w:rPr>
        <w:t xml:space="preserve">[19:18] </w:t>
      </w:r>
      <w:r>
        <w:t>to jab yeh ehsas is ko zinda ho jaye, sab baatein is ke mind mein baith jayen, to</w:t>
      </w:r>
    </w:p>
    <w:p>
      <w:pPr>
        <w:jc w:val="right"/>
      </w:pPr>
      <w:r>
        <w:t>تو جب یہ احساس اس کو زندہ ہو جائے، سب باتیں اس کے مائنڈ میں بیٹھ جائیں، تو</w:t>
      </w:r>
    </w:p>
    <w:p>
      <w:r>
        <w:rPr>
          <w:b/>
        </w:rPr>
        <w:t xml:space="preserve">[19:23] </w:t>
      </w:r>
      <w:r>
        <w:t>kaise woh kar sakta hai</w:t>
      </w:r>
    </w:p>
    <w:p>
      <w:pPr>
        <w:jc w:val="right"/>
      </w:pPr>
      <w:r>
        <w:t>کیسے وہ کر سکتا ہے</w:t>
      </w:r>
    </w:p>
    <w:p>
      <w:r>
        <w:rPr>
          <w:b/>
        </w:rPr>
        <w:t xml:space="preserve">[19:28] </w:t>
      </w:r>
      <w:r>
        <w:t>ke apne liye kuch pasand kare, doosre ke liye kuch pasand kare? dono ke liye is ka pasand</w:t>
      </w:r>
    </w:p>
    <w:p>
      <w:pPr>
        <w:jc w:val="right"/>
      </w:pPr>
      <w:r>
        <w:t>کہ اپنے لیے کچھ پسند کرے، دوسرے کے لیے کچھ پسند کرے؟ دونوں کے لیے اس کا پسند</w:t>
      </w:r>
    </w:p>
    <w:p>
      <w:r>
        <w:rPr>
          <w:b/>
        </w:rPr>
        <w:t xml:space="preserve">[19:36] </w:t>
      </w:r>
      <w:r>
        <w:t>napasanad ek ho jayegi.</w:t>
      </w:r>
    </w:p>
    <w:p>
      <w:pPr>
        <w:jc w:val="right"/>
      </w:pPr>
      <w:r>
        <w:t>ناپسند ایک ہو جائے گی۔</w:t>
      </w:r>
    </w:p>
    <w:p>
      <w:r>
        <w:rPr>
          <w:b/>
        </w:rPr>
        <w:t xml:space="preserve">[19:44] </w:t>
      </w:r>
      <w:r>
        <w:t>to yeh maine arz kiya ke rasool Allah ki poori zindagi goya training dene ki zindagi hai.</w:t>
      </w:r>
    </w:p>
    <w:p>
      <w:pPr>
        <w:jc w:val="right"/>
      </w:pPr>
      <w:r>
        <w:t>تو یہ میں نے عرض کیا کہ رسول اللہ کی پوری زندگی گویا ٹریننگ دینے کی زندگی ہے۔</w:t>
      </w:r>
    </w:p>
    <w:p>
      <w:r>
        <w:rPr>
          <w:b/>
        </w:rPr>
        <w:t xml:space="preserve">[19:52] </w:t>
      </w:r>
      <w:r>
        <w:t>logon ko dawat dena, dawat ke baad jab aap ke paas ayen to un ko train karna, un ke andar</w:t>
      </w:r>
    </w:p>
    <w:p>
      <w:pPr>
        <w:jc w:val="right"/>
      </w:pPr>
      <w:r>
        <w:t>لوگوں کو دعوت دینا، دعوت کے بعد جب آپ کے پاس آئیں تو ان کو ٹرین کرنا، ان کے اندر</w:t>
      </w:r>
    </w:p>
    <w:p>
      <w:r>
        <w:rPr>
          <w:b/>
        </w:rPr>
        <w:t xml:space="preserve">[20:00] </w:t>
      </w:r>
      <w:r>
        <w:t>jannati shakhsiyat banana, un ke un ko un ke andar positive personality develop karna, yeh hai training. to dawat dena, aur dawat dene ke baad jo log aap ki taraf aayein, un ko train karna, lekin train karna, training camp bana kar nahi, rozmarra ki zindagi mein, rozmarra ke event mein, rozmarra jo kuch pesh aata hai, us ke refer</w:t>
      </w:r>
    </w:p>
    <w:p>
      <w:pPr>
        <w:jc w:val="right"/>
      </w:pPr>
      <w:r>
        <w:t>جنتی شخصیت بنانا، ان کے ان کو ان کے اندر پازیٹیو پرسنیلٹی ڈیولپ کرنا، یہ ہے ٹریننگ۔ تو دعوت دینا، اور دعوت دینے کے بعد جو لوگ آپ کی طرف آئیں، ان کو ٹرین کرنا، لیکن ٹرین کرنا، ٹریننگ کیمپ بنا کر نہیں، روزمرہ کی زندگی میں، روزمرہ کے ایونٹ میں، روزمرہ جو کچھ پیش آتا ہے، اس کے ریفر</w:t>
      </w:r>
    </w:p>
    <w:p>
      <w:r>
        <w:rPr>
          <w:b/>
        </w:rPr>
        <w:t xml:space="preserve">[20:30] </w:t>
      </w:r>
      <w:r>
        <w:t>nas mein aap logon ko baatein batate rahen, aur is tarah logon ko train karte rahen, yahan tak</w:t>
      </w:r>
    </w:p>
    <w:p>
      <w:pPr>
        <w:jc w:val="right"/>
      </w:pPr>
      <w:r>
        <w:t>نس میں آپ لوگوں کو باتیں بتاتے رہیں، اور اس طرح لوگوں کو ٹرین کرتے رہیں، یہاں تک</w:t>
      </w:r>
    </w:p>
    <w:p>
      <w:r>
        <w:rPr>
          <w:b/>
        </w:rPr>
        <w:t xml:space="preserve">[20:35] </w:t>
      </w:r>
      <w:r>
        <w:t>ke woh giroh bana, jis ko kehte hain khair ummat.</w:t>
      </w:r>
    </w:p>
    <w:p>
      <w:pPr>
        <w:jc w:val="right"/>
      </w:pPr>
      <w:r>
        <w:t>کہ وہ گروہ بنا، جس کو کہتے ہیں خیر و امت۔</w:t>
      </w:r>
    </w:p>
    <w:p>
      <w:r>
        <w:rPr>
          <w:b/>
        </w:rPr>
        <w:t xml:space="preserve">[20:40] </w:t>
      </w:r>
      <w:r>
        <w:t>khair ummat ka matlab best giroh.</w:t>
      </w:r>
    </w:p>
    <w:p>
      <w:pPr>
        <w:jc w:val="right"/>
      </w:pPr>
      <w:r>
        <w:t>خیر و امت کا مطلب بیسٹ گروہ۔</w:t>
      </w:r>
    </w:p>
    <w:p>
      <w:r>
        <w:rPr>
          <w:b/>
        </w:rPr>
        <w:t xml:space="preserve">[20:45] </w:t>
      </w:r>
      <w:r>
        <w:t>quran mein kaha gaya ke yeh log khair ummat hain jin ko rasool Allah ne banaya tha.</w:t>
      </w:r>
    </w:p>
    <w:p>
      <w:pPr>
        <w:jc w:val="right"/>
      </w:pPr>
      <w:r>
        <w:t>قرآن میں کہا گیا کہ یہ لوگ خیر و امت ہیں جن کو رسول اللہ نے بنایا تھا۔</w:t>
      </w:r>
    </w:p>
    <w:p>
      <w:r>
        <w:rPr>
          <w:b/>
        </w:rPr>
        <w:t xml:space="preserve">[20:50] </w:t>
      </w:r>
      <w:r>
        <w:t>best giroh hain.</w:t>
      </w:r>
    </w:p>
    <w:p>
      <w:pPr>
        <w:jc w:val="right"/>
      </w:pPr>
      <w:r>
        <w:t>بیسٹ گروہ ہیں۔</w:t>
      </w:r>
    </w:p>
    <w:p>
      <w:r>
        <w:rPr>
          <w:b/>
        </w:rPr>
        <w:t xml:space="preserve">[20:56] </w:t>
      </w:r>
      <w:r>
        <w:t>matlab in ko train kar ke banaya gaya is tarah ke woh sachai un ki zindagi mein utar gayi hai.</w:t>
      </w:r>
    </w:p>
    <w:p>
      <w:pPr>
        <w:jc w:val="right"/>
      </w:pPr>
      <w:r>
        <w:t>مطلب ان کو ٹرین کر کے بنایا گیا اس طرح کہ وہ سچائی ان کی زندگی میں اتر گئی ہے۔</w:t>
      </w:r>
    </w:p>
    <w:p>
      <w:r>
        <w:rPr>
          <w:b/>
        </w:rPr>
        <w:t xml:space="preserve">[21:01] </w:t>
      </w:r>
      <w:r>
        <w:t>unki soch, unka action, unka character, har cheez jo hai, divine, yani khuda ke khuda</w:t>
      </w:r>
    </w:p>
    <w:p>
      <w:pPr>
        <w:jc w:val="right"/>
      </w:pPr>
      <w:r>
        <w:t>ان کی سوچ، ان کا ایکشن، ان کا کریکٹر، ہر چیز جو ہے، ڈیوائن، یعنی خدا کے خدا</w:t>
      </w:r>
    </w:p>
    <w:p>
      <w:r>
        <w:rPr>
          <w:b/>
        </w:rPr>
        <w:t xml:space="preserve">[21:09] </w:t>
      </w:r>
      <w:r>
        <w:t>ki pasand mein dhal gaya hai.</w:t>
      </w:r>
    </w:p>
    <w:p>
      <w:pPr>
        <w:jc w:val="right"/>
      </w:pPr>
      <w:r>
        <w:t>کی پسند میں ڈھل گیا ہے۔</w:t>
      </w:r>
    </w:p>
    <w:p>
      <w:r>
        <w:rPr>
          <w:b/>
        </w:rPr>
        <w:t xml:space="preserve">[21:17] </w:t>
      </w:r>
      <w:r>
        <w:t>un ka character divine character ban gaya hai.</w:t>
      </w:r>
    </w:p>
    <w:p>
      <w:pPr>
        <w:jc w:val="right"/>
      </w:pPr>
      <w:r>
        <w:t>ان کا کریکٹر ڈیوائن کریکٹر بن گیا ہے۔</w:t>
      </w:r>
    </w:p>
    <w:p>
      <w:r>
        <w:rPr>
          <w:b/>
        </w:rPr>
        <w:t xml:space="preserve">[21:25] </w:t>
      </w:r>
      <w:r>
        <w:t>to yeh tha rasool Allah ka tareeqa.</w:t>
      </w:r>
    </w:p>
    <w:p>
      <w:pPr>
        <w:jc w:val="right"/>
      </w:pPr>
      <w:r>
        <w:t>تو یہ تھا رسول اللہ کا طریقہ۔</w:t>
      </w:r>
    </w:p>
    <w:p>
      <w:r>
        <w:rPr>
          <w:b/>
        </w:rPr>
        <w:t xml:space="preserve">[21:33] </w:t>
      </w:r>
      <w:r>
        <w:t>dekhiye, ek ek hadith hai, ek ab ek ek masla yeh tha, is ka jawab diya aap ne.</w:t>
      </w:r>
    </w:p>
    <w:p>
      <w:pPr>
        <w:jc w:val="right"/>
      </w:pPr>
      <w:r>
        <w:t>دیکھیے، ایک ایک حدیث ہے، ایک اب ایک ایک مسئلہ یہ تھا، اس کا جواب دیا آپ نے۔</w:t>
      </w:r>
    </w:p>
    <w:p>
      <w:r>
        <w:rPr>
          <w:b/>
        </w:rPr>
        <w:t xml:space="preserve">[21:41] </w:t>
      </w:r>
      <w:r>
        <w:t>yeh bhi wahi point of reference ki baat hai ke aadmi ke andar spirituality kaise aye, jis ko</w:t>
      </w:r>
    </w:p>
    <w:p>
      <w:pPr>
        <w:jc w:val="right"/>
      </w:pPr>
      <w:r>
        <w:t>یہ بھی وہی پوائنٹ آف ریفرنس کی بات ہے کہ آدمی کے اندر اسپیریچولٹی کیسے آئے، جس کو</w:t>
      </w:r>
    </w:p>
    <w:p>
      <w:r>
        <w:rPr>
          <w:b/>
        </w:rPr>
        <w:t xml:space="preserve">[21:48] </w:t>
      </w:r>
      <w:r>
        <w:t>quran mein rabbaniyat kaha gaya hai.</w:t>
      </w:r>
    </w:p>
    <w:p>
      <w:pPr>
        <w:jc w:val="right"/>
      </w:pPr>
      <w:r>
        <w:t>قرآن میں ربانیت کہا گیا ہے۔</w:t>
      </w:r>
    </w:p>
    <w:p>
      <w:r>
        <w:rPr>
          <w:b/>
        </w:rPr>
        <w:t xml:space="preserve">[21:56] </w:t>
      </w:r>
      <w:r>
        <w:t>divain character kaise aaye aadmi ke andar</w:t>
      </w:r>
    </w:p>
    <w:p>
      <w:pPr>
        <w:jc w:val="right"/>
      </w:pPr>
      <w:r>
        <w:t>ڈیوائن کریکٹر کیسے آئے آدمی کے اندر</w:t>
      </w:r>
    </w:p>
    <w:p>
      <w:r>
        <w:rPr>
          <w:b/>
        </w:rPr>
        <w:t xml:space="preserve">[22:03] </w:t>
      </w:r>
      <w:r>
        <w:t>? spirituality ya rohaniyat ke liye jo word quran mein use kiya gaya hai, woh hai rabbania. kaun rabbaniyin? rabbania ka matlab hai rabb wale, rabb wale bano. to aadmi rabb wala kaise bane? spirituality kaise aaye is ke andar? rohaniyat kaise aaye is</w:t>
      </w:r>
    </w:p>
    <w:p>
      <w:pPr>
        <w:jc w:val="right"/>
      </w:pPr>
      <w:r>
        <w:t>؟ اسپیریچولٹی یا روحانیت کے لیے جو ورڈ قرآن میں یوز کیا گیا ہے، وہ ہے الربانیہ۔ کون ربانیین؟ الربانیہ کا مطلب ہے رب والے، رب والے بنو۔ تو آدمی رب والا کیسے بنے؟ اسپیریچولٹی کیسے آئے اس کے اندر؟ روحانیت کیسے آئے اس</w:t>
      </w:r>
    </w:p>
    <w:p>
      <w:r>
        <w:rPr>
          <w:b/>
        </w:rPr>
        <w:t xml:space="preserve">[22:33] </w:t>
      </w:r>
      <w:r>
        <w:t>ke andar? yeh ek sawal tha.</w:t>
      </w:r>
    </w:p>
    <w:p>
      <w:pPr>
        <w:jc w:val="right"/>
      </w:pPr>
      <w:r>
        <w:t>کے اندر؟ یہ ایک سوال تھا۔</w:t>
      </w:r>
    </w:p>
    <w:p>
      <w:r>
        <w:rPr>
          <w:b/>
        </w:rPr>
        <w:t xml:space="preserve">[22:41] </w:t>
      </w:r>
      <w:r>
        <w:t>to is ka jawab aap ne is tarah diya ke aap ne farmaya: kyunke is zamane mein dekhiye,</w:t>
      </w:r>
    </w:p>
    <w:p>
      <w:pPr>
        <w:jc w:val="right"/>
      </w:pPr>
      <w:r>
        <w:t>تو اس کا جواب آپ نے اس طرح دیا کہ آپ نے فرمایا: کیونکہ اس زمانے میں دیکھیے،</w:t>
      </w:r>
    </w:p>
    <w:p>
      <w:r>
        <w:rPr>
          <w:b/>
        </w:rPr>
        <w:t xml:space="preserve">[22:49] </w:t>
      </w:r>
      <w:r>
        <w:t>yeh tha ke log spirituality ko talash karne ke liye jangal mein chale aate the.</w:t>
      </w:r>
    </w:p>
    <w:p>
      <w:pPr>
        <w:jc w:val="right"/>
      </w:pPr>
      <w:r>
        <w:t>یہ تھا کہ لوگ اسپیریچولٹی کو تلاش کرنے کے لیے جنگل میں چلے آتے تھے۔</w:t>
      </w:r>
    </w:p>
    <w:p>
      <w:r>
        <w:rPr>
          <w:b/>
        </w:rPr>
        <w:t xml:space="preserve">[22:57] </w:t>
      </w:r>
      <w:r>
        <w:t>ek martaba rasool Allah sal Allah aleh wasallam ek safar mein the, to wahan par ek</w:t>
      </w:r>
    </w:p>
    <w:p>
      <w:pPr>
        <w:jc w:val="right"/>
      </w:pPr>
      <w:r>
        <w:t>ایک مرتبہ رسول اللہ صلی اللہ علیہ وسلم ایک سفر میں تھے، تو وہاں پر ایک</w:t>
      </w:r>
    </w:p>
    <w:p>
      <w:r>
        <w:rPr>
          <w:b/>
        </w:rPr>
        <w:t xml:space="preserve">[23:05] </w:t>
      </w:r>
      <w:r>
        <w:t>ek Christian rahib, jis ko hermit kehte hain, ek ek chhota sa woh bana kar ke, ek chhota</w:t>
      </w:r>
    </w:p>
    <w:p>
      <w:pPr>
        <w:jc w:val="right"/>
      </w:pPr>
      <w:r>
        <w:t>ایک کرسچن راہب، جس کو ہرمنٹ کہتے ہیں، ایک ایک چھوٹا سا وہ بنا کر کے، ایک چھوٹا</w:t>
      </w:r>
    </w:p>
    <w:p>
      <w:r>
        <w:rPr>
          <w:b/>
        </w:rPr>
        <w:t xml:space="preserve">[23:12] </w:t>
      </w:r>
      <w:r>
        <w:t>sa hujra bana kar ke us mein rehta tha.</w:t>
      </w:r>
    </w:p>
    <w:p>
      <w:pPr>
        <w:jc w:val="right"/>
      </w:pPr>
      <w:r>
        <w:t>سا حجرہ بنا کر کے اس میں رہتا تھا۔</w:t>
      </w:r>
    </w:p>
    <w:p>
      <w:r>
        <w:rPr>
          <w:b/>
        </w:rPr>
        <w:t xml:space="preserve">[23:20] </w:t>
      </w:r>
      <w:r>
        <w:t>to us ko aap ne dekha to us ki sara barha hua baal, palkein bari bari ho gayi</w:t>
      </w:r>
    </w:p>
    <w:p>
      <w:pPr>
        <w:jc w:val="right"/>
      </w:pPr>
      <w:r>
        <w:t>تو اس کو آپ نے دیکھا تو اس کی سارا بڑھا ہوا بال، پلکیں بڑی بڑی ہو گئی</w:t>
      </w:r>
    </w:p>
    <w:p>
      <w:r>
        <w:rPr>
          <w:b/>
        </w:rPr>
        <w:t xml:space="preserve">[23:28] </w:t>
      </w:r>
      <w:r>
        <w:t>thin, aankh aankh dhaki ja rahi thi us mein.</w:t>
      </w:r>
    </w:p>
    <w:p>
      <w:pPr>
        <w:jc w:val="right"/>
      </w:pPr>
      <w:r>
        <w:t>تھیں، آنکھ آنکھ ڈھکی جا رہی تھی اس میں۔</w:t>
      </w:r>
    </w:p>
    <w:p>
      <w:r>
        <w:rPr>
          <w:b/>
        </w:rPr>
        <w:t xml:space="preserve">[23:35] </w:t>
      </w:r>
      <w:r>
        <w:t>to ek ajeeb ghareeb halat us ki thi. to woh kahan, woh woh kis liye wahan tha? woh janglon mein akela rohaniyat hasil karne ke liye. to log samajhte hain keh rohaniyat hasil karne ka tareeqa yeh hai keh material world se nikal kar ke hum kahin aur chale jayein, janglon mein, pahaadon par, kisi goshe mein. to rasool Allah ne bataya</w:t>
      </w:r>
    </w:p>
    <w:p>
      <w:pPr>
        <w:jc w:val="right"/>
      </w:pPr>
      <w:r>
        <w:t>تو ایک عجیب غریب حالت اس کی تھی۔ تو وہ کہاں، وہ وہ کس لیے وہاں تھا؟ وہ جنگل میں اکیلا روحانیت حاصل کرنے کے لیے۔ تو لوگ سمجھتے ہیں کہ روحانیت حاصل کرنے کا طریقہ یہ ہے کہ مٹیریل ورلڈ سے نکل کر کے ہم کہیں اور چلے جائیں، جنگل میں، پہاڑ پر، کسی گوشے میں۔ تو رسول اللہ نے بتایا</w:t>
      </w:r>
    </w:p>
    <w:p>
      <w:r>
        <w:rPr>
          <w:b/>
        </w:rPr>
        <w:t xml:space="preserve">[24:05] </w:t>
      </w:r>
      <w:r>
        <w:t>keh yeh tareeqa rohaniyat hasil karne ka nahi hai. woh kya hai? aap ne farmaya: MA ZAHADA ABDUN FID DUNYA ILLAA ANBATALLAHUL HIKMATA FI QALBIHI WA ANTA QABIH AL ALFAN WA BASSAHA ALAD DUNYA WA DA'AHA WA DAWA'AHA WA ADKHILHU DAR AS SALAMEEN AL</w:t>
      </w:r>
    </w:p>
    <w:p>
      <w:pPr>
        <w:jc w:val="right"/>
      </w:pPr>
      <w:r>
        <w:t>کہ یہ طریقہ روحانیت حاصل کرنے کا نہیں ہے۔ وہ کیا ہے؟ آپ نے فرمایا: مَا زَهَدَ عَبْدٌ فِي الدُّنْيَا إِلَّا أَنْبَتَ اللَّهُ الْحِكْمَةَ فِي قَلْبِهِ وَأَنْتَ قَبِحَ الْأَلْفَانَ وَبَصَّرَهُ عَلَى الدُّنْيَا وَدَاعَهَا وَدَوَاعَهَا وَأَدْخَلَهُ دَارَ الْسَالَمِينَ عَلَى د</w:t>
      </w:r>
    </w:p>
    <w:p>
      <w:r>
        <w:rPr>
          <w:b/>
        </w:rPr>
        <w:t xml:space="preserve">[24:35] </w:t>
      </w:r>
      <w:r>
        <w:t>dar us salam.</w:t>
      </w:r>
    </w:p>
    <w:p>
      <w:pPr>
        <w:jc w:val="right"/>
      </w:pPr>
      <w:r>
        <w:t>َارِ السَّلَامِ۔</w:t>
      </w:r>
    </w:p>
    <w:p>
      <w:r>
        <w:rPr>
          <w:b/>
        </w:rPr>
        <w:t xml:space="preserve">[24:43] </w:t>
      </w:r>
      <w:r>
        <w:t>yeh hai yani rohaniyat ka course, yeh hai rohaniyat ka formula.</w:t>
      </w:r>
    </w:p>
    <w:p>
      <w:pPr>
        <w:jc w:val="right"/>
      </w:pPr>
      <w:r>
        <w:t>یہ ہے یعنی روحانیت کا کورس، یہ ہے روحانیت کا فارمولا۔</w:t>
      </w:r>
    </w:p>
    <w:p>
      <w:r>
        <w:rPr>
          <w:b/>
        </w:rPr>
        <w:t xml:space="preserve">[24:51] </w:t>
      </w:r>
      <w:r>
        <w:t>ma zahada abdun fi dunya illa anbat allahu al hikmata fi qalbihi wa anta qabih al alfani wa basarahu ala dunya wa da'aha</w:t>
      </w:r>
    </w:p>
    <w:p>
      <w:pPr>
        <w:jc w:val="right"/>
      </w:pPr>
      <w:r>
        <w:t>مَا زَهَدَ عَبْدٌ فِي الدُّنْيَا إِلَّا أَنْبَتَ اللَّهُ الْحِكْمَةَ فِي قَلْبِهِ وَأَنْتَ قَبِحَ الْأَلْفَانَ وَبَصَّرَهُ عَلَى الدُّنْيَا وَدَاعَهَا</w:t>
      </w:r>
    </w:p>
    <w:p>
      <w:r>
        <w:rPr>
          <w:b/>
        </w:rPr>
        <w:t xml:space="preserve">[24:59] </w:t>
      </w:r>
      <w:r>
        <w:t>wa dawa'aha wa adkhalahu saliman ala dar us salam.</w:t>
      </w:r>
    </w:p>
    <w:p>
      <w:pPr>
        <w:jc w:val="right"/>
      </w:pPr>
      <w:r>
        <w:t>وَدَوَاعَهَا وَأَدْخَلَهُ صَالِمًا عَلَى دَارِ السَّلَامِ۔</w:t>
      </w:r>
    </w:p>
    <w:p>
      <w:r>
        <w:rPr>
          <w:b/>
        </w:rPr>
        <w:t xml:space="preserve">[25:07] </w:t>
      </w:r>
      <w:r>
        <w:t>yeh ek hadith hai.</w:t>
      </w:r>
    </w:p>
    <w:p>
      <w:pPr>
        <w:jc w:val="right"/>
      </w:pPr>
      <w:r>
        <w:t>یہ ایک حدیث ہے۔</w:t>
      </w:r>
    </w:p>
    <w:p>
      <w:r>
        <w:rPr>
          <w:b/>
        </w:rPr>
        <w:t xml:space="preserve">[25:17] </w:t>
      </w:r>
      <w:r>
        <w:t>is ka transition yeh hai ke jab bhi koi shakhs duniya ke maamle mein zuhd ka tareeqa ikhtiyar</w:t>
      </w:r>
    </w:p>
    <w:p>
      <w:pPr>
        <w:jc w:val="right"/>
      </w:pPr>
      <w:r>
        <w:t>اس کا ٹرانزیشن یہ ہے کہ جب بھی کوئی شخص دنیا کے معاملے میں زہد کا طریقہ اختیار</w:t>
      </w:r>
    </w:p>
    <w:p>
      <w:r>
        <w:rPr>
          <w:b/>
        </w:rPr>
        <w:t xml:space="preserve">[25:27] </w:t>
      </w:r>
      <w:r>
        <w:t>karta hai, zuhd ka tareeqa, to kya hota hai ke is ke dil mein hikmat, wisdom ugati hai. wisdom ka</w:t>
      </w:r>
    </w:p>
    <w:p>
      <w:pPr>
        <w:jc w:val="right"/>
      </w:pPr>
      <w:r>
        <w:t>کرتا ہے، زہد کا طریقہ، تو کیا ہوتا ہے کہ اس کے دل میں حکمت، وزڈم اگاتی ہے۔ وزڈم کا</w:t>
      </w:r>
    </w:p>
    <w:p>
      <w:r>
        <w:rPr>
          <w:b/>
        </w:rPr>
        <w:t xml:space="preserve">[25:37] </w:t>
      </w:r>
      <w:r>
        <w:t>tree, tree of wisdom اگاتا ہے اس کے اندر۔</w:t>
      </w:r>
    </w:p>
    <w:p>
      <w:pPr>
        <w:jc w:val="right"/>
      </w:pPr>
      <w:r>
        <w:t>ٹری، ٹری آف وزڈم اگاتا ہے اس کے اندر۔</w:t>
      </w:r>
    </w:p>
    <w:p>
      <w:r>
        <w:rPr>
          <w:b/>
        </w:rPr>
        <w:t xml:space="preserve">[25:43] </w:t>
      </w:r>
      <w:r>
        <w:t>jab bhi koi aadmi, abhi mein arz karunga ke zuhd ka matlab kya hai, to aap ne</w:t>
      </w:r>
    </w:p>
    <w:p>
      <w:pPr>
        <w:jc w:val="right"/>
      </w:pPr>
      <w:r>
        <w:t>جب بھی کوئی آدمی، ابھی میں عرض کروں گا کہ زہد کا مطلب کیا ہے، تو آپ نے</w:t>
      </w:r>
    </w:p>
    <w:p>
      <w:r>
        <w:rPr>
          <w:b/>
        </w:rPr>
        <w:t xml:space="preserve">[25:49] </w:t>
      </w:r>
      <w:r>
        <w:t>farmaya ke jab bhi koi aadmi zuhd ka tareeqa ikhtiyar karta hai to us ke andar ek wisdom</w:t>
      </w:r>
    </w:p>
    <w:p>
      <w:pPr>
        <w:jc w:val="right"/>
      </w:pPr>
      <w:r>
        <w:t>فرمایا کہ جب بھی کوئی آدمی زہد کا طریقہ اختیار کرتا ہے تو اس کے اندر ایک وزڈم</w:t>
      </w:r>
    </w:p>
    <w:p>
      <w:r>
        <w:rPr>
          <w:b/>
        </w:rPr>
        <w:t xml:space="preserve">[25:56] </w:t>
      </w:r>
      <w:r>
        <w:t>کا ٹری اگاتا ہے، wisdom کا پودا اگاتا ہے جو بڑھتا رہتا ہے۔</w:t>
      </w:r>
    </w:p>
    <w:p>
      <w:pPr>
        <w:jc w:val="right"/>
      </w:pPr>
      <w:r>
        <w:t>کا ٹری اگاتا ہے، وزڈم کا پودا اگاتا ہے جو بڑھتا رہتا ہے۔</w:t>
      </w:r>
    </w:p>
    <w:p>
      <w:r>
        <w:rPr>
          <w:b/>
        </w:rPr>
        <w:t xml:space="preserve">[26:02] </w:t>
      </w:r>
      <w:r>
        <w:t>aur phir kya hota hai?</w:t>
      </w:r>
    </w:p>
    <w:p>
      <w:pPr>
        <w:jc w:val="right"/>
      </w:pPr>
      <w:r>
        <w:t>اور پھر کیا ہوتا ہے؟</w:t>
      </w:r>
    </w:p>
    <w:p>
      <w:r>
        <w:rPr>
          <w:b/>
        </w:rPr>
        <w:t xml:space="preserve">[26:09] </w:t>
      </w:r>
      <w:r>
        <w:t>is ki zaban par, is ke speech mein wisdom aa jata hai.</w:t>
      </w:r>
    </w:p>
    <w:p>
      <w:pPr>
        <w:jc w:val="right"/>
      </w:pPr>
      <w:r>
        <w:t>اس کی زبان پر، اس کے اسپیچ میں وزڈم آ جاتا ہے۔</w:t>
      </w:r>
    </w:p>
    <w:p>
      <w:r>
        <w:rPr>
          <w:b/>
        </w:rPr>
        <w:t xml:space="preserve">[26:16] </w:t>
      </w:r>
      <w:r>
        <w:t>wo wisdom ke bol bolne lagta hai.</w:t>
      </w:r>
    </w:p>
    <w:p>
      <w:pPr>
        <w:jc w:val="right"/>
      </w:pPr>
      <w:r>
        <w:t>وہ وزڈم کے بول بولنے لگتا ہے۔</w:t>
      </w:r>
    </w:p>
    <w:p>
      <w:r>
        <w:rPr>
          <w:b/>
        </w:rPr>
        <w:t xml:space="preserve">[26:24] </w:t>
      </w:r>
      <w:r>
        <w:t>aur wo dekh leta hai ke real sense mein duniya ki burai kya hai, duniya ki achhai kya</w:t>
      </w:r>
    </w:p>
    <w:p>
      <w:pPr>
        <w:jc w:val="right"/>
      </w:pPr>
      <w:r>
        <w:t>اور وہ دیکھ لیتا ہے کہ ریئل سینس میں دنیا کی برائی کیا ہے، دنیا کی اچھائی کیا</w:t>
      </w:r>
    </w:p>
    <w:p>
      <w:r>
        <w:rPr>
          <w:b/>
        </w:rPr>
        <w:t xml:space="preserve">[26:31] </w:t>
      </w:r>
      <w:r>
        <w:t>hai, duniya ka aib kya hai, duniya ki khoobi</w:t>
      </w:r>
    </w:p>
    <w:p>
      <w:pPr>
        <w:jc w:val="right"/>
      </w:pPr>
      <w:r>
        <w:t>ہے، دنیا کا عیب کیا ہے، دنیا کی خوبی</w:t>
      </w:r>
    </w:p>
    <w:p>
      <w:r>
        <w:rPr>
          <w:b/>
        </w:rPr>
        <w:t xml:space="preserve">[26:39] </w:t>
      </w:r>
      <w:r>
        <w:t>kya hai.</w:t>
      </w:r>
    </w:p>
    <w:p>
      <w:pPr>
        <w:jc w:val="right"/>
      </w:pPr>
      <w:r>
        <w:t>کیا ہے۔</w:t>
      </w:r>
    </w:p>
    <w:p>
      <w:r>
        <w:rPr>
          <w:b/>
        </w:rPr>
        <w:t xml:space="preserve">[26:45] </w:t>
      </w:r>
      <w:r>
        <w:t>real sense میں ایک تو ایک جو superfluous sense میں جانتے ہیں، superfluous sense میں مثلاً کوئی</w:t>
      </w:r>
    </w:p>
    <w:p>
      <w:pPr>
        <w:jc w:val="right"/>
      </w:pPr>
      <w:r>
        <w:t>ریئل سینس میں ایک تو ایک جو سپر سپرفلیس سینس میں جانتے ہیں، سپرفلیس سینس میں مثلاً کوئی</w:t>
      </w:r>
    </w:p>
    <w:p>
      <w:r>
        <w:rPr>
          <w:b/>
        </w:rPr>
        <w:t xml:space="preserve">[26:51] </w:t>
      </w:r>
      <w:r>
        <w:t>جان لیتا ہے کہ foreign rule ہو تو source of all evil ہے، capitalist system ہو تو source</w:t>
      </w:r>
    </w:p>
    <w:p>
      <w:pPr>
        <w:jc w:val="right"/>
      </w:pPr>
      <w:r>
        <w:t>جان لیتا ہے کہ فارن رول ہو تو سورس آف آل ایول ہے، کیپیٹلسٹ سسٹم ہو تو سورس</w:t>
      </w:r>
    </w:p>
    <w:p>
      <w:r>
        <w:rPr>
          <w:b/>
        </w:rPr>
        <w:t xml:space="preserve">[26:57] </w:t>
      </w:r>
      <w:r>
        <w:t>of all evil hai wo.</w:t>
      </w:r>
    </w:p>
    <w:p>
      <w:pPr>
        <w:jc w:val="right"/>
      </w:pPr>
      <w:r>
        <w:t>آف آل ایول ہے وہ۔</w:t>
      </w:r>
    </w:p>
    <w:p>
      <w:r>
        <w:rPr>
          <w:b/>
        </w:rPr>
        <w:t xml:space="preserve">[27:03] </w:t>
      </w:r>
      <w:r>
        <w:t>to log superflous sense mein kisi cheez ko burai samajh lete hain, halankeh woh</w:t>
      </w:r>
    </w:p>
    <w:p>
      <w:pPr>
        <w:jc w:val="right"/>
      </w:pPr>
      <w:r>
        <w:t>تو لوگ سپرفلیس سینس میں کسی چیز کو برائی سمجھ لیتے ہیں، حالانکہ وہ</w:t>
      </w:r>
    </w:p>
    <w:p>
      <w:r>
        <w:rPr>
          <w:b/>
        </w:rPr>
        <w:t xml:space="preserve">[27:09] </w:t>
      </w:r>
      <w:r>
        <w:t>source of all evil nahi hota hai. woh uska proof yeh hai keh woh khed pachhad kar ke woh system todte hain, aur aur aur life waisi ki waisi rehti hai, kuch bhi nahi badalta. to farmaya keh keh jo aadmi zuhd ka tareeqa ikhtiyar karta hai to woh real sense mein jaan leta hai keh kya hai burai, kya hai achhai,</w:t>
      </w:r>
    </w:p>
    <w:p>
      <w:pPr>
        <w:jc w:val="right"/>
      </w:pPr>
      <w:r>
        <w:t>سورس آف آل ایول نہیں ہوتا ہے۔ وہ اس کا پروف یہ ہے کہ وہ کھیڑ پچھاڑ کر کے وہ سسٹم توڑتے ہیں، اور اور اور لائف ویسی کی ویسی رہتی ہے، کچھ بھی نہیں بدلتا۔ تو فرمایا کہ کہ جو آدمی زہد کا طریقہ اختیار کرتا ہے تو وہ ریئل سینس میں جان لیتا ہے کہ کیا ہے برائی، کیا ہے اچھائی،</w:t>
      </w:r>
    </w:p>
    <w:p>
      <w:r>
        <w:rPr>
          <w:b/>
        </w:rPr>
        <w:t xml:space="preserve">[27:39] </w:t>
      </w:r>
      <w:r>
        <w:t>aur is ka ilaaj kiya hai.</w:t>
      </w:r>
    </w:p>
    <w:p>
      <w:pPr>
        <w:jc w:val="right"/>
      </w:pPr>
      <w:r>
        <w:t>اور اس کا علاج کیا ہے۔</w:t>
      </w:r>
    </w:p>
    <w:p>
      <w:r>
        <w:rPr>
          <w:b/>
        </w:rPr>
        <w:t xml:space="preserve">[27:45] </w:t>
      </w:r>
      <w:r>
        <w:t>woh jo burai hai, is ka ilaaj kiya hai? jaisa keh main ne arz kiya keh kuch log</w:t>
      </w:r>
    </w:p>
    <w:p>
      <w:pPr>
        <w:jc w:val="right"/>
      </w:pPr>
      <w:r>
        <w:t>وہ جو برائی ہے، اس کا علاج کیا ہے؟ جیسا کہ میں نے عرض کیا کہ کچھ لوگ</w:t>
      </w:r>
    </w:p>
    <w:p>
      <w:r>
        <w:rPr>
          <w:b/>
        </w:rPr>
        <w:t xml:space="preserve">[27:52] </w:t>
      </w:r>
      <w:r>
        <w:t>yeh samajhte hain keh yeh system bura hai, yaani foreign rule bura hai, capitalist society buri hai, to</w:t>
      </w:r>
    </w:p>
    <w:p>
      <w:pPr>
        <w:jc w:val="right"/>
      </w:pPr>
      <w:r>
        <w:t>یہ سمجھتے ہیں کہ یہ سسٹم برا ہے، یعنی فارن رول برا ہے، کیپیٹلسٹ سوسائٹی بری ہے، تو</w:t>
      </w:r>
    </w:p>
    <w:p>
      <w:r>
        <w:rPr>
          <w:b/>
        </w:rPr>
        <w:t xml:space="preserve">[27:58] </w:t>
      </w:r>
      <w:r>
        <w:t>is ko toor phor kar badalte hain.</w:t>
      </w:r>
    </w:p>
    <w:p>
      <w:pPr>
        <w:jc w:val="right"/>
      </w:pPr>
      <w:r>
        <w:t>اس کو توڑ پھوڑ کر بدلتے ہیں۔</w:t>
      </w:r>
    </w:p>
    <w:p>
      <w:r>
        <w:rPr>
          <w:b/>
        </w:rPr>
        <w:t xml:space="preserve">[28:04] </w:t>
      </w:r>
      <w:r>
        <w:t>lekin phir bhi situation mein koi badlao nahin aata.</w:t>
      </w:r>
    </w:p>
    <w:p>
      <w:pPr>
        <w:jc w:val="right"/>
      </w:pPr>
      <w:r>
        <w:t>لیکن پھر بھی سچویشن میں کوئی بدلاؤ نہیں آتا۔</w:t>
      </w:r>
    </w:p>
    <w:p>
      <w:r>
        <w:rPr>
          <w:b/>
        </w:rPr>
        <w:t xml:space="preserve">[28:10] </w:t>
      </w:r>
      <w:r>
        <w:t>to jo aadmi zuhd ka tareeqa ikhtiyar kare, us ko wisdom milti hai, us ko woh aankh milti</w:t>
      </w:r>
    </w:p>
    <w:p>
      <w:pPr>
        <w:jc w:val="right"/>
      </w:pPr>
      <w:r>
        <w:t>تو جو آدمی زہد کا طریقہ اختیار کرے، اس کو وزڈم ملتی ہے، اس کو وہ آنکھ ملتی</w:t>
      </w:r>
    </w:p>
    <w:p>
      <w:r>
        <w:rPr>
          <w:b/>
        </w:rPr>
        <w:t xml:space="preserve">[28:16] </w:t>
      </w:r>
      <w:r>
        <w:t>hai jis se woh jaane keh sahi maano mein burai ki jar kiya hai, achai ki jar kiya</w:t>
      </w:r>
    </w:p>
    <w:p>
      <w:pPr>
        <w:jc w:val="right"/>
      </w:pPr>
      <w:r>
        <w:t>ہے جس سے وہ جانے کہ صحیح معنوں میں برائی کی جڑ کیا ہے، اچھائی کی جڑ کیا</w:t>
      </w:r>
    </w:p>
    <w:p>
      <w:r>
        <w:rPr>
          <w:b/>
        </w:rPr>
        <w:t xml:space="preserve">[28:23] </w:t>
      </w:r>
      <w:r>
        <w:t>hai, is ka ilaaj kiya hai.</w:t>
      </w:r>
    </w:p>
    <w:p>
      <w:pPr>
        <w:jc w:val="right"/>
      </w:pPr>
      <w:r>
        <w:t>ہے، اس کا علاج کیا ہے۔</w:t>
      </w:r>
    </w:p>
    <w:p>
      <w:r>
        <w:rPr>
          <w:b/>
        </w:rPr>
        <w:t xml:space="preserve">[28:29] </w:t>
      </w:r>
      <w:r>
        <w:t>aur phir jab yeh hota hai to is ke andar aik aisi personality janam leti hai keh wa adkhalahu</w:t>
      </w:r>
    </w:p>
    <w:p>
      <w:pPr>
        <w:jc w:val="right"/>
      </w:pPr>
      <w:r>
        <w:t>اور پھر جب یہ ہوتا ہے تو اس کے اندر ایک ایسی پرسنیلٹی جنم لیتی ہے کہ وَأَدْخَلَهُ</w:t>
      </w:r>
    </w:p>
    <w:p>
      <w:r>
        <w:rPr>
          <w:b/>
        </w:rPr>
        <w:t xml:space="preserve">[28:35] </w:t>
      </w:r>
      <w:r>
        <w:t>saliman ala daris salam</w:t>
      </w:r>
    </w:p>
    <w:p>
      <w:pPr>
        <w:jc w:val="right"/>
      </w:pPr>
      <w:r>
        <w:t>صَالِمًا عَلَى دَارِ السَّلَامِ</w:t>
      </w:r>
    </w:p>
    <w:p>
      <w:r>
        <w:rPr>
          <w:b/>
        </w:rPr>
        <w:t xml:space="preserve">[28:41] </w:t>
      </w:r>
      <w:r>
        <w:t>.</w:t>
      </w:r>
    </w:p>
    <w:p>
      <w:pPr>
        <w:jc w:val="right"/>
      </w:pPr>
      <w:r>
        <w:t>۔</w:t>
      </w:r>
    </w:p>
    <w:p>
      <w:r>
        <w:rPr>
          <w:b/>
        </w:rPr>
        <w:t xml:space="preserve">[28:46] </w:t>
      </w:r>
      <w:r>
        <w:t>woh is qabil ho jata hai, woh insaan keh Khuda us ko salamati ke ghar mein dakhil kare,</w:t>
      </w:r>
    </w:p>
    <w:p>
      <w:pPr>
        <w:jc w:val="right"/>
      </w:pPr>
      <w:r>
        <w:t>وہ اس قابل ہو جاتا ہے، وہ انسان کہ خدا اس کو سلامتی کے گھر میں داخل کرے،</w:t>
      </w:r>
    </w:p>
    <w:p>
      <w:r>
        <w:rPr>
          <w:b/>
        </w:rPr>
        <w:t xml:space="preserve">[28:51] </w:t>
      </w:r>
      <w:r>
        <w:t>yaani paradise mein entry mil jaye us ko.</w:t>
      </w:r>
    </w:p>
    <w:p>
      <w:pPr>
        <w:jc w:val="right"/>
      </w:pPr>
      <w:r>
        <w:t>یعنی پیراڈائز میں انٹری مل جائے اس کو۔</w:t>
      </w:r>
    </w:p>
    <w:p>
      <w:r>
        <w:rPr>
          <w:b/>
        </w:rPr>
        <w:t xml:space="preserve">[28:56] </w:t>
      </w:r>
      <w:r>
        <w:t>yeh hai Islam ki rohaniyat.</w:t>
      </w:r>
    </w:p>
    <w:p>
      <w:pPr>
        <w:jc w:val="right"/>
      </w:pPr>
      <w:r>
        <w:t>یہ ہے اسلام کی روحانیت۔</w:t>
      </w:r>
    </w:p>
    <w:p>
      <w:r>
        <w:rPr>
          <w:b/>
        </w:rPr>
        <w:t xml:space="preserve">[29:01] </w:t>
      </w:r>
      <w:r>
        <w:t>is mein dekhiye, jo word use hua hai, woh zuhd ka word hai.</w:t>
      </w:r>
    </w:p>
    <w:p>
      <w:pPr>
        <w:jc w:val="right"/>
      </w:pPr>
      <w:r>
        <w:t>اس میں دیکھیے، جو ورڈ یوز ہوا ہے، وہ زہد کا ورڈ ہے۔</w:t>
      </w:r>
    </w:p>
    <w:p>
      <w:r>
        <w:rPr>
          <w:b/>
        </w:rPr>
        <w:t xml:space="preserve">[29:06] </w:t>
      </w:r>
      <w:r>
        <w:t>zuhd ka matlab kiya hai? zuhd ka matlab hai dunya mein rehte hue</w:t>
      </w:r>
    </w:p>
    <w:p>
      <w:pPr>
        <w:jc w:val="right"/>
      </w:pPr>
      <w:r>
        <w:t>زہد کا مطلب کیا ہے؟ زہد کا مطلب ہے دنیا میں رہتے ہوئے</w:t>
      </w:r>
    </w:p>
    <w:p>
      <w:r>
        <w:rPr>
          <w:b/>
        </w:rPr>
        <w:t xml:space="preserve">[29:11] </w:t>
      </w:r>
      <w:r>
        <w:t>apne aap ko duniya se be raghbat kar lena. yani practical tor par to duniya mein rehta hai woh, lekin uska interest jo hai dil ka, woh duniya se nahi juda hua hota. woh to higher reality mein juda hua hota hai. to zuhd jo hai, aur zuhd aur rahbaniyat mein farq yeh hai: Islam mein hai keh la rah</w:t>
      </w:r>
    </w:p>
    <w:p>
      <w:pPr>
        <w:jc w:val="right"/>
      </w:pPr>
      <w:r>
        <w:t>اپنے آپ کو دنیا سے بے رغبت کر لینا۔ یعنی پریکٹیکل طور پر تو دنیا میں رہتا ہے وہ، لیکن اس کا انٹرسٹ جو ہے دل کا، وہ دنیا سے نہیں جڑا ہوا ہوتا۔ وہ تو ہائر ریلیٹی میں جڑا ہوا ہوتا ہے۔ تو زہد جو ہے، اور زہد اور رہبانیت میں فرق یہ ہے: اسلام میں ہے کہ لا رح</w:t>
      </w:r>
    </w:p>
    <w:p>
      <w:r>
        <w:rPr>
          <w:b/>
        </w:rPr>
        <w:t xml:space="preserve">[29:41] </w:t>
      </w:r>
      <w:r>
        <w:t>baniت فی الاسلام۔</w:t>
      </w:r>
    </w:p>
    <w:p>
      <w:pPr>
        <w:jc w:val="right"/>
      </w:pPr>
      <w:r>
        <w:t>بانیت فی الاسلام۔</w:t>
      </w:r>
    </w:p>
    <w:p>
      <w:r>
        <w:rPr>
          <w:b/>
        </w:rPr>
        <w:t xml:space="preserve">[29:47] </w:t>
      </w:r>
      <w:r>
        <w:t>Islam mein rehbaniyat nahin hai.</w:t>
      </w:r>
    </w:p>
    <w:p>
      <w:pPr>
        <w:jc w:val="right"/>
      </w:pPr>
      <w:r>
        <w:t>اسلام میں رہبانیت نہیں ہے۔</w:t>
      </w:r>
    </w:p>
    <w:p>
      <w:r>
        <w:rPr>
          <w:b/>
        </w:rPr>
        <w:t xml:space="preserve">[29:52] </w:t>
      </w:r>
      <w:r>
        <w:t>to is ko kehte hain tark-e-dunya.</w:t>
      </w:r>
    </w:p>
    <w:p>
      <w:pPr>
        <w:jc w:val="right"/>
      </w:pPr>
      <w:r>
        <w:t>تو اس کو کہتے ہیں ترک دنیا۔</w:t>
      </w:r>
    </w:p>
    <w:p>
      <w:r>
        <w:rPr>
          <w:b/>
        </w:rPr>
        <w:t xml:space="preserve">[29:57] </w:t>
      </w:r>
      <w:r>
        <w:t>aik hai tark-e-dunya, dunya ko chhor kar ke jangall mein chale jana, pahaad mein chale jana, kahin</w:t>
      </w:r>
    </w:p>
    <w:p>
      <w:pPr>
        <w:jc w:val="right"/>
      </w:pPr>
      <w:r>
        <w:t>ایک ہے ترک دنیا، دنیا کو چھوڑ کر کے جنگل میں چلے جانا، پہاڑ میں چلے جانا، کہیں</w:t>
      </w:r>
    </w:p>
    <w:p>
      <w:r>
        <w:rPr>
          <w:b/>
        </w:rPr>
        <w:t xml:space="preserve">[30:03] </w:t>
      </w:r>
      <w:r>
        <w:t>alag thalag chale jana, is ko kehte hain tark-e-dunya.</w:t>
      </w:r>
    </w:p>
    <w:p>
      <w:pPr>
        <w:jc w:val="right"/>
      </w:pPr>
      <w:r>
        <w:t>الگ تھلگ چلے جانا، اس کو کہتے ہیں ترک دنیا۔</w:t>
      </w:r>
    </w:p>
    <w:p>
      <w:r>
        <w:rPr>
          <w:b/>
        </w:rPr>
        <w:t xml:space="preserve">[30:08] </w:t>
      </w:r>
      <w:r>
        <w:t>to Islam mein dunya ko chhorna nahin hai,</w:t>
      </w:r>
    </w:p>
    <w:p>
      <w:pPr>
        <w:jc w:val="right"/>
      </w:pPr>
      <w:r>
        <w:t>تو اسلام میں دنیا کو چھوڑنا نہیں ہے،</w:t>
      </w:r>
    </w:p>
    <w:p>
      <w:r>
        <w:rPr>
          <w:b/>
        </w:rPr>
        <w:t xml:space="preserve">[30:13] </w:t>
      </w:r>
      <w:r>
        <w:t>dunya mein rehte hue interest ko chhorna hai, raghbat ko chhorna hai.</w:t>
      </w:r>
    </w:p>
    <w:p>
      <w:pPr>
        <w:jc w:val="right"/>
      </w:pPr>
      <w:r>
        <w:t>دنیا میں رہتے ہوئے انٹرسٹ کو چھوڑنا ہے، رغبت کو چھوڑنا ہے۔</w:t>
      </w:r>
    </w:p>
    <w:p>
      <w:r>
        <w:rPr>
          <w:b/>
        </w:rPr>
        <w:t xml:space="preserve">[30:21] </w:t>
      </w:r>
      <w:r>
        <w:t>yaani practical tor par to aadmi dunya hi mein ho, lekin us ki raghbat, us ke dil ki</w:t>
      </w:r>
    </w:p>
    <w:p>
      <w:pPr>
        <w:jc w:val="right"/>
      </w:pPr>
      <w:r>
        <w:t>یعنی پریکٹیکل طور پر تو آدمی دنیا ہی میں ہو، لیکن اس کی رغبت، اس کے دل کی</w:t>
      </w:r>
    </w:p>
    <w:p>
      <w:r>
        <w:rPr>
          <w:b/>
        </w:rPr>
        <w:t xml:space="preserve">[30:29] </w:t>
      </w:r>
      <w:r>
        <w:t>chahat, is ka andar ka jo interest, is ka shauq, woh jo hai, woh laga hua ho higher truth mein.</w:t>
      </w:r>
    </w:p>
    <w:p>
      <w:pPr>
        <w:jc w:val="right"/>
      </w:pPr>
      <w:r>
        <w:t>چاہت، اس کا اندر کا جو انٹرسٹ، اس کا شوق، وہ جو ہے، وہ لگا ہوا ہو ہائر ٹروتھ میں۔</w:t>
      </w:r>
    </w:p>
    <w:p>
      <w:r>
        <w:rPr>
          <w:b/>
        </w:rPr>
        <w:t xml:space="preserve">[30:37] </w:t>
      </w:r>
      <w:r>
        <w:t>yeh hai Islam ka tareeqa.</w:t>
      </w:r>
    </w:p>
    <w:p>
      <w:pPr>
        <w:jc w:val="right"/>
      </w:pPr>
      <w:r>
        <w:t>یہ ہے اسلام کا طریقہ۔</w:t>
      </w:r>
    </w:p>
    <w:p>
      <w:r>
        <w:rPr>
          <w:b/>
        </w:rPr>
        <w:t xml:space="preserve">[30:45] </w:t>
      </w:r>
      <w:r>
        <w:t>isi ko kisi shair ne kaha hai ke hai daad ke qabil meri tajreed tasawwur karta hoon tujhe</w:t>
      </w:r>
    </w:p>
    <w:p>
      <w:pPr>
        <w:jc w:val="right"/>
      </w:pPr>
      <w:r>
        <w:t>اسی کو کسی شاعر نے کہا ہے کہ ہے داد کے قابل میری تجرید تصور کرتا ہوں تجھے</w:t>
      </w:r>
    </w:p>
    <w:p>
      <w:r>
        <w:rPr>
          <w:b/>
        </w:rPr>
        <w:t xml:space="preserve">[30:53] </w:t>
      </w:r>
      <w:r>
        <w:t>ghair ki mehfil se juda yaad.</w:t>
      </w:r>
    </w:p>
    <w:p>
      <w:pPr>
        <w:jc w:val="right"/>
      </w:pPr>
      <w:r>
        <w:t>غیر کی محفل سے جدا یاد۔</w:t>
      </w:r>
    </w:p>
    <w:p>
      <w:r>
        <w:rPr>
          <w:b/>
        </w:rPr>
        <w:t xml:space="preserve">[31:02] </w:t>
      </w:r>
      <w:r>
        <w:t>tajreed tasawwur ka matlab hai ke apne apni soch ko detach kar lena ke aadmi busy toh isi</w:t>
      </w:r>
    </w:p>
    <w:p>
      <w:pPr>
        <w:jc w:val="right"/>
      </w:pPr>
      <w:r>
        <w:t>تجرید تصور کا مطلب ہے کہ اپنے اپنی سوچ کو ڈیٹیچ کر لینا کہ آدمی بزی تو اسی</w:t>
      </w:r>
    </w:p>
    <w:p>
      <w:r>
        <w:rPr>
          <w:b/>
        </w:rPr>
        <w:t xml:space="preserve">[31:10] </w:t>
      </w:r>
      <w:r>
        <w:t>mein hai jis mein doosre log hain.</w:t>
      </w:r>
    </w:p>
    <w:p>
      <w:pPr>
        <w:jc w:val="right"/>
      </w:pPr>
      <w:r>
        <w:t>میں ہے جس میں دوسرے لوگ ہیں۔</w:t>
      </w:r>
    </w:p>
    <w:p>
      <w:r>
        <w:rPr>
          <w:b/>
        </w:rPr>
        <w:t xml:space="preserve">[31:18] </w:t>
      </w:r>
      <w:r>
        <w:t>waise maslan ek ek driver ne mujh se kaha, rail rail ka driver, rail ka driver, uska wahi job tha, woh train ko yahan se wahan le jana, wahan se wahan le jana, to train ko ke engine ko chalana, yeh uska job tha. to us ne kaha keh jab mein baithta hoon, aur yeh aap jante hain keh ek hota hai, aaj</w:t>
      </w:r>
    </w:p>
    <w:p>
      <w:pPr>
        <w:jc w:val="right"/>
      </w:pPr>
      <w:r>
        <w:t>ویسے مثلاً ایک ایک ڈرائیور نے مجھ سے کہا، ریل ریل کا ڈرائیور، ریل کا ڈرائیور، اس کا وہی جاب تھا، وہ ٹرین کو یہاں سے وہاں لے جانا، وہاں سے وہاں لے جانا، تو ٹرین کو کے انجن کو چلانا، یہ اس کا جاب تھا۔ تو اس نے کہا کہ جب میں بیٹھتا ہوں، اور یہ آپ جانتے ہیں کہ ایک ہوتا ہے، آج</w:t>
      </w:r>
    </w:p>
    <w:p>
      <w:r>
        <w:rPr>
          <w:b/>
        </w:rPr>
        <w:t xml:space="preserve">[31:48] </w:t>
      </w:r>
      <w:r>
        <w:t>kal to chale hue hain engine jo hote hain, woh bijli se chalte hain, aur woh chalte hain us se, woh tel se chalte hain. pehle jo hua karta tha engine, mujhe nahi maloom ab woh engine hai ke nahi hai, to koyla dala jata tha us mein, koyla yani pani ka bahut bada tank, us ke neeche aag jalai jati thi, aur pani garam ho kar ke phir steam banti</w:t>
      </w:r>
    </w:p>
    <w:p>
      <w:pPr>
        <w:jc w:val="right"/>
      </w:pPr>
      <w:r>
        <w:t>کل تو چلے ہوئے ہیں انجن جو ہوتے ہیں، وہ بجلی سے چلتے ہیں، اور وہ چلتے ہیں اس سے، وہ تیل سے چلتے ہیں۔ پہلے جو ہوا کرتا تھا انجن، مجھے نہیں معلوم اب وہ انجن ہے کہ نہیں ہے، تو کوئلہ ڈالا جاتا تھا اس میں، کوئلہ یعنی پانی کا بہت بڑا ٹینک، اس کے نیچے آگ جلائی جاتی تھی، اور پانی گرم ہو کر کے پھر اسٹیم بنتی</w:t>
      </w:r>
    </w:p>
    <w:p>
      <w:r>
        <w:rPr>
          <w:b/>
        </w:rPr>
        <w:t xml:space="preserve">[32:18] </w:t>
      </w:r>
      <w:r>
        <w:t>thi.</w:t>
      </w:r>
    </w:p>
    <w:p>
      <w:pPr>
        <w:jc w:val="right"/>
      </w:pPr>
      <w:r>
        <w:t>تھی۔</w:t>
      </w:r>
    </w:p>
    <w:p>
      <w:r>
        <w:rPr>
          <w:b/>
        </w:rPr>
        <w:t xml:space="preserve">[32:23] </w:t>
      </w:r>
      <w:r>
        <w:t>toh mujhe nahi maloom ke ab yeh aise engine hote hain ke nahi hote hain, lekin pehle aise</w:t>
      </w:r>
    </w:p>
    <w:p>
      <w:pPr>
        <w:jc w:val="right"/>
      </w:pPr>
      <w:r>
        <w:t>تو مجھے نہیں معلوم کہ اب یہ ایسے انجن ہوتے ہیں کہ نہیں ہوتے ہیں، لیکن پہلے ایسے</w:t>
      </w:r>
    </w:p>
    <w:p>
      <w:r>
        <w:rPr>
          <w:b/>
        </w:rPr>
        <w:t xml:space="preserve">[32:29] </w:t>
      </w:r>
      <w:r>
        <w:t>engine hua karte the, toh is mein koylha dhakta rehta tha, bilkul aag ko garam, pani ko garam</w:t>
      </w:r>
    </w:p>
    <w:p>
      <w:pPr>
        <w:jc w:val="right"/>
      </w:pPr>
      <w:r>
        <w:t>انجن ہوا کرتے تھے، تو اس میں کوئلہ دھکتا رہتا تھا، بالکل آگ کو گرم، پانی کو گرم</w:t>
      </w:r>
    </w:p>
    <w:p>
      <w:r>
        <w:rPr>
          <w:b/>
        </w:rPr>
        <w:t xml:space="preserve">[32:34] </w:t>
      </w:r>
      <w:r>
        <w:t>karne ke liye.</w:t>
      </w:r>
    </w:p>
    <w:p>
      <w:pPr>
        <w:jc w:val="right"/>
      </w:pPr>
      <w:r>
        <w:t>کرنے کے لیے۔</w:t>
      </w:r>
    </w:p>
    <w:p>
      <w:r>
        <w:rPr>
          <w:b/>
        </w:rPr>
        <w:t xml:space="preserve">[32:39] </w:t>
      </w:r>
      <w:r>
        <w:t>toh us ne bataya ke jab mein baithta hoon engine par aur koylha jhonkta hoon, aur aag garam</w:t>
      </w:r>
    </w:p>
    <w:p>
      <w:pPr>
        <w:jc w:val="right"/>
      </w:pPr>
      <w:r>
        <w:t>تو اس نے بتایا کہ جب میں بیٹھتا ہوں انجن پر اور کوئلہ جھونکتا ہوں، اور آگ گرم</w:t>
      </w:r>
    </w:p>
    <w:p>
      <w:r>
        <w:rPr>
          <w:b/>
        </w:rPr>
        <w:t xml:space="preserve">[32:44] </w:t>
      </w:r>
      <w:r>
        <w:t>hoti hai, toh kya hota hai? mujh ko jahannum ki yaad, jahannum ki aag yaad aa jati hai.</w:t>
      </w:r>
    </w:p>
    <w:p>
      <w:pPr>
        <w:jc w:val="right"/>
      </w:pPr>
      <w:r>
        <w:t>ہوتی ہے، تو کیا ہوتا ہے؟ مجھ کو جہنم کی یاد، جہنم کی آگ یاد آ جاتی ہے۔</w:t>
      </w:r>
    </w:p>
    <w:p>
      <w:r>
        <w:rPr>
          <w:b/>
        </w:rPr>
        <w:t xml:space="preserve">[32:50] </w:t>
      </w:r>
      <w:r>
        <w:t>jahannum ki aag.</w:t>
      </w:r>
    </w:p>
    <w:p>
      <w:pPr>
        <w:jc w:val="right"/>
      </w:pPr>
      <w:r>
        <w:t>جہنم کی آگ۔</w:t>
      </w:r>
    </w:p>
    <w:p>
      <w:r>
        <w:rPr>
          <w:b/>
        </w:rPr>
        <w:t xml:space="preserve">[32:57] </w:t>
      </w:r>
      <w:r>
        <w:t>ab yahan pe dekhiye, yahi hai tajreed tasawwur ke woh doosron ki tarah, woh bhi driver hai, doosron</w:t>
      </w:r>
    </w:p>
    <w:p>
      <w:pPr>
        <w:jc w:val="right"/>
      </w:pPr>
      <w:r>
        <w:t>اب یہاں پہ دیکھیے، یہی ہے تجرید تصور کہ وہ دوسروں کی طرح، وہ بھی ڈرائیور ہے، دوسروں</w:t>
      </w:r>
    </w:p>
    <w:p>
      <w:r>
        <w:rPr>
          <w:b/>
        </w:rPr>
        <w:t xml:space="preserve">[33:05] </w:t>
      </w:r>
      <w:r>
        <w:t>ki tarah, woh bhi ek duniya ke kaam mein busy hai, lekin us ne apne ko detach kiya,</w:t>
      </w:r>
    </w:p>
    <w:p>
      <w:pPr>
        <w:jc w:val="right"/>
      </w:pPr>
      <w:r>
        <w:t>کی طرح، وہ بھی ایک دنیا کے کام میں بزی ہے، لیکن اس نے اپنے کو ڈیٹیچ کیا،</w:t>
      </w:r>
    </w:p>
    <w:p>
      <w:r>
        <w:rPr>
          <w:b/>
        </w:rPr>
        <w:t xml:space="preserve">[33:12] </w:t>
      </w:r>
      <w:r>
        <w:t>yani is job mein rehte hue apne aap ko us ne detach kar ke socha ke yeh aag</w:t>
      </w:r>
    </w:p>
    <w:p>
      <w:pPr>
        <w:jc w:val="right"/>
      </w:pPr>
      <w:r>
        <w:t>یعنی اس جاب میں رہتے ہوئے اپنے آپ کو اس نے ڈیٹیچ کر کے سوچا کہ یہ آگ</w:t>
      </w:r>
    </w:p>
    <w:p>
      <w:r>
        <w:rPr>
          <w:b/>
        </w:rPr>
        <w:t xml:space="preserve">[33:20] </w:t>
      </w:r>
      <w:r>
        <w:t>itni sakht hai ke us ko hum us ke andar haath nahi daal sakte.</w:t>
      </w:r>
    </w:p>
    <w:p>
      <w:pPr>
        <w:jc w:val="right"/>
      </w:pPr>
      <w:r>
        <w:t>اتنی سخت ہے کہ اس کو ہم اس کے اندر ہاتھ نہیں ڈال سکتے۔</w:t>
      </w:r>
    </w:p>
    <w:p>
      <w:r>
        <w:rPr>
          <w:b/>
        </w:rPr>
        <w:t xml:space="preserve">[33:25] </w:t>
      </w:r>
      <w:r>
        <w:t>toh woh aag jo jahannum ki aag hai, jo hell ki aag hai, kitni sakht hogi, aur kis</w:t>
      </w:r>
    </w:p>
    <w:p>
      <w:pPr>
        <w:jc w:val="right"/>
      </w:pPr>
      <w:r>
        <w:t>تو وہ آگ جو جہنم کی آگ ہے، جو ہیل کی آگ ہے، کتنی سخت ہوگی، اور کس</w:t>
      </w:r>
    </w:p>
    <w:p>
      <w:r>
        <w:rPr>
          <w:b/>
        </w:rPr>
        <w:t xml:space="preserve">[33:30] </w:t>
      </w:r>
      <w:r>
        <w:t>tarah se woh aadmi ke liye tolerable nahi hogi.</w:t>
      </w:r>
    </w:p>
    <w:p>
      <w:pPr>
        <w:jc w:val="right"/>
      </w:pPr>
      <w:r>
        <w:t>طرح سے وہ آدمی کے لیے ٹالریبل نہیں ہوگی۔</w:t>
      </w:r>
    </w:p>
    <w:p>
      <w:r>
        <w:rPr>
          <w:b/>
        </w:rPr>
        <w:t xml:space="preserve">[33:35] </w:t>
      </w:r>
      <w:r>
        <w:t>toh kar raha hai duniya ka job, lekin food le raha hai akhirat ka.</w:t>
      </w:r>
    </w:p>
    <w:p>
      <w:pPr>
        <w:jc w:val="right"/>
      </w:pPr>
      <w:r>
        <w:t>تو کر رہا ہے دنیا کا جاب، لیکن فوڈ لے رہا ہے آخرت کا۔</w:t>
      </w:r>
    </w:p>
    <w:p>
      <w:r>
        <w:rPr>
          <w:b/>
        </w:rPr>
        <w:t xml:space="preserve">[33:41] </w:t>
      </w:r>
      <w:r>
        <w:t>yeh hai Islam ki roohaniyat.</w:t>
      </w:r>
    </w:p>
    <w:p>
      <w:pPr>
        <w:jc w:val="right"/>
      </w:pPr>
      <w:r>
        <w:t>یہ ہے اسلام کی روحانیت۔</w:t>
      </w:r>
    </w:p>
    <w:p>
      <w:r>
        <w:rPr>
          <w:b/>
        </w:rPr>
        <w:t xml:space="preserve">[33:46] </w:t>
      </w:r>
      <w:r>
        <w:t>yeh hai Islam ki roohaniyat.</w:t>
      </w:r>
    </w:p>
    <w:p>
      <w:pPr>
        <w:jc w:val="right"/>
      </w:pPr>
      <w:r>
        <w:t>یہ ہے اسلام کی روحانیت۔</w:t>
      </w:r>
    </w:p>
    <w:p>
      <w:r>
        <w:rPr>
          <w:b/>
        </w:rPr>
        <w:t xml:space="preserve">[33:51] </w:t>
      </w:r>
      <w:r>
        <w:t>aise mujhe ek sahab mile London mein, toh woh kisi, woh woh angrez nahi the, bahar se aa</w:t>
      </w:r>
    </w:p>
    <w:p>
      <w:pPr>
        <w:jc w:val="right"/>
      </w:pPr>
      <w:r>
        <w:t>ایسے مجھے ایک صاحب ملے لندن میں، تو وہ کسی، وہ وہ انگریز نہیں تھے، باہر سے آ</w:t>
      </w:r>
    </w:p>
    <w:p>
      <w:r>
        <w:rPr>
          <w:b/>
        </w:rPr>
        <w:t xml:space="preserve">[33:56] </w:t>
      </w:r>
      <w:r>
        <w:t>kar wahan base the.</w:t>
      </w:r>
    </w:p>
    <w:p>
      <w:pPr>
        <w:jc w:val="right"/>
      </w:pPr>
      <w:r>
        <w:t>کر وہاں بسے تھے۔</w:t>
      </w:r>
    </w:p>
    <w:p>
      <w:r>
        <w:rPr>
          <w:b/>
        </w:rPr>
        <w:t xml:space="preserve">[34:01] </w:t>
      </w:r>
      <w:r>
        <w:t>toh mein ne dekha ke un ki bari dadi wali hai, bohat yani Islami dhang par dekha mein</w:t>
      </w:r>
    </w:p>
    <w:p>
      <w:pPr>
        <w:jc w:val="right"/>
      </w:pPr>
      <w:r>
        <w:t>تو میں نے دیکھا کہ ان کی بڑی داڑھی والی ہے، بہت یعنی اسلامی ڈھنگ پر دیکھا میں</w:t>
      </w:r>
    </w:p>
    <w:p>
      <w:r>
        <w:rPr>
          <w:b/>
        </w:rPr>
        <w:t xml:space="preserve">[34:06] </w:t>
      </w:r>
      <w:r>
        <w:t>ne un ko.</w:t>
      </w:r>
    </w:p>
    <w:p>
      <w:pPr>
        <w:jc w:val="right"/>
      </w:pPr>
      <w:r>
        <w:t>نے ان کو۔</w:t>
      </w:r>
    </w:p>
    <w:p>
      <w:r>
        <w:rPr>
          <w:b/>
        </w:rPr>
        <w:t xml:space="preserve">[34:11] </w:t>
      </w:r>
      <w:r>
        <w:t>to main ne socha ke aap yahan par to sab log coat pant pehente hain aur materialistic hote</w:t>
      </w:r>
    </w:p>
    <w:p>
      <w:pPr>
        <w:jc w:val="right"/>
      </w:pPr>
      <w:r>
        <w:t>تو میں نے سوچا کہ آپ یہاں پر تو سب لوگ کوٹ پتلون پہنتے ہیں اور مٹیریلسٹ ہوتے</w:t>
      </w:r>
    </w:p>
    <w:p>
      <w:r>
        <w:rPr>
          <w:b/>
        </w:rPr>
        <w:t xml:space="preserve">[34:16] </w:t>
      </w:r>
      <w:r>
        <w:t>hain, to aap</w:t>
      </w:r>
    </w:p>
    <w:p>
      <w:pPr>
        <w:jc w:val="right"/>
      </w:pPr>
      <w:r>
        <w:t>ہیں، تو آپ</w:t>
      </w:r>
    </w:p>
    <w:p>
      <w:r>
        <w:rPr>
          <w:b/>
        </w:rPr>
        <w:t xml:space="preserve">[34:21] </w:t>
      </w:r>
      <w:r>
        <w:t>ke andar yeh religious spirit kaise aai? to unhon ne bataya ke main aik chocolate banane wali company</w:t>
      </w:r>
    </w:p>
    <w:p>
      <w:pPr>
        <w:jc w:val="right"/>
      </w:pPr>
      <w:r>
        <w:t>کے اندر یہ ریلیجیس اسپرٹ کیسے آئی؟ تو انہوں نے بتایا کہ میں ایک چاکلیٹ بنانے والی کمپنی</w:t>
      </w:r>
    </w:p>
    <w:p>
      <w:r>
        <w:rPr>
          <w:b/>
        </w:rPr>
        <w:t xml:space="preserve">[34:27] </w:t>
      </w:r>
      <w:r>
        <w:t>mein kaam karta hoon.</w:t>
      </w:r>
    </w:p>
    <w:p>
      <w:pPr>
        <w:jc w:val="right"/>
      </w:pPr>
      <w:r>
        <w:t>میں کام کرتا ہوں۔</w:t>
      </w:r>
    </w:p>
    <w:p>
      <w:r>
        <w:rPr>
          <w:b/>
        </w:rPr>
        <w:t xml:space="preserve">[34:33] </w:t>
      </w:r>
      <w:r>
        <w:t>London mein aik company hai jo chocolate banati hai, us mein main kaam karta hoon.</w:t>
      </w:r>
    </w:p>
    <w:p>
      <w:pPr>
        <w:jc w:val="right"/>
      </w:pPr>
      <w:r>
        <w:t>لندن میں ایک کمپنی ہے جو چاکلیٹ بناتی ہے، اس میں میں کام کرتا ہوں۔</w:t>
      </w:r>
    </w:p>
    <w:p>
      <w:r>
        <w:rPr>
          <w:b/>
        </w:rPr>
        <w:t xml:space="preserve">[34:39] </w:t>
      </w:r>
      <w:r>
        <w:t>mera kaam kya hai? chocolate ban ban kar ke aata hai bahir, machine ne chocolate banaya, us ka</w:t>
      </w:r>
    </w:p>
    <w:p>
      <w:pPr>
        <w:jc w:val="right"/>
      </w:pPr>
      <w:r>
        <w:t>میرا کام کیا ہے؟ چاکلیٹ بن بن کر کے آتا ہے باہر، مشین نے چاکلیٹ بنایا، اس کا</w:t>
      </w:r>
    </w:p>
    <w:p>
      <w:r>
        <w:rPr>
          <w:b/>
        </w:rPr>
        <w:t xml:space="preserve">[34:45] </w:t>
      </w:r>
      <w:r>
        <w:t>wrapper lagaya, sara kaam to machine karti hai,</w:t>
      </w:r>
    </w:p>
    <w:p>
      <w:pPr>
        <w:jc w:val="right"/>
      </w:pPr>
      <w:r>
        <w:t>ریپر لگایا، سارا کام تو مشین کرتی ہے،</w:t>
      </w:r>
    </w:p>
    <w:p>
      <w:r>
        <w:rPr>
          <w:b/>
        </w:rPr>
        <w:t xml:space="preserve">[34:51] </w:t>
      </w:r>
      <w:r>
        <w:t>phir bhi kuch chocolate jo hai, kuch un mein defect reh jata hai.</w:t>
      </w:r>
    </w:p>
    <w:p>
      <w:pPr>
        <w:jc w:val="right"/>
      </w:pPr>
      <w:r>
        <w:t>پھر بھی کچھ چاکلیٹ جو ہے، کچھ ان میں ڈیفیکٹ رہ جاتا ہے۔</w:t>
      </w:r>
    </w:p>
    <w:p>
      <w:r>
        <w:rPr>
          <w:b/>
        </w:rPr>
        <w:t xml:space="preserve">[34:58] </w:t>
      </w:r>
      <w:r>
        <w:t>to mera kaam kya hai? jab woh chocolate ban par aata hai to main defective chocolate ko chanta hoon.</w:t>
      </w:r>
    </w:p>
    <w:p>
      <w:pPr>
        <w:jc w:val="right"/>
      </w:pPr>
      <w:r>
        <w:t>تو میرا کام کیا ہے؟ جب وہ چاکلیٹ بن پر آتا ہے تو میں ڈیفیکٹیو چاکلیٹ کو چھانٹتا ہوں۔</w:t>
      </w:r>
    </w:p>
    <w:p>
      <w:r>
        <w:rPr>
          <w:b/>
        </w:rPr>
        <w:t xml:space="preserve">[35:04] </w:t>
      </w:r>
      <w:r>
        <w:t>mere paas aik aik chhari jaisi aik cheez hoti hai ke jaise hi koi chocolate aaya jis mein</w:t>
      </w:r>
    </w:p>
    <w:p>
      <w:pPr>
        <w:jc w:val="right"/>
      </w:pPr>
      <w:r>
        <w:t>میرے پاس ایک ایک چھڑی جیسی ایک چیز ہوتی ہے کہ جیسے ہی کوئی چاکلیٹ آیا جس میں</w:t>
      </w:r>
    </w:p>
    <w:p>
      <w:r>
        <w:rPr>
          <w:b/>
        </w:rPr>
        <w:t xml:space="preserve">[35:10] </w:t>
      </w:r>
      <w:r>
        <w:t>koi defect tha, jaise woh toota hua hai, suppose toota hua, uska wrapper acha nahi laga hai,</w:t>
      </w:r>
    </w:p>
    <w:p>
      <w:pPr>
        <w:jc w:val="right"/>
      </w:pPr>
      <w:r>
        <w:t>کوئی ڈیفیکٹ تھا، جیسے وہ ٹوٹا ہوا ہے، سپوز ٹوٹا ہوا، اس کا ریپر اچھا نہیں لگا ہے،</w:t>
      </w:r>
    </w:p>
    <w:p>
      <w:r>
        <w:rPr>
          <w:b/>
        </w:rPr>
        <w:t xml:space="preserve">[35:16] </w:t>
      </w:r>
      <w:r>
        <w:t>us ko main chanta deta hoon.</w:t>
      </w:r>
    </w:p>
    <w:p>
      <w:pPr>
        <w:jc w:val="right"/>
      </w:pPr>
      <w:r>
        <w:t>اس کو میں چھانٹ دیتا ہوں۔</w:t>
      </w:r>
    </w:p>
    <w:p>
      <w:r>
        <w:rPr>
          <w:b/>
        </w:rPr>
        <w:t xml:space="preserve">[35:22] </w:t>
      </w:r>
      <w:r>
        <w:t>to unhon ne kaha ke unhon ne kaha ke aik din aisa hua ke main apna job kar</w:t>
      </w:r>
    </w:p>
    <w:p>
      <w:pPr>
        <w:jc w:val="right"/>
      </w:pPr>
      <w:r>
        <w:t>تو انہوں نے کہا کہ انہوں نے کہا کہ ایک دن ایسا ہوا کہ میں اپنا جاب کر</w:t>
      </w:r>
    </w:p>
    <w:p>
      <w:r>
        <w:rPr>
          <w:b/>
        </w:rPr>
        <w:t xml:space="preserve">[35:38] </w:t>
      </w:r>
      <w:r>
        <w:t>raha tha aur main chocolate ko chanta raha tha, to achaanak mujh par aik aik ajeeb mujhe experience hua</w:t>
      </w:r>
    </w:p>
    <w:p>
      <w:pPr>
        <w:jc w:val="right"/>
      </w:pPr>
      <w:r>
        <w:t>رہا تھا اور میں چاکلیٹ کو چھانٹ رہا تھا، تو اچانک مجھ پر ایک ایک عجیب مجھے ایکسپیرینس ہوا</w:t>
      </w:r>
    </w:p>
    <w:p>
      <w:r>
        <w:rPr>
          <w:b/>
        </w:rPr>
        <w:t xml:space="preserve">[35:53] </w:t>
      </w:r>
      <w:r>
        <w:t>ke mujhe yeh khayal aaya ke qayamat mein jab logon ko paradise mein jaane ke liye select kiya jayega, us waqt agar khuda mujhe chhant de, mujhe reject kar de, to kya hoga? jis tarah se main reject kar raha hoon kuch chocolate ko, aur phir woh market mein jaane wala nahin hai, woh jis ko maine reject kar diya, woh</w:t>
      </w:r>
    </w:p>
    <w:p>
      <w:pPr>
        <w:jc w:val="right"/>
      </w:pPr>
      <w:r>
        <w:t>کہ مجھے یہ خیال آیا کہ قیامت میں جب لوگوں کو پیراڈائز میں جانے کے لیے سلیکٹ کیا جائے گا، اس وقت اگر خدا مجھے چھانٹ دے، مجھے ریجیکٹ کر دے، تو کیا ہوگا؟ جس طرح سے میں ریجیکٹ کر رہا ہوں کچھ چاکلیٹ کو، اور پھر وہ مارکیٹ میں جانے والا نہیں ہے، وہ جس کو میں نے ریجیکٹ کر دیا، وہ</w:t>
      </w:r>
    </w:p>
    <w:p>
      <w:r>
        <w:rPr>
          <w:b/>
        </w:rPr>
        <w:t xml:space="preserve">[36:23] </w:t>
      </w:r>
      <w:r>
        <w:t>market mein nahi jayega.</w:t>
      </w:r>
    </w:p>
    <w:p>
      <w:pPr>
        <w:jc w:val="right"/>
      </w:pPr>
      <w:r>
        <w:t>مارکیٹ میں نہیں جائے گا۔</w:t>
      </w:r>
    </w:p>
    <w:p>
      <w:r>
        <w:rPr>
          <w:b/>
        </w:rPr>
        <w:t xml:space="preserve">[36:28] </w:t>
      </w:r>
      <w:r>
        <w:t>to agar wahan par mujhe reject kar diya jaye, mujhe paradise mein entry nahi milegi.</w:t>
      </w:r>
    </w:p>
    <w:p>
      <w:pPr>
        <w:jc w:val="right"/>
      </w:pPr>
      <w:r>
        <w:t>تو اگر وہاں پر مجھے ریجیکٹ کر دیا جائے، مجھے پیراڈائز میں انٹری نہیں ملے گی۔</w:t>
      </w:r>
    </w:p>
    <w:p>
      <w:r>
        <w:rPr>
          <w:b/>
        </w:rPr>
        <w:t xml:space="preserve">[36:32] </w:t>
      </w:r>
      <w:r>
        <w:t>yeh sochate hi un ke andar aik bhonchal aa gaya.</w:t>
      </w:r>
    </w:p>
    <w:p>
      <w:pPr>
        <w:jc w:val="right"/>
      </w:pPr>
      <w:r>
        <w:t>یہ سوچتے ہی ان کے اندر ایک بھونچال آ گیا۔</w:t>
      </w:r>
    </w:p>
    <w:p>
      <w:r>
        <w:rPr>
          <w:b/>
        </w:rPr>
        <w:t xml:space="preserve">[36:36] </w:t>
      </w:r>
      <w:r>
        <w:t>to unhon ne bataya ke main chutti le kar chala aaya.</w:t>
      </w:r>
    </w:p>
    <w:p>
      <w:pPr>
        <w:jc w:val="right"/>
      </w:pPr>
      <w:r>
        <w:t>تو انہوں نے بتایا کہ میں چھٹی لے کر چلا آیا۔</w:t>
      </w:r>
    </w:p>
    <w:p>
      <w:r>
        <w:rPr>
          <w:b/>
        </w:rPr>
        <w:t xml:space="preserve">[36:41] </w:t>
      </w:r>
      <w:r>
        <w:t>us din main chutti le kar ghar aa gaya.</w:t>
      </w:r>
    </w:p>
    <w:p>
      <w:pPr>
        <w:jc w:val="right"/>
      </w:pPr>
      <w:r>
        <w:t>اس دن میں چھٹی لے کر گھر آ گیا۔</w:t>
      </w:r>
    </w:p>
    <w:p>
      <w:r>
        <w:rPr>
          <w:b/>
        </w:rPr>
        <w:t xml:space="preserve">[36:45] </w:t>
      </w:r>
      <w:r>
        <w:t>sochta raha, sochta raha, sochta raha, introspection karta raha, aur phir meri zindagi mein change aa gaya jo</w:t>
      </w:r>
    </w:p>
    <w:p>
      <w:pPr>
        <w:jc w:val="right"/>
      </w:pPr>
      <w:r>
        <w:t>سوچتا رہا، سوچتا رہا، سوچتا رہا، انٹراسپیکشن کرتا رہا، اور پھر میری زندگی میں چینج آ گیا جو</w:t>
      </w:r>
    </w:p>
    <w:p>
      <w:r>
        <w:rPr>
          <w:b/>
        </w:rPr>
        <w:t xml:space="preserve">[36:49] </w:t>
      </w:r>
      <w:r>
        <w:t>aap dekh rahe hain. yeh hai</w:t>
      </w:r>
    </w:p>
    <w:p>
      <w:pPr>
        <w:jc w:val="right"/>
      </w:pPr>
      <w:r>
        <w:t>آپ دیکھ رہے ہیں۔ یہ ہے</w:t>
      </w:r>
    </w:p>
    <w:p>
      <w:r>
        <w:rPr>
          <w:b/>
        </w:rPr>
        <w:t xml:space="preserve">[36:53] </w:t>
      </w:r>
      <w:r>
        <w:t>Islam ki roohaniyat ke duniya mein rehte hue akhirat ki baat sochna, insanon ke beech mein rehte hue</w:t>
      </w:r>
    </w:p>
    <w:p>
      <w:pPr>
        <w:jc w:val="right"/>
      </w:pPr>
      <w:r>
        <w:t>اسلام کی روحانیت کہ دنیا میں رہتے ہوئے آخرت کی بات سوچنا، انسانوں کے بیچ میں رہتے ہوئے</w:t>
      </w:r>
    </w:p>
    <w:p>
      <w:r>
        <w:rPr>
          <w:b/>
        </w:rPr>
        <w:t xml:space="preserve">[37:03] </w:t>
      </w:r>
      <w:r>
        <w:t>Khuda mein dil ka laga rehna, material experience ko, yani material events ko spiritual experience mein dhalna.</w:t>
      </w:r>
    </w:p>
    <w:p>
      <w:pPr>
        <w:jc w:val="right"/>
      </w:pPr>
      <w:r>
        <w:t>خدا میں دل کا لگا رہنا، مٹیریل ایکسپیرینس کو، یعنی مٹیریل ایونٹس کو اسپیریچول ایکسپیرینس میں ڈھالنا۔</w:t>
      </w:r>
    </w:p>
    <w:p>
      <w:r>
        <w:rPr>
          <w:b/>
        </w:rPr>
        <w:t xml:space="preserve">[37:14] </w:t>
      </w:r>
      <w:r>
        <w:t>aap par guzre ga to aik material</w:t>
      </w:r>
    </w:p>
    <w:p>
      <w:pPr>
        <w:jc w:val="right"/>
      </w:pPr>
      <w:r>
        <w:t>آپ پر گزرے گا تو ایک مٹیریل</w:t>
      </w:r>
    </w:p>
    <w:p>
      <w:r>
        <w:rPr>
          <w:b/>
        </w:rPr>
        <w:t xml:space="preserve">[37:24] </w:t>
      </w:r>
      <w:r>
        <w:t>waqea, aap is ko dhaal lenge spiritual tajrubay mein, aur phir aap ke andar aik aik badlao aayega.</w:t>
      </w:r>
    </w:p>
    <w:p>
      <w:pPr>
        <w:jc w:val="right"/>
      </w:pPr>
      <w:r>
        <w:t>واقعہ، آپ اس کو ڈھال لیں گے اسپیریچول تجربے میں، اور پھر آپ کے اندر ایک ایک بدلاؤ آئے گا۔</w:t>
      </w:r>
    </w:p>
    <w:p>
      <w:r>
        <w:rPr>
          <w:b/>
        </w:rPr>
        <w:t xml:space="preserve">[37:31] </w:t>
      </w:r>
      <w:r>
        <w:t>yeh hai islam ki roohaniyat ke zuhd ka jo concept hai islam mein, woh yahi hai ke dunya</w:t>
      </w:r>
    </w:p>
    <w:p>
      <w:pPr>
        <w:jc w:val="right"/>
      </w:pPr>
      <w:r>
        <w:t>یہ ہے اسلام کی روحانیت کہ زہد کا جو کانسیپٹ ہے اسلام میں، وہ یہی ہے کہ دنیا</w:t>
      </w:r>
    </w:p>
    <w:p>
      <w:r>
        <w:rPr>
          <w:b/>
        </w:rPr>
        <w:t xml:space="preserve">[37:39] </w:t>
      </w:r>
      <w:r>
        <w:t>ko chhodna, yaani tark-e-dunya, yeh islam ki roohaniyat nahi hai.</w:t>
      </w:r>
    </w:p>
    <w:p>
      <w:pPr>
        <w:jc w:val="right"/>
      </w:pPr>
      <w:r>
        <w:t>کو چھوڑنا، یعنی ترک دنیا، یہ اسلام کی روحانیت نہیں ہے۔</w:t>
      </w:r>
    </w:p>
    <w:p>
      <w:r>
        <w:rPr>
          <w:b/>
        </w:rPr>
        <w:t xml:space="preserve">[37:47] </w:t>
      </w:r>
      <w:r>
        <w:t>islam ki roohaniyat yeh hai ke dunya mein rehte hue apna dil jo hai,</w:t>
      </w:r>
    </w:p>
    <w:p>
      <w:pPr>
        <w:jc w:val="right"/>
      </w:pPr>
      <w:r>
        <w:t>اسلام کی روحانیت یہ ہے کہ دنیا میں رہتے ہوئے اپنا دل جو ہے،</w:t>
      </w:r>
    </w:p>
    <w:p>
      <w:r>
        <w:rPr>
          <w:b/>
        </w:rPr>
        <w:t xml:space="preserve">[37:54] </w:t>
      </w:r>
      <w:r>
        <w:t>lagaye rakhna khuda mein, apna dil lagaye rakhna aakhirat mein, yaani soch ke level par apne ko alag rakhna.</w:t>
      </w:r>
    </w:p>
    <w:p>
      <w:pPr>
        <w:jc w:val="right"/>
      </w:pPr>
      <w:r>
        <w:t>لگائے رکھنا خدا میں، اپنا دل لگائے رکھنا آخرت میں، یعنی سوچ کے لیول پر اپنے کو الگ رکھنا۔</w:t>
      </w:r>
    </w:p>
    <w:p>
      <w:r>
        <w:rPr>
          <w:b/>
        </w:rPr>
        <w:t xml:space="preserve">[38:02] </w:t>
      </w:r>
      <w:r>
        <w:t>practical tor par aap ka body jo hai, busy rahega unhi cheezon mein jis mein doosre log</w:t>
      </w:r>
    </w:p>
    <w:p>
      <w:pPr>
        <w:jc w:val="right"/>
      </w:pPr>
      <w:r>
        <w:t>پریکٹیکل طور پر آپ کا باڈی جو ہے، بزی رہے گا انہی چیزوں میں جس میں دوسرے لوگ</w:t>
      </w:r>
    </w:p>
    <w:p>
      <w:r>
        <w:rPr>
          <w:b/>
        </w:rPr>
        <w:t xml:space="preserve">[38:10] </w:t>
      </w:r>
      <w:r>
        <w:t>busy hain, lekin aap ki soch is se detach hokar kaam karegi, aur phir aap ko</w:t>
      </w:r>
    </w:p>
    <w:p>
      <w:pPr>
        <w:jc w:val="right"/>
      </w:pPr>
      <w:r>
        <w:t>بزی ہیں، لیکن آپ کی سوچ اس سے ڈیٹیچ ہو کر کام کرے گی، اور پھر آپ کو</w:t>
      </w:r>
    </w:p>
    <w:p>
      <w:r>
        <w:rPr>
          <w:b/>
        </w:rPr>
        <w:t xml:space="preserve">[38:17] </w:t>
      </w:r>
      <w:r>
        <w:t>ajeeb ajeeb experience hoga.</w:t>
      </w:r>
    </w:p>
    <w:p>
      <w:pPr>
        <w:jc w:val="right"/>
      </w:pPr>
      <w:r>
        <w:t>عجیب عجیب ایکسپیرینس ہوگا۔</w:t>
      </w:r>
    </w:p>
    <w:p>
      <w:r>
        <w:rPr>
          <w:b/>
        </w:rPr>
        <w:t xml:space="preserve">[38:25] </w:t>
      </w:r>
      <w:r>
        <w:t>aap ke andar aik spirituality ka development hoga, aur dheere dheere kya hoga ke aap ki jo personality</w:t>
      </w:r>
    </w:p>
    <w:p>
      <w:pPr>
        <w:jc w:val="right"/>
      </w:pPr>
      <w:r>
        <w:t>آپ کے اندر ایک اسپیریچولٹی کا ڈیولپمنٹ ہوگا، اور دھیرے دھیرے کیا ہوگا کہ آپ کی جو پرسنیلٹی</w:t>
      </w:r>
    </w:p>
    <w:p>
      <w:r>
        <w:rPr>
          <w:b/>
        </w:rPr>
        <w:t xml:space="preserve">[38:31] </w:t>
      </w:r>
      <w:r>
        <w:t>hai, woh aik spiritual personality ban jayegi.</w:t>
      </w:r>
    </w:p>
    <w:p>
      <w:pPr>
        <w:jc w:val="right"/>
      </w:pPr>
      <w:r>
        <w:t>ہے، وہ ایک اسپیریچول پرسنیلٹی بن جائے گی۔</w:t>
      </w:r>
    </w:p>
    <w:p>
      <w:r>
        <w:rPr>
          <w:b/>
        </w:rPr>
        <w:t xml:space="preserve">[38:37] </w:t>
      </w:r>
      <w:r>
        <w:t>materially aap jude hue honge isi dunya mein, lekin spiritually aap aik naye insaan, aap ke andar</w:t>
      </w:r>
    </w:p>
    <w:p>
      <w:pPr>
        <w:jc w:val="right"/>
      </w:pPr>
      <w:r>
        <w:t>مٹیریلی آپ جڑے ہوئے ہوں گے اسی دنیا میں، لیکن اسپیریچولی آپ ایک نئے انسان، آپ کے اندر</w:t>
      </w:r>
    </w:p>
    <w:p>
      <w:r>
        <w:rPr>
          <w:b/>
        </w:rPr>
        <w:t xml:space="preserve">[38:44] </w:t>
      </w:r>
      <w:r>
        <w:t>aik naya insaan emerge kar raha hoga.</w:t>
      </w:r>
    </w:p>
    <w:p>
      <w:pPr>
        <w:jc w:val="right"/>
      </w:pPr>
      <w:r>
        <w:t>ایک نیا انسان ایمرج کر رہا ہوگا۔</w:t>
      </w:r>
    </w:p>
    <w:p>
      <w:r>
        <w:rPr>
          <w:b/>
        </w:rPr>
        <w:t xml:space="preserve">[38:50] </w:t>
      </w:r>
      <w:r>
        <w:t>yeh hai islam ka concept</w:t>
      </w:r>
    </w:p>
    <w:p>
      <w:pPr>
        <w:jc w:val="right"/>
      </w:pPr>
      <w:r>
        <w:t>یہ ہے اسلام کا کانسیپٹ</w:t>
      </w:r>
    </w:p>
    <w:p>
      <w:r>
        <w:rPr>
          <w:b/>
        </w:rPr>
        <w:t xml:space="preserve">[38:56] </w:t>
      </w:r>
      <w:r>
        <w:t>of spirituality.</w:t>
      </w:r>
    </w:p>
    <w:p>
      <w:pPr>
        <w:jc w:val="right"/>
      </w:pPr>
      <w:r>
        <w:t>اف اسپیریچولیٹی۔</w:t>
      </w:r>
    </w:p>
    <w:p>
      <w:r>
        <w:rPr>
          <w:b/>
        </w:rPr>
        <w:t xml:space="preserve">[39:02] </w:t>
      </w:r>
      <w:r>
        <w:t>is concept ko kaha jata hai zuhd.</w:t>
      </w:r>
    </w:p>
    <w:p>
      <w:pPr>
        <w:jc w:val="right"/>
      </w:pPr>
      <w:r>
        <w:t>اس کانسیپٹ کو کہا جاتا ہے زہد۔</w:t>
      </w:r>
    </w:p>
    <w:p>
      <w:r>
        <w:rPr>
          <w:b/>
        </w:rPr>
        <w:t xml:space="preserve">[39:08] </w:t>
      </w:r>
      <w:r>
        <w:t>jaisa ke maine aap ke samne aik hadith padhi ke "ma zahada abdun fi</w:t>
      </w:r>
    </w:p>
    <w:p>
      <w:pPr>
        <w:jc w:val="right"/>
      </w:pPr>
      <w:r>
        <w:t>جیسا کہ میں نے آپ کے سامنے ایک حدیث پڑھی کہ "ما زہد عبد ما زہد عبد فی</w:t>
      </w:r>
    </w:p>
    <w:p>
      <w:r>
        <w:rPr>
          <w:b/>
        </w:rPr>
        <w:t xml:space="preserve">[39:14] </w:t>
      </w:r>
      <w:r>
        <w:t>al dunya illa anbatallahu al hikmata fi qalbihi wa dunya wadawahu wa akhrajahu saliman ila dar al salam".</w:t>
      </w:r>
    </w:p>
    <w:p>
      <w:pPr>
        <w:jc w:val="right"/>
      </w:pPr>
      <w:r>
        <w:t>الدنیا الا انبت اللہ الحکمۃ فی قلبہ ودنیا ودواہ واخرجہ سالم الی دار السلام"۔</w:t>
      </w:r>
    </w:p>
    <w:p>
      <w:r>
        <w:rPr>
          <w:b/>
        </w:rPr>
        <w:t xml:space="preserve">[39:20] </w:t>
      </w:r>
      <w:r>
        <w:t>toh zuhd aik process hai. Zuhd</w:t>
      </w:r>
    </w:p>
    <w:p>
      <w:pPr>
        <w:jc w:val="right"/>
      </w:pPr>
      <w:r>
        <w:t>تو زہد ایک پراسیس ہے۔ ز</w:t>
      </w:r>
    </w:p>
    <w:p>
      <w:r>
        <w:rPr>
          <w:b/>
        </w:rPr>
        <w:t xml:space="preserve">[39:26] </w:t>
      </w:r>
      <w:r>
        <w:t>ke process se aadmi guzarta rehta hai, guzarta rehta hai, guzarta rehta hai.</w:t>
      </w:r>
    </w:p>
    <w:p>
      <w:pPr>
        <w:jc w:val="right"/>
      </w:pPr>
      <w:r>
        <w:t>ہد کے پراسیس سے آدمی گزرتا رہتا ہے، گزرتا رہتا ہے، گزرتا رہتا ہے۔</w:t>
      </w:r>
    </w:p>
    <w:p>
      <w:r>
        <w:rPr>
          <w:b/>
        </w:rPr>
        <w:t xml:space="preserve">[39:34] </w:t>
      </w:r>
      <w:r>
        <w:t>toh kya hota hai? Uski soch badalti hai, uska character badalta hai, uska behavior badalta</w:t>
      </w:r>
    </w:p>
    <w:p>
      <w:pPr>
        <w:jc w:val="right"/>
      </w:pPr>
      <w:r>
        <w:t>تو کیا ہوتا ہے؟ اس کی سوچ بدلتی ہے، اس کا کریکٹر بدلتا ہے، اس کا بیہیویئر بدلتا</w:t>
      </w:r>
    </w:p>
    <w:p>
      <w:r>
        <w:rPr>
          <w:b/>
        </w:rPr>
        <w:t xml:space="preserve">[39:41] </w:t>
      </w:r>
      <w:r>
        <w:t>hai, aur dheere dheere uske andar aik spiritual personality ban jati hai.</w:t>
      </w:r>
    </w:p>
    <w:p>
      <w:pPr>
        <w:jc w:val="right"/>
      </w:pPr>
      <w:r>
        <w:t>ہے، اور دھیرے دھیرے اس کے اندر ایک اسپیریچول پرسنیلٹی بن جاتی ہے۔</w:t>
      </w:r>
    </w:p>
    <w:p>
      <w:r>
        <w:rPr>
          <w:b/>
        </w:rPr>
        <w:t xml:space="preserve">[39:49] </w:t>
      </w:r>
      <w:r>
        <w:t>yaani material cheezon mein aadmi bazahir aap dekh rahe hain ke woh material cheezon mein mashgool hai, lekin theek us</w:t>
      </w:r>
    </w:p>
    <w:p>
      <w:pPr>
        <w:jc w:val="right"/>
      </w:pPr>
      <w:r>
        <w:t>یعنی مٹیریل چیزوں میں آدمی بظاہر آپ دیکھ رہے ہیں کہ وہ مٹیریل چیزوں میں مشغول ہے، لیکن ٹھیک اس</w:t>
      </w:r>
    </w:p>
    <w:p>
      <w:r>
        <w:rPr>
          <w:b/>
        </w:rPr>
        <w:t xml:space="preserve">[39:56] </w:t>
      </w:r>
      <w:r>
        <w:t>waqt us ke andar ek spiritual personality emerge kar rahi hoti hai. yeh hai zuhd. aur jo log is zuhd ke course ko poora karen, wahi woh log hain jin ko khuda jannat mein dakhil karega. jaisa ke hadith mein hai ke "akhrajahu saliman ila dar al-salam" ke khuda us ko salamati ghar mein, yani paradise mein dakhil karega.</w:t>
      </w:r>
    </w:p>
    <w:p>
      <w:pPr>
        <w:jc w:val="right"/>
      </w:pPr>
      <w:r>
        <w:t>ی وقت اس کے اندر ایک اسپیریچول پرسنیلٹی ایمرج کر رہی ہوتی ہے۔ یہ ہے زہد۔ اور جو لوگ اس زہد کے کورس کو پورا کریں، وہی وہ لوگ ہیں جن کو خدا جنت میں داخل کرے گا۔ جیسا کہ حدیث میں ہے کہ "اخرجہ سالم الی دار السلام" کہ خدا اس کو سلامتی گھر میں، یعنی پیراڈائز میں داخل کرے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