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 Religion of Peace November 25, 2024</w:t>
      </w:r>
    </w:p>
    <w:p>
      <w:r>
        <w:t>https://youtu.be/9WlSbAPxmwc</w:t>
      </w:r>
    </w:p>
    <w:p>
      <w:r>
        <w:rPr>
          <w:b/>
        </w:rPr>
        <w:t xml:space="preserve">[00:15] </w:t>
      </w:r>
      <w:r>
        <w:t>bismillah rahman rahim. rab ishrah li sadri, wa yassir li amri, wahlul uqdatan min lisani yafqahu qawli.</w:t>
      </w:r>
    </w:p>
    <w:p>
      <w:pPr>
        <w:jc w:val="right"/>
      </w:pPr>
      <w:r>
        <w:t>بسم اللہ الرحمن الرحیم۔ رب اشتح لی صدری، ویسر لی امری، واحل العقدۃ من لسانی یفقہ قولی۔</w:t>
      </w:r>
    </w:p>
    <w:p>
      <w:r>
        <w:rPr>
          <w:b/>
        </w:rPr>
        <w:t xml:space="preserve">[00:26] </w:t>
      </w:r>
      <w:r>
        <w:t>mein aaj CPS international new delhi ke center se aap se mukhatib hoon, aur hum aik ahem mozu par panel discussion karne wale hain.</w:t>
      </w:r>
    </w:p>
    <w:p>
      <w:pPr>
        <w:jc w:val="right"/>
      </w:pPr>
      <w:r>
        <w:t>میں آج سی پی ایس انٹرنیشنل نیو دلی کے سینٹر سے آپ سے مخاطب ہوں، اور ہم ایک اہم موضوع پر پینل ڈسکشن کرنے والے ہیں۔</w:t>
      </w:r>
    </w:p>
    <w:p>
      <w:r>
        <w:rPr>
          <w:b/>
        </w:rPr>
        <w:t xml:space="preserve">[00:39] </w:t>
      </w:r>
      <w:r>
        <w:t>aaj mere sath do mehman hyderabad se tashreef laye hain. panel discussion shuru hone se pehle mein munasib samajhta hoon in dono ka aik mukhtasar taaruf aap ke samne pesh karoon.</w:t>
      </w:r>
    </w:p>
    <w:p>
      <w:pPr>
        <w:jc w:val="right"/>
      </w:pPr>
      <w:r>
        <w:t>آج میرے ساتھ دو مہمان حیدرآباد سے تشریف لائے ہیں۔ پینل ڈسکشن شروع ہونے سے پہلے میں مناسب سمجھتا ہوں ان دونوں کا ایک مختصر تعارف آپ کے سامنے پیش کروں۔</w:t>
      </w:r>
    </w:p>
    <w:p>
      <w:r>
        <w:rPr>
          <w:b/>
        </w:rPr>
        <w:t xml:space="preserve">[00:54] </w:t>
      </w:r>
      <w:r>
        <w:t>sab se pehle hamare saathi Siraj ur Rehman Qureshi sahib hain, jo hyderabad se in ka taluq hai.</w:t>
      </w:r>
    </w:p>
    <w:p>
      <w:pPr>
        <w:jc w:val="right"/>
      </w:pPr>
      <w:r>
        <w:t>سب سے پہلے ہمارے ساتھی سراج الرحمن قریشی صاحب ہیں، جو حیدرآباد سے ان کا تعلق ہے۔</w:t>
      </w:r>
    </w:p>
    <w:p>
      <w:r>
        <w:rPr>
          <w:b/>
        </w:rPr>
        <w:t xml:space="preserve">[01:01] </w:t>
      </w:r>
      <w:r>
        <w:t>aap ka Jamia Adl Islam Umarabad se taleem aap ne mukammal ki hai, aur is ke baad aap ne University of Madras se Afzal ul Ulama ki degree hasil ki, aur is ke baad aap aik peace activist ke hasiyat se jaane jate hain.</w:t>
      </w:r>
    </w:p>
    <w:p>
      <w:pPr>
        <w:jc w:val="right"/>
      </w:pPr>
      <w:r>
        <w:t>آپ کا جامعہ عدل السلام عمر آباد سے تعلیم آپ نے مکمل کی ہے، اور اس کے بعد آپ نے یونیورسٹی آف مدراس سے افضل العلماء کی ڈگری حاصل کی، اور اس کے بعد آپ ایک پیس ایکٹیوسٹ کے حیثیت سے جانے جاتے ہیں۔</w:t>
      </w:r>
    </w:p>
    <w:p>
      <w:r>
        <w:rPr>
          <w:b/>
        </w:rPr>
        <w:t xml:space="preserve">[01:18] </w:t>
      </w:r>
      <w:r>
        <w:t>aap ne Maulana Wahiduddin Khan sahib ki peace par likhi hui kitabon ka taqreeban 1000 se zyada pages ka aap ne telugu mein tarjuma kiya hai.</w:t>
      </w:r>
    </w:p>
    <w:p>
      <w:pPr>
        <w:jc w:val="right"/>
      </w:pPr>
      <w:r>
        <w:t>آپ نے مولانا وحید الدین خان صاحب کی پیس پر لکھی ہوئی کتابوں کا تقریباً 1000 سے زیادہ پیجز کا آپ نے تلگو میں ترجمہ کیا ہے۔</w:t>
      </w:r>
    </w:p>
    <w:p>
      <w:r>
        <w:rPr>
          <w:b/>
        </w:rPr>
        <w:t xml:space="preserve">[01:29] </w:t>
      </w:r>
      <w:r>
        <w:t>mein aap ka is program mein istiqbal karta hoon. Assalam o Alaikum. aur doosri jo shakhsiyat hai hamari woh Hafiz Abdus Salam sahib Umri ki hain.</w:t>
      </w:r>
    </w:p>
    <w:p>
      <w:pPr>
        <w:jc w:val="right"/>
      </w:pPr>
      <w:r>
        <w:t>میں آپ کا اس پروگرام میں استقبال کرتا ہوں۔ السلام علیکم۔ اور دوسری جو شخصیت ہے ہماری وہ حافظ عبدالسلام صاحب عمری کی ہیں۔</w:t>
      </w:r>
    </w:p>
    <w:p>
      <w:r>
        <w:rPr>
          <w:b/>
        </w:rPr>
        <w:t xml:space="preserve">[01:39] </w:t>
      </w:r>
      <w:r>
        <w:t>aap ka bhi taluq hyderabad se hai. aap ne Quran Majeed ko mukammal hifz kiya hai, memorize kiya hai, aur aap bhi Jamia Darus Salam Umarabad ke farigh hain.</w:t>
      </w:r>
    </w:p>
    <w:p>
      <w:pPr>
        <w:jc w:val="right"/>
      </w:pPr>
      <w:r>
        <w:t>آپ کا بھی تعلق حیدرآباد سے ہے۔ آپ نے قرآن مجید کو مکمل حفظ کیا ہے، میمورائز کیا ہے، اور آپ بھی جامعہ دارالسلام عمر آباد کے فارغ ہیں۔</w:t>
      </w:r>
    </w:p>
    <w:p>
      <w:r>
        <w:rPr>
          <w:b/>
        </w:rPr>
        <w:t xml:space="preserve">[01:51] </w:t>
      </w:r>
      <w:r>
        <w:t>aur aap ne urdu mein qirat ki hai. Khuda ne aap ko bohat hi achi awaz se nawaza hai.</w:t>
      </w:r>
    </w:p>
    <w:p>
      <w:pPr>
        <w:jc w:val="right"/>
      </w:pPr>
      <w:r>
        <w:t>اور آپ نے اردو میںیمی کیا ہے۔ خدا نے آپ کو بہت ہی اچھی آواز سے نوازا ہے۔</w:t>
      </w:r>
    </w:p>
    <w:p>
      <w:r>
        <w:rPr>
          <w:b/>
        </w:rPr>
        <w:t xml:space="preserve">[01:59] </w:t>
      </w:r>
      <w:r>
        <w:t>aap bohat hi acha Quran parhte hain. Maulana Wahiduddin Khan sahib hamesha aap ki tilawat e Quran ko bohat pasand karte the, aur kabhi kabhi aap se by phone ya recorded aap ki voice sun kar roya karte the.</w:t>
      </w:r>
    </w:p>
    <w:p>
      <w:pPr>
        <w:jc w:val="right"/>
      </w:pPr>
      <w:r>
        <w:t>آپ بہت ہی اچھا قرآن پڑھتے ہیں۔ مولانا وحید الدین خان صاحب ہمیشہ آپ کی تلاوت قرآن کو بہت پسند کرتے تھے، اور کبھی کبھی آپ سے بائی فون یا ریکارڈڈ آپ کی وائس سن کر رویا کرتے تھے۔</w:t>
      </w:r>
    </w:p>
    <w:p>
      <w:r>
        <w:rPr>
          <w:b/>
        </w:rPr>
        <w:t xml:space="preserve">[02:15] </w:t>
      </w:r>
      <w:r>
        <w:t>aur isi nemt ko aap ne Maulana Wahiduddin Sahab ki jo urdu kitaben hain, un ko apni awaz mein pohnchaney ki koshish kar rahey hain.</w:t>
      </w:r>
    </w:p>
    <w:p>
      <w:pPr>
        <w:jc w:val="right"/>
      </w:pPr>
      <w:r>
        <w:t>اور اسی نعمت کو آپ نے مولانا وحید الدین صاحب کی جو اردو کتابیں ہیں، ان کو اپنی آواز میں پہنچانے کی کوشش کر رہے ہیں۔</w:t>
      </w:r>
    </w:p>
    <w:p>
      <w:r>
        <w:rPr>
          <w:b/>
        </w:rPr>
        <w:t xml:space="preserve">[02:24] </w:t>
      </w:r>
      <w:r>
        <w:t>taqreeban 60 tha se zyada pages aap ne record kiya hai apni awaz mein. Jazaye khair. Aap ko mein is program mein istiqbal karta hoon.</w:t>
      </w:r>
    </w:p>
    <w:p>
      <w:pPr>
        <w:jc w:val="right"/>
      </w:pPr>
      <w:r>
        <w:t>تقریباً 60 تھا سے زیادہ پیجز آپ نے ریکارڈ کیا ہے اپنی آواز میں۔ جزائے خیر۔ آپ کو میں اس پروگرام میں استقبال کرتا ہوں۔</w:t>
      </w:r>
    </w:p>
    <w:p>
      <w:r>
        <w:rPr>
          <w:b/>
        </w:rPr>
        <w:t xml:space="preserve">[02:36] </w:t>
      </w:r>
      <w:r>
        <w:t>Assalam o alaikum. Wa alaikum assalam wa rehmatullahi wa barakatuh. Jis ahem mozu par hum log aaj discuss karne waley hain, woh mozu hai Islam mein aman ka nazariya.</w:t>
      </w:r>
    </w:p>
    <w:p>
      <w:pPr>
        <w:jc w:val="right"/>
      </w:pPr>
      <w:r>
        <w:t>السلام علیکم۔ وعلیکم السلام ورحمۃ اللہ وبرکاتہ۔ جس اہم موضوع پر ہم لوگ آج ڈسکس کرنے والے ہیں، وہ موضوع ہے اسلام میں امن کا نظریہ۔</w:t>
      </w:r>
    </w:p>
    <w:p>
      <w:r>
        <w:rPr>
          <w:b/>
        </w:rPr>
        <w:t xml:space="preserve">[02:47] </w:t>
      </w:r>
      <w:r>
        <w:t>Is mozu ko ikhtiyar karne ka sabab yeh hai ke ek kuch saal pehle sheher Chennai mein ek book fair hua tha, jis mein Good Word aur CPS ka stall laga tha.</w:t>
      </w:r>
    </w:p>
    <w:p>
      <w:pPr>
        <w:jc w:val="right"/>
      </w:pPr>
      <w:r>
        <w:t>اس موضوع کو اختیار کرنے کا سبب یہ ہے کہ ایک کچھ سال پہلے شہر چنئی میں ایک بک فیر ہوا تھا، جس میں گڈ ورڈ اور سی پی ایس کا اسٹال لگا تھا۔</w:t>
      </w:r>
    </w:p>
    <w:p>
      <w:r>
        <w:rPr>
          <w:b/>
        </w:rPr>
        <w:t xml:space="preserve">[03:02] </w:t>
      </w:r>
      <w:r>
        <w:t>Aur is stall mein mein maujood tha, aur is stall mein Maulana Wahiduddin Khan Sahab ki kitaben rakhi hui theen, aur khusoosi taur par jo Maulana ki peace ke topic par kitaben theen, Islam and Peace, Islam and World Peace, woh display ki gayi theen.</w:t>
      </w:r>
    </w:p>
    <w:p>
      <w:pPr>
        <w:jc w:val="right"/>
      </w:pPr>
      <w:r>
        <w:t>اور اس اسٹال میں میں موجود تھا، اور اس اسٹال میں مولانا وحید الدین خان صاحب کی کتابیں رکھی ہوئی تھیں، اور خصوصی طور پر جو مولانا کی پیس کے ٹاپک پر کتابیں تھیں، اسلام اینڈ پیس، اسلام اینڈ ورلڈ پیس، وہ ڈسپلے کی گئی تھیں۔</w:t>
      </w:r>
    </w:p>
    <w:p>
      <w:r>
        <w:rPr>
          <w:b/>
        </w:rPr>
        <w:t xml:space="preserve">[03:18] </w:t>
      </w:r>
      <w:r>
        <w:t>To wahan maine dekha ke ek family wahan se guzar rahi thi, bohat hi intellectual log thay woh. To is mein jo mard thay, woh ruk gaye thori dair hamara stall dekh kar, phir hamare stall mein tashreef laye, aur unhon ne Islam and Peace ki jo kitab thi, woh utha kar dekha.</w:t>
      </w:r>
    </w:p>
    <w:p>
      <w:pPr>
        <w:jc w:val="right"/>
      </w:pPr>
      <w:r>
        <w:t>تو وہاں میں نے دیکھا کہ ایک فیملی وہاں سے گزر رہی تھی، بہت ہی انٹلیکچول لوگ تھے وہ۔ تو اس میں جو فیملی آگے جا رہی تھی، تو اس میں جو مرد تھے، وہ رک گئے تھوڑی دیر ہمارا اسٹال دیکھ کر، پھر ہمارے اسٹال میں تشریف لائے، اور انہوں نے اسلام اینڈ پیس کی جو کتاب تھی، وہ اٹھا کر دیکھا۔</w:t>
      </w:r>
    </w:p>
    <w:p>
      <w:r>
        <w:rPr>
          <w:b/>
        </w:rPr>
        <w:t xml:space="preserve">[03:38] </w:t>
      </w:r>
      <w:r>
        <w:t>Phir jo un ki family aage barh gayi thi, to apne wife ko awaz dete hue unhon ne kaha, "Come here, see this book."</w:t>
      </w:r>
    </w:p>
    <w:p>
      <w:pPr>
        <w:jc w:val="right"/>
      </w:pPr>
      <w:r>
        <w:t>پھر جو ان کی فیملی آگے بڑھ گئی تھی، تو اپنے وائف کو آواز دیتے ہوئے انہوں نے کہا، "کم ہیر، سی دس بک۔</w:t>
      </w:r>
    </w:p>
    <w:p>
      <w:r>
        <w:rPr>
          <w:b/>
        </w:rPr>
        <w:t xml:space="preserve">[03:46] </w:t>
      </w:r>
      <w:r>
        <w:t>"Aur unhon ne jo word kaha, woh mujhe bohat hi chaunka dene wala tha. Unhon ne kaha, "How is it possible? Peace in Islam." To is se aap andaza kar sakte hain ke logon ke zehan mein Islam ke bare mein kya khayalat hain, aur kaisi ghalat fehmiyan paida ho gayi hain, aur log samajhte hain ke Islam ek violent ka mazhab hai.</w:t>
      </w:r>
    </w:p>
    <w:p>
      <w:pPr>
        <w:jc w:val="right"/>
      </w:pPr>
      <w:r>
        <w:t>" اور انہوں نے جو ورڈ کہا، وہ مجھے بہت ہی چونکا دینے والا تھا۔ انہوں نے کہا، "ہاؤ از اٹ پوسیبل؟ پیس ان اسلام۔" تو اس سے آپ اندازہ کر سکتے ہیں کہ لوگوں کے ذہن میں اسلام کے بارے میں کیا خیالات ہیں، اور کیسی غلط فہمیاں پیدا ہوگئی ہیں، اور لوگ سمجھتے ہیں کہ اسلام ایک وائلنٹ کا مذہب ہے۔</w:t>
      </w:r>
    </w:p>
    <w:p>
      <w:r>
        <w:rPr>
          <w:b/>
        </w:rPr>
        <w:t xml:space="preserve">[04:05] </w:t>
      </w:r>
      <w:r>
        <w:t>To isi cheez ko le kar aaj hum apne sathiyon se, mehmanon se kuch baaten seekhne aur share karne ki koshish karein</w:t>
      </w:r>
    </w:p>
    <w:p>
      <w:pPr>
        <w:jc w:val="right"/>
      </w:pPr>
      <w:r>
        <w:t>تو اسی چیز کو لے کر آج ہم اپنے ساتھیوں سے، مہمانوں سے کچھ باتیں سیکھنے اور شیئر کرنے کی کوشش ک</w:t>
      </w:r>
    </w:p>
    <w:p>
      <w:r>
        <w:rPr>
          <w:b/>
        </w:rPr>
        <w:t xml:space="preserve">[04:14] </w:t>
      </w:r>
      <w:r>
        <w:t>gein. To sab se pehle mein Hafiz Siraj ur Rehman Sahab se yeh sawal rakhunga ke Islam mein aman ki ahmiyat kya hai, aur aman ke mani kya hain?</w:t>
      </w:r>
    </w:p>
    <w:p>
      <w:pPr>
        <w:jc w:val="right"/>
      </w:pPr>
      <w:r>
        <w:t>ریں گے۔ تو سب سے پہلے میں حافظ سراج الرحمن صاحب سے یہ سوال رکھوں گا کہ اسلام میں امن کی اہمیت کیا ہے، اور امن کے معنی کیا ہیں؟</w:t>
      </w:r>
    </w:p>
    <w:p>
      <w:r>
        <w:rPr>
          <w:b/>
        </w:rPr>
        <w:t xml:space="preserve">[04:25] </w:t>
      </w:r>
      <w:r>
        <w:t>Is par kuch aap hum se share karein. Shukriya. Bismillah hir rahman nir rahim, wa salli Allahu ala nabi il kareem. Aman kya hai, aur Islam mein aman ki ahmiyat kya hai?</w:t>
      </w:r>
    </w:p>
    <w:p>
      <w:pPr>
        <w:jc w:val="right"/>
      </w:pPr>
      <w:r>
        <w:t>اس پر کچھ آپ ہم سے شیئر کریں۔ شکریہ۔ بسم اللہ الرحمن الرحیم، وصلی اللہ علی النبی الکریم۔ امن کیا ہے، اور اسلام میں امن کی اہمیت کیا ہے؟</w:t>
      </w:r>
    </w:p>
    <w:p>
      <w:r>
        <w:rPr>
          <w:b/>
        </w:rPr>
        <w:t xml:space="preserve">[04:40] </w:t>
      </w:r>
      <w:r>
        <w:t>aman</w:t>
      </w:r>
    </w:p>
    <w:p>
      <w:pPr>
        <w:jc w:val="right"/>
      </w:pPr>
      <w:r>
        <w:t>امن</w:t>
      </w:r>
    </w:p>
    <w:p>
      <w:r>
        <w:rPr>
          <w:b/>
        </w:rPr>
        <w:t xml:space="preserve">[04:43] </w:t>
      </w:r>
      <w:r>
        <w:t>Kainat ka culture hai, ghair ikhtiyari taur par, aur insan se yeh matloob hai ke woh ikhtiyari taur par is culture ko ikhtiyar kare.</w:t>
      </w:r>
    </w:p>
    <w:p>
      <w:pPr>
        <w:jc w:val="right"/>
      </w:pPr>
      <w:r>
        <w:t>کائنات کا کلچر ہے، غیر اختیارانہ طور پر، اور انسان سے یہ مطلوب ہے کہ وہ اختیارانہ طور پر اس کلچر کو اختیار کرے۔</w:t>
      </w:r>
    </w:p>
    <w:p>
      <w:r>
        <w:rPr>
          <w:b/>
        </w:rPr>
        <w:t xml:space="preserve">[04:57] </w:t>
      </w:r>
      <w:r>
        <w:t>Ash shamsu yanbaghi laha an tudrik al qamara wal laylu sabiqu n nahar. Aman kya hai?</w:t>
      </w:r>
    </w:p>
    <w:p>
      <w:pPr>
        <w:jc w:val="right"/>
      </w:pPr>
      <w:r>
        <w:t>الشمس ينبغی لها ان تدرک الخمر وللیل۔ سابق النہار۔ امن کیا ہے؟</w:t>
      </w:r>
    </w:p>
    <w:p>
      <w:r>
        <w:rPr>
          <w:b/>
        </w:rPr>
        <w:t xml:space="preserve">[05:05] </w:t>
      </w:r>
      <w:r>
        <w:t>Aman darasal negative thinking ke bajaye positive thinking, aur duniya mein jo waqeyat hotey hain, un waqeyat ki rabbani hi tawjeeh jo karte hain, to is se peace of mind hasil hota hai.</w:t>
      </w:r>
    </w:p>
    <w:p>
      <w:pPr>
        <w:jc w:val="right"/>
      </w:pPr>
      <w:r>
        <w:t>امن دراصل نیگیٹیو تھنکنگ کے بجائے پازیٹیو تھنکنگ، اور دنیا میں جو واقعات ہوتے ہیں، ان واقعات کی ربانی ہی توجیہ جو کرتے ہیں، تو اس سے پیس آف مائنڈ حاصل ہوتا ہے۔</w:t>
      </w:r>
    </w:p>
    <w:p>
      <w:r>
        <w:rPr>
          <w:b/>
        </w:rPr>
        <w:t xml:space="preserve">[05:25] </w:t>
      </w:r>
      <w:r>
        <w:t>Natijatan world peace bhi isi ke zariye hasil hota hai.</w:t>
      </w:r>
    </w:p>
    <w:p>
      <w:pPr>
        <w:jc w:val="right"/>
      </w:pPr>
      <w:r>
        <w:t>نتیجتاً ورلڈ پیس بھی اسی کے ذریعے حاصل ہوتا ہے۔</w:t>
      </w:r>
    </w:p>
    <w:p>
      <w:r>
        <w:rPr>
          <w:b/>
        </w:rPr>
        <w:t xml:space="preserve">[05:29] </w:t>
      </w:r>
      <w:r>
        <w:t>Yahan ek baat mein wazeh kar dena zaroori samajhta hoon ke yahan jo kuch talk kiya ja raha hai, yeh Maulana Wahiduddin Khan Sahab ki do kitaben, Islam and World Peace, aur The Ideology of Peace ke theme based pe yeh baaten batai ja rahi hain.</w:t>
      </w:r>
    </w:p>
    <w:p>
      <w:pPr>
        <w:jc w:val="right"/>
      </w:pPr>
      <w:r>
        <w:t>یہاں ایک بات میں واضح کر دینا ضروری سمجھتا ہوں کہ یہاں جو کچھ ٹاک کیا جا رہا ہے، یہ مولانا وحید الدین خان صاحب کی دو کتابیں، اسلام اینڈ ورلڈ پیس، اور دا آئیڈیالوجی آف پیس کے تھیم بیسڈ پہ یہ باتیں بتائی جا رہی ہیں۔</w:t>
      </w:r>
    </w:p>
    <w:p>
      <w:r>
        <w:rPr>
          <w:b/>
        </w:rPr>
        <w:t xml:space="preserve">[05:48] </w:t>
      </w:r>
      <w:r>
        <w:t>Dusra sawal tha, Islam mein aman kya ki ahmiyat kya hai?</w:t>
      </w:r>
    </w:p>
    <w:p>
      <w:pPr>
        <w:jc w:val="right"/>
      </w:pPr>
      <w:r>
        <w:t>دوسرا سوال تھا، اسلام میں امن کیا کی اہمیت کیا ہے؟</w:t>
      </w:r>
    </w:p>
    <w:p>
      <w:r>
        <w:rPr>
          <w:b/>
        </w:rPr>
        <w:t xml:space="preserve">[05:56] </w:t>
      </w:r>
      <w:r>
        <w:t>Aman Islam ka summum bonum hai, khair-e-aala. Isi liye Khuda ne apna naam As-Salam rakha hai.</w:t>
      </w:r>
    </w:p>
    <w:p>
      <w:pPr>
        <w:jc w:val="right"/>
      </w:pPr>
      <w:r>
        <w:t>امن اسلام کا سمم بونم ہے، خیر اعلیٰ۔ اسی لیے خدا نے اپنا نام السلام رکھا ہے۔</w:t>
      </w:r>
    </w:p>
    <w:p>
      <w:r>
        <w:rPr>
          <w:b/>
        </w:rPr>
        <w:t xml:space="preserve">[06:06] </w:t>
      </w:r>
      <w:r>
        <w:t>Is ki taraf se jo hidayaten aayi hain, us ko sabr-o-salam kaha gaya hai, aur insanon ke liye jo achievement ka goal diya gaya hai, woh Dar-us-Salam hai, House of Peace.</w:t>
      </w:r>
    </w:p>
    <w:p>
      <w:pPr>
        <w:jc w:val="right"/>
      </w:pPr>
      <w:r>
        <w:t>اس کی طرف سے جو ہدایتیں آئیں ہیں، اس کو صبر السلام کہا گیا ہے، اور انسانوں کے لیے جو اچیومنٹ کا گول دیا گیا ہے، وہ دارالسلام ہے، ہاؤس آف پیس۔</w:t>
      </w:r>
    </w:p>
    <w:p>
      <w:r>
        <w:rPr>
          <w:b/>
        </w:rPr>
        <w:t xml:space="preserve">[06:18] </w:t>
      </w:r>
      <w:r>
        <w:t>Aur yahan jo struggle karna hai, woh peaceful struggle karna hai.</w:t>
      </w:r>
    </w:p>
    <w:p>
      <w:pPr>
        <w:jc w:val="right"/>
      </w:pPr>
      <w:r>
        <w:t>اور یہاں جو سٹرگل کرنا ہے، وہ پیس فل سٹرگل کرنا ہے۔</w:t>
      </w:r>
    </w:p>
    <w:p>
      <w:r>
        <w:rPr>
          <w:b/>
        </w:rPr>
        <w:t xml:space="preserve">[06:24] </w:t>
      </w:r>
      <w:r>
        <w:t>Salam salama, aapsi salam bhi, aur akhirat mein bhi jo culture hoga, un ke darmiyan mein woh peaceful culture hoga, peace ka culture hoga.</w:t>
      </w:r>
    </w:p>
    <w:p>
      <w:pPr>
        <w:jc w:val="right"/>
      </w:pPr>
      <w:r>
        <w:t>سلام سلامہ، آپسی سلام بھی، اور آخرت میں بھی جو کلچر ہوگا، ان کے درمیان میں وہ پیس فل کلچر ہوگا، پیس کا کلچر ہوگا۔</w:t>
      </w:r>
    </w:p>
    <w:p>
      <w:r>
        <w:rPr>
          <w:b/>
        </w:rPr>
        <w:t xml:space="preserve">[06:37] </w:t>
      </w:r>
      <w:r>
        <w:t>Itni ahmiyat hai Islam mein aman ki ke aman aur Islam dono ek doosre ke synonyms hain.</w:t>
      </w:r>
    </w:p>
    <w:p>
      <w:pPr>
        <w:jc w:val="right"/>
      </w:pPr>
      <w:r>
        <w:t>اتنی اہمیت ہے اسلام میں امن کی کہ امن اور اسلام دونوں ایک دوسرے کے سینینیمز ہیں۔</w:t>
      </w:r>
    </w:p>
    <w:p>
      <w:r>
        <w:rPr>
          <w:b/>
        </w:rPr>
        <w:t xml:space="preserve">[06:47] </w:t>
      </w:r>
      <w:r>
        <w:t>Goya ke Islam ka DNA mein aman hai, salam Islam ka peace, Islam ka DNA hai, aur is ka activism peaceful activism hai.</w:t>
      </w:r>
    </w:p>
    <w:p>
      <w:pPr>
        <w:jc w:val="right"/>
      </w:pPr>
      <w:r>
        <w:t>گویا کہ اسلام کا ڈی این اے میں امن ہے، سلم اسلام کا پیس، اسلام کا ڈی این اے ہے، اور اس کا ایکٹیوزم پیس فل ایکٹیوزم ہے۔</w:t>
      </w:r>
    </w:p>
    <w:p>
      <w:r>
        <w:rPr>
          <w:b/>
        </w:rPr>
        <w:t xml:space="preserve">[07:00] </w:t>
      </w:r>
      <w:r>
        <w:t>Ji, shukriya Israar Sahab</w:t>
      </w:r>
    </w:p>
    <w:p>
      <w:pPr>
        <w:jc w:val="right"/>
      </w:pPr>
      <w:r>
        <w:t>جی، شکریہ اسرار صاحب</w:t>
      </w:r>
    </w:p>
    <w:p>
      <w:r>
        <w:rPr>
          <w:b/>
        </w:rPr>
        <w:t xml:space="preserve">[07:02] </w:t>
      </w:r>
      <w:r>
        <w:t>, aap ne bohat hi ahem baat batai ke jis tarah peace universe ka culture hai, usi tarah Khuda ne jo hum ko deen diya hai, us ka bhi jo culture hai, woh peace hai.</w:t>
      </w:r>
    </w:p>
    <w:p>
      <w:pPr>
        <w:jc w:val="right"/>
      </w:pPr>
      <w:r>
        <w:t>، آپ نے بہت ہی اہم بات بتائی کہ جس طرح پیس یونیورس کا کلچر ہے، اسی طرح خدا نے جو ہم کو دین دیا ہے، اس کا بھی جو کلچر ہے، وہ پیس ہے۔</w:t>
      </w:r>
    </w:p>
    <w:p>
      <w:r>
        <w:rPr>
          <w:b/>
        </w:rPr>
        <w:t xml:space="preserve">[07:14] </w:t>
      </w:r>
      <w:r>
        <w:t>aur khud jo islam jo word hai, woh alsalam se nikla hai, jis ke maani peace ke hain. aur mujhe aik hadith is waqt yaad aa rahi hai ke rasool Allah ne kaha, al muslim man salama al muslimuna min lisanihi wa yadihi ke true believer woh hai jis ke zaban se ya jis ke hath se kisi bhi insan ko koi takleef na pounche.</w:t>
      </w:r>
    </w:p>
    <w:p>
      <w:pPr>
        <w:jc w:val="right"/>
      </w:pPr>
      <w:r>
        <w:t>اور خود جو اسلام جو ورڈ ہے، وہ السلم سے نکلا ہے، جس کے معنی پیس کے ہیں۔ اور مجھے ایک حدیث اس وقت یاد آ رہی ہے کہ رسول اللہ نے کہا، المسلم من سلم الناس بلسانه ویدی کہ ٹرو بیلیور وہ ہے جس کے زبان سے یا جس کے ہاتھ سے کسی بھی انسان کو کوئی تکلیف نہ پہنچے۔</w:t>
      </w:r>
    </w:p>
    <w:p>
      <w:r>
        <w:rPr>
          <w:b/>
        </w:rPr>
        <w:t xml:space="preserve">[07:37] </w:t>
      </w:r>
      <w:r>
        <w:t>to is se maloom hota hai ke prophet ki teaching kya thi? peaceful teaching thi. to goya aap yeh kehna chah rahe the ke aap true believer wahi ho sakta hai jo no problem insan ban kar jiye.</w:t>
      </w:r>
    </w:p>
    <w:p>
      <w:pPr>
        <w:jc w:val="right"/>
      </w:pPr>
      <w:r>
        <w:t>تو اس سے معلوم ہوتا ہے کہ پرافٹ کی ٹیچنگ کیا تھی؟ پیس فل ٹیچنگ تھی۔ تو گویا آپ یہ کہنا چاہ رہے تھے کہ آپ ٹرو بیلیور وہی ہو سکتا ہے جو نو پرابلم انسان بن کر جیے۔</w:t>
      </w:r>
    </w:p>
    <w:p>
      <w:r>
        <w:rPr>
          <w:b/>
        </w:rPr>
        <w:t xml:space="preserve">[07:49] </w:t>
      </w:r>
      <w:r>
        <w:t>to hum bajaye is ke ke doosre problems ki shikayat karein, hum khud no problem banenge to peace ko hum avail kar sakte hain. jazak Allah.</w:t>
      </w:r>
    </w:p>
    <w:p>
      <w:pPr>
        <w:jc w:val="right"/>
      </w:pPr>
      <w:r>
        <w:t>تو ہم بجائے اس کے کہ دوسرے پرابلمز کی شکایت کریں، ہم خود نو پرابلم بنیں گے تو پیس کو ہم اویل کر سکتے ہیں۔ جزاک اللہ۔</w:t>
      </w:r>
    </w:p>
    <w:p>
      <w:r>
        <w:rPr>
          <w:b/>
        </w:rPr>
        <w:t xml:space="preserve">[07:58] </w:t>
      </w:r>
      <w:r>
        <w:t>main next hamare doosre mehman hafiz abdul salam sahib ke paas aana chahunga.</w:t>
      </w:r>
    </w:p>
    <w:p>
      <w:pPr>
        <w:jc w:val="right"/>
      </w:pPr>
      <w:r>
        <w:t>میں نیکسٹ ہمارے دوسرے مہمان حافظ عبدالسلام صاحب کے پاس آنا چاہوں گا۔</w:t>
      </w:r>
    </w:p>
    <w:p>
      <w:r>
        <w:rPr>
          <w:b/>
        </w:rPr>
        <w:t xml:space="preserve">[08:03] </w:t>
      </w:r>
      <w:r>
        <w:t>main qareeb mein aik kitab parh raha tha jo arabi mein hai, jo saudi ke aik scholar doctor mehdi rizqullah ne likha hai.</w:t>
      </w:r>
    </w:p>
    <w:p>
      <w:pPr>
        <w:jc w:val="right"/>
      </w:pPr>
      <w:r>
        <w:t>میں قریب میں ایک کتاب پڑھ رہا تھا جو عربی میں ہے، جو سعودی کے ایک سکالر دکتور مہدی رزق اللہ نے لکھا ہے۔</w:t>
      </w:r>
    </w:p>
    <w:p>
      <w:r>
        <w:rPr>
          <w:b/>
        </w:rPr>
        <w:t xml:space="preserve">[08:12] </w:t>
      </w:r>
      <w:r>
        <w:t>is mein unhon ne likha hai ke woh kitab ka unwan hai alsiratu alnabawiyatu fi dhulmasad al asliyah aur is kitab ka urdu mein bhi fiqh-e-sirat ke naam se maujood hai.</w:t>
      </w:r>
    </w:p>
    <w:p>
      <w:pPr>
        <w:jc w:val="right"/>
      </w:pPr>
      <w:r>
        <w:t>اس میں انہوں نے لکھا ہے کہ وہ کتاب کا عنوان ہے السیرۃ النبویہ فی ذو المساد الاصلیہ اور اس کتاب کا اردو میں بھی فقہ سیرت کے نام سے موجود ہے۔</w:t>
      </w:r>
    </w:p>
    <w:p>
      <w:r>
        <w:rPr>
          <w:b/>
        </w:rPr>
        <w:t xml:space="preserve">[08:23] </w:t>
      </w:r>
      <w:r>
        <w:t>do jildon mein shaya hui hai, darussalam riyadh se shaya hui hai. is kitab mein sirat ke mukhtalif waqiat ko bayan kar ke, har waqie ke baad aik is se jo sabak hum ko hasil hota hai, us ko unhon ne bayan kiya hai.</w:t>
      </w:r>
    </w:p>
    <w:p>
      <w:pPr>
        <w:jc w:val="right"/>
      </w:pPr>
      <w:r>
        <w:t>دو جلدوں میں شائع ہوئی ہے، دارالسلام ریاض سے شائع ہوئی ہے۔ اس کتاب میں سیرت کے مختلف واقعات کو بیان کر کے، ہر واقعے کے بعد ایک اس سے جو سبق ہم کو حاصل ہوتا ہے، اس کو انہوں نے بیان کیا ہے۔</w:t>
      </w:r>
    </w:p>
    <w:p>
      <w:r>
        <w:rPr>
          <w:b/>
        </w:rPr>
        <w:t xml:space="preserve">[08:36] </w:t>
      </w:r>
      <w:r>
        <w:t>to main ne dekha ke sulah hudaybiyah par unhon ne kya baat kahi hai. to sulah hudaybiyah ke baad unhon ne aik bohat hi ajeeb baat likhi hai, woh yeh hai ke rasool Allah ne chounke aik das saal ka no-war pact kiya tha, to is se maloom hota hai ke islam mein asal jo hai, woh jang hai, war</w:t>
      </w:r>
    </w:p>
    <w:p>
      <w:pPr>
        <w:jc w:val="right"/>
      </w:pPr>
      <w:r>
        <w:t>تو میں نے دیکھا کہ صلح حدیبیہ پر انہوں نے کیا بات کہی ہے۔ تو صلح حدیبیہ کے بعد انہوں نے ایک بہت ہی عجیب بات لکھی ہے، وہ یہ ہے کہ رسول اللہ نے چونکہ ایک دس سال کا ناجنگ معاہدہ کیا تھا، تو اس سے معلوم ہوتا ہے کہ اسلام میں اصل جو ہے، وہ جنگ ہے، وار</w:t>
      </w:r>
    </w:p>
    <w:p>
      <w:r>
        <w:rPr>
          <w:b/>
        </w:rPr>
        <w:t xml:space="preserve">[08:53] </w:t>
      </w:r>
      <w:r>
        <w:t>hai, na ke peace aman muahida. to is bare mein aap kya kehna chahenge? ji, islam ki buniyadi jo talimat hain, is buniyad par is ke mutabiq agar aap padhenge to aap is nateejay par pahunchenge ke islam asal mein</w:t>
      </w:r>
    </w:p>
    <w:p>
      <w:pPr>
        <w:jc w:val="right"/>
      </w:pPr>
      <w:r>
        <w:t>ہے، نہ کہ پیس امن معاہدہ۔ تو اس بارے میں آپ کیا کہنا چاہیں گے؟ جی، اسلام کی بنیادی جو تعلیمات ہیں، اس بنیاد پر اس کے مطابق اگر آپ پڑھیں گے تو آپ اس نتیجے پر پہنچیں گے کہ اسلام اصل میں</w:t>
      </w:r>
    </w:p>
    <w:p>
      <w:r>
        <w:rPr>
          <w:b/>
        </w:rPr>
        <w:t xml:space="preserve">[09:16] </w:t>
      </w:r>
      <w:r>
        <w:t>aman hi is ke andar asal maqsood hai.</w:t>
      </w:r>
    </w:p>
    <w:p>
      <w:pPr>
        <w:jc w:val="right"/>
      </w:pPr>
      <w:r>
        <w:t>امن ہی اس کے اندر اصل مقصود ہے۔</w:t>
      </w:r>
    </w:p>
    <w:p>
      <w:r>
        <w:rPr>
          <w:b/>
        </w:rPr>
        <w:t xml:space="preserve">[09:20] </w:t>
      </w:r>
      <w:r>
        <w:t>jo jang aur war ka jo concept hai, yeh naguzir halaat hi mein hai. aap dekhenge ke Allah ka naam alsalam ke sath sath almomin hai.</w:t>
      </w:r>
    </w:p>
    <w:p>
      <w:pPr>
        <w:jc w:val="right"/>
      </w:pPr>
      <w:r>
        <w:t>جو جنگ اور وار کا جو کانسیپٹ ہے، یہ ناگزیر حالات ہی میں ہے۔ آپ دیکھیں گے کہ اللہ کا نام السلام کے ساتھ ساتھ المومن ہے۔</w:t>
      </w:r>
    </w:p>
    <w:p>
      <w:r>
        <w:rPr>
          <w:b/>
        </w:rPr>
        <w:t xml:space="preserve">[09:32] </w:t>
      </w:r>
      <w:r>
        <w:t>Allah ki zaat woh hasti hai jo aman phailane wali hasti hai.</w:t>
      </w:r>
    </w:p>
    <w:p>
      <w:pPr>
        <w:jc w:val="right"/>
      </w:pPr>
      <w:r>
        <w:t>اللہ کی ذات وہ ہستی ہے جو امن پھیلانے والی ہستی ہے۔</w:t>
      </w:r>
    </w:p>
    <w:p>
      <w:r>
        <w:rPr>
          <w:b/>
        </w:rPr>
        <w:t xml:space="preserve">[09:38] </w:t>
      </w:r>
      <w:r>
        <w:t>sarapa aman wali zaat hone ke sath sath aman ko phailana chahti hai, woh zaat hai Allah ki. aur isi tareeqay se paighambar-e-islam ke bare mein kaha gaya ke wa ma arsalnaka illa rahmatan lil alamin ke aap ko hum ne sare alam ke liye, alamin ke liye rehmat bana kar bheja hai.</w:t>
      </w:r>
    </w:p>
    <w:p>
      <w:pPr>
        <w:jc w:val="right"/>
      </w:pPr>
      <w:r>
        <w:t>سراپہ امن والی ذات ہونے کے ساتھ ساتھ امن کو پھیلانا چاہتی ہے، وہ ذات ہے اللہ کی۔ اور اسی طریقے سے پیغمبر اسلام کے بارے میں کہا گیا کہ وما أرسلناك إلا رحمة للعالمين کہ آپ کو ہم نے سارے عالم کے لیے، عالمین کے لیے رحمت بنا کر بھیجا ہے۔</w:t>
      </w:r>
    </w:p>
    <w:p>
      <w:r>
        <w:rPr>
          <w:b/>
        </w:rPr>
        <w:t xml:space="preserve">[09:57] </w:t>
      </w:r>
      <w:r>
        <w:t>aap dekhenge paighambar-e-islam ki jo zindagi hai, is mein aap ne har jagah aman o salamati ko tarjeeh di hai.</w:t>
      </w:r>
    </w:p>
    <w:p>
      <w:pPr>
        <w:jc w:val="right"/>
      </w:pPr>
      <w:r>
        <w:t>آپ دیکھیں گے پیغمبر اسلام کی جو زندگی ہے، اس میں آپ نے ہر جگہ امن و سلامتی کو ترجیح دی ہے۔</w:t>
      </w:r>
    </w:p>
    <w:p>
      <w:r>
        <w:rPr>
          <w:b/>
        </w:rPr>
        <w:t xml:space="preserve">[10:07] </w:t>
      </w:r>
      <w:r>
        <w:t>misal ke taur par jab kabhi bhi aap mahine ka chand dekhte to aap ki zaban se yeh dua nikalti: Allahumma ahlil alayna bil amni wal imani was salamati wal islami aey Allah, is chand ko hum par talu farma, aman o salamati ke sath aur imaan ke sath.</w:t>
      </w:r>
    </w:p>
    <w:p>
      <w:pPr>
        <w:jc w:val="right"/>
      </w:pPr>
      <w:r>
        <w:t>مثلاً جب کبھی بھی آپ مہینے کا چاند دیکھتے تو آپ کی زبان سے یہ دعا نکلتی: اللہم أهل علینا بالأمن والایمان والسلامت والاسلام اے اللہ، اس چاند کو ہم پر طلوع فرما، امن و سلامتی کے ساتھ اور ایمان کے ساتھ۔</w:t>
      </w:r>
    </w:p>
    <w:p>
      <w:r>
        <w:rPr>
          <w:b/>
        </w:rPr>
        <w:t xml:space="preserve">[10:29] </w:t>
      </w:r>
      <w:r>
        <w:t>aur isi tareeqay se was salamati wal islami aur salamati aur islam ke sath</w:t>
      </w:r>
    </w:p>
    <w:p>
      <w:pPr>
        <w:jc w:val="right"/>
      </w:pPr>
      <w:r>
        <w:t>اور اسی طریقے سے والسلامت والاسلام اور سلامتی اور اسلام کے ساتھ</w:t>
      </w:r>
    </w:p>
    <w:p>
      <w:r>
        <w:rPr>
          <w:b/>
        </w:rPr>
        <w:t xml:space="preserve">[10:35] </w:t>
      </w:r>
      <w:r>
        <w:t>۔ aap dekhenge is dua ke andar islam ka lafz bhi istemal hua hai aur imaan ka lafz bhi istemal hua hai, magar aap ne imaan se pehle aman o salamati ka tazkira kiya aur islam se pehle aap ne salamati ka tazkira kiya.</w:t>
      </w:r>
    </w:p>
    <w:p>
      <w:pPr>
        <w:jc w:val="right"/>
      </w:pPr>
      <w:r>
        <w:t>۔ آپ دیکھیں گے اس دعا کے اندر اسلام کا لفظ بھی استعمال ہوا ہے اور ایمان کا لفظ بھی استعمال ہوا ہے، مگر آپ نے ایمان سے پہلے امن و سلامتی کا تذکرہ کیا اور اسلام سے پہلے آپ نے سلامتی کا تذکرہ کیا۔</w:t>
      </w:r>
    </w:p>
    <w:p>
      <w:r>
        <w:rPr>
          <w:b/>
        </w:rPr>
        <w:t xml:space="preserve">[10:51] </w:t>
      </w:r>
      <w:r>
        <w:t>yani is se aap andaza laga sakte hain ke paighambar-e-islam ne har mamle mein aman o salamati ko tarjeeh di</w:t>
      </w:r>
    </w:p>
    <w:p>
      <w:pPr>
        <w:jc w:val="right"/>
      </w:pPr>
      <w:r>
        <w:t>یعنی اس سے آپ اندازہ لگا سکتے ہیں کہ پیغمبر اسلام نے ہر معاملے میں امن و سلامتی کو ترجیح دی</w:t>
      </w:r>
    </w:p>
    <w:p>
      <w:r>
        <w:rPr>
          <w:b/>
        </w:rPr>
        <w:t xml:space="preserve">[10:59] </w:t>
      </w:r>
      <w:r>
        <w:t>۔ is ki wajah yeh hai ke imaan par aadmi usi waqt chal sakta hai jabke aman o salamati is ke liye faraham ho.</w:t>
      </w:r>
    </w:p>
    <w:p>
      <w:pPr>
        <w:jc w:val="right"/>
      </w:pPr>
      <w:r>
        <w:t>۔ اس کی وجہ یہ ہے کہ ایمان پر آدمی اسی وقت چل سکتا ہے جبکہ امن و سلامتی اس کے لیے فراہم ہو۔</w:t>
      </w:r>
    </w:p>
    <w:p>
      <w:r>
        <w:rPr>
          <w:b/>
        </w:rPr>
        <w:t xml:space="preserve">[11:08] </w:t>
      </w:r>
      <w:r>
        <w:t>misal ke taur par yeh samajh lijiye aap ke imaan aik sawari hai aur aap ki sawari behtareen kyun na ho, is ke liye behtareen sarak chahiye.</w:t>
      </w:r>
    </w:p>
    <w:p>
      <w:pPr>
        <w:jc w:val="right"/>
      </w:pPr>
      <w:r>
        <w:t>مثال کے طور پر یہ سمجھ لیجئے آپ کہ ایمان ایک سواری ہے اور آپ کی سواری بہترین کیوں نہ ہو، اس کے لیے بہترین سڑک چاہیے۔</w:t>
      </w:r>
    </w:p>
    <w:p>
      <w:r>
        <w:rPr>
          <w:b/>
        </w:rPr>
        <w:t xml:space="preserve">[11:19] </w:t>
      </w:r>
      <w:r>
        <w:t>behtareen sarak ke baghair behtareen sawari kisi kaam ki nahi hai. to</w:t>
      </w:r>
    </w:p>
    <w:p>
      <w:pPr>
        <w:jc w:val="right"/>
      </w:pPr>
      <w:r>
        <w:t>بہترین سڑک کے بغیر بہترین سواری کسی کام کی نہیں ہے۔ تو</w:t>
      </w:r>
    </w:p>
    <w:p>
      <w:r>
        <w:rPr>
          <w:b/>
        </w:rPr>
        <w:t xml:space="preserve">[11:25] </w:t>
      </w:r>
      <w:r>
        <w:t>imaan agar sawari ka maqam is ka hai to aman o salamati ka mamla sarak ka mamla hai. isi tareeqay se islam par chalne ke liye aman o salamati ki sarak ka sahih salim hona bohat zaroori hai.</w:t>
      </w:r>
    </w:p>
    <w:p>
      <w:pPr>
        <w:jc w:val="right"/>
      </w:pPr>
      <w:r>
        <w:t>ایمان اگر سواری کا مقام اس کا ہے تو امن و سلامتی کا معاملہ سڑک کا معاملہ ہے۔ اسی طریقے سے اسلام پر چلنے کے لیے امن و سلامتی کی سڑک کا صحیح سالم ہونا بہت ضروری ہے۔</w:t>
      </w:r>
    </w:p>
    <w:p>
      <w:r>
        <w:rPr>
          <w:b/>
        </w:rPr>
        <w:t xml:space="preserve">[11:40] </w:t>
      </w:r>
      <w:r>
        <w:t>aap dekhenge rasool kareem sallallahu alayhi wasallam ne farmaya: man salima al muslimuna min lisanihi wa yadihi muslim woh hai jo sari insaniyat ke liye no problem person bane.</w:t>
      </w:r>
    </w:p>
    <w:p>
      <w:pPr>
        <w:jc w:val="right"/>
      </w:pPr>
      <w:r>
        <w:t>آپ دیکھیں گے رسول کریم صلی اللہ علیہ وسلم نے فرمایا: من سلم المسلمون بلسانه ویدی مسلم وہ ہے جو ساری انسانیت کے لیے نو پرابلم پرسن بنے۔</w:t>
      </w:r>
    </w:p>
    <w:p>
      <w:r>
        <w:rPr>
          <w:b/>
        </w:rPr>
        <w:t xml:space="preserve">[11:52] </w:t>
      </w:r>
      <w:r>
        <w:t>is</w:t>
      </w:r>
    </w:p>
    <w:p>
      <w:pPr>
        <w:jc w:val="right"/>
      </w:pPr>
      <w:r>
        <w:t>اس</w:t>
      </w:r>
    </w:p>
    <w:p>
      <w:r>
        <w:rPr>
          <w:b/>
        </w:rPr>
        <w:t xml:space="preserve">[11:53] </w:t>
      </w:r>
      <w:r>
        <w:t>ki zaban se, us ke hath se doosron ko takleef na pounche. paighambar-e-islam ne muslim ka introduction hi isi maani mein karwaya ke woh no problem person hi ko momin aur muslim kaha jata hai.</w:t>
      </w:r>
    </w:p>
    <w:p>
      <w:pPr>
        <w:jc w:val="right"/>
      </w:pPr>
      <w:r>
        <w:t>کی زبان سے، اس کے ہاتھ سے دوسروں کو تکلیف نہ پہنچے۔ پیغمبر اسلام نے مسلم کا انٹروڈکشن ہی اسی معنی میں کروایا کہ وہ نو پرابلم پرسن ہی کو مومن اور مسلم کہا جاتا ہے۔</w:t>
      </w:r>
    </w:p>
    <w:p>
      <w:r>
        <w:rPr>
          <w:b/>
        </w:rPr>
        <w:t xml:space="preserve">[12:06] </w:t>
      </w:r>
      <w:r>
        <w:t>isi tarike se aap dekhenge quran kareem mein jahan jang ka ya qital ka ya war ka zikr hai, aap ghor karen yeh offense war ki taleem nahi di gayi hai balke defense mein kaha gaya hai: wa qatiloo fi sabeel allah allazeena yuqati loonakum</w:t>
      </w:r>
    </w:p>
    <w:p>
      <w:pPr>
        <w:jc w:val="right"/>
      </w:pPr>
      <w:r>
        <w:t>اسی طریقے سے آپ دیکھیں گے قرآن کریم میں جہاں جنگ کا یا قتال کا یا وار کا ذکر ہے، آپ غور کریں یہ افنس وار کی تعلیم نہیں دی گئی ہے بلکہ ڈیفنس میں کہا گیا ہے: وقاتلوا فی سبیل اللہ الذین یقاتلونکم</w:t>
      </w:r>
    </w:p>
    <w:p>
      <w:r>
        <w:rPr>
          <w:b/>
        </w:rPr>
        <w:t xml:space="preserve">[12:23] </w:t>
      </w:r>
      <w:r>
        <w:t>aap un se war kijiye ya jang kijiye jo aap ki taraf war ke mamle mein iqdam se kaam leta hai, jo offense se kaam leta hai.</w:t>
      </w:r>
    </w:p>
    <w:p>
      <w:pPr>
        <w:jc w:val="right"/>
      </w:pPr>
      <w:r>
        <w:t>آپ ان سے وار کیجئے یا جنگ کیجئے جو آپ کی طرف وار کے معاملے میں اقدام سے کام لیتا ہے، جو افنس سے کام لیتا ہے۔</w:t>
      </w:r>
    </w:p>
    <w:p>
      <w:r>
        <w:rPr>
          <w:b/>
        </w:rPr>
        <w:t xml:space="preserve">[12:33] </w:t>
      </w:r>
      <w:r>
        <w:t>to is ke defense mein aap ko war ki ijazat di ja rahi hai aur yeh yeh sharait bataye ja rahe hain ke wa la ta'tadoo, defense ki had tak hi rehna, is se aage na badhna.</w:t>
      </w:r>
    </w:p>
    <w:p>
      <w:pPr>
        <w:jc w:val="right"/>
      </w:pPr>
      <w:r>
        <w:t>تو اس کے ڈیفنس میں آپ کو وار کی اجازت دی جا رہی ہے اور یہ یہ شرائط بتائے جا رہے ہیں کہ ولا تعتدوا، ڈیفنس کی حد تک ہی رہنا، اس سے آگے نہ بڑھنا۔</w:t>
      </w:r>
    </w:p>
    <w:p>
      <w:r>
        <w:rPr>
          <w:b/>
        </w:rPr>
        <w:t xml:space="preserve">[12:45] </w:t>
      </w:r>
      <w:r>
        <w:t>is liye ke inna allaha la yuhibbul mu'tadeen beshak allah had se aage badhne walon ko pasand nahi karta hai.</w:t>
      </w:r>
    </w:p>
    <w:p>
      <w:pPr>
        <w:jc w:val="right"/>
      </w:pPr>
      <w:r>
        <w:t>اس لیے کہ إن الله لا يحب المعتدين بے شک اللہ حد سے آگے بڑھنے والوں کو پسند نہیں کرتا ہے۔</w:t>
      </w:r>
    </w:p>
    <w:p>
      <w:r>
        <w:rPr>
          <w:b/>
        </w:rPr>
        <w:t xml:space="preserve">[12:54] </w:t>
      </w:r>
      <w:r>
        <w:t>dekhiye yahan tak kaha gaya ke samne wala ya aap ka mukhalif agar aman o sulah ke liye aage badh raha hai, quran ki yeh taleem hai ke fajnah laha wa in janahoo lis sulmi aman o ishti ke liye, aman o salamati ke liye sulah karne ke mamle mein woh aage badh raha hai.</w:t>
      </w:r>
    </w:p>
    <w:p>
      <w:pPr>
        <w:jc w:val="right"/>
      </w:pPr>
      <w:r>
        <w:t>دیکھیے یہاں تک کہا گیا کہ سامنے والا یا آپ کا مخالف اگر امن و صلح کے لیے آگے بڑھ رہا ہے، قرآن کی یہ تعلیم ہے کہ فجنح لها وان جنحوا للسلم امن و اشتی کے لیے، امن و سلامتی کے لیے صلح کرنے کے معاملے میں وہ آگے بڑھ رہا ہے۔</w:t>
      </w:r>
    </w:p>
    <w:p>
      <w:r>
        <w:rPr>
          <w:b/>
        </w:rPr>
        <w:t xml:space="preserve">[13:13] </w:t>
      </w:r>
      <w:r>
        <w:t>agar aap ka mukhalif to quran mein yeh taleem di gayi hai ke fajnah laha</w:t>
      </w:r>
    </w:p>
    <w:p>
      <w:pPr>
        <w:jc w:val="right"/>
      </w:pPr>
      <w:r>
        <w:t>اگر آپ کا مخالف تو قرآن میں یہ تعلیم دی گئی ہے کہ فجنح لها</w:t>
      </w:r>
    </w:p>
    <w:p>
      <w:r>
        <w:rPr>
          <w:b/>
        </w:rPr>
        <w:t xml:space="preserve">[13:19] </w:t>
      </w:r>
      <w:r>
        <w:t>pehle marhale mein ek second ka intezar kiye baghair, taakhir kiye baghair, aap ko pehli fursat mein iqdam kar ke is se aman o salamati par muahida karna hai.</w:t>
      </w:r>
    </w:p>
    <w:p>
      <w:pPr>
        <w:jc w:val="right"/>
      </w:pPr>
      <w:r>
        <w:t>پہلے مرحلے میں ایک سیکنڈ کا انتظار کیے بغیر، تاخیر کیے بغیر، آپ کو پہلی فرصت میں اقدام کر کے اس سے امن و سلامتی پر معاہدہ کرنا ہے۔</w:t>
      </w:r>
    </w:p>
    <w:p>
      <w:r>
        <w:rPr>
          <w:b/>
        </w:rPr>
        <w:t xml:space="preserve">[13:29] </w:t>
      </w:r>
      <w:r>
        <w:t>aur aage kaha ke agar aap ko andesha lag raha hai ke aman o salamati bazahir woh kar lega magar andar sazishi zehan rahega, to is ka agar tumhein dar lag raha hai, quran ne kaha: wa tawakkal ala allah is mamle ko tum khuda ke hawale kar dena.</w:t>
      </w:r>
    </w:p>
    <w:p>
      <w:pPr>
        <w:jc w:val="right"/>
      </w:pPr>
      <w:r>
        <w:t>اور آگے کہا کہ اگر آپ کو اندیشہ لگ رہا ہے کہ امن و سلامتی بظاہر وہ کر لے گا مگر اندر سازشی ذہن رہے گا، تو اس کا اگر تمہیں ڈر لگ رہا ہے، قرآن نے کہا: وتوكل على الله اس معاملے کو تم خدا کے حوالے کر دینا۔</w:t>
      </w:r>
    </w:p>
    <w:p>
      <w:r>
        <w:rPr>
          <w:b/>
        </w:rPr>
        <w:t xml:space="preserve">[13:45] </w:t>
      </w:r>
      <w:r>
        <w:t>to aap</w:t>
      </w:r>
    </w:p>
    <w:p>
      <w:pPr>
        <w:jc w:val="right"/>
      </w:pPr>
      <w:r>
        <w:t>تو آپ</w:t>
      </w:r>
    </w:p>
    <w:p>
      <w:r>
        <w:rPr>
          <w:b/>
        </w:rPr>
        <w:t xml:space="preserve">[13:46] </w:t>
      </w:r>
      <w:r>
        <w:t>is teaching se, islam ki teaching se aur paighambar e islam ki taleemat se aap andaza laga sakte hain ke aman o salamati ki kis qadar ahmiyat hai islam mein.</w:t>
      </w:r>
    </w:p>
    <w:p>
      <w:pPr>
        <w:jc w:val="right"/>
      </w:pPr>
      <w:r>
        <w:t>اس ٹیچنگ سے، اسلام کی ٹیچنگ سے اور پیغمبر اسلام کی تعلیمات سے آپ اندازہ لگا سکتے ہیں کہ امن و سلامتی کی کس قدر اہمیت ہے اسلام میں۔</w:t>
      </w:r>
    </w:p>
    <w:p>
      <w:r>
        <w:rPr>
          <w:b/>
        </w:rPr>
        <w:t xml:space="preserve">[13:57] </w:t>
      </w:r>
      <w:r>
        <w:t>aur jang ka jo mamla hai, woh nagazeer halaat mein, yani is ke baghair koi chara kar hi na ho, to tab hi war ki ijazat di gayi hai aur woh bhi poore sharait ke sath.</w:t>
      </w:r>
    </w:p>
    <w:p>
      <w:pPr>
        <w:jc w:val="right"/>
      </w:pPr>
      <w:r>
        <w:t>اور جنگ کا جو معاملہ ہے، وہ ناگزیر حالات میں، یعنی اس کے بغیر کوئی چارہ کار ہی نہ ہو، تو تب ہی وار کی اجازت دی گئی ہے اور وہ بھی پورے شرائط کے ساتھ۔</w:t>
      </w:r>
    </w:p>
    <w:p>
      <w:r>
        <w:rPr>
          <w:b/>
        </w:rPr>
        <w:t xml:space="preserve">[14:10] </w:t>
      </w:r>
      <w:r>
        <w:t>ji, jazak allah. mujhe bhi maulana wahiduddin khan sahib ki ek baat yaad aa rahi hai ke islam ki jitni bhi taleemat hain, is mein jo duaiyah kalmat hain, worship prayers ke jo words hain, is mein bhi jo cheez ki par tarjeeh di gayi hai, woh peace hai.</w:t>
      </w:r>
    </w:p>
    <w:p>
      <w:pPr>
        <w:jc w:val="right"/>
      </w:pPr>
      <w:r>
        <w:t>جی، جزاک اللہ۔ مجھے بھی مولانا وحید الدین خان صاحب کی ایک بات یاد آ رہی ہے کہ اسلام کی جتنی بھی تعلیمات ہیں، اس میں جو دعائیہ کلمات ہیں، ورشپ پریئرز کے جو ورڈز ہیں، اس میں بھی جو چیز کی پر ترجیح دی گئی ہے، وہ پیس ہے۔</w:t>
      </w:r>
    </w:p>
    <w:p>
      <w:r>
        <w:rPr>
          <w:b/>
        </w:rPr>
        <w:t xml:space="preserve">[14:29] </w:t>
      </w:r>
      <w:r>
        <w:t>jaisa ke hum din mein panch waqt namaz padhte hain aur jab namaz khatam karte hain, jo dua hum padhte hain: assalamu alaikum wa rahmatullah yeh words keh kar hum apni namaz ko, prayers ko khatam karte hain, to is ka matlab yahi hai ke peace be upon you to goya hum har namaz ke baad khuda se ahad karte hain ke ab is prayer ke baad hum jayenge to sare insanon ke liye hum ek peaceful insan ban ke rahenge.</w:t>
      </w:r>
    </w:p>
    <w:p>
      <w:pPr>
        <w:jc w:val="right"/>
      </w:pPr>
      <w:r>
        <w:t>جیسا کہ ہم دن میں پانچ وقت نماز پڑھتے ہیں اور جب نماز ختم کرتے ہیں، جو دعا ہم پڑھتے ہیں: السلام علیکم ورحمۃ اللہ یہ ورڈز کہہ کر ہم اپنی نماز کو، پریئرز کو ختم کرتے ہیں، تو اس کا مطلب یہی ہے کہ peace be upon you تو گویا ہم ہر نماز کے بعد خدا سے عہد کرتے ہیں کہ اب اس پریئر کے بعد ہم جائیں گے تو سارے انسانوں کے لیے ہم ایک پیس فل انسان بن کے رہیں گے۔</w:t>
      </w:r>
    </w:p>
    <w:p>
      <w:r>
        <w:rPr>
          <w:b/>
        </w:rPr>
        <w:t xml:space="preserve">[14:52] </w:t>
      </w:r>
      <w:r>
        <w:t>aur isi tarah ek jo dua prophet Muhammad ne batayi hai, jo har namaz ke baad padhi jaye, woh yeh hai ke allahumma antas salam</w:t>
      </w:r>
    </w:p>
    <w:p>
      <w:pPr>
        <w:jc w:val="right"/>
      </w:pPr>
      <w:r>
        <w:t>اور اسی طرح ایک جو دعا پرافٹ محمد نے بتائی ہے، جو ہر نماز کے بعد پڑھی جائے، وہ یہ ہے کہ اللہم انت السلام</w:t>
      </w:r>
    </w:p>
    <w:p>
      <w:r>
        <w:rPr>
          <w:b/>
        </w:rPr>
        <w:t xml:space="preserve">[15:00] </w:t>
      </w:r>
      <w:r>
        <w:t>aminka salam ke aye god, tu hi peaceful hai, peace lover hai, peace ko chahne wala hai, aur hum tere naam par peace ko phailane wale hain.</w:t>
      </w:r>
    </w:p>
    <w:p>
      <w:pPr>
        <w:jc w:val="right"/>
      </w:pPr>
      <w:r>
        <w:t>امنک السلام کہ اے گاڈ، تو ہی پیس فل ہے، پیس لور ہے، پیس کو چاہنے والا ہے، اور ہم تیرے نام پر پیس کو پھیلانے والے ہیں۔</w:t>
      </w:r>
    </w:p>
    <w:p>
      <w:r>
        <w:rPr>
          <w:b/>
        </w:rPr>
        <w:t xml:space="preserve">[15:09] </w:t>
      </w:r>
      <w:r>
        <w:t>to chunchke god ke naam par hi bahut zyada violence hota hai, to hum yeh iqrar karte hain ke hum tere naam par violence karne wale nahi honge, balke peace ko phailane wale honge.</w:t>
      </w:r>
    </w:p>
    <w:p>
      <w:pPr>
        <w:jc w:val="right"/>
      </w:pPr>
      <w:r>
        <w:t>تو چونکہ گاڈ کے نام پر ہی بہت زیادہ وائلنس ہوتا ہے، تو ہم یہ اقرار کرتے ہیں کہ ہم تیرے نام پر وائلنس کرنے والے نہیں ہوں گے، بلکہ پیس کو پھیلانے والے ہوں گے۔</w:t>
      </w:r>
    </w:p>
    <w:p>
      <w:r>
        <w:rPr>
          <w:b/>
        </w:rPr>
        <w:t xml:space="preserve">[15:18] </w:t>
      </w:r>
      <w:r>
        <w:t>aur isi tarah jo aap ne bataya ke jang mein, islam mein jo jang hai, ki ijazat di gayi hai, to bahut hi zyada sakht sharait ke sath di gayi hai.</w:t>
      </w:r>
    </w:p>
    <w:p>
      <w:pPr>
        <w:jc w:val="right"/>
      </w:pPr>
      <w:r>
        <w:t>اور اسی طرح جو آپ نے بتایا کہ جنگ میں، اسلام میں جو جنگ ہے، کی اجازت دی گئی ہے، تو بہت ہی زیادہ سخت شرائط کے ساتھ دی گئی ہے۔</w:t>
      </w:r>
    </w:p>
    <w:p>
      <w:r>
        <w:rPr>
          <w:b/>
        </w:rPr>
        <w:t xml:space="preserve">[15:27] </w:t>
      </w:r>
      <w:r>
        <w:t>aur isi isi liye rasool allah ne sulah hudaybiyah</w:t>
      </w:r>
    </w:p>
    <w:p>
      <w:pPr>
        <w:jc w:val="right"/>
      </w:pPr>
      <w:r>
        <w:t>اور اسی اسی لیے رسول اللہ نے صلح حدیبیہ</w:t>
      </w:r>
    </w:p>
    <w:p>
      <w:r>
        <w:rPr>
          <w:b/>
        </w:rPr>
        <w:t xml:space="preserve">[15:30] </w:t>
      </w:r>
      <w:r>
        <w:t>kiya. aur is mein ek sawal jo rehta hai ke kyun rasool allah ne sirf das saal ka muahida kiya, to mujhe jo baat samajh mein aati hai, woh yeh hai ke asal jo rasool allah ka zamana tha, woh jo zamana tha, woh is zamane mein yeh baat samjhi jati thi ke asal jo cheez hai, mamlat ko solve karne ke liye, problems ko solve karne ke liye, woh jang hai.</w:t>
      </w:r>
    </w:p>
    <w:p>
      <w:pPr>
        <w:jc w:val="right"/>
      </w:pPr>
      <w:r>
        <w:t>کیا۔ اور اس میں ایک سوال جو رہتا ہے کہ کیوں رسول اللہ نے صرف دس سال کا معاہدہ کیا، تو مجھے جو بات سمجھ میں آتی ہے، وہ یہ ہے کہ اصل جو رسول اللہ کا زمانہ تھا، وہ جو زمانہ تھا، وہ اس زمانے میں یہ بات سمجھی جاتی تھی کہ اصل جو چیز ہے، معاملات کو سالو کرنے کے لیے، پرابلمز کو سالو کرنے کے لیے، وہ جنگ ہے۔</w:t>
      </w:r>
    </w:p>
    <w:p>
      <w:r>
        <w:rPr>
          <w:b/>
        </w:rPr>
        <w:t xml:space="preserve">[15:52] </w:t>
      </w:r>
      <w:r>
        <w:t>al harbu anfalu al harb samajhte the ke jang ka badla jang hi ho sakta hai, jang ko jang ke zariye hi khatam kiya ja sakta hai. to main samajhta</w:t>
      </w:r>
    </w:p>
    <w:p>
      <w:pPr>
        <w:jc w:val="right"/>
      </w:pPr>
      <w:r>
        <w:t>الحرب انفال الحرب سمجھتے تھے کہ جنگ کا بدلہ جنگ ہی ہو سکتا ہے، جنگ کو جنگ کے ذریعے ہی ختم کیا جا سکتا ہے۔ تو میں سمجھتا</w:t>
      </w:r>
    </w:p>
    <w:p>
      <w:r>
        <w:rPr>
          <w:b/>
        </w:rPr>
        <w:t xml:space="preserve">[16:00] </w:t>
      </w:r>
      <w:r>
        <w:t>hoon ke us waqt history mein sab se pehle prophet Muhammad the jinhone logon ko yeh bataya ke harb ke badal harb nahi hota hai, jang ke badal jang nahi hota hai, balke jang ke badal sulah hoti hai.</w:t>
      </w:r>
    </w:p>
    <w:p>
      <w:pPr>
        <w:jc w:val="right"/>
      </w:pPr>
      <w:r>
        <w:t>ہوں کہ اس وقت ہسٹری میں سب سے پہلے پرافٹ محمد تھے جنہوں نے لوگوں کو یہ بتایا کہ حرب کے بدل حرب نہیں ہوتا ہے، جنگ کے بدل جنگ نہیں ہوتا ہے، بلکہ جنگ کے بدل صلح ہوتی ہے۔</w:t>
      </w:r>
    </w:p>
    <w:p>
      <w:r>
        <w:rPr>
          <w:b/>
        </w:rPr>
        <w:t xml:space="preserve">[16:13] </w:t>
      </w:r>
      <w:r>
        <w:t>to</w:t>
      </w:r>
    </w:p>
    <w:p>
      <w:pPr>
        <w:jc w:val="right"/>
      </w:pPr>
      <w:r>
        <w:t>تو</w:t>
      </w:r>
    </w:p>
    <w:p>
      <w:r>
        <w:rPr>
          <w:b/>
        </w:rPr>
        <w:t xml:space="preserve">[16:14] </w:t>
      </w:r>
      <w:r>
        <w:t>yeh jo das saal ka jo aap ne limited muahida kiya, woh is liye kiya taake un ko sulah ki aadat dilayen. agar un se permanent sulah ke liye kehte to woh log nahi karte.</w:t>
      </w:r>
    </w:p>
    <w:p>
      <w:pPr>
        <w:jc w:val="right"/>
      </w:pPr>
      <w:r>
        <w:t>یہ جو دس سال کا جو آپ نے لمیٹڈ معاہدہ کیا، وہ اس لیے کیا تاکہ ان کو صلح کی عادت دلوائیں۔ اگر ان سے پرماننٹ صلح کے لیے کہتے تو وہ لوگ نہیں کرتے۔</w:t>
      </w:r>
    </w:p>
    <w:p>
      <w:r>
        <w:rPr>
          <w:b/>
        </w:rPr>
        <w:t xml:space="preserve">[16:24] </w:t>
      </w:r>
      <w:r>
        <w:t>to un ko das saal ki aadat jab hum banate hain, aadi banate hain, to aindah isi ke aadi ho</w:t>
      </w:r>
    </w:p>
    <w:p>
      <w:pPr>
        <w:jc w:val="right"/>
      </w:pPr>
      <w:r>
        <w:t>تو ان کو دس سال کی عادت جب ہم بناتے ہیں، عادی بناتے ہیں، تو آئندہ اسی کے عادی ہو</w:t>
      </w:r>
    </w:p>
    <w:p>
      <w:r>
        <w:rPr>
          <w:b/>
        </w:rPr>
        <w:t xml:space="preserve">[16:29] </w:t>
      </w:r>
      <w:r>
        <w:t>jaate hain. jab woh dekhenge apni aankhon se ke kis tarah is ke fawaid samne aaye hain, to woh is ke aadi ho jayenge aur is ki taraf aage badhenge. to logon ko is taraf lane ke liye rasool allah ne woh limited period rakha, na ke limited period asal nahi hai.</w:t>
      </w:r>
    </w:p>
    <w:p>
      <w:pPr>
        <w:jc w:val="right"/>
      </w:pPr>
      <w:r>
        <w:t>جاتے ہیں۔ جب وہ دیکھیں گے اپنی آنکھوں سے کہ کس طرح اس کے فوائد سامنے آئے ہیں، تو وہ اس کے عادی ہو جائیں گے اور اس کی طرف آگے بڑھیں گے۔ تو لوگوں کو اس طرف لانے کے لیے رسول اللہ نے وہ لمیٹڈ پیریڈ رکھا، نہ کہ لمیٹڈ پیریڈ اصل نہیں ہے۔</w:t>
      </w:r>
    </w:p>
    <w:p>
      <w:r>
        <w:rPr>
          <w:b/>
        </w:rPr>
        <w:t xml:space="preserve">[16:42] </w:t>
      </w:r>
      <w:r>
        <w:t>islam mein sulah hi asal hai, jaisa ke hum jante hain. to yeh bohat hi aham cheez par aap ne roshni dali. to aage hum barhte hain hamare mehman siraj ur rehman sahab ki taraf se ki taraf, aur aap se mera yeh sawal hai ke jo aman hum aapas mein karenge ya peace ka jo muahde karenge, woh koi conditional hoga,</w:t>
      </w:r>
    </w:p>
    <w:p>
      <w:pPr>
        <w:jc w:val="right"/>
      </w:pPr>
      <w:r>
        <w:t>اسلام میں صلح ہی اصل ہے، جیسا کہ ہم جانتے ہیں۔ تو یہ بہت ہی اہم چیز پر آپ نے روشنی ڈالی۔ تو آگے ہم بڑھتے ہیں ہمارے مہمان سراج الرحمن صاحب کی طرف سے کی طرف، اور آپ سے میرا یہ سوال ہے کہ جو امن ہم آپس میں کریں گے یا پیس کا جو معاہدے کریں گے، وہ کوئی کنڈیشنل ہوگا،</w:t>
      </w:r>
    </w:p>
    <w:p>
      <w:r>
        <w:rPr>
          <w:b/>
        </w:rPr>
        <w:t xml:space="preserve">[17:02] </w:t>
      </w:r>
      <w:r>
        <w:t>unilateral hoga ya bilateral hoga? dono taraf koi shart pe hum peace ko lenge ya ya one side hum peace ko manenge?</w:t>
      </w:r>
    </w:p>
    <w:p>
      <w:pPr>
        <w:jc w:val="right"/>
      </w:pPr>
      <w:r>
        <w:t>یونی لیٹرل ہوگا یا بائی لیٹرل ہوگا؟ دونوں طرف کوئی شرائط پہ ہم پیس کو لیں گے یا یا ون سائیڈ ہم پیس کو مانیں گے؟</w:t>
      </w:r>
    </w:p>
    <w:p>
      <w:r>
        <w:rPr>
          <w:b/>
        </w:rPr>
        <w:t xml:space="preserve">[17:11] </w:t>
      </w:r>
      <w:r>
        <w:t>is par aap kuch roshni dalen. ji, shukriya.</w:t>
      </w:r>
    </w:p>
    <w:p>
      <w:pPr>
        <w:jc w:val="right"/>
      </w:pPr>
      <w:r>
        <w:t>اس پر آپ کچھ روشنی ڈالیں۔ جی، شکریہ۔</w:t>
      </w:r>
    </w:p>
    <w:p>
      <w:r>
        <w:rPr>
          <w:b/>
        </w:rPr>
        <w:t xml:space="preserve">[17:15] </w:t>
      </w:r>
      <w:r>
        <w:t>actual sab se bari fallacy jo aaj dunya mein phaili hui hai, jo mukhtalif islami tanzeemen rakhte hain aur dunya ke deegar askari tanzeemen, woh violence is shart is wajah se karte hain ke is ke zariye se woh jo hai apna huqooq hasil karenge.</w:t>
      </w:r>
    </w:p>
    <w:p>
      <w:pPr>
        <w:jc w:val="right"/>
      </w:pPr>
      <w:r>
        <w:t>ایکچول سب سے بڑی فیلیسی جو آج دنیا میں پھیلی ہوئی ہے، جو مختلف اسلامی تنظیمیں رکھتے ہیں اور دنیا کے دیگر عسکری تنظیمیں، وہ وائلنس اس شرط اس وجہ سے کرتے ہیں کہ اس کے ذریعے سے وہ جو ہے اپنا حقوق حاصل کریں گے۔</w:t>
      </w:r>
    </w:p>
    <w:p>
      <w:r>
        <w:rPr>
          <w:b/>
        </w:rPr>
        <w:t xml:space="preserve">[17:30] </w:t>
      </w:r>
      <w:r>
        <w:t>to woh shart yeh lagate hain ke jab tak aap hum ko jo hai insaaf nahi denge, hum log violence nahi chhodenge. to</w:t>
      </w:r>
    </w:p>
    <w:p>
      <w:pPr>
        <w:jc w:val="right"/>
      </w:pPr>
      <w:r>
        <w:t>تو وہ شرط یہ لگاتے ہیں کہ جب تک آپ ہم کو جو ہے انصاف نہیں دیں گے، ہم لوگ وائلنس نہیں چھوڑیں گے۔ تو</w:t>
      </w:r>
    </w:p>
    <w:p>
      <w:r>
        <w:rPr>
          <w:b/>
        </w:rPr>
        <w:t xml:space="preserve">[17:38] </w:t>
      </w:r>
      <w:r>
        <w:t>asal islami nuqta nazar mein yeh hai ke peace kabhi bhi mashroot nahi hai, balke bila shart hai, ek tarafah tor par hai islami taleemat ke andar.</w:t>
      </w:r>
    </w:p>
    <w:p>
      <w:pPr>
        <w:jc w:val="right"/>
      </w:pPr>
      <w:r>
        <w:t>اصل اسلامی نقطہ نظر میں یہ ہے کہ پیس کبھی بھی مشروط نہیں ہے، بلکہ بلا شرط ہے، ایک طرفہ طور پر ہے اسلامی تعلیمات کے اندر۔</w:t>
      </w:r>
    </w:p>
    <w:p>
      <w:r>
        <w:rPr>
          <w:b/>
        </w:rPr>
        <w:t xml:space="preserve">[17:51] </w:t>
      </w:r>
      <w:r>
        <w:t>jaisa ke is ka wazeh saboot sulah hudaybiyah hai. sulah hudaybiyah ko islam mein fath mubeen kaha hai.</w:t>
      </w:r>
    </w:p>
    <w:p>
      <w:pPr>
        <w:jc w:val="right"/>
      </w:pPr>
      <w:r>
        <w:t>جیسا کہ اس کا واضح ثبوت صلح حدیبیہ ہے۔ صلح حدیبیہ میں صلح حدیبیہ کو اسلام میں فتح مبین کہا ہے۔</w:t>
      </w:r>
    </w:p>
    <w:p>
      <w:r>
        <w:rPr>
          <w:b/>
        </w:rPr>
        <w:t xml:space="preserve">[18:02] </w:t>
      </w:r>
      <w:r>
        <w:t>fath</w:t>
      </w:r>
    </w:p>
    <w:p>
      <w:pPr>
        <w:jc w:val="right"/>
      </w:pPr>
      <w:r>
        <w:t>فت</w:t>
      </w:r>
    </w:p>
    <w:p>
      <w:r>
        <w:rPr>
          <w:b/>
        </w:rPr>
        <w:t xml:space="preserve">[18:03] </w:t>
      </w:r>
      <w:r>
        <w:t>h makkah ko fath mubeen nahi, balke sulah hudaybiyah ko fath mubeen kaha hai. to sulah hudaybiyah totally ek tarafah sulah thi.</w:t>
      </w:r>
    </w:p>
    <w:p>
      <w:pPr>
        <w:jc w:val="right"/>
      </w:pPr>
      <w:r>
        <w:t>ح مکہ کو فتح مبین نہیں، بلکہ صلح حدیبیہ کو فتح مبین کہا ہے۔ تو صلح حدیبیہ ٹوٹلی ایک طرفہ صلح تھی۔</w:t>
      </w:r>
    </w:p>
    <w:p>
      <w:r>
        <w:rPr>
          <w:b/>
        </w:rPr>
        <w:t xml:space="preserve">[18:15] </w:t>
      </w:r>
      <w:r>
        <w:t>to aman ke qayam ke liye bila mashroot sulah karna zaroori hai. usoolon par jab sulah karte hain to aman qaim hoti hai.</w:t>
      </w:r>
    </w:p>
    <w:p>
      <w:pPr>
        <w:jc w:val="right"/>
      </w:pPr>
      <w:r>
        <w:t>تو امن کے قیام کے لیے بلا مشروط صلح کرنا ضروری ہے۔ اصولی طور پر جب صلح کرتے ہیں تو امن قائم ہوتی ہے۔</w:t>
      </w:r>
    </w:p>
    <w:p>
      <w:r>
        <w:rPr>
          <w:b/>
        </w:rPr>
        <w:t xml:space="preserve">[18:25] </w:t>
      </w:r>
      <w:r>
        <w:t>aman se insaaf ko hasil karne ke imkanat roshan ho jate hain.</w:t>
      </w:r>
    </w:p>
    <w:p>
      <w:pPr>
        <w:jc w:val="right"/>
      </w:pPr>
      <w:r>
        <w:t>امن سے انصاف کو حاصل کرنے کے امکانات روشن ہو جاتے ہیں۔</w:t>
      </w:r>
    </w:p>
    <w:p>
      <w:r>
        <w:rPr>
          <w:b/>
        </w:rPr>
        <w:t xml:space="preserve">[18:29] </w:t>
      </w:r>
      <w:r>
        <w:t>yeh woh cheez hai jis ki taraf quran mein surah fath ke andar Allah taala ne ishara kiya hai ke fealam ma lam ta'lamoon khuda woh haqeeqat ko janta hai jo tum nahi jante.</w:t>
      </w:r>
    </w:p>
    <w:p>
      <w:pPr>
        <w:jc w:val="right"/>
      </w:pPr>
      <w:r>
        <w:t>یہ وہ چیز ہے جس کی طرف قرآن میں سورہ فتح کے اندر اللہ تعالی نے اشارہ کیا ہے کہ فعلم ما لم تعلمون خدا وہ حقیقت کو جانتا ہے جو تم نہیں جانتے۔</w:t>
      </w:r>
    </w:p>
    <w:p>
      <w:r>
        <w:rPr>
          <w:b/>
        </w:rPr>
        <w:t xml:space="preserve">[18:41] </w:t>
      </w:r>
      <w:r>
        <w:t>aur isi tarah sulah ghair mashroot hoti hai. is silsile mein quran mein surah hajj ke andar Allah taala kehte hain ke woh tum se jhagda bhi karen to tum palat ke un ke sath jhagda na karo.</w:t>
      </w:r>
    </w:p>
    <w:p>
      <w:pPr>
        <w:jc w:val="right"/>
      </w:pPr>
      <w:r>
        <w:t>اور اسی طریقے سے صلح غیر مشروط ہوتی ہے۔ اس سلسلے میں قرآن میں سورہ حج کے اندر اللہ تعالی کہتے ہیں کہ وہ تم سے جھگڑا بھی کریں تو تم پلٹ کے ان کے ساتھ جھگڑا نہ کرو۔</w:t>
      </w:r>
    </w:p>
    <w:p>
      <w:r>
        <w:rPr>
          <w:b/>
        </w:rPr>
        <w:t xml:space="preserve">[18:58] </w:t>
      </w:r>
      <w:r>
        <w:t>wa amma yanzaghnaka min ash shaytan nazghun fasta'iz billah yeh bhi ek jagah taleem di gayi hai. yani tum ek tarafah tor par ahsan tareeqe se radd-e-amal ka tareeqa ikhtiyar karoge to tumhara dushman, enemy, tumhara hameem dost ban jayega.</w:t>
      </w:r>
    </w:p>
    <w:p>
      <w:pPr>
        <w:jc w:val="right"/>
      </w:pPr>
      <w:r>
        <w:t>واما ينزغنک من الشیطان نزغ فاستعذ باللہ یہ بھی ایک جگہ تعلیم دی گئی ہے۔ یعنی تم ایک طرفہ طور پر احسن طریقے سے رد عمل کا طریقہ اختیار کرو گے تو تمہارا دشمن، اینمی، تمہارا حمیم دوست بن جائے گا۔</w:t>
      </w:r>
    </w:p>
    <w:p>
      <w:r>
        <w:rPr>
          <w:b/>
        </w:rPr>
        <w:t xml:space="preserve">[19:14] </w:t>
      </w:r>
      <w:r>
        <w:t>yeh baat agar tum ko samajh mein nahi aa rahi hai to yeh nazgh shaitan hai. tum is pe ta'awuz parho. shukriya. ji, jazak Allah.</w:t>
      </w:r>
    </w:p>
    <w:p>
      <w:pPr>
        <w:jc w:val="right"/>
      </w:pPr>
      <w:r>
        <w:t>یہ بات اگر تم کو سمجھ میں نہیں آ رہی ہے تو یہ نزغ شیطان ہے۔ تم اس پہ تعوذ پڑھو۔ شکریہ۔ جی، جزاک اللہ۔</w:t>
      </w:r>
    </w:p>
    <w:p>
      <w:r>
        <w:rPr>
          <w:b/>
        </w:rPr>
        <w:t xml:space="preserve">[19:23] </w:t>
      </w:r>
      <w:r>
        <w:t>mujhe aap ke discussion mein ek baat y</w:t>
      </w:r>
    </w:p>
    <w:p>
      <w:pPr>
        <w:jc w:val="right"/>
      </w:pPr>
      <w:r>
        <w:t>مجھے آپ کے ڈسکشن میں ایک بات ی</w:t>
      </w:r>
    </w:p>
    <w:p>
      <w:r>
        <w:rPr>
          <w:b/>
        </w:rPr>
        <w:t xml:space="preserve">[19:26] </w:t>
      </w:r>
      <w:r>
        <w:t>aadi. quran ki ek ayat ka mafhoom hai jis mein kaha gaya hai ke agar aap kisi aisi mehfil mein hain jahan Khuda ke khilaf guftagu hoti ho ya mazhab ke khilaf, to quran ki yeh hidayat hai ke aap us waqt wahan se hat jayen.</w:t>
      </w:r>
    </w:p>
    <w:p>
      <w:pPr>
        <w:jc w:val="right"/>
      </w:pPr>
      <w:r>
        <w:t>اد آئی۔ قرآن کی ایک آیت کا مفہوم ہے جس میں کہا گیا ہے کہ اگر آپ کسی ایسی محفل میں ہیں جہاں خدا کے خلاف گفتگو ہوتی ہو یا مذہب کے خلاف، تو قرآن کی یہ ہدایت ہے کہ آپ اس وقت وہاں سے ہٹ جائیں۔</w:t>
      </w:r>
    </w:p>
    <w:p>
      <w:r>
        <w:rPr>
          <w:b/>
        </w:rPr>
        <w:t xml:space="preserve">[19:39] </w:t>
      </w:r>
      <w:r>
        <w:t>aap argument mein na ayen. jab woh log apna mozu badal len to phir aap un ke sath shamil ho jayen. to isi se hum jaan sakte hain ke kis tarah se islam ne ek tarafah taleem di hai aman ke liye.</w:t>
      </w:r>
    </w:p>
    <w:p>
      <w:pPr>
        <w:jc w:val="right"/>
      </w:pPr>
      <w:r>
        <w:t>آپ ارگومنٹ میں نہ آئیں۔ جب وہ لوگ اپنا موضوع بدل لیں تو پھر آپ ان کے ساتھ شامل ہو جائیں۔ تو اسی سے ہم جان سکتے ہیں کہ کس طرح سے اسلام نے ایک طرفہ تعلیم دی ہے امن کے لیے۔</w:t>
      </w:r>
    </w:p>
    <w:p>
      <w:r>
        <w:rPr>
          <w:b/>
        </w:rPr>
        <w:t xml:space="preserve">[19:50] </w:t>
      </w:r>
      <w:r>
        <w:t>aur aman ke liye jab hum dekhte hain to kisi tarah ki shart nahi hai. jaisa ke hafiz abdul salam ne kaha tha ke quran ki ayat hai ke agar woh log sulah ke liye amadah hon to aap bas aage barh</w:t>
      </w:r>
    </w:p>
    <w:p>
      <w:pPr>
        <w:jc w:val="right"/>
      </w:pPr>
      <w:r>
        <w:t>اور امن کے لیے جب ہم دیکھتے ہیں تو کسی طرح کی شرط نہیں ہے۔ جیسا کہ حافظ عبدالسلام نے کہا تھا کہ قرآن کی آیت ہے کہ اگر وہ لوگ صلح کے لیے آمدہ ہوں تو آپ بس آگے بڑ</w:t>
      </w:r>
    </w:p>
    <w:p>
      <w:r>
        <w:rPr>
          <w:b/>
        </w:rPr>
        <w:t xml:space="preserve">[20:02] </w:t>
      </w:r>
      <w:r>
        <w:t>jayen. wahan koi condition nahi rakhi gayi hai. lekin isi tarah jab jang ki baat aati hai to wahan beshumar conditions rakhe gaye hain ke kis tarah se.</w:t>
      </w:r>
    </w:p>
    <w:p>
      <w:pPr>
        <w:jc w:val="right"/>
      </w:pPr>
      <w:r>
        <w:t>ھ جائیے۔ وہاں کوئی کنڈیشن نہیں رکھی گئی ہے۔ لیکن اسی طرح جب جنگ کی بات آتی ہے تو وہاں بے شمار کنڈیشنز رکھے گئے ہیں کہ کس طرح سے۔</w:t>
      </w:r>
    </w:p>
    <w:p>
      <w:r>
        <w:rPr>
          <w:b/>
        </w:rPr>
        <w:t xml:space="preserve">[20:11] </w:t>
      </w:r>
      <w:r>
        <w:t>yani woh conditions aise hain ke woh jang na ho. ji, jang na ho. is liye conditions rakhe gaye hain. to yeh bohat hi aham baat hai jo hamein samajh mein aati hai ke kisi bhi tarah hum ko sulah aur aman hasil karen hum.</w:t>
      </w:r>
    </w:p>
    <w:p>
      <w:pPr>
        <w:jc w:val="right"/>
      </w:pPr>
      <w:r>
        <w:t>یعنی وہ کنڈیشنز ایسے ہیں کہ وہ جنگ نہ ہو۔ جی، جنگ نہ ہو۔ اس لیے کنڈیشنز رکھے گئے ہیں۔ تو یہ بہت ہی اہم بات ہے جو ہمیں سمجھ میں آتی ہے کہ کسی بھی طرح ہم کو صلح اور امن حاصل کریں ہم۔</w:t>
      </w:r>
    </w:p>
    <w:p>
      <w:r>
        <w:rPr>
          <w:b/>
        </w:rPr>
        <w:t xml:space="preserve">[20:26] </w:t>
      </w:r>
      <w:r>
        <w:t>aur aman ke zariye hum kai cheezen hasil kar sakte hain.</w:t>
      </w:r>
    </w:p>
    <w:p>
      <w:pPr>
        <w:jc w:val="right"/>
      </w:pPr>
      <w:r>
        <w:t>اور امن کے ذریعے ہم کئی چیزیں حاصل کر سکتے ہیں۔</w:t>
      </w:r>
    </w:p>
    <w:p>
      <w:r>
        <w:rPr>
          <w:b/>
        </w:rPr>
        <w:t xml:space="preserve">[20:30] </w:t>
      </w:r>
      <w:r>
        <w:t>to bohat hi achi baat aap ne batai. aur doosra yeh sawal mein apne mehman abdul salam sahab se karna chahunga. mamooli tor par hum jante hain ke rasool Allah ki jo seerat pesh ki jati hai to is hawale se yeh baat hoti hai ke rasool Allah ne apni tehreek ko kamyab banaya.</w:t>
      </w:r>
    </w:p>
    <w:p>
      <w:pPr>
        <w:jc w:val="right"/>
      </w:pPr>
      <w:r>
        <w:t>تو بہت ہی اچھی بات آپ نے بتائی۔ اور دوسرا یہ سوال میں اپنے مہمان عبدالسلام صاحب سے کرنا چاہوں گا۔ عمومی طور پر ہم جانتے ہیں کہ رسول اللہ کی جو سیرت پیش کی جاتی ہے تو اس حوالے سے یہ بات ہوتی ہے کہ رسول اللہ نے اپنی تحریک کو کامیاب بنایا۔</w:t>
      </w:r>
    </w:p>
    <w:p>
      <w:r>
        <w:rPr>
          <w:b/>
        </w:rPr>
        <w:t xml:space="preserve">[20:47] </w:t>
      </w:r>
      <w:r>
        <w:t>aur ek successful movement rasool Allah ka samjha jata hai. to mamoolan is ke peeche yeh baat pesh ki jati hai ke rasool Allah ne khoon baha kar, blood shed kar ke is kamyabi ko hasil kiya.</w:t>
      </w:r>
    </w:p>
    <w:p>
      <w:pPr>
        <w:jc w:val="right"/>
      </w:pPr>
      <w:r>
        <w:t>اور ایک سکسیس فل موومنٹ رسول اللہ کا سمجھا جاتا ہے۔ تو عموماً اس کے پیچھے یہ بات پیش کی جاتی ہے کہ رسول اللہ نے خون بہا کر، بلڈ شیڈ کر کے اس کامیابی کو حاصل کیا۔</w:t>
      </w:r>
    </w:p>
    <w:p>
      <w:r>
        <w:rPr>
          <w:b/>
        </w:rPr>
        <w:t xml:space="preserve">[20:58] </w:t>
      </w:r>
      <w:r>
        <w:t>to is bare mein aap kya kahenge? ji, dekhen ke peghambar e islam ne creation plan of God se insanon ko aware karne ka jo kaam aap ne kiya,</w:t>
      </w:r>
    </w:p>
    <w:p>
      <w:pPr>
        <w:jc w:val="right"/>
      </w:pPr>
      <w:r>
        <w:t>تو اس بارے میں آپ کیا کہیں گے؟ جی، دیکھیں کہ پیغمبر اسلام نے کریشن پلان آف گاڈ سے انسانوں کو اویئر کرنے کا جو کام آپ نے کیا،</w:t>
      </w:r>
    </w:p>
    <w:p>
      <w:r>
        <w:rPr>
          <w:b/>
        </w:rPr>
        <w:t xml:space="preserve">[21:12] </w:t>
      </w:r>
      <w:r>
        <w:t>aap dekhen ge makkah ke 13 saala zindagi mein kis tareeqay se aap ne aman ke saath kaam ka aaghaz kiya aur is mauqa se kis qadar aap ko aur aap ke ashaab ko aziyaten di gayeen, takleefen di gayeen.</w:t>
      </w:r>
    </w:p>
    <w:p>
      <w:pPr>
        <w:jc w:val="right"/>
      </w:pPr>
      <w:r>
        <w:t>آپ دیکھیں گے مکے کے 13 سالہ زندگی میں کس طریقے سے آپ نے امن کے ساتھ کام کا آغاز کیا اور اس موقع سے کس قدر آپ کو اور آپ کے اصحاب کو اذیتیں دی گئیں، تکلیفیں دی گئیں۔</w:t>
      </w:r>
    </w:p>
    <w:p>
      <w:r>
        <w:rPr>
          <w:b/>
        </w:rPr>
        <w:t xml:space="preserve">[21:28] </w:t>
      </w:r>
      <w:r>
        <w:t>magar kabhi aap ne violence ka raasta ikhtiyar nahin kiya.</w:t>
      </w:r>
    </w:p>
    <w:p>
      <w:pPr>
        <w:jc w:val="right"/>
      </w:pPr>
      <w:r>
        <w:t>مگر کبھی آپ نے وائلنس کا راستہ اختیار نہیں کیا۔</w:t>
      </w:r>
    </w:p>
    <w:p>
      <w:r>
        <w:rPr>
          <w:b/>
        </w:rPr>
        <w:t xml:space="preserve">[21:33] </w:t>
      </w:r>
      <w:r>
        <w:t>aap ne wahan se makkah chhod kar madinah ki taraf jo aap ne hijrat ki, woh hijrat bhi aap dekhen kis qadar pur aman aap ne hijrat ki.</w:t>
      </w:r>
    </w:p>
    <w:p>
      <w:pPr>
        <w:jc w:val="right"/>
      </w:pPr>
      <w:r>
        <w:t>آپ نے وہاں سے مکہ چھوڑ کر مدینے کی طرف جو آپ نے ہجرت کی، وہ ہجرت بھی آپ دیکھیں کس قدر پرامن آپ نے ہجرت کی۔</w:t>
      </w:r>
    </w:p>
    <w:p>
      <w:r>
        <w:rPr>
          <w:b/>
        </w:rPr>
        <w:t xml:space="preserve">[21:42] </w:t>
      </w:r>
      <w:r>
        <w:t>aur wahan pohnchne ke baad aap ne jo kuch aap ke upar guzra, aziyaten aur takleefen aap ko jo di gayeen, us ki shikayat bhi aap ne madinah mein nahin ki.</w:t>
      </w:r>
    </w:p>
    <w:p>
      <w:pPr>
        <w:jc w:val="right"/>
      </w:pPr>
      <w:r>
        <w:t>اور وہاں پہنچنے کے بعد آپ نے جو کچھ آپ کے اوپر گزرا، اذیتیں اور تکلیفیں آپ کو جو دی گئیں، اس کی شکایت بھی آپ نے مدینے میں نہیں کی۔</w:t>
      </w:r>
    </w:p>
    <w:p>
      <w:r>
        <w:rPr>
          <w:b/>
        </w:rPr>
        <w:t xml:space="preserve">[21:52] </w:t>
      </w:r>
      <w:r>
        <w:t>aur wahan rehne wale jo yahood ke mukhtalif qabail thay, un qabail se aap ne peace par agreement kiya.</w:t>
      </w:r>
    </w:p>
    <w:p>
      <w:pPr>
        <w:jc w:val="right"/>
      </w:pPr>
      <w:r>
        <w:t>اور وہاں رہنے والے جو یہود کے مختلف قبائل تھے، ان قبائل سے آپ نے پیس پر ایگریمنٹ کیا۔</w:t>
      </w:r>
    </w:p>
    <w:p>
      <w:r>
        <w:rPr>
          <w:b/>
        </w:rPr>
        <w:t xml:space="preserve">[22:00] </w:t>
      </w:r>
      <w:r>
        <w:t>aap ne</w:t>
      </w:r>
    </w:p>
    <w:p>
      <w:pPr>
        <w:jc w:val="right"/>
      </w:pPr>
      <w:r>
        <w:t>آپ نے</w:t>
      </w:r>
    </w:p>
    <w:p>
      <w:r>
        <w:rPr>
          <w:b/>
        </w:rPr>
        <w:t xml:space="preserve">[22:01] </w:t>
      </w:r>
      <w:r>
        <w:t>to is se andaaza hota hai ke Rasool Allah, Paighambar-e-Islam ki jo aap ki jo mission aap ne jo le ke uthay aur is mission ko jo aap ne aagay tak kamyabi ki manzil tak pohanchaya, us ke andar is ke peechay jo kargar karfarma jo cheez hai, woh sirf aur sirf pur aman salahiyat aap ki karfarma hai.</w:t>
      </w:r>
    </w:p>
    <w:p>
      <w:pPr>
        <w:jc w:val="right"/>
      </w:pPr>
      <w:r>
        <w:t>تو اس سے اندازہ ہوتا ہے کہ رسول اللہ، پیغمبر اسلام کی جو آپ کی جو مشن آپ نے جو لے کے اٹھے اور اس مشن کو جو آپ نے آگے تک کامیابی کی منزل تک پہنچایا، اس کے اندر اس کے پیچھے جو کارگر کارفرما جو چیز ہے، وہ صرف اور صرف پرامن صلاحیت آپ کی کارفرما ہے۔</w:t>
      </w:r>
    </w:p>
    <w:p>
      <w:r>
        <w:rPr>
          <w:b/>
        </w:rPr>
        <w:t xml:space="preserve">[22:23] </w:t>
      </w:r>
      <w:r>
        <w:t>aur doosri baat yeh ke jangui mauqa bohat kuch aaye aap ke samnay, magar aap ne kabhi jang ke liye pehal nahin farmayi. aap ne aap dekhen ge ke asal mein jo jang-e-Badr aur jang-e-Uhud, aap dekhen ge yeh dono jangain kahan ladi gayeen.</w:t>
      </w:r>
    </w:p>
    <w:p>
      <w:pPr>
        <w:jc w:val="right"/>
      </w:pPr>
      <w:r>
        <w:t>اور دوسری بات یہ کہ جنگی مواقع بہت کچھ آئے آپ کے سامنے، مگر آپ نے کبھی جنگ کے لیے پہل نہیں فرمائی۔ آپ نے آپ دیکھیں گے کہ اصل میں جو جنگ بدر اور جنگ احد، آپ دیکھیں گے یہ دونوں جنگیں کہاں لڑی گئیں۔</w:t>
      </w:r>
    </w:p>
    <w:p>
      <w:r>
        <w:rPr>
          <w:b/>
        </w:rPr>
        <w:t xml:space="preserve">[22:43] </w:t>
      </w:r>
      <w:r>
        <w:t>yeh dono jangain madinah ke border pe ladi gayeen. yeh dono jangain madinah ke border pe ladi gayeen. is ka matlab kya hua?</w:t>
      </w:r>
    </w:p>
    <w:p>
      <w:pPr>
        <w:jc w:val="right"/>
      </w:pPr>
      <w:r>
        <w:t>یہ دونوں جنگیں مدینے کے بارڈر پہ لڑی گئیں۔ یہ دونوں جنگیں مدینے کے بارڈر پہ لڑی گئیں۔ اس کا مطلب کیا ہوا؟</w:t>
      </w:r>
    </w:p>
    <w:p>
      <w:r>
        <w:rPr>
          <w:b/>
        </w:rPr>
        <w:t xml:space="preserve">[22:53] </w:t>
      </w:r>
      <w:r>
        <w:t>is ka matlab yeh hua ke jang ki jang ki pehal unhon ne ki, mukhalifeen ne ki. aap ki taraf se yeh pehal nahin hui. aap ki taraf se agar pehal hoti to yeh makkah mein ladi jati.</w:t>
      </w:r>
    </w:p>
    <w:p>
      <w:pPr>
        <w:jc w:val="right"/>
      </w:pPr>
      <w:r>
        <w:t>اس کا مطلب یہ ہوا کہ جنگ کی جنگ کی پہل انہوں نے کی، مخالفین نے کی۔ آپ کی طرف سے یہ پہل نہیں ہوئی۔ آپ کی طرف سے اگر پہل ہوتی تو یہ مکے میں لڑی جاتی۔</w:t>
      </w:r>
    </w:p>
    <w:p>
      <w:r>
        <w:rPr>
          <w:b/>
        </w:rPr>
        <w:t xml:space="preserve">[23:06] </w:t>
      </w:r>
      <w:r>
        <w:t>madinah mein ladi jaane ka matlab yeh hai ke pehal un ki janib se hui. aur khud aap dekhiye, khandaq jo aap ne khodi woh madinah mein aap ne khodi.</w:t>
      </w:r>
    </w:p>
    <w:p>
      <w:pPr>
        <w:jc w:val="right"/>
      </w:pPr>
      <w:r>
        <w:t>مدینے میں لڑی جانے کا مطلب یہ ہے کہ پہل ان کی جانب سے ہوئی۔ اور خود آپ دیکھیے، خندق جو آپ نے کھودی وہ مدینے میں آپ نے کھودی۔</w:t>
      </w:r>
    </w:p>
    <w:p>
      <w:r>
        <w:rPr>
          <w:b/>
        </w:rPr>
        <w:t xml:space="preserve">[23:15] </w:t>
      </w:r>
      <w:r>
        <w:t>is ka matlab bhi kya hua ke pehal un ki janib se hui thi.</w:t>
      </w:r>
    </w:p>
    <w:p>
      <w:pPr>
        <w:jc w:val="right"/>
      </w:pPr>
      <w:r>
        <w:t>اس کا مطلب بھی کیا ہوا کہ پہل ان کی جانب سے ہوئی تھی۔</w:t>
      </w:r>
    </w:p>
    <w:p>
      <w:r>
        <w:rPr>
          <w:b/>
        </w:rPr>
        <w:t xml:space="preserve">[23:19] </w:t>
      </w:r>
      <w:r>
        <w:t>aap ne is war se apne aap ko bachane ke liye khandaq aap ne khodi. aur is ke muqablay mein aap dekhiye, aman ke liye aap ne pehal farmayi.</w:t>
      </w:r>
    </w:p>
    <w:p>
      <w:pPr>
        <w:jc w:val="right"/>
      </w:pPr>
      <w:r>
        <w:t>آپ نے اس وار سے اپنے آپ کو بچانے کے لیے خندق آپ نے کھودی۔ اور اس کے مقابلے میں آپ دیکھیے، امن کے لیے آپ نے پہل فرمائی۔</w:t>
      </w:r>
    </w:p>
    <w:p>
      <w:r>
        <w:rPr>
          <w:b/>
        </w:rPr>
        <w:t xml:space="preserve">[23:30] </w:t>
      </w:r>
      <w:r>
        <w:t>jang ke liye to kabhi pehal nahin ki, balkay aman ki khatir aap ne pehal farmayi. aap dekhen ge ke sulah, aman, sulah Hudaybiyah, Hudaybiyah ka jo sulah hua, sulah Hudaybiyah woh kahan hua?</w:t>
      </w:r>
    </w:p>
    <w:p>
      <w:pPr>
        <w:jc w:val="right"/>
      </w:pPr>
      <w:r>
        <w:t>جنگ کے لیے تو کبھی پہل نہیں کی، بلکہ امن کی خاطر آپ نے پہل فرمائی۔ آپ دیکھیں گے کہ صلح، امن، صلح حدیبیہ، حدیبیہ کا جو صلح ہوا، صلح حدیبیہ وہ کہاں ہوا؟</w:t>
      </w:r>
    </w:p>
    <w:p>
      <w:r>
        <w:rPr>
          <w:b/>
        </w:rPr>
        <w:t xml:space="preserve">[23:42] </w:t>
      </w:r>
      <w:r>
        <w:t>woh makkah ke border pe</w:t>
      </w:r>
    </w:p>
    <w:p>
      <w:pPr>
        <w:jc w:val="right"/>
      </w:pPr>
      <w:r>
        <w:t>وہ مکے کے بارڈر پہ</w:t>
      </w:r>
    </w:p>
    <w:p>
      <w:r>
        <w:rPr>
          <w:b/>
        </w:rPr>
        <w:t xml:space="preserve">[23:44] </w:t>
      </w:r>
      <w:r>
        <w:t>hua. makkah ke border pe hone ka matlab yeh hua ke aap ne pehal ki aman ki khatir. to Badr ka moamla aur Uhud ka moamla madinah ke border pe tha.</w:t>
      </w:r>
    </w:p>
    <w:p>
      <w:pPr>
        <w:jc w:val="right"/>
      </w:pPr>
      <w:r>
        <w:t>ہوا۔ مکے کے بارڈر پہ ہونے کا مطلب یہ ہوا کہ آپ نے پہل کی امن کی خاطر۔ تو بدر کا معاملہ اور احد کا معاملہ مدینے کے بارڈر پہ تھا۔</w:t>
      </w:r>
    </w:p>
    <w:p>
      <w:r>
        <w:rPr>
          <w:b/>
        </w:rPr>
        <w:t xml:space="preserve">[23:56] </w:t>
      </w:r>
      <w:r>
        <w:t>aap defence ke position mein thay aur iqdamm ke position mein mukhalifeen thay. magar jahan aman ka moamla aaya, sulah Hudaybiyah makkah ke border pe hui.</w:t>
      </w:r>
    </w:p>
    <w:p>
      <w:pPr>
        <w:jc w:val="right"/>
      </w:pPr>
      <w:r>
        <w:t>آپ ڈیفنس کے پوزیشن میں تھے اور اقدام کے پوزیشن میں مخالفین تھے۔ مگر جہاں امن کا معاملہ آیا، صلح حدیبیہ مکے کے بارڈر پہ ہوئی۔</w:t>
      </w:r>
    </w:p>
    <w:p>
      <w:r>
        <w:rPr>
          <w:b/>
        </w:rPr>
        <w:t xml:space="preserve">[24:07] </w:t>
      </w:r>
      <w:r>
        <w:t>aur aman aur sulah ki khatir Paighambar-e-Islam ne pehal ki. aur isi tareeqay se aman ki jo aakhri misaal ya extreme example agar aap dekhen ge Paighambar-e-Islam ki zindagi mein to jab makkah fateh hua, us waqt aik shakhs ne kaha "al-yawm yawm al-malhamah" aaj to jang ka din hai,</w:t>
      </w:r>
    </w:p>
    <w:p>
      <w:pPr>
        <w:jc w:val="right"/>
      </w:pPr>
      <w:r>
        <w:t>اور امن اور صلح کی خاطر پیغمبر اسلام نے پہل کی۔ اور اسی طریقے سے امن کی جو آخری مثال یا ایکسٹریم ایگزامپل اگر آپ دیکھیں گے پیغمبر اسلام کی زندگی میں تو جب مکہ فتح ہوا، اس وقت ایک شخص نے کہا اليوم یوم الملحمہ آج تو جنگ کا دن ہے،</w:t>
      </w:r>
    </w:p>
    <w:p>
      <w:r>
        <w:rPr>
          <w:b/>
        </w:rPr>
        <w:t xml:space="preserve">[24:33] </w:t>
      </w:r>
      <w:r>
        <w:t>aaj to khoon bahane ka din hai.</w:t>
      </w:r>
    </w:p>
    <w:p>
      <w:pPr>
        <w:jc w:val="right"/>
      </w:pPr>
      <w:r>
        <w:t>آج تو خون بہانے کا دن ہے۔</w:t>
      </w:r>
    </w:p>
    <w:p>
      <w:r>
        <w:rPr>
          <w:b/>
        </w:rPr>
        <w:t xml:space="preserve">[24:36] </w:t>
      </w:r>
      <w:r>
        <w:t>fawri aap ne aik lamhay ki taakhir kiye baghair fawri us sahabi se aap ne farmaya: "nahin, hargiz</w:t>
      </w:r>
    </w:p>
    <w:p>
      <w:pPr>
        <w:jc w:val="right"/>
      </w:pPr>
      <w:r>
        <w:t>فوری آپ نے ایک لمحے کی تاخیر کیے بغیر فوری اس صحابی سے آپ نے فرمایا: "نہیں، ہرگز</w:t>
      </w:r>
    </w:p>
    <w:p>
      <w:r>
        <w:rPr>
          <w:b/>
        </w:rPr>
        <w:t xml:space="preserve">[24:42] </w:t>
      </w:r>
      <w:r>
        <w:t>nahin! al-yawm yawm al-marhamah, aaj ka din to reham-o-karam ka din hai. aaj ka, aaj ka din to reham-o-karam aur shafqat ko bantnay aur taqseem karnay ka din hai.</w:t>
      </w:r>
    </w:p>
    <w:p>
      <w:pPr>
        <w:jc w:val="right"/>
      </w:pPr>
      <w:r>
        <w:t>نہیں! اليوم یوم المرحمہ، آج کا دن تو رحم و کرم کا دن ہے۔ آج کا، آج کا دن تو رحم و کرم اور شفقت کو بانٹنے اور تقسیم کرنے کا دن ہے۔</w:t>
      </w:r>
    </w:p>
    <w:p>
      <w:r>
        <w:rPr>
          <w:b/>
        </w:rPr>
        <w:t xml:space="preserve">[24:53] </w:t>
      </w:r>
      <w:r>
        <w:t>aaj ka din khoon bahane ka hargiz nahin!" aik aakhri misaal yeh Paighambar-e-Islam ne apni zindagi mein qaim farmayi. aur aap jangui nataij par bhi dekhen ge, jang ke ya war ke jo results aaye, us par aap dekhen ge ke Paighambar-e-Islam ki wahid inqilab tha aap ka ke jis mein sab se kam khoon baha.</w:t>
      </w:r>
    </w:p>
    <w:p>
      <w:pPr>
        <w:jc w:val="right"/>
      </w:pPr>
      <w:r>
        <w:t>آج کا دن خون بہانے کا ہرگز نہیں!" ایک آخری مثال یہ پیغمبر اسلام نے اپنی زندگی میں قائم فرمائی۔ اور آپ جنگی نتائج پر بھی دیکھیں گے، جنگ کے یا وار کے جو رزلٹس آئے، اس پر آپ دیکھیں گے کہ پیغمبر اسلام کی واحد انقلاب تھا آپ کا کہ جس میں سب سے کم خون بہا۔</w:t>
      </w:r>
    </w:p>
    <w:p>
      <w:r>
        <w:rPr>
          <w:b/>
        </w:rPr>
        <w:t xml:space="preserve">[25:16] </w:t>
      </w:r>
      <w:r>
        <w:t>aap calculate karen ge Paighambar-e-Islam ki jangon ko to aap dekhen ge ke 13 saala, aik to 13 saala makkah ki zindagi mein na aap ne apne haath mein na talwar aap ne khud uthayi, na apne saathioun ko uthanay ki ijazat aap ne di.</w:t>
      </w:r>
    </w:p>
    <w:p>
      <w:pPr>
        <w:jc w:val="right"/>
      </w:pPr>
      <w:r>
        <w:t>آپ کیلکولیٹ کریں گے پیغمبر اسلام کی جنگوں کو تو آپ دیکھیں گے کہ 13 سالہ، ایک تو 13 سالہ مکی زندگی میں نہ آپ نے اپنے ہاتھ میں نہ تلوار آپ نے خود اٹھائی، نہ اپنے ساتھیوں کو اٹھانے کی اجازت آپ نے دی۔</w:t>
      </w:r>
    </w:p>
    <w:p>
      <w:r>
        <w:rPr>
          <w:b/>
        </w:rPr>
        <w:t xml:space="preserve">[25:33] </w:t>
      </w:r>
      <w:r>
        <w:t>jo bhi hua, war ka moamla woh madinah ke das saala arsay mein hua. aap dekhen, madinah ke das saala arsay mein jo jangain huien, un tamam jangon ko aap ikhatta karen ge to is mein jo qatal hue, sirf aur sirf 1018 afraad thay jo qatal hue.</w:t>
      </w:r>
    </w:p>
    <w:p>
      <w:pPr>
        <w:jc w:val="right"/>
      </w:pPr>
      <w:r>
        <w:t>جو بھی ہوا، وار کا معاملہ وہ مدینے کے دس سالہ عرصے میں ہوا۔ آپ دیکھیں، مدینے کے دس سالہ عرصے میں جو جنگیں ہوئیں، ان تمام جنگوں کو آپ اکٹھا کریں گے تو اس میں جو قتل ہوئے، صرف اور صرف 1018 افراد تھے جو قتل ہوئے۔</w:t>
      </w:r>
    </w:p>
    <w:p>
      <w:r>
        <w:rPr>
          <w:b/>
        </w:rPr>
        <w:t xml:space="preserve">[25:50] </w:t>
      </w:r>
      <w:r>
        <w:t>is mein khatam hue, is mein mushrikeen ki taraf se jo qatal hue, woh 759 ki tadad hai. aur ahle iman yani sahaba musalmanoun ki taraf se jo qatal hue, woh sirf 259 ki tadad hai.</w:t>
      </w:r>
    </w:p>
    <w:p>
      <w:pPr>
        <w:jc w:val="right"/>
      </w:pPr>
      <w:r>
        <w:t>اس میں ختم ہوئے، اس میں مشرکین کی طرف سے جو قتل ہوئے، وہ 759 کی تعداد ہے۔ اور اہل ایمان یعنی صحابہ مسلمانوں کی طرف سے جو قتل ہوئے، وہ صرف 259 کی تعداد ہے۔</w:t>
      </w:r>
    </w:p>
    <w:p>
      <w:r>
        <w:rPr>
          <w:b/>
        </w:rPr>
        <w:t xml:space="preserve">[26:04] </w:t>
      </w:r>
      <w:r>
        <w:t>donon mila ke 1018 ki tadad hoti hai. ab bataiye, poori tareekh insani mein aisa koi inqilab ronuma hua hai jis mein 1018 ki tadad ka tasawwur nahi kar sakte?</w:t>
      </w:r>
    </w:p>
    <w:p>
      <w:pPr>
        <w:jc w:val="right"/>
      </w:pPr>
      <w:r>
        <w:t>دونوں ملا کے 1018 کی تعداد ہوتی ہے۔ اب بتائیے، پوری تاریخ انسانی میں ایسا کوئی انقلاب رونما ہوا ہے جس میں 1018 کی تعداد کا تصور نہیں کر سکتے؟</w:t>
      </w:r>
    </w:p>
    <w:p>
      <w:r>
        <w:rPr>
          <w:b/>
        </w:rPr>
        <w:t xml:space="preserve">[26:18] </w:t>
      </w:r>
      <w:r>
        <w:t>aap dekhenge, first world war ko aap lijiye ya second world war ko lijiye, aap ya iraq aur iran ki jang ko lijiye ya roos aur italy ki jang ko lijiye, aap</w:t>
      </w:r>
    </w:p>
    <w:p>
      <w:pPr>
        <w:jc w:val="right"/>
      </w:pPr>
      <w:r>
        <w:t>آپ دیکھیں گے، فرسٹ ولوار کو آپ لیجئے یا سیکنڈ ولوار کو لیجئے، آپ یا عراق اور ایران کی جنگ کو لیجئے یا روس اور اٹلی کی جنگ کو لیجئے، آپ</w:t>
      </w:r>
    </w:p>
    <w:p>
      <w:r>
        <w:rPr>
          <w:b/>
        </w:rPr>
        <w:t xml:space="preserve">[26:29] </w:t>
      </w:r>
      <w:r>
        <w:t>sawaan hazaron nahi balkeh lakhon ki tadad mein insan is mein khatm hue. to tareekh insani mein pehla yeh inqilab tha peghambar-e-islam ka, jis inqilab ko aap keh sakte hain ke blood,</w:t>
      </w:r>
    </w:p>
    <w:p>
      <w:pPr>
        <w:jc w:val="right"/>
      </w:pPr>
      <w:r>
        <w:t>سواں ہزاروں نہیں بلکہ لاکھوں کی تعداد میں انسان اس میں ختم ہوئے۔ تو تاریخ انسانی میں پہلا یہ انقلاب تھا پیغمبر اسلام کا، جس انقلاب کو آپ کہہ سکتے ہیں کہ بلڈ،</w:t>
      </w:r>
    </w:p>
    <w:p>
      <w:r>
        <w:rPr>
          <w:b/>
        </w:rPr>
        <w:t xml:space="preserve">[26:42] </w:t>
      </w:r>
      <w:r>
        <w:t>bloodless revolution, ghair khooni inqilab tha aap ka.</w:t>
      </w:r>
    </w:p>
    <w:p>
      <w:pPr>
        <w:jc w:val="right"/>
      </w:pPr>
      <w:r>
        <w:t>بلڈ لیس ریولوشن، غیر خونی انقلاب تھا آپ کا۔</w:t>
      </w:r>
    </w:p>
    <w:p>
      <w:r>
        <w:rPr>
          <w:b/>
        </w:rPr>
        <w:t xml:space="preserve">[26:49] </w:t>
      </w:r>
      <w:r>
        <w:t>ji, jazak Allah. aap ki baaton se mujhe maloom hua ke rasool Allah ne apni tehreek ko jo kamyabi kamyab banaya, woh khoon baha kar nahi balkeh khoon bacha kar kiya.</w:t>
      </w:r>
    </w:p>
    <w:p>
      <w:pPr>
        <w:jc w:val="right"/>
      </w:pPr>
      <w:r>
        <w:t>جی، جزاک اللہ۔ آپ کی باتوں سے مجھے معلوم ہوا کہ رسول اللہ نے اپنی تحریک کو جو کامیابی کامیاب بنایا، وہ خون بہا کر نہیں بلکہ خون بچا کر کیا۔</w:t>
      </w:r>
    </w:p>
    <w:p>
      <w:r>
        <w:rPr>
          <w:b/>
        </w:rPr>
        <w:t xml:space="preserve">[27:03] </w:t>
      </w:r>
      <w:r>
        <w:t>bilkul,</w:t>
      </w:r>
    </w:p>
    <w:p>
      <w:pPr>
        <w:jc w:val="right"/>
      </w:pPr>
      <w:r>
        <w:t>بالکل،</w:t>
      </w:r>
    </w:p>
    <w:p>
      <w:r>
        <w:rPr>
          <w:b/>
        </w:rPr>
        <w:t xml:space="preserve">[27:05] </w:t>
      </w:r>
      <w:r>
        <w:t>jis tarah aap ne kaha ke rasool Allah ki jangon ki agar hum tadad dekhen, jis mein jo mare gaye, woh taqreeban hazar ki tadad hai un ki.</w:t>
      </w:r>
    </w:p>
    <w:p>
      <w:pPr>
        <w:jc w:val="right"/>
      </w:pPr>
      <w:r>
        <w:t>جس طرح آپ نے کہا کہ رسول اللہ کی جنگوں کی اگر ہم تعداد دیکھیں، جس میں جو مارے گئے، وہ تقریباً ہزار کی تعداد ہے ان کی۔</w:t>
      </w:r>
    </w:p>
    <w:p>
      <w:r>
        <w:rPr>
          <w:b/>
        </w:rPr>
        <w:t xml:space="preserve">[27:14] </w:t>
      </w:r>
      <w:r>
        <w:t>aur jang, Maulana ne Peghambar-e-Inqilab mein likha hai yeh baat ke jo jang ke jo time tha, agar hum Rasool Allah ki jangon ko karenge, time kitna time Rasool Allah ne lada, to woh shayad one day of death kuch tha.</w:t>
      </w:r>
    </w:p>
    <w:p>
      <w:pPr>
        <w:jc w:val="right"/>
      </w:pPr>
      <w:r>
        <w:t>اور جنگ، مولانا نے پیغمبر انقلاب میں لکھا ہے یہ بات کہ جو جنگ کے جو ٹائم تھا، اگر ہم رسول اللہ کی جنگوں کو کریں گے، ٹائم کتنا ٹائم رسول اللہ نے لڑا، تو وہ شاید ونڈن آف ڈیتھ کچھ تھا۔</w:t>
      </w:r>
    </w:p>
    <w:p>
      <w:r>
        <w:rPr>
          <w:b/>
        </w:rPr>
        <w:t xml:space="preserve">[27:28] </w:t>
      </w:r>
      <w:r>
        <w:t>agar</w:t>
      </w:r>
    </w:p>
    <w:p>
      <w:pPr>
        <w:jc w:val="right"/>
      </w:pPr>
      <w:r>
        <w:t>اگر</w:t>
      </w:r>
    </w:p>
    <w:p>
      <w:r>
        <w:rPr>
          <w:b/>
        </w:rPr>
        <w:t xml:space="preserve">[27:29] </w:t>
      </w:r>
      <w:r>
        <w:t>hum aaj ke haal mein compare karte hain, aap jante hain ke aaj do jangain bohat zyada ladi ja rahi hain, roos aur ukraine ke darmiyan, aur isi tarah hamas aur israel ke darmiyan.</w:t>
      </w:r>
    </w:p>
    <w:p>
      <w:pPr>
        <w:jc w:val="right"/>
      </w:pPr>
      <w:r>
        <w:t>ہم آج کے حال میں کمپیئر کرتے ہیں، آپ جانتے ہیں کہ آج دو جنگیں بہت زیادہ لڑی جا رہی ہیں، روس اور یوکرین کے درمیان، اور اسی طرح حماس اور اسرائیل کے درمیان۔</w:t>
      </w:r>
    </w:p>
    <w:p>
      <w:r>
        <w:rPr>
          <w:b/>
        </w:rPr>
        <w:t xml:space="preserve">[27:39] </w:t>
      </w:r>
      <w:r>
        <w:t>to mein aaj abhi dekh raha tha chart GPT mein ke ukraine aur russia ke darmiyan jo jangain ho rahi hain, to kitne din hue aur kitne log mare gaye.</w:t>
      </w:r>
    </w:p>
    <w:p>
      <w:pPr>
        <w:jc w:val="right"/>
      </w:pPr>
      <w:r>
        <w:t>تو میں آج ابھی دیکھ رہا تھا چارٹ جی پی ٹی میں کہ یوکرین اور رشیا کے درمیان جو جنگیں ہو رہی ہیں، تو کتنے دن ہوئے اور کتنے لوگ مارے گئے۔</w:t>
      </w:r>
    </w:p>
    <w:p>
      <w:r>
        <w:rPr>
          <w:b/>
        </w:rPr>
        <w:t xml:space="preserve">[27:49] </w:t>
      </w:r>
      <w:r>
        <w:t>to is mein bataya gaya hai ke taqreeban hazar din se zyada woh jang ladi ja ra</w:t>
      </w:r>
    </w:p>
    <w:p>
      <w:pPr>
        <w:jc w:val="right"/>
      </w:pPr>
      <w:r>
        <w:t>تو اس میں بتایا گیا ہے کہ تقریباً ہزار دن سے زیادہ وہ جنگ لڑی جا رہ</w:t>
      </w:r>
    </w:p>
    <w:p>
      <w:r>
        <w:rPr>
          <w:b/>
        </w:rPr>
        <w:t xml:space="preserve">[27:54] </w:t>
      </w:r>
      <w:r>
        <w:t>hi hai. ab tak hazar din se zyada din ho gaye hain. aur kaha rasool Allah ka dedh din aur ek hath tha days. aur is mein jo casualties hue, jo woh log mare gaye ya jo log zakhmi hue, un tamam ki tadad jo hai 700 tha, saat lakh log jo hain mare gaye ya zakhmi hue.</w:t>
      </w:r>
    </w:p>
    <w:p>
      <w:pPr>
        <w:jc w:val="right"/>
      </w:pPr>
      <w:r>
        <w:t>ی ہے۔ اب تک ہزار دن سے زیادہ دن ہو گئے ہیں۔ اور کہا رسول اللہ کا ڈیڑھ دن اور ایک ہاتھ تھا ڈیز۔ اور اس میں جو کاسلٹیز ہوئے، جو وہ لوگ مارے گئے یا جو لوگ زخمی ہوئے، ان تمام کی تعداد جو ہے 700 تھا، سات لاکھ لوگ جو ہیں مارے گئے یا زخمی ہوئے۔</w:t>
      </w:r>
    </w:p>
    <w:p>
      <w:r>
        <w:rPr>
          <w:b/>
        </w:rPr>
        <w:t xml:space="preserve">[28:14] </w:t>
      </w:r>
      <w:r>
        <w:t>aur isi tarah jo hamas aur israel ki jang ho rahi hai, is mein aap dekhenge to woh ek saal hua, ek saal ek mahina hua</w:t>
      </w:r>
    </w:p>
    <w:p>
      <w:pPr>
        <w:jc w:val="right"/>
      </w:pPr>
      <w:r>
        <w:t>اور اسی طرح جو حماس اور اسرائیل کی جنگ ہو رہی ہے، اس میں آپ دیکھیں گے تو وہ ایک سال ہوا، ایک سال ایک مہینہ ہوا</w:t>
      </w:r>
    </w:p>
    <w:p>
      <w:r>
        <w:rPr>
          <w:b/>
        </w:rPr>
        <w:t xml:space="preserve">[28:22] </w:t>
      </w:r>
      <w:r>
        <w:t>hai. to is mein chalis hazar se zyada, balkeh agar aap kahenge 4421 log jo hain mare gaye hain. to yeh is se hum jaan sakte hain ke islam ya rasool Allah ne jo tehreek barpa ki, woh khoon baha kar nahi balkeh khoon bacha kar ki.</w:t>
      </w:r>
    </w:p>
    <w:p>
      <w:pPr>
        <w:jc w:val="right"/>
      </w:pPr>
      <w:r>
        <w:t>ہے۔ تو اس میں چالیس ہزار سے زیادہ، بلکہ اگر آپ کہیں گے 4421 لوگ جو ہیں مارے گئے ہیں۔ تو یہ اس سے ہم جان سکتے ہیں کہ اسلام یا رسول اللہ نے جو تحریک برپا کی، وہ خون بہا کر نہیں بلکہ خون بچا کر کی۔</w:t>
      </w:r>
    </w:p>
    <w:p>
      <w:r>
        <w:rPr>
          <w:b/>
        </w:rPr>
        <w:t xml:space="preserve">[28:38] </w:t>
      </w:r>
      <w:r>
        <w:t>aur aaj bhi mazhabi duniya bhi aur secular duniya ko bhi yeh baat samajhne ki zaroorat hai. aur mein samajhta hoon ke is ke liye bohat munasib jo literature hai, woh maulana wahiduddin khan sahib ka hai, jo secular world ko bhi yeh baat batate hain ke kis tarah aman ko qaim karen.</w:t>
      </w:r>
    </w:p>
    <w:p>
      <w:pPr>
        <w:jc w:val="right"/>
      </w:pPr>
      <w:r>
        <w:t>اور آج بھی مذہبی دنیا بھی اور سیکولر دنیا کو بھی یہ بات سمجھنے کی ضرورت ہے۔ اور میں سمجھتا ہوں کہ اس کے لیے بہت مناسب جو لٹریچر ہے، وہ مولانا وحید الدین خان صاحب کا ہے، جو سیکولر ورلڈ کو بھی یہ بات بتاتے ہیں کہ کس طرح امن کو قائم کریں۔</w:t>
      </w:r>
    </w:p>
    <w:p>
      <w:r>
        <w:rPr>
          <w:b/>
        </w:rPr>
        <w:t xml:space="preserve">[28:56] </w:t>
      </w:r>
      <w:r>
        <w:t>aur mazhabi duniya ko bhi woh batate hain ke mazhab mein aman ki kya ahmiyat hai. to is ke baad hum hamare doosre mehman siraj sahib ke paas aate hain.</w:t>
      </w:r>
    </w:p>
    <w:p>
      <w:pPr>
        <w:jc w:val="right"/>
      </w:pPr>
      <w:r>
        <w:t>اور مذہبی دنیا کو بھی وہ بتاتے ہیں کہ مذہب میں امن کی کیا اہمیت ہے۔ تو اس کے بعد ہم ہمارے دوسرے مہمان سراج صاحب کے پاس آتے ہیں۔</w:t>
      </w:r>
    </w:p>
    <w:p>
      <w:r>
        <w:rPr>
          <w:b/>
        </w:rPr>
        <w:t xml:space="preserve">[29:06] </w:t>
      </w:r>
      <w:r>
        <w:t>aur islam mein jo aman ke baray mein jab baat hoti hai to log sawal karte hain ke phir jihad kya hai</w:t>
      </w:r>
    </w:p>
    <w:p>
      <w:pPr>
        <w:jc w:val="right"/>
      </w:pPr>
      <w:r>
        <w:t>اور اسلام میں جو امن کے بارے میں جب بات ہوتی ہے تو لوگ سوال کرتے ہیں کہ پھر جہاد کیا ہے</w:t>
      </w:r>
    </w:p>
    <w:p>
      <w:r>
        <w:rPr>
          <w:b/>
        </w:rPr>
        <w:t xml:space="preserve">[29:13] </w:t>
      </w:r>
      <w:r>
        <w:t>? to is par kuch roshni dalen. ji, jihad kya hai? jihad actual ek peaceful struggle ka naam jihad hai.</w:t>
      </w:r>
    </w:p>
    <w:p>
      <w:pPr>
        <w:jc w:val="right"/>
      </w:pPr>
      <w:r>
        <w:t>؟ تو اس پر آپ کچھ روشنی ڈالیں۔ جی، جہاد کیا ہے؟ جہاد ایکچول ایک پیس فل سٹرگل کا نام جہاد ہے۔</w:t>
      </w:r>
    </w:p>
    <w:p>
      <w:r>
        <w:rPr>
          <w:b/>
        </w:rPr>
        <w:t xml:space="preserve">[29:27] </w:t>
      </w:r>
      <w:r>
        <w:t>intellectual activism jis ko kehte hain, usi ko arabi mein jihad kaha gaya hai. jihad ma'ani qital poore quran mein kahin bhi istemal nahi kiya gaya hai.</w:t>
      </w:r>
    </w:p>
    <w:p>
      <w:pPr>
        <w:jc w:val="right"/>
      </w:pPr>
      <w:r>
        <w:t>انٹلیکچول ایکٹیوزم جس کو کہتے ہیں، اسی کو عربی میں جہاد کہا گیا ہے۔ جہاد بمعنی خطال پورے قرآن میں کہیں بھی استعمال نہیں کیا گیا ہے۔</w:t>
      </w:r>
    </w:p>
    <w:p>
      <w:r>
        <w:rPr>
          <w:b/>
        </w:rPr>
        <w:t xml:space="preserve">[29:37] </w:t>
      </w:r>
      <w:r>
        <w:t>lafz jihad ko</w:t>
      </w:r>
    </w:p>
    <w:p>
      <w:pPr>
        <w:jc w:val="right"/>
      </w:pPr>
      <w:r>
        <w:t>لفظ جہاد کو</w:t>
      </w:r>
    </w:p>
    <w:p>
      <w:r>
        <w:rPr>
          <w:b/>
        </w:rPr>
        <w:t xml:space="preserve">[29:39] </w:t>
      </w:r>
      <w:r>
        <w:t>jin nusus mein jihad ko qital ke ma'ani mein istemal kiya gaya hai, woh</w:t>
      </w:r>
    </w:p>
    <w:p>
      <w:pPr>
        <w:jc w:val="right"/>
      </w:pPr>
      <w:r>
        <w:t>جن نصوص میں جہاد کو خطال کے معنی میں استعمال کیا گیا ہے، وہ</w:t>
      </w:r>
    </w:p>
    <w:p>
      <w:r>
        <w:rPr>
          <w:b/>
        </w:rPr>
        <w:t xml:space="preserve">[29:47] </w:t>
      </w:r>
      <w:r>
        <w:t>baur-e-isteara ke lafz jihad ko qital ke ma'ani mein liya gaya hai. jabke qital ek istithna'i aur waqti taur par kiya janay wala amal hai.</w:t>
      </w:r>
    </w:p>
    <w:p>
      <w:pPr>
        <w:jc w:val="right"/>
      </w:pPr>
      <w:r>
        <w:t>بطور استعار کے لفظ جہاد کو خطال کے معنی میں لیا گیا ہے۔ جبکہ خطال ایک استثنائی اور وقتی طور پر کیا جانے والا عمل ہے۔</w:t>
      </w:r>
    </w:p>
    <w:p>
      <w:r>
        <w:rPr>
          <w:b/>
        </w:rPr>
        <w:t xml:space="preserve">[30:00] </w:t>
      </w:r>
      <w:r>
        <w:t>to jihad darasal islam mein waqti aur istithna'i taur par sirf iqdami taur par nahi balkeh apne difa' ke taur par jaiz rakha gaya taake phir kabhi jihad na ho, qital na ho</w:t>
      </w:r>
    </w:p>
    <w:p>
      <w:pPr>
        <w:jc w:val="right"/>
      </w:pPr>
      <w:r>
        <w:t>تو جہاد دراصل اسلام میں وقتی اور استثنائی طور پر صرف اقدامی طور پر نہیں بلکہ اپنے دفاع کے طور پر جائز رکھا گیا تاکہ پھر کبھی جہاد نہ ہو، خطال نہ ہو</w:t>
      </w:r>
    </w:p>
    <w:p>
      <w:r>
        <w:rPr>
          <w:b/>
        </w:rPr>
        <w:t xml:space="preserve">[30:20] </w:t>
      </w:r>
      <w:r>
        <w:t>۔ guya ke istihsal fitna ke liye, mazhabi tehzeeb ko khatm karne ke liye, is ke istihsal ke liye jihad ko islam mein waqti aur istithna'i taur par rawa rakha gaya.</w:t>
      </w:r>
    </w:p>
    <w:p>
      <w:pPr>
        <w:jc w:val="right"/>
      </w:pPr>
      <w:r>
        <w:t>۔ گویا کہ استحصال فتنہ کے لیے، مذہبی تہذیب کو ختم کرنے کے لیے، اس کے استحصال کے لیے جہاد کو اسلام میں وقتی اور استثنائی طور پر روا رکھا گیا۔</w:t>
      </w:r>
    </w:p>
    <w:p>
      <w:r>
        <w:rPr>
          <w:b/>
        </w:rPr>
        <w:t xml:space="preserve">[30:32] </w:t>
      </w:r>
      <w:r>
        <w:t>yani woh aisa jihad aur qitaal hai taake aindah kabhi jihad aur qitaal na ho. yeh hai khulasa. ji, shukriya.</w:t>
      </w:r>
    </w:p>
    <w:p>
      <w:pPr>
        <w:jc w:val="right"/>
      </w:pPr>
      <w:r>
        <w:t>یعنی وہ ایسا جہاد اور خطال ہے تاکہ آئندہ کبھی جہاد اور خطال نہ ہو۔ یہ ہے خلاصہ۔ جی، شکریہ۔</w:t>
      </w:r>
    </w:p>
    <w:p>
      <w:r>
        <w:rPr>
          <w:b/>
        </w:rPr>
        <w:t xml:space="preserve">[30:41] </w:t>
      </w:r>
      <w:r>
        <w:t>aap ne jihad ke bare mein kaha ke Islam mein jihad jo hai, intellectual struggle ka matlab rakhta hai.</w:t>
      </w:r>
    </w:p>
    <w:p>
      <w:pPr>
        <w:jc w:val="right"/>
      </w:pPr>
      <w:r>
        <w:t>آپ نے جہاد کے بارے میں کہا کہ اسلام میں جہاد جو ہے، انٹلیکچول سٹرگل کا معنی رکھتا ہے۔</w:t>
      </w:r>
    </w:p>
    <w:p>
      <w:r>
        <w:rPr>
          <w:b/>
        </w:rPr>
        <w:t xml:space="preserve">[30:50] </w:t>
      </w:r>
      <w:r>
        <w:t>to mein yeh baat bata doon ke jihad ek Arabi word hai aur is ka jo root word hai, woh jahada hai. is ke maani hain intehakk koshish karna. to isi maani mein Quran ne kaha hai ke wajahidū bihi jihādan kabīrā is Quran ko le kar aap bohat bari jihad karo.</w:t>
      </w:r>
    </w:p>
    <w:p>
      <w:pPr>
        <w:jc w:val="right"/>
      </w:pPr>
      <w:r>
        <w:t>تو میں یہ بات بتا دوں کہ جہاد ایک عربی ورڈ ہے اور اس کا جو روٹ ورڈ ہے، وہ جہادہ ہے۔ اس کے معنی ہیں انتھک کوشش کرنا۔ تو اسی معنی میں قرآن نے کہا ہے کہ وجاہدوا به جہادا کبیرا اس قرآن کو لے کر آپ بہت بڑی جہاد کرو۔</w:t>
      </w:r>
    </w:p>
    <w:p>
      <w:r>
        <w:rPr>
          <w:b/>
        </w:rPr>
        <w:t xml:space="preserve">[31:05] </w:t>
      </w:r>
      <w:r>
        <w:t>to is ka matlab yeh nahi ke Quran koi hathiyar nahi hai jis ko le ja ke hum</w:t>
      </w:r>
    </w:p>
    <w:p>
      <w:pPr>
        <w:jc w:val="right"/>
      </w:pPr>
      <w:r>
        <w:t>تو اس کا مطلب یہ نہیں کہ قرآن کوئی ہتھیار نہیں ہے جس کو لے جا کے ہم</w:t>
      </w:r>
    </w:p>
    <w:p>
      <w:r>
        <w:rPr>
          <w:b/>
        </w:rPr>
        <w:t xml:space="preserve">[31:09] </w:t>
      </w:r>
      <w:r>
        <w:t>yeh karen. to bas is ka matlab yeh hai ke is Quran ke message ko hum padhen, is mein jo Khuda ne apna creation plan of God apna bataya hai, us ko khud ko samjhen aur doosron ko us ko samjhayein ya is message ko convey karen.</w:t>
      </w:r>
    </w:p>
    <w:p>
      <w:pPr>
        <w:jc w:val="right"/>
      </w:pPr>
      <w:r>
        <w:t>یہ کریں۔ تو بس اس کا مطلب یہ ہے کہ اس قرآن کے میسج کو ہم پڑھیں، اس میں جو خدا نے اپنا کریشن پلان آف گاڈ اپنا بتایا ہے، اس کو خود کو سمجھیں اور دوسروں کو اس کو سمجھائیں یا اس میسج کو کنوے کریں۔</w:t>
      </w:r>
    </w:p>
    <w:p>
      <w:r>
        <w:rPr>
          <w:b/>
        </w:rPr>
        <w:t xml:space="preserve">[31:24] </w:t>
      </w:r>
      <w:r>
        <w:t>is ko jihad kaha gaya hai. aur yeh lafz ka jo galat maani hamare literature mein aa gaya hai, to is ki wajah se is ko samjha jata hai ke woh qitaal ke mutradif hai.</w:t>
      </w:r>
    </w:p>
    <w:p>
      <w:pPr>
        <w:jc w:val="right"/>
      </w:pPr>
      <w:r>
        <w:t>اس کو جہاد کہا گیا ہے۔ اور یہ لفظ کا جو غلط معنی ہمارے لٹریچر میں آ گیا ہے، تو اس کی وجہ سے اس کو سمجھا جاتا ہے کہ وہ خطال کے مترادف ہے۔</w:t>
      </w:r>
    </w:p>
    <w:p>
      <w:r>
        <w:rPr>
          <w:b/>
        </w:rPr>
        <w:t xml:space="preserve">[31:35] </w:t>
      </w:r>
      <w:r>
        <w:t>to aap ne wazeh kiya ke woh qitaal ke mutradif nahi hai, balke woh ek pur aman intehakk koshish ka naam hai. jazak Allah. to ab mein apne mehman Hafiz Abdus Salam sahib se sawal karunga.</w:t>
      </w:r>
    </w:p>
    <w:p>
      <w:pPr>
        <w:jc w:val="right"/>
      </w:pPr>
      <w:r>
        <w:t>تو آپ نے واضح کیا کہ وہ خطال کے مترادف نہیں ہے، بلکہ وہ ایک پرامن انتھک کوشش کا نام ہے۔ جزاک اللہ۔ تو اب میں اپنے مہمان حافظ عبدالسلام صاحب سے سوال کروں گا۔</w:t>
      </w:r>
    </w:p>
    <w:p>
      <w:r>
        <w:rPr>
          <w:b/>
        </w:rPr>
        <w:t xml:space="preserve">[31:45] </w:t>
      </w:r>
      <w:r>
        <w:t>aur mein yeh samajhta hoon ke is session ka yeh aakhri sawal</w:t>
      </w:r>
    </w:p>
    <w:p>
      <w:pPr>
        <w:jc w:val="right"/>
      </w:pPr>
      <w:r>
        <w:t>اور میں یہ سمجھتا ہوں کہ اس سیشن کا یہ آخری سوال</w:t>
      </w:r>
    </w:p>
    <w:p>
      <w:r>
        <w:rPr>
          <w:b/>
        </w:rPr>
        <w:t xml:space="preserve">[31:48] </w:t>
      </w:r>
      <w:r>
        <w:t>hai. aam taur par Islam ko jo violent mazhab samjha jata hai, ab tak ki baaton se hamein yeh baat samajh mein aayi ke Islam violent religion nahi hai, balke woh ek peaceful religion hai.</w:t>
      </w:r>
    </w:p>
    <w:p>
      <w:pPr>
        <w:jc w:val="right"/>
      </w:pPr>
      <w:r>
        <w:t>ہے۔ عمومی طور پر اسلام کو جو وائلنٹ مذہب سمجھا جاتا ہے، اب تک کی باتوں سے ہمیں یہ بات سمجھ میں آئی کہ اسلام وائلنٹ ریلیجن نہیں ہے، بلکہ وہ ایک پیس فل ریلیجن ہے۔</w:t>
      </w:r>
    </w:p>
    <w:p>
      <w:r>
        <w:rPr>
          <w:b/>
        </w:rPr>
        <w:t xml:space="preserve">[31:59] </w:t>
      </w:r>
      <w:r>
        <w:t>to aisa kyun samjha jata hai? ji, dekhen Islam ko violent mazhab jo samjha ja raha hai, is ke peeche teen asal mein ghaltiyan hui hain.</w:t>
      </w:r>
    </w:p>
    <w:p>
      <w:pPr>
        <w:jc w:val="right"/>
      </w:pPr>
      <w:r>
        <w:t>تو ایسا کیوں سمجھا جاتا ہے؟ جی، دیکھیں اسلام کو وائلنٹ مذہب جو سمجھا جا رہا ہے، اس کے پیچھے تین اصل میں غلطیاں ہوئی ہیں۔</w:t>
      </w:r>
    </w:p>
    <w:p>
      <w:r>
        <w:rPr>
          <w:b/>
        </w:rPr>
        <w:t xml:space="preserve">[32:10] </w:t>
      </w:r>
      <w:r>
        <w:t>pehli jo ghalti seerat nigaron se hui hai, woh yeh ke seerat nigaron ne ya biography of prophet likhne walon ne yeh ghalti ki ke Paighambar e Islam ko al-maghazi yani war aur jangon ke pattern pe unhone Paighambar e Islam ki biography ko likha.</w:t>
      </w:r>
    </w:p>
    <w:p>
      <w:pPr>
        <w:jc w:val="right"/>
      </w:pPr>
      <w:r>
        <w:t>پہلی جو غلطی سیرت نگاروں سے ہوئی ہے، وہ یہ کہ سیرت نگاروں نے یا بائیوگرافی آف پرافٹ لکھنے والوں نے یہ غلطی کی کہ پیغمبر اسلام کو المغازی یعنی وار اور جنگوں کے پیٹرن پہ انہوں نے پیغمبر اسلام کی بائیوگرافی کو لکھا۔</w:t>
      </w:r>
    </w:p>
    <w:p>
      <w:r>
        <w:rPr>
          <w:b/>
        </w:rPr>
        <w:t xml:space="preserve">[32:34] </w:t>
      </w:r>
      <w:r>
        <w:t>jabke aap dekhenge ke battlefield mein jo jangain ladi gayeen, woh sirf teen theen:</w:t>
      </w:r>
    </w:p>
    <w:p>
      <w:pPr>
        <w:jc w:val="right"/>
      </w:pPr>
      <w:r>
        <w:t>جبکہ آپ دیکھیں گے کہ بیٹل فیلڈ میں جو جنگیں لڑی گئیں، وہ صرف تین تھیں:</w:t>
      </w:r>
    </w:p>
    <w:p>
      <w:r>
        <w:rPr>
          <w:b/>
        </w:rPr>
        <w:t xml:space="preserve">[32:40] </w:t>
      </w:r>
      <w:r>
        <w:t>jang e Badr, jang e Uhud, aur jang e Hunain. yeh teen hi ghazway ya jangain ya war huin. magar baqi jo jharpein huin, jharpein matlab choti moti, wahan kisi ne rukawat daal diya, wahan kisi ne pakad liya, wahan kisi ne behas karna shuru kiya, ulajh gaye.</w:t>
      </w:r>
    </w:p>
    <w:p>
      <w:pPr>
        <w:jc w:val="right"/>
      </w:pPr>
      <w:r>
        <w:t>جنگ بدر، جنگ احد، اور جنگ حنین۔ یہ تین ہی غزوے یا جنگیں یا وار ہوئیں۔ مگر باقی جو جھڑپیں ہوئیں، جھڑپیں مطلب چھوٹی موٹی، وہاں کسی نے رکاوٹ ڈال دیا، وہاں کسی نے پکڑ لیا، وہاں کسی نے بحث کرنا شروع کیا، الجھ گئے۔</w:t>
      </w:r>
    </w:p>
    <w:p>
      <w:r>
        <w:rPr>
          <w:b/>
        </w:rPr>
        <w:t xml:space="preserve">[33:01] </w:t>
      </w:r>
      <w:r>
        <w:t>is tarah ki jo jharpein theen, un jharpon ko bhi seerat nigaron ne war aur jang ke andar shamil kar ke likh diya.</w:t>
      </w:r>
    </w:p>
    <w:p>
      <w:pPr>
        <w:jc w:val="right"/>
      </w:pPr>
      <w:r>
        <w:t>اس طرح کی جو جھڑپیں تھیں، ان جھڑپوں کو بھی سیرت نگاروں نے وار اور جنگ کے اندر شامل کر کے لکھ دیا۔</w:t>
      </w:r>
    </w:p>
    <w:p>
      <w:r>
        <w:rPr>
          <w:b/>
        </w:rPr>
        <w:t xml:space="preserve">[33:10] </w:t>
      </w:r>
      <w:r>
        <w:t>is tarah se Paighambar e Islam ko ek war aur jang karne wala Paighambar, naoozubillah, is tarah se highlight kar diya.</w:t>
      </w:r>
    </w:p>
    <w:p>
      <w:pPr>
        <w:jc w:val="right"/>
      </w:pPr>
      <w:r>
        <w:t>اس طرح سے پیغمبر اسلام کو ایک وار اور جنگ کرنے والا پیغمبر، نعوذ باللہ، اس طرح سے ہائی لائٹ کر دیا۔</w:t>
      </w:r>
    </w:p>
    <w:p>
      <w:r>
        <w:rPr>
          <w:b/>
        </w:rPr>
        <w:t xml:space="preserve">[33:21] </w:t>
      </w:r>
      <w:r>
        <w:t>itni bari yeh ghalti hui seerat nigaron se. isi liye kitabon ko baqayda likha gaya al-maghazi ke naam se, jangi pattern ke naam se.</w:t>
      </w:r>
    </w:p>
    <w:p>
      <w:pPr>
        <w:jc w:val="right"/>
      </w:pPr>
      <w:r>
        <w:t>اتنی بڑی یہ غلطی ہوئی سیرت نگاروں سے۔ اسی لیے کتابوں کو باقاعدہ لکھا گیا مغازی کے نام سے، جنگی پیٹرن کے نام سے۔</w:t>
      </w:r>
    </w:p>
    <w:p>
      <w:r>
        <w:rPr>
          <w:b/>
        </w:rPr>
        <w:t xml:space="preserve">[33:31] </w:t>
      </w:r>
      <w:r>
        <w:t>al-Maghazi al-Waqidi ek kitab hai, al-Maghazi Ibn Shibah ek kitab</w:t>
      </w:r>
    </w:p>
    <w:p>
      <w:pPr>
        <w:jc w:val="right"/>
      </w:pPr>
      <w:r>
        <w:t>مغازی الواقدی ایک کتاب ہے، مغازی ابن شیبہ ایک کتاب</w:t>
      </w:r>
    </w:p>
    <w:p>
      <w:r>
        <w:rPr>
          <w:b/>
        </w:rPr>
        <w:t xml:space="preserve">[33:36] </w:t>
      </w:r>
      <w:r>
        <w:t>hai. is tarah se bohat sari kitabein al-maghazi yani jang ke pattern pe likha gaya. Paighambar e Islam ko jangi hero ke taur par highlight kiya gaya.</w:t>
      </w:r>
    </w:p>
    <w:p>
      <w:pPr>
        <w:jc w:val="right"/>
      </w:pPr>
      <w:r>
        <w:t>ہے۔ اس طرح سے بہت ساری کتابیں مغازی یعنی جنگ کے پیٹرن پہ لکھا گیا۔ پیغمبر اسلام کو جنگی ہیرو کے طور پر ہائی لائٹ کیا گیا۔</w:t>
      </w:r>
    </w:p>
    <w:p>
      <w:r>
        <w:rPr>
          <w:b/>
        </w:rPr>
        <w:t xml:space="preserve">[33:47] </w:t>
      </w:r>
      <w:r>
        <w:t>to yeh bohat bari ghalti hui seerat nigaron se, jis ki wajah se Islam ek violent mazhab ya tashaddud wala mazhab samjha jane laga.</w:t>
      </w:r>
    </w:p>
    <w:p>
      <w:pPr>
        <w:jc w:val="right"/>
      </w:pPr>
      <w:r>
        <w:t>تو یہ بہت بڑی غلطی ہوئی سیرت نگاروں سے، جس کی وجہ سے اسلام ایک وائلنٹ مذہب یا تشدد والا مذہب سمجھا جانے لگا۔</w:t>
      </w:r>
    </w:p>
    <w:p>
      <w:r>
        <w:rPr>
          <w:b/>
        </w:rPr>
        <w:t xml:space="preserve">[33:57] </w:t>
      </w:r>
      <w:r>
        <w:t>doosri jo ghalti hui musalmanon se, woh yeh ke musalmanon ne Rasool Allah ke mission aur aap ne is mission ki khatir halaat ko madenazar rakhte hue jo strategy aap ne apnayi, un do ke beech musalmanon ne farq nahi kiya.</w:t>
      </w:r>
    </w:p>
    <w:p>
      <w:pPr>
        <w:jc w:val="right"/>
      </w:pPr>
      <w:r>
        <w:t>دوسری جو غلطی ہوئی مسلمانوں سے، وہ یہ کہ مسلمانوں نے رسول اللہ کے مشن اور آپ نے اس مشن کی خاطر حالات کو مدنظر رکھتے ہوئے جو سٹریٹجی آپ نے اپنائی، ان دو کے بیچ مسلمانوں نے فرق نہیں کیا۔</w:t>
      </w:r>
    </w:p>
    <w:p>
      <w:r>
        <w:rPr>
          <w:b/>
        </w:rPr>
        <w:t xml:space="preserve">[34:17] </w:t>
      </w:r>
      <w:r>
        <w:t>Rasool Paighambar e Islam ka jo mission tha, woh mission creation plan of God tha. logon ko creation plan se aware karna yeh aap ka mission tha.</w:t>
      </w:r>
    </w:p>
    <w:p>
      <w:pPr>
        <w:jc w:val="right"/>
      </w:pPr>
      <w:r>
        <w:t>رسول پیغمبر اسلام کا جو مشن تھا، وہ مشن کریشن پلان آف گاڈ تھا۔ لوگوں کو کریشن پلان سے اویئر کرنا یہ آپ کا مشن تھا۔</w:t>
      </w:r>
    </w:p>
    <w:p>
      <w:r>
        <w:rPr>
          <w:b/>
        </w:rPr>
        <w:t xml:space="preserve">[34:26] </w:t>
      </w:r>
      <w:r>
        <w:t>is peaceful mission ki khatir jo aap ne halaat ko madenazar rakhte hue jo strategy aap ne apnayi, woh strategy ke taur par qitaal tha, woh bhi difai aur defense mein qitaal tha.</w:t>
      </w:r>
    </w:p>
    <w:p>
      <w:pPr>
        <w:jc w:val="right"/>
      </w:pPr>
      <w:r>
        <w:t>اس پیس فل مشن کی خاطر جو آپ نے حالات کو مدنظر رکھتے ہوئے جو سٹریٹجی آپ نے اپنائی، وہ سٹریٹجی کے طور پر قتال تھا، وہ بھی دفاعی اور ڈیفنس میں قتال تھا۔</w:t>
      </w:r>
    </w:p>
    <w:p>
      <w:r>
        <w:rPr>
          <w:b/>
        </w:rPr>
        <w:t xml:space="preserve">[34:41] </w:t>
      </w:r>
      <w:r>
        <w:t>aap dekhenge Quran e Kareem ki ayat wa qātilūhum ḥattā lā takūna fitnatun wa yakūna ad-dīnu lillāh ke aap un se lado us waqt tak jab ke fitna khatam na ho jaye.</w:t>
      </w:r>
    </w:p>
    <w:p>
      <w:pPr>
        <w:jc w:val="right"/>
      </w:pPr>
      <w:r>
        <w:t>آپ دیکھیں گے قرآن کریم کی آیت وقاتلوہم حتی لا تکون فتنہ ویکون الدین کل للہ کہ آپ ان سے لڑو اس وقت تک جب کہ فتنہ ختم نہ ہو جائے۔</w:t>
      </w:r>
    </w:p>
    <w:p>
      <w:r>
        <w:rPr>
          <w:b/>
        </w:rPr>
        <w:t xml:space="preserve">[34:53] </w:t>
      </w:r>
      <w:r>
        <w:t>fitna jo religious persecution hai, ya aap is ko mazhab jabr keh sakte hain, jo mazhabi jabr ya religious persecution hai, yeh Paighambar e Islam ke samne yeh halaat the.</w:t>
      </w:r>
    </w:p>
    <w:p>
      <w:pPr>
        <w:jc w:val="right"/>
      </w:pPr>
      <w:r>
        <w:t>فتنہ جو ریلیجس پرسیکیوشن ہے، یا آپ اس کو مذہب جبر کہہ سکتے ہیں، جو مذہبی جبر یا ریلیجس پرسیکیوشن ہے، یہ پیغمبر اسلام کے سامنے یہ حالات تھے۔</w:t>
      </w:r>
    </w:p>
    <w:p>
      <w:r>
        <w:rPr>
          <w:b/>
        </w:rPr>
        <w:t xml:space="preserve">[35:06] </w:t>
      </w:r>
      <w:r>
        <w:t>un halaat mein mazhabi jabr ko ya religious persecution ko khatam kiye baghair aap ne jo peaceful mission le ke uthe, aap us mission ki isha'at nahi ho sakti thi.</w:t>
      </w:r>
    </w:p>
    <w:p>
      <w:pPr>
        <w:jc w:val="right"/>
      </w:pPr>
      <w:r>
        <w:t>ان حالات میں مذہبی جبر کو یا ریلیجس پرسیکیوشن کو ختم کیے بغیر آپ نے جو پیس فل مشن لے کے اٹھے، آپ اس مشن کی اشاعت نہیں ہو سکتی تھی۔</w:t>
      </w:r>
    </w:p>
    <w:p>
      <w:r>
        <w:rPr>
          <w:b/>
        </w:rPr>
        <w:t xml:space="preserve">[35:18] </w:t>
      </w:r>
      <w:r>
        <w:t>is liye aap ne strategy yeh apnai ke khitab fitna khatm ho, yaani religious persecution ya mazhabi jabr ka khatma ho jaye, tabhi possible hoga ke is peaceful mission ko logon ke beech phailaya jaye.</w:t>
      </w:r>
    </w:p>
    <w:p>
      <w:pPr>
        <w:jc w:val="right"/>
      </w:pPr>
      <w:r>
        <w:t>اس لیے آپ نے سٹریٹجی یہ اپنائی کہ خطاب فتنہ ختم ہو، یعنی ریلیجس پرسیکیوشن یا مذہبی جبر کا خاتمہ ہو جائے، تبھی پوسیبل ہوگا کہ اس پیس فل مشن کو لوگوں کے بیچ پھیلایا جائے۔</w:t>
      </w:r>
    </w:p>
    <w:p>
      <w:r>
        <w:rPr>
          <w:b/>
        </w:rPr>
        <w:t xml:space="preserve">[35:33] </w:t>
      </w:r>
      <w:r>
        <w:t>aap is ko samajhna hai to ek misaal se samajh sakte hain ke Gandhi ji, un ka mission tha ke swaraj rule ko lana.</w:t>
      </w:r>
    </w:p>
    <w:p>
      <w:pPr>
        <w:jc w:val="right"/>
      </w:pPr>
      <w:r>
        <w:t>آپ اس کو سمجھنا ہے تو ایک مثال سے سمجھ سکتے ہیں کہ گاندھی جی، ان کا مشن تھا کہ سوراج رول کو لانا۔</w:t>
      </w:r>
    </w:p>
    <w:p>
      <w:r>
        <w:rPr>
          <w:b/>
        </w:rPr>
        <w:t xml:space="preserve">[35:46] </w:t>
      </w:r>
      <w:r>
        <w:t>swaraj rule lana yeh Gandhi ji ka mission tha. aur is mission ke liye unhon ne jo strategy apnai thi, woh tha civil disobedience.</w:t>
      </w:r>
    </w:p>
    <w:p>
      <w:pPr>
        <w:jc w:val="right"/>
      </w:pPr>
      <w:r>
        <w:t>سوراج رول لانا یہ گاندھی جی کا مشن تھا۔ اور اس مشن کے لیے انہوں نے جو سٹریٹجی اپنائی تھی، وہ تھا سول ڈس اوبیڈینس۔</w:t>
      </w:r>
    </w:p>
    <w:p>
      <w:r>
        <w:rPr>
          <w:b/>
        </w:rPr>
        <w:t xml:space="preserve">[35:57] </w:t>
      </w:r>
      <w:r>
        <w:t>civil disobedience yeh aap ne strategy apnai.</w:t>
      </w:r>
    </w:p>
    <w:p>
      <w:pPr>
        <w:jc w:val="right"/>
      </w:pPr>
      <w:r>
        <w:t>سول ڈس اوبیڈینس یہ آپ نے سٹریٹجی اپنائی۔</w:t>
      </w:r>
    </w:p>
    <w:p>
      <w:r>
        <w:rPr>
          <w:b/>
        </w:rPr>
        <w:t xml:space="preserve">[36:01] </w:t>
      </w:r>
      <w:r>
        <w:t>ab jab angrezon ki angrezon se azadi hasil ho gayi, is strategy se jo matlab tha, woh hasil ho gaya.</w:t>
      </w:r>
    </w:p>
    <w:p>
      <w:pPr>
        <w:jc w:val="right"/>
      </w:pPr>
      <w:r>
        <w:t>اب جب انگریزوں کی انگریزوں سے آزادی حاصل ہوگئی، اس سٹریٹجی سے جو مطلوب تھا، وہ حاصل ہو گیا۔</w:t>
      </w:r>
    </w:p>
    <w:p>
      <w:r>
        <w:rPr>
          <w:b/>
        </w:rPr>
        <w:t xml:space="preserve">[36:10] </w:t>
      </w:r>
      <w:r>
        <w:t>is ke baad azadi mil gayi. to hindustaniyon ki janib se ghalati yeh hui ke hindustaniyon ne is strategy ko civil disobedience wali jo strategy thi ke hum angrezon ke banaye hue qanoon ki khilaf warzi karenge, yeh jo strategy Gandhi ji ne apnai thi, is strategy ko hindustaniyon ne, indians ne, is ko apni taqdeer samajh liya, is ko hamesha ka usool aur zabta samajh liya.</w:t>
      </w:r>
    </w:p>
    <w:p>
      <w:pPr>
        <w:jc w:val="right"/>
      </w:pPr>
      <w:r>
        <w:t>اس کے بعد آزادی مل گئی۔ تو ہندوستانیوں کی جانب سے غلطی یہ ہوئی کہ ہندوستانیوں نے اس اسٹریٹجی کو سول ڈس اوبیڈینس والی جو سٹریٹجی تھی کہ ہم انگریزوں کے بنائے ہوئے قوانین کی خلاف ورزی کریں گے، یہ جو اسٹریٹجی گاندھی جی نے اپنائی تھی، اس اسٹریٹجی کو ہندوستانیوں نے، انڈینز نے، اس کو اپنی تقدیر سمجھ لیا، اس کو ہمیشہ کا اصول اور ضابطہ سمجھ لیا۔</w:t>
      </w:r>
    </w:p>
    <w:p>
      <w:r>
        <w:rPr>
          <w:b/>
        </w:rPr>
        <w:t xml:space="preserve">[36:38] </w:t>
      </w:r>
      <w:r>
        <w:t>yeh ghalati un se hui.</w:t>
      </w:r>
    </w:p>
    <w:p>
      <w:pPr>
        <w:jc w:val="right"/>
      </w:pPr>
      <w:r>
        <w:t>یہ غلطی ان سے ہوئی۔</w:t>
      </w:r>
    </w:p>
    <w:p>
      <w:r>
        <w:rPr>
          <w:b/>
        </w:rPr>
        <w:t xml:space="preserve">[36:40] </w:t>
      </w:r>
      <w:r>
        <w:t>wohi ghalati musalmanon se yeh hui ke fitna aur mazhabi jabr, religious persecution ko khatm karne ke liye jo qital ki strategy peghambar e islam ne apnai thi, musalmanon ne ghalati se is strategy ko yeh samajh liya jaise namaz roze ka hukum hai, waise qital ka bhi hukum hai.</w:t>
      </w:r>
    </w:p>
    <w:p>
      <w:pPr>
        <w:jc w:val="right"/>
      </w:pPr>
      <w:r>
        <w:t>وہی غلطی مسلمانوں سے یہ ہوئی کہ فتنہ اور مذہبی جبر، ریلیجس پرسیکیوشن کو ختم کرنے کے لیے جو قتال کی سٹریٹجی پیغمبر اسلام نے اپنائی تھی، مسلمانوں نے غلطی سے اس اسٹریٹجی کو یہ سمجھ لیا جیسے نماز روزے کا حکم ہے، ویسے قتال کا بھی حکم ہے۔</w:t>
      </w:r>
    </w:p>
    <w:p>
      <w:r>
        <w:rPr>
          <w:b/>
        </w:rPr>
        <w:t xml:space="preserve">[36:59] </w:t>
      </w:r>
      <w:r>
        <w:t>jang aur war yeh bhi waise hi hukum hai jaise namaz roze ka hukum hai.</w:t>
      </w:r>
    </w:p>
    <w:p>
      <w:pPr>
        <w:jc w:val="right"/>
      </w:pPr>
      <w:r>
        <w:t>جنگ اور وار یہ بھی ویسے ہی حکم ہے جیسے نماز روزے کا حکم ہے۔</w:t>
      </w:r>
    </w:p>
    <w:p>
      <w:r>
        <w:rPr>
          <w:b/>
        </w:rPr>
        <w:t xml:space="preserve">[37:03] </w:t>
      </w:r>
      <w:r>
        <w:t>yeh ghalati musalmanon ne ki jis ki wajah se aaj islam ek violent mazhab ke taur par logon ke beech samjha jane laga.</w:t>
      </w:r>
    </w:p>
    <w:p>
      <w:pPr>
        <w:jc w:val="right"/>
      </w:pPr>
      <w:r>
        <w:t>یہ غلطی مسلمانوں نے کی جس کی وجہ سے آج اسلام ایک وائلنٹ مذہب کے طور پر لوگوں کے بیچ سمجھا جانے لگا۔</w:t>
      </w:r>
    </w:p>
    <w:p>
      <w:r>
        <w:rPr>
          <w:b/>
        </w:rPr>
        <w:t xml:space="preserve">[37:12] </w:t>
      </w:r>
      <w:r>
        <w:t>teesri aur aakhri jo ghalati hui, woh yeh ke siyasi islam ki siyasi taabeer, polity yani islam ka political interpretation,</w:t>
      </w:r>
    </w:p>
    <w:p>
      <w:pPr>
        <w:jc w:val="right"/>
      </w:pPr>
      <w:r>
        <w:t>تیسری اور آخری جو غلطی ہوئی، وہ یہ کہ سیاسی اسلام کی سیاسی تعبیر، پالیٹی یعنی اسلام کا پولیٹیکل انٹرپریٹیشن،</w:t>
      </w:r>
    </w:p>
    <w:p>
      <w:r>
        <w:rPr>
          <w:b/>
        </w:rPr>
        <w:t xml:space="preserve">[37:25] </w:t>
      </w:r>
      <w:r>
        <w:t>yeh jo ghalati hui, siyasi jo taabeer musalmanon ne apnai, yeh bhi islam ko badnam karne aur islam ko violent mazhab ke taur par dekha jane laga is taabeer ki wajah se.</w:t>
      </w:r>
    </w:p>
    <w:p>
      <w:pPr>
        <w:jc w:val="right"/>
      </w:pPr>
      <w:r>
        <w:t>یہ جو غلطی ہوئی، سیاسی جو تعبیر مسلمانوں نے اپنائی، یہ بھی اسلام کو بدنام کرنے اور اسلام کو وائلنٹ مذہب کے طور پر دیکھا جانے لگا اس تعبیر کی وجہ سے۔</w:t>
      </w:r>
    </w:p>
    <w:p>
      <w:r>
        <w:rPr>
          <w:b/>
        </w:rPr>
        <w:t xml:space="preserve">[37:37] </w:t>
      </w:r>
      <w:r>
        <w:t>is mein hota kya hai ke hukoomat elahiya ka qayam yeh maqsad le kar aap uthen ge, pehle se seat par baithe hue log maujood hain, aap un ko in seat karne ke liye aap iqdam karen ge.</w:t>
      </w:r>
    </w:p>
    <w:p>
      <w:pPr>
        <w:jc w:val="right"/>
      </w:pPr>
      <w:r>
        <w:t>اس میں ہوتا کیا ہے کہ حکومت الہیہ کا قیام یہ مقصد لے کر آپ اٹھیں گے، پہلے سے سیٹ پر بیٹھے ہوئے لوگ موجود ہیں، آپ ان کو ان سیٹ کرنے کے لیے آپ اقدام کریں گے۔</w:t>
      </w:r>
    </w:p>
    <w:p>
      <w:r>
        <w:rPr>
          <w:b/>
        </w:rPr>
        <w:t xml:space="preserve">[37:50] </w:t>
      </w:r>
      <w:r>
        <w:t>zahair si baat hai, larai shuru hogi, jangain shuru hongi.</w:t>
      </w:r>
    </w:p>
    <w:p>
      <w:pPr>
        <w:jc w:val="right"/>
      </w:pPr>
      <w:r>
        <w:t>ظاہر سی بات ہے، لڑائی شروع ہوگی، جنگیں شروع ہوگی۔</w:t>
      </w:r>
    </w:p>
    <w:p>
      <w:r>
        <w:rPr>
          <w:b/>
        </w:rPr>
        <w:t xml:space="preserve">[37:55] </w:t>
      </w:r>
      <w:r>
        <w:t>to isi zehniyat ki wajah se musalmanon ne mukhtalif countries mein mukhtalif maqamat mein apne hukmraanon ke khilaf unhon ne violence aur tashaddud aur war shuru kar diya hai.</w:t>
      </w:r>
    </w:p>
    <w:p>
      <w:pPr>
        <w:jc w:val="right"/>
      </w:pPr>
      <w:r>
        <w:t>تو اسی ذہنیت کی وجہ سے مسلمانوں نے مختلف کنٹریز میں مختلف مقامات میں اپنے حاکموں کے خلاف انہوں نے وائلنس اور تشدد اور وار شروع کر دیا ہے۔</w:t>
      </w:r>
    </w:p>
    <w:p>
      <w:r>
        <w:rPr>
          <w:b/>
        </w:rPr>
        <w:t xml:space="preserve">[38:07] </w:t>
      </w:r>
      <w:r>
        <w:t>to yeh teen ghaltiyan huin. pehli ghalati yeh hui ke seerat nigaron ki taraf se jo ghalati hui, woh yeh ke unhon ne peghambar e islam ko ek jangii hero ke taur par pesh kiya jab ke aap ki zindagi se is ka koi wasta hi nahi tha.</w:t>
      </w:r>
    </w:p>
    <w:p>
      <w:pPr>
        <w:jc w:val="right"/>
      </w:pPr>
      <w:r>
        <w:t>تو یہ تین غلطیاں ہوئیں۔ پہلی غلطی یہ ہوئی کہ سیرت نگاروں کی طرف سے جو غلطی ہوئی، وہ یہ کہ انہوں نے پیغمبر اسلام کو ایک جنگی ہیرو کے طور پر پیش کیا جبکہ آپ کی زندگی سے اس کا کوئی واسطہ ہی نہیں تھا۔</w:t>
      </w:r>
    </w:p>
    <w:p>
      <w:r>
        <w:rPr>
          <w:b/>
        </w:rPr>
        <w:t xml:space="preserve">[38:21] </w:t>
      </w:r>
      <w:r>
        <w:t>aap to peghambar e aman thay.</w:t>
      </w:r>
    </w:p>
    <w:p>
      <w:pPr>
        <w:jc w:val="right"/>
      </w:pPr>
      <w:r>
        <w:t>آپ تو پیغمبر امن تھے۔</w:t>
      </w:r>
    </w:p>
    <w:p>
      <w:r>
        <w:rPr>
          <w:b/>
        </w:rPr>
        <w:t xml:space="preserve">[38:23] </w:t>
      </w:r>
      <w:r>
        <w:t>aur doosri jo ghalati hui, woh yeh ke musalmanon ne peghambar e islam ke mission aur aap ne halaat ko madenazar rakhte hue is mission ki khatir jo strategy aap ne apnai thi, us strategy ko jo ke waqtia thi, temporary thi, magar us ko permanent samajh liya gaya.</w:t>
      </w:r>
    </w:p>
    <w:p>
      <w:pPr>
        <w:jc w:val="right"/>
      </w:pPr>
      <w:r>
        <w:t>اور دوسری جو غلطی ہوئی، وہ یہ کہ مسلمانوں نے پیغمبر اسلام کے مشن اور آپ نے حالات کو مدنظر رکھتے ہوئے اس مشن کی خاطر جو اسٹریٹجی آپ نے اپنائی تھی، اس اسٹریٹجی کو جو کہ وقتیہ تھی، ٹیمپریری تھی، مگر اس کو پرماننٹ سمجھ لیا گیا۔</w:t>
      </w:r>
    </w:p>
    <w:p>
      <w:r>
        <w:rPr>
          <w:b/>
        </w:rPr>
        <w:t xml:space="preserve">[38:42] </w:t>
      </w:r>
      <w:r>
        <w:t>yeh doosri ghalati hui. teesri ghalati yeh hui ke islam jo ke puraman mazhab hai, is ki taabeer hi</w:t>
      </w:r>
    </w:p>
    <w:p>
      <w:pPr>
        <w:jc w:val="right"/>
      </w:pPr>
      <w:r>
        <w:t>یہ دوسری غلطی ہوئی۔ تیسری غلطی یہ ہوئی کہ اسلام جو کہ پرامن مذہب ہے، اس کی تعبیر ہی</w:t>
      </w:r>
    </w:p>
    <w:p>
      <w:r>
        <w:rPr>
          <w:b/>
        </w:rPr>
        <w:t xml:space="preserve">[38:50] </w:t>
      </w:r>
      <w:r>
        <w:t>badal di gayi, siyasi taabeer aur political interpretation is ka kar diya gaya. to yeh teen wajuhaat hain jis ki wajah se islam jo ke sarapa mazhab e aman hai, jis ka tashaddud se, violence se koi talluq nahi hai, is puraman mazhab ko log violent mazhab samajhne lage.</w:t>
      </w:r>
    </w:p>
    <w:p>
      <w:pPr>
        <w:jc w:val="right"/>
      </w:pPr>
      <w:r>
        <w:t>بدل دی گئی، سیاسی تعبیر اور پولیٹیکل انٹرپریٹیشن اس کا کر دیا گیا۔ تو یہ تین وجوہات ہیں جس کی وجہ سے اسلام جو کہ سراپا مذہب امن ہے، جس کا تشدد سے، وائلنس سے کوئی تعلق نہیں ہے، اس پرامن مذہب کو لوگ وائلنٹ مذہب سمجھنے لگے۔</w:t>
      </w:r>
    </w:p>
    <w:p>
      <w:r>
        <w:rPr>
          <w:b/>
        </w:rPr>
        <w:t xml:space="preserve">[39:10] </w:t>
      </w:r>
      <w:r>
        <w:t>ji, jazak Allah.</w:t>
      </w:r>
    </w:p>
    <w:p>
      <w:pPr>
        <w:jc w:val="right"/>
      </w:pPr>
      <w:r>
        <w:t>جی، جزاک اللہ۔</w:t>
      </w:r>
    </w:p>
    <w:p>
      <w:r>
        <w:rPr>
          <w:b/>
        </w:rPr>
        <w:t xml:space="preserve">[39:12] </w:t>
      </w:r>
      <w:r>
        <w:t>bohat hi achi tarah aap ne wazeh kiya is baat ko ke islam jo dunya mein partashaddud mazhab ke taur par mashhoor hai, is ka jo reason ya is ka sabab hai, woh dakhili hai na ke kharji.</w:t>
      </w:r>
    </w:p>
    <w:p>
      <w:pPr>
        <w:jc w:val="right"/>
      </w:pPr>
      <w:r>
        <w:t>بہت ہی اچھی طرح آپ نے واضح کیا اس بات کو کہ اسلام جو دنیا میں پرتشدد مذہب کے طور پر مشہور ہے، اس کا جو کارن یا اس کا سبب ہے، وہ داخلی ہے نہ کہ خارجی۔</w:t>
      </w:r>
    </w:p>
    <w:p>
      <w:r>
        <w:rPr>
          <w:b/>
        </w:rPr>
        <w:t xml:space="preserve">[39:27] </w:t>
      </w:r>
      <w:r>
        <w:t>to aap ne bataya ke jo islam ka literature hai, yaani is ka jo sab se pehla literature hum dekhen, woh seerat hai. to is ko zamaney, us zamaney ke aitbar se jab badshahon ki tareekh jab martab ki jati thi, to un ko ek warrior ke taur par pesh karte thay taake woh ek hero ban ke samne aa saken.</w:t>
      </w:r>
    </w:p>
    <w:p>
      <w:pPr>
        <w:jc w:val="right"/>
      </w:pPr>
      <w:r>
        <w:t>تو آپ نے بتایا کہ جو اسلام کا لٹریچر ہے، یعنی اس کا جو سب سے پہلا لٹریچر ہم دیکھیں، وہ سیرت ہے۔ تو اس کو زمانے، اس زمانے کے اعتبار سے جب بادشاہوں کی تاریخ جب مرتب کی جاتی تھی، تو ان کو ایک واریئر کے طور پر پیش کرتے تھے تاکہ وہ ایک ہیرو بن کے سامنے آ سکیں۔</w:t>
      </w:r>
    </w:p>
    <w:p>
      <w:r>
        <w:rPr>
          <w:b/>
        </w:rPr>
        <w:t xml:space="preserve">[39:43] </w:t>
      </w:r>
      <w:r>
        <w:t>to isi tarah rasool Allah ko bhi ek warrior ke taur par pesh karne ki seerat mein koshish ki gayi. to is wajah se rasool Allah ka jo rehmat ul alameen ka jo concept tha, jo quran de raha tha ke aap poore nation ke liye ek mercy thay aur rehmat thay, woh ojhal ho gaya aur ek warrior ke taur par rasool Allah samne aaye.</w:t>
      </w:r>
    </w:p>
    <w:p>
      <w:pPr>
        <w:jc w:val="right"/>
      </w:pPr>
      <w:r>
        <w:t>تو اسی طرح رسول اللہ کو بھی ایک واریئر کے طور پر پیش کرنے کی سیرت میں کوشش کی گئی۔ تو اس وجہ سے رسول اللہ کا جو رحمت اللعالمین کا جو کانسیپٹ تھا، جو قرآن دے رہا تھا کہ آپ پورے نیشن کے لیے ایک مرسی تھے اور رحمت تھے، وہ اوجھل ہو گیا اور ایک واریئر کے طور پر رسول اللہ سامنے آئے۔</w:t>
      </w:r>
    </w:p>
    <w:p>
      <w:r>
        <w:rPr>
          <w:b/>
        </w:rPr>
        <w:t xml:space="preserve">[40:01] </w:t>
      </w:r>
      <w:r>
        <w:t>jab ke aap ki 23 saala zindagi</w:t>
      </w:r>
    </w:p>
    <w:p>
      <w:pPr>
        <w:jc w:val="right"/>
      </w:pPr>
      <w:r>
        <w:t>جبکہ آپ کی 23 سالہ زندگی</w:t>
      </w:r>
    </w:p>
    <w:p>
      <w:r>
        <w:rPr>
          <w:b/>
        </w:rPr>
        <w:t xml:space="preserve">[40:03] </w:t>
      </w:r>
      <w:r>
        <w:t>mein, jaise aap ne bataya ke sirf aap ne do din ya is se kam aap ne jang ki thi, to woh do din ko itna high light kiya ke 23 saala jo aap ki rehmat wali zindagi thi, woh oujhal ho gayi insanon ki nazron se, jis ki wajah se naam aa gaya ke yeh mazhab violent mazhab hai.</w:t>
      </w:r>
    </w:p>
    <w:p>
      <w:pPr>
        <w:jc w:val="right"/>
      </w:pPr>
      <w:r>
        <w:t>میں، جیسے آپ نے بتایا کہ صرف آپ نے دو دن یا اس سے کم آپ نے جنگ کی تھی، تو وہ دو دن کو اتنا ہائی لائٹ کیا کہ 23 سالہ جو آپ کی رحمت والی زندگی تھی، وہ اوجھل ہو گئی انسانوں کی نظروں سے، جس کی وجہ سے نام آ گیا کہ یہ مذہب وائلنٹ مذہب ہے۔</w:t>
      </w:r>
    </w:p>
    <w:p>
      <w:r>
        <w:rPr>
          <w:b/>
        </w:rPr>
        <w:t xml:space="preserve">[40:19] </w:t>
      </w:r>
      <w:r>
        <w:t>to aap ne bohat hi achi tarah is ko wazeh kiya. mein apne in dono, aap dono mehmanon ka bohat hi shukr guzar hoon</w:t>
      </w:r>
    </w:p>
    <w:p>
      <w:pPr>
        <w:jc w:val="right"/>
      </w:pPr>
      <w:r>
        <w:t>تو آپ نے بہت ہی اچھی طرح اس کو واضح کیا۔ میں اپنے ان دونوں، آپ دونوں مہمانوں کا بہت ہی شکر گزار ہوں</w:t>
      </w:r>
    </w:p>
    <w:p>
      <w:r>
        <w:rPr>
          <w:b/>
        </w:rPr>
        <w:t xml:space="preserve">[40:25] </w:t>
      </w:r>
      <w:r>
        <w:t>ke aap ne hamare ashkalat ko door kiya aur hamare sawalat ko bohat hi achi tarah is ka jawab diya. aakhir mein mein apne nazreen se yeh arz karna chahunga ke is mozu par Maulana Wahiduddin Khan sahib ne be be shumar kitabein likhi hain.</w:t>
      </w:r>
    </w:p>
    <w:p>
      <w:pPr>
        <w:jc w:val="right"/>
      </w:pPr>
      <w:r>
        <w:t>کہ آپ نے ہمارے اشکالات کو دور کیا اور ہمارے سوالات کو بہت ہی اچھی طرح اس کا جواب دیا۔ آخر میں میں اپنے ناظرین سے یہ عرض کرنا چاہوں گا کہ اس موضوع پر مولانا وحید الدین خان صاحب نے بے بے شمار کتابیں لکھی ہیں۔</w:t>
      </w:r>
    </w:p>
    <w:p>
      <w:r>
        <w:rPr>
          <w:b/>
        </w:rPr>
        <w:t xml:space="preserve">[40:40] </w:t>
      </w:r>
      <w:r>
        <w:t>in mein se chand kitabein mein aap ko batana chahunga jo peace par likhi gayi hain aur mein yeh samajhta hoon ke tamam log agar is ko parhein to bohat ziyada aap ke liye aur ziyada doubt aap ko clears honge jo is mozu par hain.</w:t>
      </w:r>
    </w:p>
    <w:p>
      <w:pPr>
        <w:jc w:val="right"/>
      </w:pPr>
      <w:r>
        <w:t>ان میں سے چند کتابیں میں آپ کو بتانا چاہوں گا جو پیس پر لکھی گئی ہیں اور میں یہ سمجھتا ہوں کہ تمام لوگ اگر اس کو پڑھیں تو بہت زیادہ آپ کے لیے اور زیادہ ڈاؤٹ آپ کو کلیئرز ہوں گے جو اس موضوع پر ہیں۔</w:t>
      </w:r>
    </w:p>
    <w:p>
      <w:r>
        <w:rPr>
          <w:b/>
        </w:rPr>
        <w:t xml:space="preserve">[40:56] </w:t>
      </w:r>
      <w:r>
        <w:t>yeh tamam ke liye bohat mufeed hain. to aap cps international global dot org jo hamara website hai, use download kar ke bhi parh sakte hain ya good word publication se bhi aap is ko khareed kar parh sakte hain.</w:t>
      </w:r>
    </w:p>
    <w:p>
      <w:pPr>
        <w:jc w:val="right"/>
      </w:pPr>
      <w:r>
        <w:t>یہ تمام کے لیے بہت مفید ہیں۔ تو آپ سی پی ایس انٹرنیشنل گلوبل ڈاٹ او آر جی جو ہمارا ویب سائٹ ہے، اسے ڈاؤن لوڈ کر کے بھی پڑھ سکتے ہیں یا گڈ ورڈ پبلیکیشن سے بھی آپ اس کو خرید کر پڑھ سکتے ہیں۔</w:t>
      </w:r>
    </w:p>
    <w:p>
      <w:r>
        <w:rPr>
          <w:b/>
        </w:rPr>
        <w:t xml:space="preserve">[41:09] </w:t>
      </w:r>
      <w:r>
        <w:t>in mein se jo pehli kitab hai, "the true jihad" hai, yeh aik choti si kitab hai jis mein Maulana ne jihad ke mozu par, is mein is par jo sahi maani is ka hai, us ko wazeh karne ki koshish ki hai.</w:t>
      </w:r>
    </w:p>
    <w:p>
      <w:pPr>
        <w:jc w:val="right"/>
      </w:pPr>
      <w:r>
        <w:t>ان میں سے جو پہلی کتاب ہے، "دے ٹرو جہاد" ہے، یہ ایک چھوٹی سی کتاب ہے جس میں مولانا نے جہاد کے موضوع پر، اس میں اس پر جو صحیح معنی اس کا ہے، اس کو واضح کرنے کی کوشش کی ہے۔</w:t>
      </w:r>
    </w:p>
    <w:p>
      <w:r>
        <w:rPr>
          <w:b/>
        </w:rPr>
        <w:t xml:space="preserve">[41:23] </w:t>
      </w:r>
      <w:r>
        <w:t>aur doosri jo bohat hi ahem kitab hai, balkeh peace par aik hum keh sakte hain ke aik masterpiece book hai, woh "the prophet of peace" hai jo penguin publication, jo world ka bohat mashoor publisher hai, us ne is ko shai</w:t>
      </w:r>
    </w:p>
    <w:p>
      <w:pPr>
        <w:jc w:val="right"/>
      </w:pPr>
      <w:r>
        <w:t>اور دوسری جو بہت ہی اہم کتاب ہے، بلکہ پیس پر ایک ہم کہہ سکتے ہیں کہ ایک ماسٹر پیس بک ہے، وہ "دے پرافٹ آف پیس" ہے جو پین کوئین پبلیکیشن، جو ورلڈ کا بہت مشہور پبلشر ہے، اس نے اس کو شائ</w:t>
      </w:r>
    </w:p>
    <w:p>
      <w:r>
        <w:rPr>
          <w:b/>
        </w:rPr>
        <w:t xml:space="preserve">[41:38] </w:t>
      </w:r>
      <w:r>
        <w:t>a kiya hai. aur isi tarah aap dekh sakte hain urdu mein "Aman-e-Alam" yeh Maulana ki bohat hi achi kitab hai. aur isi tarah aap dekh sakte hain "the age of peace" yeh bhi bohat hi achi kitab hai aur taqreeban kai so safhat, kai shayad do so safhat par mushtamil yeh kitab hai.</w:t>
      </w:r>
    </w:p>
    <w:p>
      <w:pPr>
        <w:jc w:val="right"/>
      </w:pPr>
      <w:r>
        <w:t>ع کیا ہے۔ اور اسی طرح آپ دیکھ سکتے ہیں اردو میں "امن عالم" یہ مولانا کی بہت ہی اچھی کتاب ہے۔ اور اسی طرح آپ دیکھ سکتے ہیں "دی ایج آف پیس" یہ بھی بہت ہی اچھی کتاب ہے اور تقریباً کئی سو صفحات، کئی شاید دو سو صفحات پر مشتمل یہ کتاب ہے۔</w:t>
      </w:r>
    </w:p>
    <w:p>
      <w:r>
        <w:rPr>
          <w:b/>
        </w:rPr>
        <w:t xml:space="preserve">[41:56] </w:t>
      </w:r>
      <w:r>
        <w:t>aur isi tarah aap dekh sakte hain "Islam and World Peace"</w:t>
      </w:r>
    </w:p>
    <w:p>
      <w:pPr>
        <w:jc w:val="right"/>
      </w:pPr>
      <w:r>
        <w:t>اور اسی طرح آپ دیکھ سکتے ہیں "اسلام اینڈ ورلڈ پیس"</w:t>
      </w:r>
    </w:p>
    <w:p>
      <w:r>
        <w:rPr>
          <w:b/>
        </w:rPr>
        <w:t xml:space="preserve">[41:59] </w:t>
      </w:r>
      <w:r>
        <w:t>yeh Aman Alam jo urdu kitab hai, is ka tarjuma hai. aur isi tarah aap dekh sakte hain "Islam and Peace" aur "Non-violence and Peace Building" aur aakhri kitab hai "the ideology of peace".</w:t>
      </w:r>
    </w:p>
    <w:p>
      <w:pPr>
        <w:jc w:val="right"/>
      </w:pPr>
      <w:r>
        <w:t>یہ امن عالم جو اردو کتاب ہے، اس کا ترجمہ ہے۔ اور اسی طرح آپ دیکھ سکتے ہیں "اسلام اینڈ پیس" اور "نان وائلنس اینڈ پیس بلڈنگ" اور آخری کتاب ہے "دے آئیڈیالوجی آف پیس"۔</w:t>
      </w:r>
    </w:p>
    <w:p>
      <w:r>
        <w:rPr>
          <w:b/>
        </w:rPr>
        <w:t xml:space="preserve">[42:12] </w:t>
      </w:r>
      <w:r>
        <w:t>to program ke shuru mein, jaisa mein ne aap ko bataya tha ke book fair mein jab hum kitabein rakhe thay to aik hamare jo visitor thay, unhone aa kar kaha tha ke kaise yeh mumkin hai ke Islam ka ta'alluq peace se ho sakta tha.</w:t>
      </w:r>
    </w:p>
    <w:p>
      <w:pPr>
        <w:jc w:val="right"/>
      </w:pPr>
      <w:r>
        <w:t>تو پروگرام کے شروع میں، جیسا میں نے آپ کو بتایا تھا کہ بک فیئر میں جب ہم کتابیں رکھے تھے تو ایک ہمارے جو وزیٹر تھے، انہوں نے آ کر کہا تھا کہ کیسے یہ ممکن ہے کہ اسلام کا تعلق پیس سے ہو سکتا تھا۔</w:t>
      </w:r>
    </w:p>
    <w:p>
      <w:r>
        <w:rPr>
          <w:b/>
        </w:rPr>
        <w:t xml:space="preserve">[42:28] </w:t>
      </w:r>
      <w:r>
        <w:t>to</w:t>
      </w:r>
    </w:p>
    <w:p>
      <w:pPr>
        <w:jc w:val="right"/>
      </w:pPr>
      <w:r>
        <w:t>تو</w:t>
      </w:r>
    </w:p>
    <w:p>
      <w:r>
        <w:rPr>
          <w:b/>
        </w:rPr>
        <w:t xml:space="preserve">[42:29] </w:t>
      </w:r>
      <w:r>
        <w:t>yehi kitabein theen jo stall pe rakhi gayi theen aur unhone kitabein khareed ke le gayi theen. to aap bhi in kitabon ko parhein aur doosron tak pohnchanay ki koshish karein.</w:t>
      </w:r>
    </w:p>
    <w:p>
      <w:pPr>
        <w:jc w:val="right"/>
      </w:pPr>
      <w:r>
        <w:t>یہی کتابیں تھیں جو اسٹال پہ رکھی گئی تھیں اور انہوں نے کتابیں خرید کے لے گئی تھیں۔ تو آپ بھی ان کتابوں کو پڑھیں اور دوسروں تک پہنچانے کی کوشش کریں۔</w:t>
      </w:r>
    </w:p>
    <w:p>
      <w:r>
        <w:rPr>
          <w:b/>
        </w:rPr>
        <w:t xml:space="preserve">[42:38] </w:t>
      </w:r>
      <w:r>
        <w:t>phir se mein apne mehmanon ka shukriya ada karte hue is program ko khatam karta hoon. Assalam o Alaikum wa Rahmatullahi wa Barakatuh.</w:t>
      </w:r>
    </w:p>
    <w:p>
      <w:pPr>
        <w:jc w:val="right"/>
      </w:pPr>
      <w:r>
        <w:t>پھر سے میں اپنے مہمانوں کا شکریہ ادا کرتے ہوئے اس پروگرام کو ختم کرتا ہوں۔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