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Explanation of Oppression and Injustice October 28, 2018</w:t>
      </w:r>
    </w:p>
    <w:p>
      <w:r>
        <w:t>https://www.youtube.com/watch?v=y3KMnFVdmQ8</w:t>
      </w:r>
    </w:p>
    <w:p>
      <w:r>
        <w:rPr>
          <w:b/>
        </w:rPr>
        <w:t xml:space="preserve">[00:13] </w:t>
      </w:r>
      <w:r>
        <w:t>bismillah rahman rahim, wa salla Allahu ala al-nabi al-karim. rab ishrah li sadri, wa yassir li amri, wa ahlu 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yafqahu qawli. kya tareekh? 28 october.</w:t>
      </w:r>
    </w:p>
    <w:p>
      <w:pPr>
        <w:jc w:val="right"/>
      </w:pPr>
      <w:r>
        <w:t>یفقہ قولی۔ کیا تاریخ؟ اٹھائیس اکتوبر۔</w:t>
      </w:r>
    </w:p>
    <w:p>
      <w:r>
        <w:rPr>
          <w:b/>
        </w:rPr>
        <w:t xml:space="preserve">[00:34] </w:t>
      </w:r>
      <w:r>
        <w:t>28 october 2018.</w:t>
      </w:r>
    </w:p>
    <w:p>
      <w:pPr>
        <w:jc w:val="right"/>
      </w:pPr>
      <w:r>
        <w:t>اٹھائیس اکتوبر دو ہزار اٹھارہ۔</w:t>
      </w:r>
    </w:p>
    <w:p>
      <w:r>
        <w:rPr>
          <w:b/>
        </w:rPr>
        <w:t xml:space="preserve">[00:42] </w:t>
      </w:r>
      <w:r>
        <w:t>aaj ke liye ek hadith ko liya gaya hai. rasool Allah salla Allahu alaihi wa sallam ki ek riwayat hadith ki kai kitabon mein aai hai.</w:t>
      </w:r>
    </w:p>
    <w:p>
      <w:pPr>
        <w:jc w:val="right"/>
      </w:pPr>
      <w:r>
        <w:t>آج کے لیے ایک حدیث کو لیا گیا ہے۔ رسول اللہ صلی اللہ علیہ وسلم کی ایک روایت حدیث کی کئی کتابوں میں آئی ہے۔</w:t>
      </w:r>
    </w:p>
    <w:p>
      <w:r>
        <w:rPr>
          <w:b/>
        </w:rPr>
        <w:t xml:space="preserve">[00:57] </w:t>
      </w:r>
      <w:r>
        <w:t>is mein aap ne farmaya ke</w:t>
      </w:r>
    </w:p>
    <w:p>
      <w:pPr>
        <w:jc w:val="right"/>
      </w:pPr>
      <w:r>
        <w:t>اس میں آپ نے فرمایا کہ</w:t>
      </w:r>
    </w:p>
    <w:p>
      <w:r>
        <w:rPr>
          <w:b/>
        </w:rPr>
        <w:t xml:space="preserve">[01:01] </w:t>
      </w:r>
      <w:r>
        <w:t>ummat-e-muhammadi ummat-e-marhuma hai.</w:t>
      </w:r>
    </w:p>
    <w:p>
      <w:pPr>
        <w:jc w:val="right"/>
      </w:pPr>
      <w:r>
        <w:t>امت محمدی امت مرحومہ ہے۔</w:t>
      </w:r>
    </w:p>
    <w:p>
      <w:r>
        <w:rPr>
          <w:b/>
        </w:rPr>
        <w:t xml:space="preserve">[01:09] </w:t>
      </w:r>
      <w:r>
        <w:t>to isi hadith ko aaj hum lenge apne dars mein. to pehle aap ke samne woh hadith padhi jayegi, phir is ke bare mein kuch arz kiya jayega.</w:t>
      </w:r>
    </w:p>
    <w:p>
      <w:pPr>
        <w:jc w:val="right"/>
      </w:pPr>
      <w:r>
        <w:t>تو اسی حدیث کو آج ہم لیں گے اپنے درس میں۔ تو پہلے آپ کے سامنے وہ حدیث پڑھی جائے گی، پھر اس کے بارے میں کچھ عرض کیا جائے گا۔</w:t>
      </w:r>
    </w:p>
    <w:p>
      <w:r>
        <w:rPr>
          <w:b/>
        </w:rPr>
        <w:t xml:space="preserve">[01:22] </w:t>
      </w:r>
      <w:r>
        <w:t>an abi musa qala: qala rasul Allah salla Allahu alaihi wa sallam: "ummati hadhi ummatun marhumah, laysa alaiha azabun fi al-akhirah, azabuhu fi al-dunya al-fitanu wa al-zalazilu wa al-qatl." sunan abu dawud, hadith number 4278.</w:t>
      </w:r>
    </w:p>
    <w:p>
      <w:pPr>
        <w:jc w:val="right"/>
      </w:pPr>
      <w:r>
        <w:t>عن ابی موسیٰ قال: قال رسول اللہ صلی اللہ علیہ وسلم: "امتی هذه امت مرحومہ، لیس علیہا عذاب فی الاخرہ، عذابہ فی الدنیا الفتن والزلازل والقتل۔" سنن ابو داؤد، حدیث نمبر 4278۔</w:t>
      </w:r>
    </w:p>
    <w:p>
      <w:r>
        <w:rPr>
          <w:b/>
        </w:rPr>
        <w:t xml:space="preserve">[01:42] </w:t>
      </w:r>
      <w:r>
        <w:t>abu musa ashari se riwayat hai: rasool Allah salla Allahu alaihi wa sallam ne kaha: "meri yeh ummat ummat-e-marhuma hai, is par akhirat mein azab nahin hai, is ka azab dunya mein hai: fitna, zalezel, aur qatl." abu musa se hi musnad ahmad mein riwayat hai, is mein yeh izafa hai: "wa al-walabil" aur is par mukhtalif qism ki balayen hain.</w:t>
      </w:r>
    </w:p>
    <w:p>
      <w:pPr>
        <w:jc w:val="right"/>
      </w:pPr>
      <w:r>
        <w:t>ابو موسیٰ اشعری سے روایت ہے: رسول اللہ صلی اللہ علیہ وسلم نے کہا: "میری یہ امت امت مرحومہ ہے، اس پر آخرت میں عذاب نہیں ہے، اس کا عذاب دنیا میں ہے: فتنہ، زلزلے، اور قتل۔" ابو موسیٰ سے ہی مسند احمد میں روایت ہے، اس میں یہ اضافہ ہے: "والولابل" اور اس پر مختلف قسم کے بلائیں ہیں۔</w:t>
      </w:r>
    </w:p>
    <w:p>
      <w:r>
        <w:rPr>
          <w:b/>
        </w:rPr>
        <w:t xml:space="preserve">[02:09] </w:t>
      </w:r>
      <w:r>
        <w:t>ek aur sahabi rasool sallallaho alaihi wasallam se riwayat karte hain: "Umti ummat-e-marhooma, azaabaha bi aydeehah."</w:t>
      </w:r>
    </w:p>
    <w:p>
      <w:pPr>
        <w:jc w:val="right"/>
      </w:pPr>
      <w:r>
        <w:t>ایک اور صحابی رسول صلی اللہ علیہ وسلم سے روایت کرتے ہیں: "امتی امت مرحومہ، عذابہ بایدیہا۔"</w:t>
      </w:r>
    </w:p>
    <w:p>
      <w:r>
        <w:rPr>
          <w:b/>
        </w:rPr>
        <w:t xml:space="preserve">[02:17] </w:t>
      </w:r>
      <w:r>
        <w:t>Azaabaha? Bi aydeehah. Bi aydeehah? Ji. "Meri ummat ummat-e-marhooma hai, is ka azaab is ke haath mein hai." Al-Tarikh al-Awsat li al-Bukhari, hadith number 1209.</w:t>
      </w:r>
    </w:p>
    <w:p>
      <w:pPr>
        <w:jc w:val="right"/>
      </w:pPr>
      <w:r>
        <w:t>عذابہ؟ بایدیہا۔ بایدیہا؟ جی۔ "میری امت امت مرحومہ ہے، اس کا عذاب اس کے ہاتھ میں ہے۔" التاریخ الاوسط للبخاری، حدیث نمبر 1209۔</w:t>
      </w:r>
    </w:p>
    <w:p>
      <w:r>
        <w:rPr>
          <w:b/>
        </w:rPr>
        <w:t xml:space="preserve">[02:32] </w:t>
      </w:r>
      <w:r>
        <w:t>Abu Hurairah se riwayat hai: Rasool Allah sallallaho alaihi wasallam ne kaha: "Umti ummat-e-marhooma, qad rafa'a an-hum al-azaab illa azaabahum anfusahum bi aydeehim." Al-Mu'jam al-Awsat li al-Tabarani, hadith number 6909.</w:t>
      </w:r>
    </w:p>
    <w:p>
      <w:pPr>
        <w:jc w:val="right"/>
      </w:pPr>
      <w:r>
        <w:t>ابوہریرہ سے روایت ہے: رسول اللہ صلی اللہ علیہ وسلم نے کہا: "امتی امت مرحومہ، قد رفیع عنہم العذاب الا عذابہم انفسہم بایدیہم۔" المعجم الاوسط للطبرانی، حدیث نمبر 6909۔</w:t>
      </w:r>
    </w:p>
    <w:p>
      <w:r>
        <w:rPr>
          <w:b/>
        </w:rPr>
        <w:t xml:space="preserve">[02:48] </w:t>
      </w:r>
      <w:r>
        <w:t>Abu Hurairah se riwayat hai: Rasool Allah sallallaho alaihi wasallam ne kaha: "Meri ummat ummat-e-marhooma hai, un par se azaab utha liya gaya hai, illa yeh ke khud apne aap ko azaab dein."</w:t>
      </w:r>
    </w:p>
    <w:p>
      <w:pPr>
        <w:jc w:val="right"/>
      </w:pPr>
      <w:r>
        <w:t>ابوہریرہ سے روایت ہے: رسول اللہ صلی اللہ علیہ وسلم نے کہا: "میری امت امت مرحومہ ہے، ان پر سے عذاب اٹھا لیا گیا ہے، الا یہ کہ خود اپنے آپ کو عذاب دیں۔"</w:t>
      </w:r>
    </w:p>
    <w:p>
      <w:r>
        <w:rPr>
          <w:b/>
        </w:rPr>
        <w:t xml:space="preserve">[03:04] </w:t>
      </w:r>
      <w:r>
        <w:t>an abi musa an al-nabi sallallahu alaihi wasallam: "in hadhihi al-ummah ummatun marhumah, laisa alaiha fi al-akhirah</w:t>
      </w:r>
    </w:p>
    <w:p>
      <w:pPr>
        <w:jc w:val="right"/>
      </w:pPr>
      <w:r>
        <w:t>عن ابی موسیٰ عن النبی صلی اللہ علیہ وسلم: "إن هذه الأمة امت مرحومة، لیس عليها فی الاخرۃ</w:t>
      </w:r>
    </w:p>
    <w:p>
      <w:r>
        <w:rPr>
          <w:b/>
        </w:rPr>
        <w:t xml:space="preserve">[03:12] </w:t>
      </w:r>
      <w:r>
        <w:t>adhabun, ma ila adhabihi fi al-dunya al-qatl wa ashbahuhu."</w:t>
      </w:r>
    </w:p>
    <w:p>
      <w:pPr>
        <w:jc w:val="right"/>
      </w:pPr>
      <w:r>
        <w:t>عذاب، جو الی عذابہ فی الدنیا القتل واشباہہ۔"</w:t>
      </w:r>
    </w:p>
    <w:p>
      <w:r>
        <w:rPr>
          <w:b/>
        </w:rPr>
        <w:t xml:space="preserve">[03:18] </w:t>
      </w:r>
      <w:r>
        <w:t>abu musa se riwayat hai: rasool Allah sallallahu alaihi wasallam ne kaha: "meri yeh ummat ummat marhumah</w:t>
      </w:r>
    </w:p>
    <w:p>
      <w:pPr>
        <w:jc w:val="right"/>
      </w:pPr>
      <w:r>
        <w:t>ابو موسیٰ سے روایت ہے: رسول اللہ صلی اللہ علیہ وسلم نے کہا: "میری یہ امت امت مرحومہ</w:t>
      </w:r>
    </w:p>
    <w:p>
      <w:r>
        <w:rPr>
          <w:b/>
        </w:rPr>
        <w:t xml:space="preserve">[03:23] </w:t>
      </w:r>
      <w:r>
        <w:t>hai, is par akhirat mein adhab nahi hai, is ka adhab isi dunya mein kar diya gaya hai:</w:t>
      </w:r>
    </w:p>
    <w:p>
      <w:pPr>
        <w:jc w:val="right"/>
      </w:pPr>
      <w:r>
        <w:t>ہے، اس پر آخرت میں عذاب نہیں ہے، اس کا عذاب اسی دنیا میں کر دیا گیا ہے:</w:t>
      </w:r>
    </w:p>
    <w:p>
      <w:r>
        <w:rPr>
          <w:b/>
        </w:rPr>
        <w:t xml:space="preserve">[03:29] </w:t>
      </w:r>
      <w:r>
        <w:t>qatl aur is jaisi cheezon ki shakal mein."</w:t>
      </w:r>
    </w:p>
    <w:p>
      <w:pPr>
        <w:jc w:val="right"/>
      </w:pPr>
      <w:r>
        <w:t>قتل اور اس جیسی چیزوں کی شکل میں۔"</w:t>
      </w:r>
    </w:p>
    <w:p>
      <w:r>
        <w:rPr>
          <w:b/>
        </w:rPr>
        <w:t xml:space="preserve">[03:33] </w:t>
      </w:r>
      <w:r>
        <w:t>musnad al-bazzar, hadith number 3090.</w:t>
      </w:r>
    </w:p>
    <w:p>
      <w:pPr>
        <w:jc w:val="right"/>
      </w:pPr>
      <w:r>
        <w:t>مسند البزار، حدیث نمبر 3090۔</w:t>
      </w:r>
    </w:p>
    <w:p>
      <w:r>
        <w:rPr>
          <w:b/>
        </w:rPr>
        <w:t xml:space="preserve">[03:38] </w:t>
      </w:r>
      <w:r>
        <w:t>An Abi Hurairah qaal: Qala Rasool Allah sallallaho alaihi wasallam: "Innakum min ummatin marhoomah, fala tanzaqu wa la tataghaw." Masawi al-Akhlaq li al-Khara'iti, hadith number 571.</w:t>
      </w:r>
    </w:p>
    <w:p>
      <w:pPr>
        <w:jc w:val="right"/>
      </w:pPr>
      <w:r>
        <w:t>عن ابی ہریرہ قال: قال رسول اللہ صلی اللہ علیہ وسلم: "إنكم من أمة مرحومة، فلا تنزقوا ولا تتغوا۔" مساوی الاخلاق للخرائطی، حدیث نمبر 571۔</w:t>
      </w:r>
    </w:p>
    <w:p>
      <w:r>
        <w:rPr>
          <w:b/>
        </w:rPr>
        <w:t xml:space="preserve">[03:52] </w:t>
      </w:r>
      <w:r>
        <w:t>Abu Hurairah se riwayat hai: Rasool Allah sallallaho alaihi wasallam ne kaha: "Tum ummat-e-marhooma mein se ho, to tum be-aqli ka kaam na karo aur sarkashi na karo."</w:t>
      </w:r>
    </w:p>
    <w:p>
      <w:pPr>
        <w:jc w:val="right"/>
      </w:pPr>
      <w:r>
        <w:t>ابوہریرہ سے روایت ہے: رسول اللہ صلی اللہ علیہ وسلم نے کہا: "تم امت مرحومہ میں سے ہو، تو تم بے عقلی کا کام نہ کرو اور سرکشی نہ کرو۔"</w:t>
      </w:r>
    </w:p>
    <w:p>
      <w:r>
        <w:rPr>
          <w:b/>
        </w:rPr>
        <w:t xml:space="preserve">[04:01] </w:t>
      </w:r>
      <w:r>
        <w:t>Be-aqli? Ji. Kya lafz hai? Fala tanzaqu. Accha. Ek mauqoof riwayat Abu Darda se hai: "Ja rajulun ila Abi al-Darda wa huwa fil-maut, qaal: Ya Abi al-Darda, 'azzini bi shay'in la'allallaha yunafi'uni bihi." Wa aadhkuruka.</w:t>
      </w:r>
    </w:p>
    <w:p>
      <w:pPr>
        <w:jc w:val="right"/>
      </w:pPr>
      <w:r>
        <w:t>بے عقلی؟ جی۔ کیا لفظ ہے؟ فلا تنزقوا۔ اچھا۔ ایک موقوف روایت ابو دردہ سے ہے: "جا رجل الی ابی الدردہ وھو فی الموت، قال: یا ابی الدردہ، عزنی بشئی لعل اللہینفعونی بہ۔" واذکرک۔</w:t>
      </w:r>
    </w:p>
    <w:p>
      <w:r>
        <w:rPr>
          <w:b/>
        </w:rPr>
        <w:t xml:space="preserve">[04:24] </w:t>
      </w:r>
      <w:r>
        <w:t>Qaal: "Innaka fi ummati marhoomah, aqim al-salat al-maktubah wa aati al-zakat al-mafrootah, wa summa ramadan wajtannib al-kaba'ir." Aw qaal al-ma'asi, wa abshir." Al-Zuhd li Ibn al-Mubarak, hadith number 1590.</w:t>
      </w:r>
    </w:p>
    <w:p>
      <w:pPr>
        <w:jc w:val="right"/>
      </w:pPr>
      <w:r>
        <w:t>قال: "إنك فی أمتي مرحومة، أقم الصلاة المکتوبة وآت الزكاة المفروضة، وثم رمضان واجتنب الكبائر، وقال المعاصی، وابشر۔" الزہد ابن المبارک، حدیث نمبر 1590۔</w:t>
      </w:r>
    </w:p>
    <w:p>
      <w:r>
        <w:rPr>
          <w:b/>
        </w:rPr>
        <w:t xml:space="preserve">[04:41] </w:t>
      </w:r>
      <w:r>
        <w:t>Muhammad bin Qais se riwayat hai ke ek aadmi Abu Darda ke paas aaya, us waqt Abu Darda halat-e-maut mein thay. Us ne kaha: "Ae Abu Darda, mujhe kuch nasihat kijiye, shayad Allah taala is ke zariye se mujhe kuch nafa de aur main aap ko yaad karoon." To Abu Darda ne kaha: "Tum ummat-e-marhooma mein se ho,</w:t>
      </w:r>
    </w:p>
    <w:p>
      <w:pPr>
        <w:jc w:val="right"/>
      </w:pPr>
      <w:r>
        <w:t>محمد بن قیس سے روایت ہے کہ ایک آدمی ابو دردہ کے پاس آیا، اس وقت ابو دردہ حالت موت میں تھے۔ اس نے کہا: "اے ابو دردہ، مجھے کچھ نصیحت کیجئے، شاید اللہ تعالیٰ اس کے ذریعے سے مجھے کچھ نفع دے اور میں آپ کو یاد کروں۔" تو ابو دردہ نے کہا: "تم امت مرحومہ میں سے ہو،</w:t>
      </w:r>
    </w:p>
    <w:p>
      <w:r>
        <w:rPr>
          <w:b/>
        </w:rPr>
        <w:t xml:space="preserve">[05:01] </w:t>
      </w:r>
      <w:r>
        <w:t>Farz namaz qaim karo, zakat jo farz hai us ko ada karo, Ramadan ke roze rakho aur kaba'ir se ijtinab karo." Ya yeh kaha ke "Gunahon se ijtinab karo aur basharat le lo." Ho gaya.</w:t>
      </w:r>
    </w:p>
    <w:p>
      <w:pPr>
        <w:jc w:val="right"/>
      </w:pPr>
      <w:r>
        <w:t>فرض نماز قائم کرو، زکوٰۃ جو فرض ہے اس کو ادا کرو، رمضان کے روزے رکھو اور کبائر سے اجتناب کرو۔" یا یہ کہا کہ "گناہوں سے اجتناب کرو اور بشارت لے لو۔" ہو گیا۔</w:t>
      </w:r>
    </w:p>
    <w:p>
      <w:r>
        <w:rPr>
          <w:b/>
        </w:rPr>
        <w:t xml:space="preserve">[05:17] </w:t>
      </w:r>
      <w:r>
        <w:t>Dekhiye, is hadith mein main ne bohat dinon tak ghaur kiya hai.</w:t>
      </w:r>
    </w:p>
    <w:p>
      <w:pPr>
        <w:jc w:val="right"/>
      </w:pPr>
      <w:r>
        <w:t>دیکھیے، اس حدیث میں میں نے بہت دنوں تک غور کیا ہے۔</w:t>
      </w:r>
    </w:p>
    <w:p>
      <w:r>
        <w:rPr>
          <w:b/>
        </w:rPr>
        <w:t xml:space="preserve">[05:27] </w:t>
      </w:r>
      <w:r>
        <w:t>Ghaur karne ke baad main jis nateeje par pahuncha hoon woh yeh hai ke is mein ummat-e-marhooma ka jo lafz hai woh ummat-e-mahfoozah ke ma'ni mein hai.</w:t>
      </w:r>
    </w:p>
    <w:p>
      <w:pPr>
        <w:jc w:val="right"/>
      </w:pPr>
      <w:r>
        <w:t>غور کرنے کے بعد میں جس نتیجے پر پہنچا ہوں وہ یہ ہے کہ اس میں امت مرحومہ کا جو لفظ ہے وہ امت محفوظہ کے معنی میں ہے۔</w:t>
      </w:r>
    </w:p>
    <w:p>
      <w:r>
        <w:rPr>
          <w:b/>
        </w:rPr>
        <w:t xml:space="preserve">[05:47] </w:t>
      </w:r>
      <w:r>
        <w:t>Jaise Quran mahfooz hai.</w:t>
      </w:r>
    </w:p>
    <w:p>
      <w:pPr>
        <w:jc w:val="right"/>
      </w:pPr>
      <w:r>
        <w:t>جیسے قرآن محفوظ ہے۔</w:t>
      </w:r>
    </w:p>
    <w:p>
      <w:r>
        <w:rPr>
          <w:b/>
        </w:rPr>
        <w:t xml:space="preserve">[05:53] </w:t>
      </w:r>
      <w:r>
        <w:t>Is is hadith mein yeh nahi bataya gaya hai ke akhirat mein is ke saath kya hoga, woh alag mas'alah hai.</w:t>
      </w:r>
    </w:p>
    <w:p>
      <w:pPr>
        <w:jc w:val="right"/>
      </w:pPr>
      <w:r>
        <w:t>اس اس حدیث میں یہ نہیں بتایا گیا ہے کہ آخرت میں اس کے ساتھ کیا ہوگا، وہ الگ مسئلہ ہے۔</w:t>
      </w:r>
    </w:p>
    <w:p>
      <w:r>
        <w:rPr>
          <w:b/>
        </w:rPr>
        <w:t xml:space="preserve">[06:05] </w:t>
      </w:r>
      <w:r>
        <w:t>Akhirat mein kya ma'amla kiya jayega, woh ek alag mas'alah hai. Is hadith mein yeh bataya gaya hai ke duniya mein is ke saath kya ma'amla kiya jayega, kya ma'amla hone wala hai.</w:t>
      </w:r>
    </w:p>
    <w:p>
      <w:pPr>
        <w:jc w:val="right"/>
      </w:pPr>
      <w:r>
        <w:t>آخرت میں کیا معاملہ کیا جائے گا، وہ ایک الگ مسئلہ ہے۔ اس حدیث میں یہ بتایا گیا ہے کہ دنیا میں اس کے ساتھ کیا معاملہ کیا جائے گا، کیا معاملہ ہونے والا ہے۔</w:t>
      </w:r>
    </w:p>
    <w:p>
      <w:r>
        <w:rPr>
          <w:b/>
        </w:rPr>
        <w:t xml:space="preserve">[06:20] </w:t>
      </w:r>
      <w:r>
        <w:t>To is par ghaur kijiye to is se khulasa yeh nikalta hai ke yeh ummat duniya ki qaumon ke muqable mein ek mahfooz ummat hai.</w:t>
      </w:r>
    </w:p>
    <w:p>
      <w:pPr>
        <w:jc w:val="right"/>
      </w:pPr>
      <w:r>
        <w:t>تو اس پر غور کیجئے تو اس سے خلاصہ یہ نکلتا ہے کہ یہ امت دنیا کی قوموں کے مقابلے میں ایک محفوظ امت ہے۔</w:t>
      </w:r>
    </w:p>
    <w:p>
      <w:r>
        <w:rPr>
          <w:b/>
        </w:rPr>
        <w:t xml:space="preserve">[06:38] </w:t>
      </w:r>
      <w:r>
        <w:t>Woh apni hi kisi ghalati ka</w:t>
      </w:r>
    </w:p>
    <w:p>
      <w:pPr>
        <w:jc w:val="right"/>
      </w:pPr>
      <w:r>
        <w:t>وہ اپنی ہی کسی غلطی کا</w:t>
      </w:r>
    </w:p>
    <w:p>
      <w:r>
        <w:rPr>
          <w:b/>
        </w:rPr>
        <w:t xml:space="preserve">[06:44] </w:t>
      </w:r>
      <w:r>
        <w:t>result bhugte gi, lekin yeh mumkin nahi hai ke log is par zalim ban gaye ban jayen aur is ko zulm karne lagen, is ko tabah karen.</w:t>
      </w:r>
    </w:p>
    <w:p>
      <w:pPr>
        <w:jc w:val="right"/>
      </w:pPr>
      <w:r>
        <w:t>رزلٹ بھگتے گی، لیکن یہ ممکن نہیں ہے کہ لوگ اس پر ظالم بن گئے بن جائیں اور اس کو ظلم کرنے لگیں، اس کو تباہ کریں۔</w:t>
      </w:r>
    </w:p>
    <w:p>
      <w:r>
        <w:rPr>
          <w:b/>
        </w:rPr>
        <w:t xml:space="preserve">[06:58] </w:t>
      </w:r>
      <w:r>
        <w:t>Yeh mumkin nahi hai. Yeh matlab hai is ka. Yeh baat jo hai yeh ummat ki fazeelat ke taur par nahi hai.</w:t>
      </w:r>
    </w:p>
    <w:p>
      <w:pPr>
        <w:jc w:val="right"/>
      </w:pPr>
      <w:r>
        <w:t>یہ ممکن نہیں ہے۔ یہ مطلب ہے اس کا۔ یہ بات جو ہے یہ امت کی فضیلت کے طور پر نہیں ہے۔</w:t>
      </w:r>
    </w:p>
    <w:p>
      <w:r>
        <w:rPr>
          <w:b/>
        </w:rPr>
        <w:t xml:space="preserve">[07:10] </w:t>
      </w:r>
      <w:r>
        <w:t>Fazeelat ka tasawwur Islam mein nahi hai. Yeh baad ke logon ne banaya hai. Yeh is baat is ma'ni mein hai ke yeh ummat aakhiri ummat hai.</w:t>
      </w:r>
    </w:p>
    <w:p>
      <w:pPr>
        <w:jc w:val="right"/>
      </w:pPr>
      <w:r>
        <w:t>فضیلت کا تصور اسلام میں نہیں ہے۔ یہ بعد کے لوگوں نے بنایا ہے۔ یہ اس بات اس معنی میں ہے کہ یہ امت آخری امت ہے۔</w:t>
      </w:r>
    </w:p>
    <w:p>
      <w:r>
        <w:rPr>
          <w:b/>
        </w:rPr>
        <w:t xml:space="preserve">[07:25] </w:t>
      </w:r>
      <w:r>
        <w:t>Paighambar-e-Islam sallallaho alaihi wasallam aakhiri paighambar hain aur yeh ummat aakhiri ummat hai. Aakhiri ummat ka matlab kya hai?</w:t>
      </w:r>
    </w:p>
    <w:p>
      <w:pPr>
        <w:jc w:val="right"/>
      </w:pPr>
      <w:r>
        <w:t>پیغمبر اسلام صلی اللہ علیہ وسلم آخری پیغمبر ہیں اور یہ امت آخری امت ہے۔ آخری امت کا مطلب کیا ہے؟</w:t>
      </w:r>
    </w:p>
    <w:p>
      <w:r>
        <w:rPr>
          <w:b/>
        </w:rPr>
        <w:t xml:space="preserve">[07:35] </w:t>
      </w:r>
      <w:r>
        <w:t>Allah ka jo deen aaya hai us ki waarish hai. Ab koi aur na to deen aane wala hai na koi ummat banne wali hai.</w:t>
      </w:r>
    </w:p>
    <w:p>
      <w:pPr>
        <w:jc w:val="right"/>
      </w:pPr>
      <w:r>
        <w:t>اللہ کا جو دین آیا ہے اس کی وارث ہے۔ اب کوئی اور نہ تو دین آنے والا ہے نہ کوئی امت بننے والی ہے۔</w:t>
      </w:r>
    </w:p>
    <w:p>
      <w:r>
        <w:rPr>
          <w:b/>
        </w:rPr>
        <w:t xml:space="preserve">[07:50] </w:t>
      </w:r>
      <w:r>
        <w:t>Jo deen aakhiri taraf aana tha aa chuka hai</w:t>
      </w:r>
    </w:p>
    <w:p>
      <w:pPr>
        <w:jc w:val="right"/>
      </w:pPr>
      <w:r>
        <w:t>جو دن آخری طرف آنا تھا آ چکا ہے</w:t>
      </w:r>
    </w:p>
    <w:p>
      <w:r>
        <w:rPr>
          <w:b/>
        </w:rPr>
        <w:t xml:space="preserve">[07:57] </w:t>
      </w:r>
      <w:r>
        <w:t>aur yeh ummat is ki waarish hai. To dekhiye, is ka taqaza hai ke ummat mahfooz ummat ho. Jaise Quran mahfooz kitab hai, isi liye ke agar Quran mahfooz na rahe to hidayat ka koi baakhiz nahi hoga, koi source nahi hoga.</w:t>
      </w:r>
    </w:p>
    <w:p>
      <w:pPr>
        <w:jc w:val="right"/>
      </w:pPr>
      <w:r>
        <w:t>اور یہ امت اس کی وارث ہے۔ تو دیکھیے، اس کا تقاضا ہے کہ امت محفوظ امت ہو۔ جیسے قرآن محفوظ کتاب ہے، اسی لیے کہ اگر قرآن محفوظ نہ رہے تو ہدایت کا کوئی باخذ نہیں ہوگا، کوئی سورس نہیں ہوگا۔</w:t>
      </w:r>
    </w:p>
    <w:p>
      <w:r>
        <w:rPr>
          <w:b/>
        </w:rPr>
        <w:t xml:space="preserve">[08:15] </w:t>
      </w:r>
      <w:r>
        <w:t>athintik aisi agar yeh ummat maujood na rahe ya is ko qoumein kha jayen, tabaah kar dein to kaisay deen mehfooz rahe ga?</w:t>
      </w:r>
    </w:p>
    <w:p>
      <w:pPr>
        <w:jc w:val="right"/>
      </w:pPr>
      <w:r>
        <w:t>اتھینٹک ایسی اگر یہ امت موجود نہ رہے یا اس کو قومیں کھا جائیں، تباہ کر دیں تو کیسے دین محفوظ رہے گا؟</w:t>
      </w:r>
    </w:p>
    <w:p>
      <w:r>
        <w:rPr>
          <w:b/>
        </w:rPr>
        <w:t xml:space="preserve">[08:34] </w:t>
      </w:r>
      <w:r>
        <w:t>kyunke deen farishtoun ke zariye mehfooz nahi hota, woh insaan ke zariye hota hai. to jis jis tarah quran ki hifazat allah ne apne zimme le li hai, is tarah is ummat ki hifazat bhi apne zimme le li hai.</w:t>
      </w:r>
    </w:p>
    <w:p>
      <w:pPr>
        <w:jc w:val="right"/>
      </w:pPr>
      <w:r>
        <w:t>کیونکہ دین فرشتوں کے ذریعے محفوظ نہیں ہوتا، وہ انسان کے ذریعے ہوتا ہے۔ تو جس جس طرح قرآن کی حفاظت اللہ نے اپنے ذمے لے لی ہے، اس طرح اس امت کی حفاظت بھی اپنے ذمے لے لی ہے۔</w:t>
      </w:r>
    </w:p>
    <w:p>
      <w:r>
        <w:rPr>
          <w:b/>
        </w:rPr>
        <w:t xml:space="preserve">[08:52] </w:t>
      </w:r>
      <w:r>
        <w:t>koi bhi is par na to zulm kar sakta hai na koi tabaah kar sakta hai.</w:t>
      </w:r>
    </w:p>
    <w:p>
      <w:pPr>
        <w:jc w:val="right"/>
      </w:pPr>
      <w:r>
        <w:t>کوئی بھی اس پر نہ تو ظلم کر سکتا ہے نہ کوئی تباہ کر سکتا ہے۔</w:t>
      </w:r>
    </w:p>
    <w:p>
      <w:r>
        <w:rPr>
          <w:b/>
        </w:rPr>
        <w:t xml:space="preserve">[09:01] </w:t>
      </w:r>
      <w:r>
        <w:t>is ki lekin yeh is ayat, is hadith mein jo yeh lafz hai, illa yeh ke woh khud koi apne haath se koi museebat khari kare.</w:t>
      </w:r>
    </w:p>
    <w:p>
      <w:pPr>
        <w:jc w:val="right"/>
      </w:pPr>
      <w:r>
        <w:t>اس کی لیکن یہ اس آیت، اس حدیث میں جو یہ لفظ ہے، الا یہ کہ وہ خود کوئی اپنے ہاتھ سے کوئی مصیبت کھڑی کرے۔</w:t>
      </w:r>
    </w:p>
    <w:p>
      <w:r>
        <w:rPr>
          <w:b/>
        </w:rPr>
        <w:t xml:space="preserve">[09:15] </w:t>
      </w:r>
      <w:r>
        <w:t>yeh bohat important hai ke yeh ummat, jo ummat muhammadi jo hai, doosroun ke hathon kabhi bhi</w:t>
      </w:r>
    </w:p>
    <w:p>
      <w:pPr>
        <w:jc w:val="right"/>
      </w:pPr>
      <w:r>
        <w:t>یہ بہت امپورٹنٹ ہے کہ یہ امت، جو امت محمدی جو ہے، دوسروں کے ہاتھوں کبھی بھی</w:t>
      </w:r>
    </w:p>
    <w:p>
      <w:r>
        <w:rPr>
          <w:b/>
        </w:rPr>
        <w:t xml:space="preserve">[09:28] </w:t>
      </w:r>
      <w:r>
        <w:t>mazloom nahi hogi. khud apne hathon apne aap ko tabaah kar sakti hai. yeh dekhiye, is ayat, is hadith par ghore kijiye to woh jo aam taur par woh mashhoor hai, bohat ziyada ke hamare par zulm ho raha hai har jagah,</w:t>
      </w:r>
    </w:p>
    <w:p>
      <w:pPr>
        <w:jc w:val="right"/>
      </w:pPr>
      <w:r>
        <w:t>مظلوم نہیں ہوگی۔ خود اپنے ہاتھوں اپنے آپ کو تباہ کر سکتی ہے۔ یہ دیکھیے، اس آیت، اس حدیث پر غور کیجئے تو وہ جو عام طور پر وہ مشہور ہے، بہت زیادہ کہ ہمارے پر ظلم ہو رہا ہے ہر جگہ،</w:t>
      </w:r>
    </w:p>
    <w:p>
      <w:r>
        <w:rPr>
          <w:b/>
        </w:rPr>
        <w:t xml:space="preserve">[09:51] </w:t>
      </w:r>
      <w:r>
        <w:t>yeh bilkul galat sabit hota hai. yeh mumkin hi nahi hai ke log zulm karein, log tabaah karein.</w:t>
      </w:r>
    </w:p>
    <w:p>
      <w:pPr>
        <w:jc w:val="right"/>
      </w:pPr>
      <w:r>
        <w:t>یہ بالکل غلط ثابت ہوتا ہے۔ یہ ممکن ہی نہیں ہے کہ لوگ ظلم کریں، لوگ تباہ کریں۔</w:t>
      </w:r>
    </w:p>
    <w:p>
      <w:r>
        <w:rPr>
          <w:b/>
        </w:rPr>
        <w:t xml:space="preserve">[10:00] </w:t>
      </w:r>
      <w:r>
        <w:t>yeh ho nahi sakta hai kyunke woh to allah ne is ki hifazat ka zimme le liya hai. ab apne apne hi haath se kuch karein to is ka sabab, is ka anjaam bhugtein ge.</w:t>
      </w:r>
    </w:p>
    <w:p>
      <w:pPr>
        <w:jc w:val="right"/>
      </w:pPr>
      <w:r>
        <w:t>یہ ہو نہیں سکتا ہے کیونکہ وہ تو اللہ نے اس کی حفاظت کا ذمہ لے لیا ہے۔ اب اپنے اپنے ہی ہاتھ سے کچھ کریں تو اس کا سبب، اس کا انجام بھگتیں گے۔</w:t>
      </w:r>
    </w:p>
    <w:p>
      <w:r>
        <w:rPr>
          <w:b/>
        </w:rPr>
        <w:t xml:space="preserve">[10:14] </w:t>
      </w:r>
      <w:r>
        <w:t>woh is ka matlab kya hua? jo so called zulm hai, jo log batate rehte hain, kitabein chhapte rehte hain, news chhapte rehte hain, woh sab ka sab, without any exception,</w:t>
      </w:r>
    </w:p>
    <w:p>
      <w:pPr>
        <w:jc w:val="right"/>
      </w:pPr>
      <w:r>
        <w:t>وہ اس کا مطلب کیا ہوا؟ جو سو کالڈ ظلم ہے، جو لوگ بتاتے رہتے ہیں، کتابیں چھاپتے رہتے ہیں، نوزون چھاپتے رہتے ہیں، وہ سب کا سب، ودا آؤٹ اینی ایکسیپشن،</w:t>
      </w:r>
    </w:p>
    <w:p>
      <w:r>
        <w:rPr>
          <w:b/>
        </w:rPr>
        <w:t xml:space="preserve">[10:31] </w:t>
      </w:r>
      <w:r>
        <w:t>sab ka sab retaliation hai. retaliation yani ummat ke kuch afraad ek ghalti karein ge to doosra fareeq jo hai woh retaliate kare ga.</w:t>
      </w:r>
    </w:p>
    <w:p>
      <w:pPr>
        <w:jc w:val="right"/>
      </w:pPr>
      <w:r>
        <w:t>سب کا سب ریٹیلیشن ہے۔ ریٹیلیشن یعنی امت کے کچھ افراد ایک غلطی کریں گے تو دوسرا فریق جو ہے وہ ریٹیلیٹ کرے گا۔</w:t>
      </w:r>
    </w:p>
    <w:p>
      <w:r>
        <w:rPr>
          <w:b/>
        </w:rPr>
        <w:t xml:space="preserve">[10:50] </w:t>
      </w:r>
      <w:r>
        <w:t>misal ke taur par yeh ke ummat ke kuch afraad patthar marein doosre logon ke upar to woh wahi patthar marein ge ya woh bomb marein ge.</w:t>
      </w:r>
    </w:p>
    <w:p>
      <w:pPr>
        <w:jc w:val="right"/>
      </w:pPr>
      <w:r>
        <w:t>مثلاً یہ کہ امت کے کچھ افراد پتھر ماریں دوسرے لوگوں کے اوپر تو وہ وہی پتھر ماریں گے یا وہ بم ماریں گے۔</w:t>
      </w:r>
    </w:p>
    <w:p>
      <w:r>
        <w:rPr>
          <w:b/>
        </w:rPr>
        <w:t xml:space="preserve">[11:03] </w:t>
      </w:r>
      <w:r>
        <w:t>to jitne bhi waqiyat batate hain, bataye jate hain zulm ke, woh sab ke sab, without any exception, retaliation hain.</w:t>
      </w:r>
    </w:p>
    <w:p>
      <w:pPr>
        <w:jc w:val="right"/>
      </w:pPr>
      <w:r>
        <w:t>تو جتنے بھی واقعات بتاتے ہیں، بتائے جاتے ہیں ظلم کے، وہ سب کے سب، ودا آؤٹ اینی ایکسیپشن، ریٹیلیشن ہیں۔</w:t>
      </w:r>
    </w:p>
    <w:p>
      <w:r>
        <w:rPr>
          <w:b/>
        </w:rPr>
        <w:t xml:space="preserve">[11:14] </w:t>
      </w:r>
      <w:r>
        <w:t>hargiz zulm ke waqiyat nahi hain.</w:t>
      </w:r>
    </w:p>
    <w:p>
      <w:pPr>
        <w:jc w:val="right"/>
      </w:pPr>
      <w:r>
        <w:t>ہرگز ظلم کے واقعات نہیں ہیں۔</w:t>
      </w:r>
    </w:p>
    <w:p>
      <w:r>
        <w:rPr>
          <w:b/>
        </w:rPr>
        <w:t xml:space="preserve">[11:19] </w:t>
      </w:r>
      <w:r>
        <w:t>is mani kya hue? jab koi waqea aisa ho jo ummat muhammadi ke khilaf dikhai parta ho to is ki scrutiny kijiye, is ki tehqeeq kijiye to maloom hoga ke khud musalmanoun ne koi ghalti ki thi to doosre logon ne retaliate kiya.</w:t>
      </w:r>
    </w:p>
    <w:p>
      <w:pPr>
        <w:jc w:val="right"/>
      </w:pPr>
      <w:r>
        <w:t>اس معنی کیا ہوئے؟ جب کوئی واقعہ ایسا ہو جو امت محمدی کے خلاف دکھائی پڑتا ہو تو اس کی سکوٹری کیجئے، اس کی تحقیق کیجئے تو معلوم ہوگا کہ خود مسلمانوں نے کوئی غلطی کی تھی تو دوسرے لوگوں نے ریٹیلیٹ کیا۔</w:t>
      </w:r>
    </w:p>
    <w:p>
      <w:r>
        <w:rPr>
          <w:b/>
        </w:rPr>
        <w:t xml:space="preserve">[11:45] </w:t>
      </w:r>
      <w:r>
        <w:t>to aap ko is se bachna hai ke kisi ko mauqa dein retaliation ka. yeh shor karna ke zulm ho raha hai, zulm ho raha hai, yeh bilkul meaningless baat hai kyunke zulm to ho hi nahi, ho nahi raha,</w:t>
      </w:r>
    </w:p>
    <w:p>
      <w:pPr>
        <w:jc w:val="right"/>
      </w:pPr>
      <w:r>
        <w:t>تو آپ کو اس سے بچنا ہے کہ کسی کو موقع دیں ریٹیلیشن کا۔ یہ شور کرنا کہ ظلم ہو رہا ہے، ظلم ہو رہا ہے، یہ بالکل میننگ لیس بات ہے کیونکہ ظلم تو ہو ہی نہیں، ہو نہیں رہا،</w:t>
      </w:r>
    </w:p>
    <w:p>
      <w:r>
        <w:rPr>
          <w:b/>
        </w:rPr>
        <w:t xml:space="preserve">[12:00] </w:t>
      </w:r>
      <w:r>
        <w:t>na ho sakta. jo ho raha hoga woh retaliation hoga. to apne is ghalti ko correct, correct kijiye.</w:t>
      </w:r>
    </w:p>
    <w:p>
      <w:pPr>
        <w:jc w:val="right"/>
      </w:pPr>
      <w:r>
        <w:t>نہ ہو سکتا۔ جو ہو رہا ہوگا وہ ریٹیلیشن ہوگا۔ تو اپنے اس غلطی کو کریکٹ، کریکٹ کیجئے۔</w:t>
      </w:r>
    </w:p>
    <w:p>
      <w:r>
        <w:rPr>
          <w:b/>
        </w:rPr>
        <w:t xml:space="preserve">[12:17] </w:t>
      </w:r>
      <w:r>
        <w:t>main ne, main ne kai jagah jahan log kehte thay ke zulm hua, zulm hua, zulm hua, yani misal ke taur par firqa warana fasad, main khud ja kar ke tehqeeq ki to maloom hua ke musalmanoun ne, musalmanoun ke kuch logon ne khud apni taraf se koi ghalt mamla kiya</w:t>
      </w:r>
    </w:p>
    <w:p>
      <w:pPr>
        <w:jc w:val="right"/>
      </w:pPr>
      <w:r>
        <w:t>میں نے، میں نے کئی جگہ جہاں لوگ کہتے تھے کہ ظلم ہوا، ظلم ہوا، ظلم ہوا، یعنی مثلاً فرقہ وارانہ فساد، میں خود جا کر کے تحقیق کی تو معلوم ہوا کہ مسلمانوں نے، مسلمانوں کے کچھ لوگوں نے خود اپنی طرف سے کوئی غلط معاملہ کیا</w:t>
      </w:r>
    </w:p>
    <w:p>
      <w:r>
        <w:rPr>
          <w:b/>
        </w:rPr>
        <w:t xml:space="preserve">[12:46] </w:t>
      </w:r>
      <w:r>
        <w:t>to unhoun ne retaliate kiya. misal ke taur par dekhiye, meerut mein fasad hua tha to main khud doctor scientist ko le kar wahan gaya aur sare shehar mein ghuma.</w:t>
      </w:r>
    </w:p>
    <w:p>
      <w:pPr>
        <w:jc w:val="right"/>
      </w:pPr>
      <w:r>
        <w:t>تو انہوں نے ریٹیلیٹ کیا۔ مثال کے طور پر دیکھیے، میٹھ میں فساد ہوا تھا تو میں خود ڈاکٹر سائنسدان کو لے کر وہاں گیا اور سارے شہر میں گھوما۔</w:t>
      </w:r>
    </w:p>
    <w:p>
      <w:r>
        <w:rPr>
          <w:b/>
        </w:rPr>
        <w:t xml:space="preserve">[13:03] </w:t>
      </w:r>
      <w:r>
        <w:t>meri dilchaspi ka jo jis cheez ki thi woh yeh thi ke fasad shuru kahan se hua?</w:t>
      </w:r>
    </w:p>
    <w:p>
      <w:pPr>
        <w:jc w:val="right"/>
      </w:pPr>
      <w:r>
        <w:t>میری دلچسپی کا جو جس چیز کی تھی وہ یہ تھی کہ فساد شروع کہاں سے ہوا؟</w:t>
      </w:r>
    </w:p>
    <w:p>
      <w:r>
        <w:rPr>
          <w:b/>
        </w:rPr>
        <w:t xml:space="preserve">[13:13] </w:t>
      </w:r>
      <w:r>
        <w:t>kyunke yeh usool hai ke albadi azlum, albadi azlum, yani beginner is the aggressor.</w:t>
      </w:r>
    </w:p>
    <w:p>
      <w:pPr>
        <w:jc w:val="right"/>
      </w:pPr>
      <w:r>
        <w:t>کیونکہ یہ اصول ہے کہ البادی ازلم، البادی ازلم، یعنی بگنر از دا اس پاسیبل۔</w:t>
      </w:r>
    </w:p>
    <w:p>
      <w:r>
        <w:rPr>
          <w:b/>
        </w:rPr>
        <w:t xml:space="preserve">[13:26] </w:t>
      </w:r>
      <w:r>
        <w:t>to main sare meerut mein ghuma to maloom hua ke wahan aisa tha ke ek maqam par ek road thi, woh road ke ek taraf masjid thi, doosri taraf ek mandir tha.</w:t>
      </w:r>
    </w:p>
    <w:p>
      <w:pPr>
        <w:jc w:val="right"/>
      </w:pPr>
      <w:r>
        <w:t>تو میں سارے میرٹھ میں گھوما تو معلوم ہوا کہ وہاں ایسا تھا کہ ایک مقام پر ایک روڈ تھی، وہ روڈ کے ایک طرف مسجد تھی، دوسری طرف ایک مندر تھا۔</w:t>
      </w:r>
    </w:p>
    <w:p>
      <w:r>
        <w:rPr>
          <w:b/>
        </w:rPr>
        <w:t xml:space="preserve">[13:45] </w:t>
      </w:r>
      <w:r>
        <w:t>to masjid mein musalmanoun ka koi program ho raha tha, koi taqreer ho rahi thi aur mandir mein kirtan ho raha tha, sarak ke doosri taraf.</w:t>
      </w:r>
    </w:p>
    <w:p>
      <w:pPr>
        <w:jc w:val="right"/>
      </w:pPr>
      <w:r>
        <w:t>تو مسجد میں مسلمانوں کا کوئی پروگرام ہو رہا تھا، کوئی تقریر ہو رہی تھی اور مندر میں کیرطن ہو رہا تھا، سڑک کے دوسری طرف۔</w:t>
      </w:r>
    </w:p>
    <w:p>
      <w:r>
        <w:rPr>
          <w:b/>
        </w:rPr>
        <w:t xml:space="preserve">[13:59] </w:t>
      </w:r>
      <w:r>
        <w:t>to muslim jo gathering thi, wahan se kuch naujawan, muslim, muslim naujawan gaye, main sarak par kar ke mandir mein aur usay kaha ke aap apne mandir ki kirtan band kijiye kyunke is chuki aise hamare jalase mein khalal padh raha hai.</w:t>
      </w:r>
    </w:p>
    <w:p>
      <w:pPr>
        <w:jc w:val="right"/>
      </w:pPr>
      <w:r>
        <w:t>تو مسلم جو گیدرنگ تھی، وہاں سے کچھ نوجوان، مسلم، مسلم نوجوان گئے، میں سڑک پار کر کے مندر میں اور اسے کہا کہ آپ اپنے مندر کی کیرطن بند کیجئے کیونکہ اس چونکہ ایسے ہمارے جلسے میں خلل پڑ رہا ہے۔</w:t>
      </w:r>
    </w:p>
    <w:p>
      <w:r>
        <w:rPr>
          <w:b/>
        </w:rPr>
        <w:t xml:space="preserve">[14:23] </w:t>
      </w:r>
      <w:r>
        <w:t>to unhoun ne kaha ke hum ne collector se ijazat le kar yeh program banaya hai to hum to band nahi karein ge, hum law ke khilaf nahi chal rahe hain.</w:t>
      </w:r>
    </w:p>
    <w:p>
      <w:pPr>
        <w:jc w:val="right"/>
      </w:pPr>
      <w:r>
        <w:t>تو انہوں نے کہا کہ ہم نے کلیکٹر سے اجازت لے کر یہ پروگرام بنایا ہے تو ہم تو بند نہیں کریں گے، ہم لا کے خلاف نہیں چل رہے ہیں۔</w:t>
      </w:r>
    </w:p>
    <w:p>
      <w:r>
        <w:rPr>
          <w:b/>
        </w:rPr>
        <w:t xml:space="preserve">[14:34] </w:t>
      </w:r>
      <w:r>
        <w:t>to muslim naujawan ghussa ho gaye aur unhoun ne loudspeaker jo laga tha mandir mein, us ko tod kar phenk diya.</w:t>
      </w:r>
    </w:p>
    <w:p>
      <w:pPr>
        <w:jc w:val="right"/>
      </w:pPr>
      <w:r>
        <w:t>تو مسلم نوجوان غصہ ہو گئے اور انہوں نے لاؤڈ سپیکر جو لگا تھا مندر میں، اس کو توڑ کر پھینک دیا۔</w:t>
      </w:r>
    </w:p>
    <w:p>
      <w:r>
        <w:rPr>
          <w:b/>
        </w:rPr>
        <w:t xml:space="preserve">[14:46] </w:t>
      </w:r>
      <w:r>
        <w:t>aap ghhor kijiye ke jab koi aisa karega ke mandir ka program rok dega, is ke loud speaker ko tod ke phenkega to kya yeh retaliation nahi hoga?</w:t>
      </w:r>
    </w:p>
    <w:p>
      <w:pPr>
        <w:jc w:val="right"/>
      </w:pPr>
      <w:r>
        <w:t>آپ غور کیجئے کہ جب کوئی ایسا کرے گا کہ مندر کا پروگرام روک دے گا، اس کے لاؤڈ سپیکر کو توڑ کے پھینکے گا تو کیا یہ ریٹیلیشن نہیں ہوگا؟</w:t>
      </w:r>
    </w:p>
    <w:p>
      <w:r>
        <w:rPr>
          <w:b/>
        </w:rPr>
        <w:t xml:space="preserve">[15:09] </w:t>
      </w:r>
      <w:r>
        <w:t>zarur hoga, zarur hoga, zarur hoga. Chunancha hindu logon ne retaliate kiya, idhar se unhon ne yeh harkat ki, unhon ne doosri harkat ki aur itna zabardast aapas mein nafrat بڑhi, itna problem hua ke sare ke ke unhon ne khauf khauf musalmanon ko mara.</w:t>
      </w:r>
    </w:p>
    <w:p>
      <w:pPr>
        <w:jc w:val="right"/>
      </w:pPr>
      <w:r>
        <w:t>ضرور ہوگا، ضرور ہوگا، ضرور ہوگا۔ چنانچہ ہندو لوگوں نے ریٹیلیٹ کیا، ادھر سے انہوں نے یہ حرکت کی، انہوں نے دوسری حرکت کی اور اتنا زبردست آپس میں نفرت بڑھی، اتنا پرابلم ہوا کہ سارے کہ کہ انہوں نے خوف خوف مسلمانوں کو مارا۔</w:t>
      </w:r>
    </w:p>
    <w:p>
      <w:r>
        <w:rPr>
          <w:b/>
        </w:rPr>
        <w:t xml:space="preserve">[15:35] </w:t>
      </w:r>
      <w:r>
        <w:t>to that was case of retaliation, case of reaction. To hadith mein khud yeh lafz hai ke bidihem, yani khud apne hath se aisa feal karenge, woh jis ka saza bhugtenge.</w:t>
      </w:r>
    </w:p>
    <w:p>
      <w:pPr>
        <w:jc w:val="right"/>
      </w:pPr>
      <w:r>
        <w:t>تو دیٹ واز کیس اف ریٹیلیشن، کیس اف ری ایکشن۔ تو حدیث میں خود یہ لفظ ہے کہ بیدیہم، یعنی خود اپنے ہاتھ سے ایسا فعل کریں گے، وہ جس کا سزا بھگتیں گے۔</w:t>
      </w:r>
    </w:p>
    <w:p>
      <w:r>
        <w:rPr>
          <w:b/>
        </w:rPr>
        <w:t xml:space="preserve">[15:53] </w:t>
      </w:r>
      <w:r>
        <w:t>bahut hi sahi lafz hai ke bidihem, khud apne hath ke kiye ka anjam bhugtenge. Isi liye main kehta hoon ke jitne waqeat hote hain, woh sab retaliation ke waqeat hote hain.</w:t>
      </w:r>
    </w:p>
    <w:p>
      <w:pPr>
        <w:jc w:val="right"/>
      </w:pPr>
      <w:r>
        <w:t>بہت ہی صحیح لفظ ہے کہ بیدیہم، خود اپنے ہاتھ کے کیے کا انجام بھگتیں گے۔ اسی لیے میں کہتا ہوں کہ جتنے واقعات ہوتے ہیں، وہ سب ریٹیلیشن کے واقعات ہوتے ہیں۔</w:t>
      </w:r>
    </w:p>
    <w:p>
      <w:r>
        <w:rPr>
          <w:b/>
        </w:rPr>
        <w:t xml:space="preserve">[16:10] </w:t>
      </w:r>
      <w:r>
        <w:t>ab dekhiye, jo yeh baat aayi hai ke musalman ummat barhma hain to yaad rakhiye, yeh kisi fazilat ki bina par nahi hai, yeh koi fazilat ki baat nahi hai, hargiz nahi.</w:t>
      </w:r>
    </w:p>
    <w:p>
      <w:pPr>
        <w:jc w:val="right"/>
      </w:pPr>
      <w:r>
        <w:t>اب دیکھیے، جو یہ بات آئی ہے کہ مسلمان امت برہما ہیں تو یاد رکھیے، یہ کسی فضیلت کی بنا پر نہیں ہے، یہ کوئی فضیلت کی بات نہیں ہے، ہرگز نہیں۔</w:t>
      </w:r>
    </w:p>
    <w:p>
      <w:r>
        <w:rPr>
          <w:b/>
        </w:rPr>
        <w:t xml:space="preserve">[16:24] </w:t>
      </w:r>
      <w:r>
        <w:t>yeh is liye hai ke Allah taala ne jo Quran bheja hai, jo hidayat bheji hai aakhri rasool ke zariye, us ko mehfooz halaat mein baqi rehna hai hamesha qayamat tak.</w:t>
      </w:r>
    </w:p>
    <w:p>
      <w:pPr>
        <w:jc w:val="right"/>
      </w:pPr>
      <w:r>
        <w:t>یہ اس لیے ہے کہ اللہ تعالیٰ نے جو قرآن بھیجا ہے، جو ہدایت بھیجی ہے آخری رسول کے ذریعے، اس کو محفوظ حالات میں باقی رہنا ہے ہمیشہ قیامت تک۔</w:t>
      </w:r>
    </w:p>
    <w:p>
      <w:r>
        <w:rPr>
          <w:b/>
        </w:rPr>
        <w:t xml:space="preserve">[16:43] </w:t>
      </w:r>
      <w:r>
        <w:t>kyunke agar woh mehfooz na rahe to authentic source koi baqi nahi rahega Allah ki guidance ko janne ka.</w:t>
      </w:r>
    </w:p>
    <w:p>
      <w:pPr>
        <w:jc w:val="right"/>
      </w:pPr>
      <w:r>
        <w:t>کیونکہ اگر وہ محفوظ نہ رہے تو اتھینٹک سورس کوئی باقی نہیں رہے گا اللہ کی گارڈنس کو جاننے کا۔</w:t>
      </w:r>
    </w:p>
    <w:p>
      <w:r>
        <w:rPr>
          <w:b/>
        </w:rPr>
        <w:t xml:space="preserve">[16:56] </w:t>
      </w:r>
      <w:r>
        <w:t>to qayamat tak Allah ka kalam, jo authentic source hai, authentic source hai, us ka baqi rehna Allah ko matloob hai.</w:t>
      </w:r>
    </w:p>
    <w:p>
      <w:pPr>
        <w:jc w:val="right"/>
      </w:pPr>
      <w:r>
        <w:t>تو قیامت تک اللہ کا کلام، جو اتھینٹک سورس ہے، اتھینٹک سورس ہے، اس کا باقی رہنا اللہ کو مطلوب ہے۔</w:t>
      </w:r>
    </w:p>
    <w:p>
      <w:r>
        <w:rPr>
          <w:b/>
        </w:rPr>
        <w:t xml:space="preserve">[17:10] </w:t>
      </w:r>
      <w:r>
        <w:t>is liye ab woh baqi rahegi kisi ummat ke zariye se, musalman ke zariye se.</w:t>
      </w:r>
    </w:p>
    <w:p>
      <w:pPr>
        <w:jc w:val="right"/>
      </w:pPr>
      <w:r>
        <w:t>اس لیے اب وہ باقی رہے گی کسی امت کے ذریعے سے، مسلمان کے ذریعے سے۔</w:t>
      </w:r>
    </w:p>
    <w:p>
      <w:r>
        <w:rPr>
          <w:b/>
        </w:rPr>
        <w:t xml:space="preserve">[17:19] </w:t>
      </w:r>
      <w:r>
        <w:t>is liye yani for the sake of preservation of the Quran, fazilat ki bina par nahi, hargiz nahi.</w:t>
      </w:r>
    </w:p>
    <w:p>
      <w:pPr>
        <w:jc w:val="right"/>
      </w:pPr>
      <w:r>
        <w:t>اس لیے یعنی فار دا سیک اف پریزرویشن اف دا قرآن، فضیلت کی بنا پر نہیں، ہرگز نہیں۔</w:t>
      </w:r>
    </w:p>
    <w:p>
      <w:r>
        <w:rPr>
          <w:b/>
        </w:rPr>
        <w:t xml:space="preserve">[17:33] </w:t>
      </w:r>
      <w:r>
        <w:t>to is ka matlab yeh hai ke jab bhi koi waqea ho to musalmanon ko chahiye, musalman akhbarat, musalman leader, musalmanon ke so called experts persons,</w:t>
      </w:r>
    </w:p>
    <w:p>
      <w:pPr>
        <w:jc w:val="right"/>
      </w:pPr>
      <w:r>
        <w:t>تو اس کا معنی یہ ہے کہ جب بھی کوئی واقعہ ہو تو مسلمانوں کو چاہیے، مسلمان اخبارات، مسلمان لیڈر، مسلمانوں کے سو کالڈ ایکسپروس پرسنز،</w:t>
      </w:r>
    </w:p>
    <w:p>
      <w:r>
        <w:rPr>
          <w:b/>
        </w:rPr>
        <w:t xml:space="preserve">[17:48] </w:t>
      </w:r>
      <w:r>
        <w:t>unhein yeh shor nahi karna chahiye ke musalmanon pe zulm ho raha hai, hargiz nahi. Balkeh unhein yeh karna chahiye ke fasaad shuru kaise hua.</w:t>
      </w:r>
    </w:p>
    <w:p>
      <w:pPr>
        <w:jc w:val="right"/>
      </w:pPr>
      <w:r>
        <w:t>انہیں یہ شور نہیں کرنا چاہیے کہ مسلمانوں پہ ظلم ہو رہا ہے، ہرگز نہیں۔ بلکہ انہیں یہ کرنا چاہیے کہ فساد شروع کیسے ہوا۔</w:t>
      </w:r>
    </w:p>
    <w:p>
      <w:r>
        <w:rPr>
          <w:b/>
        </w:rPr>
        <w:t xml:space="preserve">[18:04] </w:t>
      </w:r>
      <w:r>
        <w:t>jaise aap ko yaad hoga, ek martaba Falasteen mein bombardment kiya tha Israel ne muslim abadi par to bada shor macha, bada shor macha.</w:t>
      </w:r>
    </w:p>
    <w:p>
      <w:pPr>
        <w:jc w:val="right"/>
      </w:pPr>
      <w:r>
        <w:t>جیسے آپ کو یاد ہوگا، ایک مرتبہ فلسطین میں بمبارمنٹ کیا تھا اسرائیل نے مسلم آبادی پر تو بڑا شور مچا، بڑا شور مچا۔</w:t>
      </w:r>
    </w:p>
    <w:p>
      <w:r>
        <w:rPr>
          <w:b/>
        </w:rPr>
        <w:t xml:space="preserve">[18:18] </w:t>
      </w:r>
      <w:r>
        <w:t>main ne is ke liye bahut se akhbarat padhe, news ke zariye jo hain, un ko padha to maloom hua ke jo wahan Falasteen ka jo area hai, Falasteen ka jo area hai,</w:t>
      </w:r>
    </w:p>
    <w:p>
      <w:pPr>
        <w:jc w:val="right"/>
      </w:pPr>
      <w:r>
        <w:t>میں نے اس کے لیے بہت سے اخبارات پڑھے، نیوز کے ذریعے جو ہیں، ان کو پڑھا تو معلوم ہوا کہ جو وہاں فلسطین کا جو ایریا ہے، فلسطین کا جو ایریا ہے،</w:t>
      </w:r>
    </w:p>
    <w:p>
      <w:r>
        <w:rPr>
          <w:b/>
        </w:rPr>
        <w:t xml:space="preserve">[18:33] </w:t>
      </w:r>
      <w:r>
        <w:t>woh wahan kuch Israeli faujiyon ko pa gaye, naujawanon ko aur un ko maar dala, khatam kar diya.</w:t>
      </w:r>
    </w:p>
    <w:p>
      <w:pPr>
        <w:jc w:val="right"/>
      </w:pPr>
      <w:r>
        <w:t>وہاں وہ کچھ اسرائیلی فوجیوں کو پا گئے، نوجوانوں کو اور ان کو مار ڈالا، ختم کر دیا۔</w:t>
      </w:r>
    </w:p>
    <w:p>
      <w:r>
        <w:rPr>
          <w:b/>
        </w:rPr>
        <w:t xml:space="preserve">[18:47] </w:t>
      </w:r>
      <w:r>
        <w:t>to unhon ne retaliate kiya, unhon ne, unhon ne hawa jahaz ke zariye bombari ki. To aap ko sikhana chahiye musalmanon ko ke tum aisi harkatein na karo,</w:t>
      </w:r>
    </w:p>
    <w:p>
      <w:pPr>
        <w:jc w:val="right"/>
      </w:pPr>
      <w:r>
        <w:t>تو انہوں نے ریٹیلیٹ کیا، انہوں نے، انہوں نے ہوا جہاز کے ذریعے بمباری کی۔ تو آپ کو سکھانا چاہیے مسلمانوں کو کہ تم ایسی حرکتیں نہ کرو،</w:t>
      </w:r>
    </w:p>
    <w:p>
      <w:r>
        <w:rPr>
          <w:b/>
        </w:rPr>
        <w:t xml:space="preserve">[19:01] </w:t>
      </w:r>
      <w:r>
        <w:t>warna retaliation hoga. Aur albadi azlam jo shar shuru kare, wahi zalim hai.</w:t>
      </w:r>
    </w:p>
    <w:p>
      <w:pPr>
        <w:jc w:val="right"/>
      </w:pPr>
      <w:r>
        <w:t>ورنہ ریٹیلیشن ہوگا۔ اور البادی ازلم جو شریک شروع کرے، وہی ظالم ہے۔</w:t>
      </w:r>
    </w:p>
    <w:p>
      <w:r>
        <w:rPr>
          <w:b/>
        </w:rPr>
        <w:t xml:space="preserve">[19:14] </w:t>
      </w:r>
      <w:r>
        <w:t>to main samajhta hoon ke bajaye zulm, zulm chalane ke, musalmanon ko ya muslim rehanumaon ko yeh karna chahiye ke Allah ki kitab ko khoob phailayen, Allah ki kitab ko khoob phailayen aur har zaban mein.</w:t>
      </w:r>
    </w:p>
    <w:p>
      <w:pPr>
        <w:jc w:val="right"/>
      </w:pPr>
      <w:r>
        <w:t>تو میں سمجھتا ہوں کہ بجائے ظلم، ظلم چلانے کے، مسلمانوں کو یا مسلم رہنماؤں کو یہ کرنا چاہیے کہ اللہ کی کتاب کو خوب پھیلائیں، اللہ کی کتاب کو خوب پھیلائیں اور ہر زبان میں۔</w:t>
      </w:r>
    </w:p>
    <w:p>
      <w:r>
        <w:rPr>
          <w:b/>
        </w:rPr>
        <w:t xml:space="preserve">[19:33] </w:t>
      </w:r>
      <w:r>
        <w:t>kyunke agar sirf arabi mein aap ja ke masjidon mein rakh dein to yeh shar kaam nahi chalega. Aaj kal kya hai, beshumar million billion copyan chhapi ja rahi hain arabi mein, ab woh ghar ghar pahunchaya ja raha hai.</w:t>
      </w:r>
    </w:p>
    <w:p>
      <w:pPr>
        <w:jc w:val="right"/>
      </w:pPr>
      <w:r>
        <w:t>کیونکہ اگر صرف عربی میں آپ جا کے مسجدوں میں رکھ دیں تو یہ شر کام نہیں چلے گا۔ آج کل کیا ہے، بے شمار ملین بلین کاپیاں چھاپی جا رہی ہیں عربی میں، اب وہ گھر گھر پہنچایا جا رہا ہے۔</w:t>
      </w:r>
    </w:p>
    <w:p>
      <w:r>
        <w:rPr>
          <w:b/>
        </w:rPr>
        <w:t xml:space="preserve">[19:49] </w:t>
      </w:r>
      <w:r>
        <w:t>is se nahi ho sakta. Aap ko Quran ka understandable tarjuma tayyar karna hoga har zaban mein aur us ko logon ke liye easily bhi available banana hoga.</w:t>
      </w:r>
    </w:p>
    <w:p>
      <w:pPr>
        <w:jc w:val="right"/>
      </w:pPr>
      <w:r>
        <w:t>اس سے نہیں ہو سکتا۔ آپ کو قرآن کا انڈر انڈرسٹینڈیبل ترجمہ تیار کرنا ہوگا ہر زبان میں اور اس کو لوگوں کے لیے ایزیلی بھی اویلیبل بنانا ہوگا۔</w:t>
      </w:r>
    </w:p>
    <w:p>
      <w:r>
        <w:rPr>
          <w:b/>
        </w:rPr>
        <w:t xml:space="preserve">[20:06] </w:t>
      </w:r>
      <w:r>
        <w:t>to musalman bhi jaane aur non muslim bhi jaane ke Quran mein kya likha hua hai, apni zaban mein padh ke jaane, tab yeh trend khatam ho sakta hai.</w:t>
      </w:r>
    </w:p>
    <w:p>
      <w:pPr>
        <w:jc w:val="right"/>
      </w:pPr>
      <w:r>
        <w:t>تو مسلمان بھی جانے اور نان مسلم بھی جانے کہ قرآن میں کیا لکھا ہوا ہے، اپنی زبان میں پڑھ کے جانے، تب یہ ٹرینڈ ختم ہو سکتا ہے۔</w:t>
      </w:r>
    </w:p>
    <w:p>
      <w:r>
        <w:rPr>
          <w:b/>
        </w:rPr>
        <w:t xml:space="preserve">[20:22] </w:t>
      </w:r>
      <w:r>
        <w:t>meri, main ne is par baqayda research ki hai. Islamophobia bilkul baseless baat hai, koi phobia nahi. Jis ko dekhiye, Islamophobia ki baat karta hai, musalman mazloom hain, us ki baat karta hai,</w:t>
      </w:r>
    </w:p>
    <w:p>
      <w:pPr>
        <w:jc w:val="right"/>
      </w:pPr>
      <w:r>
        <w:t>میری، میں نے اس پر باقاعدہ ریسرچ کی ہے۔ اسلامو فوبیا بالکل بیس لیس بات ہے، کوئی فوبیا نہیں۔ جس کو دیکھیے، اسلامو فوبیا کی بات کرتا ہے، مسلمان مظلوم ہیں، اس کی بات کرتا ہے،</w:t>
      </w:r>
    </w:p>
    <w:p>
      <w:r>
        <w:rPr>
          <w:b/>
        </w:rPr>
        <w:t xml:space="preserve">[20:37] </w:t>
      </w:r>
      <w:r>
        <w:t>musalman under siege hain, us ki baat karta hai. Sare log isi tarah ki bataye baatein karte hain, kitab chhapte hain. Aisi kitaben sab ki sab baseless hain, aisi har kitab baseless hai jo yeh batati hai ke musalmanon pe zulm ho raha hai,</w:t>
      </w:r>
    </w:p>
    <w:p>
      <w:pPr>
        <w:jc w:val="right"/>
      </w:pPr>
      <w:r>
        <w:t>مسلمان انڈر سیز ہیں، اس کی بات کرتا ہے۔ سارے لوگ اسی طرح کی بتائے باتیں کرتے ہیں، کتاب چھاپتے ہیں۔ ایسی کتابیں سب کی سب بیس لیس ہیں، ایسی ہر کتاب بیس لیس ہے جو یہ بتاتی ہے کہ مسلمانوں پہ ظلم ہو رہا ہے،</w:t>
      </w:r>
    </w:p>
    <w:p>
      <w:r>
        <w:rPr>
          <w:b/>
        </w:rPr>
        <w:t xml:space="preserve">[20:54] </w:t>
      </w:r>
      <w:r>
        <w:t>koi is ki haqeeqat nahi hai. Kyunke jab Allah ne logon ka hath pakad rakhe hain to kaise, kaise zulm kar sakte hain?</w:t>
      </w:r>
    </w:p>
    <w:p>
      <w:pPr>
        <w:jc w:val="right"/>
      </w:pPr>
      <w:r>
        <w:t>کوئی اس کی حقیقت نہیں ہے۔ کیونکہ جب اللہ نے لوگوں کا ہاتھ پکڑ رکھے ہیں تو کیسے، کیسے ظلم کر سکتے ہیں؟</w:t>
      </w:r>
    </w:p>
    <w:p>
      <w:r>
        <w:rPr>
          <w:b/>
        </w:rPr>
        <w:t xml:space="preserve">[21:03] </w:t>
      </w:r>
      <w:r>
        <w:t>woh kaise kar sakte hain? Aur yeh Allah ki maslehat hai ke logon ka hath pakda jaye taake Quran jo authentic book hai aur ek hi zariya hai authentic guidance maloom karne ka, woh kitab koi is ko jo hamil hai,</w:t>
      </w:r>
    </w:p>
    <w:p>
      <w:pPr>
        <w:jc w:val="right"/>
      </w:pPr>
      <w:r>
        <w:t>وہ کیسے کر سکتے ہیں؟ اور یہ اللہ کی مصلحت ہے کہ لوگوں کا ہاتھ پکڑا جائے تاکہ قرآن جو اتھینٹک بک ہے اور ایک ہی ذریعہ ہے اتھینٹک گارڈنس معلوم کرنے کا، وہ کتاب کوئی اس کو جو حامل ہے،</w:t>
      </w:r>
    </w:p>
    <w:p>
      <w:r>
        <w:rPr>
          <w:b/>
        </w:rPr>
        <w:t xml:space="preserve">[21:31] </w:t>
      </w:r>
      <w:r>
        <w:t>is ke hamel ko mehfooz karna hoga.</w:t>
      </w:r>
    </w:p>
    <w:p>
      <w:pPr>
        <w:jc w:val="right"/>
      </w:pPr>
      <w:r>
        <w:t>اس کے حامل کو محفوظ کرنا ہوگا۔</w:t>
      </w:r>
    </w:p>
    <w:p>
      <w:r>
        <w:rPr>
          <w:b/>
        </w:rPr>
        <w:t xml:space="preserve">[21:37] </w:t>
      </w:r>
      <w:r>
        <w:t>to yeh kaam karne ka hai aur asal jo kaam karne ka hai ke wahi ke aap hamel-e-kitab banein, kitab phailane wale banein,</w:t>
      </w:r>
    </w:p>
    <w:p>
      <w:pPr>
        <w:jc w:val="right"/>
      </w:pPr>
      <w:r>
        <w:t>تو یہ کام کرنے کا ہے اور اصل جو کام کرنے کا ہے کہ وہی کہ آپ حامل کتاب بنیں، کتاب پھیلانے والے بنیں،</w:t>
      </w:r>
    </w:p>
    <w:p>
      <w:r>
        <w:rPr>
          <w:b/>
        </w:rPr>
        <w:t xml:space="preserve">[21:52] </w:t>
      </w:r>
      <w:r>
        <w:t>kitab ko logon ki understandable zaban mein sari dunya mein phailayein.</w:t>
      </w:r>
    </w:p>
    <w:p>
      <w:pPr>
        <w:jc w:val="right"/>
      </w:pPr>
      <w:r>
        <w:t>کتاب کو لوگوں کی انڈرسٹینڈیبل زبان میں ساری دنیا میں پھیلائیں۔</w:t>
      </w:r>
    </w:p>
    <w:p>
      <w:r>
        <w:rPr>
          <w:b/>
        </w:rPr>
        <w:t xml:space="preserve">[22:02] </w:t>
      </w:r>
      <w:r>
        <w:t>jab yeh dekhiye, musalmanon ko mind of mission kaise se jab tayyar karenge to woh yeh kaam karenge nahi ke aisa kaam karein jo log is ko retaliation karein.</w:t>
      </w:r>
    </w:p>
    <w:p>
      <w:pPr>
        <w:jc w:val="right"/>
      </w:pPr>
      <w:r>
        <w:t>جب یہ دیکھیے، مسلمانوں کو مائنڈ اف مشن کیسے سے جب تیار کریں گے تو وہ یہ کام کریں گے نہیں کہ ایسا کام کریں جو لوگ اس کو ریٹیلیشن کریں۔</w:t>
      </w:r>
    </w:p>
    <w:p>
      <w:r>
        <w:rPr>
          <w:b/>
        </w:rPr>
        <w:t xml:space="preserve">[22:19] </w:t>
      </w:r>
      <w:r>
        <w:t>asal baat yeh hai ke musalmanon ko musalman bhool gaye hain ke woh men of mission hai. jar jar yahan hai, jar yahan hai ke musalman is baat ko bhool gaye hain ke woh people of mission hain.</w:t>
      </w:r>
    </w:p>
    <w:p>
      <w:pPr>
        <w:jc w:val="right"/>
      </w:pPr>
      <w:r>
        <w:t>اصل بات یہ ہے کہ مسلمانوں کو مسلمان بھول گئے ہیں کہ وہ مائنڈ اف مشن ہے۔ جڑ جڑ یہاں ہے، جڑ یہاں ہے کہ مسلمان اس بات کو بھول گئے ہیں کہ وہ پیپل اف مشن ہیں۔</w:t>
      </w:r>
    </w:p>
    <w:p>
      <w:r>
        <w:rPr>
          <w:b/>
        </w:rPr>
        <w:t xml:space="preserve">[22:36] </w:t>
      </w:r>
      <w:r>
        <w:t>dekhiye, jo mission ka aadmi hota hai, woh kabhi bhi pathar nahi marega, bomb nahi marega, gun nahi chalayega kyunke is ko to apna mission phailana hai, is ko peace chahiye.</w:t>
      </w:r>
    </w:p>
    <w:p>
      <w:pPr>
        <w:jc w:val="right"/>
      </w:pPr>
      <w:r>
        <w:t>دیکھیے، جو مشن کا آدمی ہوتا ہے، وہ کبھی بھی پتھر نہیں مارے گا، بم نہیں مارے گا، گن نہیں چلائے گا کیونکہ اس کو تو اپنا مشن پھیلانا ہے، اس کو پیس چاہیے۔</w:t>
      </w:r>
    </w:p>
    <w:p>
      <w:r>
        <w:rPr>
          <w:b/>
        </w:rPr>
        <w:t xml:space="preserve">[22:55] </w:t>
      </w:r>
      <w:r>
        <w:t>mind of mission jo hoga, is ko peace chahiye.</w:t>
      </w:r>
    </w:p>
    <w:p>
      <w:pPr>
        <w:jc w:val="right"/>
      </w:pPr>
      <w:r>
        <w:t>مائنڈ اف مشن جو ہوگا، اس کو پیس چاہیے۔</w:t>
      </w:r>
    </w:p>
    <w:p>
      <w:r>
        <w:rPr>
          <w:b/>
        </w:rPr>
        <w:t xml:space="preserve">[23:00] </w:t>
      </w:r>
      <w:r>
        <w:t>woh afford nahi kar sakta ke ke hate phailay aur</w:t>
      </w:r>
    </w:p>
    <w:p>
      <w:pPr>
        <w:jc w:val="right"/>
      </w:pPr>
      <w:r>
        <w:t>وہ افورڈ نہیں کر سکتا کہ کہ ہیٹ پھیلے اور</w:t>
      </w:r>
    </w:p>
    <w:p>
      <w:r>
        <w:rPr>
          <w:b/>
        </w:rPr>
        <w:t xml:space="preserve">[23:13] </w:t>
      </w:r>
      <w:r>
        <w:t>intolerance phailay, larai phailay, woh afford nahi kar sakta. to jar ki baat yeh hai ke musalmanon ko</w:t>
      </w:r>
    </w:p>
    <w:p>
      <w:pPr>
        <w:jc w:val="right"/>
      </w:pPr>
      <w:r>
        <w:t>ان ٹالرنس پھیلے، لڑائی پھیلے، وہ افورڈ نہیں کر سکتا۔ تو جڑ کی بات یہ ہے کہ مسلمانوں کو</w:t>
      </w:r>
    </w:p>
    <w:p>
      <w:r>
        <w:rPr>
          <w:b/>
        </w:rPr>
        <w:t xml:space="preserve">[23:25] </w:t>
      </w:r>
      <w:r>
        <w:t>is hesiyat se revive kiya kiya jaye ke woh jaanein ke woh people of mission hain, people of mission hain.</w:t>
      </w:r>
    </w:p>
    <w:p>
      <w:pPr>
        <w:jc w:val="right"/>
      </w:pPr>
      <w:r>
        <w:t>اس حیثیت سے ریوائیو کیا کیا جائے کہ وہ جانیں کہ وہ پیپل اف مشن ہیں، پیپل اف مشن ہیں۔</w:t>
      </w:r>
    </w:p>
    <w:p>
      <w:r>
        <w:rPr>
          <w:b/>
        </w:rPr>
        <w:t xml:space="preserve">[23:38] </w:t>
      </w:r>
      <w:r>
        <w:t>jis tarah se aap jante hain ke jo business community hai, is ko gahaak chahiye. gahaak ke baghair daira ki business chalega nahi.</w:t>
      </w:r>
    </w:p>
    <w:p>
      <w:pPr>
        <w:jc w:val="right"/>
      </w:pPr>
      <w:r>
        <w:t>جس طریقے سے آپ جانتے ہیں کہ جو بزنس کمیونٹی ہے، اس کو گاہک چاہیے۔ گاہک کے بغیر دائرے کی بزنس چلے گا نہیں۔</w:t>
      </w:r>
    </w:p>
    <w:p>
      <w:r>
        <w:rPr>
          <w:b/>
        </w:rPr>
        <w:t xml:space="preserve">[23:49] </w:t>
      </w:r>
      <w:r>
        <w:t>to business community ka ek ek accepted formula kya hai? customer is always right. business community ka ek accepted formula hai:</w:t>
      </w:r>
    </w:p>
    <w:p>
      <w:pPr>
        <w:jc w:val="right"/>
      </w:pPr>
      <w:r>
        <w:t>تو بزنس کمیونٹی کا ایک ایک ایکسیپٹڈ فارمولا کیا ہے؟ کسٹمر از الویز رائٹ۔ بزنس کمیونٹی کا ایک ایکسیپٹڈ فارمولا ہے:</w:t>
      </w:r>
    </w:p>
    <w:p>
      <w:r>
        <w:rPr>
          <w:b/>
        </w:rPr>
        <w:t xml:space="preserve">[24:03] </w:t>
      </w:r>
      <w:r>
        <w:t>customer is always right. is ka matlab, is ka matlab kya hai? customer is always right ka matlab kya hai?</w:t>
      </w:r>
    </w:p>
    <w:p>
      <w:pPr>
        <w:jc w:val="right"/>
      </w:pPr>
      <w:r>
        <w:t>کسٹمر از الویز رائٹ۔ اس کا مطلب، اس کا مطلب کیا ہے؟ کسٹمر از الویز رائٹ کا مطلب کیا ہے؟</w:t>
      </w:r>
    </w:p>
    <w:p>
      <w:r>
        <w:rPr>
          <w:b/>
        </w:rPr>
        <w:t xml:space="preserve">[24:14] </w:t>
      </w:r>
      <w:r>
        <w:t>business community ne yeh tay kar rakha hai ke unhein</w:t>
      </w:r>
    </w:p>
    <w:p>
      <w:pPr>
        <w:jc w:val="right"/>
      </w:pPr>
      <w:r>
        <w:t>بزنس کمیونٹی نے یہ طے کر رکھا ہے کہ انہیں</w:t>
      </w:r>
    </w:p>
    <w:p>
      <w:r>
        <w:rPr>
          <w:b/>
        </w:rPr>
        <w:t xml:space="preserve">[24:26] </w:t>
      </w:r>
      <w:r>
        <w:t>unilateral tor par yak tarafah, yak tarafah tor par peaceful rehna hai. customer is always right ka matlab yeh hai ke business community ne unilateral tor par yeh zimmedari le rakhi hai ke woh customer ko bharkayenge nahi, customer par ziyadti nahi karenge,</w:t>
      </w:r>
    </w:p>
    <w:p>
      <w:pPr>
        <w:jc w:val="right"/>
      </w:pPr>
      <w:r>
        <w:t>یونی لیٹرل طور پر یک طرفہ، یک طرفہ طور پر پیس فل رہنا ہے۔ کسٹمر از الویز رائٹ کا مطلب یہ ہے کہ بزنس کمیونٹی نے یونی لیٹرل طور پر یہ ذمہ داری لے رکھی ہے کہ وہ کسٹمر کو بھڑکائیں گے نہیں، کسٹمر پر زیادتی نہیں کریں گے،</w:t>
      </w:r>
    </w:p>
    <w:p>
      <w:r>
        <w:rPr>
          <w:b/>
        </w:rPr>
        <w:t xml:space="preserve">[24:51] </w:t>
      </w:r>
      <w:r>
        <w:t>customer ko ghussa nahi dilayenge taake un ka business chalta rahe. normalcy ko hamesha baqi rakhenge.</w:t>
      </w:r>
    </w:p>
    <w:p>
      <w:pPr>
        <w:jc w:val="right"/>
      </w:pPr>
      <w:r>
        <w:t>کسٹمر کو غصہ نہیں دلائیں گے تاکہ ان کا بزنس چلتا رہے۔ نارمسی کو ہمیشہ باقی رکھیں گے۔</w:t>
      </w:r>
    </w:p>
    <w:p>
      <w:r>
        <w:rPr>
          <w:b/>
        </w:rPr>
        <w:t xml:space="preserve">[25:09] </w:t>
      </w:r>
      <w:r>
        <w:t>to musalmanon ko bhi yahi formula pakadna hai ke modi is always right, modo is always right.</w:t>
      </w:r>
    </w:p>
    <w:p>
      <w:pPr>
        <w:jc w:val="right"/>
      </w:pPr>
      <w:r>
        <w:t>تو مسلمانوں کو بھی یہی فارمولا پکڑنا ہے کہ مودی از الویز رائٹ، مودو از الویز رائٹ۔</w:t>
      </w:r>
    </w:p>
    <w:p>
      <w:r>
        <w:rPr>
          <w:b/>
        </w:rPr>
        <w:t xml:space="preserve">[25:20] </w:t>
      </w:r>
      <w:r>
        <w:t>musalman dahi hain aur doosre tamam log un ke madu hain. yeh dahi madu ka taluq hai. to dahi ko haq nahi ke woh kahe ke yeh zalim hai.</w:t>
      </w:r>
    </w:p>
    <w:p>
      <w:pPr>
        <w:jc w:val="right"/>
      </w:pPr>
      <w:r>
        <w:t>مسلمان داعی ہیں اور دوسرے تمام لوگ ان کے مدعو ہیں۔ یہ داعی مدعو کا تعلق ہے۔ تو داعی کو حق نہیں کہ وہ کہے کہ یہ ظالم ہے۔</w:t>
      </w:r>
    </w:p>
    <w:p>
      <w:r>
        <w:rPr>
          <w:b/>
        </w:rPr>
        <w:t xml:space="preserve">[25:36] </w:t>
      </w:r>
      <w:r>
        <w:t>nahi, hargiz nahi. dahi ko yak tarafah tor par yeh wazaif lena hai ke mahol mein aman qaim rahe, normalcy qaim rahe,</w:t>
      </w:r>
    </w:p>
    <w:p>
      <w:pPr>
        <w:jc w:val="right"/>
      </w:pPr>
      <w:r>
        <w:t>نہیں، ہرگز نہیں۔ داعی کو یکطرفہ طور پر یہ وظائف لینا ہے کہ ماحول میں امن قائم رہے، نارمسی قائم رہے،</w:t>
      </w:r>
    </w:p>
    <w:p>
      <w:r>
        <w:rPr>
          <w:b/>
        </w:rPr>
        <w:t xml:space="preserve">[25:51] </w:t>
      </w:r>
      <w:r>
        <w:t>peace ka mahol qaim rahe. tab ja ke dawat ka kaam hoga. to</w:t>
      </w:r>
    </w:p>
    <w:p>
      <w:pPr>
        <w:jc w:val="right"/>
      </w:pPr>
      <w:r>
        <w:t>پیس کا ماحول قائم رہے۔ تب جا کے دعوت کا کام ہوگا۔ تو</w:t>
      </w:r>
    </w:p>
    <w:p>
      <w:r>
        <w:rPr>
          <w:b/>
        </w:rPr>
        <w:t xml:space="preserve">[26:01] </w:t>
      </w:r>
      <w:r>
        <w:t>jab tak musalman</w:t>
      </w:r>
    </w:p>
    <w:p>
      <w:pPr>
        <w:jc w:val="right"/>
      </w:pPr>
      <w:r>
        <w:t>جب تک مسلمان</w:t>
      </w:r>
    </w:p>
    <w:p>
      <w:r>
        <w:rPr>
          <w:b/>
        </w:rPr>
        <w:t xml:space="preserve">[26:05] </w:t>
      </w:r>
      <w:r>
        <w:t>ko aap yeh nahi karenge ke un ko people of mission ke aise zinda rehne ke liye tayyar karein, people of mission rehne ka matlab yeh hai ke peaceful mahol qaim kar rakha hai, logon ko bharkayein nahi,</w:t>
      </w:r>
    </w:p>
    <w:p>
      <w:pPr>
        <w:jc w:val="right"/>
      </w:pPr>
      <w:r>
        <w:t>کو آپ یہ نہیں کریں گے کہ ان کو پیپل اف مشن کے ایسے زندہ رہنے کے لیے تیار کریں، پیپل اف مشن رہنے کا مطلب یہ ہے کہ پیس فل ماحول قائم کر رکھا ہے، لوگوں کو بھڑکائیں نہیں،</w:t>
      </w:r>
    </w:p>
    <w:p>
      <w:r>
        <w:rPr>
          <w:b/>
        </w:rPr>
        <w:t xml:space="preserve">[26:22] </w:t>
      </w:r>
      <w:r>
        <w:t>logon ko pathar na marein, to normalcy qaim rahegi, peaceful ka mahol rahega. tab dawat ka kaam anjam pata rahega.</w:t>
      </w:r>
    </w:p>
    <w:p>
      <w:pPr>
        <w:jc w:val="right"/>
      </w:pPr>
      <w:r>
        <w:t>لوگوں کو پتھر نہ ماریں، تو نارمسی قائم رہے گی، پیس فل کا ماحول رہے گا۔ تب دعوت کا کام انجام پاتا رہے گا۔</w:t>
      </w:r>
    </w:p>
    <w:p>
      <w:r>
        <w:rPr>
          <w:b/>
        </w:rPr>
        <w:t xml:space="preserve">[26:35] </w:t>
      </w:r>
      <w:r>
        <w:t>to peace jo hai, peace jo hai, dahi qaum ki yani muslim qaum ki ke lazmi zaroorat hai kyunke baghair peace ke dawat kaam ho nahi sakta.</w:t>
      </w:r>
    </w:p>
    <w:p>
      <w:pPr>
        <w:jc w:val="right"/>
      </w:pPr>
      <w:r>
        <w:t>تو پیس جو ہے، پیس جو ہے، داعی قوم کی یعنی مسلم قوم کی کہ لازمی ضرورت ہے کیونکہ بغیر پیس کے دعوت کام ہو نہیں سکتا۔</w:t>
      </w:r>
    </w:p>
    <w:p>
      <w:r>
        <w:rPr>
          <w:b/>
        </w:rPr>
        <w:t xml:space="preserve">[26:59] </w:t>
      </w:r>
      <w:r>
        <w:t>to musalman dahi hone ki hesiyat se yeh haq nahi rakhta ke yeh chalayein ke zulm ho raha, zulm ho raha, zulm ho raha.</w:t>
      </w:r>
    </w:p>
    <w:p>
      <w:pPr>
        <w:jc w:val="right"/>
      </w:pPr>
      <w:r>
        <w:t>تو مسلمان داعی ہونے کی حیثیت سے یہ حق نہیں رکھتا کہ یہ چلائیں کہ ظلم ہو رہا، ظلم ہو رہا، ظلم ہو رہا۔</w:t>
      </w:r>
    </w:p>
    <w:p>
      <w:r>
        <w:rPr>
          <w:b/>
        </w:rPr>
        <w:t xml:space="preserve">[27:09] </w:t>
      </w:r>
      <w:r>
        <w:t>zulm ki jar ko khatm kijiye aur is ki zimmedari, zimmedari lijiye ke aap dunya mein peace qaim karenge.</w:t>
      </w:r>
    </w:p>
    <w:p>
      <w:pPr>
        <w:jc w:val="right"/>
      </w:pPr>
      <w:r>
        <w:t>ظلم کی جڑ کو ختم کیجئے اور اس کی ذمہ داری، ذمہ داری لیجئے کہ آپ دنیا میں پیس قائم کریں گے۔</w:t>
      </w:r>
    </w:p>
    <w:p>
      <w:r>
        <w:rPr>
          <w:b/>
        </w:rPr>
        <w:t xml:space="preserve">[27:20] </w:t>
      </w:r>
      <w:r>
        <w:t>chahe sabr karna pare, chahe bardasht karna pare, kuch bhi karna pare, lekin peace ko qaim karenge.</w:t>
      </w:r>
    </w:p>
    <w:p>
      <w:pPr>
        <w:jc w:val="right"/>
      </w:pPr>
      <w:r>
        <w:t>چاہے صبر کرنا پڑے، چاہے برداشت کرنا پڑے، کچھ بھی کرنا پڑے، لیکن پیس کو قائم کریں گے۔</w:t>
      </w:r>
    </w:p>
    <w:p>
      <w:r>
        <w:rPr>
          <w:b/>
        </w:rPr>
        <w:t xml:space="preserve">[27:34] </w:t>
      </w:r>
      <w:r>
        <w:t>ek qissa maine is se pehle shayad saath bataya tha ke purani dilli mein jahan musalman kafi rehte hain, to wahan ek hindu ne kapde ki dukan kholi.</w:t>
      </w:r>
    </w:p>
    <w:p>
      <w:pPr>
        <w:jc w:val="right"/>
      </w:pPr>
      <w:r>
        <w:t>ایک قصہ میں نے اس سے پہلے شاید ساتھ بتایا تھا کہ پرانی دلی میں جہاں مسلمان کافی رہتے ہیں، تو وہاں ایک ہندو نے کپڑے کی دکان کھولی۔</w:t>
      </w:r>
    </w:p>
    <w:p>
      <w:r>
        <w:rPr>
          <w:b/>
        </w:rPr>
        <w:t xml:space="preserve">[27:53] </w:t>
      </w:r>
      <w:r>
        <w:t>kapde ki dukan kholi to ek musalman wahan aa ke baithne lage, ek musalman wahan aa ke baithne lage aur jo un ki shikayatein thin musalmanon se, wahan lage bayan karne:</w:t>
      </w:r>
    </w:p>
    <w:p>
      <w:pPr>
        <w:jc w:val="right"/>
      </w:pPr>
      <w:r>
        <w:t>کپڑے کی دکان کھولی تو ایک مسلمان وہاں آ کے بیٹھنے لگے، ایک مسلمان وہاں آ کے بیٹھنے لگے اور جو ان کی شکایتیں تھیں مسلمانوں سے، وہاں لگے بیان کرنے:</w:t>
      </w:r>
    </w:p>
    <w:p>
      <w:r>
        <w:rPr>
          <w:b/>
        </w:rPr>
        <w:t xml:space="preserve">[28:07] </w:t>
      </w:r>
      <w:r>
        <w:t>falan musalman aisa hai, falan musalman aisa hai. to jo hindu dukandar tha,</w:t>
      </w:r>
    </w:p>
    <w:p>
      <w:pPr>
        <w:jc w:val="right"/>
      </w:pPr>
      <w:r>
        <w:t>فلاں مسلمان ایسا ہے، فلاں مسلمان ایسا ہے۔ تو جو ہندو دکاندار تھا،</w:t>
      </w:r>
    </w:p>
    <w:p>
      <w:r>
        <w:rPr>
          <w:b/>
        </w:rPr>
        <w:t xml:space="preserve">[28:16] </w:t>
      </w:r>
      <w:r>
        <w:t>ek din wo hath jod ke khada ho gaya, jaisa ke hindu logon ka tareeqa hai, hath jod ke khada ho gaya. us ne kaha ke bhai sahab, aap yeh sab baatein yahan hamari dukan mein mat kijiye,</w:t>
      </w:r>
    </w:p>
    <w:p>
      <w:pPr>
        <w:jc w:val="right"/>
      </w:pPr>
      <w:r>
        <w:t>ایک دن وہ ہاتھ جوڑ کے کھڑا ہو گیا، جیسا کہ ہندو لوگوں کا طریقہ ہے، ہاتھ جوڑ کے کھڑا ہو گیا۔ اس نے کہا کہ بھائی صاحب، آپ یہ سب باتیں یہاں ہماری دکان میں مت کیجئے،</w:t>
      </w:r>
    </w:p>
    <w:p>
      <w:r>
        <w:rPr>
          <w:b/>
        </w:rPr>
        <w:t xml:space="preserve">[28:31] </w:t>
      </w:r>
      <w:r>
        <w:t>musalmanon ki shikayatein, musalmanon ke khilaf nafrat ki baatein mat kijiye</w:t>
      </w:r>
    </w:p>
    <w:p>
      <w:pPr>
        <w:jc w:val="right"/>
      </w:pPr>
      <w:r>
        <w:t>مسلمانوں کی شکایتیں، مسلمانوں کے خلاف نفرت کی باتیں مت کیجئے</w:t>
      </w:r>
    </w:p>
    <w:p>
      <w:r>
        <w:rPr>
          <w:b/>
        </w:rPr>
        <w:t xml:space="preserve">[28:39] </w:t>
      </w:r>
      <w:r>
        <w:t>kyun ke yeh log hamare gahaak hain jin ki aap shikayatein karte hain yahan baith kar ke. yeh log hamare gahaak hain.</w:t>
      </w:r>
    </w:p>
    <w:p>
      <w:pPr>
        <w:jc w:val="right"/>
      </w:pPr>
      <w:r>
        <w:t>کیونکہ یہ لوگ ہمارے گاہک ہیں جن کی آپ شکایتیں کرتے ہیں یہاں بیٹھ کر کے۔ یہ لوگ ہمارے گاہک ہیں۔</w:t>
      </w:r>
    </w:p>
    <w:p>
      <w:r>
        <w:rPr>
          <w:b/>
        </w:rPr>
        <w:t xml:space="preserve">[28:50] </w:t>
      </w:r>
      <w:r>
        <w:t>agar gahaak ke khilaf hamare dil mein nafrat aa jaye to hamara business to khatm ho jayega. yahi mizaj hona chahiye musalmanon ke andar ke doosri qaumon ke khilaf woh nafrat ko afford na karein, afford na karein, afford na karein.</w:t>
      </w:r>
    </w:p>
    <w:p>
      <w:pPr>
        <w:jc w:val="right"/>
      </w:pPr>
      <w:r>
        <w:t>اگر گاہک کے خلاف ہمارے دل میں نفرت آ جائے تو ہمارا بزنس تو ختم ہو جائے گا۔ یہی مزاج ہونا چاہیے مسلمانوں کے اندر کہ دوسری قوموں کے خلاف وہ نفرت کو افورڈ نہ کریں، افورڈ نہ کریں، افورڈ نہ کریں۔</w:t>
      </w:r>
    </w:p>
    <w:p>
      <w:r>
        <w:rPr>
          <w:b/>
        </w:rPr>
        <w:t xml:space="preserve">[29:07] </w:t>
      </w:r>
      <w:r>
        <w:t>kyun ke agar nafrat aa jayegi to kya hoga?</w:t>
      </w:r>
    </w:p>
    <w:p>
      <w:pPr>
        <w:jc w:val="right"/>
      </w:pPr>
      <w:r>
        <w:t>کیونکہ اگر نفرت آ جائے گی تو کیا ہوگا؟</w:t>
      </w:r>
    </w:p>
    <w:p>
      <w:r>
        <w:rPr>
          <w:b/>
        </w:rPr>
        <w:t xml:space="preserve">[29:13] </w:t>
      </w:r>
      <w:r>
        <w:t>nasakh ka jo quran mein aaya tha ke nasakh nasir bano, yani doosri qaum ke khair khwah bano, to khair khwahi ki speed khatm khatm ho jayegi.</w:t>
      </w:r>
    </w:p>
    <w:p>
      <w:pPr>
        <w:jc w:val="right"/>
      </w:pPr>
      <w:r>
        <w:t>نسخ کا جو قرآن میں آیا تھا کہ نسخ ناصر بنو، یعنی دوسری قوم کے خیر خواہ بنو، تو خیر خواہی کی اسپیڈ ختم ختم ہو جائے گی۔</w:t>
      </w:r>
    </w:p>
    <w:p>
      <w:r>
        <w:rPr>
          <w:b/>
        </w:rPr>
        <w:t xml:space="preserve">[29:25] </w:t>
      </w:r>
      <w:r>
        <w:t>to kya hoga? aap pathar marenge, woh woh woh bomb marenge, aap goli marenge, woh gun chalayenge.</w:t>
      </w:r>
    </w:p>
    <w:p>
      <w:pPr>
        <w:jc w:val="right"/>
      </w:pPr>
      <w:r>
        <w:t>تو کیا ہوگا؟ آپ پتھر ماریں گے، وہ وہ وہ بم ماریں گے، آپ گولی ماریں گے، وہ گن چلائیں گے۔</w:t>
      </w:r>
    </w:p>
    <w:p>
      <w:r>
        <w:rPr>
          <w:b/>
        </w:rPr>
        <w:t xml:space="preserve">[29:37] </w:t>
      </w:r>
      <w:r>
        <w:t>aise mahol mein dawat khatm. to sari baatein ke musalman people of mission mar jayein, apna aap sara yeh sab khatm ho jaye, na kahin zulm ho, na kahin nafrat, na kahin fasad, kuch bhi nahin.</w:t>
      </w:r>
    </w:p>
    <w:p>
      <w:pPr>
        <w:jc w:val="right"/>
      </w:pPr>
      <w:r>
        <w:t>ایسے ماحول میں دعوت ختم۔ تو ساری باتیں کہ مسلمان پیپل اف مشن مر جائیں، اپنا آپ سارا یہ سب ختم ہو جائے، نہ کہیں ظلم ہو، نہ کہیں نفرت، نہ کہیں فساد، کچھ بھی نہیں۔</w:t>
      </w:r>
    </w:p>
    <w:p>
      <w:r>
        <w:rPr>
          <w:b/>
        </w:rPr>
        <w:t xml:space="preserve">[30:01] </w:t>
      </w:r>
      <w:r>
        <w:t>to is hadith par aap ghor karein, bahut zyada. is hadith ko agar lafz badal kar is ka message jaan maloom karein ke is hadith rasool ka message kya hai to message yeh hai ke aye musalman</w:t>
      </w:r>
    </w:p>
    <w:p>
      <w:pPr>
        <w:jc w:val="right"/>
      </w:pPr>
      <w:r>
        <w:t>تو اس حدیث پر آپ غور کریں، بہت زیادہ۔ اس حدیث کو اگر لفظ بدل کر اس کا میسج جان معلوم کریں کہ اس حدیث رسول کا میسج کیا ہے تو میسج یہ ہے کہ اے مسلمان</w:t>
      </w:r>
    </w:p>
    <w:p>
      <w:r>
        <w:rPr>
          <w:b/>
        </w:rPr>
        <w:t xml:space="preserve">[30:24] </w:t>
      </w:r>
      <w:r>
        <w:t>on! main aye musalmanon! tum people of mission ban kar jeena seekho.</w:t>
      </w:r>
    </w:p>
    <w:p>
      <w:pPr>
        <w:jc w:val="right"/>
      </w:pPr>
      <w:r>
        <w:t>وں! میں اے مسلمانوں! تم پیپل اف مشن بن کر جینا سیکھو۔</w:t>
      </w:r>
    </w:p>
    <w:p>
      <w:r>
        <w:rPr>
          <w:b/>
        </w:rPr>
        <w:t xml:space="preserve">[30:33] </w:t>
      </w:r>
      <w:r>
        <w:t>aye musalmanon! tum people of mission ban kar jeena seekho. is ke baad tamam problem aap apne aap khatm ho jayega.</w:t>
      </w:r>
    </w:p>
    <w:p>
      <w:pPr>
        <w:jc w:val="right"/>
      </w:pPr>
      <w:r>
        <w:t>اے مسلمانوں! تم پیپل اف مشن بن کر جینا سیکھو۔ اس کے بعد تمام پرابلم آپ اپنے آپ ختم ہو جائے گا۔</w:t>
      </w:r>
    </w:p>
    <w:p>
      <w:r>
        <w:rPr>
          <w:b/>
        </w:rPr>
        <w:t xml:space="preserve">[30:44] </w:t>
      </w:r>
      <w:r>
        <w:t>yeh jo ahadees hain rasool ALLAH sal ALLAHU ALAIHI WASALLAM ki, in ka mission yeh hai ke aye musalmanon!</w:t>
      </w:r>
    </w:p>
    <w:p>
      <w:pPr>
        <w:jc w:val="right"/>
      </w:pPr>
      <w:r>
        <w:t>یہ جو احادیث ہیں رسول اللہ صلی اللہ علیہ وسلم کی، ان کا مشن یہ ہے کہ اے مسلمانوں!</w:t>
      </w:r>
    </w:p>
    <w:p>
      <w:r>
        <w:rPr>
          <w:b/>
        </w:rPr>
        <w:t xml:space="preserve">[30:51] </w:t>
      </w:r>
      <w:r>
        <w:t>tum people of mission ban kar jeena seekho. is ke baad sab kuch khatm.</w:t>
      </w:r>
    </w:p>
    <w:p>
      <w:pPr>
        <w:jc w:val="right"/>
      </w:pPr>
      <w:r>
        <w:t>تم پیپل اف مشن بن کر جینا سیکھو۔ اس کے بعد سب کچھ ختم۔</w:t>
      </w:r>
    </w:p>
    <w:p>
      <w:r>
        <w:rPr>
          <w:b/>
        </w:rPr>
        <w:t xml:space="preserve">[31:00] </w:t>
      </w:r>
      <w:r>
        <w:t>to is par jitna aap ghor karenge, aap par khul jayega ke zulm ki dastan, islamophobia ki dastan, yeh sab baseless baatein hain, baseless.</w:t>
      </w:r>
    </w:p>
    <w:p>
      <w:pPr>
        <w:jc w:val="right"/>
      </w:pPr>
      <w:r>
        <w:t>تو اس پر جتنا آپ غور کریں گے، آپ پر کھل جائے گا کہ ظلم کی داستان، اسلامو فوبیا کی داستان، یہ سب بیس لیس باتیں ہیں، بیس لیس۔</w:t>
      </w:r>
    </w:p>
    <w:p>
      <w:r>
        <w:rPr>
          <w:b/>
        </w:rPr>
        <w:t xml:space="preserve">[31:11] </w:t>
      </w:r>
      <w:r>
        <w:t>na kahin islamophobia hai, na kahin musalmanon par zulm ho raha hai, kuch bhi nahin. musalman apni ghalti ki saza</w:t>
      </w:r>
    </w:p>
    <w:p>
      <w:pPr>
        <w:jc w:val="right"/>
      </w:pPr>
      <w:r>
        <w:t>نہ کہیں اسلامو فوبیا ہے، نہ کہیں مسلمانوں پر ظلم ہو رہا ہے، کچھ بھی نہیں۔ مسلمان اپنی غلطی کی سزا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