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Patience in Islam (Prophetic Wisdom Nov 26, 2006</w:t>
      </w:r>
    </w:p>
    <w:p>
      <w:r>
        <w:t>https://www.youtube.com/watch?v=1avkRQrJL5Y</w:t>
      </w:r>
    </w:p>
    <w:p>
      <w:r>
        <w:rPr>
          <w:b/>
        </w:rPr>
        <w:t xml:space="preserve">[00:10] </w:t>
      </w:r>
      <w:r>
        <w:t>bismillah rehman rehim. paighambar e islam salallaho alaihi wasallam ne sabr par bohat ziyada zor diya hai.</w:t>
      </w:r>
    </w:p>
    <w:p>
      <w:pPr>
        <w:jc w:val="right"/>
      </w:pPr>
      <w:r>
        <w:t>بسم اللہ الرحمن الرحیم۔ پیغمبر اسلام صلی اللہ علیہ وسلم نے صبر پر بہت زیادہ زور دیا ہے۔</w:t>
      </w:r>
    </w:p>
    <w:p>
      <w:r>
        <w:rPr>
          <w:b/>
        </w:rPr>
        <w:t xml:space="preserve">[00:22] </w:t>
      </w:r>
      <w:r>
        <w:t>quran mein bhi sabr ki bohat si ayaten hain, aur rasool allah ne bhi sabr par bohat ziyada zor diya hai.</w:t>
      </w:r>
    </w:p>
    <w:p>
      <w:pPr>
        <w:jc w:val="right"/>
      </w:pPr>
      <w:r>
        <w:t>قرآن میں بھی صبر کی بہت سی آیتیں ہیں، اور رسول اللہ نے بھی صبر پر بہت زیادہ زور دیا ہے۔</w:t>
      </w:r>
    </w:p>
    <w:p>
      <w:r>
        <w:rPr>
          <w:b/>
        </w:rPr>
        <w:t xml:space="preserve">[00:33] </w:t>
      </w:r>
      <w:r>
        <w:t>ek hadith mein hai ke: "aelam annal nasra ma as sabr". jaan</w:t>
      </w:r>
    </w:p>
    <w:p>
      <w:pPr>
        <w:jc w:val="right"/>
      </w:pPr>
      <w:r>
        <w:t>ایک حدیث میں ہے کہ: "اعلم أن النصر مع الصبر"۔ جان</w:t>
      </w:r>
    </w:p>
    <w:p>
      <w:r>
        <w:rPr>
          <w:b/>
        </w:rPr>
        <w:t xml:space="preserve">[00:43] </w:t>
      </w:r>
      <w:r>
        <w:t>lo ke kamyabi sabr par hai. jaan lo ke kamyabi sabr par hai.</w:t>
      </w:r>
    </w:p>
    <w:p>
      <w:pPr>
        <w:jc w:val="right"/>
      </w:pPr>
      <w:r>
        <w:t>لو کہ کامیابی صبر پر ہے۔ جان لو کہ کامیابی صبر پر ہے۔</w:t>
      </w:r>
    </w:p>
    <w:p>
      <w:r>
        <w:rPr>
          <w:b/>
        </w:rPr>
        <w:t xml:space="preserve">[00:56] </w:t>
      </w:r>
      <w:r>
        <w:t>yani log samajhte hain ke sabr ka matlab hai cowardice, sabr ka matlab hai peechhe hatna, sabr ka matlab hai maar khate rehna, sabr ka matlab hai buzdi.</w:t>
      </w:r>
    </w:p>
    <w:p>
      <w:pPr>
        <w:jc w:val="right"/>
      </w:pPr>
      <w:r>
        <w:t>یعنی لوگ سمجھتے ہیں کہ صبر کا مطلب ہے cowardice، صبر کا مطلب ہے پیچھے ہٹنا، صبر کا مطلب ہے مار کھاتے رہنا، صبر کا مطلب ہے بزدلی۔</w:t>
      </w:r>
    </w:p>
    <w:p>
      <w:r>
        <w:rPr>
          <w:b/>
        </w:rPr>
        <w:t xml:space="preserve">[01:12] </w:t>
      </w:r>
      <w:r>
        <w:t>is wajah se logon ki samajh mein nahi aata. lekin khula hua hai, quran o hadith mein khula hua hai ke: "sabr karo, sabr karo, sabr karo".</w:t>
      </w:r>
    </w:p>
    <w:p>
      <w:pPr>
        <w:jc w:val="right"/>
      </w:pPr>
      <w:r>
        <w:t>اس وجہ سے لوگوں کی سمجھ میں نہیں آتا۔ لیکن کھلا ہوا ہے، قرآن و حدیث میں کھلا ہوا ہے کہ: "صبر کرو، صبر کرو، صبر کرو"۔</w:t>
      </w:r>
    </w:p>
    <w:p>
      <w:r>
        <w:rPr>
          <w:b/>
        </w:rPr>
        <w:t xml:space="preserve">[01:22] </w:t>
      </w:r>
      <w:r>
        <w:t>is par rooh o sabir o rabit o attaqullah la allakum tuflihun. to aap ne farmaya ke: "aelam annal nasra ma as sabr".</w:t>
      </w:r>
    </w:p>
    <w:p>
      <w:pPr>
        <w:jc w:val="right"/>
      </w:pPr>
      <w:r>
        <w:t>اس پر روح و صابر و رابط و اتقوا اللہ لعلكم تفلحون۔ تو آپ نے فرمایا کہ: "اعلم أن النصر مع الصبر"۔</w:t>
      </w:r>
    </w:p>
    <w:p>
      <w:r>
        <w:rPr>
          <w:b/>
        </w:rPr>
        <w:t xml:space="preserve">[01:34] </w:t>
      </w:r>
      <w:r>
        <w:t>jaan lo ke sabr hi ke sath kamyabi hai.</w:t>
      </w:r>
    </w:p>
    <w:p>
      <w:pPr>
        <w:jc w:val="right"/>
      </w:pPr>
      <w:r>
        <w:t>جان لو کہ صبر ہی کے ساتھ کامیابی ہے۔</w:t>
      </w:r>
    </w:p>
    <w:p>
      <w:r>
        <w:rPr>
          <w:b/>
        </w:rPr>
        <w:t xml:space="preserve">[01:42] </w:t>
      </w:r>
      <w:r>
        <w:t>rasool allah ne apni poori zindagi mein sabr ka tareeqa ikhtiyar kiya. yahan yeh sawal paida hota hai ke islam ki tareekh mein jo ladai hui thi jis ka naam hai battle of badr,</w:t>
      </w:r>
    </w:p>
    <w:p>
      <w:pPr>
        <w:jc w:val="right"/>
      </w:pPr>
      <w:r>
        <w:t>رسول اللہ نے اپنی پوری زندگی میں صبر کا طریقہ اختیار کیا۔ یہاں یہ سوال پیدا ہوتا ہے کہ اسلام کی تاریخ میں جو لڑائی ہوئی تھی جس کا نام ہے بیٹل آف بدر،</w:t>
      </w:r>
    </w:p>
    <w:p>
      <w:r>
        <w:rPr>
          <w:b/>
        </w:rPr>
        <w:t xml:space="preserve">[02:00] </w:t>
      </w:r>
      <w:r>
        <w:t>to wahan aap ne sabr kyun nahi kiya? kyunke wahan par jo soorat e haal thi woh yeh thi ke aap ke sath kul 313 aadmi the, aur doosri taraf 1000 aadmi the.</w:t>
      </w:r>
    </w:p>
    <w:p>
      <w:pPr>
        <w:jc w:val="right"/>
      </w:pPr>
      <w:r>
        <w:t>تو وہاں آپ نے صبر کیوں نہیں کیا؟ کیونکہ وہاں پر جو صورتحال تھی وہ یہ تھی کہ آپ کے ساتھ کل 313 آدمی تھے، اور دوسری طرف 1000 آدمی تھے۔</w:t>
      </w:r>
    </w:p>
    <w:p>
      <w:r>
        <w:rPr>
          <w:b/>
        </w:rPr>
        <w:t xml:space="preserve">[02:16] </w:t>
      </w:r>
      <w:r>
        <w:t>woh log ziyada well equipped the, aap ki taraf se log itne equipped nahi the.</w:t>
      </w:r>
    </w:p>
    <w:p>
      <w:pPr>
        <w:jc w:val="right"/>
      </w:pPr>
      <w:r>
        <w:t>وہ لوگ زیادہ well equipped تھے، آپ کی طرف سے لوگ اتنے equipped نہیں تھے۔</w:t>
      </w:r>
    </w:p>
    <w:p>
      <w:r>
        <w:rPr>
          <w:b/>
        </w:rPr>
        <w:t xml:space="preserve">[02:26] </w:t>
      </w:r>
      <w:r>
        <w:t>yahan sawal hota hai ke jab aisa tha to aap kyun takra gaye?</w:t>
      </w:r>
    </w:p>
    <w:p>
      <w:pPr>
        <w:jc w:val="right"/>
      </w:pPr>
      <w:r>
        <w:t>یہاں سوال ہوتا ہے کہ جب ایسا تھا تو آپ کیوں ٹکرا گئے؟</w:t>
      </w:r>
    </w:p>
    <w:p>
      <w:r>
        <w:rPr>
          <w:b/>
        </w:rPr>
        <w:t xml:space="preserve">[02:34] </w:t>
      </w:r>
      <w:r>
        <w:t>kamzor hote hue aap kyun taqaton se takra gaye?</w:t>
      </w:r>
    </w:p>
    <w:p>
      <w:pPr>
        <w:jc w:val="right"/>
      </w:pPr>
      <w:r>
        <w:t>کمزور ہوتے ہوئے آپ کیوں طاقتوں سے ٹکرا گئے؟</w:t>
      </w:r>
    </w:p>
    <w:p>
      <w:r>
        <w:rPr>
          <w:b/>
        </w:rPr>
        <w:t xml:space="preserve">[02:43] </w:t>
      </w:r>
      <w:r>
        <w:t>to aisa hai ke aap takraye nahi the kabhi bhi khud se. unhon ne hamla kiya, woh badhe chale aa rahe the madina ki taraf.</w:t>
      </w:r>
    </w:p>
    <w:p>
      <w:pPr>
        <w:jc w:val="right"/>
      </w:pPr>
      <w:r>
        <w:t>تو ایسا ہے کہ آپ ٹکرائے نہیں تھے کبھی بھی خود سے۔ انہوں نے حملہ کیا، وہ بڑھے چلے آ رہے تھے مدینہ کی طرف۔</w:t>
      </w:r>
    </w:p>
    <w:p>
      <w:r>
        <w:rPr>
          <w:b/>
        </w:rPr>
        <w:t xml:space="preserve">[02:55] </w:t>
      </w:r>
      <w:r>
        <w:t>to sahaba mein yeh mashwara hua, aap ke jo sathi the, to unhon ne kaha ke bhai yeh to barabar buniyad par ladai nahi hogi.</w:t>
      </w:r>
    </w:p>
    <w:p>
      <w:pPr>
        <w:jc w:val="right"/>
      </w:pPr>
      <w:r>
        <w:t>تو صحابہ میں یہ مشورہ ہوا، آپ کے جو ساتھی تھے، تو انہوں نے کہا کہ بھئی یہ تو برابر بنیاد پر لڑائی نہیں ہوگی۔</w:t>
      </w:r>
    </w:p>
    <w:p>
      <w:r>
        <w:rPr>
          <w:b/>
        </w:rPr>
        <w:t xml:space="preserve">[03:08] </w:t>
      </w:r>
      <w:r>
        <w:t>woh mazboot hain, hum kamzor hain, to hum kaise jayen un se ladne ke liye? yeh baat quran mein likhi hui hai ke sahaba jo hain aage badhne ke liye tayyar nahi the, agarche khuda ka hukum tha.</w:t>
      </w:r>
    </w:p>
    <w:p>
      <w:pPr>
        <w:jc w:val="right"/>
      </w:pPr>
      <w:r>
        <w:t>وہ مضبوط ہیں، ہم کمزور ہیں، تو ہم کیسے جائیں ان سے لڑنے کے لئے؟ یہ بات قرآن میں لکھی ہوئی ہے کہ صحابہ جو ہیں آگے بڑھنے کے لئے تیار نہیں تھے، اگرچہ خدا کا حکم تھا۔</w:t>
      </w:r>
    </w:p>
    <w:p>
      <w:r>
        <w:rPr>
          <w:b/>
        </w:rPr>
        <w:t xml:space="preserve">[03:24] </w:t>
      </w:r>
      <w:r>
        <w:t>to quran mein baqayda yeh ayat utri ke: "tum aage badho, hum farishton ke zariye tumhari madad karenge".</w:t>
      </w:r>
    </w:p>
    <w:p>
      <w:pPr>
        <w:jc w:val="right"/>
      </w:pPr>
      <w:r>
        <w:t>تو قرآن میں باقاعدہ یہ آیت موجود ہے کہ خدا کی طرف سے آیت اتری کہ: "تم آگے بڑھو، ہم فرشتوں کے ذریعے تمہاری مدد کریں گے"۔</w:t>
      </w:r>
    </w:p>
    <w:p>
      <w:r>
        <w:rPr>
          <w:b/>
        </w:rPr>
        <w:t xml:space="preserve">[03:38] </w:t>
      </w:r>
      <w:r>
        <w:t>farishte, yani badr ki ladai jo hai, is mein tum aage badho. aur farishte, hazaron ki tadad mein farishte aayenge ke jab wahan tumhari taraf se, tumhari madad mein ladenge, madad karenge.</w:t>
      </w:r>
    </w:p>
    <w:p>
      <w:pPr>
        <w:jc w:val="right"/>
      </w:pPr>
      <w:r>
        <w:t>فرشتے، یعنی بدر کی لڑائی جو ہے، اس میں تم آگے بڑھو۔ اور فرشتے، ہزاروں کی تعداد میں فرشتے آئیں گے کہ جب وہاں تمہاری طرف سے، تمہاری مدد میں لڑیں گے، مدد کریں گے۔</w:t>
      </w:r>
    </w:p>
    <w:p>
      <w:r>
        <w:rPr>
          <w:b/>
        </w:rPr>
        <w:t xml:space="preserve">[03:54] </w:t>
      </w:r>
      <w:r>
        <w:t>jab yeh aelan aa gaya khuda ki taraf se, tab sahaba aage badhe. aur phir kya hua? is mein musalmanon ko zabardast fateh hui.</w:t>
      </w:r>
    </w:p>
    <w:p>
      <w:pPr>
        <w:jc w:val="right"/>
      </w:pPr>
      <w:r>
        <w:t>جب یہ اعلان آگیا خدا کی طرف سے، تب صحابہ آگے بڑھے۔ اور پھر کیا ہوا؟ اس میں مسلمانوں کو زبردست فتح ہوئی۔</w:t>
      </w:r>
    </w:p>
    <w:p>
      <w:r>
        <w:rPr>
          <w:b/>
        </w:rPr>
        <w:t xml:space="preserve">[04:08] </w:t>
      </w:r>
      <w:r>
        <w:t>bohat zabardast fateh hui. jeet hui. to jab jeet kar ke wahan se lote yeh log, to madine mein jo log reh gaye the, boodhe log ya jo ladai ke qabil nahi the, aise log, to unhon ne loot kar aane wale sahaba ko mubarakbad di.</w:t>
      </w:r>
    </w:p>
    <w:p>
      <w:pPr>
        <w:jc w:val="right"/>
      </w:pPr>
      <w:r>
        <w:t>بہت زبردست فتح ہوئی۔ جیت ہوئی۔ تو جب جیت کر کے وہاں سے لوٹے یہ لوگ، تو مدینے میں جو لوگ رہ گئے تھے، بوڑھے لوگ یا جو لڑائی کے قابل نہیں تھے، ایسے لوگ، تو انہوں نے لوٹ کر آنے والے صحابہ کو مبارکباد دیا۔</w:t>
      </w:r>
    </w:p>
    <w:p>
      <w:r>
        <w:rPr>
          <w:b/>
        </w:rPr>
        <w:t xml:space="preserve">[04:35] </w:t>
      </w:r>
      <w:r>
        <w:t>to unhon ne kaha ke: "hum ko kya mubarakbad dete ho?"</w:t>
      </w:r>
    </w:p>
    <w:p>
      <w:pPr>
        <w:jc w:val="right"/>
      </w:pPr>
      <w:r>
        <w:t>تو انہوں نے کہا کہ: "ہم کو کیا مبارکباد دیتے ہو؟"</w:t>
      </w:r>
    </w:p>
    <w:p>
      <w:r>
        <w:rPr>
          <w:b/>
        </w:rPr>
        <w:t xml:space="preserve">[04:41] </w:t>
      </w:r>
      <w:r>
        <w:t>"kanu kull ibl al mawqifat falha al rah". woh log to boodhe hue oont ki tarah the, hum ne sirf zabah kar diya un ko.</w:t>
      </w:r>
    </w:p>
    <w:p>
      <w:pPr>
        <w:jc w:val="right"/>
      </w:pPr>
      <w:r>
        <w:t>"کانو کل ابل الموقلت فلہا الراہ"۔ وہ لوگ تو بدھے ہوئے اونٹ کی طرح تھے، ہم نے صرف ذبح کر دیا ان کو۔</w:t>
      </w:r>
    </w:p>
    <w:p>
      <w:r>
        <w:rPr>
          <w:b/>
        </w:rPr>
        <w:t xml:space="preserve">[04:54] </w:t>
      </w:r>
      <w:r>
        <w:t>agar aap jante hon ke arab mein jo oont ki qurbani di jati hai, to un ko bandh diya jata hai. to unhon ne kaha ke: "hum ko kya mubarakbad dete ho?" woh to farishte the jinhon ne un ko bandh diya tha.</w:t>
      </w:r>
    </w:p>
    <w:p>
      <w:pPr>
        <w:jc w:val="right"/>
      </w:pPr>
      <w:r>
        <w:t>اگر آپ جانتے ہوں کہ عرب میں جو اونٹ کی قربانی دی جاتی ہے، تو ان کو باندھ دیا جاتا ہے۔ تو انہوں نے کہا کہ: "ہم کو کیا مبارکباد دیتے ہو؟" وہ تو فرشتے تھے جنہوں نے ان کو باندھ دیا تھا۔</w:t>
      </w:r>
    </w:p>
    <w:p>
      <w:r>
        <w:rPr>
          <w:b/>
        </w:rPr>
        <w:t xml:space="preserve">[05:11] </w:t>
      </w:r>
      <w:r>
        <w:t>woh kuch karne ki position mein nahi the woh. hum ne unhein zabah kar diya.</w:t>
      </w:r>
    </w:p>
    <w:p>
      <w:pPr>
        <w:jc w:val="right"/>
      </w:pPr>
      <w:r>
        <w:t>وہ کچھ کرنے کی پوزیشن میں نہیں تھے وہ۔ ہم نے انہیں ذبح کر دیا۔</w:t>
      </w:r>
    </w:p>
    <w:p>
      <w:r>
        <w:rPr>
          <w:b/>
        </w:rPr>
        <w:t xml:space="preserve">[05:21] </w:t>
      </w:r>
      <w:r>
        <w:t>yeh tha battle of badr ka moamla. is tarah ki madad rasool Allah ke zamane mein bhi sirf ek hi baar aai.</w:t>
      </w:r>
    </w:p>
    <w:p>
      <w:pPr>
        <w:jc w:val="right"/>
      </w:pPr>
      <w:r>
        <w:t>یہ تھا بیٹل آف بدر کا معاملہ۔ اس طرح کی مدد رسول اللہ کے زمانے میں بھی صرف ایک ہی بار آئی۔</w:t>
      </w:r>
    </w:p>
    <w:p>
      <w:r>
        <w:rPr>
          <w:b/>
        </w:rPr>
        <w:t xml:space="preserve">[05:32] </w:t>
      </w:r>
      <w:r>
        <w:t>yani badr ke mauqe par, phir nahi aai. to peshgi tor par Khuda ki taraf se farishtay aakar bataya ke: "tum aage barho aur Khuda farishtay bhejega tumhari taraf se".</w:t>
      </w:r>
    </w:p>
    <w:p>
      <w:pPr>
        <w:jc w:val="right"/>
      </w:pPr>
      <w:r>
        <w:t>یعنی بدر کے موقع پر، پھر نہیں آئی۔ تو پیشگی طور پر خدا کی طرف سے فرشتے آکر بتایا کہ: "تم آگے بڑھو اور خدا فرشتے بھیجے گا تمہاری طرف سے"۔</w:t>
      </w:r>
    </w:p>
    <w:p>
      <w:r>
        <w:rPr>
          <w:b/>
        </w:rPr>
        <w:t xml:space="preserve">[05:46] </w:t>
      </w:r>
      <w:r>
        <w:t>aur waqeatan farishtay bheja Allah taala ne. isi liye wahan bohat zabardast fatah hui musalmanon ko. ab aaj jo log idhar udhar ladte hain, kya unke paas aisi Khuda ki taraf se khushkhabri aai hai?</w:t>
      </w:r>
    </w:p>
    <w:p>
      <w:pPr>
        <w:jc w:val="right"/>
      </w:pPr>
      <w:r>
        <w:t>اور واقعتاً فرشتے بھیجا اللہ تعالیٰ نے۔ اسی لئے وہاں بہت زبردست فتح ہوئی مسلمانوں کو۔ اب آج جو لوگ ادھر اُدھر لڑتے ہیں، کیا ان کے پاس ایسی خدا کی طرف سے خوشخبری آئی ہے؟</w:t>
      </w:r>
    </w:p>
    <w:p>
      <w:r>
        <w:rPr>
          <w:b/>
        </w:rPr>
        <w:t xml:space="preserve">[06:03] </w:t>
      </w:r>
      <w:r>
        <w:t>agar aai hai to woh shikast kyun kha rahe hain? agar aai hai to kya wajah hai ke yak-tarfa tor par khud hi haar rahe hain?</w:t>
      </w:r>
    </w:p>
    <w:p>
      <w:pPr>
        <w:jc w:val="right"/>
      </w:pPr>
      <w:r>
        <w:t>اگر آئی ہے تو وہ شکست کیوں کھا رہے ہیں؟ اگر آئی ہے تو کیا وجہ ہے کہ یکطرفہ طور پر خود ہی ہار رہے ہیں؟</w:t>
      </w:r>
    </w:p>
    <w:p>
      <w:r>
        <w:rPr>
          <w:b/>
        </w:rPr>
        <w:t xml:space="preserve">[06:11] </w:t>
      </w:r>
      <w:r>
        <w:t>khud hi maare ja rahe hain? yani badr mein to farishtoon ne aakar ke jang ko musalmanon ke haq mein kar diya.</w:t>
      </w:r>
    </w:p>
    <w:p>
      <w:pPr>
        <w:jc w:val="right"/>
      </w:pPr>
      <w:r>
        <w:t>خود ہی مارے جا رہے ہیں؟ یعنی بدر میں تو فرشتوں نے آکر کے جنگ کو مسلمانوں کے حق میں کر دیا۔</w:t>
      </w:r>
    </w:p>
    <w:p>
      <w:r>
        <w:rPr>
          <w:b/>
        </w:rPr>
        <w:t xml:space="preserve">[06:22] </w:t>
      </w:r>
      <w:r>
        <w:t>khuli fatah unko de di, sirf ek din ki ladai mein. balkay aadhe din ki. ladai dopahar ko shuru hui, shaam ko khatam ho gayi. badr ki ladai jo kai din ki ladai nahi thi woh, dopahar ko shuru hui, shaam ko khatam ho gayi.</w:t>
      </w:r>
    </w:p>
    <w:p>
      <w:pPr>
        <w:jc w:val="right"/>
      </w:pPr>
      <w:r>
        <w:t>کھلی فتح ان کو دے دی، صرف ایک دن کی لڑائی میں۔ بلکہ آدھے دن کی۔ لڑائی دوپہر کو شروع ہوئی، شام کو ختم ہو گئی۔ بدر کی لڑائی جو کئی دن کی لڑائی نہیں تھی وہ، دوپہر کو شروع ہوئی، شام کو ختم ہو گئی۔</w:t>
      </w:r>
    </w:p>
    <w:p>
      <w:r>
        <w:rPr>
          <w:b/>
        </w:rPr>
        <w:t xml:space="preserve">[06:39] </w:t>
      </w:r>
      <w:r>
        <w:t>to aadhe din ki ladai hi mein fatah ho gayi thi wahan. to aaj jo log lad rahe hain ke hum sabr kaise karein? hamein to badr ke namune par chalna hai.</w:t>
      </w:r>
    </w:p>
    <w:p>
      <w:pPr>
        <w:jc w:val="right"/>
      </w:pPr>
      <w:r>
        <w:t>تو آدھے دن کی لڑائی ہی میں فتح ہو گئی تھی وہاں۔ تو آج جو لوگ لڑ رہے ہیں کہ ہم صبر کیسے کریں؟ ہمیں تو بدر کے نمونے پر چلنا ہے۔</w:t>
      </w:r>
    </w:p>
    <w:p>
      <w:r>
        <w:rPr>
          <w:b/>
        </w:rPr>
        <w:t xml:space="preserve">[06:50] </w:t>
      </w:r>
      <w:r>
        <w:t>to sawal yeh hai ke badr ke namune par jo log chal rahe hain to unhein jeet kyun nahi hoti? fatah kyun nahi hoti unko? dekhiye, badr ka hawala dena bohat hi zyada gunah ki baat hai.</w:t>
      </w:r>
    </w:p>
    <w:p>
      <w:pPr>
        <w:jc w:val="right"/>
      </w:pPr>
      <w:r>
        <w:t>تو سوال یہ ہے کہ بدر کے نمونے پر جو لوگ چل رہے ہیں تو انہیں جیت کیوں نہیں ہوتی؟ فتح کیوں نہیں ہوتی ان کو؟ دیکھئے، بدر کا حوالہ دینا بہت ہی زیادہ گناہ کی بات ہے۔</w:t>
      </w:r>
    </w:p>
    <w:p>
      <w:r>
        <w:rPr>
          <w:b/>
        </w:rPr>
        <w:t xml:space="preserve">[07:06] </w:t>
      </w:r>
      <w:r>
        <w:t>aaj kal ki ladaiyon ke is mein. kyun ke badr naam is ladai ka jahan farishtay aaye thay ladne ke liye, musalman to sari wafa khare ho gaye thay.</w:t>
      </w:r>
    </w:p>
    <w:p>
      <w:pPr>
        <w:jc w:val="right"/>
      </w:pPr>
      <w:r>
        <w:t>آج کل کی لڑائیوں کے اس میں۔ کیوں کہ بدر نام اس لڑائی کا جہاں فرشتے آئے تھے لڑنے کے لئے، مسلمان تو ساری وفا کھڑے ہو گئے تھے۔</w:t>
      </w:r>
    </w:p>
    <w:p>
      <w:r>
        <w:rPr>
          <w:b/>
        </w:rPr>
        <w:t xml:space="preserve">[07:19] </w:t>
      </w:r>
      <w:r>
        <w:t>to jab tak aap yeh na keh sakein ke hamare paas Khuda ki taraf se wahi aai hai, Khuda ki taraf se farishta aaya hai, hamein Khuda ki taraf se kaha gaya hai ke aage barho, hum tumhari madad karenge, jab tak aap ke paas is qism ka hawala na ho,</w:t>
      </w:r>
    </w:p>
    <w:p>
      <w:pPr>
        <w:jc w:val="right"/>
      </w:pPr>
      <w:r>
        <w:t>تو جب تک آپ یہ نہ کہہ سکیں کہ ہمارے پاس خدا کی طرف سے وحی آئی ہے، خدا کی طرف سے فرشتہ آیا ہے، ہمیں خدا کی طرف سے کہا گیا ہے کہ آگے بڑھو، ہم تمہاری مدد کریں گے، جب تک آپ کے پاس اس قسم کا حوالہ نہ ہو،</w:t>
      </w:r>
    </w:p>
    <w:p>
      <w:r>
        <w:rPr>
          <w:b/>
        </w:rPr>
        <w:t xml:space="preserve">[07:36] </w:t>
      </w:r>
      <w:r>
        <w:t>aap ke liye jaiz nahi hai ke aap badr ka hawala dein. badr ka hawala dein.</w:t>
      </w:r>
    </w:p>
    <w:p>
      <w:pPr>
        <w:jc w:val="right"/>
      </w:pPr>
      <w:r>
        <w:t>آپ کے لئے جائز نہیں ہے کہ آپ بدر کا حوالہ دیں۔ بدر کا حوالہ دیں۔</w:t>
      </w:r>
    </w:p>
    <w:p>
      <w:r>
        <w:rPr>
          <w:b/>
        </w:rPr>
        <w:t xml:space="preserve">[07:44] </w:t>
      </w:r>
      <w:r>
        <w:t>to badr ka waqia ek istithna tha. woh qaida nahi tha. us waqt hum jo soorat-e-haal jo hamare samne hai, is mein badr ka hawala sahi nahi hai.</w:t>
      </w:r>
    </w:p>
    <w:p>
      <w:pPr>
        <w:jc w:val="right"/>
      </w:pPr>
      <w:r>
        <w:t>تو بدر کا واقعہ ایک استثنا تھا۔ وہ قاعدہ نہیں تھا۔ اس وقت ہم جو صورتحال جو ہمارے سامنے ہے، اس میں بدر کا حوالہ صحیح نہیں ہے۔</w:t>
      </w:r>
    </w:p>
    <w:p>
      <w:r>
        <w:rPr>
          <w:b/>
        </w:rPr>
        <w:t xml:space="preserve">[08:02] </w:t>
      </w:r>
      <w:r>
        <w:t>badr ka hawala jo hai sahi is liye nahi hai ke woh sirf nabi ka moamla tha aur nabi ke sath ek hi baar paish aaya, ek baar. nabi ke sath bhi sirf ek baar paish aaya.</w:t>
      </w:r>
    </w:p>
    <w:p>
      <w:pPr>
        <w:jc w:val="right"/>
      </w:pPr>
      <w:r>
        <w:t>بدر کا حوالہ جو ہے صحیح اس لئے نہیں ہے کہ وہ صرف نبی کا معاملہ تھا اور نبی کے ساتھ ایک ہی بار پیش آیا، ایک بار۔ نبی کے ساتھ بھی صرف ایک بار پیش آیا۔</w:t>
      </w:r>
    </w:p>
    <w:p>
      <w:r>
        <w:rPr>
          <w:b/>
        </w:rPr>
        <w:t xml:space="preserve">[08:14] </w:t>
      </w:r>
      <w:r>
        <w:t>is ke baad kabhi nahi paish aaya. yeh maujood hai kitabon mein agar padhein aap ke badr ke siwa kisi aur mauqe par farishtay ladne ke liye nahi aaye.</w:t>
      </w:r>
    </w:p>
    <w:p>
      <w:pPr>
        <w:jc w:val="right"/>
      </w:pPr>
      <w:r>
        <w:t>اس کے بعد کبھی نہیں پیش آیا۔ یہ موجود ہے کتابوں میں اگر پڑھیں آپ کہ بدر کے سوا کسی اور موقع پر فرشتے لڑنے کے لئے نہیں آئے۔</w:t>
      </w:r>
    </w:p>
    <w:p>
      <w:r>
        <w:rPr>
          <w:b/>
        </w:rPr>
        <w:t xml:space="preserve">[08:28] </w:t>
      </w:r>
      <w:r>
        <w:t>to hum na to peghambar hain, na hamare paas Khuda ki taraf se koi farishtay ne aakar bataya hai hum ko.</w:t>
      </w:r>
    </w:p>
    <w:p>
      <w:pPr>
        <w:jc w:val="right"/>
      </w:pPr>
      <w:r>
        <w:t>تو ہم نہ تو پیغمبر ہیں، نہ ہمارے پاس خدا کی طرف سے کوئی فرشتہ نے آکر بتایا ہے ہم کو۔</w:t>
      </w:r>
    </w:p>
    <w:p>
      <w:r>
        <w:rPr>
          <w:b/>
        </w:rPr>
        <w:t xml:space="preserve">[08:37] </w:t>
      </w:r>
      <w:r>
        <w:t>aisi halat mein badr ka hawala dena yeh bohat bara, yani bohat bohat galat baat hai. badr was clearly an exception rather than a rule.</w:t>
      </w:r>
    </w:p>
    <w:p>
      <w:pPr>
        <w:jc w:val="right"/>
      </w:pPr>
      <w:r>
        <w:t>ایسی حالت میں بدر کا حوالہ دینا یہ بہت بڑا، یعنی بہت بہت غلط بات ہے۔ بدر was clearly an exception rather than a rule۔</w:t>
      </w:r>
    </w:p>
    <w:p>
      <w:r>
        <w:rPr>
          <w:b/>
        </w:rPr>
        <w:t xml:space="preserve">[08:53] </w:t>
      </w:r>
      <w:r>
        <w:t>to aam halat mein balkay nabi ke baad hamesha hi aap ko sabr karna parhega. sabr.</w:t>
      </w:r>
    </w:p>
    <w:p>
      <w:pPr>
        <w:jc w:val="right"/>
      </w:pPr>
      <w:r>
        <w:t>تو عام حالت میں بلکہ نبی کے بعد ہمیشہ ہی آپ کو صبر کرنا پڑے گا۔ صبر۔</w:t>
      </w:r>
    </w:p>
    <w:p>
      <w:r>
        <w:rPr>
          <w:b/>
        </w:rPr>
        <w:t xml:space="preserve">[09:02] </w:t>
      </w:r>
      <w:r>
        <w:t>aap dekhiye ke rasool Allah sallallahu alaihi wasallam terah saal tak makka mein thay. wahan aap ne sabr hi sabr kiya. yasser ka khandan tha jis ko ke marte peette thay woh log, woh log jo unke malik thay.</w:t>
      </w:r>
    </w:p>
    <w:p>
      <w:pPr>
        <w:jc w:val="right"/>
      </w:pPr>
      <w:r>
        <w:t>آپ دیکھئے کہ رسول اللہ صلی اللہ علیہ وسلم تیرہ سال تک مکہ میں تھے۔ وہاں آپ نے صبر ہی صبر کیا۔ یاسر کا خاندان تھا جس کو کہ مارتے پیٹتے تھے وہ لوگ، وہ لوگ جو ان کے مالک تھے۔</w:t>
      </w:r>
    </w:p>
    <w:p>
      <w:r>
        <w:rPr>
          <w:b/>
        </w:rPr>
        <w:t xml:space="preserve">[09:20] </w:t>
      </w:r>
      <w:r>
        <w:t>to rasool Allah sallallahu alaihi wasallam ne dekha ke woh maar rahe hain to unhon ne kaha ke dekhiye aap ko maar rahe hain yeh. to aap ne farmaya ke sabran ya aal yasser fa inna malakumul jannah aey yasser ke khandan walo sabr karo.</w:t>
      </w:r>
    </w:p>
    <w:p>
      <w:pPr>
        <w:jc w:val="right"/>
      </w:pPr>
      <w:r>
        <w:t>تو رسول اللہ صلی اللہ علیہ وسلم نے دیکھا کہ وہ مار رہے ہیں تو انہوں نے کہا کہ دیکھئے آپ کو مار رہے ہیں یہ۔ تو آپ نے فرمایا کہ صبراً یا آل یاسر فإن مالکم الجنة اے یاسر کے خاندان والو صبر کرو۔</w:t>
      </w:r>
    </w:p>
    <w:p>
      <w:r>
        <w:rPr>
          <w:b/>
        </w:rPr>
        <w:t xml:space="preserve">[09:36] </w:t>
      </w:r>
      <w:r>
        <w:t>tum ko Khuda ki taraf se jannat ki khushkhabri hai. to terah saal tak sabr karte karte phir aap chhod kar madina chale gaye.</w:t>
      </w:r>
    </w:p>
    <w:p>
      <w:pPr>
        <w:jc w:val="right"/>
      </w:pPr>
      <w:r>
        <w:t>تم کو خدا کی طرف سے جنت کی خوشخبری ہے۔ تو تیرہ سال تک صبر کرتے کرتے پھر آپ چھوڑ کر مدینہ چلے گئے۔</w:t>
      </w:r>
    </w:p>
    <w:p>
      <w:r>
        <w:rPr>
          <w:b/>
        </w:rPr>
        <w:t xml:space="preserve">[09:48] </w:t>
      </w:r>
      <w:r>
        <w:t>to bohat bari ghalati hai ke aam ladai par aap sabr ke, aam ladai par aap badr ka hawala dein.</w:t>
      </w:r>
    </w:p>
    <w:p>
      <w:pPr>
        <w:jc w:val="right"/>
      </w:pPr>
      <w:r>
        <w:t>تو بہت بڑی غلطی ہے کہ عام لڑائی پر آپ صبر کے، عام لڑائی پر آپ بدر کا حوالہ دیں۔</w:t>
      </w:r>
    </w:p>
    <w:p>
      <w:r>
        <w:rPr>
          <w:b/>
        </w:rPr>
        <w:t xml:space="preserve">[09:58] </w:t>
      </w:r>
      <w:r>
        <w:t>badr to poori tareekh mein ek istithna tha. poori tareekh mein kabhi bhi aisa nahi hua ke farishtay aaye hon ladne ke liye insaan ki taraf se.</w:t>
      </w:r>
    </w:p>
    <w:p>
      <w:pPr>
        <w:jc w:val="right"/>
      </w:pPr>
      <w:r>
        <w:t>بدر تو پوری تاریخ میں ایک استثنا تھا۔ پوری تاریخ میں کبھی بھی ایسا نہیں ہوا کہ فرشتے آئے ہوں لڑنے کے لئے انسان کی طرف سے۔</w:t>
      </w:r>
    </w:p>
    <w:p>
      <w:r>
        <w:rPr>
          <w:b/>
        </w:rPr>
        <w:t xml:space="preserve">[10:09] </w:t>
      </w:r>
      <w:r>
        <w:t>na rasool Allah ke zamane mein woh cheez dohrai hui, na poori tareekh mein kabhi aisa hua tha. kabhi aisa nahi hua tha. to woh to ek wahid istithna hai poori tareekh mein.</w:t>
      </w:r>
    </w:p>
    <w:p>
      <w:pPr>
        <w:jc w:val="right"/>
      </w:pPr>
      <w:r>
        <w:t>نہ رسول اللہ کے زمانے میں وہ چیز دہرائی ہوئی، نہ پوری تاریخ میں کبھی ایسا ہوا تھا۔ کبھی ایسا نہیں ہوا تھا۔ تو وہ تو ایک واحد استثنا ہے پوری تاریخ میں۔</w:t>
      </w:r>
    </w:p>
    <w:p>
      <w:r>
        <w:rPr>
          <w:b/>
        </w:rPr>
        <w:t xml:space="preserve">[10:22] </w:t>
      </w:r>
      <w:r>
        <w:t>is ko aur is ko kaise hawala de sakte hain aap?</w:t>
      </w:r>
    </w:p>
    <w:p>
      <w:pPr>
        <w:jc w:val="right"/>
      </w:pPr>
      <w:r>
        <w:t>اس کو اور اس کو کیسے حوالہ دے سکتے ہیں آپ؟</w:t>
      </w:r>
    </w:p>
    <w:p>
      <w:r>
        <w:rPr>
          <w:b/>
        </w:rPr>
        <w:t xml:space="preserve">[10:28] </w:t>
      </w:r>
      <w:r>
        <w:t>to so badr was a rare exception rather than a general rule. is baat ko achi tarah samajhna chahiye.</w:t>
      </w:r>
    </w:p>
    <w:p>
      <w:pPr>
        <w:jc w:val="right"/>
      </w:pPr>
      <w:r>
        <w:t>تو سو بدر was a rare exception rather than a general rule۔ اس بات کو اچھی طرح سمجھنا چاہیئے۔</w:t>
      </w:r>
    </w:p>
    <w:p>
      <w:r>
        <w:rPr>
          <w:b/>
        </w:rPr>
        <w:t xml:space="preserve">[10:41] </w:t>
      </w:r>
      <w:r>
        <w:t>dusri baat yeh hai ke jo aap dekhte hain ke rasool allah salallaho alaihi wasallam na sabr par zor dete hain, to dekhiye yeh koi paise ka ravaiyya nahi hai.</w:t>
      </w:r>
    </w:p>
    <w:p>
      <w:pPr>
        <w:jc w:val="right"/>
      </w:pPr>
      <w:r>
        <w:t>دوسری بات یہ ہے کہ جو آپ دیکھتے ہیں کہ رسول اللہ صلی اللہ علیہ وسلم نہ صبر پر زور دیتے ہیں، تو دیکھئے یہ کوئی پیسے کا رویہ نہیں ہے۔</w:t>
      </w:r>
    </w:p>
    <w:p>
      <w:r>
        <w:rPr>
          <w:b/>
        </w:rPr>
        <w:t xml:space="preserve">[10:53] </w:t>
      </w:r>
      <w:r>
        <w:t>yeh hai</w:t>
      </w:r>
    </w:p>
    <w:p>
      <w:pPr>
        <w:jc w:val="right"/>
      </w:pPr>
      <w:r>
        <w:t>یہ ہے</w:t>
      </w:r>
    </w:p>
    <w:p>
      <w:r>
        <w:rPr>
          <w:b/>
        </w:rPr>
        <w:t xml:space="preserve">[10:57] </w:t>
      </w:r>
      <w:r>
        <w:t>yeh hai jo kehte hain buying time. waqt lena, mauqa lena. kyun ke asal kaam islam ka kya hai?</w:t>
      </w:r>
    </w:p>
    <w:p>
      <w:pPr>
        <w:jc w:val="right"/>
      </w:pPr>
      <w:r>
        <w:t>یہ ہے جو کہتے ہیں buying time۔ وقت لینا، موقع لینا۔ کیوں کہ اصل کام اسلام کا کیا ہے؟</w:t>
      </w:r>
    </w:p>
    <w:p>
      <w:r>
        <w:rPr>
          <w:b/>
        </w:rPr>
        <w:t xml:space="preserve">[11:09] </w:t>
      </w:r>
      <w:r>
        <w:t>asal kaam hai daawa par. asal kaam hai logon tak khuda ka paigham pahunchana. asal kaam yeh hai.</w:t>
      </w:r>
    </w:p>
    <w:p>
      <w:pPr>
        <w:jc w:val="right"/>
      </w:pPr>
      <w:r>
        <w:t>اصل کام ہے دعویٰ پر۔ اصل کام ہے لوگوں تک خدا کا پیغام پہنچانا۔ اصل کام یہ ہے۔</w:t>
      </w:r>
    </w:p>
    <w:p>
      <w:r>
        <w:rPr>
          <w:b/>
        </w:rPr>
        <w:t xml:space="preserve">[11:20] </w:t>
      </w:r>
      <w:r>
        <w:t>to sabr kyun kiya jata hai? sabr is liye kiya jata hai ke humein halaat ko normalize karne ke liye, soorat-e-haal ko normalize karne ke liye sabr kiya jata hai.</w:t>
      </w:r>
    </w:p>
    <w:p>
      <w:pPr>
        <w:jc w:val="right"/>
      </w:pPr>
      <w:r>
        <w:t>تو صبر کیوں کیا جاتا ہے؟ صبر اس لئے کیا جاتا ہے کہ ہمیں حالات کو نارملائز کرنے کے لئے، صورتحال کو نارملائز کرنے کے لئے صبر کیا جاتا ہے۔</w:t>
      </w:r>
    </w:p>
    <w:p>
      <w:r>
        <w:rPr>
          <w:b/>
        </w:rPr>
        <w:t xml:space="preserve">[11:35] </w:t>
      </w:r>
      <w:r>
        <w:t>jaise ke aap dekhte hain ke jo yeh karobar-i-log hote hain woh kehte hain ke customer is always right.</w:t>
      </w:r>
    </w:p>
    <w:p>
      <w:pPr>
        <w:jc w:val="right"/>
      </w:pPr>
      <w:r>
        <w:t>جیسے کہ آپ دیکھتے ہیں کہ جو یہ کاروباری لوگ ہوتے ہیں وہ کہتے ہیں کہ customer is alwaysright۔</w:t>
      </w:r>
    </w:p>
    <w:p>
      <w:r>
        <w:rPr>
          <w:b/>
        </w:rPr>
        <w:t xml:space="preserve">[11:45] </w:t>
      </w:r>
      <w:r>
        <w:t>kyun aisa kehte hain? customer kuch bhi kahe, ulta kahe, seedha kare, woh yaani lateral tor par us ko taal te hain, nazar andaaz karte hain.</w:t>
      </w:r>
    </w:p>
    <w:p>
      <w:pPr>
        <w:jc w:val="right"/>
      </w:pPr>
      <w:r>
        <w:t>کیوں ایسا کہتے ہیں؟ کسٹمر کچھ بھی کہے، الٹا کہے، سیدھا کرے، وہ یعنی lateral طور پر اس کو ٹالتے ہیں، نظرانداز کرتے ہیں۔</w:t>
      </w:r>
    </w:p>
    <w:p>
      <w:r>
        <w:rPr>
          <w:b/>
        </w:rPr>
        <w:t xml:space="preserve">[11:56] </w:t>
      </w:r>
      <w:r>
        <w:t>woh kehte hain ke bhai customer is always right. kyun? karobar ko yaani ko chalane ke liye, yaani taajir aur customer ke beech mein agar ladaai ho jaye,</w:t>
      </w:r>
    </w:p>
    <w:p>
      <w:pPr>
        <w:jc w:val="right"/>
      </w:pPr>
      <w:r>
        <w:t>وہ کہتے ہیں کہ بھئی customer is alwaysright۔ کیوں؟ کاروبار کو یعنی کو چلانے کے لئے، یعنی تاجر اور کسٹمر کے بیچ میں اگر لڑائی ہو جائے،</w:t>
      </w:r>
    </w:p>
    <w:p>
      <w:r>
        <w:rPr>
          <w:b/>
        </w:rPr>
        <w:t xml:space="preserve">[12:14] </w:t>
      </w:r>
      <w:r>
        <w:t>jhagda ho jaye to kya hoga? karobar khatam ho jayega. to karobar-i ke apne mafad mein hai ke woh ladaai na hone de, woh jhagda na hone de.</w:t>
      </w:r>
    </w:p>
    <w:p>
      <w:pPr>
        <w:jc w:val="right"/>
      </w:pPr>
      <w:r>
        <w:t>جھگڑا ہو جائے تو کیا ہوگا؟ کاروبار ختم ہو جائے گا۔ تو کاروباری کے اپنے مفاد میں ہے کہ وہ لڑائی نہ ہونے دے، وہ جھگڑا نہ ہونے دے۔</w:t>
      </w:r>
    </w:p>
    <w:p>
      <w:r>
        <w:rPr>
          <w:b/>
        </w:rPr>
        <w:t xml:space="preserve">[12:26] </w:t>
      </w:r>
      <w:r>
        <w:t>is liye woh yak-tarfa sabr karta hai. customer is always right ka matlab yahi hai ke main lateral tor par sabr karunga taake customer mere haath se na jaane paaye.</w:t>
      </w:r>
    </w:p>
    <w:p>
      <w:pPr>
        <w:jc w:val="right"/>
      </w:pPr>
      <w:r>
        <w:t>اس لئے وہ یکطرفہ صبر کرتا ہے۔ customer is alwaysright کا مطلب یہی ہے کہ میں lateral طور پر صبر کروں گا تاکہ کسٹمر میرے ہاتھ سے نہ جانے پائے۔</w:t>
      </w:r>
    </w:p>
    <w:p>
      <w:r>
        <w:rPr>
          <w:b/>
        </w:rPr>
        <w:t xml:space="preserve">[12:40] </w:t>
      </w:r>
      <w:r>
        <w:t>to daai ka muamla yahi hai.</w:t>
      </w:r>
    </w:p>
    <w:p>
      <w:pPr>
        <w:jc w:val="right"/>
      </w:pPr>
      <w:r>
        <w:t>تو داعی کا معاملہ یہی ہے۔</w:t>
      </w:r>
    </w:p>
    <w:p>
      <w:r>
        <w:rPr>
          <w:b/>
        </w:rPr>
        <w:t xml:space="preserve">[12:47] </w:t>
      </w:r>
      <w:r>
        <w:t>isi liye kisi ne kaha hai ke God is making commerce His missionary. to jo akhlaqiyat hai ek karobar-i ka, wohi akhlaqiyat daai ka hota hai.</w:t>
      </w:r>
    </w:p>
    <w:p>
      <w:pPr>
        <w:jc w:val="right"/>
      </w:pPr>
      <w:r>
        <w:t>اسی لئے کسی نے کہا ہے کہ God is making commerce His missionary۔ تو جو اخلاقیات ہے ایک کاروباری کا، وہی اخلاقیات داعی کا ہوتا ہے۔</w:t>
      </w:r>
    </w:p>
    <w:p>
      <w:r>
        <w:rPr>
          <w:b/>
        </w:rPr>
        <w:t xml:space="preserve">[12:59] </w:t>
      </w:r>
      <w:r>
        <w:t>daai sabr karta hai kyun? taake normal soorat-e-haal dono ke beech mein, yaani daai aur mad'u ke beech mein, normal soorat-e-haal jo hai woh baqi rahe.</w:t>
      </w:r>
    </w:p>
    <w:p>
      <w:pPr>
        <w:jc w:val="right"/>
      </w:pPr>
      <w:r>
        <w:t>داعی صبر کرتا ہے کیوں؟ تاکہ نارمل صورتحال دونوں کے بیچ میں، یعنی داعی اور مدعو کے بیچ میں، نارمل صورتحال جو ہے وہ باقی رہے۔</w:t>
      </w:r>
    </w:p>
    <w:p>
      <w:r>
        <w:rPr>
          <w:b/>
        </w:rPr>
        <w:t xml:space="preserve">[13:15] </w:t>
      </w:r>
      <w:r>
        <w:t>to yeh karobar-i kyun nazar andaaz karta hai customer ki baaton ko? taake karobar-i aur customer ke beech mein woh soorat-e-haal baqi rahe jis mein ke karobar hua karta hai.</w:t>
      </w:r>
    </w:p>
    <w:p>
      <w:pPr>
        <w:jc w:val="right"/>
      </w:pPr>
      <w:r>
        <w:t>تو یہ کاروباری کیوں نظرانداز کرتا ہے کسٹمر کی باتوں کو؟ تاکہ کاروباری اور کسٹمر کے بیچ میں وہ صورتحال باقی رہے جس میں کہ کاروبار ہوا کرتا ہے۔</w:t>
      </w:r>
    </w:p>
    <w:p>
      <w:r>
        <w:rPr>
          <w:b/>
        </w:rPr>
        <w:t xml:space="preserve">[13:28] </w:t>
      </w:r>
      <w:r>
        <w:t>yaani normal soorat-e-haal. aise hi daai jo hai sabr karta hai. kyun ke daai ke liye har aadmi mad'u hai.</w:t>
      </w:r>
    </w:p>
    <w:p>
      <w:pPr>
        <w:jc w:val="right"/>
      </w:pPr>
      <w:r>
        <w:t>یعنی نارمل صورتحال۔ ایسے ہی داعی جو ہے صبر کرتا ہے۔ کیوں کہ داعی کے لئے ہر آدمی مدعو ہے۔</w:t>
      </w:r>
    </w:p>
    <w:p>
      <w:r>
        <w:rPr>
          <w:b/>
        </w:rPr>
        <w:t xml:space="preserve">[13:38] </w:t>
      </w:r>
      <w:r>
        <w:t>saari duniya mad'u hai. yaani address aur addressee ka ta'alluq hai. wa ma arsalnaka illa rahmatan lil aalameen. rasool allah bheje gaye the saari duniya ke liye.</w:t>
      </w:r>
    </w:p>
    <w:p>
      <w:pPr>
        <w:jc w:val="right"/>
      </w:pPr>
      <w:r>
        <w:t>ساری دنیا مدعو ہے۔ یعنی ایڈریس اور ایڈریسی کا تعلق ہے۔ وَمَا أَرْسَلْنَاكَ إِلَّا رَحْمَةً لِلْعَالَمِينَ رسول اللہ بھیجے گئے تھے ساری دنیا کے لئے۔</w:t>
      </w:r>
    </w:p>
    <w:p>
      <w:r>
        <w:rPr>
          <w:b/>
        </w:rPr>
        <w:t xml:space="preserve">[13:50] </w:t>
      </w:r>
      <w:r>
        <w:t>saari duniya ko khuda ka paigham dene ke liye. to aap ke liye saari hi duniya mad'u hai. momin ke liye saari duniya mad'u hai.</w:t>
      </w:r>
    </w:p>
    <w:p>
      <w:pPr>
        <w:jc w:val="right"/>
      </w:pPr>
      <w:r>
        <w:t>ساری دنیا کو خدا کا پیغام دینے کے لئے۔ تو آپ کے لئے ساری ہی دنیا مدعو ہے۔ مومن کے لئے ساری دنیا مدعو ہے۔</w:t>
      </w:r>
    </w:p>
    <w:p>
      <w:r>
        <w:rPr>
          <w:b/>
        </w:rPr>
        <w:t xml:space="preserve">[14:02] </w:t>
      </w:r>
      <w:r>
        <w:t>to saari duniya se is ko sabr ki ravish par chalna hai. saari duniya se is ko us ke eza rasani par nazar andaaz kar ke rehna hai.</w:t>
      </w:r>
    </w:p>
    <w:p>
      <w:pPr>
        <w:jc w:val="right"/>
      </w:pPr>
      <w:r>
        <w:t>تو ساری دنیا سے اس کو صبر کی روش پر چلنا ہے۔ ساری دنیا سے اس کو اس کے ایذاء رسانی پر نظرانداز کر کے رہنا ہے۔</w:t>
      </w:r>
    </w:p>
    <w:p>
      <w:r>
        <w:rPr>
          <w:b/>
        </w:rPr>
        <w:t xml:space="preserve">[14:13] </w:t>
      </w:r>
      <w:r>
        <w:t>to sabr ka matlab hai normalization of soorat-e-haal. sabr koi paise ka ravaiyya nahi hai.</w:t>
      </w:r>
    </w:p>
    <w:p>
      <w:pPr>
        <w:jc w:val="right"/>
      </w:pPr>
      <w:r>
        <w:t>تو صبر کا مطلب ہے نارملائزیشن آف صورتحال۔ صبر کوئی پیسے کا رویہ نہیں ہے۔</w:t>
      </w:r>
    </w:p>
    <w:p>
      <w:r>
        <w:rPr>
          <w:b/>
        </w:rPr>
        <w:t xml:space="preserve">[14:26] </w:t>
      </w:r>
      <w:r>
        <w:t>sabr jo hai ek tareeqa hai, ek tareeqa hai to normalize the situation. soorat-e-haal ko</w:t>
      </w:r>
    </w:p>
    <w:p>
      <w:pPr>
        <w:jc w:val="right"/>
      </w:pPr>
      <w:r>
        <w:t>صبر جو ہے ایک طریقہ ہے، ایک طریقہ ہے to normalize the situation۔ صورتحال کو</w:t>
      </w:r>
    </w:p>
    <w:p>
      <w:r>
        <w:rPr>
          <w:b/>
        </w:rPr>
        <w:t xml:space="preserve">[14:39] </w:t>
      </w:r>
      <w:r>
        <w:t>yaani bigadne se bachane ke liye. bigadne ka matlab kya hai? ke daai aur mad'u ke beech mein aisi hi soorat-e-haal paida ho jaye ke woh aap ki baat ko thande tareeqe se na le,</w:t>
      </w:r>
    </w:p>
    <w:p>
      <w:pPr>
        <w:jc w:val="right"/>
      </w:pPr>
      <w:r>
        <w:t>یعنی بگڑنے سے بچانے کے لئے۔ بگڑنے کا مطلب کیا ہے؟ کہ داعی اور مدعو کے بیچ میں ایسی ہی صورتحال پیدا ہو جائے کہ وہ آپ کی بات کو ٹھنڈے طریقے سے نہ لے،</w:t>
      </w:r>
    </w:p>
    <w:p>
      <w:r>
        <w:rPr>
          <w:b/>
        </w:rPr>
        <w:t xml:space="preserve">[14:55] </w:t>
      </w:r>
      <w:r>
        <w:t>mauzu'i tor par na le, ghair janibdaar tareeqe se na le. to sabr haqeeqat mein ek tareeqa hai, ek tareeqa hai soorat-e-haal ko normal banaye rakhne ka.</w:t>
      </w:r>
    </w:p>
    <w:p>
      <w:pPr>
        <w:jc w:val="right"/>
      </w:pPr>
      <w:r>
        <w:t>موضوعی طور پر نہ لے، غیر جانبدار طریقے سے نہ لے۔ تو صبر حقیقت میں ایک طریقہ ہے، ایک طریقہ ہے صورتحال کو نارمل بنائے رکھنے کا۔</w:t>
      </w:r>
    </w:p>
    <w:p>
      <w:r>
        <w:rPr>
          <w:b/>
        </w:rPr>
        <w:t xml:space="preserve">[15:16] </w:t>
      </w:r>
      <w:r>
        <w:t>ek hadith hai: aasin ila jarika takun mo'minan. apne padosi ke sath acha sulook karo.</w:t>
      </w:r>
    </w:p>
    <w:p>
      <w:pPr>
        <w:jc w:val="right"/>
      </w:pPr>
      <w:r>
        <w:t>ایک حدیث ہے: عاصٍ إلى جارِكَ تَكُنْ مُؤْمِنًا اپنے پڑوسی کے ساتھ اچھا سلوک کرو۔</w:t>
      </w:r>
    </w:p>
    <w:p>
      <w:r>
        <w:rPr>
          <w:b/>
        </w:rPr>
        <w:t xml:space="preserve">[15:32] </w:t>
      </w:r>
      <w:r>
        <w:t>tum momin ban jaoge.</w:t>
      </w:r>
    </w:p>
    <w:p>
      <w:pPr>
        <w:jc w:val="right"/>
      </w:pPr>
      <w:r>
        <w:t>تم مومن بن جاؤ گے۔</w:t>
      </w:r>
    </w:p>
    <w:p>
      <w:r>
        <w:rPr>
          <w:b/>
        </w:rPr>
        <w:t xml:space="preserve">[15:38] </w:t>
      </w:r>
      <w:r>
        <w:t>yeh kya hai? yeh imaan ki pehchan hai. momin ki pehchan hai.</w:t>
      </w:r>
    </w:p>
    <w:p>
      <w:pPr>
        <w:jc w:val="right"/>
      </w:pPr>
      <w:r>
        <w:t>یہ کیا ہے؟ یہ ایمان کی پہچان ہے۔ مومن کی پہچان ہے۔</w:t>
      </w:r>
    </w:p>
    <w:p>
      <w:r>
        <w:rPr>
          <w:b/>
        </w:rPr>
        <w:t xml:space="preserve">[15:48] </w:t>
      </w:r>
      <w:r>
        <w:t>kyun? jab ek aadmi khuda par imaan laata hai to woh ek aisi hasti ko par imaan laata hai jo faisle ka judge hai.</w:t>
      </w:r>
    </w:p>
    <w:p>
      <w:pPr>
        <w:jc w:val="right"/>
      </w:pPr>
      <w:r>
        <w:t>کیوں؟ جب ایک آدمی خدا پر ایمان لاتا ہے تو وہ ایک ایسی ہستی کو پر ایمان لاتا ہے جو فیصلے کا جج ہے۔</w:t>
      </w:r>
    </w:p>
    <w:p>
      <w:r>
        <w:rPr>
          <w:b/>
        </w:rPr>
        <w:t xml:space="preserve">[16:01] </w:t>
      </w:r>
      <w:r>
        <w:t>jiske saamne hum jawab deh hain. jiske farishte hamari recording kar rahe hain.</w:t>
      </w:r>
    </w:p>
    <w:p>
      <w:pPr>
        <w:jc w:val="right"/>
      </w:pPr>
      <w:r>
        <w:t>جس کے سامنے ہم جواب دہ ہیں۔ جس کے فرشتے ہماری ریکارڈنگ کر رہے ہیں۔</w:t>
      </w:r>
    </w:p>
    <w:p>
      <w:r>
        <w:rPr>
          <w:b/>
        </w:rPr>
        <w:t xml:space="preserve">[16:11] </w:t>
      </w:r>
      <w:r>
        <w:t>to is se jo akhlaqiyat paida hoti hain woh yeh hoti hain ke aadmi doosron ke liye be fikri ban jaata hai. saari duniya aap ki parosi hai.</w:t>
      </w:r>
    </w:p>
    <w:p>
      <w:pPr>
        <w:jc w:val="right"/>
      </w:pPr>
      <w:r>
        <w:t>تو اس سے جو اخلاقیات پیدا ہوتی ہیں وہ یہ ہوتی ہیں کہ آدمی دوسروں کے لئے بے فکری بن جاتا ہے۔ ساری دنیا آپ کی پڑوسی ہے۔</w:t>
      </w:r>
    </w:p>
    <w:p>
      <w:r>
        <w:rPr>
          <w:b/>
        </w:rPr>
        <w:t xml:space="preserve">[16:23] </w:t>
      </w:r>
      <w:r>
        <w:t>ghar ke paas jo ghar hai wohi parosi nahi hai aap ka. ek ke baad ek ke baad ek ke baad sab parosi hain aap ke.</w:t>
      </w:r>
    </w:p>
    <w:p>
      <w:pPr>
        <w:jc w:val="right"/>
      </w:pPr>
      <w:r>
        <w:t>گھر کے پاس جو گھر ہے وہی پڑوسی نہیں ہے آپ کا۔ ایک کے بعد ایک کے بعد ایک کے بعد سب پڑوسی ہیں آپ کے۔</w:t>
      </w:r>
    </w:p>
    <w:p>
      <w:r>
        <w:rPr>
          <w:b/>
        </w:rPr>
        <w:t xml:space="preserve">[16:31] </w:t>
      </w:r>
      <w:r>
        <w:t>to apne parosi ke liye, yani jis se is ka kabhi</w:t>
      </w:r>
    </w:p>
    <w:p>
      <w:pPr>
        <w:jc w:val="right"/>
      </w:pPr>
      <w:r>
        <w:t>تو اپنے پڑوسی کے لئے، یعنی جس سے اس کا کبھی</w:t>
      </w:r>
    </w:p>
    <w:p>
      <w:r>
        <w:rPr>
          <w:b/>
        </w:rPr>
        <w:t xml:space="preserve">[16:36] </w:t>
      </w:r>
      <w:r>
        <w:t>dealing ho, jis se kabhi is ka koi mamla pare,</w:t>
      </w:r>
    </w:p>
    <w:p>
      <w:pPr>
        <w:jc w:val="right"/>
      </w:pPr>
      <w:r>
        <w:t>ڈیلنگ ہو، جس سے کبھی اس کا کوئی معاملہ پڑے،</w:t>
      </w:r>
    </w:p>
    <w:p>
      <w:r>
        <w:rPr>
          <w:b/>
        </w:rPr>
        <w:t xml:space="preserve">[16:42] </w:t>
      </w:r>
      <w:r>
        <w:t>bol baat mein, amal mein, kirdar mein kisi bhi aitbar se agar is se mamla pare</w:t>
      </w:r>
    </w:p>
    <w:p>
      <w:pPr>
        <w:jc w:val="right"/>
      </w:pPr>
      <w:r>
        <w:t>بول بات میں، عمل میں، کردار میں کسی بھی اعتبار سے اگر اس سے معاملہ پڑے</w:t>
      </w:r>
    </w:p>
    <w:p>
      <w:r>
        <w:rPr>
          <w:b/>
        </w:rPr>
        <w:t xml:space="preserve">[16:48] </w:t>
      </w:r>
      <w:r>
        <w:t>to us waqt aap ko</w:t>
      </w:r>
    </w:p>
    <w:p>
      <w:pPr>
        <w:jc w:val="right"/>
      </w:pPr>
      <w:r>
        <w:t>تو اس وقت آپ کو</w:t>
      </w:r>
    </w:p>
    <w:p>
      <w:r>
        <w:rPr>
          <w:b/>
        </w:rPr>
        <w:t xml:space="preserve">[16:50] </w:t>
      </w:r>
      <w:r>
        <w:t>acchi baat cheet, achhe sulook</w:t>
      </w:r>
    </w:p>
    <w:p>
      <w:pPr>
        <w:jc w:val="right"/>
      </w:pPr>
      <w:r>
        <w:t>اچھی بات چیت، اچھے سلوک</w:t>
      </w:r>
    </w:p>
    <w:p>
      <w:r>
        <w:rPr>
          <w:b/>
        </w:rPr>
        <w:t xml:space="preserve">[16:54] </w:t>
      </w:r>
      <w:r>
        <w:t>se is ko aap se achhe ka tajurba hona chahiye.</w:t>
      </w:r>
    </w:p>
    <w:p>
      <w:pPr>
        <w:jc w:val="right"/>
      </w:pPr>
      <w:r>
        <w:t>سے اس کو آپ سے اچھے کا تجربہ ہونا چاہیئے۔</w:t>
      </w:r>
    </w:p>
    <w:p>
      <w:r>
        <w:rPr>
          <w:b/>
        </w:rPr>
        <w:t xml:space="preserve">[17:04] </w:t>
      </w:r>
      <w:r>
        <w:t>to dekhye kya farq hai. ek hai aap ka apna beta beti aur ek hai parosi. to apne bete beti se aap mohabbat karte hain kyun?</w:t>
      </w:r>
    </w:p>
    <w:p>
      <w:pPr>
        <w:jc w:val="right"/>
      </w:pPr>
      <w:r>
        <w:t>تو دیکھئے کیا فرق ہے۔ ایک ہے آپ کا اپنا بیٹا بیٹی اور ایک ہے پڑوسی۔ تو اپنے بیٹے بیٹی سے آپ محبت کرتے ہیں کیوں؟</w:t>
      </w:r>
    </w:p>
    <w:p>
      <w:r>
        <w:rPr>
          <w:b/>
        </w:rPr>
        <w:t xml:space="preserve">[17:17] </w:t>
      </w:r>
      <w:r>
        <w:t>woh fitri tor par aap ke dil mein un ki mohabbat hoti hai. fitri tor par. yaani aap apne beta beti se nafrat kar nahi sakte.</w:t>
      </w:r>
    </w:p>
    <w:p>
      <w:pPr>
        <w:jc w:val="right"/>
      </w:pPr>
      <w:r>
        <w:t>وہ فطری طور پر آپ کے دل میں ان کی محبت ہوتی ہے۔ فطری طور پر۔ یعنی آپ اپنے بیٹا بیٹی سے نفرت کر نہیں سکتے۔</w:t>
      </w:r>
    </w:p>
    <w:p>
      <w:r>
        <w:rPr>
          <w:b/>
        </w:rPr>
        <w:t xml:space="preserve">[17:29] </w:t>
      </w:r>
      <w:r>
        <w:t>apne beta beti se aap nafrat nahi kar sakte. fitrat aap ko wahan majboori se kehti hai ke un se mohabbat karo. lekin parosi se mohabbat karne ke liye kya hota hai?</w:t>
      </w:r>
    </w:p>
    <w:p>
      <w:pPr>
        <w:jc w:val="right"/>
      </w:pPr>
      <w:r>
        <w:t>اپنے بیٹا بیٹی سے آپ نفرت نہیں کر سکتے۔ فطرت آپ کو وہاں مجبوری سے کہتی ہے کہ ان سے محبت کرو۔ لیکن پڑوسی سے محبت کرنے کے لئے کیا ہوتا ہے؟</w:t>
      </w:r>
    </w:p>
    <w:p>
      <w:r>
        <w:rPr>
          <w:b/>
        </w:rPr>
        <w:t xml:space="preserve">[17:42] </w:t>
      </w:r>
      <w:r>
        <w:t>aap ko apne zehan ko فعال karna padta hai. yaani parosi se aap ko soch kar mohabbat karna hai. beta beti se baghair soche hi mohabbat paida ho jaati hai apne aap.</w:t>
      </w:r>
    </w:p>
    <w:p>
      <w:pPr>
        <w:jc w:val="right"/>
      </w:pPr>
      <w:r>
        <w:t>آپ کو اپنے ذہن کو فعال کرنا پڑتا ہے۔ یعنی پڑوسی سے آپ کو سوچ کر محبت کرنا ہے۔ بیٹا بیٹی سے بغیر سوچے ہی محبت پیدا ہو جاتی ہے اپنے آپ۔</w:t>
      </w:r>
    </w:p>
    <w:p>
      <w:r>
        <w:rPr>
          <w:b/>
        </w:rPr>
        <w:t xml:space="preserve">[17:55] </w:t>
      </w:r>
      <w:r>
        <w:t>to agar aap beta beti se mohabbat karein to yeh imaan ki pehchaan nahi hai. woh to fitrat par hai. bheed bakri bhi mohabbat karte hain. aap bhi kar rahe hain.</w:t>
      </w:r>
    </w:p>
    <w:p>
      <w:pPr>
        <w:jc w:val="right"/>
      </w:pPr>
      <w:r>
        <w:t>تو اگر آپ بیٹا بیٹی سے محبت کریں تو یہ ایمان کی پہچان نہیں ہے۔ وہ تو فطرت پر ہے۔ بھیڑ بکری بھی محبت کرتے ہیں۔ آپ بھی کر رہے ہیں۔</w:t>
      </w:r>
    </w:p>
    <w:p>
      <w:r>
        <w:rPr>
          <w:b/>
        </w:rPr>
        <w:t xml:space="preserve">[18:06] </w:t>
      </w:r>
      <w:r>
        <w:t>yaad rakhiye beta beti se mohabbat karna is ka koi islami credit nahi hai. woh sirf aap ka fitrat hai jo kehta hai ke beta beti se mohabbat karo to aap kar rahe hain bas.</w:t>
      </w:r>
    </w:p>
    <w:p>
      <w:pPr>
        <w:jc w:val="right"/>
      </w:pPr>
      <w:r>
        <w:t>یاد رکھئے بیٹا بیٹی سے محبت کرنا اس کا کوئی اسلامی کریڈٹ نہیں ہے۔ وہ صرف آپ کا فطرت ہے جو کہتا ہے کہ بیٹا بیٹی سے محبت کرو تو آپ کر رہے ہیں بس۔</w:t>
      </w:r>
    </w:p>
    <w:p>
      <w:r>
        <w:rPr>
          <w:b/>
        </w:rPr>
        <w:t xml:space="preserve">[18:21] </w:t>
      </w:r>
      <w:r>
        <w:t>is par koi inaam nahi milne wala hai. kyun? soch samajh kar jo aadmi jo kaam karta hai apne yaani apne irade ke zariye se tab is par milta hai inaam.</w:t>
      </w:r>
    </w:p>
    <w:p>
      <w:pPr>
        <w:jc w:val="right"/>
      </w:pPr>
      <w:r>
        <w:t>اس پر کوئی انعام نہیں ملنے والا ہے۔ کیوں؟ سوچ سمجھ کر جو آدمی جو کام کرتا ہے اپنے یعنی اپنے ارادے کے ذریعے سے تب اس پر ملتا ہے انعام۔</w:t>
      </w:r>
    </w:p>
    <w:p>
      <w:r>
        <w:rPr>
          <w:b/>
        </w:rPr>
        <w:t xml:space="preserve">[18:37] </w:t>
      </w:r>
      <w:r>
        <w:t>to parosi ke baare mein aise hi hota hai. parosi se aap ko fitri tor par koi mohabbat nahi hoti. fitri tor par koi wabastagi nahi hoti.</w:t>
      </w:r>
    </w:p>
    <w:p>
      <w:pPr>
        <w:jc w:val="right"/>
      </w:pPr>
      <w:r>
        <w:t>تو پڑوسی کے بارے میں ایسے ہی ہوتا ہے۔ پڑوسی سے آپ کو فطری طور پر کوئی محبت نہیں ہوتی۔ فطری طور پر کوئی وابستگی نہیں ہوتی۔</w:t>
      </w:r>
    </w:p>
    <w:p>
      <w:r>
        <w:rPr>
          <w:b/>
        </w:rPr>
        <w:t xml:space="preserve">[18:49] </w:t>
      </w:r>
      <w:r>
        <w:t>soch samajh kar aap ko is se apne aap ko wabasta karna padta hai. wabastagi qaim karna padta hai.</w:t>
      </w:r>
    </w:p>
    <w:p>
      <w:pPr>
        <w:jc w:val="right"/>
      </w:pPr>
      <w:r>
        <w:t>سوچ سمجھ کر آپ کو اس سے اپنے آپ کو وابستہ کرنا پڑتا ہے۔ وابستگی قائم کرنا پڑتا ہے۔</w:t>
      </w:r>
    </w:p>
    <w:p>
      <w:r>
        <w:rPr>
          <w:b/>
        </w:rPr>
        <w:t xml:space="preserve">[18:58] </w:t>
      </w:r>
      <w:r>
        <w:t>soch samajh kar. apne zehan ko فعال karte hain aap. ke khuda ne kaha hai ke apne parosi se mohabbat karo. khuda ne kaha hai ke apne parosi ke saath achhe ban kar raho.</w:t>
      </w:r>
    </w:p>
    <w:p>
      <w:pPr>
        <w:jc w:val="right"/>
      </w:pPr>
      <w:r>
        <w:t>سوچ سمجھ کر۔ اپنے ذہن کو فعال کرتے ہیں آپ۔ کہ خدا نے کہا ہے کہ اپنے پڑوسی سے محبت کرو۔ خدا نے کہا ہے کہ اپنے پڑوسی کے ساتھ اچھے بن کر رہو۔</w:t>
      </w:r>
    </w:p>
    <w:p>
      <w:r>
        <w:rPr>
          <w:b/>
        </w:rPr>
        <w:t xml:space="preserve">[19:10] </w:t>
      </w:r>
      <w:r>
        <w:t>to khuda ka hukum aap ko فعال karta hai. to kitna farq hai. beta beti se mohabbat aap karte hain fitri majboori ki wajah se.</w:t>
      </w:r>
    </w:p>
    <w:p>
      <w:pPr>
        <w:jc w:val="right"/>
      </w:pPr>
      <w:r>
        <w:t>تو خدا کا حکم آپ کو فعال کرتا ہے۔ تو کتنا فرق ہے۔ بیٹا بیٹی سے محبت آپ کرتے ہیں فطری مجبوری کی وجہ سے۔</w:t>
      </w:r>
    </w:p>
    <w:p>
      <w:r>
        <w:rPr>
          <w:b/>
        </w:rPr>
        <w:t xml:space="preserve">[19:25] </w:t>
      </w:r>
      <w:r>
        <w:t>aur parosi se mohabbat karte hain khuda ke hukum ki wajah se. bohat farq hai.</w:t>
      </w:r>
    </w:p>
    <w:p>
      <w:pPr>
        <w:jc w:val="right"/>
      </w:pPr>
      <w:r>
        <w:t>اور پڑوسی سے محبت کرتے ہیں خدا کے حکم کی وجہ سے۔ بہت فرق ہے۔</w:t>
      </w:r>
    </w:p>
    <w:p>
      <w:r>
        <w:rPr>
          <w:b/>
        </w:rPr>
        <w:t xml:space="preserve">[19:33] </w:t>
      </w:r>
      <w:r>
        <w:t>yaani beta beti se apne aap mein hi mohabbat paida ho jaati hai. khud hi khud. aisa nahi hai ke quran mein dhoondein aap. isi liye saare quran mein kahin aap nahi paayenge hadees mein ke</w:t>
      </w:r>
    </w:p>
    <w:p>
      <w:pPr>
        <w:jc w:val="right"/>
      </w:pPr>
      <w:r>
        <w:t>یعنی بیٹا بیٹی سے اپنے آپ میں ہی محبت پیدا ہو جاتی ہے۔ خود ہی خود۔ ایسا نہیں ہے کہ قرآن میں ڈھونڈیں آپ۔ اسی لئے سارے قرآن میں کہیں آپ نہیں پائیں گے حدیث میں کہ</w:t>
      </w:r>
    </w:p>
    <w:p>
      <w:r>
        <w:rPr>
          <w:b/>
        </w:rPr>
        <w:t xml:space="preserve">[19:48] </w:t>
      </w:r>
      <w:r>
        <w:t>ae logon apne beta beti se mohabbat karo. aisa kahin likha hua nahi hai.</w:t>
      </w:r>
    </w:p>
    <w:p>
      <w:pPr>
        <w:jc w:val="right"/>
      </w:pPr>
      <w:r>
        <w:t>اے لوگوں اپنے بیٹا بیٹی سے محبت کرو۔ ایسا کہیں لکھا ہوا نہیں ہے۔</w:t>
      </w:r>
    </w:p>
    <w:p>
      <w:r>
        <w:rPr>
          <w:b/>
        </w:rPr>
        <w:t xml:space="preserve">[19:56] </w:t>
      </w:r>
      <w:r>
        <w:t>lekin parosi ke liye likha hua hai. kyun? aap ki jo aulaad hai us se to fitri tor par aap mohabbat karenge hi karenge.</w:t>
      </w:r>
    </w:p>
    <w:p>
      <w:pPr>
        <w:jc w:val="right"/>
      </w:pPr>
      <w:r>
        <w:t>لیکن پڑوسی کے لئے لکھا ہوا ہے۔ کیوں؟ آپ کی جو اولاد ہے اس سے تو فطری طور پر آپ محبت کریں گے ہی کہ کریں گے۔</w:t>
      </w:r>
    </w:p>
    <w:p>
      <w:r>
        <w:rPr>
          <w:b/>
        </w:rPr>
        <w:t xml:space="preserve">[20:08] </w:t>
      </w:r>
      <w:r>
        <w:t>baghair kahe hue. aap kisi ka bachha paida ho. aap us ki maa ke paas jaayen. aur maa se kahin ke dekho behan ji</w:t>
      </w:r>
    </w:p>
    <w:p>
      <w:pPr>
        <w:jc w:val="right"/>
      </w:pPr>
      <w:r>
        <w:t>بغیر کہے ہوئے۔ آپ کسی کا بچہ پیدا ہو۔ آپ اس کی ماں کے پاس جائیں۔ اور ماں سے کہیں کہ دیکھو بہن جی</w:t>
      </w:r>
    </w:p>
    <w:p>
      <w:r>
        <w:rPr>
          <w:b/>
        </w:rPr>
        <w:t xml:space="preserve">[20:20] </w:t>
      </w:r>
      <w:r>
        <w:t>yeh bachha tumhara paida hua hai. is se aap mohabbat karna hai is se. mohabbat ke saath rehna hai is se. to kya aap samajhte hain aap se khush ho gi woh?</w:t>
      </w:r>
    </w:p>
    <w:p>
      <w:pPr>
        <w:jc w:val="right"/>
      </w:pPr>
      <w:r>
        <w:t>یہ بچہ تمہارا پیدا ہوا ہے۔ اس سے آپ محبت کرنا ہے اس سے۔ محبت کے ساتھ رہنا ہے اس سے۔ تو کیا آپ سمجھتے ہیں آپ سے خوش ہو گی وہ؟</w:t>
      </w:r>
    </w:p>
    <w:p>
      <w:r>
        <w:rPr>
          <w:b/>
        </w:rPr>
        <w:t xml:space="preserve">[20:30] </w:t>
      </w:r>
      <w:r>
        <w:t>aap ko daant ke bhaga degi. woh kahe gi kya apne bete se mohabbat karne ke liye mujhe tumhari mashware ki zaroorat hai?</w:t>
      </w:r>
    </w:p>
    <w:p>
      <w:pPr>
        <w:jc w:val="right"/>
      </w:pPr>
      <w:r>
        <w:t>آپ کو ڈانٹ کے بھگا دے گی۔ وہ کہے گی کیا اپنے بیٹے سے محبت کرنے کے لئے مجھے تمہاری مشورے کی ضرورت ہے؟</w:t>
      </w:r>
    </w:p>
    <w:p>
      <w:r>
        <w:rPr>
          <w:b/>
        </w:rPr>
        <w:t xml:space="preserve">[20:42] </w:t>
      </w:r>
      <w:r>
        <w:t>apne bete se mohabbat karne ke liye to mujhe zaroorat hai ke tum mujhe mashware do. to tum mein karenge hi karenge. to wahan par dekhye fitrat ka majboori hai.</w:t>
      </w:r>
    </w:p>
    <w:p>
      <w:pPr>
        <w:jc w:val="right"/>
      </w:pPr>
      <w:r>
        <w:t>اپنے بیٹے سے محبت کرنے کے لئے تو مجھے ضرورت ہے کہ تم مجھے مشورے دو۔ تو تم میں کرو گی ہی کرو گی۔ تو وہاں پر دیکھئے فطرت کا مجبوری ہے۔</w:t>
      </w:r>
    </w:p>
    <w:p>
      <w:r>
        <w:rPr>
          <w:b/>
        </w:rPr>
        <w:t xml:space="preserve">[20:55] </w:t>
      </w:r>
      <w:r>
        <w:t>parosi ke liye fitrat ka majboori nahi hai. is liye yahan bataya jaata hai ke fitrat ka majboori nahi hai.</w:t>
      </w:r>
    </w:p>
    <w:p>
      <w:pPr>
        <w:jc w:val="right"/>
      </w:pPr>
      <w:r>
        <w:t>پڑوسی کے لئے فطرت کا مجبوری نہیں ہے۔ اس لئے یہاں بتایا جاتا ہے کہ فطرت کا مجبوری نہیں ہے۔</w:t>
      </w:r>
    </w:p>
    <w:p>
      <w:r>
        <w:rPr>
          <w:b/>
        </w:rPr>
        <w:t xml:space="preserve">[21:04] </w:t>
      </w:r>
      <w:r>
        <w:t>is liye bataya jata hai ke dekho padosi jo hai tumhare liye pehchan hai tumhare iman ki. kyon ke agar tum ne apne zehn ko فعال kiya.</w:t>
      </w:r>
    </w:p>
    <w:p>
      <w:pPr>
        <w:jc w:val="right"/>
      </w:pPr>
      <w:r>
        <w:t>اس لئے بتایا جاتا ہے کہ دیکھو پڑوسی جو ہے تمہارے لئے پہچان ہے تمہارے ایمان کی۔ کیوں کہ اگر تم نے اپنے ذہن کو فعال کیا۔</w:t>
      </w:r>
    </w:p>
    <w:p>
      <w:r>
        <w:rPr>
          <w:b/>
        </w:rPr>
        <w:t xml:space="preserve">[21:14] </w:t>
      </w:r>
      <w:r>
        <w:t>soch samajh kar tum ne apna rawaiyya banaya. Khuda se dar se. ke agar main ne aisa nahi kiya to main wahan pakda jaunga.</w:t>
      </w:r>
    </w:p>
    <w:p>
      <w:pPr>
        <w:jc w:val="right"/>
      </w:pPr>
      <w:r>
        <w:t>سوچ سمجھ کر تم نے اپنا رویہ بنایا۔ خدا سے ڈر سے۔ کہ اگر میں نے ایسا نہیں کیا تو میں وہاں پکڑا جاؤں گا۔</w:t>
      </w:r>
    </w:p>
    <w:p>
      <w:r>
        <w:rPr>
          <w:b/>
        </w:rPr>
        <w:t xml:space="preserve">[21:26] </w:t>
      </w:r>
      <w:r>
        <w:t>to aap padosi ke sath aisa karoge. is mamle mein main yeh kahunga ke</w:t>
      </w:r>
    </w:p>
    <w:p>
      <w:pPr>
        <w:jc w:val="right"/>
      </w:pPr>
      <w:r>
        <w:t>تو آپ پڑوسی کے ساتھ ایسا کریں گے۔ اس معاملے میں میں یہ کہوں گا کہ</w:t>
      </w:r>
    </w:p>
    <w:p>
      <w:r>
        <w:rPr>
          <w:b/>
        </w:rPr>
        <w:t xml:space="preserve">[21:36] </w:t>
      </w:r>
      <w:r>
        <w:t>padosi se achhe sulook ke do darje hain. ek yeh hai ke aap padosi ke liye madadgar bainen.</w:t>
      </w:r>
    </w:p>
    <w:p>
      <w:pPr>
        <w:jc w:val="right"/>
      </w:pPr>
      <w:r>
        <w:t>پڑوسی سے اچھے سلوک کے دو درجے ہیں۔ ایک یہ ہے کہ آپ پڑوسی کے لئے مددگار بنیں۔</w:t>
      </w:r>
    </w:p>
    <w:p>
      <w:r>
        <w:rPr>
          <w:b/>
        </w:rPr>
        <w:t xml:space="preserve">[21:50] </w:t>
      </w:r>
      <w:r>
        <w:t>padosi ke liye aap mufeed bainen. padosi ko aap faida pahunchaen. yeh ek darja hai. yani nafe banen.</w:t>
      </w:r>
    </w:p>
    <w:p>
      <w:pPr>
        <w:jc w:val="right"/>
      </w:pPr>
      <w:r>
        <w:t>پڑوسی کے لئے آپ مفید بنیں۔ پڑوسی کو آپ فائدہ پہنچائیں۔ یہ ایک درجہ ہے۔ یعنی نافع بنیں۔</w:t>
      </w:r>
    </w:p>
    <w:p>
      <w:r>
        <w:rPr>
          <w:b/>
        </w:rPr>
        <w:t xml:space="preserve">[22:01] </w:t>
      </w:r>
      <w:r>
        <w:t>wa amma ma'nafahu al-nas fa in kuntum fi al-la'ab to ek hai padosi ke liye nafe bakhsh banna. padosi ke liye madadgar banna.</w:t>
      </w:r>
    </w:p>
    <w:p>
      <w:pPr>
        <w:jc w:val="right"/>
      </w:pPr>
      <w:r>
        <w:t>وَأَمَّا مَعَنْفَهُ النَّاسِ فَإِنْ كُنْتُمْ فِي الْلَّعْبِ تو ایک ہے پڑوسی کے لئے نفع بخش بننا۔ پڑوسی کے لئے مددگار بننا۔</w:t>
      </w:r>
    </w:p>
    <w:p>
      <w:r>
        <w:rPr>
          <w:b/>
        </w:rPr>
        <w:t xml:space="preserve">[22:16] </w:t>
      </w:r>
      <w:r>
        <w:t>yeh ek ooncha darja hai. kam az kam yani zyada se zyada darja keh sakte hain aap is ko. kam az kam darja yeh hai ke aap padosi ke liye koi masla na ban jaen.</w:t>
      </w:r>
    </w:p>
    <w:p>
      <w:pPr>
        <w:jc w:val="right"/>
      </w:pPr>
      <w:r>
        <w:t>یہ ایک اونچا درجہ ہے۔ کم از کم یعنی زیادہ سے زیادہ درجہ کہہ سکتے ہیں آپ اس کو۔ کم از کم درجہ یہ ہے کہ آپ پڑوسی کے لئے کوئی مسئلہ نہ بن جائیں۔</w:t>
      </w:r>
    </w:p>
    <w:p>
      <w:r>
        <w:rPr>
          <w:b/>
        </w:rPr>
        <w:t xml:space="preserve">[22:32] </w:t>
      </w:r>
      <w:r>
        <w:t>koi masla na ban jaen. yani is tarah rahen ke aap se padosi ko koi nuksan na pahunche. mislan aap koi jhagda na karen.</w:t>
      </w:r>
    </w:p>
    <w:p>
      <w:pPr>
        <w:jc w:val="right"/>
      </w:pPr>
      <w:r>
        <w:t>کوئی مسئلہ نہ بن جائیں۔ یعنی اس طرح رہیں کہ آپ سے پڑوسی کو کوئی نقصان نہ پہنچے۔ مثلاً آپ کوئی جھگڑا نہ کریں۔</w:t>
      </w:r>
    </w:p>
    <w:p>
      <w:r>
        <w:rPr>
          <w:b/>
        </w:rPr>
        <w:t xml:space="preserve">[22:42] </w:t>
      </w:r>
      <w:r>
        <w:t>wahan aap koi shor o ghul na karen. wahan aap koi hangama na khada karen. wahan aap koi tod phod na karen.</w:t>
      </w:r>
    </w:p>
    <w:p>
      <w:pPr>
        <w:jc w:val="right"/>
      </w:pPr>
      <w:r>
        <w:t>وہاں آپ کوئی شور و غل نہ کریں۔ وہاں آپ کوئی ہنگامہ نہ کھڑا کریں۔ وہاں آپ کوئی توڑ پھوڑ نہ کریں۔</w:t>
      </w:r>
    </w:p>
    <w:p>
      <w:r>
        <w:rPr>
          <w:b/>
        </w:rPr>
        <w:t xml:space="preserve">[22:55] </w:t>
      </w:r>
      <w:r>
        <w:t>yani aisi cheez jis se ke padosi ko nuksan pahunchne wala ho. padosi ke liye masla banne wala ho koi. woh aap na karen.</w:t>
      </w:r>
    </w:p>
    <w:p>
      <w:pPr>
        <w:jc w:val="right"/>
      </w:pPr>
      <w:r>
        <w:t>یعنی ایسی چیز جس سے کہ پڑوسی کو نقصان پہنچنے والا ہو۔ پڑوسی کے لئے مسئلہ بننے والا ہو کوئی۔ وہ آپ نہ کریں۔</w:t>
      </w:r>
    </w:p>
    <w:p>
      <w:r>
        <w:rPr>
          <w:b/>
        </w:rPr>
        <w:t xml:space="preserve">[23:06] </w:t>
      </w:r>
      <w:r>
        <w:t>main ne ek akhbar mein padha ke ek aadmi ke haan shadi thi. to us ne apne ghar ke samne deg chala di.</w:t>
      </w:r>
    </w:p>
    <w:p>
      <w:pPr>
        <w:jc w:val="right"/>
      </w:pPr>
      <w:r>
        <w:t>میں نے ایک اخبار میں پڑھا کہ ایک آدمی کے ہاں شادی تھی۔ تو اس نے اپنے گھر کے سامنے دیگ چلا دیا۔</w:t>
      </w:r>
    </w:p>
    <w:p>
      <w:r>
        <w:rPr>
          <w:b/>
        </w:rPr>
        <w:t xml:space="preserve">[23:16] </w:t>
      </w:r>
      <w:r>
        <w:t>khali ek khana paka raha tha woh. ab deg chala di to woh lakdi se pak raha tha khana. gas se nahi pak raha tha. to dhuan nikla.</w:t>
      </w:r>
    </w:p>
    <w:p>
      <w:pPr>
        <w:jc w:val="right"/>
      </w:pPr>
      <w:r>
        <w:t>خالی ایک کھانا پکا رہا تھا وہ۔ اب دیگ چلا دیا تو وہ لکڑی سے پک رہا تھا کھانا۔ گیس سے نہیں پک رہا تھا۔ تو دھواں نکلا۔</w:t>
      </w:r>
    </w:p>
    <w:p>
      <w:r>
        <w:rPr>
          <w:b/>
        </w:rPr>
        <w:t xml:space="preserve">[23:28] </w:t>
      </w:r>
      <w:r>
        <w:t>ab padosi ke ghar mein dhuan chala gaya. ab padosi nikla ke kya musibat tum ne kar rakhi hai yahan par? sara dhuan dhuan kar diya hai. us ne kaha ke yeh mera haq hai.</w:t>
      </w:r>
    </w:p>
    <w:p>
      <w:pPr>
        <w:jc w:val="right"/>
      </w:pPr>
      <w:r>
        <w:t>اب پڑوسی کے گھر میں دھواں چلا گیا۔ اب پڑوسی نکلا کہ کیا مصیبت تم نے کر رکھی ہے یہاں پر؟ سارا دھواں دھواں کر دیا ہے۔ اس نے کہا کہ یہ میرا حق ہے۔</w:t>
      </w:r>
    </w:p>
    <w:p>
      <w:r>
        <w:rPr>
          <w:b/>
        </w:rPr>
        <w:t xml:space="preserve">[23:41] </w:t>
      </w:r>
      <w:r>
        <w:t>meri shadi hai. main to khana pakaunga. agar tu pakana hai to ja kar kahin door paka. hamare ghar ke samne kyun karte ho aisa? ab jahan aap dono mein ladai ho gayi.</w:t>
      </w:r>
    </w:p>
    <w:p>
      <w:pPr>
        <w:jc w:val="right"/>
      </w:pPr>
      <w:r>
        <w:t>میری شادی ہے۔ میں تو کھانا پکاؤں گا۔ اگر تو پکانا ہے تو جا کر کہیں دور پکاؤ۔ ہمارے گھر کے سامنے کیوں کرتے ہو ایسا؟ اب جہاں آپ دونوں میں لڑائی ہو گئی۔</w:t>
      </w:r>
    </w:p>
    <w:p>
      <w:r>
        <w:rPr>
          <w:b/>
        </w:rPr>
        <w:t xml:space="preserve">[23:52] </w:t>
      </w:r>
      <w:r>
        <w:t>baqayda. yahan tak ke jo dulha sahab the un ko jaan se mar dala. padosiyon ne. ab barat jo hai loot gayi.</w:t>
      </w:r>
    </w:p>
    <w:p>
      <w:pPr>
        <w:jc w:val="right"/>
      </w:pPr>
      <w:r>
        <w:t>باقاعدہ۔ یہاں تک کہ جو دولہا صاحب تھے ان کو جان سے مار ڈالا۔ پڑوسیوں نے۔ اب بارات جو ہے لوٹ گئی۔</w:t>
      </w:r>
    </w:p>
    <w:p>
      <w:r>
        <w:rPr>
          <w:b/>
        </w:rPr>
        <w:t xml:space="preserve">[24:05] </w:t>
      </w:r>
      <w:r>
        <w:t>to dekhiye padosi ka padosi ke liye achhe sulook ki ahmiyat yeh hai ke us ke liye apne zehn ko فعال karna padta hai.</w:t>
      </w:r>
    </w:p>
    <w:p>
      <w:pPr>
        <w:jc w:val="right"/>
      </w:pPr>
      <w:r>
        <w:t>تو دیکھئے پڑوسی کا پڑوسی کے لئے اچھے سلوک کی اہمیت یہ ہے کہ اس کے لئے اپنے ذہن کو فعال کرنا پڑتا ہے۔</w:t>
      </w:r>
    </w:p>
    <w:p>
      <w:r>
        <w:rPr>
          <w:b/>
        </w:rPr>
        <w:t xml:space="preserve">[24:17] </w:t>
      </w:r>
      <w:r>
        <w:t>aur aulad ke liye kuch nahi woh zehn فعال karna kya hai? woh to aap karte hi karte hain. isi liye kahin bhi Quran mein aap nahi paenge ke yeh aaya ho ke a log</w:t>
      </w:r>
    </w:p>
    <w:p>
      <w:pPr>
        <w:jc w:val="right"/>
      </w:pPr>
      <w:r>
        <w:t>اور اولاد کے لئے کچھ نہیں وہ ذہن فعال کرنا کیا ہے؟ وہ تو آپ کرتے ہی کرتے ہیں۔ اسی لئے کہیں بھی قرآن میں آپ نہیں پائیں گے کہ یہ آیا ہو کہ اے لوگ</w:t>
      </w:r>
    </w:p>
    <w:p>
      <w:r>
        <w:rPr>
          <w:b/>
        </w:rPr>
        <w:t xml:space="preserve">[24:29] </w:t>
      </w:r>
      <w:r>
        <w:t>on apne apne beta beti se mohabbat karo. lekin padosi ke liye aaya hai ke padosi se mohabbat karo.</w:t>
      </w:r>
    </w:p>
    <w:p>
      <w:pPr>
        <w:jc w:val="right"/>
      </w:pPr>
      <w:r>
        <w:t>وں اپنے اپنے بیٹا بیٹی سے محبت کرو۔ لیکن پڑوسی کے لئے آیا ہے کہ پڑوسی سے محبت کرو۔</w:t>
      </w:r>
    </w:p>
    <w:p>
      <w:r>
        <w:rPr>
          <w:b/>
        </w:rPr>
        <w:t xml:space="preserve">[24:38] </w:t>
      </w:r>
      <w:r>
        <w:t>padosi ke sath tumhara achha rawaiyya ho.</w:t>
      </w:r>
    </w:p>
    <w:p>
      <w:pPr>
        <w:jc w:val="right"/>
      </w:pPr>
      <w:r>
        <w:t>پڑوسی کے ساتھ تمہارا اچھا رویہ ہو۔</w:t>
      </w:r>
    </w:p>
    <w:p>
      <w:r>
        <w:rPr>
          <w:b/>
        </w:rPr>
        <w:t xml:space="preserve">[24:45] </w:t>
      </w:r>
      <w:r>
        <w:t>kyon ke jahan aadmi apne zehn ko فعال kare wahin sawab hota hai. jahan zehn ko فعال kiye bina karen aap wahan sawab nahi hota.</w:t>
      </w:r>
    </w:p>
    <w:p>
      <w:pPr>
        <w:jc w:val="right"/>
      </w:pPr>
      <w:r>
        <w:t>کیوں کہ جہاں آدمی اپنے ذہن کو فعال کرے وہیں ثواب ہوتا ہے۔ جہاں ذہن کو فعال کیے بنا کریں آپ وہاں ثواب نہیں ہوتا۔</w:t>
      </w:r>
    </w:p>
    <w:p>
      <w:r>
        <w:rPr>
          <w:b/>
        </w:rPr>
        <w:t xml:space="preserve">[24:56] </w:t>
      </w:r>
      <w:r>
        <w:t>misal ke taur par khana lijie. kahin aisa likha hua nahi ke a logon</w:t>
      </w:r>
    </w:p>
    <w:p>
      <w:pPr>
        <w:jc w:val="right"/>
      </w:pPr>
      <w:r>
        <w:t>مثال کے طور پر کھانا لیجئے۔ کہیں ایسا لکھا ہوا نہیں کہ اے لوگوں</w:t>
      </w:r>
    </w:p>
    <w:p>
      <w:r>
        <w:rPr>
          <w:b/>
        </w:rPr>
        <w:t xml:space="preserve">[25:03] </w:t>
      </w:r>
      <w:r>
        <w:t>bhuk lage to kha liya karo. is mein tum ko sawab milega. lekin doosron ko khilane mein sawab bataya gaya hai. it'am-e-miskeen doosron ko khana khilana.</w:t>
      </w:r>
    </w:p>
    <w:p>
      <w:pPr>
        <w:jc w:val="right"/>
      </w:pPr>
      <w:r>
        <w:t>بھوک لگے تو کھا لیا کرو۔ اس میں تم کو ثواب ملے گا۔ لیکن دوسروں کو کھلانے میں ثواب بتایا گیا ہے۔ اِطعامِ مسکین دوسروں کو کھانا کھلانا۔</w:t>
      </w:r>
    </w:p>
    <w:p>
      <w:r>
        <w:rPr>
          <w:b/>
        </w:rPr>
        <w:t xml:space="preserve">[25:15] </w:t>
      </w:r>
      <w:r>
        <w:t>Quran mein bar bar aaya hai. hadith mein aaya hai. ke doosron ko khana khilana. gharibon ko, mohtajon ko, miskeenon ko, faqiron ko khana khilana.</w:t>
      </w:r>
    </w:p>
    <w:p>
      <w:pPr>
        <w:jc w:val="right"/>
      </w:pPr>
      <w:r>
        <w:t>قرآن میں بار بار آیا ہے۔ حدیث میں آیا ہے۔ کہ دوسروں کو کھانا کھلانا۔ غریبوں کو، محتاجوں کو، مسکینوں کو، فقیروں کو کھانا کھلانا۔</w:t>
      </w:r>
    </w:p>
    <w:p>
      <w:r>
        <w:rPr>
          <w:b/>
        </w:rPr>
        <w:t xml:space="preserve">[25:25] </w:t>
      </w:r>
      <w:r>
        <w:t>is ka bohat sawab bataya gaya hai. yeh to nahi kaha ke jab tum bhuk lage to khana kha liya karo. is par sawab hai. kyon ke khud</w:t>
      </w:r>
    </w:p>
    <w:p>
      <w:pPr>
        <w:jc w:val="right"/>
      </w:pPr>
      <w:r>
        <w:t>اس کا بہت ثواب بتایا گیا ہے۔ یہ تو نہیں کہا کہ جب تم بھوک لگے تو کھانا کھا لیا کرو۔ اس پر ثواب ہے۔ کیوں کہ خود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