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Highest Level of Paradise October 13, 2018</w:t>
      </w:r>
    </w:p>
    <w:p>
      <w:r>
        <w:t>https://www.youtube.com/watch?v=L-VshW0ylX0</w:t>
      </w:r>
    </w:p>
    <w:p>
      <w:r>
        <w:rPr>
          <w:b/>
        </w:rPr>
        <w:t xml:space="preserve">[00:14] </w:t>
      </w:r>
      <w:r>
        <w:t>bismillah-ir-rahman-ir-rahim, wa salla Allahu ala al-nabi al-karim.</w:t>
      </w:r>
    </w:p>
    <w:p>
      <w:pPr>
        <w:jc w:val="right"/>
      </w:pPr>
      <w:r>
        <w:t>بسم اللہ الرحمن الرحیم، وصلی اللہ علی النبی الکریم۔</w:t>
      </w:r>
    </w:p>
    <w:p>
      <w:r>
        <w:rPr>
          <w:b/>
        </w:rPr>
        <w:t xml:space="preserve">[00:25] </w:t>
      </w:r>
      <w:r>
        <w:t>13 october</w:t>
      </w:r>
    </w:p>
    <w:p>
      <w:pPr>
        <w:jc w:val="right"/>
      </w:pPr>
      <w:r>
        <w:t>13 اکتوبر</w:t>
      </w:r>
    </w:p>
    <w:p>
      <w:r>
        <w:rPr>
          <w:b/>
        </w:rPr>
        <w:t xml:space="preserve">[00:32] </w:t>
      </w:r>
      <w:r>
        <w:t>2018</w:t>
      </w:r>
    </w:p>
    <w:p>
      <w:pPr>
        <w:jc w:val="right"/>
      </w:pPr>
      <w:r>
        <w:t>2018۔</w:t>
      </w:r>
    </w:p>
    <w:p>
      <w:r>
        <w:rPr>
          <w:b/>
        </w:rPr>
        <w:t xml:space="preserve">[00:38] </w:t>
      </w:r>
      <w:r>
        <w:t>aaj</w:t>
      </w:r>
    </w:p>
    <w:p>
      <w:pPr>
        <w:jc w:val="right"/>
      </w:pPr>
      <w:r>
        <w:t>آج</w:t>
      </w:r>
    </w:p>
    <w:p>
      <w:r>
        <w:rPr>
          <w:b/>
        </w:rPr>
        <w:t xml:space="preserve">[00:42] </w:t>
      </w:r>
      <w:r>
        <w:t>aik hadith ka bayan hoga,</w:t>
      </w:r>
    </w:p>
    <w:p>
      <w:pPr>
        <w:jc w:val="right"/>
      </w:pPr>
      <w:r>
        <w:t>ایک حدیث کا بیان ہوگا،</w:t>
      </w:r>
    </w:p>
    <w:p>
      <w:r>
        <w:rPr>
          <w:b/>
        </w:rPr>
        <w:t xml:space="preserve">[00:50] </w:t>
      </w:r>
      <w:r>
        <w:t>woh hadith aik lambi hadith hai. is ke andar</w:t>
      </w:r>
    </w:p>
    <w:p>
      <w:pPr>
        <w:jc w:val="right"/>
      </w:pPr>
      <w:r>
        <w:t>وہ حدیث ایک لمبی حدیث ہے۔ اس کے اندر</w:t>
      </w:r>
    </w:p>
    <w:p>
      <w:r>
        <w:rPr>
          <w:b/>
        </w:rPr>
        <w:t xml:space="preserve">[00:58] </w:t>
      </w:r>
      <w:r>
        <w:t>jannat, jannat-e-firdous ka zikr hai,</w:t>
      </w:r>
    </w:p>
    <w:p>
      <w:pPr>
        <w:jc w:val="right"/>
      </w:pPr>
      <w:r>
        <w:t>جنت، جنتِ فردوس کا ذکر ہے،</w:t>
      </w:r>
    </w:p>
    <w:p>
      <w:r>
        <w:rPr>
          <w:b/>
        </w:rPr>
        <w:t xml:space="preserve">[01:06] </w:t>
      </w:r>
      <w:r>
        <w:t>toh woh aap ke samne parhi jayegi, phir us ke bare mein kuch bayan kiya jayega.</w:t>
      </w:r>
    </w:p>
    <w:p>
      <w:pPr>
        <w:jc w:val="right"/>
      </w:pPr>
      <w:r>
        <w:t>تو وہ آپ کے سامنے پڑھی جائے گی، پھر اس کے بارے میں کچھ بیان کیا جائے گا۔</w:t>
      </w:r>
    </w:p>
    <w:p>
      <w:r>
        <w:rPr>
          <w:b/>
        </w:rPr>
        <w:t xml:space="preserve">[01:14] </w:t>
      </w:r>
      <w:r>
        <w:t>Anthmarah, an-nabiy sallallahu alayhi wasallam qala: "Al-firdaws rubwatul jannah, wa hi awsathuha wa ahsanuhah." Thamarah se riwayat hai ke nabi sallallahu alayhi wasallam ne kaha: "Firdous jannat ka buland maqam hai,</w:t>
      </w:r>
    </w:p>
    <w:p>
      <w:pPr>
        <w:jc w:val="right"/>
      </w:pPr>
      <w:r>
        <w:t>انثمرہ، ان النبی صلی اللہ علیہ وسلم قال: "الفردوس ربوۃ الجنہ، وہی اوسطہ واحسنہ۔" ثمرہ سے روایت ہے کہ نبی صلی اللہ علیہ وسلم نے کہا: "فردوس جنت کا بلند مقام ہے،</w:t>
      </w:r>
    </w:p>
    <w:p>
      <w:r>
        <w:rPr>
          <w:b/>
        </w:rPr>
        <w:t xml:space="preserve">[01:32] </w:t>
      </w:r>
      <w:r>
        <w:t>woh jannat ka aala aur sab se behtar maqam hai." Sifatul jannah, abu naeem al-isfahani, hadith number 11.</w:t>
      </w:r>
    </w:p>
    <w:p>
      <w:pPr>
        <w:jc w:val="right"/>
      </w:pPr>
      <w:r>
        <w:t>وہ جنت کا اعلیٰ اور سب سے بہتر مقام ہے۔" صفت الجنہ، ابو نعیم الاصفہانی، حدیث نمبر 11۔</w:t>
      </w:r>
    </w:p>
    <w:p>
      <w:r>
        <w:rPr>
          <w:b/>
        </w:rPr>
        <w:t xml:space="preserve">[01:44] </w:t>
      </w:r>
      <w:r>
        <w:t>dekhiye, hadith aur quran se maloom hota hai ke</w:t>
      </w:r>
    </w:p>
    <w:p>
      <w:pPr>
        <w:jc w:val="right"/>
      </w:pPr>
      <w:r>
        <w:t>دیکھیے، حدیث اور قرآن سے معلوم ہوتا ہے کہ</w:t>
      </w:r>
    </w:p>
    <w:p>
      <w:r>
        <w:rPr>
          <w:b/>
        </w:rPr>
        <w:t xml:space="preserve">[01:53] </w:t>
      </w:r>
      <w:r>
        <w:t>jannat ke bohat se darjay hain. aik hadith mein bataya gaya hai ke jannat ke sau darjay hain, toh sab se jo top ka darja hai woh hai firdous.</w:t>
      </w:r>
    </w:p>
    <w:p>
      <w:pPr>
        <w:jc w:val="right"/>
      </w:pPr>
      <w:r>
        <w:t>جنت کے بہت سے درجے ہیں۔ ایک حدیث میں بتایا گیا ہے کہ جنت کے سو درجے ہیں، تو سب سے جو ٹاپ کا درجہ ہے وہ ہے فردوس۔</w:t>
      </w:r>
    </w:p>
    <w:p>
      <w:r>
        <w:rPr>
          <w:b/>
        </w:rPr>
        <w:t xml:space="preserve">[02:10] </w:t>
      </w:r>
      <w:r>
        <w:t>toh is hadith mein bataya gaya hai ke</w:t>
      </w:r>
    </w:p>
    <w:p>
      <w:pPr>
        <w:jc w:val="right"/>
      </w:pPr>
      <w:r>
        <w:t>تو اس حدیث میں بتایا گیا ہے کہ</w:t>
      </w:r>
    </w:p>
    <w:p>
      <w:r>
        <w:rPr>
          <w:b/>
        </w:rPr>
        <w:t xml:space="preserve">[02:15] </w:t>
      </w:r>
      <w:r>
        <w:t>woh top ka darja kya hai, isi ka naam hai firdous.</w:t>
      </w:r>
    </w:p>
    <w:p>
      <w:pPr>
        <w:jc w:val="right"/>
      </w:pPr>
      <w:r>
        <w:t>وہ ٹاپ کا درجہ کیا ہے، اسی کا نام ہے فردوس۔</w:t>
      </w:r>
    </w:p>
    <w:p>
      <w:r>
        <w:rPr>
          <w:b/>
        </w:rPr>
        <w:t xml:space="preserve">[02:22] </w:t>
      </w:r>
      <w:r>
        <w:t>toh mein sochta raha ke yeh top ki paradise kis ke liye hai? koi is ka model hamein quran mein hona chahiye.</w:t>
      </w:r>
    </w:p>
    <w:p>
      <w:pPr>
        <w:jc w:val="right"/>
      </w:pPr>
      <w:r>
        <w:t>تو میں سوچتا رہا کہ یہ ٹاپ کی پیرائز کس کے لیے ہے؟ کوئی اس کا ماڈل ہمیں قرآن میں ہونا چاہیے۔</w:t>
      </w:r>
    </w:p>
    <w:p>
      <w:r>
        <w:rPr>
          <w:b/>
        </w:rPr>
        <w:t xml:space="preserve">[02:39] </w:t>
      </w:r>
      <w:r>
        <w:t>is top ki jannat ke liye koi model, koi namuna quran mein hona chahiye.</w:t>
      </w:r>
    </w:p>
    <w:p>
      <w:pPr>
        <w:jc w:val="right"/>
      </w:pPr>
      <w:r>
        <w:t>اس ٹاپ کی جنت کے لیے کوئی ماڈل، کوئی نمونہ قرآن میں ہونا چاہیے۔</w:t>
      </w:r>
    </w:p>
    <w:p>
      <w:r>
        <w:rPr>
          <w:b/>
        </w:rPr>
        <w:t xml:space="preserve">[02:50] </w:t>
      </w:r>
      <w:r>
        <w:t>toh mujhe</w:t>
      </w:r>
    </w:p>
    <w:p>
      <w:pPr>
        <w:jc w:val="right"/>
      </w:pPr>
      <w:r>
        <w:t>تو مجھے</w:t>
      </w:r>
    </w:p>
    <w:p>
      <w:r>
        <w:rPr>
          <w:b/>
        </w:rPr>
        <w:t xml:space="preserve">[02:54] </w:t>
      </w:r>
      <w:r>
        <w:t>apni</w:t>
      </w:r>
    </w:p>
    <w:p>
      <w:pPr>
        <w:jc w:val="right"/>
      </w:pPr>
      <w:r>
        <w:t>اپنی</w:t>
      </w:r>
    </w:p>
    <w:p>
      <w:r>
        <w:rPr>
          <w:b/>
        </w:rPr>
        <w:t xml:space="preserve">[02:59] </w:t>
      </w:r>
      <w:r>
        <w:t>khoj mein</w:t>
      </w:r>
    </w:p>
    <w:p>
      <w:pPr>
        <w:jc w:val="right"/>
      </w:pPr>
      <w:r>
        <w:t>کھوج میں</w:t>
      </w:r>
    </w:p>
    <w:p>
      <w:r>
        <w:rPr>
          <w:b/>
        </w:rPr>
        <w:t xml:space="preserve">[03:03] </w:t>
      </w:r>
      <w:r>
        <w:t>phir yeh yeh mila ke firoun ki jo malika thi, jo hazrat moosa pe iman layi,</w:t>
      </w:r>
    </w:p>
    <w:p>
      <w:pPr>
        <w:jc w:val="right"/>
      </w:pPr>
      <w:r>
        <w:t>پھر یہ یہ ملا کہ فرعون کی جو ملکہ تھی، جو حضرت موسیٰ پہ ایمان لائی،</w:t>
      </w:r>
    </w:p>
    <w:p>
      <w:r>
        <w:rPr>
          <w:b/>
        </w:rPr>
        <w:t xml:space="preserve">[03:18] </w:t>
      </w:r>
      <w:r>
        <w:t>toh firoun jo tha bohat ghussa ho gaya kyunke woh toh hazrat moosa ko apna dushman samajhta tha.</w:t>
      </w:r>
    </w:p>
    <w:p>
      <w:pPr>
        <w:jc w:val="right"/>
      </w:pPr>
      <w:r>
        <w:t>تو فرعون جو تھا بہت غصہ ہو گیا کیونکہ وہ تو حضرت موسیٰ کو اپنا دشمن سمجھتا تھا۔</w:t>
      </w:r>
    </w:p>
    <w:p>
      <w:r>
        <w:rPr>
          <w:b/>
        </w:rPr>
        <w:t xml:space="preserve">[03:29] </w:t>
      </w:r>
      <w:r>
        <w:t>toh quran mein is ka zikr hai.</w:t>
      </w:r>
    </w:p>
    <w:p>
      <w:pPr>
        <w:jc w:val="right"/>
      </w:pPr>
      <w:r>
        <w:t>تو قرآن میں اس کا ذکر ہے۔</w:t>
      </w:r>
    </w:p>
    <w:p>
      <w:r>
        <w:rPr>
          <w:b/>
        </w:rPr>
        <w:t xml:space="preserve">[03:37] </w:t>
      </w:r>
      <w:r>
        <w:t>toh firoun ne is se kaha ke tum moosa ko chhodna padega, tum ko.</w:t>
      </w:r>
    </w:p>
    <w:p>
      <w:pPr>
        <w:jc w:val="right"/>
      </w:pPr>
      <w:r>
        <w:t>تو فرعون نے اس سے کہا کہ تم موسیٰ کو چھوڑنا پڑے گا، تم کو۔</w:t>
      </w:r>
    </w:p>
    <w:p>
      <w:r>
        <w:rPr>
          <w:b/>
        </w:rPr>
        <w:t xml:space="preserve">[03:49] </w:t>
      </w:r>
      <w:r>
        <w:t>yani is ka jo kehna tha, us ko mein aik lafz mein agar kahoon toh yeh hoga ke:</w:t>
      </w:r>
    </w:p>
    <w:p>
      <w:pPr>
        <w:jc w:val="right"/>
      </w:pPr>
      <w:r>
        <w:t>یعنی اس کا جو کہنا تھا، اس کو میں ایک لفظ میں اگر کہوں تو یہ ہوگا کہ:</w:t>
      </w:r>
    </w:p>
    <w:p>
      <w:r>
        <w:rPr>
          <w:b/>
        </w:rPr>
        <w:t xml:space="preserve">[04:01] </w:t>
      </w:r>
      <w:r>
        <w:t>"palace or death, choose the choose between the two."</w:t>
      </w:r>
    </w:p>
    <w:p>
      <w:pPr>
        <w:jc w:val="right"/>
      </w:pPr>
      <w:r>
        <w:t>"پیلس اور ڈیتھ، چوز دا چوز بٹوین دا ٹو۔"</w:t>
      </w:r>
    </w:p>
    <w:p>
      <w:r>
        <w:rPr>
          <w:b/>
        </w:rPr>
        <w:t xml:space="preserve">[04:13] </w:t>
      </w:r>
      <w:r>
        <w:t>palace and death, choose between the two.</w:t>
      </w:r>
    </w:p>
    <w:p>
      <w:pPr>
        <w:jc w:val="right"/>
      </w:pPr>
      <w:r>
        <w:t>پیلس اور ڈیتھ، چوز بٹوین دا ٹو۔</w:t>
      </w:r>
    </w:p>
    <w:p>
      <w:r>
        <w:rPr>
          <w:b/>
        </w:rPr>
        <w:t xml:space="preserve">[04:21] </w:t>
      </w:r>
      <w:r>
        <w:t>to aaj bhi main sochta hoon, aksar sochta rehta hoon ke woh kaisi khatoon thi jis ne bila jhijhak, baghair kisi</w:t>
      </w:r>
    </w:p>
    <w:p>
      <w:pPr>
        <w:jc w:val="right"/>
      </w:pPr>
      <w:r>
        <w:t>تو آج بھی میں سوچتا ہوں، اکثر سوچتا رہتا ہوں کہ وہ کیسی خاتون تھی جس نے بلا جھجک، بغیر کسی</w:t>
      </w:r>
    </w:p>
    <w:p>
      <w:r>
        <w:rPr>
          <w:b/>
        </w:rPr>
        <w:t xml:space="preserve">[04:35] </w:t>
      </w:r>
      <w:r>
        <w:t>jhijhak ke, ek sikran mein faisla kar liya ke mujhe to paradise lena hai, chahe mujhe paradise tak pohnchne ke liye</w:t>
      </w:r>
    </w:p>
    <w:p>
      <w:pPr>
        <w:jc w:val="right"/>
      </w:pPr>
      <w:r>
        <w:t>جھجک کے، ایک سکڑن میں فیصلہ کر لیا کہ مجھے تو پیرالائز لینا ہے، چاہے مجھے پیرالائز تک پہنچنے کے لیے</w:t>
      </w:r>
    </w:p>
    <w:p>
      <w:r>
        <w:rPr>
          <w:b/>
        </w:rPr>
        <w:t xml:space="preserve">[04:52] </w:t>
      </w:r>
      <w:r>
        <w:t>death se guzarna pare, talwar se guzarna pare.</w:t>
      </w:r>
    </w:p>
    <w:p>
      <w:pPr>
        <w:jc w:val="right"/>
      </w:pPr>
      <w:r>
        <w:t>ڈیتھ سے گزرنا پڑے، تلوار سے گزرنا پڑے۔</w:t>
      </w:r>
    </w:p>
    <w:p>
      <w:r>
        <w:rPr>
          <w:b/>
        </w:rPr>
        <w:t xml:space="preserve">[05:01] </w:t>
      </w:r>
      <w:r>
        <w:t>chunaanche yeh hua, yeh hua, aur firoun ne is ko qatl kar diya. saada taur par nahi, misr mein ek tareeqa tha,</w:t>
      </w:r>
    </w:p>
    <w:p>
      <w:pPr>
        <w:jc w:val="right"/>
      </w:pPr>
      <w:r>
        <w:t>چنانچہ یہ ہوا، یہ ہوا، اور فرعون نے اس کو قتل کر دیا۔ سادہ طور پر نہیں، مصر میں ایک طریقہ تھا،</w:t>
      </w:r>
    </w:p>
    <w:p>
      <w:r>
        <w:rPr>
          <w:b/>
        </w:rPr>
        <w:t xml:space="preserve">[05:15] </w:t>
      </w:r>
      <w:r>
        <w:t>bohat hi dardnaak qatl. woh yeh tha ke</w:t>
      </w:r>
    </w:p>
    <w:p>
      <w:pPr>
        <w:jc w:val="right"/>
      </w:pPr>
      <w:r>
        <w:t>بہت ہی دردناک قتل۔ وہ یہ تھا کہ</w:t>
      </w:r>
    </w:p>
    <w:p>
      <w:r>
        <w:rPr>
          <w:b/>
        </w:rPr>
        <w:t xml:space="preserve">[05:28] </w:t>
      </w:r>
      <w:r>
        <w:t>ek taraf ka haath aur paon pehle kaatte the, phir aadmi tadapta to tadapta tha,</w:t>
      </w:r>
    </w:p>
    <w:p>
      <w:pPr>
        <w:jc w:val="right"/>
      </w:pPr>
      <w:r>
        <w:t>ایک طرف کا ہاتھ اور پاؤں پہلے کاٹتے تھے، پھر آدمی تڑپتا تو تڑپتا تھا،</w:t>
      </w:r>
    </w:p>
    <w:p>
      <w:r>
        <w:rPr>
          <w:b/>
        </w:rPr>
        <w:t xml:space="preserve">[05:40] </w:t>
      </w:r>
      <w:r>
        <w:t>phir doosri taraf ka haath aur paon kaatte the.</w:t>
      </w:r>
    </w:p>
    <w:p>
      <w:pPr>
        <w:jc w:val="right"/>
      </w:pPr>
      <w:r>
        <w:t>پھر دوسری طرف کا ہاتھ اور پاؤں کاٹتے تھے۔</w:t>
      </w:r>
    </w:p>
    <w:p>
      <w:r>
        <w:rPr>
          <w:b/>
        </w:rPr>
        <w:t xml:space="preserve">[05:45] </w:t>
      </w:r>
      <w:r>
        <w:t>is tarah agar woh mar gaya to mar gaye hain, to is ki gardan kat jati thi. yaani tadpa tadpa kar maarna. to woh kaisi khatoon hogi jis ke saamne ek taraf palace tha aur doosri taraf death thi,</w:t>
      </w:r>
    </w:p>
    <w:p>
      <w:pPr>
        <w:jc w:val="right"/>
      </w:pPr>
      <w:r>
        <w:t>اس طرح اگر وہ مر گیا تو مر گئے ہیں، تو اس کی گردن کٹ جاتی تھی۔ یعنی تڑپا تڑپا کر مارنا۔ تو وہ کیسی خاتون ہوگی جس کے سامنے ایک طرف پیلس تھا اور دوسری طرف ڈیتھ تھی،</w:t>
      </w:r>
    </w:p>
    <w:p>
      <w:r>
        <w:rPr>
          <w:b/>
        </w:rPr>
        <w:t xml:space="preserve">[06:09] </w:t>
      </w:r>
      <w:r>
        <w:t>aur us ne death ko qubool kar liya. to main sochta hoon ke jab yeh waqea hua hoga,</w:t>
      </w:r>
    </w:p>
    <w:p>
      <w:pPr>
        <w:jc w:val="right"/>
      </w:pPr>
      <w:r>
        <w:t>اور اس نے ڈیتھ کو قبول کر لیا۔ تو میں سوچتا ہوں کہ جب یہ واقعہ ہوا ہوگا،</w:t>
      </w:r>
    </w:p>
    <w:p>
      <w:r>
        <w:rPr>
          <w:b/>
        </w:rPr>
        <w:t xml:space="preserve">[06:19] </w:t>
      </w:r>
      <w:r>
        <w:t>jab yeh waqea hua hoga, to poori kainat ke angels shayad is manzar ko dekhne ke liye ikhatta ho gaye honge ke kaisi khatoon hai woh.</w:t>
      </w:r>
    </w:p>
    <w:p>
      <w:pPr>
        <w:jc w:val="right"/>
      </w:pPr>
      <w:r>
        <w:t>جب یہ واقعہ ہوا ہوگا، تو پوری کائنات کے اینجلز شاید اس منظر کو دیکھنے کے لیے اکٹھا ہو گئے ہوں گے کہ کیسی خاتون ہے وہ۔</w:t>
      </w:r>
    </w:p>
    <w:p>
      <w:r>
        <w:rPr>
          <w:b/>
        </w:rPr>
        <w:t xml:space="preserve">[06:36] </w:t>
      </w:r>
      <w:r>
        <w:t>halanke abhi tak is ne paralyze ko dekha nahi tha, sirf Hazrat Musa ne bataya tha.</w:t>
      </w:r>
    </w:p>
    <w:p>
      <w:pPr>
        <w:jc w:val="right"/>
      </w:pPr>
      <w:r>
        <w:t>حالانکہ ابھی تک اس نے پیرالائز کو دیکھا نہیں تھا، صرف حضرت موسیٰ نے بتایا تھا۔</w:t>
      </w:r>
    </w:p>
    <w:p>
      <w:r>
        <w:rPr>
          <w:b/>
        </w:rPr>
        <w:t xml:space="preserve">[06:45] </w:t>
      </w:r>
      <w:r>
        <w:t>ek khabar par woh qurban ho gayi kyunke woh khabar Allah ki taraf se aa rahi thi, Musa ki taraf se aa rahi thi.</w:t>
      </w:r>
    </w:p>
    <w:p>
      <w:pPr>
        <w:jc w:val="right"/>
      </w:pPr>
      <w:r>
        <w:t>ایک خبر پر وہ قربان ہو گئی کیونکہ وہ خبر اللہ کی طرف سے آ رہی تھی، موسیٰ کی طرف سے آ رہی تھی۔</w:t>
      </w:r>
    </w:p>
    <w:p>
      <w:r>
        <w:rPr>
          <w:b/>
        </w:rPr>
        <w:t xml:space="preserve">[06:58] </w:t>
      </w:r>
      <w:r>
        <w:t>to is hadees ko phir se padhiye.</w:t>
      </w:r>
    </w:p>
    <w:p>
      <w:pPr>
        <w:jc w:val="right"/>
      </w:pPr>
      <w:r>
        <w:t>تو اس حدیث کو پھر سے پڑھیے۔</w:t>
      </w:r>
    </w:p>
    <w:p>
      <w:r>
        <w:rPr>
          <w:b/>
        </w:rPr>
        <w:t xml:space="preserve">[07:02] </w:t>
      </w:r>
      <w:r>
        <w:t>Anas bin Malik radiallahu anhu se riwayat hai ke Nabi Sallallahu Alaihi Wasallam ne farmaya: "Firdous jannat ka ek ubhara hua hissa hai, aur woh sab se darmiyani aur sab se achha hissa hai."</w:t>
      </w:r>
    </w:p>
    <w:p>
      <w:pPr>
        <w:jc w:val="right"/>
      </w:pPr>
      <w:r>
        <w:t>انثمرہ، ان النبی صلی اللہ علیہ وسلم قال: "الفردوس ربوۃ الجنہ، وہی اوسطہ واحسنہ۔" ثمرہ سے روایت ہے نبی صلی اللہ علیہ وسلم نے کہا: "فردوس جنت کا بلند مقام ہے، وہ جنت کا اعلیٰ اور سب سے بہتر مقام ہے۔"</w:t>
      </w:r>
    </w:p>
    <w:p>
      <w:r>
        <w:rPr>
          <w:b/>
        </w:rPr>
        <w:t xml:space="preserve">[07:23] </w:t>
      </w:r>
      <w:r>
        <w:t>ab dekhiye, firdous kya cheez hai?</w:t>
      </w:r>
    </w:p>
    <w:p>
      <w:pPr>
        <w:jc w:val="right"/>
      </w:pPr>
      <w:r>
        <w:t>اب دیکھیے، فردوس کیا چیز ہے؟</w:t>
      </w:r>
    </w:p>
    <w:p>
      <w:r>
        <w:rPr>
          <w:b/>
        </w:rPr>
        <w:t xml:space="preserve">[07:30] </w:t>
      </w:r>
      <w:r>
        <w:t>sirf bulandi ki baat nahi hai, yeh</w:t>
      </w:r>
    </w:p>
    <w:p>
      <w:pPr>
        <w:jc w:val="right"/>
      </w:pPr>
      <w:r>
        <w:t>صرف بلندی کی بات نہیں ہے، یہ</w:t>
      </w:r>
    </w:p>
    <w:p>
      <w:r>
        <w:rPr>
          <w:b/>
        </w:rPr>
        <w:t xml:space="preserve">[07:36] </w:t>
      </w:r>
      <w:r>
        <w:t>sirf bulandi ki baat nahi hai, woh Allah Rabbul Alameen ke paros ki baat hai.</w:t>
      </w:r>
    </w:p>
    <w:p>
      <w:pPr>
        <w:jc w:val="right"/>
      </w:pPr>
      <w:r>
        <w:t>صرف بلندی کی بات نہیں ہے، وہ اللہ رب العالمین کے پڑوس کی بات ہے۔</w:t>
      </w:r>
    </w:p>
    <w:p>
      <w:r>
        <w:rPr>
          <w:b/>
        </w:rPr>
        <w:t xml:space="preserve">[07:46] </w:t>
      </w:r>
      <w:r>
        <w:t>ab woh hadees, woh woh Quran ki ayat padhiye aur is ka tarjuma padhiye. Wa</w:t>
      </w:r>
    </w:p>
    <w:p>
      <w:pPr>
        <w:jc w:val="right"/>
      </w:pPr>
      <w:r>
        <w:t>اب وہ حدیث، وہ وہ قرآن کی آیت پڑھیے اور اس کا ترجمہ پڑھیے۔ و</w:t>
      </w:r>
    </w:p>
    <w:p>
      <w:r>
        <w:rPr>
          <w:b/>
        </w:rPr>
        <w:t xml:space="preserve">[07:53] </w:t>
      </w:r>
      <w:r>
        <w:t>darab Allah masalan lillazeena amanoo imra'ata Fir'awn. qaalat: "Rabbi ibni li AAindaka baytan fil Jannati wa najjini min Fir'awna wa AAamilihi wa najjini minal qawmidh-dhaalimeen." Surah Taubah,</w:t>
      </w:r>
    </w:p>
    <w:p>
      <w:pPr>
        <w:jc w:val="right"/>
      </w:pPr>
      <w:r>
        <w:t>ضرب اللہ مثلاً للذین آمنوا امرأۃ فرعون۔ قالت: "رب ابن لی عندک بیت فی الجنہ، ونجنی من فرعون وعملہ، ونجنی من القوم الظالمین۔" سورہ تحریم،</w:t>
      </w:r>
    </w:p>
    <w:p>
      <w:r>
        <w:rPr>
          <w:b/>
        </w:rPr>
        <w:t xml:space="preserve">[08:08] </w:t>
      </w:r>
      <w:r>
        <w:t>chapter number 66, verse number 11. aur misaal di Allah Ta'ala ne ek momino ke liye Fir'aun ki aurat ki, jab ke us ne kaha:</w:t>
      </w:r>
    </w:p>
    <w:p>
      <w:pPr>
        <w:jc w:val="right"/>
      </w:pPr>
      <w:r>
        <w:t>چیپٹر نمبر 66، ورس نمبر 11۔ اور مثال دی اللہ تعالی نے ایک مومنوں کے لیے فرعون کی عورت کی، جبکہ اس نے کہا:</w:t>
      </w:r>
    </w:p>
    <w:p>
      <w:r>
        <w:rPr>
          <w:b/>
        </w:rPr>
        <w:t xml:space="preserve">[08:21] </w:t>
      </w:r>
      <w:r>
        <w:t>"Ae mere Rab! mere liye apne paas jannat mein ek ghar bana aur mujhe nijaat de de Fir'aun aur us ke amal se, aur mujhe nijaat de de zalim qom se."</w:t>
      </w:r>
    </w:p>
    <w:p>
      <w:pPr>
        <w:jc w:val="right"/>
      </w:pPr>
      <w:r>
        <w:t>"اے رب! میرے لیے اپنے پاس جنت میں ایک گھر بنا اور مجھے نجات دے دے فرعون اور اس کے عمل سے، اور مجھے نجات دے دے ظالم قوم سے۔"</w:t>
      </w:r>
    </w:p>
    <w:p>
      <w:r>
        <w:rPr>
          <w:b/>
        </w:rPr>
        <w:t xml:space="preserve">[08:34] </w:t>
      </w:r>
      <w:r>
        <w:t>to is hadees aur is Quran ki is ayat par</w:t>
      </w:r>
    </w:p>
    <w:p>
      <w:pPr>
        <w:jc w:val="right"/>
      </w:pPr>
      <w:r>
        <w:t>تو اس حدیث اور اس قرآن کی اس آیت پر</w:t>
      </w:r>
    </w:p>
    <w:p>
      <w:r>
        <w:rPr>
          <w:b/>
        </w:rPr>
        <w:t xml:space="preserve">[08:42] </w:t>
      </w:r>
      <w:r>
        <w:t>sochne se mujhe yeh maloom hua ke</w:t>
      </w:r>
    </w:p>
    <w:p>
      <w:pPr>
        <w:jc w:val="right"/>
      </w:pPr>
      <w:r>
        <w:t>سوچنے سے مجھے یہ معلوم ہوا کہ</w:t>
      </w:r>
    </w:p>
    <w:p>
      <w:r>
        <w:rPr>
          <w:b/>
        </w:rPr>
        <w:t xml:space="preserve">[08:52] </w:t>
      </w:r>
      <w:r>
        <w:t>yeh jo paralyze hai, jannat ul firdous, yeh naam hai Allah ke paros ka, Allah ki neighborhood banane ka.</w:t>
      </w:r>
    </w:p>
    <w:p>
      <w:pPr>
        <w:jc w:val="right"/>
      </w:pPr>
      <w:r>
        <w:t>یہ جو پیرائز ہے، جنت الفردوس، یہ نام ہے اللہ کے پڑوس کا، اللہ کی نیبرہڈ بنانے کا۔</w:t>
      </w:r>
    </w:p>
    <w:p>
      <w:r>
        <w:rPr>
          <w:b/>
        </w:rPr>
        <w:t xml:space="preserve">[09:11] </w:t>
      </w:r>
      <w:r>
        <w:t>yaani is ki jo beauty hai, beauty hai, woh to baat ko aati hai, asal cheez to aata hai Rabbul Alameen ka paros.</w:t>
      </w:r>
    </w:p>
    <w:p>
      <w:pPr>
        <w:jc w:val="right"/>
      </w:pPr>
      <w:r>
        <w:t>یعنی اس کی جو بیوٹر ہے، بیوٹی ہے، وہ تو بات کو آتی ہے، اصل چیز تو آتا ہے رب العالمین کا پڑوس۔</w:t>
      </w:r>
    </w:p>
    <w:p>
      <w:r>
        <w:rPr>
          <w:b/>
        </w:rPr>
        <w:t xml:space="preserve">[09:25] </w:t>
      </w:r>
      <w:r>
        <w:t>jab woh rab ul alameen ka paros hai to tu rahe ga, woh beautiful.</w:t>
      </w:r>
    </w:p>
    <w:p>
      <w:pPr>
        <w:jc w:val="right"/>
      </w:pPr>
      <w:r>
        <w:t>جب وہ رب العالمین کا پڑوس ہے تو تو رہے گا، وہ بیوٹی فل۔</w:t>
      </w:r>
    </w:p>
    <w:p>
      <w:r>
        <w:rPr>
          <w:b/>
        </w:rPr>
        <w:t xml:space="preserve">[09:36] </w:t>
      </w:r>
      <w:r>
        <w:t>to ghor kijiye ke</w:t>
      </w:r>
    </w:p>
    <w:p>
      <w:pPr>
        <w:jc w:val="right"/>
      </w:pPr>
      <w:r>
        <w:t>تو غور کیجئے کہ</w:t>
      </w:r>
    </w:p>
    <w:p>
      <w:r>
        <w:rPr>
          <w:b/>
        </w:rPr>
        <w:t xml:space="preserve">[09:40] </w:t>
      </w:r>
      <w:r>
        <w:t>kya darja hai</w:t>
      </w:r>
    </w:p>
    <w:p>
      <w:pPr>
        <w:jc w:val="right"/>
      </w:pPr>
      <w:r>
        <w:t>کیا درجہ ہے</w:t>
      </w:r>
    </w:p>
    <w:p>
      <w:r>
        <w:rPr>
          <w:b/>
        </w:rPr>
        <w:t xml:space="preserve">[09:45] </w:t>
      </w:r>
      <w:r>
        <w:t>aise logon ka. to jannat mein ya jannat ul firdous mein dakhla jo hai, woh kin logon ke liye muqaddar hai?</w:t>
      </w:r>
    </w:p>
    <w:p>
      <w:pPr>
        <w:jc w:val="right"/>
      </w:pPr>
      <w:r>
        <w:t>ایسے لوگوں کا۔ تو جنت میں یا جنت الفردوس میں داخلہ جو ہے، وہ کن لوگوں کے لیے مقدر ہے؟</w:t>
      </w:r>
    </w:p>
    <w:p>
      <w:r>
        <w:rPr>
          <w:b/>
        </w:rPr>
        <w:t xml:space="preserve">[10:02] </w:t>
      </w:r>
      <w:r>
        <w:t>un logon ke liye jo</w:t>
      </w:r>
    </w:p>
    <w:p>
      <w:pPr>
        <w:jc w:val="right"/>
      </w:pPr>
      <w:r>
        <w:t>ان لوگوں کے لیے جو</w:t>
      </w:r>
    </w:p>
    <w:p>
      <w:r>
        <w:rPr>
          <w:b/>
        </w:rPr>
        <w:t xml:space="preserve">[10:12] </w:t>
      </w:r>
      <w:r>
        <w:t>high choice lein, bara choice.</w:t>
      </w:r>
    </w:p>
    <w:p>
      <w:pPr>
        <w:jc w:val="right"/>
      </w:pPr>
      <w:r>
        <w:t>ہائی چوائس لیں، بڑا چوائس۔</w:t>
      </w:r>
    </w:p>
    <w:p>
      <w:r>
        <w:rPr>
          <w:b/>
        </w:rPr>
        <w:t xml:space="preserve">[10:21] </w:t>
      </w:r>
      <w:r>
        <w:t>yani un ke samne dunya ke glamour samne aaye, lekin un ki discovery itni bari ho ke woh supersede kar jaye us glamour se.</w:t>
      </w:r>
    </w:p>
    <w:p>
      <w:pPr>
        <w:jc w:val="right"/>
      </w:pPr>
      <w:r>
        <w:t>یعنی ان کے سامنے دنیا کے گلیور سامنے آئے، لیکن ان کی ڈسکوری اتنی بڑی ہو کہ وہ سپرسیڈ کر جائے اس گلیور سے۔</w:t>
      </w:r>
    </w:p>
    <w:p>
      <w:r>
        <w:rPr>
          <w:b/>
        </w:rPr>
        <w:t xml:space="preserve">[10:43] </w:t>
      </w:r>
      <w:r>
        <w:t>yeh yeh sara mamla discovery ka hai. is khatoon ko agar discovery na hui hoti to itna bara sacrifice woh nahi kar sakti thi.</w:t>
      </w:r>
    </w:p>
    <w:p>
      <w:pPr>
        <w:jc w:val="right"/>
      </w:pPr>
      <w:r>
        <w:t>یہ یہ سارا معاملہ ڈسکوری کا ہے۔ اس خاتون کو اگر ڈسکوری نہ ہوئی ہوتی تو اتنا بڑا صغری فائز وہ نہیں کر سکتی تھی۔</w:t>
      </w:r>
    </w:p>
    <w:p>
      <w:r>
        <w:rPr>
          <w:b/>
        </w:rPr>
        <w:t xml:space="preserve">[10:54] </w:t>
      </w:r>
      <w:r>
        <w:t>is khatoon ko discovery hui Allah rab ul alameen ki, us ko discovery hui jannat ul firdous ki.</w:t>
      </w:r>
    </w:p>
    <w:p>
      <w:pPr>
        <w:jc w:val="right"/>
      </w:pPr>
      <w:r>
        <w:t>اس خاتون کو ڈسکوری ہوئی اللہ رب العالمین کی، اس کو ڈسکوری ہوئی جنت الفردوس کی۔</w:t>
      </w:r>
    </w:p>
    <w:p>
      <w:r>
        <w:rPr>
          <w:b/>
        </w:rPr>
        <w:t xml:space="preserve">[11:08] </w:t>
      </w:r>
      <w:r>
        <w:t>kya kya discovery hui us ko? tab us ke andar yeh himmat aayi,</w:t>
      </w:r>
    </w:p>
    <w:p>
      <w:pPr>
        <w:jc w:val="right"/>
      </w:pPr>
      <w:r>
        <w:t>کیا کیا ڈسکوری ہوئی اس کو؟ تب اس کے اندر یہ ہمت آئی،</w:t>
      </w:r>
    </w:p>
    <w:p>
      <w:r>
        <w:rPr>
          <w:b/>
        </w:rPr>
        <w:t xml:space="preserve">[11:17] </w:t>
      </w:r>
      <w:r>
        <w:t>is is sacrifice ko us ne khushi se ikhtiyar kar liya</w:t>
      </w:r>
    </w:p>
    <w:p>
      <w:pPr>
        <w:jc w:val="right"/>
      </w:pPr>
      <w:r>
        <w:t>اس اس سگری فائز کو اس نے خوشی سے اختیار کر لیا</w:t>
      </w:r>
    </w:p>
    <w:p>
      <w:r>
        <w:rPr>
          <w:b/>
        </w:rPr>
        <w:t xml:space="preserve">[11:25] </w:t>
      </w:r>
      <w:r>
        <w:t>ke</w:t>
      </w:r>
    </w:p>
    <w:p>
      <w:pPr>
        <w:jc w:val="right"/>
      </w:pPr>
      <w:r>
        <w:t>کہ</w:t>
      </w:r>
    </w:p>
    <w:p>
      <w:r>
        <w:rPr>
          <w:b/>
        </w:rPr>
        <w:t xml:space="preserve">[11:30] </w:t>
      </w:r>
      <w:r>
        <w:t>misr ke emperor ka palace us ko manzoor nahi hai, lekin Allah ka paros manzoor hai jahan firdous waqe hai.</w:t>
      </w:r>
    </w:p>
    <w:p>
      <w:pPr>
        <w:jc w:val="right"/>
      </w:pPr>
      <w:r>
        <w:t>مصر کے ایمپرر کا پیلس اس کو منظور نہیں ہے، لیکن اللہ کا پڑوس منظور ہے جہاں فردوس واقع ہے۔</w:t>
      </w:r>
    </w:p>
    <w:p>
      <w:r>
        <w:rPr>
          <w:b/>
        </w:rPr>
        <w:t xml:space="preserve">[11:48] </w:t>
      </w:r>
      <w:r>
        <w:t>to is par sochte hue mujhe ek sher yaad aaya. yeh ek shayar thay,</w:t>
      </w:r>
    </w:p>
    <w:p>
      <w:pPr>
        <w:jc w:val="right"/>
      </w:pPr>
      <w:r>
        <w:t>تو اس پر سوچتے ہوئے مجھے ایک شعر یاد آیا۔ یہ ایک شاعر تھے،</w:t>
      </w:r>
    </w:p>
    <w:p>
      <w:r>
        <w:rPr>
          <w:b/>
        </w:rPr>
        <w:t xml:space="preserve">[12:03] </w:t>
      </w:r>
      <w:r>
        <w:t>fani badayuni.</w:t>
      </w:r>
    </w:p>
    <w:p>
      <w:pPr>
        <w:jc w:val="right"/>
      </w:pPr>
      <w:r>
        <w:t>فانی بدائیونی۔</w:t>
      </w:r>
    </w:p>
    <w:p>
      <w:r>
        <w:rPr>
          <w:b/>
        </w:rPr>
        <w:t xml:space="preserve">[12:09] </w:t>
      </w:r>
      <w:r>
        <w:t>unki death ghaleban hui hai 1961 mein.</w:t>
      </w:r>
    </w:p>
    <w:p>
      <w:pPr>
        <w:jc w:val="right"/>
      </w:pPr>
      <w:r>
        <w:t>ان کی ڈیتھ غالباً ہوئی ہے 1961 میں۔</w:t>
      </w:r>
    </w:p>
    <w:p>
      <w:r>
        <w:rPr>
          <w:b/>
        </w:rPr>
        <w:t xml:space="preserve">[12:17] </w:t>
      </w:r>
      <w:r>
        <w:t>to un ka ek sher hai dunya ke bare mein</w:t>
      </w:r>
    </w:p>
    <w:p>
      <w:pPr>
        <w:jc w:val="right"/>
      </w:pPr>
      <w:r>
        <w:t>تو ان کا ایک شعر ہے دنیا کے بارے میں</w:t>
      </w:r>
    </w:p>
    <w:p>
      <w:r>
        <w:rPr>
          <w:b/>
        </w:rPr>
        <w:t xml:space="preserve">[12:28] </w:t>
      </w:r>
      <w:r>
        <w:t>ke yeh dunya jo hai, is mein kitna glamour hai, kitni kashish hai is par hai. woh</w:t>
      </w:r>
    </w:p>
    <w:p>
      <w:pPr>
        <w:jc w:val="right"/>
      </w:pPr>
      <w:r>
        <w:t>کہ یہ دنیا جو ہے، اس میں کتنا گلیمر ہے، کتنی کشش ہے اس پر ہے۔ وہ</w:t>
      </w:r>
    </w:p>
    <w:p>
      <w:r>
        <w:rPr>
          <w:b/>
        </w:rPr>
        <w:t xml:space="preserve">[12:39] </w:t>
      </w:r>
      <w:r>
        <w:t>to woh kehte hain ke itna glamour dunya mein hai, lekin hai kya? kuch bhi nahi. woh to</w:t>
      </w:r>
    </w:p>
    <w:p>
      <w:pPr>
        <w:jc w:val="right"/>
      </w:pPr>
      <w:r>
        <w:t>تو وہ کہتے ہیں کہ اتنا گلیمر دنیا میں ہے، لیکن ہے کیا؟ کچھ بھی نہیں۔ وہ تو</w:t>
      </w:r>
    </w:p>
    <w:p>
      <w:r>
        <w:rPr>
          <w:b/>
        </w:rPr>
        <w:t xml:space="preserve">[12:50] </w:t>
      </w:r>
      <w:r>
        <w:t>kagaz ka phool hai, jis sare glamour ke bawajood to hai kagaz ka phool.</w:t>
      </w:r>
    </w:p>
    <w:p>
      <w:pPr>
        <w:jc w:val="right"/>
      </w:pPr>
      <w:r>
        <w:t>کاغذ کا پھول ہے، جس سارے گلیور کے باوجود تو ہے کاغذ کا پھول۔</w:t>
      </w:r>
    </w:p>
    <w:p>
      <w:r>
        <w:rPr>
          <w:b/>
        </w:rPr>
        <w:t xml:space="preserve">[12:59] </w:t>
      </w:r>
      <w:r>
        <w:t>to woh kehte hain: "fareb jalwa aur kitna mukammal, aye maaz Allah!</w:t>
      </w:r>
    </w:p>
    <w:p>
      <w:pPr>
        <w:jc w:val="right"/>
      </w:pPr>
      <w:r>
        <w:t>تو وہ کہتے ہیں: "فریب جلوہ اور کتنا مکمل، اے معاذ اللہ!</w:t>
      </w:r>
    </w:p>
    <w:p>
      <w:r>
        <w:rPr>
          <w:b/>
        </w:rPr>
        <w:t xml:space="preserve">[13:13] </w:t>
      </w:r>
      <w:r>
        <w:t>fareb jalwa aur kitna mukammal, aye maaz Allah! bari mushkil se dil ko bad alam se utha paya."</w:t>
      </w:r>
    </w:p>
    <w:p>
      <w:pPr>
        <w:jc w:val="right"/>
      </w:pPr>
      <w:r>
        <w:t>فریب جلوہ اور کتنا مکمل، اے معاذ اللہ! بڑی مشکل سے دل کو بد عالم سے اٹھا پایا۔"</w:t>
      </w:r>
    </w:p>
    <w:p>
      <w:r>
        <w:rPr>
          <w:b/>
        </w:rPr>
        <w:t xml:space="preserve">[13:30] </w:t>
      </w:r>
      <w:r>
        <w:t>kyunke baz samjhta ho ke insan utha nahi pata, us ke phans phans kar reh jata hai.</w:t>
      </w:r>
    </w:p>
    <w:p>
      <w:pPr>
        <w:jc w:val="right"/>
      </w:pPr>
      <w:r>
        <w:t>کیونکہ بعض سمجھتا ہو کہ انسان اٹھا نہیں پاتا، اس کے پھنس پھنس کر رہ جاتا ہے۔</w:t>
      </w:r>
    </w:p>
    <w:p>
      <w:r>
        <w:rPr>
          <w:b/>
        </w:rPr>
        <w:t xml:space="preserve">[13:42] </w:t>
      </w:r>
      <w:r>
        <w:t>to dunya ka glamour, dunya ka rangini, dunya ki kashish, agarche ghubar hai, lekin itni zyada hai, itni zyada hai ke is mein aadmi phans kar reh jata hai.</w:t>
      </w:r>
    </w:p>
    <w:p>
      <w:pPr>
        <w:jc w:val="right"/>
      </w:pPr>
      <w:r>
        <w:t>تو دنیا کا گلیمر، دنیا کا کی رنگینی، دنیا کی کشش، اگرچہ غبارہ ہے، لیکن اتنی زیادہ ہے، اتنی زیادہ ہے کہ اس میں آدمی پھنس کر رہ جاتا ہے۔</w:t>
      </w:r>
    </w:p>
    <w:p>
      <w:r>
        <w:rPr>
          <w:b/>
        </w:rPr>
        <w:t xml:space="preserve">[14:04] </w:t>
      </w:r>
      <w:r>
        <w:t>to kaun is mein nahi phanse ga? dunya ke glamour se kaun apne ko bacha paye ga?</w:t>
      </w:r>
    </w:p>
    <w:p>
      <w:pPr>
        <w:jc w:val="right"/>
      </w:pPr>
      <w:r>
        <w:t>تو کون اس میں نہیں پھنسے گا؟ دنیا کے گلیور سے کون اپنے کو بچا پائے گا؟</w:t>
      </w:r>
    </w:p>
    <w:p>
      <w:r>
        <w:rPr>
          <w:b/>
        </w:rPr>
        <w:t xml:space="preserve">[14:15] </w:t>
      </w:r>
      <w:r>
        <w:t>woh wahi insan hoga jo Allah rab ul alameen ko discovery ki satah par daryaft kare, discovery ki satah par.</w:t>
      </w:r>
    </w:p>
    <w:p>
      <w:pPr>
        <w:jc w:val="right"/>
      </w:pPr>
      <w:r>
        <w:t>وہ وہی انسان ہوگا جو اللہ رب العالمین کو ڈسکوری کی سطح پر دریافت کرے، ڈسکوری کی سطح پر۔</w:t>
      </w:r>
    </w:p>
    <w:p>
      <w:r>
        <w:rPr>
          <w:b/>
        </w:rPr>
        <w:t xml:space="preserve">[14:36] </w:t>
      </w:r>
      <w:r>
        <w:t>aur phir woh paralyze ko bhi discovery ki satah par daryaft kare.</w:t>
      </w:r>
    </w:p>
    <w:p>
      <w:pPr>
        <w:jc w:val="right"/>
      </w:pPr>
      <w:r>
        <w:t>اور پھر وہ پیرالائز کو بھی ڈسکوری کی سطح پر دریافت کرے۔</w:t>
      </w:r>
    </w:p>
    <w:p>
      <w:r>
        <w:rPr>
          <w:b/>
        </w:rPr>
        <w:t xml:space="preserve">[14:49] </w:t>
      </w:r>
      <w:r>
        <w:t>to yeh is ke mani hain ke yeh saada baat nahi hai.</w:t>
      </w:r>
    </w:p>
    <w:p>
      <w:pPr>
        <w:jc w:val="right"/>
      </w:pPr>
      <w:r>
        <w:t>تو یہ اس کے معنی ہیں کہ یہ سادہ بات نہیں ہے۔</w:t>
      </w:r>
    </w:p>
    <w:p>
      <w:r>
        <w:rPr>
          <w:b/>
        </w:rPr>
        <w:t xml:space="preserve">[14:54] </w:t>
      </w:r>
      <w:r>
        <w:t>yeh ek ek bohat bara safar hai, ek bohat bara journey hai, journey of discovery.</w:t>
      </w:r>
    </w:p>
    <w:p>
      <w:pPr>
        <w:jc w:val="right"/>
      </w:pPr>
      <w:r>
        <w:t>یہ ایک ایک بہت بڑا سفر ہے، ایک بہت بڑا جرنی ہے، جرنی آف ڈسکوری۔</w:t>
      </w:r>
    </w:p>
    <w:p>
      <w:r>
        <w:rPr>
          <w:b/>
        </w:rPr>
        <w:t xml:space="preserve">[15:08] </w:t>
      </w:r>
      <w:r>
        <w:t>jab aadmi is safar ko tay karta hai, tab bhi woh is qabil banta hai ke woh</w:t>
      </w:r>
    </w:p>
    <w:p>
      <w:pPr>
        <w:jc w:val="right"/>
      </w:pPr>
      <w:r>
        <w:t>جب آدمی اس سفر کو طے کرتا ہے، تب بھی وہ اس قابل بنتا ہے کہ وہ</w:t>
      </w:r>
    </w:p>
    <w:p>
      <w:r>
        <w:rPr>
          <w:b/>
        </w:rPr>
        <w:t xml:space="preserve">[15:19] </w:t>
      </w:r>
      <w:r>
        <w:t>jane ke kya cheez hai Allah ka paros.</w:t>
      </w:r>
    </w:p>
    <w:p>
      <w:pPr>
        <w:jc w:val="right"/>
      </w:pPr>
      <w:r>
        <w:t>جانے کہ کیا چیز ہے اللہ کا پڑوس۔</w:t>
      </w:r>
    </w:p>
    <w:p>
      <w:r>
        <w:rPr>
          <w:b/>
        </w:rPr>
        <w:t xml:space="preserve">[15:27] </w:t>
      </w:r>
      <w:r>
        <w:t>is par yeh cheez khulti hai ke dunya ka jo glory hai, woh toh ek second ke liye hai, aur Allah rab ul alameen ka jo paros hai, woh is woh toh hamesha ke liye hai, hamesha ke liye hai.</w:t>
      </w:r>
    </w:p>
    <w:p>
      <w:pPr>
        <w:jc w:val="right"/>
      </w:pPr>
      <w:r>
        <w:t>اس پر یہ چیز کھلتی ہے کہ دنیا کا جو گلیور ہے، وہ تو ایک سیکنڈ کے لیے ہے، اور اللہ رب العالمین کا جو پڑوس ہے، وہ اس وہ تو ہمیشہ کے لیے ہے، ہمیشہ کے لیے ہے۔</w:t>
      </w:r>
    </w:p>
    <w:p>
      <w:r>
        <w:rPr>
          <w:b/>
        </w:rPr>
        <w:t xml:space="preserve">[15:49] </w:t>
      </w:r>
      <w:r>
        <w:t>yeh yeh baat is ko jab yaqeen ke sath discover hoti hai to woh ek naya insan ban jata hai, ek naya insan.</w:t>
      </w:r>
    </w:p>
    <w:p>
      <w:pPr>
        <w:jc w:val="right"/>
      </w:pPr>
      <w:r>
        <w:t>یہ یہ بات اس کو جب یقین کے ساتھ ڈسکور ہوتی ہے تو وہ ایک نیا انسان بن جاتا ہے، ایک نیا انسان۔</w:t>
      </w:r>
    </w:p>
    <w:p>
      <w:r>
        <w:rPr>
          <w:b/>
        </w:rPr>
        <w:t xml:space="preserve">[16:03] </w:t>
      </w:r>
      <w:r>
        <w:t>phir woh insan nahi rehta, woh jo is se paray tha.</w:t>
      </w:r>
    </w:p>
    <w:p>
      <w:pPr>
        <w:jc w:val="right"/>
      </w:pPr>
      <w:r>
        <w:t>پھر وہ انسان نہیں رہتا، وہ جو اس سے پرے تھا۔</w:t>
      </w:r>
    </w:p>
    <w:p>
      <w:r>
        <w:rPr>
          <w:b/>
        </w:rPr>
        <w:t xml:space="preserve">[16:20] </w:t>
      </w:r>
      <w:r>
        <w:t>to is hadith par aur is Quran ki is ayat par ghor kijiye</w:t>
      </w:r>
    </w:p>
    <w:p>
      <w:pPr>
        <w:jc w:val="right"/>
      </w:pPr>
      <w:r>
        <w:t>تو اس حدیث پر اور اس قرآن کی اس آیت پر غور کیجئے</w:t>
      </w:r>
    </w:p>
    <w:p>
      <w:r>
        <w:rPr>
          <w:b/>
        </w:rPr>
        <w:t xml:space="preserve">[16:29] </w:t>
      </w:r>
      <w:r>
        <w:t>to bohat hi zyada aap ko baatein man mein ayengi. Ek discovery ka ek ek pura</w:t>
      </w:r>
    </w:p>
    <w:p>
      <w:pPr>
        <w:jc w:val="right"/>
      </w:pPr>
      <w:r>
        <w:t>تو بہت ہی زیادہ آپ کو باتیں مان میں آئیں گی۔ ایک ڈسکوری کا ایک ایک پورا</w:t>
      </w:r>
    </w:p>
    <w:p>
      <w:r>
        <w:rPr>
          <w:b/>
        </w:rPr>
        <w:t xml:space="preserve">[16:41] </w:t>
      </w:r>
      <w:r>
        <w:t>bagh khul jayega, pura ek gate khul jayega.</w:t>
      </w:r>
    </w:p>
    <w:p>
      <w:pPr>
        <w:jc w:val="right"/>
      </w:pPr>
      <w:r>
        <w:t>باغ کھل جائے گا، پورا ایک گیٹ کھل جائے گا۔</w:t>
      </w:r>
    </w:p>
    <w:p>
      <w:r>
        <w:rPr>
          <w:b/>
        </w:rPr>
        <w:t xml:space="preserve">[16:52] </w:t>
      </w:r>
      <w:r>
        <w:t>ghor kijiye ke aadmi toh ek eternal being hai, hamesha rehne wala makhlooq hai.</w:t>
      </w:r>
    </w:p>
    <w:p>
      <w:pPr>
        <w:jc w:val="right"/>
      </w:pPr>
      <w:r>
        <w:t>غور کیجئے کہ آدمی تو ایک ایٹرنل بینگ ہے، ہمیشہ رہنے والا مخلوق ہے۔</w:t>
      </w:r>
    </w:p>
    <w:p>
      <w:r>
        <w:rPr>
          <w:b/>
        </w:rPr>
        <w:t xml:space="preserve">[17:13] </w:t>
      </w:r>
      <w:r>
        <w:t>to is ko eternity se kam ki koi cheez is ke liye acceptable nahi honi chahiye.</w:t>
      </w:r>
    </w:p>
    <w:p>
      <w:pPr>
        <w:jc w:val="right"/>
      </w:pPr>
      <w:r>
        <w:t>تو اس کو ایٹرنٹی سے کم کی کوئی چیز اس کے لیے ایکسیپٹیبل نہیں ہونی چاہیے۔</w:t>
      </w:r>
    </w:p>
    <w:p>
      <w:r>
        <w:rPr>
          <w:b/>
        </w:rPr>
        <w:t xml:space="preserve">[17:22] </w:t>
      </w:r>
      <w:r>
        <w:t>eternity se kam ki koi cheez is ke liye bekar hai.</w:t>
      </w:r>
    </w:p>
    <w:p>
      <w:pPr>
        <w:jc w:val="right"/>
      </w:pPr>
      <w:r>
        <w:t>ایٹرنٹی سے کم کی کوئی چیز اس کے لیے بیکار ہے۔</w:t>
      </w:r>
    </w:p>
    <w:p>
      <w:r>
        <w:rPr>
          <w:b/>
        </w:rPr>
        <w:t xml:space="preserve">[17:32] </w:t>
      </w:r>
      <w:r>
        <w:t>to dunya ka glory, dunya ki</w:t>
      </w:r>
    </w:p>
    <w:p>
      <w:pPr>
        <w:jc w:val="right"/>
      </w:pPr>
      <w:r>
        <w:t>تو دنیا کا گلیور، دنیا کی</w:t>
      </w:r>
    </w:p>
    <w:p>
      <w:r>
        <w:rPr>
          <w:b/>
        </w:rPr>
        <w:t xml:space="preserve">[17:39] </w:t>
      </w:r>
      <w:r>
        <w:t>beauty ya dunya ki jo kashish hai,</w:t>
      </w:r>
    </w:p>
    <w:p>
      <w:pPr>
        <w:jc w:val="right"/>
      </w:pPr>
      <w:r>
        <w:t>بیوٹی یا دنیا کی جو کشش ہے،</w:t>
      </w:r>
    </w:p>
    <w:p>
      <w:r>
        <w:rPr>
          <w:b/>
        </w:rPr>
        <w:t xml:space="preserve">[17:48] </w:t>
      </w:r>
      <w:r>
        <w:t>woh kitni zyada</w:t>
      </w:r>
    </w:p>
    <w:p>
      <w:pPr>
        <w:jc w:val="right"/>
      </w:pPr>
      <w:r>
        <w:t>وہ کتنی زیادہ</w:t>
      </w:r>
    </w:p>
    <w:p>
      <w:r>
        <w:rPr>
          <w:b/>
        </w:rPr>
        <w:t xml:space="preserve">[17:52] </w:t>
      </w:r>
      <w:r>
        <w:t>acchi ho, kitni is zyada is ke andar kashish ho. Kyun ke hai toh temporary, hai toh temporary.</w:t>
      </w:r>
    </w:p>
    <w:p>
      <w:pPr>
        <w:jc w:val="right"/>
      </w:pPr>
      <w:r>
        <w:t>اچھی ہو، کتنی اس زیادہ اس کے اندر کشش ہو۔ کیونکہ ہے تو ٹیمپریری، ہے تو ٹیمپریری۔</w:t>
      </w:r>
    </w:p>
    <w:p>
      <w:r>
        <w:rPr>
          <w:b/>
        </w:rPr>
        <w:t xml:space="preserve">[18:03] </w:t>
      </w:r>
      <w:r>
        <w:t>to kya value hai is ki? Jo insan</w:t>
      </w:r>
    </w:p>
    <w:p>
      <w:pPr>
        <w:jc w:val="right"/>
      </w:pPr>
      <w:r>
        <w:t>تو کیا ویلیو ہے اس کی؟ جو انسان</w:t>
      </w:r>
    </w:p>
    <w:p>
      <w:r>
        <w:rPr>
          <w:b/>
        </w:rPr>
        <w:t xml:space="preserve">[18:11] </w:t>
      </w:r>
      <w:r>
        <w:t>hamesha rehne wala ho, eternal being ho, is ke liye ek temporary glory toh kuch bhi nahi,</w:t>
      </w:r>
    </w:p>
    <w:p>
      <w:pPr>
        <w:jc w:val="right"/>
      </w:pPr>
      <w:r>
        <w:t>ہمیشہ رہنے والا ہو، ایٹرنل بینگ ہو، اس کے لیے ایک ٹیمپریری گلیور تو کچھ بھی نہیں،</w:t>
      </w:r>
    </w:p>
    <w:p>
      <w:r>
        <w:rPr>
          <w:b/>
        </w:rPr>
        <w:t xml:space="preserve">[18:26] </w:t>
      </w:r>
      <w:r>
        <w:t>kuch bhi nahi. Is is temporary glory ke baad bhi nothing hai, is se pehle bhi nothing hai.</w:t>
      </w:r>
    </w:p>
    <w:p>
      <w:pPr>
        <w:jc w:val="right"/>
      </w:pPr>
      <w:r>
        <w:t>کچھ بھی نہیں۔ اس اس ٹیمپریری گلیور کے بعد بھی نتھنگ ہے، اس سے پہلے بھی نتھنگ ہے۔</w:t>
      </w:r>
    </w:p>
    <w:p>
      <w:r>
        <w:rPr>
          <w:b/>
        </w:rPr>
        <w:t xml:space="preserve">[18:46] </w:t>
      </w:r>
      <w:r>
        <w:t>to is par jitna zyada sochega, utna hi is ka yaqeen barhta jayega. Aur yeh jo Quran mein waqia bayan hua hai,</w:t>
      </w:r>
    </w:p>
    <w:p>
      <w:pPr>
        <w:jc w:val="right"/>
      </w:pPr>
      <w:r>
        <w:t>تو اس پر جتنا زیادہ سوچے گا، اتنا ہی اس کا یقین بڑھتا جائے گا۔ اور یہ جو قرآن میں واقعہ بیان ہوا ہے،</w:t>
      </w:r>
    </w:p>
    <w:p>
      <w:r>
        <w:rPr>
          <w:b/>
        </w:rPr>
        <w:t xml:space="preserve">[19:00] </w:t>
      </w:r>
      <w:r>
        <w:t>yani</w:t>
      </w:r>
    </w:p>
    <w:p>
      <w:pPr>
        <w:jc w:val="right"/>
      </w:pPr>
      <w:r>
        <w:t>یعنی</w:t>
      </w:r>
    </w:p>
    <w:p>
      <w:r>
        <w:rPr>
          <w:b/>
        </w:rPr>
        <w:t xml:space="preserve">[19:04] </w:t>
      </w:r>
      <w:r>
        <w:t>Firon ki malika ka,</w:t>
      </w:r>
    </w:p>
    <w:p>
      <w:pPr>
        <w:jc w:val="right"/>
      </w:pPr>
      <w:r>
        <w:t>فرعون کی ملکہ کا،</w:t>
      </w:r>
    </w:p>
    <w:p>
      <w:r>
        <w:rPr>
          <w:b/>
        </w:rPr>
        <w:t xml:space="preserve">[19:11] </w:t>
      </w:r>
      <w:r>
        <w:t>is ke liye quran mein amra ka lafz hai, aurat. haqeeqat mein to queen thi,</w:t>
      </w:r>
    </w:p>
    <w:p>
      <w:pPr>
        <w:jc w:val="right"/>
      </w:pPr>
      <w:r>
        <w:t>اس کے لیے قرآن میں امرہ کا لفظ ہے، عورت۔ حقیقت میں تو کوئن تھی،</w:t>
      </w:r>
    </w:p>
    <w:p>
      <w:r>
        <w:rPr>
          <w:b/>
        </w:rPr>
        <w:t xml:space="preserve">[19:20] </w:t>
      </w:r>
      <w:r>
        <w:t>haqeeqat mein to queen thi. aap ko maloom hona chahiye ke is zamanay ka jo egypt tha, misr, aaj ka egypt nahi tha, woh woh bohat bara tha.</w:t>
      </w:r>
    </w:p>
    <w:p>
      <w:pPr>
        <w:jc w:val="right"/>
      </w:pPr>
      <w:r>
        <w:t>حقیقت میں تو کوئن تھی۔ آپ کو معلوم ہونا چاہیے کہ اس زمانے کا جو ایجپٹ تھا، مصر، آج کا ایجپٹ نہیں تھا، وہ وہ بہت بڑا تھا۔</w:t>
      </w:r>
    </w:p>
    <w:p>
      <w:r>
        <w:rPr>
          <w:b/>
        </w:rPr>
        <w:t xml:space="preserve">[19:36] </w:t>
      </w:r>
      <w:r>
        <w:t>yani present egypt sara ka sara, is ke ilawa libya jo hai, jo misr se bara hai,</w:t>
      </w:r>
    </w:p>
    <w:p>
      <w:pPr>
        <w:jc w:val="right"/>
      </w:pPr>
      <w:r>
        <w:t>یعنی پریزنٹ ایجپٹ سارا کا سارا، اس کے علاوہ لیبیا جو ہے، جو مصر سے بڑا ہے،</w:t>
      </w:r>
    </w:p>
    <w:p>
      <w:r>
        <w:rPr>
          <w:b/>
        </w:rPr>
        <w:t xml:space="preserve">[19:48] </w:t>
      </w:r>
      <w:r>
        <w:t>present egypt se bara raqba hai libya ka. to sara libya shamil tha misr mein firoun ke zamanay mein.</w:t>
      </w:r>
    </w:p>
    <w:p>
      <w:pPr>
        <w:jc w:val="right"/>
      </w:pPr>
      <w:r>
        <w:t>پریزنٹ ایجپٹ سے بڑا رقبہ ہے لیبیا کا۔ تو سارا لیبیا شامل تھا مصر میں فرعون کے زمانے میں۔</w:t>
      </w:r>
    </w:p>
    <w:p>
      <w:r>
        <w:rPr>
          <w:b/>
        </w:rPr>
        <w:t xml:space="preserve">[20:01] </w:t>
      </w:r>
      <w:r>
        <w:t>to aik empire tha firoun ka, aik empire tha bohat bara. is empire ka jo palace tha, bare bare karigaron ne banaya tha is ko.</w:t>
      </w:r>
    </w:p>
    <w:p>
      <w:pPr>
        <w:jc w:val="right"/>
      </w:pPr>
      <w:r>
        <w:t>تو ایک ایمپائر تھا فرعون کا، ایک ایمپائر تھا بہت بڑا۔ اس ایمپائر کا جو پیلس تھا، بڑے بڑے کاریگروں نے بنایا تھا اس کو۔</w:t>
      </w:r>
    </w:p>
    <w:p>
      <w:r>
        <w:rPr>
          <w:b/>
        </w:rPr>
        <w:t xml:space="preserve">[20:18] </w:t>
      </w:r>
      <w:r>
        <w:t>woh darya nile ke kinare bohat hi ziyada</w:t>
      </w:r>
    </w:p>
    <w:p>
      <w:pPr>
        <w:jc w:val="right"/>
      </w:pPr>
      <w:r>
        <w:t>وہ دریا نیل کے کنارے بہت ہی زیادہ</w:t>
      </w:r>
    </w:p>
    <w:p>
      <w:r>
        <w:rPr>
          <w:b/>
        </w:rPr>
        <w:t xml:space="preserve">[20:27] </w:t>
      </w:r>
      <w:r>
        <w:t>ehtiram ke sath banaya gaya tha.</w:t>
      </w:r>
    </w:p>
    <w:p>
      <w:pPr>
        <w:jc w:val="right"/>
      </w:pPr>
      <w:r>
        <w:t>احترام کے ساتھ بنایا گیا تھا۔</w:t>
      </w:r>
    </w:p>
    <w:p>
      <w:r>
        <w:rPr>
          <w:b/>
        </w:rPr>
        <w:t xml:space="preserve">[20:32] </w:t>
      </w:r>
      <w:r>
        <w:t>to woh quran mein lafz amra hai, aurat haqeeqat mein to woh queen thi, queen.</w:t>
      </w:r>
    </w:p>
    <w:p>
      <w:pPr>
        <w:jc w:val="right"/>
      </w:pPr>
      <w:r>
        <w:t>تو وہ قرآن میں لفظ امرہ ہے، عورت حقیقت میں تو وہ کوئن تھی، کوئن۔</w:t>
      </w:r>
    </w:p>
    <w:p>
      <w:r>
        <w:rPr>
          <w:b/>
        </w:rPr>
        <w:t xml:space="preserve">[20:44] </w:t>
      </w:r>
      <w:r>
        <w:t>to aap ghor kijiye ke kaisa ajeeb woh lamha hoga jab is ke samne yeh choice aya ho, aya hoga jab is ke samne yeh choice aya hoga</w:t>
      </w:r>
    </w:p>
    <w:p>
      <w:pPr>
        <w:jc w:val="right"/>
      </w:pPr>
      <w:r>
        <w:t>تو آپ غور کیجئے کہ کیسا عجیب وہ لمحہ ہوگا جب اس کے سامنے یہ چوائس آیا ہو، آیا ہوگا جب اس کے سامنے یہ چوائس آیا ہوگا</w:t>
      </w:r>
    </w:p>
    <w:p>
      <w:r>
        <w:rPr>
          <w:b/>
        </w:rPr>
        <w:t xml:space="preserve">[21:03] </w:t>
      </w:r>
      <w:r>
        <w:t>ke palace aur death choose between the two. aur phir aik phir is ne aik second ke soche baghair</w:t>
      </w:r>
    </w:p>
    <w:p>
      <w:pPr>
        <w:jc w:val="right"/>
      </w:pPr>
      <w:r>
        <w:t>کہ پیلس اور ڈیتھ چوز بٹوین دا ٹو۔ اور پھر ایک پھر اس نے ایک سیکنڈ کے سوچے بغیر</w:t>
      </w:r>
    </w:p>
    <w:p>
      <w:r>
        <w:rPr>
          <w:b/>
        </w:rPr>
        <w:t xml:space="preserve">[21:21] </w:t>
      </w:r>
      <w:r>
        <w:t>death ka chance le liya, kyunke death ke against aik aik second ka fraction bhi nahi guzre ga ke woh paradise mein pahunch chuki hogi, woh bhi firdaus ke paas, firdaus mein.</w:t>
      </w:r>
    </w:p>
    <w:p>
      <w:pPr>
        <w:jc w:val="right"/>
      </w:pPr>
      <w:r>
        <w:t>ڈیتھ کا چانس لے لیا، کیونکہ ڈیتھ کے اگینسٹ ایک ایک سیکنڈ کا فریکشن بھی نہیں گزرے گا کہ وہ پیرالائز میں پہنچ چکی ہوگی، وہ بھی فردوس کے پاس، فردوس میں۔</w:t>
      </w:r>
    </w:p>
    <w:p>
      <w:r>
        <w:rPr>
          <w:b/>
        </w:rPr>
        <w:t xml:space="preserve">[21:37] </w:t>
      </w:r>
      <w:r>
        <w:t>to yeh yeh jo example quran mein hai, mein samajhta hoon ke yeh project kar raha hai ke kya mamla hai jannat ka, kya mamla hai paradise ka.</w:t>
      </w:r>
    </w:p>
    <w:p>
      <w:pPr>
        <w:jc w:val="right"/>
      </w:pPr>
      <w:r>
        <w:t>تو یہ یہ جو ایگزیمپل قرآن میں ہے، میں سمجھتا ہوں کہ یہ پروجیکٹ کر رہا ہے کہ کیا معاملہ ہے جنت کا، کیا معاملہ ہے پیرالائز کا۔</w:t>
      </w:r>
    </w:p>
    <w:p>
      <w:r>
        <w:rPr>
          <w:b/>
        </w:rPr>
        <w:t xml:space="preserve">[21:50] </w:t>
      </w:r>
      <w:r>
        <w:t>har aadmi ko, mein samajhta hoon, isi queen of egypt ki baat nahi hai, har aadmi ko isi isi</w:t>
      </w:r>
    </w:p>
    <w:p>
      <w:pPr>
        <w:jc w:val="right"/>
      </w:pPr>
      <w:r>
        <w:t>ہر آدمی کو، میں سمجھتا ہوں، اسی کوئین آف ایجپٹ کی بات نہیں ہے، ہر آدمی کو اسی اسی</w:t>
      </w:r>
    </w:p>
    <w:p>
      <w:r>
        <w:rPr>
          <w:b/>
        </w:rPr>
        <w:t xml:space="preserve">[22:02] </w:t>
      </w:r>
      <w:r>
        <w:t>yani isi lamhe se guzarna hai, har aadmi ko ke is ke aik taraf palace hai, doosri taraf paradise hai.</w:t>
      </w:r>
    </w:p>
    <w:p>
      <w:pPr>
        <w:jc w:val="right"/>
      </w:pPr>
      <w:r>
        <w:t>یعنی اسی لمحے سے گزرنا ہے، ہر آدمی کو کہ اس کے ایک طرف پیلس ہے، دوسری طرف پیرالائز ہے۔</w:t>
      </w:r>
    </w:p>
    <w:p>
      <w:r>
        <w:rPr>
          <w:b/>
        </w:rPr>
        <w:t xml:space="preserve">[22:17] </w:t>
      </w:r>
      <w:r>
        <w:t>to is ko aik cheez ko chhodna aur teesri cheez ko pakadna parta hai.</w:t>
      </w:r>
    </w:p>
    <w:p>
      <w:pPr>
        <w:jc w:val="right"/>
      </w:pPr>
      <w:r>
        <w:t>تو اس کو ایک چیز کو چھوڑنا اور تیسری چیز کو پکڑنا پڑتا ہے۔</w:t>
      </w:r>
    </w:p>
    <w:p>
      <w:r>
        <w:rPr>
          <w:b/>
        </w:rPr>
        <w:t xml:space="preserve">[22:24] </w:t>
      </w:r>
      <w:r>
        <w:t>to har aadmi do cheezon ke beech mein hai: paradise aur</w:t>
      </w:r>
    </w:p>
    <w:p>
      <w:pPr>
        <w:jc w:val="right"/>
      </w:pPr>
      <w:r>
        <w:t>تو ہر آدمی دو چیزوں کے بیچ میں ہے: پیرالائز اور</w:t>
      </w:r>
    </w:p>
    <w:p>
      <w:r>
        <w:rPr>
          <w:b/>
        </w:rPr>
        <w:t xml:space="preserve">[22:35] </w:t>
      </w:r>
      <w:r>
        <w:t>palace, temporary palace. temporary palace.</w:t>
      </w:r>
    </w:p>
    <w:p>
      <w:pPr>
        <w:jc w:val="right"/>
      </w:pPr>
      <w:r>
        <w:t>پیلس، ٹیمپریری پیلس۔ ٹیمپریری پیلس۔</w:t>
      </w:r>
    </w:p>
    <w:p>
      <w:r>
        <w:rPr>
          <w:b/>
        </w:rPr>
        <w:t xml:space="preserve">[22:45] </w:t>
      </w:r>
      <w:r>
        <w:t>yeh mein samajhta hoon ke har aadmi kahin na kahin is is experience se guzarta hai, is imtehan se guzarta hai.</w:t>
      </w:r>
    </w:p>
    <w:p>
      <w:pPr>
        <w:jc w:val="right"/>
      </w:pPr>
      <w:r>
        <w:t>یہ میں سمجھتا ہوں کہ ہر آدمی کہیں نہ کہیں اس اس ایکسپیرینس سے گزرتا ہے، اس امتحان سے گزرتا ہے۔</w:t>
      </w:r>
    </w:p>
    <w:p>
      <w:r>
        <w:rPr>
          <w:b/>
        </w:rPr>
        <w:t xml:space="preserve">[23:04] </w:t>
      </w:r>
      <w:r>
        <w:t>to yeh jo safar hai, mein samajhta hoon ke is safar shuru hota hai Allah rabb ul alameen ki discovery se.</w:t>
      </w:r>
    </w:p>
    <w:p>
      <w:pPr>
        <w:jc w:val="right"/>
      </w:pPr>
      <w:r>
        <w:t>تو یہ جو سفر ہے، میں سمجھتا ہوں کہ اس سفر شروع ہوتا ہے اللہ رب العالمین کی ڈسکوری سے۔</w:t>
      </w:r>
    </w:p>
    <w:p>
      <w:r>
        <w:rPr>
          <w:b/>
        </w:rPr>
        <w:t xml:space="preserve">[23:16] </w:t>
      </w:r>
      <w:r>
        <w:t>sab se pehle aap Allah rabb ul alameen ko discover karte hain, is ke baad aap is qabil bante hain ke aap is imtehan mein pure utren aur aap ko paradise mein entry mil jaye.</w:t>
      </w:r>
    </w:p>
    <w:p>
      <w:pPr>
        <w:jc w:val="right"/>
      </w:pPr>
      <w:r>
        <w:t>سب سے پہلے آپ اللہ رب العالمین کو ڈسکور کرتے ہیں، اس کے بعد آپ اس قابل بنتے ہیں کہ آپ اس امتحان میں پورے اتریں اور آپ کو پیرالائز میں انٹری مل جائے۔</w:t>
      </w:r>
    </w:p>
    <w:p>
      <w:r>
        <w:rPr>
          <w:b/>
        </w:rPr>
        <w:t xml:space="preserve">[23:36] </w:t>
      </w:r>
      <w:r>
        <w:t>meri dua hai ke Allah taala hum sab ko</w:t>
      </w:r>
    </w:p>
    <w:p>
      <w:pPr>
        <w:jc w:val="right"/>
      </w:pPr>
      <w:r>
        <w:t>میری دعا ہے کہ اللہ تعالی ہم سب کو</w:t>
      </w:r>
    </w:p>
    <w:p>
      <w:r>
        <w:rPr>
          <w:b/>
        </w:rPr>
        <w:t xml:space="preserve">[23:40] </w:t>
      </w:r>
      <w:r>
        <w:t>is imtehan mein pura utarne ki tofeeq ata farmaye. assalam o alaikum wa rehmatullah.</w:t>
      </w:r>
    </w:p>
    <w:p>
      <w:pPr>
        <w:jc w:val="right"/>
      </w:pPr>
      <w:r>
        <w:t>اس امتحان میں پورا اترنے کی توفیق عطا فرمائے۔ السلام علیکم ورحمۃ اللہ۔</w:t>
      </w:r>
    </w:p>
    <w:p>
      <w:r>
        <w:rPr>
          <w:b/>
        </w:rPr>
        <w:t xml:space="preserve">[24:03] </w:t>
      </w:r>
      <w:r>
        <w:t>maulana, aaj aap ne jo asiya ke hawale se bataya ke is ke samne aik taraf dunya ka mahal tha aur aik taraf jannat ka mahal tha,</w:t>
      </w:r>
    </w:p>
    <w:p>
      <w:pPr>
        <w:jc w:val="right"/>
      </w:pPr>
      <w:r>
        <w:t>مولانا، آج آپ نے جو اسیہ کے حوالے سے بتایا کہ اس کے سامنے ایک طرف دنیا کا محل تھا اور ایک طرف جنت کا محل تھا،</w:t>
      </w:r>
    </w:p>
    <w:p>
      <w:r>
        <w:rPr>
          <w:b/>
        </w:rPr>
        <w:t xml:space="preserve">[24:16] </w:t>
      </w:r>
      <w:r>
        <w:t>to is se aik nai baat samajh mein ayi ke woh aurat bohat hi visionary thi. is ko yeh samajh mein aya ke dunya ka mahal yeh khatam hone wala hai aur jannat ka mahal jo baqi rahe ga, yeh vision ki baat thi is ki.</w:t>
      </w:r>
    </w:p>
    <w:p>
      <w:pPr>
        <w:jc w:val="right"/>
      </w:pPr>
      <w:r>
        <w:t>تو اس سے ایک نئی بات سمجھ میں آئی کہ وہ عورت بہت ہی ویژنری تھی۔ اس کو یہ سمجھ میں آیا کہ دنیا کا محل یہ ختم ہونے والا ہے اور جنت کا محل جو باقی رہے گا، یہ ویژن کی بات تھی اس کی۔</w:t>
      </w:r>
    </w:p>
    <w:p>
      <w:r>
        <w:rPr>
          <w:b/>
        </w:rPr>
        <w:t xml:space="preserve">[24:29] </w:t>
      </w:r>
      <w:r>
        <w:t>to mera sawal is mein yeh hai ke jannat ke liye aadmi ko visionary banna zaroori hai? yaqeenan to poochain ge nahi, great visionary.</w:t>
      </w:r>
    </w:p>
    <w:p>
      <w:pPr>
        <w:jc w:val="right"/>
      </w:pPr>
      <w:r>
        <w:t>تو میرا سوال اس میں یہ ہے کہ جنت کے لیے آدمی کو ویژنری بننا ضروری ہے؟ یقینا تو پوچھیں گے نہیں، گریٹ ویژنری۔</w:t>
      </w:r>
    </w:p>
    <w:p>
      <w:r>
        <w:rPr>
          <w:b/>
        </w:rPr>
        <w:t xml:space="preserve">[24:43] </w:t>
      </w:r>
      <w:r>
        <w:t>yani ek yani worldly palace to dikhai dikhai de raha hai, worldly palace to dikhai de raha hai.</w:t>
      </w:r>
    </w:p>
    <w:p>
      <w:pPr>
        <w:jc w:val="right"/>
      </w:pPr>
      <w:r>
        <w:t>یعنی ایک یعنی ورلڈلی پیلس تو دکھائی دکھائی دے رہا ہے، ورلڈلی پیلس تو دکھائی دے رہا ہے۔</w:t>
      </w:r>
    </w:p>
    <w:p>
      <w:r>
        <w:rPr>
          <w:b/>
        </w:rPr>
        <w:t xml:space="preserve">[24:55] </w:t>
      </w:r>
      <w:r>
        <w:t>aur woh palace jo Allah ke paros mein hai, woh to in saint world mein hai, abhi bhi.</w:t>
      </w:r>
    </w:p>
    <w:p>
      <w:pPr>
        <w:jc w:val="right"/>
      </w:pPr>
      <w:r>
        <w:t>اور وہ پیلس جو اللہ کے پڑوس میں ہے، وہ تو ان سینٹ ورلڈ میں ہے، ابھی بھی۔</w:t>
      </w:r>
    </w:p>
    <w:p>
      <w:r>
        <w:rPr>
          <w:b/>
        </w:rPr>
        <w:t xml:space="preserve">[25:05] </w:t>
      </w:r>
      <w:r>
        <w:t>jab aadmi wahan pahunchega tab us ko woh dikhai padega.</w:t>
      </w:r>
    </w:p>
    <w:p>
      <w:pPr>
        <w:jc w:val="right"/>
      </w:pPr>
      <w:r>
        <w:t>جب آدمی وہاں پہنچے گا تب اس کو وہ دکھائی پڑے گا۔</w:t>
      </w:r>
    </w:p>
    <w:p>
      <w:r>
        <w:rPr>
          <w:b/>
        </w:rPr>
        <w:t xml:space="preserve">[25:11] </w:t>
      </w:r>
      <w:r>
        <w:t>to main samajhta hoon ke jannat isi ke liye hai jo great visionary ho.</w:t>
      </w:r>
    </w:p>
    <w:p>
      <w:pPr>
        <w:jc w:val="right"/>
      </w:pPr>
      <w:r>
        <w:t>تو میں سمجھتا ہوں کہ جنت اسی کے لیے ہے جو گریٹ ویژنری ہو۔</w:t>
      </w:r>
    </w:p>
    <w:p>
      <w:r>
        <w:rPr>
          <w:b/>
        </w:rPr>
        <w:t xml:space="preserve">[25:23] </w:t>
      </w:r>
      <w:r>
        <w:t>jannat ka hausla wahi kar sakta hai jo great visionary ho, warna woh hausla hi nahi karega. Agar woh bahut bada visionary aadmi na ho, hausla nahi karega,</w:t>
      </w:r>
    </w:p>
    <w:p>
      <w:pPr>
        <w:jc w:val="right"/>
      </w:pPr>
      <w:r>
        <w:t>جنت کا حوصلہ وہی کر سکتا ہے جو گریٹ ویژنری ہو، ورنہ وہ حوصلہ ہی نہیں کرے گا۔ اگر وہ بہت بڑا ویژنری آدمی نہ ہو، حوصلہ نہیں کرے گا،</w:t>
      </w:r>
    </w:p>
    <w:p>
      <w:r>
        <w:rPr>
          <w:b/>
        </w:rPr>
        <w:t xml:space="preserve">[25:39] </w:t>
      </w:r>
      <w:r>
        <w:t>rastay mein kahin kahin bhatak kar reh jaye ga.</w:t>
      </w:r>
    </w:p>
    <w:p>
      <w:pPr>
        <w:jc w:val="right"/>
      </w:pPr>
      <w:r>
        <w:t>راستے میں کہیں کہیں بھٹک کر رہ جائے گا۔</w:t>
      </w:r>
    </w:p>
    <w:p>
      <w:r>
        <w:rPr>
          <w:b/>
        </w:rPr>
        <w:t xml:space="preserve">[25:43] </w:t>
      </w:r>
      <w:r>
        <w:t>Maulana, today learning is very very important</w:t>
      </w:r>
    </w:p>
    <w:p>
      <w:pPr>
        <w:jc w:val="right"/>
      </w:pPr>
      <w:r>
        <w:t>مولانا، ٹوڈے لرننگ از ویری ویری امپورٹنٹ</w:t>
      </w:r>
    </w:p>
    <w:p>
      <w:r>
        <w:rPr>
          <w:b/>
        </w:rPr>
        <w:t xml:space="preserve">[25:50] </w:t>
      </w:r>
      <w:r>
        <w:t>date we have to</w:t>
      </w:r>
    </w:p>
    <w:p>
      <w:pPr>
        <w:jc w:val="right"/>
      </w:pPr>
      <w:r>
        <w:t>دیٹ وی ہیو ٹو</w:t>
      </w:r>
    </w:p>
    <w:p>
      <w:r>
        <w:rPr>
          <w:b/>
        </w:rPr>
        <w:t xml:space="preserve">[25:54] </w:t>
      </w:r>
      <w:r>
        <w:t>get over the glamour and the attraction of this world and discover God and paradise and try to</w:t>
      </w:r>
    </w:p>
    <w:p>
      <w:pPr>
        <w:jc w:val="right"/>
      </w:pPr>
      <w:r>
        <w:t>گیٹ اوور دا گلیمر اینڈ دا اٹریکشن اف دس ورلڈ اینڈ ڈسکور گاڈ اینڈ پیرالائز اینڈ ٹرائی ٹو</w:t>
      </w:r>
    </w:p>
    <w:p>
      <w:r>
        <w:rPr>
          <w:b/>
        </w:rPr>
        <w:t xml:space="preserve">[26:03] </w:t>
      </w:r>
      <w:r>
        <w:t>envision Firdous and be able to sacrifice everything in this world for it.</w:t>
      </w:r>
    </w:p>
    <w:p>
      <w:pPr>
        <w:jc w:val="right"/>
      </w:pPr>
      <w:r>
        <w:t>انویژن فردوس اینڈ بی ایبل ٹو سیکریفائس ایوری تھنگ ان دس ورلڈ فار اٹ۔</w:t>
      </w:r>
    </w:p>
    <w:p>
      <w:r>
        <w:rPr>
          <w:b/>
        </w:rPr>
        <w:t xml:space="preserve">[26:11] </w:t>
      </w:r>
      <w:r>
        <w:t>but my question is, Maulana, we start doing that but then we we get involved in work or we get involved even in dawah work and we lose focus from that.</w:t>
      </w:r>
    </w:p>
    <w:p>
      <w:pPr>
        <w:jc w:val="right"/>
      </w:pPr>
      <w:r>
        <w:t>بٹ مائی کوئسچن از، مولانا، وی سٹارٹ ڈوئنگ دیٹ بٹ دین وی وی گیٹ انوالوڈ ان ورک اور وی گیٹ انوالوڈ ایون ان دعوی ورک اینڈ وی لوز فوکس فرام دیٹ۔</w:t>
      </w:r>
    </w:p>
    <w:p>
      <w:r>
        <w:rPr>
          <w:b/>
        </w:rPr>
        <w:t xml:space="preserve">[26:26] </w:t>
      </w:r>
      <w:r>
        <w:t>how do we rediscover it every time? Bhai, mera jo experience hai woh to yahi hai</w:t>
      </w:r>
    </w:p>
    <w:p>
      <w:pPr>
        <w:jc w:val="right"/>
      </w:pPr>
      <w:r>
        <w:t>ہاؤ ڈو وی ری ڈسکور اٹ ایوری ٹائم؟ بھائی، میرا جو ایکسپیرینس ہے وہ تو یہی ہے</w:t>
      </w:r>
    </w:p>
    <w:p>
      <w:r>
        <w:rPr>
          <w:b/>
        </w:rPr>
        <w:t xml:space="preserve">[26:38] </w:t>
      </w:r>
      <w:r>
        <w:t>ke</w:t>
      </w:r>
    </w:p>
    <w:p>
      <w:pPr>
        <w:jc w:val="right"/>
      </w:pPr>
      <w:r>
        <w:t>کہ</w:t>
      </w:r>
    </w:p>
    <w:p>
      <w:r>
        <w:rPr>
          <w:b/>
        </w:rPr>
        <w:t xml:space="preserve">[26:42] </w:t>
      </w:r>
      <w:r>
        <w:t>every day you have to discover the boundaries of God.</w:t>
      </w:r>
    </w:p>
    <w:p>
      <w:pPr>
        <w:jc w:val="right"/>
      </w:pPr>
      <w:r>
        <w:t>ایوری ڈے یو ہیو ٹو ڈسکور دا باؤنڈریز اف گاڈ۔</w:t>
      </w:r>
    </w:p>
    <w:p>
      <w:r>
        <w:rPr>
          <w:b/>
        </w:rPr>
        <w:t xml:space="preserve">[26:51] </w:t>
      </w:r>
      <w:r>
        <w:t>to aaj hi aap value hoga, aaj hi ke duniya ki jo paralyze hai, aaj bhi jo Khuda ne de rakha hai aap ko, us ke muqable mein woh nothing hai.</w:t>
      </w:r>
    </w:p>
    <w:p>
      <w:pPr>
        <w:jc w:val="right"/>
      </w:pPr>
      <w:r>
        <w:t>تو آج ہی آپ والو ہو گا، آج ہی کہ دنیا کی جو پیرالائز ہے، آج بھی جو خدا نے دے رکھا ہے آپ کو، اس کے مقابلے میں وہ نتھنگ ہے۔</w:t>
      </w:r>
    </w:p>
    <w:p>
      <w:r>
        <w:rPr>
          <w:b/>
        </w:rPr>
        <w:t xml:space="preserve">[27:07] </w:t>
      </w:r>
      <w:r>
        <w:t>misal ke taur par dekhiye,</w:t>
      </w:r>
    </w:p>
    <w:p>
      <w:pPr>
        <w:jc w:val="right"/>
      </w:pPr>
      <w:r>
        <w:t>مثلاً دیکھیے،</w:t>
      </w:r>
    </w:p>
    <w:p>
      <w:r>
        <w:rPr>
          <w:b/>
        </w:rPr>
        <w:t xml:space="preserve">[27:11] </w:t>
      </w:r>
      <w:r>
        <w:t>aap jab pait mein thay to sari supply, tamam cheezein jo aap ko chahiye, pait mein jaari ho gayi.</w:t>
      </w:r>
    </w:p>
    <w:p>
      <w:pPr>
        <w:jc w:val="right"/>
      </w:pPr>
      <w:r>
        <w:t>آپ جب پیٹ میں تھے تو ساری سپلائی، تمام چیزیں جو آپ کو چاہیے، پیٹ میں جاری ہو گئی۔</w:t>
      </w:r>
    </w:p>
    <w:p>
      <w:r>
        <w:rPr>
          <w:b/>
        </w:rPr>
        <w:t xml:space="preserve">[27:22] </w:t>
      </w:r>
      <w:r>
        <w:t>kya duniya ki koi ball yeh kar sakta hai?</w:t>
      </w:r>
    </w:p>
    <w:p>
      <w:pPr>
        <w:jc w:val="right"/>
      </w:pPr>
      <w:r>
        <w:t>کیا دنیا کی کوئی بال یہ کر سکتا ہے؟</w:t>
      </w:r>
    </w:p>
    <w:p>
      <w:r>
        <w:rPr>
          <w:b/>
        </w:rPr>
        <w:t xml:space="preserve">[27:27] </w:t>
      </w:r>
      <w:r>
        <w:t>phir jab pait se bahar nikle to sare ajeeb ghareeb tor par drive sab woh system mein maujood tha.</w:t>
      </w:r>
    </w:p>
    <w:p>
      <w:pPr>
        <w:jc w:val="right"/>
      </w:pPr>
      <w:r>
        <w:t>پھر جب پیٹ سے باہر نکلے تو سارے عجیب غریب طور پر ڈرائیو سب وہ سسٹم میں موجود تھا۔</w:t>
      </w:r>
    </w:p>
    <w:p>
      <w:r>
        <w:rPr>
          <w:b/>
        </w:rPr>
        <w:t xml:space="preserve">[27:39] </w:t>
      </w:r>
      <w:r>
        <w:t>kya koi bade se ball aisa ho sakta hai?</w:t>
      </w:r>
    </w:p>
    <w:p>
      <w:pPr>
        <w:jc w:val="right"/>
      </w:pPr>
      <w:r>
        <w:t>کیا کوئی بڑے سے بال ایسا ہو سکتا ہے؟</w:t>
      </w:r>
    </w:p>
    <w:p>
      <w:r>
        <w:rPr>
          <w:b/>
        </w:rPr>
        <w:t xml:space="preserve">[27:47] </w:t>
      </w:r>
      <w:r>
        <w:t>phir aap aur jab baseerat hai duniya mein ke study ki aap ne, us ko jaana aap ne to aap ne paya ke poori university mere liye custom made universe hai.</w:t>
      </w:r>
    </w:p>
    <w:p>
      <w:pPr>
        <w:jc w:val="right"/>
      </w:pPr>
      <w:r>
        <w:t>پھر آپ اور جب بصیرت ہے دنیا میں کہ اسٹڈی کی آپ نے، اس کو جانا آپ نے تو آپ نے پایا کہ پوری یونیورسٹی میرے لیے کسٹم میڈ یونیورس ہے۔</w:t>
      </w:r>
    </w:p>
    <w:p>
      <w:r>
        <w:rPr>
          <w:b/>
        </w:rPr>
        <w:t xml:space="preserve">[28:05] </w:t>
      </w:r>
      <w:r>
        <w:t>to duniya ki koi cheez kisi ball ka koi kitna hi shandar intezam ho, kya yeh kar sakta hai yeh sab?</w:t>
      </w:r>
    </w:p>
    <w:p>
      <w:pPr>
        <w:jc w:val="right"/>
      </w:pPr>
      <w:r>
        <w:t>تو دنیا کی کوئی چیز کسی بال کا کوئی کتنا ہی شاندار انتظام ہو، کیا یہ کر سکتا ہے یہ سب؟</w:t>
      </w:r>
    </w:p>
    <w:p>
      <w:r>
        <w:rPr>
          <w:b/>
        </w:rPr>
        <w:t xml:space="preserve">[28:18] </w:t>
      </w:r>
      <w:r>
        <w:t>to aaj jo jannat, aaj Allah taala ne aaj jo jannat aap ko de rakhi hai,</w:t>
      </w:r>
    </w:p>
    <w:p>
      <w:pPr>
        <w:jc w:val="right"/>
      </w:pPr>
      <w:r>
        <w:t>تو آج جو جنت، آج اللہ تعالی نے آج جو جنت آپ کو دے رکھی ہے،</w:t>
      </w:r>
    </w:p>
    <w:p>
      <w:r>
        <w:rPr>
          <w:b/>
        </w:rPr>
        <w:t xml:space="preserve">[28:29] </w:t>
      </w:r>
      <w:r>
        <w:t>us ko discover na karein to aap bekhabar ho jate hain. Us ko aap discover kar lein to phir duniya ke glamour, duniya ki</w:t>
      </w:r>
    </w:p>
    <w:p>
      <w:pPr>
        <w:jc w:val="right"/>
      </w:pPr>
      <w:r>
        <w:t>اس کو ڈسکور نہ کریں تو آپ بے خبر ہو جاتے ہیں۔ اس کو آپ ڈسکور کر لیں تو پھر دنیا کے گلیور، دنیا کی</w:t>
      </w:r>
    </w:p>
    <w:p>
      <w:r>
        <w:rPr>
          <w:b/>
        </w:rPr>
        <w:t xml:space="preserve">[28:44] </w:t>
      </w:r>
      <w:r>
        <w:t>jagmagati hui cheezein nothing ho jati hain.</w:t>
      </w:r>
    </w:p>
    <w:p>
      <w:pPr>
        <w:jc w:val="right"/>
      </w:pPr>
      <w:r>
        <w:t>جگواتی ہوئی چیزیں نتھنگ ہو جاتی ہیں۔</w:t>
      </w:r>
    </w:p>
    <w:p>
      <w:r>
        <w:rPr>
          <w:b/>
        </w:rPr>
        <w:t xml:space="preserve">[28:51] </w:t>
      </w:r>
      <w:r>
        <w:t>main samajhta hoon ke asal kamzori yeh hai ke insaan ko duniya mein Allah ne jo de rakha hai, usi se bekhabar rehta hai.</w:t>
      </w:r>
    </w:p>
    <w:p>
      <w:pPr>
        <w:jc w:val="right"/>
      </w:pPr>
      <w:r>
        <w:t>میں سمجھتا ہوں کہ اصل کمزوری یہ ہے کہ انسان کو دنیا میں اللہ نے جو دے رکھا ہے، اسی سے بے خبر رہتا ہے۔</w:t>
      </w:r>
    </w:p>
    <w:p>
      <w:r>
        <w:rPr>
          <w:b/>
        </w:rPr>
        <w:t xml:space="preserve">[29:01] </w:t>
      </w:r>
      <w:r>
        <w:t>woh to to baat ko jo dene wala hai, us ko bhi nahi jaan pata. Woh is bekhabari ko todna hai, is bekhabari ko todna hai.</w:t>
      </w:r>
    </w:p>
    <w:p>
      <w:pPr>
        <w:jc w:val="right"/>
      </w:pPr>
      <w:r>
        <w:t>وہ تو تو بات کو جو دینے والا ہے، اس کو بھی نہیں جان پاتا۔ وہ اس بے خبری کو توڑنا ہے، اس بے خبری کو توڑنا ہے۔</w:t>
      </w:r>
    </w:p>
    <w:p>
      <w:r>
        <w:rPr>
          <w:b/>
        </w:rPr>
        <w:t xml:space="preserve">[29:17] </w:t>
      </w:r>
      <w:r>
        <w:t>ek martaba mera ek naakhoon toot gaya,</w:t>
      </w:r>
    </w:p>
    <w:p>
      <w:pPr>
        <w:jc w:val="right"/>
      </w:pPr>
      <w:r>
        <w:t>ایک مرتبہ میرا ایک ناخن ٹوٹ گیا،</w:t>
      </w:r>
    </w:p>
    <w:p>
      <w:r>
        <w:rPr>
          <w:b/>
        </w:rPr>
        <w:t xml:space="preserve">[29:24] </w:t>
      </w:r>
      <w:r>
        <w:t>kuch karte hue. Ab ek naakhoon ka tootna, sirf ek naakhoon ka tootna, itna bada problem ban gaya ke jis cheez ko main uthaoon, plate uthaoon, chamcha uthaoon,</w:t>
      </w:r>
    </w:p>
    <w:p>
      <w:pPr>
        <w:jc w:val="right"/>
      </w:pPr>
      <w:r>
        <w:t>کچھ کرتے ہوئے۔ اب ایک ناخن کا ٹوٹنا، صرف ایک ناخن کا ٹوٹنا، اتنا بڑا پراپر بن گیا کہ جس چیز کو میں اٹھاؤں، پلیٹ اٹھاؤں، چمچہ اٹھاؤں،</w:t>
      </w:r>
    </w:p>
    <w:p>
      <w:r>
        <w:rPr>
          <w:b/>
        </w:rPr>
        <w:t xml:space="preserve">[29:38] </w:t>
      </w:r>
      <w:r>
        <w:t>har baar masla masla. to is ko jab binder bohat dinon to bandhna para, kya karna para? bohat dinon ke baad woh nakhoon jo hai,</w:t>
      </w:r>
    </w:p>
    <w:p>
      <w:pPr>
        <w:jc w:val="right"/>
      </w:pPr>
      <w:r>
        <w:t>ہر بار مسئلہ مسئلہ۔ تو اس کو جب بینڈر بہت دنوں تو باندھنا پڑا، کیا کرنا پڑا؟ بہت دنوں کے بعد وہ ناخن جو ہے،</w:t>
      </w:r>
    </w:p>
    <w:p>
      <w:r>
        <w:rPr>
          <w:b/>
        </w:rPr>
        <w:t xml:space="preserve">[29:52] </w:t>
      </w:r>
      <w:r>
        <w:t>yani phir apni jagah par tayyar hua, kyunke digital process mein hota hai insaan ke andar.</w:t>
      </w:r>
    </w:p>
    <w:p>
      <w:pPr>
        <w:jc w:val="right"/>
      </w:pPr>
      <w:r>
        <w:t>یعنی پھر اپنی جگہ پر تیار ہوا، کیونکہ ڈیجیٹل پروسیس میں ہوتا ہے انسان کے اندر۔</w:t>
      </w:r>
    </w:p>
    <w:p>
      <w:r>
        <w:rPr>
          <w:b/>
        </w:rPr>
        <w:t xml:space="preserve">[30:02] </w:t>
      </w:r>
      <w:r>
        <w:t>to jarr ki baat yeh hai ke Allah ne, Allah Rabbul Alameen ne duniya hi mein hamari paralyze de rakhi hai.</w:t>
      </w:r>
    </w:p>
    <w:p>
      <w:pPr>
        <w:jc w:val="right"/>
      </w:pPr>
      <w:r>
        <w:t>تو جڑ کی بات یہ ہے کہ اللہ نے، اللہ رب العالمین نے دنیا ہی میں ہماری پیرالائز دے رکھی ہے۔</w:t>
      </w:r>
    </w:p>
    <w:p>
      <w:r>
        <w:rPr>
          <w:b/>
        </w:rPr>
        <w:t xml:space="preserve">[30:13] </w:t>
      </w:r>
      <w:r>
        <w:t>ek paralyze, yani duniya hi mein Allah ne de rakhi hai, isi ka super model hoga.</w:t>
      </w:r>
    </w:p>
    <w:p>
      <w:pPr>
        <w:jc w:val="right"/>
      </w:pPr>
      <w:r>
        <w:t>ایک پیرالائز، یعنی دنیا ہی میں اللہ نے دے رکھی ہے، اسی کا سپر ماڈل ہوگا۔</w:t>
      </w:r>
    </w:p>
    <w:p>
      <w:r>
        <w:rPr>
          <w:b/>
        </w:rPr>
        <w:t xml:space="preserve">[30:25] </w:t>
      </w:r>
      <w:r>
        <w:t>woh paralyze,</w:t>
      </w:r>
    </w:p>
    <w:p>
      <w:pPr>
        <w:jc w:val="right"/>
      </w:pPr>
      <w:r>
        <w:t>وہ پیرالائز،</w:t>
      </w:r>
    </w:p>
    <w:p>
      <w:r>
        <w:rPr>
          <w:b/>
        </w:rPr>
        <w:t xml:space="preserve">[30:30] </w:t>
      </w:r>
      <w:r>
        <w:t>woh jo ayat hai ke "yathlu mujh ne tarrafa" aur "rafa" ke maani hain ke jis ne first paralyze ko discover kar liya,</w:t>
      </w:r>
    </w:p>
    <w:p>
      <w:pPr>
        <w:jc w:val="right"/>
      </w:pPr>
      <w:r>
        <w:t>وہ جو آیت ہے کہ "یتھلو مجھ نے تعرفہ" اور "رفع" کے معنی ہیں کہ جس نے فرسٹ پیرالائز کو ڈسکور کر لیا،</w:t>
      </w:r>
    </w:p>
    <w:p>
      <w:r>
        <w:rPr>
          <w:b/>
        </w:rPr>
        <w:t xml:space="preserve">[30:45] </w:t>
      </w:r>
      <w:r>
        <w:t>is ko duniya ka koi glamour</w:t>
      </w:r>
    </w:p>
    <w:p>
      <w:pPr>
        <w:jc w:val="right"/>
      </w:pPr>
      <w:r>
        <w:t>اس کو دنیا کا کوئی گلیمر</w:t>
      </w:r>
    </w:p>
    <w:p>
      <w:r>
        <w:rPr>
          <w:b/>
        </w:rPr>
        <w:t xml:space="preserve">[30:51] </w:t>
      </w:r>
      <w:r>
        <w:t>Allah se paralyze se hata nahi sakta. phir woh, yani Firon ki queen ke tareeqe se toot padega jannat ki taraf.</w:t>
      </w:r>
    </w:p>
    <w:p>
      <w:pPr>
        <w:jc w:val="right"/>
      </w:pPr>
      <w:r>
        <w:t>اللہ سے پیرالائز سے ہٹا نہیں سکتا۔ پھر وہ، یعنی فرعون کی کوئن کے طریقے سے ٹوٹ پڑے گا جنت کی طرف۔</w:t>
      </w:r>
    </w:p>
    <w:p>
      <w:r>
        <w:rPr>
          <w:b/>
        </w:rPr>
        <w:t xml:space="preserve">[31:02] </w:t>
      </w:r>
      <w:r>
        <w:t>har cheez is ko heat heat heat maloom hogi, kam maloom hogi. to asal kaam yeh hai ke Allah Rabbul Alameen ki marifat badhaiye,</w:t>
      </w:r>
    </w:p>
    <w:p>
      <w:pPr>
        <w:jc w:val="right"/>
      </w:pPr>
      <w:r>
        <w:t>ہر چیز اس کو ہیٹ ہیچ ہیچ معلوم ہوگی، کم معلوم ہوگی۔ تو اصل کام یہ ہے کہ اللہ رب العالمین کی معرفت بڑھائیے،</w:t>
      </w:r>
    </w:p>
    <w:p>
      <w:r>
        <w:rPr>
          <w:b/>
        </w:rPr>
        <w:t xml:space="preserve">[31:17] </w:t>
      </w:r>
      <w:r>
        <w:t>aakhirat ka yaqeen badhaiye,</w:t>
      </w:r>
    </w:p>
    <w:p>
      <w:pPr>
        <w:jc w:val="right"/>
      </w:pPr>
      <w:r>
        <w:t>آخرت کا یقین بڑھائیے،</w:t>
      </w:r>
    </w:p>
    <w:p>
      <w:r>
        <w:rPr>
          <w:b/>
        </w:rPr>
        <w:t xml:space="preserve">[31:23] </w:t>
      </w:r>
      <w:r>
        <w:t>jannat ka zyada se zyada yaad kijiye. to is ke baad jo jo consciousness aap ko andar jaagega, is ke baad sab kuch heat ho jayega, sab kuch haqeer ho jayega.</w:t>
      </w:r>
    </w:p>
    <w:p>
      <w:pPr>
        <w:jc w:val="right"/>
      </w:pPr>
      <w:r>
        <w:t>جنت کا زیادہ سے زیادہ یاد کیجئے۔ تو اس کے بعد جو جو کانشیسنس آپ کو اندر جاگے گا، اس کے بعد سب کچھ ہیچ ہو جائے گا، سب کچھ حقیر ہو جائے گا۔</w:t>
      </w:r>
    </w:p>
    <w:p>
      <w:r>
        <w:rPr>
          <w:b/>
        </w:rPr>
        <w:t xml:space="preserve">[31:45] </w:t>
      </w:r>
      <w:r>
        <w:t>Maulana, ek question yeh hai ke agar koi shakhs jo daawa work karta hai, lekin saath mein woh aur cheezon mein bhi involved hai, jaise job ya family life, to kya yeh daawa worker aspire kar sakta hai firdous firdous ke liye, ya is ko 100% dedicate karna padega, sab kuch chhod chhad ke?</w:t>
      </w:r>
    </w:p>
    <w:p>
      <w:pPr>
        <w:jc w:val="right"/>
      </w:pPr>
      <w:r>
        <w:t>مولانا، ایک کوئسچن یہ ہے کہ اگر کوئی شخص جو دعوی ورک کرتا ہے، لیکن ساتھ میں وہ اور چیزوں میں بھی انوالوڈ ہے، جیسے جاب یا فیملی لائف، تو کیا یہ دعوی ورکر ایسپائر کر سکتا ہے فردوس فردوس کے لیے، یا اس کو 100 فیصد ڈیڈیکیٹ کرنا پڑے گا، سب کچھ چھوڑ چھاڑ کے؟</w:t>
      </w:r>
    </w:p>
    <w:p>
      <w:r>
        <w:rPr>
          <w:b/>
        </w:rPr>
        <w:t xml:space="preserve">[32:08] </w:t>
      </w:r>
      <w:r>
        <w:t>Only deen he can really aspire for firdous. haan, dekhiye, hadith mein aata hai ke jannat ke sau darje hain.</w:t>
      </w:r>
    </w:p>
    <w:p>
      <w:pPr>
        <w:jc w:val="right"/>
      </w:pPr>
      <w:r>
        <w:t>اونلی دین ہی کین ریلی ایسپائر فار فردوس۔ ہاں، دیکھیے، حدیث میں آتا ہے کہ جنت کے سو درجے ہیں۔</w:t>
      </w:r>
    </w:p>
    <w:p>
      <w:r>
        <w:rPr>
          <w:b/>
        </w:rPr>
        <w:t xml:space="preserve">[32:22] </w:t>
      </w:r>
      <w:r>
        <w:t>kaise sahib? ji, hadith mein aata hai ke jannat ke sau darje hain. to isi se samajh lijiye ke aap ka</w:t>
      </w:r>
    </w:p>
    <w:p>
      <w:pPr>
        <w:jc w:val="right"/>
      </w:pPr>
      <w:r>
        <w:t>کیسے صاحب؟ جی، حدیث میں آتا ہے کہ جنت کے سو درجے ہیں۔ تو اسی سے سمجھ لیجئے کہ آپ کا</w:t>
      </w:r>
    </w:p>
    <w:p>
      <w:r>
        <w:rPr>
          <w:b/>
        </w:rPr>
        <w:t xml:space="preserve">[32:40] </w:t>
      </w:r>
      <w:r>
        <w:t>involvement kitna had duniya mein, kitna zyada aap discover kar paate hain duniya mein rehte hue Allah ki jannat ka.</w:t>
      </w:r>
    </w:p>
    <w:p>
      <w:pPr>
        <w:jc w:val="right"/>
      </w:pPr>
      <w:r>
        <w:t>انوالومنٹ کتنا حد دنیا میں، کتنا زیادہ آپ ڈسکور کر پاتے ہیں دنیا میں رہتے ہوئے اللہ کی جنت کا۔</w:t>
      </w:r>
    </w:p>
    <w:p>
      <w:r>
        <w:rPr>
          <w:b/>
        </w:rPr>
        <w:t xml:space="preserve">[32:52] </w:t>
      </w:r>
      <w:r>
        <w:t>to jitne darjat ka hum duniya mein discover kar payenge, wohi jannat wahan milegi. agar discovery nahi kar sarr se, tab to milegi nahi kuch.</w:t>
      </w:r>
    </w:p>
    <w:p>
      <w:pPr>
        <w:jc w:val="right"/>
      </w:pPr>
      <w:r>
        <w:t>تو جتنے درجت کا ہم دنیا میں ڈسکور کر پائیں گے، وہی جنت وہاں ملے گی۔ اگر ڈسکوری نہیں کر سرے سے، تب تو ملے گی نہیں کچھ۔</w:t>
      </w:r>
    </w:p>
    <w:p>
      <w:r>
        <w:rPr>
          <w:b/>
        </w:rPr>
        <w:t xml:space="preserve">[33:06] </w:t>
      </w:r>
      <w:r>
        <w:t>aur agar partial sense mein discover kiya to wahan bhi koi lower lower level ka koi maqam milega.</w:t>
      </w:r>
    </w:p>
    <w:p>
      <w:pPr>
        <w:jc w:val="right"/>
      </w:pPr>
      <w:r>
        <w:t>اور اگر پارشل سینس میں ڈسکور کیا تو وہاں بھی کوئی لوئر لوئر لیول کا کوئی مقام ملے گا۔</w:t>
      </w:r>
    </w:p>
    <w:p>
      <w:r>
        <w:rPr>
          <w:b/>
        </w:rPr>
        <w:t xml:space="preserve">[33:18] </w:t>
      </w:r>
      <w:r>
        <w:t>woh aala maqam jo hai, jannat al firdous, woh to milne wala hai hi nahi.</w:t>
      </w:r>
    </w:p>
    <w:p>
      <w:pPr>
        <w:jc w:val="right"/>
      </w:pPr>
      <w:r>
        <w:t>وہ اعلیٰ مقام جو ہے، جنت الفردوس، وہ تو ملنے والا ہے ہی نہیں۔</w:t>
      </w:r>
    </w:p>
    <w:p>
      <w:r>
        <w:rPr>
          <w:b/>
        </w:rPr>
        <w:t xml:space="preserve">[33:28] </w:t>
      </w:r>
      <w:r>
        <w:t>mera ek sawal hai, yeh achha Maulana, aap yeh kehte hain ke jannat ke sau marhale hain, levels hain, to aap levels ko kis maani mein define karte hain?</w:t>
      </w:r>
    </w:p>
    <w:p>
      <w:pPr>
        <w:jc w:val="right"/>
      </w:pPr>
      <w:r>
        <w:t>میرا ایک سوال ہے، یہ اچھا مولانا، آپ یہ کہتے ہیں کہ جنت کے سو مرحلے ہیں، لیولز ہیں، تو آپ لیولز کو کس معنی میں ڈیفائن کرتے ہیں؟</w:t>
      </w:r>
    </w:p>
    <w:p>
      <w:r>
        <w:rPr>
          <w:b/>
        </w:rPr>
        <w:t xml:space="preserve">[33:43] </w:t>
      </w:r>
      <w:r>
        <w:t>ek level se doosra kaise different hoga? intellectual hoga, luxury mein hoga, kis cheez mein? aap kaise ek se doosra level define hota hai? farq to duniya mein dekh rahe hain.</w:t>
      </w:r>
    </w:p>
    <w:p>
      <w:pPr>
        <w:jc w:val="right"/>
      </w:pPr>
      <w:r>
        <w:t>ایک لیول سے دوسرا کیسے ڈفرنٹ ہوگا؟ انٹلیکچول ہوگا، لگزری میں ہوگا، کس چیز میں؟ آپ کیسے ایک سے دوسرا لیول ڈیفائن ہوتا ہے؟ فرق تو دنیا میں دیکھ رہے ہیں۔</w:t>
      </w:r>
    </w:p>
    <w:p>
      <w:r>
        <w:rPr>
          <w:b/>
        </w:rPr>
        <w:t xml:space="preserve">[33:54] </w:t>
      </w:r>
      <w:r>
        <w:t>aap</w:t>
      </w:r>
    </w:p>
    <w:p>
      <w:pPr>
        <w:jc w:val="right"/>
      </w:pPr>
      <w:r>
        <w:t>آپ</w:t>
      </w:r>
    </w:p>
    <w:p>
      <w:r>
        <w:rPr>
          <w:b/>
        </w:rPr>
        <w:t xml:space="preserve">[33:57] </w:t>
      </w:r>
      <w:r>
        <w:t>duniya mein, aap</w:t>
      </w:r>
    </w:p>
    <w:p>
      <w:pPr>
        <w:jc w:val="right"/>
      </w:pPr>
      <w:r>
        <w:t>دنیا میں، آپ</w:t>
      </w:r>
    </w:p>
    <w:p>
      <w:r>
        <w:rPr>
          <w:b/>
        </w:rPr>
        <w:t xml:space="preserve">[34:02] </w:t>
      </w:r>
      <w:r>
        <w:t>isi dilli mein har jagah ek level hota hai, jhug jhug jhopdi wale ka ek level hota hai jo flat mein rehta hai, ek level hota hai jo kothi mein rehta hai,</w:t>
      </w:r>
    </w:p>
    <w:p>
      <w:pPr>
        <w:jc w:val="right"/>
      </w:pPr>
      <w:r>
        <w:t>اسی دلی میں ہر جگہ ایک لیول ہوتا ہے، جھگ جھگ جھوپڑی والے کا ایک لیول ہوتا ہے جو فلیٹ میں رہتا ہے، ایک لیول ہوتا ہے جو کوٹھی میں رہتا ہے،</w:t>
      </w:r>
    </w:p>
    <w:p>
      <w:r>
        <w:rPr>
          <w:b/>
        </w:rPr>
        <w:t xml:space="preserve">[34:17] </w:t>
      </w:r>
      <w:r>
        <w:t>ek level woh hota hai jo palace mein rehta hai. yeh to har jagah aap dekh sakte hain. Maulana, but jo jo India mein aur India mein jo ho raha hai ya world mein ho raha hai, woh material aap is ko measure kar rahe hain.</w:t>
      </w:r>
    </w:p>
    <w:p>
      <w:pPr>
        <w:jc w:val="right"/>
      </w:pPr>
      <w:r>
        <w:t>ایک لیول وہ ہوتا ہے جو پیلس میں رہتا ہے۔ یہ تو ہر جگہ آپ دیکھ سکتے ہیں۔ مولانا، بٹ جو جو انڈیا میں اور انڈیا میں جو ہو رہا ہے یا ورلڈ میں ہو رہا ہے، وہ مٹیریلی آپ اس کو میژر کر رہے ہیں۔</w:t>
      </w:r>
    </w:p>
    <w:p>
      <w:r>
        <w:rPr>
          <w:b/>
        </w:rPr>
        <w:t xml:space="preserve">[34:33] </w:t>
      </w:r>
      <w:r>
        <w:t>hum keh rahe hain ke jo jannat mein hoga, woh kya hoga? woh material hoga ya intellectual hoga? nahi, nahi, material hoga, material hoga, bilkul.</w:t>
      </w:r>
    </w:p>
    <w:p>
      <w:pPr>
        <w:jc w:val="right"/>
      </w:pPr>
      <w:r>
        <w:t>ہم کہہ رہے ہیں کہ جو جنت میں ہوگا، وہ کیا ہوگا؟ وہ مٹیریل ہوگا یا انٹلیکچول ہوگا؟ نہیں، نہیں، مٹیریل ہوگا، مٹیریل ہوگا، بالکل۔</w:t>
      </w:r>
    </w:p>
    <w:p>
      <w:r>
        <w:rPr>
          <w:b/>
        </w:rPr>
        <w:t xml:space="preserve">[34:43] </w:t>
      </w:r>
      <w:r>
        <w:t>is mein, is par mein aap ko aik qissa batata hoon. jee ke</w:t>
      </w:r>
    </w:p>
    <w:p>
      <w:pPr>
        <w:jc w:val="right"/>
      </w:pPr>
      <w:r>
        <w:t>اس میں، اس پر میں آپ کو ایک قصہ بتاتا ہوں۔ جی کہ</w:t>
      </w:r>
    </w:p>
    <w:p>
      <w:r>
        <w:rPr>
          <w:b/>
        </w:rPr>
        <w:t xml:space="preserve">[34:51] </w:t>
      </w:r>
      <w:r>
        <w:t>jo doctor doctor iqbal thay, jo musalmanon mein bohat baray thinker manay jatay hain, aur aik aalim thay, maulana seth aur nadvi.</w:t>
      </w:r>
    </w:p>
    <w:p>
      <w:pPr>
        <w:jc w:val="right"/>
      </w:pPr>
      <w:r>
        <w:t>جو ڈاکٹر ڈاکٹر اقبال تھے، جو مسلمانوں میں بہت بڑے تھنکر مانے جاتے ہیں، اور ایک عالم تھے، مولانا سیث اور ندوی۔</w:t>
      </w:r>
    </w:p>
    <w:p>
      <w:r>
        <w:rPr>
          <w:b/>
        </w:rPr>
        <w:t xml:space="preserve">[35:02] </w:t>
      </w:r>
      <w:r>
        <w:t>maulana seth aur nadvi bohat baray aalim thay. to dono mein woh hua,</w:t>
      </w:r>
    </w:p>
    <w:p>
      <w:pPr>
        <w:jc w:val="right"/>
      </w:pPr>
      <w:r>
        <w:t>مولانا سیث اور ندوی بہت بڑے عالم تھے۔ تو دونوں میں وہ ہوا،</w:t>
      </w:r>
    </w:p>
    <w:p>
      <w:r>
        <w:rPr>
          <w:b/>
        </w:rPr>
        <w:t xml:space="preserve">[35:11] </w:t>
      </w:r>
      <w:r>
        <w:t>isi isi subject par baat hui. to iqbal ka ne likha tha, iqbal ki kitab hai "reconstance of relief start in islam".</w:t>
      </w:r>
    </w:p>
    <w:p>
      <w:pPr>
        <w:jc w:val="right"/>
      </w:pPr>
      <w:r>
        <w:t>اسی اسی سبجیکٹ پر بات ہوئی۔ تو اقبال کا نے لکھا تھا، اقبال کی کتاب ہے "ری کانسٹنس آف ریلیف سٹارٹ ان اسلام"۔</w:t>
      </w:r>
    </w:p>
    <w:p>
      <w:r>
        <w:rPr>
          <w:b/>
        </w:rPr>
        <w:t xml:space="preserve">[35:23] </w:t>
      </w:r>
      <w:r>
        <w:t>is mein likha tha unhon ne ke "paralyze and hell are states, not localities".</w:t>
      </w:r>
    </w:p>
    <w:p>
      <w:pPr>
        <w:jc w:val="right"/>
      </w:pPr>
      <w:r>
        <w:t>اس میں لکھا تھا انہوں نے کہ "پیرالائز اینڈ ہیل آر اسٹیٹس، ناٹ لوکیلٹیز"۔</w:t>
      </w:r>
    </w:p>
    <w:p>
      <w:r>
        <w:rPr>
          <w:b/>
        </w:rPr>
        <w:t xml:space="preserve">[35:38] </w:t>
      </w:r>
      <w:r>
        <w:t>yeh unhon ne likha hai, aap kitab yahin mil sakti hai, aap ko dekh saktay hain ke "paralyze and hell are states, not localities".</w:t>
      </w:r>
    </w:p>
    <w:p>
      <w:pPr>
        <w:jc w:val="right"/>
      </w:pPr>
      <w:r>
        <w:t>یہ انہوں نے لکھا ہے، آپ کتاب یہیں مل سکتی ہے، آپ کو دیکھ سکتے ہیں کہ "پیرالائز اینڈ ہیل آر اسٹیٹس، ناٹ لوکیلٹیز"۔</w:t>
      </w:r>
    </w:p>
    <w:p>
      <w:r>
        <w:rPr>
          <w:b/>
        </w:rPr>
        <w:t xml:space="preserve">[35:51] </w:t>
      </w:r>
      <w:r>
        <w:t>yani jannat aur jahannum dono dono ahwal hain, maqamat nahi hain. to seth aur nadvi ne kaha ke yeh to dono bas hui.</w:t>
      </w:r>
    </w:p>
    <w:p>
      <w:pPr>
        <w:jc w:val="right"/>
      </w:pPr>
      <w:r>
        <w:t>یعنی جنت اور جہنم دونوں دونوں احوال ہیں، مقامات نہیں ہیں۔ تو سیث اور ندوی نے کہا کہ یہ تو دونوں بس ہوئی۔</w:t>
      </w:r>
    </w:p>
    <w:p>
      <w:r>
        <w:rPr>
          <w:b/>
        </w:rPr>
        <w:t xml:space="preserve">[36:04] </w:t>
      </w:r>
      <w:r>
        <w:t>to seth aur nadvi kehtay thay ke jannat jo hai, woh maqam hai, ahwal nahi hai.</w:t>
      </w:r>
    </w:p>
    <w:p>
      <w:pPr>
        <w:jc w:val="right"/>
      </w:pPr>
      <w:r>
        <w:t>تو سیث اور ندوی کہتے تھے کہ جنت جو ہے، وہ مقام ہے، احوال نہیں ہے۔</w:t>
      </w:r>
    </w:p>
    <w:p>
      <w:r>
        <w:rPr>
          <w:b/>
        </w:rPr>
        <w:t xml:space="preserve">[36:13] </w:t>
      </w:r>
      <w:r>
        <w:t>woh kehtay thay nahi, ahwal hai, maqam nahi. to behas hoti rahi, hoti rahi, to khatam nahi ho rahi thi.</w:t>
      </w:r>
    </w:p>
    <w:p>
      <w:pPr>
        <w:jc w:val="right"/>
      </w:pPr>
      <w:r>
        <w:t>وہ کہتے تھے نہیں، احوال ہے، مقام نہیں۔ تو بحث ہوتی رہی، ہوتی رہی، تو ختم نہیں ہو رہی تھی۔</w:t>
      </w:r>
    </w:p>
    <w:p>
      <w:r>
        <w:rPr>
          <w:b/>
        </w:rPr>
        <w:t xml:space="preserve">[36:24] </w:t>
      </w:r>
      <w:r>
        <w:t>to maulana seth razvi ne kaha ke theek hai, aap apni ahwal wali jannat jaiye ga, hum apnay maqam wali jannat jayen gay.</w:t>
      </w:r>
    </w:p>
    <w:p>
      <w:pPr>
        <w:jc w:val="right"/>
      </w:pPr>
      <w:r>
        <w:t>تو مولانا سیث رضوی نے کہا کہ ٹھیک ہے، آپ اپنی احوال والی جنت جائیے گا، ہم اپنے مقام والی جنت جائیں گے۔</w:t>
      </w:r>
    </w:p>
    <w:p>
      <w:r>
        <w:rPr>
          <w:b/>
        </w:rPr>
        <w:t xml:space="preserve">[36:35] </w:t>
      </w:r>
      <w:r>
        <w:t>dekhen, yeh yeh to bilkul shairi hai. ahwal agar jannat maqam na ho to insan to maqam wala insan hai, kya is ko lutf milay ga?</w:t>
      </w:r>
    </w:p>
    <w:p>
      <w:pPr>
        <w:jc w:val="right"/>
      </w:pPr>
      <w:r>
        <w:t>دیکھیں، یہ یہ تو بالکل شاعری ہے۔ احوال اگر جنت مقام نہ ہو تو انسان تو مقام والا انسان ہے، کیا اس کو لطف ملے گا؟</w:t>
      </w:r>
    </w:p>
    <w:p>
      <w:r>
        <w:rPr>
          <w:b/>
        </w:rPr>
        <w:t xml:space="preserve">[36:45] </w:t>
      </w:r>
      <w:r>
        <w:t>is ko kya pleasure milay ga? sahi baat hai, ya is ko pleasure kya milay ga? nahi, bilkul yaqeeni baat hai ke jannat jo hai,</w:t>
      </w:r>
    </w:p>
    <w:p>
      <w:pPr>
        <w:jc w:val="right"/>
      </w:pPr>
      <w:r>
        <w:t>اس کو کیا پلیژر ملے گا؟ صحیح بات ہے، یا اس کو پلیژر کیا ملے گا؟ نہیں، بالکل یقینی بات ہے کہ جنت جو ہے،</w:t>
      </w:r>
    </w:p>
    <w:p>
      <w:r>
        <w:rPr>
          <w:b/>
        </w:rPr>
        <w:t xml:space="preserve">[36:58] </w:t>
      </w:r>
      <w:r>
        <w:t>woh aisay hi aik maqam hogi jaise aap rashid bhawan mein jayen to woh aik maqam hota hai, aap white house mein jayen to woh aik maqam hota hai.</w:t>
      </w:r>
    </w:p>
    <w:p>
      <w:pPr>
        <w:jc w:val="right"/>
      </w:pPr>
      <w:r>
        <w:t>وہ ایسے ہی ایک مقام ہوگی جیسے آپ راشد بھون میں جائیں تو وہ ایک مقام ہوتا ہے، آپ وائٹ ہاؤس میں جائیں تو وہ ایک مقام ہوتا ہے۔</w:t>
      </w:r>
    </w:p>
    <w:p>
      <w:r>
        <w:rPr>
          <w:b/>
        </w:rPr>
        <w:t xml:space="preserve">[37:11] </w:t>
      </w:r>
      <w:r>
        <w:t>yani maulana, yeh is aik aisa insan jo material insan hai, is ke liye jannat ki value kya hogi? sahi baat hai, koi jannat ki value nahi hogi is ke liye kuch.</w:t>
      </w:r>
    </w:p>
    <w:p>
      <w:pPr>
        <w:jc w:val="right"/>
      </w:pPr>
      <w:r>
        <w:t>یعنی مولانا، یہ اس ایک ایسا انسان جو مٹیریل انسان ہے، اس کے لیے جنت کی ویلیو کیا ہوگی؟ صحیح بات ہے، کوئی جنت کی ویلیو نہیں ہوگی اس کے لیے کچھ۔</w:t>
      </w:r>
    </w:p>
    <w:p>
      <w:r>
        <w:rPr>
          <w:b/>
        </w:rPr>
        <w:t xml:space="preserve">[37:22] </w:t>
      </w:r>
      <w:r>
        <w:t>lekan realization ka bhi koi level hona chahiye. maulana, doctor sahib keh rahay hain ke realization ka bhi to marifat ka bhi to koi level hona chahiye.</w:t>
      </w:r>
    </w:p>
    <w:p>
      <w:pPr>
        <w:jc w:val="right"/>
      </w:pPr>
      <w:r>
        <w:t>لیکن ریلائزیشن کا بھی کوئی لیول ہونا چاہیے۔ مولانا، ڈاکٹر صاحب کہہ رہے ہیں کہ ریلائزیشن کا بھی تو معرفت کا بھی تو کوئی لیول ہونا چاہیے۔</w:t>
      </w:r>
    </w:p>
    <w:p>
      <w:r>
        <w:rPr>
          <w:b/>
        </w:rPr>
        <w:t xml:space="preserve">[37:37] </w:t>
      </w:r>
      <w:r>
        <w:t>maulana, doctor sahib pooch rahay hain, lekin realization ka bhi to koi level hona chahiye. is ka koi level nahi, woh.</w:t>
      </w:r>
    </w:p>
    <w:p>
      <w:pPr>
        <w:jc w:val="right"/>
      </w:pPr>
      <w:r>
        <w:t>مولانا، ڈاکٹر صاحب پوچھ رہے ہیں، لیکن ریلائزیشن کا بھی تو کوئی لیول ہونا چاہیے۔ اس کا کوئی لیول نہیں، وہ۔</w:t>
      </w:r>
    </w:p>
    <w:p>
      <w:r>
        <w:rPr>
          <w:b/>
        </w:rPr>
        <w:t xml:space="preserve">[37:47] </w:t>
      </w:r>
      <w:r>
        <w:t>sky is the date limit wala muamla hai kyunke Allah rab ul alameen ki koi limit nahi hai, to marifat ki koi limit nahi hai.</w:t>
      </w:r>
    </w:p>
    <w:p>
      <w:pPr>
        <w:jc w:val="right"/>
      </w:pPr>
      <w:r>
        <w:t>اسکائی از دا ڈیٹ لمٹ والا معاملہ ہے کیونکہ اللہ رب العالمین کی کوئی لمٹ نہیں ہے، تو معرفت کی کوئی لمٹ نہیں ہے۔</w:t>
      </w:r>
    </w:p>
    <w:p>
      <w:r>
        <w:rPr>
          <w:b/>
        </w:rPr>
        <w:t xml:space="preserve">[37:57] </w:t>
      </w:r>
      <w:r>
        <w:t>hum is ko in words batany ka sakte hain kyunke yeh waqia hai ke marifat, marifat God.</w:t>
      </w:r>
    </w:p>
    <w:p>
      <w:pPr>
        <w:jc w:val="right"/>
      </w:pPr>
      <w:r>
        <w:t>ہم اس کو ان ورڈز بتانے کا سکتے ہیں کیونکہ یہ واقعہ ہے کہ معرفت، معرفت گاڈ۔</w:t>
      </w:r>
    </w:p>
    <w:p>
      <w:r>
        <w:rPr>
          <w:b/>
        </w:rPr>
        <w:t xml:space="preserve">[38:11] </w:t>
      </w:r>
      <w:r>
        <w:t>jab jab god ki koi limit nahi hai to is ki marifat ki koi koi limit nahi hogi. yeh dunya mein aap marifat hasil kartay hain, phir jo chalti rahay gi, akhirat mein bhi barhti rahay gi, barhti rahay gi.</w:t>
      </w:r>
    </w:p>
    <w:p>
      <w:pPr>
        <w:jc w:val="right"/>
      </w:pPr>
      <w:r>
        <w:t>جب جب گاڈ کی کوئی لمٹ نہیں ہے تو اس کی معرفت کی کوئی کوئی لمٹ نہیں ہوگی۔ یہ دنیا میں آپ معرفت حاصل کرتے ہیں، پھر جو چلتی رہے گی، آخرت میں بھی بڑھتی رہے گی، بڑھتی رہے گی۔</w:t>
      </w:r>
    </w:p>
    <w:p>
      <w:r>
        <w:rPr>
          <w:b/>
        </w:rPr>
        <w:t xml:space="preserve">[38:29] </w:t>
      </w:r>
      <w:r>
        <w:t>isi liye hadith mein, woh quran mein do ayaten hain ke "kal kan al bahru mazada rabbi lanafada bahru qabla an tanfada kalimatu rabbi".</w:t>
      </w:r>
    </w:p>
    <w:p>
      <w:pPr>
        <w:jc w:val="right"/>
      </w:pPr>
      <w:r>
        <w:t>اسی لیے حدیث میں، وہ قرآن میں دو آیتیں ہیں کہ "کل کان البحر المزاد ربی لنفض البحر قبل تنفذ کلمات ربی"۔</w:t>
      </w:r>
    </w:p>
    <w:p>
      <w:r>
        <w:rPr>
          <w:b/>
        </w:rPr>
        <w:t xml:space="preserve">[38:45] </w:t>
      </w:r>
      <w:r>
        <w:t>woh</w:t>
      </w:r>
    </w:p>
    <w:p>
      <w:pPr>
        <w:jc w:val="right"/>
      </w:pPr>
      <w:r>
        <w:t>وہ</w:t>
      </w:r>
    </w:p>
    <w:p>
      <w:r>
        <w:rPr>
          <w:b/>
        </w:rPr>
        <w:t xml:space="preserve">[38:49] </w:t>
      </w:r>
      <w:r>
        <w:t>do ayaten hain quran ki, is ki is ke andar bhi. woh isi liye to hai ke marifat ki koi had hi nahi hai. sahi baat hai.</w:t>
      </w:r>
    </w:p>
    <w:p>
      <w:pPr>
        <w:jc w:val="right"/>
      </w:pPr>
      <w:r>
        <w:t>دو آیتیں ہیں قرآن کی، اس کی اس کے اندر بھی۔ وہ اسی لیے تو ہے کہ معرفت کی کوئی حد ہی نہیں ہے۔ صحیح بات ہے۔</w:t>
      </w:r>
    </w:p>
    <w:p>
      <w:r>
        <w:rPr>
          <w:b/>
        </w:rPr>
        <w:t xml:space="preserve">[39:00] </w:t>
      </w:r>
      <w:r>
        <w:t>acha maulana, aik aur question jo hamara yeh apnay lecture mein abhi aa raha tha, aap abhi keh rahay thay na ke jo firoun ki jo wife theen, asia, unhon ne bohat hi, un ka bohat hi ziyada treacherous way mein un ka murder hua, jo bhi un ka death hua, un ko jo brutally un ko kill kiya gaya.</w:t>
      </w:r>
    </w:p>
    <w:p>
      <w:pPr>
        <w:jc w:val="right"/>
      </w:pPr>
      <w:r>
        <w:t>اچھا مولانا، ایک اور کوئسچن جو ہمارا یہ اپنے لیکچر میں ابھی آ رہا تھا، آپ ابھی کہہ رہے تھے نا کہ جو فرعون کی جو وائف تھیں، اسیہ، انہوں نے بہت ہی، ان کا بہت ہی زیادہ ٹارچرس وے میں ان کا مرڈر ہوا، جو بھی ان کا ڈیتھ ہوا، ان کو جو بروٹلی ان کو کل کیا گیا۔</w:t>
      </w:r>
    </w:p>
    <w:p>
      <w:r>
        <w:rPr>
          <w:b/>
        </w:rPr>
        <w:t xml:space="preserve">[39:18] </w:t>
      </w:r>
      <w:r>
        <w:t>to maulana sahib, hum dekhtay hain pehlay ke jo log thay, kya un ki sensitivity bohat kam thi ya kya tha ke un ko itni mehsoos nahi hota tha pain?</w:t>
      </w:r>
    </w:p>
    <w:p>
      <w:pPr>
        <w:jc w:val="right"/>
      </w:pPr>
      <w:r>
        <w:t>تو مولانا صاحب، ہم دیکھتے ہیں پہلے کہ جو لوگ تھے، کیا ان کی سینسٹیوٹی بہت کم تھی یا کیا تھا کہ ان کو اتنی محسوس نہیں ہوتا تھا پین؟</w:t>
      </w:r>
    </w:p>
    <w:p>
      <w:r>
        <w:rPr>
          <w:b/>
        </w:rPr>
        <w:t xml:space="preserve">[39:28] </w:t>
      </w:r>
      <w:r>
        <w:t>hum logon ko to aik zara sa sir dard mein bhi itna ziyada dawa khani parti hai. to aisa kya tha wahan pe? mein ne dekha tha itni sari, aap historically dekhen, sab ka itna ziyada mujhe lagta hai ke woh log bohat ziyada pain ya torture le patay thay ya kya tha aisa?</w:t>
      </w:r>
    </w:p>
    <w:p>
      <w:pPr>
        <w:jc w:val="right"/>
      </w:pPr>
      <w:r>
        <w:t>ہم لوگوں کو تو ایک ذرا سا سر درد میں بھی اتنا زیادہ دوا کھانی پڑتی ہے۔ تو ایسا کیا تھا وہاں پہ؟ میں نے دیکھا تھا اتنی ساری، آپ ہسٹوریکلی دیکھیں، سب کا اتنا زیادہ مجھے لگتا ہے کہ وہ لوگ بہت زیادہ پین یا ٹارچر لے پاتے تھے یا کیا تھا ایسا؟</w:t>
      </w:r>
    </w:p>
    <w:p>
      <w:r>
        <w:rPr>
          <w:b/>
        </w:rPr>
        <w:t xml:space="preserve">[39:44] </w:t>
      </w:r>
      <w:r>
        <w:t>kya baat hai? maulana, woh yeh keh rahe hain ke aap ne jo waqea bataya ke asiya ko bohat ziyada torture kiya gaya, takleef di gayi, to bol rahe hain ke tareekh mein bhi yeh aata hai ke pehle zamane mein bohat ziyada torture kiya jata hai.</w:t>
      </w:r>
    </w:p>
    <w:p>
      <w:pPr>
        <w:jc w:val="right"/>
      </w:pPr>
      <w:r>
        <w:t>کیا بات ہے؟ مولانا، وہ یہ کہہ رہے ہیں کہ آپ نے جو واقعہ بتایا کہ اسیہ کو بہت زیادہ ٹارچر کیا گیا، تکلیف دی گئی، تو بول رہے ہیں کہ تاریخ میں بھی یہ آتا ہے کہ پہلے زمانے میں بہت زیادہ ٹارچر کیا جاتا ہے۔</w:t>
      </w:r>
    </w:p>
    <w:p>
      <w:r>
        <w:rPr>
          <w:b/>
        </w:rPr>
        <w:t xml:space="preserve">[39:58] </w:t>
      </w:r>
      <w:r>
        <w:t>to woh yeh kar rahe hain ke is zamane ke logon mein pain, sensitivity of pain, sense pain ka ya dard ka ehsas kam hota tha.</w:t>
      </w:r>
    </w:p>
    <w:p>
      <w:pPr>
        <w:jc w:val="right"/>
      </w:pPr>
      <w:r>
        <w:t>تو وہ یہ کر رہے ہیں کہ اس زمانے کے لوگوں میں پین، سینسٹیوٹی آف پین، سینس پین کا یا درد کا احساس کم ہوتا تھا۔</w:t>
      </w:r>
    </w:p>
    <w:p>
      <w:r>
        <w:rPr>
          <w:b/>
        </w:rPr>
        <w:t xml:space="preserve">[40:09] </w:t>
      </w:r>
      <w:r>
        <w:t>aaj to hum thora sa bhi karte hain to ek dawa khani parti hai. aisa nahi hai, yeh maine is par bohat socha hai. mera apna jo ehsas hai, woh yeh hai ke agar aadmi Allah rab ul alameen ke raste mein is ka torture hota hai,</w:t>
      </w:r>
    </w:p>
    <w:p>
      <w:pPr>
        <w:jc w:val="right"/>
      </w:pPr>
      <w:r>
        <w:t>آج تو ہم تھوڑا سا بھی کرتے ہیں تو ایک دوا کھانی پڑتی ہے۔ ایسا نہیں ہے، یہ میں نے اس پر بہت سوچا ہے۔ میرا اپنا جو احساس ہے، وہ یہ ہے کہ اگر آدمی اللہ رب العالمین کے راستے میں اس کا ٹارچر ہوتا ہے،</w:t>
      </w:r>
    </w:p>
    <w:p>
      <w:r>
        <w:rPr>
          <w:b/>
        </w:rPr>
        <w:t xml:space="preserve">[40:32] </w:t>
      </w:r>
      <w:r>
        <w:t>Allah rab ul alameen ke raste mein, to angels wahan aa jate hain. Angels, woh aap ke pain ko kam kar dete hain,</w:t>
      </w:r>
    </w:p>
    <w:p>
      <w:pPr>
        <w:jc w:val="right"/>
      </w:pPr>
      <w:r>
        <w:t>اللہ رب العالمین کے راستے میں، تو اینجیلز وہاں آ جاتے ہیں۔ اینجیلز، وہ آپ کے پین کو کم کر دیتے ہیں،</w:t>
      </w:r>
    </w:p>
    <w:p>
      <w:r>
        <w:rPr>
          <w:b/>
        </w:rPr>
        <w:t xml:space="preserve">[40:47] </w:t>
      </w:r>
      <w:r>
        <w:t>woh aap ke pain ko kam kar dete hain. aam aadmi ke liye main nahi kar sakta, lekin jo sach much Allah ke liye, sach much Allah ke liye jo, to is ka pain bohat hi ziyada kam hai, yahan tak ke dull ho sakta hai.</w:t>
      </w:r>
    </w:p>
    <w:p>
      <w:pPr>
        <w:jc w:val="right"/>
      </w:pPr>
      <w:r>
        <w:t>وہ آپ کے پین کو کم کر دیتے ہیں۔ عام آدمی کے لیے میں نہیں کر سکتا، لیکن جو سچ مچ اللہ کے لیے، سچ مچ اللہ کے لیے جو، تو اس کا پین بہت ہی زیادہ کم ہے، یہاں تک کہ ڈل ہو سکتا ہے۔</w:t>
      </w:r>
    </w:p>
    <w:p>
      <w:r>
        <w:rPr>
          <w:b/>
        </w:rPr>
        <w:t xml:space="preserve">[41:06] </w:t>
      </w:r>
      <w:r>
        <w:t>yeh mera, yani mere paas is ki koi scientific proof nahi hai, lekin mera manna yahi hai. maulana sahib, last question hamara yeh hai ke "can we say that a time of physical torture is over and now it is only mental torture"?</w:t>
      </w:r>
    </w:p>
    <w:p>
      <w:pPr>
        <w:jc w:val="right"/>
      </w:pPr>
      <w:r>
        <w:t>یہ میرا، یعنی میرے پاس اس کی کوئی سائنٹیفک پروف نہیں ہے، لیکن میرا ماننا یہی ہے۔ مولانا صاحب، لاسٹ کوئسچن ہمارا یہ ہے کہ "کین وی سے دیٹ ا ٹائم آف فزیکل ٹارچر از اوور اینڈ ناؤ اٹ از اونلی مینٹل ٹارچر"؟</w:t>
      </w:r>
    </w:p>
    <w:p>
      <w:r>
        <w:rPr>
          <w:b/>
        </w:rPr>
        <w:t xml:space="preserve">[41:25] </w:t>
      </w:r>
      <w:r>
        <w:t>haan, kaka un ka sawal yeh hai, woh keh rahe hain ke yeh kaha ja sakta hai ke physical torture ka time khatam ho chuka hai, ab sirf mental torture ka time hai.</w:t>
      </w:r>
    </w:p>
    <w:p>
      <w:pPr>
        <w:jc w:val="right"/>
      </w:pPr>
      <w:r>
        <w:t>ہاں، کاکا ان کا سوال یہ ہے، وہ کہہ رہے ہیں کہ یہ کہا جا سکتا ہے کہ فزیکل ٹارچر کا ٹائم ختم ہو چکا ہے، اب صرف مینٹل ٹارچر کا ٹائم ہے۔</w:t>
      </w:r>
    </w:p>
    <w:p>
      <w:r>
        <w:rPr>
          <w:b/>
        </w:rPr>
        <w:t xml:space="preserve">[41:35] </w:t>
      </w:r>
      <w:r>
        <w:t>nahi, nahi, aisa nahi hai, aisa nahi hai. torture ka time to kabhi khatam nahi hoga, sirf yeh hai ke angels ki madad se aadmi ka mehsoos kam karega.</w:t>
      </w:r>
    </w:p>
    <w:p>
      <w:pPr>
        <w:jc w:val="right"/>
      </w:pPr>
      <w:r>
        <w:t>نہیں، نہیں، ایسا نہیں ہے، ایسا نہیں ہے۔ ٹارچر کا ٹائم تو کبھی ختم نہیں ہوگا، صرف یہ ہے کہ اینجیلز کی مدد سے آدمی کا محسوس کم کرے گا۔</w:t>
      </w:r>
    </w:p>
    <w:p>
      <w:r>
        <w:rPr>
          <w:b/>
        </w:rPr>
        <w:t xml:space="preserve">[41:52] </w:t>
      </w:r>
      <w:r>
        <w:t>bas yeh hai ke jab tak yeh dunya ki ki zindagi hai, to saare raaz wahi rahenge, raaz badlenge jab yeh dunya khatam ho jaye gi.</w:t>
      </w:r>
    </w:p>
    <w:p>
      <w:pPr>
        <w:jc w:val="right"/>
      </w:pPr>
      <w:r>
        <w:t>بس یہ ہے کہ جب تک یہ دنیا کی کی زندگی ہے، تو سارے راز وہی رہیں گے، راز بدلیں گے جب یہ دنیا ختم ہو جائے گی۔</w:t>
      </w:r>
    </w:p>
    <w:p>
      <w:r>
        <w:rPr>
          <w:b/>
        </w:rPr>
        <w:t xml:space="preserve">[42:06] </w:t>
      </w:r>
      <w:r>
        <w:t>yeh saare raaz jo hain, jo is world mein hain, woh sab baqi rahenge, sirf khatam honge jab yeh dunya hi khatam ho jaye, dunya dunya bane tab.</w:t>
      </w:r>
    </w:p>
    <w:p>
      <w:pPr>
        <w:jc w:val="right"/>
      </w:pPr>
      <w:r>
        <w:t>یہ سارے راز جو ہیں، جو اس ورلڈ میں ہیں، وہ سب باقی رہیں گے، صرف ختم ہوں گے جب یہ دنیا ہی ختم ہو جائے، دنیا دنیا بنے تب۔</w:t>
      </w:r>
    </w:p>
    <w:p>
      <w:r>
        <w:rPr>
          <w:b/>
        </w:rPr>
        <w:t xml:space="preserve">[42:21] </w:t>
      </w:r>
      <w:r>
        <w:t>maulana, i want to refer to doctor sahib question of marifat ke humein is dunya mein marifat ka level apna barhana hai to get a better level of paradise, whether it its a material paradise, but yahan marifat barhana, wahan paradise ka level barhna hai.</w:t>
      </w:r>
    </w:p>
    <w:p>
      <w:pPr>
        <w:jc w:val="right"/>
      </w:pPr>
      <w:r>
        <w:t>مولانا، آئی وانٹ ٹو ریفر ٹو ڈاکٹر صاحب کوئسچن آف معرفت کہ ہمیں اس دنیا میں معرفت کا لیول اپنا بڑھانا ہے ٹو گیٹ ا بیٹر لیول آف پیرڈائز، ویدر اٹ اٹس ا مٹیریل پیرڈائز، بٹ یہاں معرفت بڑھانا، وہاں پیرڈائز کا لیول بڑھنا ہے۔</w:t>
      </w:r>
    </w:p>
    <w:p>
      <w:r>
        <w:rPr>
          <w:b/>
        </w:rPr>
        <w:t xml:space="preserve">[42:47] </w:t>
      </w:r>
      <w:r>
        <w:t>hum, kaka matlab yahan marifat barhao intellectual level pe. maulana, woh yeh keh rahi hain ke jo doctor sahib ne bhi jo realization ko le ke sawal kiya tha, to un ka naghma aap ka sawal yeh hai ke hum yahan pe agar apna marifat ka level barhayenge to humein jannat mein higher level mile ga.</w:t>
      </w:r>
    </w:p>
    <w:p>
      <w:pPr>
        <w:jc w:val="right"/>
      </w:pPr>
      <w:r>
        <w:t>ہمم، کاکا مطلب یہاں معرفت بڑھاؤ انٹلیکچول لیول پہ۔ مولانا، وہ یہ کہہ رہی ہیں کہ جو ڈاکٹر صاحب نے بھی جو ریلائزیشن کو لے کے سوال کیا تھا، تو ان کا نغمہ آپ کا سوال یہ ہے کہ ہم یہاں پہ اگر اپنا معرفت کا لیول بڑھائیں گے تو ہمیں جنت میں ہائیر لیول ملے گا۔</w:t>
      </w:r>
    </w:p>
    <w:p>
      <w:r>
        <w:rPr>
          <w:b/>
        </w:rPr>
        <w:t xml:space="preserve">[43:08] </w:t>
      </w:r>
      <w:r>
        <w:t>yaqeenan is mein koi shaq hi nahi, is mein koi shaq hi nahi.</w:t>
      </w:r>
    </w:p>
    <w:p>
      <w:pPr>
        <w:jc w:val="right"/>
      </w:pPr>
      <w:r>
        <w:t>یقینا اس میں کوئی شک ہی نہیں، اس میں کوئی شک ہی نہیں۔</w:t>
      </w:r>
    </w:p>
    <w:p>
      <w:r>
        <w:rPr>
          <w:b/>
        </w:rPr>
        <w:t xml:space="preserve">[43:18] </w:t>
      </w:r>
      <w:r>
        <w:t>aur quran ki woh jo do ayatein hain ke chahe saare darakht ka qalam banaya jaye, saare samundaron ko ek ink bana diya jaye, tab bhi Allah ki kalmat khatam nahi honge.</w:t>
      </w:r>
    </w:p>
    <w:p>
      <w:pPr>
        <w:jc w:val="right"/>
      </w:pPr>
      <w:r>
        <w:t>اور قرآن کی وہ جو دو آیتیں ہیں کہ چاہے سارے درخت کا قلم بنایا جائے، سارے سمندروں کو ایک انک بنا دیا جائے، تب بھی اللہ کی کلمات ختم نہیں ہوں گے۔</w:t>
      </w:r>
    </w:p>
    <w:p>
      <w:r>
        <w:rPr>
          <w:b/>
        </w:rPr>
        <w:t xml:space="preserve">[43:32] </w:t>
      </w:r>
      <w:r>
        <w:t>woh yahi to, yahi to hai ke marifat ka level kabhi khatam hi nahi hoga.</w:t>
      </w:r>
    </w:p>
    <w:p>
      <w:pPr>
        <w:jc w:val="right"/>
      </w:pPr>
      <w:r>
        <w:t>وہ یہی تو، یہی تو ہے کہ معرفت کا لیول کبھی ختم ہی نہیں ہوگا۔</w:t>
      </w:r>
    </w:p>
    <w:p>
      <w:r>
        <w:rPr>
          <w:b/>
        </w:rPr>
        <w:t xml:space="preserve">[43:42] </w:t>
      </w:r>
      <w:r>
        <w:t>aap ghor kijiye ke jo modern jo scientific discovery hai, woh yeh hai ke yeh jo universe hai, itni bari, itni bari, itni bari,</w:t>
      </w:r>
    </w:p>
    <w:p>
      <w:pPr>
        <w:jc w:val="right"/>
      </w:pPr>
      <w:r>
        <w:t>آپ غور کیجئے کہ جو ماڈرن جو سائنٹیفک ڈسکوری ہے، وہ یہ ہے کہ یہ جو یونیورس ہے، اتنی بڑی، اتنی بڑی، اتنی بڑی،</w:t>
      </w:r>
    </w:p>
    <w:p>
      <w:r>
        <w:rPr>
          <w:b/>
        </w:rPr>
        <w:t xml:space="preserve">[43:56] </w:t>
      </w:r>
      <w:r>
        <w:t>aur woh expand kar rahi hai. aur yeh sab, yeh mathematically andaza kiya gaya hai ke 144 saal mein saare,</w:t>
      </w:r>
    </w:p>
    <w:p>
      <w:pPr>
        <w:jc w:val="right"/>
      </w:pPr>
      <w:r>
        <w:t>اور وہ ایکسپینڈ کر رہی ہے۔ اور یہ سب، یہ میتھمیٹیکلی اندازہ کیا گیا ہے کہ 144 سال میں سارے،</w:t>
      </w:r>
    </w:p>
    <w:p>
      <w:r>
        <w:rPr>
          <w:b/>
        </w:rPr>
        <w:t xml:space="preserve">[44:10] </w:t>
      </w:r>
      <w:r>
        <w:t>yani dooriyan double ho jati hain. to kitna bari universe hai, woh qata'an barh rahi hai. yeh to mind boggling hai, mind boggling hai ke jab itni bari dunya ho to aap ghor kijiye ke Allah ke aala aala ke marvels kitne ziyada honge,</w:t>
      </w:r>
    </w:p>
    <w:p>
      <w:pPr>
        <w:jc w:val="right"/>
      </w:pPr>
      <w:r>
        <w:t>یعنی دوریاں ڈبل ہو جاتی ہیں۔ تو کتنا بڑے یونیورس ہے، وہ قطعا بڑھ رہی ہے۔ یہ تو مائنڈ باگننگ ہے، مائنڈ باگننگ ہے کہ جب اتنی بڑی دنیا ہو تو آپ غور کیجئے کہ اللہ کے اعلیٰ اعلیٰ کے مارولز کتنے زیادہ ہوں گے،</w:t>
      </w:r>
    </w:p>
    <w:p>
      <w:r>
        <w:rPr>
          <w:b/>
        </w:rPr>
        <w:t xml:space="preserve">[44:36] </w:t>
      </w:r>
      <w:r>
        <w:t>kitne ziyada honge. bilkul mind boggling hai yeh, yeh soch ke itni bari jab universe hai to Allah rab ul alameen ke marvels kitne ziyada honge.</w:t>
      </w:r>
    </w:p>
    <w:p>
      <w:pPr>
        <w:jc w:val="right"/>
      </w:pPr>
      <w:r>
        <w:t>کتنے زیادہ ہوں گے۔ بالکل مائنڈ باگننگ ہے یہ، یہ سوچ کہ اتنی بڑی جب یونیورس ہے تو اللہ رب العالمین کے مارولز کتنے زیادہ ہوں گے۔</w:t>
      </w:r>
    </w:p>
    <w:p>
      <w:r>
        <w:rPr>
          <w:b/>
        </w:rPr>
        <w:t xml:space="preserve">[44:52] </w:t>
      </w:r>
      <w:r>
        <w:t>aap sochein, sochein.</w:t>
      </w:r>
    </w:p>
    <w:p>
      <w:pPr>
        <w:jc w:val="right"/>
      </w:pPr>
      <w:r>
        <w:t>آپ سوچیں، سوچیں۔</w:t>
      </w:r>
    </w:p>
    <w:p>
      <w:r>
        <w:rPr>
          <w:b/>
        </w:rPr>
        <w:t xml:space="preserve">[44:57] </w:t>
      </w:r>
      <w:r>
        <w:t>maulana, ek baar aap ne jab class liya tha to us mein yeh baat kahi thi ke humein apna intellectual development barhana chahiye kyun ke highly intellectual people hi jannat mein jayenge.</w:t>
      </w:r>
    </w:p>
    <w:p>
      <w:pPr>
        <w:jc w:val="right"/>
      </w:pPr>
      <w:r>
        <w:t>مولانا، ایک بار آپ نے جب کلاس لیا تھا تو اس میں یہ بات کہی تھی کہ ہمیں اپنا انٹلیکچول ڈیویلپمنٹ بڑھانا چاہیے کیونکہ ہائیلی انٹلیکچول پیپل ہی جنت میں جائیں گے۔</w:t>
      </w:r>
    </w:p>
    <w:p>
      <w:r>
        <w:rPr>
          <w:b/>
        </w:rPr>
        <w:t xml:space="preserve">[45:14] </w:t>
      </w:r>
      <w:r>
        <w:t>aur wahan pe isi tarah ke intellectual talks hongi, high level ki. to woh is se related, is ka matlab hai ke wahan pe jab yehi cheezein,</w:t>
      </w:r>
    </w:p>
    <w:p>
      <w:pPr>
        <w:jc w:val="right"/>
      </w:pPr>
      <w:r>
        <w:t>اور وہاں پہ اسی طرح کے انٹلیکچول ٹاکس ہوں گی، ہائی لیول کی۔ تو وہ اس سے ریلیٹڈ، اس کا مطلب ہے کہ وہاں پہ جب یہی چیزیں،</w:t>
      </w:r>
    </w:p>
    <w:p>
      <w:r>
        <w:rPr>
          <w:b/>
        </w:rPr>
        <w:t xml:space="preserve">[45:31] </w:t>
      </w:r>
      <w:r>
        <w:t>jaise poori aap ne ek talk kari thi us mein ke intellectually. haan, to yehi main pooch rahi hoon jo abhi isi silsile mein.</w:t>
      </w:r>
    </w:p>
    <w:p>
      <w:pPr>
        <w:jc w:val="right"/>
      </w:pPr>
      <w:r>
        <w:t>جیسے پوری آپ نے ایک ٹاک کری تھی اس میں کہ انٹلیکچولی۔ ہاں، تو یہی میں پوچھ رہی ہوں جو ابھی اسی سلسلے میں۔</w:t>
      </w:r>
    </w:p>
    <w:p>
      <w:r>
        <w:rPr>
          <w:b/>
        </w:rPr>
        <w:t xml:space="preserve">[45:41] </w:t>
      </w:r>
      <w:r>
        <w:t>to woh jo baat kahi thi, woh is se kya relation hai? kar di. jaise aap keh rahe hain ke materialistic.</w:t>
      </w:r>
    </w:p>
    <w:p>
      <w:pPr>
        <w:jc w:val="right"/>
      </w:pPr>
      <w:r>
        <w:t>تو وہ جو بات کہی تھی، وہ اس سے کیا ریلیشن ہے؟ کر دی۔ جیسے آپ کہہ رہے ہیں کہ مٹیریلسٹک۔</w:t>
      </w:r>
    </w:p>
    <w:p>
      <w:r>
        <w:rPr>
          <w:b/>
        </w:rPr>
        <w:t xml:space="preserve">[45:53] </w:t>
      </w:r>
      <w:r>
        <w:t>poori wahan pe bhi materialistic hoga to phir intellectual. lekin ek poori talk mein yeh tha ke intellectually high level ke log jinka intellectual development ziyada hai, wahi jannat mein pahunch payenge.</w:t>
      </w:r>
    </w:p>
    <w:p>
      <w:pPr>
        <w:jc w:val="right"/>
      </w:pPr>
      <w:r>
        <w:t>پوری وہاں پہ بھی مٹیریلسٹک ہوگا تو پھر انٹلیکچول۔ لیکن ایک پوری ٹاک میں یہ تھا کہ انٹلیکچولی ہائی لیول کے لوگ جن کا انٹلیکچول ڈیویلپمنٹ زیادہ ہے، وہی جنت میں پہنچ پائیں گے۔</w:t>
      </w:r>
    </w:p>
    <w:p>
      <w:r>
        <w:rPr>
          <w:b/>
        </w:rPr>
        <w:t xml:space="preserve">[46:07] </w:t>
      </w:r>
      <w:r>
        <w:t>aur wahan pe isi level ki talks hongi, bari high level ki. to you given example, aap ka professor hain.</w:t>
      </w:r>
    </w:p>
    <w:p>
      <w:pPr>
        <w:jc w:val="right"/>
      </w:pPr>
      <w:r>
        <w:t>اور وہاں پہ اسی لیول کی ٹاکس ہوں گی، بڑی ہائی لیول کی۔ تو یو گیون ایگزامپل، آپ کا پروفیسر ہیں۔</w:t>
      </w:r>
    </w:p>
    <w:p>
      <w:r>
        <w:rPr>
          <w:b/>
        </w:rPr>
        <w:t xml:space="preserve">[46:17] </w:t>
      </w:r>
      <w:r>
        <w:t>Maulana, woh aunty ka yeh question hai ke aap ne kai dafa yeh mention karaya class mein ke agar hum apno ko, apne apne aap ko intellectually yahan pe hum barhayenge to jannat mein bhi hum higher intellectual level lenge.</w:t>
      </w:r>
    </w:p>
    <w:p>
      <w:pPr>
        <w:jc w:val="right"/>
      </w:pPr>
      <w:r>
        <w:t>مولانا، وہ آنٹی کا یہ کوئسچن ہے کہ آپ نے کئی دفعہ یہ مینشن کرایا کلاس میں کہ اگر ہم اپنوں کو، اپنے اپنے آپ کو انٹلیکچولی یہاں پہ ہم بڑھائیں گے تو جنت میں بھی ہم ہائیر انٹلیکچول لیول لیں گے۔</w:t>
      </w:r>
    </w:p>
    <w:p>
      <w:r>
        <w:rPr>
          <w:b/>
        </w:rPr>
        <w:t xml:space="preserve">[46:34] </w:t>
      </w:r>
      <w:r>
        <w:t>aur jis tareeqay se yahan pe classes hoti hain, sessions hotay hain, waisay hi jannat mein bhi hoga. to lekin jab marhalay ki baat aayi to aap ne kaha ke materially woh planes levels different honge.</w:t>
      </w:r>
    </w:p>
    <w:p>
      <w:pPr>
        <w:jc w:val="right"/>
      </w:pPr>
      <w:r>
        <w:t>اور جس طریقے سے یہاں پہ کلاسز ہوتی ہیں، سیشنز ہوتے ہیں، ویسے ہی جنت میں بھی ہوگا۔ تو لیکن جب مرحلے کی بات آئی تو آپ نے کہا کہ مٹیریلی وہ پلینز لیولز ڈفرنٹ ہوں گے۔</w:t>
      </w:r>
    </w:p>
    <w:p>
      <w:r>
        <w:rPr>
          <w:b/>
        </w:rPr>
        <w:t xml:space="preserve">[46:46] </w:t>
      </w:r>
      <w:r>
        <w:t>jaise is dunya mein different levels hain, waisay hi materially bhi paradise mein levels different honge. to, to Maulana, yeh kaise ek doosray se mel khayega?</w:t>
      </w:r>
    </w:p>
    <w:p>
      <w:pPr>
        <w:jc w:val="right"/>
      </w:pPr>
      <w:r>
        <w:t>جیسے اس دنیا میں ڈفرنٹ لیولز ہیں، ویسے ہی مٹیریلی بھی پیرڈائز میں لیولز ڈفرنٹ ہوں گے۔ تو، تو مولانا، یہ کیسے ایک دوسرے سے میل کھائے گا؟</w:t>
      </w:r>
    </w:p>
    <w:p>
      <w:r>
        <w:rPr>
          <w:b/>
        </w:rPr>
        <w:t xml:space="preserve">[46:58] </w:t>
      </w:r>
      <w:r>
        <w:t>compatibility kaise hogi? kyunke aap ne ek dafa kaha tha ke intellectually agar hum apne aap ko yahan barhayenge to wahan pe ek higher intellectual level milega humein.</w:t>
      </w:r>
    </w:p>
    <w:p>
      <w:pPr>
        <w:jc w:val="right"/>
      </w:pPr>
      <w:r>
        <w:t>کمپیٹیبلٹی کیسے ہوگی؟ کیونکہ آپ نے ایک دفعہ کہا تھا کہ انٹلیکچولی اگر ہم اپنے آپ کو یہاں بڑھائیں گے تو وہاں پہ ایک ہائیر انٹلیکچول لیول ملے گا ہمیں۔</w:t>
      </w:r>
    </w:p>
    <w:p>
      <w:r>
        <w:rPr>
          <w:b/>
        </w:rPr>
        <w:t xml:space="preserve">[47:08] </w:t>
      </w:r>
      <w:r>
        <w:t>lekin aaj aap ne ek yeh bhi cheez kahi ke material, material sense mein bhi levels different honge. to yeh dono ka kaise mel hai, Maulana?</w:t>
      </w:r>
    </w:p>
    <w:p>
      <w:pPr>
        <w:jc w:val="right"/>
      </w:pPr>
      <w:r>
        <w:t>لیکن آج آپ نے ایک یہ بھی چیز کہی کہ مٹیریل، مٹیریل سینس میں بھی لیولز ڈفرنٹ ہوں گے۔ تو یہ دونوں کا کیسے میل ہے، مولانا؟</w:t>
      </w:r>
    </w:p>
    <w:p>
      <w:r>
        <w:rPr>
          <w:b/>
        </w:rPr>
        <w:t xml:space="preserve">[47:18] </w:t>
      </w:r>
      <w:r>
        <w:t>bhai, main samjha nahi. aap kya keh rahe hain? main samjha nahi. Maulana, woh yeh keh rahe hain, aunty ka question yeh hai. mere khayal se question yeh hai ke level material to theek hai, lekin intellectual levels bhi different honge.</w:t>
      </w:r>
    </w:p>
    <w:p>
      <w:pPr>
        <w:jc w:val="right"/>
      </w:pPr>
      <w:r>
        <w:t>بھئی، میں سمجھا نہیں۔ آپ کیا کہہ رہے ہیں؟ میں سمجھا نہیں۔ مولانا، وہ یہ کہہ رہے ہیں، آنٹی کا کوئسچن یہ ہے۔ میرے خیال سے کوئسچن یہ ہے کہ لیول مٹیریل تو ٹھیک ہے، لیکن انٹلیکچول لیولز بھی ڈفرنٹ ہوں گے۔</w:t>
      </w:r>
    </w:p>
    <w:p>
      <w:r>
        <w:rPr>
          <w:b/>
        </w:rPr>
        <w:t xml:space="preserve">[47:36] </w:t>
      </w:r>
      <w:r>
        <w:t>ke yeh baat hai, something like that. to yeh kaise ho sakta hai ke prophet ka level intellectually aur hamara barabar ho jaye? yeh mumkin hi nahi hai.</w:t>
      </w:r>
    </w:p>
    <w:p>
      <w:pPr>
        <w:jc w:val="right"/>
      </w:pPr>
      <w:r>
        <w:t>کہ یہ بات ہے، سمتھنگ لائک دیٹ۔ تو یہ کیسے ہو سکتا ہے کہ پرافٹ کا لیول انٹلیکچولی اور ہمارا برابر ہو جائے؟ یہ ممکن ہی نہیں ہے۔</w:t>
      </w:r>
    </w:p>
    <w:p>
      <w:r>
        <w:rPr>
          <w:b/>
        </w:rPr>
        <w:t xml:space="preserve">[47:47] </w:t>
      </w:r>
      <w:r>
        <w:t>ji, to mere khayal se yahi sawal hai jo log bar bar pooch rahe hain. Maulana, doctor sahib is ko clear kar rahe hain, woh pooch rahe hain ke intellectual levels bhi to wahan pe Maulana alag honge.</w:t>
      </w:r>
    </w:p>
    <w:p>
      <w:pPr>
        <w:jc w:val="right"/>
      </w:pPr>
      <w:r>
        <w:t>جی، تو میرے خیال سے یہی سوال ہے جو لوگ بار بار پوچھ رہے ہیں۔ مولانا، ڈاکٹر صاحب اس کو کلیئر کر رہے ہیں، وہ پوچھ رہے ہیں کہ انٹلیکچول لیولز بھی تو وہاں پہ مولانا الگ ہوں گے۔</w:t>
      </w:r>
    </w:p>
    <w:p>
      <w:r>
        <w:rPr>
          <w:b/>
        </w:rPr>
        <w:t xml:space="preserve">[47:58] </w:t>
      </w:r>
      <w:r>
        <w:t>jaise prophet ka level hai, woh aam insan ka to nahi ho sakta wahan pe. so, intellectually also the levels will vary in paradise.</w:t>
      </w:r>
    </w:p>
    <w:p>
      <w:pPr>
        <w:jc w:val="right"/>
      </w:pPr>
      <w:r>
        <w:t>جیسے پرافٹ کا لیول ہے، وہ عام انسان کا تو نہیں ہو سکتا وہاں پہ۔ سو، انٹلیکچولی السو دا لیولز ویل ویری ان پیرڈائز۔</w:t>
      </w:r>
    </w:p>
    <w:p>
      <w:r>
        <w:rPr>
          <w:b/>
        </w:rPr>
        <w:t xml:space="preserve">[48:14] </w:t>
      </w:r>
      <w:r>
        <w:t>bhai, door alag alag kar ke aap is dunya mein soch rahe hain. is dunya mein jab, woh jab dunya jab khulegi to woh itni bari hogi ke us mein soch ka level hi alag, woh jo alag ho jayega.</w:t>
      </w:r>
    </w:p>
    <w:p>
      <w:pPr>
        <w:jc w:val="right"/>
      </w:pPr>
      <w:r>
        <w:t>بھئی، دور الگ الگ کر کے آپ اس دنیا میں سوچ رہے ہیں۔ اس دنیا میں جب، وہ جب دنیا جب کھلے گی تو وہ اتنی بڑی ہوگی کہ اس میں سوچ کا لیول ہی الگ، وہ جو الگ ہو جائے گا۔</w:t>
      </w:r>
    </w:p>
    <w:p>
      <w:r>
        <w:rPr>
          <w:b/>
        </w:rPr>
        <w:t xml:space="preserve">[48:28] </w:t>
      </w:r>
      <w:r>
        <w:t>perception, perception ka level alag ho jayega. main to sochta hoon ke hum sirf is dunya mein is is dunya ke baray mein,</w:t>
      </w:r>
    </w:p>
    <w:p>
      <w:pPr>
        <w:jc w:val="right"/>
      </w:pPr>
      <w:r>
        <w:t>پرسیپشن، پرسیپشن کا لیول الگ ہو جائے گا۔ میں تو سوچتا ہوں کہ ہم صرف اس دنیا میں اس اس دنیا کے بارے میں،</w:t>
      </w:r>
    </w:p>
    <w:p>
      <w:r>
        <w:rPr>
          <w:b/>
        </w:rPr>
        <w:t xml:space="preserve">[48:43] </w:t>
      </w:r>
      <w:r>
        <w:t>jaise aaj bhi dekhiye, scientist ne jo jo universe discover ki hai, woh sab visionary hai.</w:t>
      </w:r>
    </w:p>
    <w:p>
      <w:pPr>
        <w:jc w:val="right"/>
      </w:pPr>
      <w:r>
        <w:t>جیسے آج بھی دیکھیے، سائنٹسٹ نے جو جو یونیورس ڈسکور کی ہے، وہ سب ویژنری ہے۔</w:t>
      </w:r>
    </w:p>
    <w:p>
      <w:r>
        <w:rPr>
          <w:b/>
        </w:rPr>
        <w:t xml:space="preserve">[48:57] </w:t>
      </w:r>
      <w:r>
        <w:t>to vision ke satah pe aap jaan sakte hain.</w:t>
      </w:r>
    </w:p>
    <w:p>
      <w:pPr>
        <w:jc w:val="right"/>
      </w:pPr>
      <w:r>
        <w:t>تو ویژن کے سطح پہ آپ جان سکتے ہیں۔</w:t>
      </w:r>
    </w:p>
    <w:p>
      <w:r>
        <w:rPr>
          <w:b/>
        </w:rPr>
        <w:t xml:space="preserve">[49:04] </w:t>
      </w:r>
      <w:r>
        <w:t>aaj bhi agar aap yeh kahein ke mujhe material satah par baatein batao to science nahi bata sakti.</w:t>
      </w:r>
    </w:p>
    <w:p>
      <w:pPr>
        <w:jc w:val="right"/>
      </w:pPr>
      <w:r>
        <w:t>آج بھی اگر آپ یہ کہیں کہ مجھے مٹیریل سطح پر باتیں بتاؤ تو سائنس نہیں بتا سکتی۔</w:t>
      </w:r>
    </w:p>
    <w:p>
      <w:r>
        <w:rPr>
          <w:b/>
        </w:rPr>
        <w:t xml:space="preserve">[49:15] </w:t>
      </w:r>
      <w:r>
        <w:t>jaise misaal tor pe dekhiye, subatomic level ka jo concept hai, subatomic level ka jo concept jo establish ho chuka hai, us ko aap kisi bhi microscope se dekh nahi sakte.</w:t>
      </w:r>
    </w:p>
    <w:p>
      <w:pPr>
        <w:jc w:val="right"/>
      </w:pPr>
      <w:r>
        <w:t>جیسے مثال طور پہ دیکھیے، سب ایٹمک لیول کا جو کانسیپٹ ہے، سب ایٹمک لیول کا جو کانسیپٹ جو اسٹیبلش ہو چکا ہے، اس کو آپ کسی بھی مائیکروسکوپ سے دیکھ نہیں سکتے۔</w:t>
      </w:r>
    </w:p>
    <w:p>
      <w:r>
        <w:rPr>
          <w:b/>
        </w:rPr>
        <w:t xml:space="preserve">[49:31] </w:t>
      </w:r>
      <w:r>
        <w:t>kuch bhi kitni hi barhaiye, kitni hi barhaiye, kitni hi barhaiye, aap dekh nahi sakte. to us ko aap, yani visionary level pe bhi jaan sakte hain.</w:t>
      </w:r>
    </w:p>
    <w:p>
      <w:pPr>
        <w:jc w:val="right"/>
      </w:pPr>
      <w:r>
        <w:t>کچھ بھی کتنی ہی بڑھائیے، کتنی ہی بڑھائیے، کتنی ہی بڑھائیے، آپ دیکھ نہیں سکتے۔ تو اس کو آپ، یعنی ویژنری لیول پہ بھی جان سکتے ہیں۔</w:t>
      </w:r>
    </w:p>
    <w:p>
      <w:r>
        <w:rPr>
          <w:b/>
        </w:rPr>
        <w:t xml:space="preserve">[49:46] </w:t>
      </w:r>
      <w:r>
        <w:t>ab dekhiye, Einstein ne kaha hai ke, yani space and time bhi ek dunya hai. aap woh sab se bara scientist yeh keh raha hai ke space and time bhi ek dunya hai.</w:t>
      </w:r>
    </w:p>
    <w:p>
      <w:pPr>
        <w:jc w:val="right"/>
      </w:pPr>
      <w:r>
        <w:t>اب دیکھیے، آئنسٹین نے کہا ہے کہ، یعنی بیان اسپیس اینڈ ٹائم بھی ایک دنیا ہے۔ آپ وہ سب سے بڑا سائنٹسٹ یہ کہہ رہا ہے کہ بیان اسپیس اینڈ ٹائم بھی ایک دنیا ہے۔</w:t>
      </w:r>
    </w:p>
    <w:p>
      <w:r>
        <w:rPr>
          <w:b/>
        </w:rPr>
        <w:t xml:space="preserve">[50:01] </w:t>
      </w:r>
      <w:r>
        <w:t>ab, ab kaun is ko samajh sakta hai siwaye is ke ke aap, yani visualize karein. phir visualize kar sakte hain.</w:t>
      </w:r>
    </w:p>
    <w:p>
      <w:pPr>
        <w:jc w:val="right"/>
      </w:pPr>
      <w:r>
        <w:t>اب، اب کون اس کو سمجھ سکتا ہے سوائے اس کے کہ آپ، یعنی ویژولائز کریں۔ پھر ویژولائز کر سکتے ہیں۔</w:t>
      </w:r>
    </w:p>
    <w:p>
      <w:r>
        <w:rPr>
          <w:b/>
        </w:rPr>
        <w:t xml:space="preserve">[50:12] </w:t>
      </w:r>
      <w:r>
        <w:t>yeh to us ka jo nazariya hai Einstein ka, woh yahi hai ke space and time bhi ek ek universe hai.</w:t>
      </w:r>
    </w:p>
    <w:p>
      <w:pPr>
        <w:jc w:val="right"/>
      </w:pPr>
      <w:r>
        <w:t>یہ تو اس کا جو نظریہ ہے آئنسٹین کا، وہ یہی ہے کہ بیان اسپیس اینڈ ٹائم بھی ایک ایک یونیورس ہے۔</w:t>
      </w:r>
    </w:p>
    <w:p>
      <w:r>
        <w:rPr>
          <w:b/>
        </w:rPr>
        <w:t xml:space="preserve">[50:22] </w:t>
      </w:r>
      <w:r>
        <w:t>ab yeh to mind boggling hai. to yeh sab cheezein aisi hain ke aap sirf us ko visualize kar sakte hain.</w:t>
      </w:r>
    </w:p>
    <w:p>
      <w:pPr>
        <w:jc w:val="right"/>
      </w:pPr>
      <w:r>
        <w:t>اب یہ تو مائنڈ باگننگ ہے۔ تو یہ سب چیزیں ایسی ہیں کہ آپ صرف اس کو ویژولائز کر سکتے ہیں۔</w:t>
      </w:r>
    </w:p>
    <w:p>
      <w:r>
        <w:rPr>
          <w:b/>
        </w:rPr>
        <w:t xml:space="preserve">[50:33] </w:t>
      </w:r>
      <w:r>
        <w:t>nahi, yeh baat jo hui thi ke jo high level of realization hai, woh log oonche high level of paradise ke liye deserving honge.</w:t>
      </w:r>
    </w:p>
    <w:p>
      <w:pPr>
        <w:jc w:val="right"/>
      </w:pPr>
      <w:r>
        <w:t>نہیں، یہ بات جو ہوئی تھی کہ جو ہائی لیول آف ریلائزیشن ہے، وہ لوگ اونچے ہائی لیول آف پیرڈائز کے لیے ڈیزرونگ ہوں گے۔</w:t>
      </w:r>
    </w:p>
    <w:p>
      <w:r>
        <w:rPr>
          <w:b/>
        </w:rPr>
        <w:t xml:space="preserve">[50:47] </w:t>
      </w:r>
      <w:r>
        <w:t>lekin aam jo levels hain paradise ke, aam log jo apna namaz roza kar rahe hain, achay din, apna jo bhi jitna un ki samajh hai, us ke mutabiq woh ek islami zindagi guzar rahe hain.</w:t>
      </w:r>
    </w:p>
    <w:p>
      <w:pPr>
        <w:jc w:val="right"/>
      </w:pPr>
      <w:r>
        <w:t>لیکن عام جو لیولز ہیں پیرڈائز کے، عام لوگ جو اپنا نماز روزہ کر رہے ہیں، اچھے دن، اپنا جو بھی جتنا ان کی سمجھ ہے، اس کے مطابق وہ ایک اسلامی زندگی گزار رہے ہیں۔</w:t>
      </w:r>
    </w:p>
    <w:p>
      <w:r>
        <w:rPr>
          <w:b/>
        </w:rPr>
        <w:t xml:space="preserve">[50:59] </w:t>
      </w:r>
      <w:r>
        <w:t>to un ke liye bhi paradise hai, khali intellectual logon ke liye. to mere khayal mein to yeh theek nahi lag raha mujhe. paradise to har aadmi, har aadmi jo namaz roza kar raha hai, ek achi zindagi guzar raha hai, Khuda ko man raha hai, to us ke liye hai.</w:t>
      </w:r>
    </w:p>
    <w:p>
      <w:pPr>
        <w:jc w:val="right"/>
      </w:pPr>
      <w:r>
        <w:t>تو ان کے لیے بھی پیرڈائز ہے، خالی انٹلیکچول لوگوں کے لیے۔ تو میرے خیال میں تو یہ ٹھیک نہیں لگ رہا مجھے۔ پیرڈائز تو ہر آدمی، ہر آدمی جو نماز روزہ کر رہا ہے، ایک اچھی زندگی گزار رہا ہے، خدا کو مان رہا ہے، تو اس کے لیے ہے۔</w:t>
      </w:r>
    </w:p>
    <w:p>
      <w:r>
        <w:rPr>
          <w:b/>
        </w:rPr>
        <w:t xml:space="preserve">[51:18] </w:t>
      </w:r>
      <w:r>
        <w:t>lekin woh higher levels of paradise hai, woh un logon ke liye hai jo intellectually developed honge.</w:t>
      </w:r>
    </w:p>
    <w:p>
      <w:pPr>
        <w:jc w:val="right"/>
      </w:pPr>
      <w:r>
        <w:t>لیکن وہ ہائیر لیولز آف پیرڈائز ہے، وہ ان لوگوں کے لیے ہے جو انٹلیکچولی ڈیویلپڈ ہوں گے۔</w:t>
      </w:r>
    </w:p>
    <w:p>
      <w:r>
        <w:rPr>
          <w:b/>
        </w:rPr>
        <w:t xml:space="preserve">[51:26] </w:t>
      </w:r>
      <w:r>
        <w:t>maulana ne jo ek lecture diya tha na ke ek professor ek phool ko ek tareeqay se dekhega aur ek student ek phool ko ek tareeqay se dekhega, kyunke woh levels aap ke alag honge.</w:t>
      </w:r>
    </w:p>
    <w:p>
      <w:pPr>
        <w:jc w:val="right"/>
      </w:pPr>
      <w:r>
        <w:t>مولانا نے جو ایک لیکچر دیا تھا نا کہ ایک پروفیسر ایک پھول کو ایک طریقے سے دیکھے گا اور ایک سٹوڈنٹ ایک پھول کو ایک طریقے سے دیکھے گا، کیونکہ وہ لیولز آپ کے الگ ہوں گے۔</w:t>
      </w:r>
    </w:p>
    <w:p>
      <w:r>
        <w:rPr>
          <w:b/>
        </w:rPr>
        <w:t xml:space="preserve">[51:36] </w:t>
      </w:r>
      <w:r>
        <w:t>wahan pe, wahan par intellectual level nahi honge, but woh levels aap ke understanding god will be intellectual level alag hone ki wajah se hamare enjoy mein ab alag alag ho jayega.</w:t>
      </w:r>
    </w:p>
    <w:p>
      <w:pPr>
        <w:jc w:val="right"/>
      </w:pPr>
      <w:r>
        <w:t>وہاں پہ، وہاں پر انٹلیکچول لیول نہیں ہوں گے، بٹ وہ لیولز آپ کے انڈرسٹینڈنگ گاڈ ویل بی انٹلیکچول لیول الگ ہونے کی وجہ سے ہمارے انجوائے میں اب الگ الگ ہو جائے گا۔</w:t>
      </w:r>
    </w:p>
    <w:p>
      <w:r>
        <w:rPr>
          <w:b/>
        </w:rPr>
        <w:t xml:space="preserve">[51:49] </w:t>
      </w:r>
      <w:r>
        <w:t>jaise ek baar maulana ne kaha tha ke koi bachcha botanical garden mein jaye to woh isko enjoy nahi kar payega jitna ek botany ka professor kar payega.</w:t>
      </w:r>
    </w:p>
    <w:p>
      <w:pPr>
        <w:jc w:val="right"/>
      </w:pPr>
      <w:r>
        <w:t>جیسے ایک بار مولانا نے کہا تھا کہ کوئی بچہ بوٹینیکل گارڈن میں جائے تو وہ اس کو انجوائے نہیں کر پائے گا جتنا ایک باٹنی کا پروفیسر کر پائے گا۔</w:t>
      </w:r>
    </w:p>
    <w:p>
      <w:r>
        <w:rPr>
          <w:b/>
        </w:rPr>
        <w:t xml:space="preserve">[52:00] </w:t>
      </w:r>
      <w:r>
        <w:t>to that is, these are both related, but you will be in a different level of understanding. marifat ka level aap ka ooper ho jayega. woh jo paradise aur god wali baat thi, to woh sufia jo hain, unka yeh kehna hai ke hum paradise ke liye hum nahi ibadat karte hain, balke hum sirf khuda ki mohabbat ke liye karte hain.</w:t>
      </w:r>
    </w:p>
    <w:p>
      <w:pPr>
        <w:jc w:val="right"/>
      </w:pPr>
      <w:r>
        <w:t>تو دیٹ از، دیز ار بوتھ ریلیٹڈ، بٹ یو ویل بی ان ا ڈفرنٹ لیول آف انڈرسٹینڈنگ۔ معرفت کا لیول آپ کا اوپر ہو جائے گا۔ وہ جو پیرڈائز اور گاڈ والی بات تھی، تو وہ صوفیاء جو ہیں، ان کا یہ کہنا ہے کہ ہم پیرڈائز کے لیے ہم نہیں عبادت کرتے ہیں، بلکہ ہم صرف خدا کی محبت کے لیے کرتے ہیں۔</w:t>
      </w:r>
    </w:p>
    <w:p>
      <w:r>
        <w:rPr>
          <w:b/>
        </w:rPr>
        <w:t xml:space="preserve">[52:22] </w:t>
      </w:r>
      <w:r>
        <w:t>lekin islam mein isko hum differentiate nahi kar sakte. woh unka apna concept hai. iska apna concept hai.</w:t>
      </w:r>
    </w:p>
    <w:p>
      <w:pPr>
        <w:jc w:val="right"/>
      </w:pPr>
      <w:r>
        <w:t>لیکن اسلام میں اس کو ہم ڈیفرنشیٹ نہیں کر سکتے۔ وہ ان کا اپنا کانسیپٹ ہے۔ اس کا اپنا کانسیپٹ ہے۔</w:t>
      </w:r>
    </w:p>
    <w:p>
      <w:r>
        <w:rPr>
          <w:b/>
        </w:rPr>
        <w:t xml:space="preserve">[52:36] </w:t>
      </w:r>
      <w:r>
        <w:t>maulana, mera question yeh hai ke after death, agar jaise kisi ko paradise milti hai to uska level wahan ja ke barha sakte hain ke ek hi level pe rahenge?</w:t>
      </w:r>
    </w:p>
    <w:p>
      <w:pPr>
        <w:jc w:val="right"/>
      </w:pPr>
      <w:r>
        <w:t>مولانا، میرا کوئسچن یہ ہے کہ افٹر ڈیتھ، اگر جیسے کسی کو پیرڈائز ملتی ہے تو اس کا لیول وہاں جا کے بڑھا سکتے ہیں کہ ایک ہی لیول پہ رہیں گے؟</w:t>
      </w:r>
    </w:p>
    <w:p>
      <w:r>
        <w:rPr>
          <w:b/>
        </w:rPr>
        <w:t xml:space="preserve">[52:50] </w:t>
      </w:r>
      <w:r>
        <w:t>maulana, nabi ka sawal yeh hai ke ek baar yeh paradise mil jati hai kisi shakhs ko, to kya woh apna level barha sakta hai wahan ja ke?</w:t>
      </w:r>
    </w:p>
    <w:p>
      <w:pPr>
        <w:jc w:val="right"/>
      </w:pPr>
      <w:r>
        <w:t>مولانا، نبی کا سوال یہ ہے کہ ایک بار یہ پیرڈائز مل جاتی ہے کسی شخص کو، تو کیا وہ اپنا لیول بڑھا سکتا ہے وہاں جا کے؟</w:t>
      </w:r>
    </w:p>
    <w:p>
      <w:r>
        <w:rPr>
          <w:b/>
        </w:rPr>
        <w:t xml:space="preserve">[53:01] </w:t>
      </w:r>
      <w:r>
        <w:t>second hi ki baat hai, yeh to barhata hi rahega, yeh to barhta hi rahega. kyunke aap dekhiye, is duniya mein isko, yani demonstration,</w:t>
      </w:r>
    </w:p>
    <w:p>
      <w:pPr>
        <w:jc w:val="right"/>
      </w:pPr>
      <w:r>
        <w:t>سیکنڈ ہی کی بات ہے، یہ تو بڑھاتا ہی رہے گا، یہ تو بڑھتا ہی رہے گا۔ کیونکہ آپ دیکھیے، اس دنیا میں اس کو، یعنی ڈیمونسٹریشن،</w:t>
      </w:r>
    </w:p>
    <w:p>
      <w:r>
        <w:rPr>
          <w:b/>
        </w:rPr>
        <w:t xml:space="preserve">[53:15] </w:t>
      </w:r>
      <w:r>
        <w:t>demonstrate kiya ja raha hai is duniya mein. kyunke aap jate hain, universe jab expand kar rahi hai, expand kar rahi hai, aur itna badi hone hai, tab bhi ek 44 saal mein tamam iske faasle double ho jate hain.</w:t>
      </w:r>
    </w:p>
    <w:p>
      <w:pPr>
        <w:jc w:val="right"/>
      </w:pPr>
      <w:r>
        <w:t>ڈیمونسٹریٹ کیا جا رہا ہے اس دنیا میں۔ کیونکہ آپ جاتے ہیں، یونیورس جب ایکسپینڈ کر رہی ہے، ایکسپینڈ کر رہی ہے، اور اتنا بڑی ہونے ہے، تب بھی ایک 44 سال میں تمام اس کے فاصلے ڈبل ہو جاتے ہیں۔</w:t>
      </w:r>
    </w:p>
    <w:p>
      <w:r>
        <w:rPr>
          <w:b/>
        </w:rPr>
        <w:t xml:space="preserve">[53:32] </w:t>
      </w:r>
      <w:r>
        <w:t>to kya aap imagine kar sakte hain? yeh kya, yeh kya cheez hai? lekin scientific calculation batata hai kaise ho raha hai. yeh scientific calculation ki baat hai.</w:t>
      </w:r>
    </w:p>
    <w:p>
      <w:pPr>
        <w:jc w:val="right"/>
      </w:pPr>
      <w:r>
        <w:t>تو کیا آپ امیجن کر سکتے ہیں؟ یہ کیا، یہ کیا چیز ہے؟ لیکن سائنٹیفک کیلکولیشن بتاتا ہے کیسے ہو رہا ہے۔ یہ سائنٹیفک کیلکولیشن کی بات ہے۔</w:t>
      </w:r>
    </w:p>
    <w:p>
      <w:r>
        <w:rPr>
          <w:b/>
        </w:rPr>
        <w:t xml:space="preserve">[53:44] </w:t>
      </w:r>
      <w:r>
        <w:t>koi telescope aisi nahi jo dikha de hum ko ke barhne ka mamla. to aap ek bilkul isko is tarah hum nahi samajh sakte.</w:t>
      </w:r>
    </w:p>
    <w:p>
      <w:pPr>
        <w:jc w:val="right"/>
      </w:pPr>
      <w:r>
        <w:t>کوئی ٹیلیسکوپ ایسی نہیں جو دکھا دے ہم کو کہ بڑھنے کا معاملہ۔ تو آپ ایک بالکل اس کو اس طرح ہم نہیں سمجھ سکتے۔</w:t>
      </w:r>
    </w:p>
    <w:p>
      <w:r>
        <w:rPr>
          <w:b/>
        </w:rPr>
        <w:t xml:space="preserve">[53:56] </w:t>
      </w:r>
      <w:r>
        <w:t>sirf phir visualize kar sakte hain, bas.</w:t>
      </w:r>
    </w:p>
    <w:p>
      <w:pPr>
        <w:jc w:val="right"/>
      </w:pPr>
      <w:r>
        <w:t>صرف پھر ویژولائز کر سکتے ہیں، بس۔</w:t>
      </w:r>
    </w:p>
    <w:p>
      <w:r>
        <w:rPr>
          <w:b/>
        </w:rPr>
        <w:t xml:space="preserve">[54:03] </w:t>
      </w:r>
      <w:r>
        <w:t>mera ek sawal hai ke basically allah taala ko insaan se matlab iman hai. to iman ka relation intellect se hai ya phir qalb dil se hai?</w:t>
      </w:r>
    </w:p>
    <w:p>
      <w:pPr>
        <w:jc w:val="right"/>
      </w:pPr>
      <w:r>
        <w:t>میرا ایک سوال ہے کہ بیسکلی اللہ تعالی کو انسان سے مطلب ایمان ہے۔ تو ایمان کا ریلیشن انٹلیکٹ سے ہے یا پھر قلب دل سے ہے؟</w:t>
      </w:r>
    </w:p>
    <w:p>
      <w:r>
        <w:rPr>
          <w:b/>
        </w:rPr>
        <w:t xml:space="preserve">[54:15] </w:t>
      </w:r>
      <w:r>
        <w:t>dil se hai. do hai hi nahi. yeh to purani baat ho gayi. yeh to purani baat ho gayi. dil alag hai, mind alag hai.</w:t>
      </w:r>
    </w:p>
    <w:p>
      <w:pPr>
        <w:jc w:val="right"/>
      </w:pPr>
      <w:r>
        <w:t>دل سے ہے۔ دو ہے ہی نہیں۔ یہ تو پرانی بات ہو گئی۔ یہ تو پرانی بات ہو گئی۔ دل الگ ہے، مائنڈ الگ ہے۔</w:t>
      </w:r>
    </w:p>
    <w:p>
      <w:r>
        <w:rPr>
          <w:b/>
        </w:rPr>
        <w:t xml:space="preserve">[54:25] </w:t>
      </w:r>
      <w:r>
        <w:t>mind hi ka naam dil hai. to phir ek aur woh dil jis ko hum dil kehte hain, woh to sargosh blood ka kaam hai.</w:t>
      </w:r>
    </w:p>
    <w:p>
      <w:pPr>
        <w:jc w:val="right"/>
      </w:pPr>
      <w:r>
        <w:t>مائنڈ ہی کا نام دل ہے۔ تو پھر ایک اور وہ دل جس کو ہم دل کہتے ہیں، وہ تو سرگوش بلڈ کا کام ہے۔</w:t>
      </w:r>
    </w:p>
    <w:p>
      <w:r>
        <w:rPr>
          <w:b/>
        </w:rPr>
        <w:t xml:space="preserve">[54:34] </w:t>
      </w:r>
      <w:r>
        <w:t>iska yeh to khatam ho chuka. yeh to, yeh yeh jo do tasawwur tha sufia ke haan, woh to khatam ho chuka. woh to khatam ho chuka.</w:t>
      </w:r>
    </w:p>
    <w:p>
      <w:pPr>
        <w:jc w:val="right"/>
      </w:pPr>
      <w:r>
        <w:t>اس کا یہ تو ختم ہو چکا۔ یہ تو، یہ یہ جو دو تصور تھا صوفیاء کے ہاں، وہ تو ختم ہو چکا۔ وہ تو ختم ہو چکا۔</w:t>
      </w:r>
    </w:p>
    <w:p>
      <w:r>
        <w:rPr>
          <w:b/>
        </w:rPr>
        <w:t xml:space="preserve">[54:45] </w:t>
      </w:r>
      <w:r>
        <w:t>maulana, kuch kuch comments aur questions aaye hain facebook pe. sawal lena chahenge.</w:t>
      </w:r>
    </w:p>
    <w:p>
      <w:pPr>
        <w:jc w:val="right"/>
      </w:pPr>
      <w:r>
        <w:t>مولانا، کچھ کچھ کمنٹس اور کوئسچنز آئے ہیں فیس بک پہ۔ سوال لینا چاہیں گے۔</w:t>
      </w:r>
    </w:p>
    <w:p>
      <w:r>
        <w:rPr>
          <w:b/>
        </w:rPr>
        <w:t xml:space="preserve">[54:54] </w:t>
      </w:r>
      <w:r>
        <w:t>yeh huryat ul hisham sahib hain, unhone likha hai ke paradise mein kya allah ka deedar naseeb hoga sab ko?</w:t>
      </w:r>
    </w:p>
    <w:p>
      <w:pPr>
        <w:jc w:val="right"/>
      </w:pPr>
      <w:r>
        <w:t>یہ حریت الحشام صاحب ہیں، انہوں نے لکھا ہے کہ پیرڈائز میں کیا اللہ کا دیدار نصیب ہوگا سب کو؟</w:t>
      </w:r>
    </w:p>
    <w:p>
      <w:r>
        <w:rPr>
          <w:b/>
        </w:rPr>
        <w:t xml:space="preserve">[55:05] </w:t>
      </w:r>
      <w:r>
        <w:t>aur aur kya wahan koi hasrat hogi jaise ke kaash maine kuch aur nekiyan ki hoti?</w:t>
      </w:r>
    </w:p>
    <w:p>
      <w:pPr>
        <w:jc w:val="right"/>
      </w:pPr>
      <w:r>
        <w:t>اور اور کیا وہاں کوئی حسرت ہوگی جیسے کہ کاش میں نے کچھ اور نیکیاں کی ہوتی؟</w:t>
      </w:r>
    </w:p>
    <w:p>
      <w:r>
        <w:rPr>
          <w:b/>
        </w:rPr>
        <w:t xml:space="preserve">[55:16] </w:t>
      </w:r>
      <w:r>
        <w:t>yeh to hadith mein iska jawab maujood hai. deedar ke baray mein dekhiye, hadith mein aata hai ke aristo se poocha gaya to aap ne bataya ke jis tarah tum duniya mein suraj chand ko dekhte ho, aise hi tum allah ko dekhoge.</w:t>
      </w:r>
    </w:p>
    <w:p>
      <w:pPr>
        <w:jc w:val="right"/>
      </w:pPr>
      <w:r>
        <w:t>یہ تو حدیث میں اس کا جواب موجود ہے۔ دیدار کے بارے میں دیکھیے، حدیث میں آتا ہے کہ ارسطو سے پوچھا گیا تو آپ نے بتایا کہ جس طرح تم دنیا میں سورج چاند کو دیکھتے ہو، ایسے ہی تم اللہ کو دیکھو گے۔</w:t>
      </w:r>
    </w:p>
    <w:p>
      <w:r>
        <w:rPr>
          <w:b/>
        </w:rPr>
        <w:t xml:space="preserve">[55:34] </w:t>
      </w:r>
      <w:r>
        <w:t>yeh hadith maujood hai. lekin iska nature kya hoga, hum duniya mein nahi jaan sakte. rasool allah ne bata diya ke aap is se guess kar sakte hain ke ek duniya mein koi mushahida ho raha hai suraj chand ka.</w:t>
      </w:r>
    </w:p>
    <w:p>
      <w:pPr>
        <w:jc w:val="right"/>
      </w:pPr>
      <w:r>
        <w:t>یہ حدیث موجود ہے۔ لیکن اس کا نیچر کیا ہوگا، ہم دنیا میں نہیں جان سکتے۔ رسول اللہ نے بتا دیا کہ آپ اس سے گیس کر سکتے ہیں کہ ایک دنیا میں کوئی مشاہدہ ہو رہا ہے سورج چاند کا۔</w:t>
      </w:r>
    </w:p>
    <w:p>
      <w:r>
        <w:rPr>
          <w:b/>
        </w:rPr>
        <w:t xml:space="preserve">[55:52] </w:t>
      </w:r>
      <w:r>
        <w:t>isi tarah se koi darja hoga ke wahan pe aap kisi tarah mushahida karenge. lekin isko koi yeh nahi kar sakta ke isko mathematical language bata de ke woh nahi koi kar sakta.</w:t>
      </w:r>
    </w:p>
    <w:p>
      <w:pPr>
        <w:jc w:val="right"/>
      </w:pPr>
      <w:r>
        <w:t>اسی طرح سے کوئی درجہ ہوگا کہ وہاں پہ آپ کسی طرح مشاہدہ کریں گے۔ لیکن اس کو کوئی یہ نہیں کر سکتا کہ اس کو میتھمیٹیکل لینگویج بتا دے کہ وہ نہیں کوئی کر سکتا۔</w:t>
      </w:r>
    </w:p>
    <w:p>
      <w:r>
        <w:rPr>
          <w:b/>
        </w:rPr>
        <w:t xml:space="preserve">[56:06] </w:t>
      </w:r>
      <w:r>
        <w:t>aur doosri baat kya thi? aur kya wahan koi hasrat hogi jaise ke kaash maine kuch aur nekiyan ki hoti hain?</w:t>
      </w:r>
    </w:p>
    <w:p>
      <w:pPr>
        <w:jc w:val="right"/>
      </w:pPr>
      <w:r>
        <w:t>اور دوسری بات کیا تھی؟ اور کیا وہاں کوئی حسرت ہوگی جیسے کہ کاش میں نے کچھ اور نیکیاں کی ہوتی ہیں؟</w:t>
      </w:r>
    </w:p>
    <w:p>
      <w:r>
        <w:rPr>
          <w:b/>
        </w:rPr>
        <w:t xml:space="preserve">[56:16] </w:t>
      </w:r>
      <w:r>
        <w:t>dekhiye, woh hasrat is maani mein nahi hogi jaise duniya mein hum jante hain. hadith mein hai maujood yeh cheez. lekin is hasrat ke maani woh na leejye jaise duniya mein hum hasrat karte hain.</w:t>
      </w:r>
    </w:p>
    <w:p>
      <w:pPr>
        <w:jc w:val="right"/>
      </w:pPr>
      <w:r>
        <w:t>دیکھیے، وہ حسرت اس معنی میں نہیں ہوگی جیسے دنیا میں ہم جانتے ہیں۔ حدیث میں ہے موجود یہ چیز۔ لیکن اس حسرت کے معنی وہ نہ لیجئے جیسے دنیا میں ہم حسرت کرتے ہیں۔</w:t>
      </w:r>
    </w:p>
    <w:p>
      <w:r>
        <w:rPr>
          <w:b/>
        </w:rPr>
        <w:t xml:space="preserve">[56:28] </w:t>
      </w:r>
      <w:r>
        <w:t>haaye has</w:t>
      </w:r>
    </w:p>
    <w:p>
      <w:pPr>
        <w:jc w:val="right"/>
      </w:pPr>
      <w:r>
        <w:t>ہائے حس</w:t>
      </w:r>
    </w:p>
    <w:p>
      <w:r>
        <w:rPr>
          <w:b/>
        </w:rPr>
        <w:t xml:space="preserve">[56:29] </w:t>
      </w:r>
      <w:r>
        <w:t>rat! haaye hasrat! woh ek ek ek ek, yaani woh positive qism ki hasrat hogi. woh dunya mein toh hasrat negative qism ki hoti hai.</w:t>
      </w:r>
    </w:p>
    <w:p>
      <w:pPr>
        <w:jc w:val="right"/>
      </w:pPr>
      <w:r>
        <w:t>رت! ہائے حسرت! وہ ایک ایک ایک ایک، یعنی وہ پازیٹیو قسم کی حسرت ہوگی۔ وہ دنیا میں تو حسرت نیگیٹیو قسم کی ہوتی ہے۔</w:t>
      </w:r>
    </w:p>
    <w:p>
      <w:r>
        <w:rPr>
          <w:b/>
        </w:rPr>
        <w:t xml:space="preserve">[56:40] </w:t>
      </w:r>
      <w:r>
        <w:t>wohan negative cheez koi bhi maujood nahi rahegi. toh hasrat hogi, lekin woh positive hasrat hogi. ji, Maulana, kuch comments padhte hain.</w:t>
      </w:r>
    </w:p>
    <w:p>
      <w:pPr>
        <w:jc w:val="right"/>
      </w:pPr>
      <w:r>
        <w:t>وہاں نیگیٹیو چیز کوئی بھی موجود نہیں رہے گی۔ تو حسرت ہوگی، لیکن وہ پازیٹیو حسرت ہوگی۔ جی، مولانا، کچھ کمنٹس پڑھتے ہیں۔</w:t>
      </w:r>
    </w:p>
    <w:p>
      <w:r>
        <w:rPr>
          <w:b/>
        </w:rPr>
        <w:t xml:space="preserve">[56:52] </w:t>
      </w:r>
      <w:r>
        <w:t>Mahboob bhai ne Mumbai se likha hai: "Maulana, its all about imagination. Today, I realized how important it is to imagine things.</w:t>
      </w:r>
    </w:p>
    <w:p>
      <w:pPr>
        <w:jc w:val="right"/>
      </w:pPr>
      <w:r>
        <w:t>محبوب بھائی نے ممبئی سے لکھا ہے: "مولانا، اٹس ال اباؤٹ امیجنیشن۔ ٹوڈے، ائی ریلائزڈ ہاؤ امپورٹنٹ اٹ از ٹو امیجن تھنگز۔</w:t>
      </w:r>
    </w:p>
    <w:p>
      <w:r>
        <w:rPr>
          <w:b/>
        </w:rPr>
        <w:t xml:space="preserve">[57:03] </w:t>
      </w:r>
      <w:r>
        <w:t>imagine history and imagine paradise. imagine Allah. Jazak Allah." Maulana Sajid Anwar sahib ne Mumbai se likha hai: "Maulana, today lecture was absolutely mind boggling.</w:t>
      </w:r>
    </w:p>
    <w:p>
      <w:pPr>
        <w:jc w:val="right"/>
      </w:pPr>
      <w:r>
        <w:t>امیجن ہسٹری اینڈ امیجن پیرڈائز۔ امیجن اللہ۔ جزاک اللہ۔" مولانا ساجد انور صاحب نے ممبئی سے لکھا ہے: "مولانا، ٹوڈے لیکچر واز ایبسولیوٹلی مائنڈ باگلنگ۔</w:t>
      </w:r>
    </w:p>
    <w:p>
      <w:r>
        <w:rPr>
          <w:b/>
        </w:rPr>
        <w:t xml:space="preserve">[57:18] </w:t>
      </w:r>
      <w:r>
        <w:t>the point that human as eternal being cant be satisfied with anything which is less than eternal is my take away.</w:t>
      </w:r>
    </w:p>
    <w:p>
      <w:pPr>
        <w:jc w:val="right"/>
      </w:pPr>
      <w:r>
        <w:t>دا پوائنٹ دیٹ ہیومن ایز ایٹرنل بینگ کانٹ بی سیٹسفائیڈ ود اینی تھنگ وچ از لیس دین ایٹرنل از مائی ٹیک اوے۔</w:t>
      </w:r>
    </w:p>
    <w:p>
      <w:r>
        <w:rPr>
          <w:b/>
        </w:rPr>
        <w:t xml:space="preserve">[57:28] </w:t>
      </w:r>
      <w:r>
        <w:t>Jazak Allah."</w:t>
      </w:r>
    </w:p>
    <w:p>
      <w:pPr>
        <w:jc w:val="right"/>
      </w:pPr>
      <w:r>
        <w:t>جزاک اللہ۔"</w:t>
      </w:r>
    </w:p>
    <w:p>
      <w:r>
        <w:rPr>
          <w:b/>
        </w:rPr>
        <w:t xml:space="preserve">[57:33] </w:t>
      </w:r>
      <w:r>
        <w:t>Miss Shabana Ansari ne Pakistan se likha hai: "Maulana, unhon ne aap se poocha hai: Should we give priority to the Jannat in comparison to Dunya?" is ke baray mein batayein.</w:t>
      </w:r>
    </w:p>
    <w:p>
      <w:pPr>
        <w:jc w:val="right"/>
      </w:pPr>
      <w:r>
        <w:t>مس شبانہ انصاری نے پاکستان سے لکھا ہے: "مولانا، انہوں نے آپ سے پوچھا ہے: شوڈ وی گیو پرائرٹی ٹو دا جنت ان کمپیریزن ٹو دنیا؟" اس کے بارے میں بتائیں۔</w:t>
      </w:r>
    </w:p>
    <w:p>
      <w:r>
        <w:rPr>
          <w:b/>
        </w:rPr>
        <w:t xml:space="preserve">[57:46] </w:t>
      </w:r>
      <w:r>
        <w:t>Hmm, Jannat aur Dunya ke comparison mein kya hum Jannat ko priority zyada dein?</w:t>
      </w:r>
    </w:p>
    <w:p>
      <w:pPr>
        <w:jc w:val="right"/>
      </w:pPr>
      <w:r>
        <w:t>ہمم، جنت اور دنیا کے کمپیریزن میں کیا ہم جنت کو پرائرٹی زیادہ دیں؟</w:t>
      </w:r>
    </w:p>
    <w:p>
      <w:r>
        <w:rPr>
          <w:b/>
        </w:rPr>
        <w:t xml:space="preserve">[57:56] </w:t>
      </w:r>
      <w:r>
        <w:t>yeh toh dena hi hai, yeh toh dena hi hai, yeh toh clear hai. yeh baat toh clear hai. Hadees mein aata hai ke: "Man ahabba dunya ho, adra akhiratah</w:t>
      </w:r>
    </w:p>
    <w:p>
      <w:pPr>
        <w:jc w:val="right"/>
      </w:pPr>
      <w:r>
        <w:t>یہ تو دینا ہی ہے، یہ تو دینا ہی ہے، یہ تو کلیئر ہے۔ یہ بات تو کلیئر ہے۔ حدیث میں آتا ہے کہ: "من احب دنیا ہو، ادر آخرتہ</w:t>
      </w:r>
    </w:p>
    <w:p>
      <w:r>
        <w:rPr>
          <w:b/>
        </w:rPr>
        <w:t xml:space="preserve">[58:09] </w:t>
      </w:r>
      <w:r>
        <w:t>. Ji, wa man ahabba akhiratah, adra dunya ho." yabaqa ala apna. Ji, is ko bataiye, is ka mafhoom: "Anbi Musa alaihissalam, an Rasool Allah sallallahu alaihi wasallam qala: Man ahabba dunya, adra akhiratah, wa man ahabba akhiratah,</w:t>
      </w:r>
    </w:p>
    <w:p>
      <w:pPr>
        <w:jc w:val="right"/>
      </w:pPr>
      <w:r>
        <w:t>۔ جی، ومن احب آخرتہ، ادر دنیا ہو۔" یبق علی اپنا۔ جی، اس کو بتائیے، اس کا مفہوم: "انبی موسی علی شری، ان رسول اللہ صلی اللہ علیہ وسلم قال: من احب دنیا، ادر آخرتہ، ومن احب آخرتہ،</w:t>
      </w:r>
    </w:p>
    <w:p>
      <w:r>
        <w:rPr>
          <w:b/>
        </w:rPr>
        <w:t xml:space="preserve">[58:28] </w:t>
      </w:r>
      <w:r>
        <w:t>adra dunya." Fatru ma yabaqa ala ma yafna. Musnad Ahmad, Hadees number 1969. Abu Musa Ashari riwayat karte hain ke Rasool Allah sallallahu alaihi wasallam ne kaha ke: "Jo Dunya, jo apni Dunya ko pasand karta hai,</w:t>
      </w:r>
    </w:p>
    <w:p>
      <w:pPr>
        <w:jc w:val="right"/>
      </w:pPr>
      <w:r>
        <w:t>ادر دنیا۔" فاطرو ما یبق علی ما یفنا۔ مسند احمد، حدیث نمبر 1969۔ ابو موسی اشعری روایت کرتے ہیں کہ رسول اللہ صلی اللہ علیہ وسلم نے کہا کہ: "جو دنیا، جو اپنی دنیا کو پسند کرتا ہے،</w:t>
      </w:r>
    </w:p>
    <w:p>
      <w:r>
        <w:rPr>
          <w:b/>
        </w:rPr>
        <w:t xml:space="preserve">[58:44] </w:t>
      </w:r>
      <w:r>
        <w:t>us ne apni akhirat ko nuqsan pohanchaya, aur jo apni akhirat ko pasand kare, us ne apni Dunya ko nuqsan pohanchaya. toh tarjeeh do us ko jo baqi rehne wali hai, us par jo khatam ho jayegi."</w:t>
      </w:r>
    </w:p>
    <w:p>
      <w:pPr>
        <w:jc w:val="right"/>
      </w:pPr>
      <w:r>
        <w:t>اس نے اپنی آخرت کو نقصان پہنچایا، اور جو اپنی آخرت کو پسند کرے، اس نے اپنی دنیا کو نقصان پہنچایا۔ تو ترجیح دو اس کو جو باقی رہنے والی ہے، اس پر جو ختم ہو جائے گی۔"</w:t>
      </w:r>
    </w:p>
    <w:p>
      <w:r>
        <w:rPr>
          <w:b/>
        </w:rPr>
        <w:t xml:space="preserve">[59:09] </w:t>
      </w:r>
      <w:r>
        <w:t>Maulana, agla comment bheja hai Asad Parvez ne Boston se. unhon ne likha hai: "Maulana, today lecture has hit me like a dart.</w:t>
      </w:r>
    </w:p>
    <w:p>
      <w:pPr>
        <w:jc w:val="right"/>
      </w:pPr>
      <w:r>
        <w:t>مولانا، اگلا کمنٹ بھیجا ہے اسد پرویز نے بوسٹن سے۔ انہوں نے لکھا ہے: "مولانا، ٹوڈے لیکچر ہیز ہٹ می لائک ا ڈاٹ۔</w:t>
      </w:r>
    </w:p>
    <w:p>
      <w:r>
        <w:rPr>
          <w:b/>
        </w:rPr>
        <w:t xml:space="preserve">[59:22] </w:t>
      </w:r>
      <w:r>
        <w:t>Your classes and lessons." Phir padhiye: "Maulana, today lecture has hit me like a dart. The like a dart.</w:t>
      </w:r>
    </w:p>
    <w:p>
      <w:pPr>
        <w:jc w:val="right"/>
      </w:pPr>
      <w:r>
        <w:t>یور کلاسز اینڈ لیسنز۔" پھر پڑھیے: "مولانا، ٹوڈے لیکچر ہیز ہٹ می لائک ا ڈاٹ۔ ڈی اے لائک اے ڈاٹ۔</w:t>
      </w:r>
    </w:p>
    <w:p>
      <w:r>
        <w:rPr>
          <w:b/>
        </w:rPr>
        <w:t xml:space="preserve">[59:32] </w:t>
      </w:r>
      <w:r>
        <w:t>DART. dart. DART. Your classes and lessons are absolutely necessary to bring everyone back to reality.</w:t>
      </w:r>
    </w:p>
    <w:p>
      <w:pPr>
        <w:jc w:val="right"/>
      </w:pPr>
      <w:r>
        <w:t>ڈی اے ار ٹی۔ ڈاٹ۔ ڈی اے ار ٹی۔ یور کلاسز اینڈ لیسنز ار ایبسولیوٹلی نیسیسری ٹو برنگ ایوری ون بیک ٹو ریلیٹی۔</w:t>
      </w:r>
    </w:p>
    <w:p>
      <w:r>
        <w:rPr>
          <w:b/>
        </w:rPr>
        <w:t xml:space="preserve">[59:43] </w:t>
      </w:r>
      <w:r>
        <w:t>The Feroz wife gave up something less for something that is greater. a palace for paradise, but only the spiritually strong can see what is greater.</w:t>
      </w:r>
    </w:p>
    <w:p>
      <w:pPr>
        <w:jc w:val="right"/>
      </w:pPr>
      <w:r>
        <w:t>دا فیروز وائف گیو اپ سمتھنگ لیس فار سمتھنگ دیٹ از گریٹر۔ ا پیلس فار پیرڈائز، بٹ اونلی دا سپرچولی سٹرونگ کین سی واٹ از گریٹر۔</w:t>
      </w:r>
    </w:p>
    <w:p>
      <w:r>
        <w:rPr>
          <w:b/>
        </w:rPr>
        <w:t xml:space="preserve">[59:57] </w:t>
      </w:r>
      <w:r>
        <w:t>and your lectures are absolutely necessary to become spiritually strong." Dr. Junaid Sheikh ne Mumbai se likha hai: "In today lecture, I learned that I have to increase my discovery of God, which is everlasting, and simultaneously discover nothingness of this temporary world.</w:t>
      </w:r>
    </w:p>
    <w:p>
      <w:pPr>
        <w:jc w:val="right"/>
      </w:pPr>
      <w:r>
        <w:t>اینڈ یور لیکچرز ار ایبسولیوٹلی نیسیسری ٹو بیکم سپرچولی سٹرونگ۔" ڈاکٹر جنید شیخ نے ممبئی سے لکھا ہے: "ان ٹوڈے لیکچر، ائی لرنڈ دیٹ ائی ہیو ٹو انکریز مائی ڈسکوری اف گاڈ، وچ از ایور لاسٹنگ، اینڈ سائملٹینیسلی ڈسکور نتھنگنس اف دس ٹیمپرری ورلڈ۔</w:t>
      </w:r>
    </w:p>
    <w:p>
      <w:r>
        <w:rPr>
          <w:b/>
        </w:rPr>
        <w:t xml:space="preserve">[1:00:22] </w:t>
      </w:r>
      <w:r>
        <w:t>Only this could save me from distractions." Jazak Allah, Maulana sahib. Abdul Rehman sahib ne Ghaziabad se likha hai: "Maulana, Jazak Allah.</w:t>
      </w:r>
    </w:p>
    <w:p>
      <w:pPr>
        <w:jc w:val="right"/>
      </w:pPr>
      <w:r>
        <w:t>اونلی دس کڈ سیو می فرام ڈسٹریکشنز۔" جزاک اللہ، مولانا صاحب۔ عبدالرحمن صاحب نے غازی آباد سے لکھا ہے: "مولانا، جزاک اللہ۔</w:t>
      </w:r>
    </w:p>
    <w:p>
      <w:r>
        <w:rPr>
          <w:b/>
        </w:rPr>
        <w:t xml:space="preserve">[1:00:34] </w:t>
      </w:r>
      <w:r>
        <w:t>Today, you made me understand that only those persons who are able to understand God and His paradise can overcome the immense glamour of this world.</w:t>
      </w:r>
    </w:p>
    <w:p>
      <w:pPr>
        <w:jc w:val="right"/>
      </w:pPr>
      <w:r>
        <w:t>ٹوڈے، یو میڈ می انڈرسٹینڈ دیٹ اونلی دوز پرسنز ہو ار ایبل ٹو انڈرسٹینڈ گاڈ اینڈ ہز پیرڈائز کین اوورکم دی ایمنس گلیمر اف دس ورلڈ۔</w:t>
      </w:r>
    </w:p>
    <w:p>
      <w:r>
        <w:rPr>
          <w:b/>
        </w:rPr>
        <w:t xml:space="preserve">[1:00:48] </w:t>
      </w:r>
      <w:r>
        <w:t>Eternal vision is required to to peer through all the attractions and distractions of this temporary and imperfect paradise, and reach the real and perfect paradise.</w:t>
      </w:r>
    </w:p>
    <w:p>
      <w:pPr>
        <w:jc w:val="right"/>
      </w:pPr>
      <w:r>
        <w:t>ایٹرنل ویژن از ریکوائرڈ ٹو ٹو پیئرز تھرو ال دی اٹریکشنز اینڈ ڈسٹریکشنز اف دس ٹیمپرری اینڈ امپرفیکٹ پیرڈائز، اینڈ ریچ دا ریئل اینڈ پرفیکٹ پیرڈائز۔</w:t>
      </w:r>
    </w:p>
    <w:p>
      <w:r>
        <w:rPr>
          <w:b/>
        </w:rPr>
        <w:t xml:space="preserve">[1:01:05] </w:t>
      </w:r>
      <w:r>
        <w:t>We will have to continue our endeavor for making discovery of God. May Allah bless you immensely and always." Maulana, agla sawal Muhammad Bilal Shafee sahib ne bheja hai Itanagar se, Arunachal Pradesh.</w:t>
      </w:r>
    </w:p>
    <w:p>
      <w:pPr>
        <w:jc w:val="right"/>
      </w:pPr>
      <w:r>
        <w:t>وی ویل ہیو ٹو کنٹینیو اور انڈیور فار میکنگ ڈسکوری اف گاڈ۔ می اللہ بلیس یو ایمنسلی اینڈ الویز۔" مولانا، اگلا سوال محمد بلال شفیع صاحب نے بھیجا ہے ایٹانگر سے، اروناچل پردیش۔</w:t>
      </w:r>
    </w:p>
    <w:p>
      <w:r>
        <w:rPr>
          <w:b/>
        </w:rPr>
        <w:t xml:space="preserve">[1:01:22] </w:t>
      </w:r>
      <w:r>
        <w:t>Unhon ne likha hai: "Maulana, this concept of Jannat and Jahannum is this not due to our Islamic conditioning.</w:t>
      </w:r>
    </w:p>
    <w:p>
      <w:pPr>
        <w:jc w:val="right"/>
      </w:pPr>
      <w:r>
        <w:t>انہوں نے لکھا ہے: "مولانا، دس کانسیپٹ اف جنت اینڈ جہنم از دس ناٹ ڈیو ٹو اور اسلامک کنڈیشننگ۔</w:t>
      </w:r>
    </w:p>
    <w:p>
      <w:r>
        <w:rPr>
          <w:b/>
        </w:rPr>
        <w:t xml:space="preserve">[1:01:34] </w:t>
      </w:r>
      <w:r>
        <w:t>Would a person understand these concepts all by himself if left alone? The concept of creator one may discover all by themself, but can this happen with regards to the concept of Jannat and Jahannum as well?</w:t>
      </w:r>
    </w:p>
    <w:p>
      <w:pPr>
        <w:jc w:val="right"/>
      </w:pPr>
      <w:r>
        <w:t>وڈ ا پرسن انڈرسٹینڈ دیز کانسیپٹس ال بائے ہم سیلف اف لیفٹ الون؟ دی کانسیپٹ اف کریٹر ون می ڈسکور ال بائے دیم سیلف، بٹ کین دس ہیپن ود ریگارڈز ٹو دی کانسیپٹ اف جنت اینڈ جہنم ایز ویل؟</w:t>
      </w:r>
    </w:p>
    <w:p>
      <w:r>
        <w:rPr>
          <w:b/>
        </w:rPr>
        <w:t xml:space="preserve">[1:01:53] </w:t>
      </w:r>
      <w:r>
        <w:t>If yes, please elaborate how to achieve this kind of awareness." Main samjha nahi.</w:t>
      </w:r>
    </w:p>
    <w:p>
      <w:pPr>
        <w:jc w:val="right"/>
      </w:pPr>
      <w:r>
        <w:t>اف یس، پلیز الیبوریٹ ہاؤ ٹو اچیو دس کائنڈ اف اویرنس۔" میں سمجھا نہیں۔</w:t>
      </w:r>
    </w:p>
    <w:p>
      <w:r>
        <w:rPr>
          <w:b/>
        </w:rPr>
        <w:t xml:space="preserve">[1:02:02] </w:t>
      </w:r>
      <w:r>
        <w:t>Maulana, woh yeh pooch rahe hain ke jo Khuda ka jo concept hai, woh toh ek insaan khud daryaft kar sakta hai, lekin kya woh khud se Jannat aur Jahannum ka concept daryaft kar sakta hai?</w:t>
      </w:r>
    </w:p>
    <w:p>
      <w:pPr>
        <w:jc w:val="right"/>
      </w:pPr>
      <w:r>
        <w:t>مولانا، وہ یہ پوچھ رہے ہیں کہ جو خدا کا جو کانسیپٹ ہے، وہ تو ایک انسان خود دریافت کر سکتا ہے، لیکن کیا وہ خود سے جنت اور جہنم کا کانسیپٹ دریافت کر سکتا ہے؟</w:t>
      </w:r>
    </w:p>
    <w:p>
      <w:r>
        <w:rPr>
          <w:b/>
        </w:rPr>
        <w:t xml:space="preserve">[1:02:17] </w:t>
      </w:r>
      <w:r>
        <w:t>aur agar kar sakta hai to kaise?</w:t>
      </w:r>
    </w:p>
    <w:p>
      <w:pPr>
        <w:jc w:val="right"/>
      </w:pPr>
      <w:r>
        <w:t>اور اگر کر سکتا ہے تو کیسے؟</w:t>
      </w:r>
    </w:p>
    <w:p>
      <w:r>
        <w:rPr>
          <w:b/>
        </w:rPr>
        <w:t xml:space="preserve">[1:02:24] </w:t>
      </w:r>
      <w:r>
        <w:t>bhai, main achhi tarah pakad nahin paaya.</w:t>
      </w:r>
    </w:p>
    <w:p>
      <w:pPr>
        <w:jc w:val="right"/>
      </w:pPr>
      <w:r>
        <w:t>بھائی، میں اچھی طرح پکڑ نہیں پایا۔</w:t>
      </w:r>
    </w:p>
    <w:p>
      <w:r>
        <w:rPr>
          <w:b/>
        </w:rPr>
        <w:t xml:space="preserve">[1:02:33] </w:t>
      </w:r>
      <w:r>
        <w:t>maulana, woh yeh keh rahe hain ke jo jannat aur jahannum ka concept hai, yeh islam se mila hai hum sab ko. to isi liye hum is ka, is ko soch sakte hain ke jannat hai, jahannum hai.</w:t>
      </w:r>
    </w:p>
    <w:p>
      <w:pPr>
        <w:jc w:val="right"/>
      </w:pPr>
      <w:r>
        <w:t>مولانا، وہ یہ کہہ رہے ہیں کہ جو جنت اور جہنم کا کانسیپٹ ہے، یہ اسلام سے ملا ہے ہم سب کو۔ تو اسی لیے ہم اس کا، اس کو سوچ سکتے ہیں کہ جنت ہے، جہنم ہے۔</w:t>
      </w:r>
    </w:p>
    <w:p>
      <w:r>
        <w:rPr>
          <w:b/>
        </w:rPr>
        <w:t xml:space="preserve">[1:02:45] </w:t>
      </w:r>
      <w:r>
        <w:t>aur lekin agar insaan khud se is ko discover kare, jaise woh creator ko khud se discover kar sakta hai bina kisi islamic conditioning ke, to kya yeh possible hai ke woh jannat aur jahannum ko discover kar sake?</w:t>
      </w:r>
    </w:p>
    <w:p>
      <w:pPr>
        <w:jc w:val="right"/>
      </w:pPr>
      <w:r>
        <w:t>اور لیکن اگر انسان خود سے اس کو ڈسکور کرے، جیسے وہ کریٹر کو خود سے ڈسکور کر سکتا ہے بنا کسی اسلامک کنڈیشننگ کے، تو کیا یہ پوسیبل ہے کہ وہ جنت اور جہنم کو ڈسکور کر سکے؟</w:t>
      </w:r>
    </w:p>
    <w:p>
      <w:r>
        <w:rPr>
          <w:b/>
        </w:rPr>
        <w:t xml:space="preserve">[1:03:01] </w:t>
      </w:r>
      <w:r>
        <w:t>dekhein, sirf islam ki baat nahin hai. har mazhab mein,</w:t>
      </w:r>
    </w:p>
    <w:p>
      <w:pPr>
        <w:jc w:val="right"/>
      </w:pPr>
      <w:r>
        <w:t>دیکھیں، صرف اسلام کی بات نہیں ہے۔ ہر مذہب میں،</w:t>
      </w:r>
    </w:p>
    <w:p>
      <w:r>
        <w:rPr>
          <w:b/>
        </w:rPr>
        <w:t xml:space="preserve">[1:03:07] </w:t>
      </w:r>
      <w:r>
        <w:t>har mazhab mein yeh tasawwur maujood hai. bekunnt aur kya kehte hain is ko? doosra bekunnt ka tasawwur maujood hai har mazhab mein.</w:t>
      </w:r>
    </w:p>
    <w:p>
      <w:pPr>
        <w:jc w:val="right"/>
      </w:pPr>
      <w:r>
        <w:t>ہر مذہب میں یہ تصور موجود ہے۔ بیکونٹ اور کیا کہتے ہیں اس کو؟ دوسرا بیکونٹ کا تصور موجود ہے ہر مذہب میں۔</w:t>
      </w:r>
    </w:p>
    <w:p>
      <w:r>
        <w:rPr>
          <w:b/>
        </w:rPr>
        <w:t xml:space="preserve">[1:03:20] </w:t>
      </w:r>
      <w:r>
        <w:t>swarg aur narak, swarg aur narak. haan, yeh maujood hai. lekin is ke hazaron saal se woh chala raha hai, to is mein farq ho gaya hai.</w:t>
      </w:r>
    </w:p>
    <w:p>
      <w:pPr>
        <w:jc w:val="right"/>
      </w:pPr>
      <w:r>
        <w:t>سورگ اور نرک، سورگ اور نرک۔ ہاں، یہ موجود ہے۔ لیکن اس کے ہزاروں سال سے وہ چلا رہا ہے، تو اس میں فرق ہو گیا ہے۔</w:t>
      </w:r>
    </w:p>
    <w:p>
      <w:r>
        <w:rPr>
          <w:b/>
        </w:rPr>
        <w:t xml:space="preserve">[1:03:37] </w:t>
      </w:r>
      <w:r>
        <w:t>dekhein, asal baat yeh nahin hai ke doosre mazhabon mein yeh concept nahin hai. farq sirf yeh hai ke islam mein original concept preserve hai.</w:t>
      </w:r>
    </w:p>
    <w:p>
      <w:pPr>
        <w:jc w:val="right"/>
      </w:pPr>
      <w:r>
        <w:t>دیکھیں، اصل بات یہ نہیں ہے کہ دوسرے مذہبوں میں یہ کنسیپٹ نہیں ہے۔ فرق صرف یہ ہے کہ اسلام میں اوریجنل کانسیپٹ پریزرو ہے۔</w:t>
      </w:r>
    </w:p>
    <w:p>
      <w:r>
        <w:rPr>
          <w:b/>
        </w:rPr>
        <w:t xml:space="preserve">[1:03:48] </w:t>
      </w:r>
      <w:r>
        <w:t>jo rasool Allah ne kaha tha, woh waise hi waise hi preserve hai. doosre jo woh preserve nahin hai, koi badal gaya hai, kuch idhar udhar.</w:t>
      </w:r>
    </w:p>
    <w:p>
      <w:pPr>
        <w:jc w:val="right"/>
      </w:pPr>
      <w:r>
        <w:t>جو رسول اللہ نے کہا تھا، وہ ویسے ہی ویسے ہی پریزرو ہے۔ دوسرے جو وہ پریزرو نہیں ہے، کوئی بدل گیا ہے، کچھ ادھر ادھر۔</w:t>
      </w:r>
    </w:p>
    <w:p>
      <w:r>
        <w:rPr>
          <w:b/>
        </w:rPr>
        <w:t xml:space="preserve">[1:03:59] </w:t>
      </w:r>
      <w:r>
        <w:t>jo original concept hai hell aur paradise ka, woh har mazhab mein maujood hai.</w:t>
      </w:r>
    </w:p>
    <w:p>
      <w:pPr>
        <w:jc w:val="right"/>
      </w:pPr>
      <w:r>
        <w:t>جو اوریجنل کانسیپٹ ہے ہیل اور پیرڈائز کا، وہ ہر مذہب میں موجود ہے۔</w:t>
      </w:r>
    </w:p>
    <w:p>
      <w:r>
        <w:rPr>
          <w:b/>
        </w:rPr>
        <w:t xml:space="preserve">[1:04:09] </w:t>
      </w:r>
      <w:r>
        <w:t>islam mein sirf yeh hai ke woh apni original shakal mein preserve hai. bas yeh farq hai. woh yeh keh rahe hain jaise creator ka concept khud hamare andar interwoven hai, to islam mein bataya gaya hai ek creator hai, lekin woh hum khud khud bhi samajh sakte hain kyunke hamari fitrat mein hi interwoven hai.</w:t>
      </w:r>
    </w:p>
    <w:p>
      <w:pPr>
        <w:jc w:val="right"/>
      </w:pPr>
      <w:r>
        <w:t>اسلام میں صرف یہ ہے کہ وہ اپنی اوریجنل شکل میں پریزرو ہے۔ بس یہ فرق ہے۔ وہ یہ کہہ رہے ہیں جیسے کریٹر کا کانسیپٹ خود ہمارے اندر انٹروون ہے، تو اسلام میں بتایا گیا ہے ایک کریٹر ہے، لیکن وہ ہم خود خود بھی سمجھ سکتے ہیں کیونکہ ہماری فطرت میں ہی انٹروون ہے۔</w:t>
      </w:r>
    </w:p>
    <w:p>
      <w:r>
        <w:rPr>
          <w:b/>
        </w:rPr>
        <w:t xml:space="preserve">[1:04:31] </w:t>
      </w:r>
      <w:r>
        <w:t>to woh bhi interwoven hai. jannat jahannum ka kya aisa hai? woh bhi kyunke dekhiye, jab ek insaan Allah ke liye apne aap ko dedicate karta hai, to in sab rool hai yeh concept ke us ko Allah ki taraf reward milega.</w:t>
      </w:r>
    </w:p>
    <w:p>
      <w:pPr>
        <w:jc w:val="right"/>
      </w:pPr>
      <w:r>
        <w:t>تو وہ بھی انٹروون ہے۔ جنت جہنم کا کیا ایسا ہے؟ وہ بھی کیونکہ دیکھیے، جب ایک انسان اللہ کے لیے اپنے آپ کو ڈیڈیکیٹ کرتا ہے، تو ان سب ربول ہے یہ کانسیپٹ کہ اس کو اللہ کی طرف ریور ریوارڈ ملے گا۔</w:t>
      </w:r>
    </w:p>
    <w:p>
      <w:r>
        <w:rPr>
          <w:b/>
        </w:rPr>
        <w:t xml:space="preserve">[1:04:49] </w:t>
      </w:r>
      <w:r>
        <w:t>kaise nahin milega? reward ka concept nature mein maujood hai. reward ka concept nature mein maujood hai.</w:t>
      </w:r>
    </w:p>
    <w:p>
      <w:pPr>
        <w:jc w:val="right"/>
      </w:pPr>
      <w:r>
        <w:t>کیسے نہیں ملے گا؟ ریوارڈ کا کانسیپٹ نیچر میں موجود ہے۔ ریوارڈ کا کانسیپٹ نیچر میں موجود ہے۔</w:t>
      </w:r>
    </w:p>
    <w:p>
      <w:r>
        <w:rPr>
          <w:b/>
        </w:rPr>
        <w:t xml:space="preserve">[1:05:09] </w:t>
      </w:r>
      <w:r>
        <w:t>maulana, aaj ke lecture se ek main ne jo point mujhe bahut hi zyada important laga, woh yeh ke worldly glamour se apne aap ko bachane ke liye itni hi strong, us se bhi zyada strong realization of God and paradise zaroori hai.</w:t>
      </w:r>
    </w:p>
    <w:p>
      <w:pPr>
        <w:jc w:val="right"/>
      </w:pPr>
      <w:r>
        <w:t>مولانا، آج کے لیکچر سے ایک میں نے جو پوائنٹ مجھے بہت ہی زیادہ امپورٹنٹ لگا، وہ یہ کہ ورلڈلی گلیمر سے اپنے آپ کو بچانے کے لیے اتنی ہی سٹرونگ، اس سے بھی زیادہ سٹرونگ ریلائزیشن اف گاڈ اینڈ پیرڈائز ضروری ہے۔</w:t>
      </w:r>
    </w:p>
    <w:p>
      <w:r>
        <w:rPr>
          <w:b/>
        </w:rPr>
        <w:t xml:space="preserve">[1:05:30] </w:t>
      </w:r>
      <w:r>
        <w:t>tabhi aadmi in is tarah ke distractions se apne aap ko bacha pata hai. to yeh realization of God ka yeh naya dimension tha, maulana, mere liye.</w:t>
      </w:r>
    </w:p>
    <w:p>
      <w:pPr>
        <w:jc w:val="right"/>
      </w:pPr>
      <w:r>
        <w:t>تبھی آدمی ان اس طرح کے ڈسٹریکشنز سے اپنے آپ کو بچا پاتا ہے۔ تو یہ ریلائزیشن اف گاڈ کا یہ نیا ڈائمنشن تھا، مولانا، میرے لیے۔</w:t>
      </w:r>
    </w:p>
    <w:p>
      <w:r>
        <w:rPr>
          <w:b/>
        </w:rPr>
        <w:t xml:space="preserve">[1:05:44] </w:t>
      </w:r>
      <w:r>
        <w:t>kafi comment tha, maulana. achha, achha.</w:t>
      </w:r>
    </w:p>
    <w:p>
      <w:pPr>
        <w:jc w:val="right"/>
      </w:pPr>
      <w:r>
        <w:t>کافی کمنٹ تھا، مولانا۔ اچھا، اچھا۔</w:t>
      </w:r>
    </w:p>
    <w:p>
      <w:r>
        <w:rPr>
          <w:b/>
        </w:rPr>
        <w:t xml:space="preserve">[1:05:58] </w:t>
      </w:r>
      <w:r>
        <w:t>maulana, ek sawal aamir mori sahib ne bheja hai srinagar se. unhone likha hai ke "paradise and hell is invisible and can only be perceived.</w:t>
      </w:r>
    </w:p>
    <w:p>
      <w:pPr>
        <w:jc w:val="right"/>
      </w:pPr>
      <w:r>
        <w:t>مولانا، ایک سوال عامر موری صاحب نے بھیجا ہے سری نگر سے۔ انہوں نے لکھا ہے کہ "پیرڈائز اینڈ ہیل از انویزیبل اینڈ کین اونلی بی پرسیوڈ۔</w:t>
      </w:r>
    </w:p>
    <w:p>
      <w:r>
        <w:rPr>
          <w:b/>
        </w:rPr>
        <w:t xml:space="preserve">[1:06:12] </w:t>
      </w:r>
      <w:r>
        <w:t>my question is: how should we perceive paradise or hell in this world? in which context we should perceive it?" arey bhai, ab to har cheez invisible ho gayi.</w:t>
      </w:r>
    </w:p>
    <w:p>
      <w:pPr>
        <w:jc w:val="right"/>
      </w:pPr>
      <w:r>
        <w:t>مائی کوئسچن از: ہاؤ شوڈ وی پرسیو پیرڈائز اور ہیل ان دس ورلڈ؟ ان وچ کانٹیکسٹ وی شوڈ پرسیو اٹ؟" ارے بھائی، اب تو ہر چیز انویزیبل ہو گئی۔</w:t>
      </w:r>
    </w:p>
    <w:p>
      <w:r>
        <w:rPr>
          <w:b/>
        </w:rPr>
        <w:t xml:space="preserve">[1:06:28] </w:t>
      </w:r>
      <w:r>
        <w:t>material world bhi ab visible nahin raha. yeh aap ko maloom hoga ke modern science jo hai, us mein to har cheez hi ka concept badal gaya.</w:t>
      </w:r>
    </w:p>
    <w:p>
      <w:pPr>
        <w:jc w:val="right"/>
      </w:pPr>
      <w:r>
        <w:t>مٹیریل ورلڈ بھی اب ویزیبل نہیں رہا۔ یہ آپ کو معلوم ہوگا کہ ماڈرن سائنس جو ہے، اس میں تو ہر چیز ہی کا کانسیپٹ بدل گیا۔</w:t>
      </w:r>
    </w:p>
    <w:p>
      <w:r>
        <w:rPr>
          <w:b/>
        </w:rPr>
        <w:t xml:space="preserve">[1:06:44] </w:t>
      </w:r>
      <w:r>
        <w:t>har cheez ka. ab kisi cheez ko bhi aap yeh nahin keh sakte ke woh yeh visible hai, woh invisible hai.</w:t>
      </w:r>
    </w:p>
    <w:p>
      <w:pPr>
        <w:jc w:val="right"/>
      </w:pPr>
      <w:r>
        <w:t>ہر چیز کا۔ اب کسی چیز کو بھی آپ یہ نہیں کہہ سکتے کہ وہ یہ ویزیبل ہے، وہ انویزیبل ہے۔</w:t>
      </w:r>
    </w:p>
    <w:p>
      <w:r>
        <w:rPr>
          <w:b/>
        </w:rPr>
        <w:t xml:space="preserve">[1:06:54] </w:t>
      </w:r>
      <w:r>
        <w:t>sab ka level ek hai. quantum theory ko aap padhiye to yeh baat is pe bilkul clear ho chuki hai.</w:t>
      </w:r>
    </w:p>
    <w:p>
      <w:pPr>
        <w:jc w:val="right"/>
      </w:pPr>
      <w:r>
        <w:t>سب کا لیول ایک ہے۔ کوانٹم تھیوری کو آپ پڑھیے تو یہ بات اس پہ بالکل کلیئر ہو چکی ہے۔</w:t>
      </w:r>
    </w:p>
    <w:p>
      <w:r>
        <w:rPr>
          <w:b/>
        </w:rPr>
        <w:t xml:space="preserve">[1:07:05] </w:t>
      </w:r>
      <w:r>
        <w:t>quantum theory daryaft ho chuki thi Einstein ke zamane mein. Einstein ke zamane mein. isi liye dekhiye, Einstein ka ek ek ek us ki baat jo hai,</w:t>
      </w:r>
    </w:p>
    <w:p>
      <w:pPr>
        <w:jc w:val="right"/>
      </w:pPr>
      <w:r>
        <w:t>کوانٹم تھیوری دریافت ہو چکی تھی ائنسٹین کے زمانے میں۔ ائنسٹین کے زمانے میں۔ اسی لیے دیکھیے، ائنسٹین کا ایک ایک ایک اس کی بات جو ہے،</w:t>
      </w:r>
    </w:p>
    <w:p>
      <w:r>
        <w:rPr>
          <w:b/>
        </w:rPr>
        <w:t xml:space="preserve">[1:07:21] </w:t>
      </w:r>
      <w:r>
        <w:t>logon ne achhi tarah shayad gaur nahin kiya is par ke us se yeh writing mein yeh baat hai ke us se poocha gaya tha ke kya aap atheist hain,</w:t>
      </w:r>
    </w:p>
    <w:p>
      <w:pPr>
        <w:jc w:val="right"/>
      </w:pPr>
      <w:r>
        <w:t>لوگوں نے اچھی طرح شاید غور نہیں کیا اس پر کہ اس سے یہ رائٹنگ میں یہ بات ہے کہ اس سے پوچھا گیا تھا کہ کیا آپ اتھیسٹ ہیں،</w:t>
      </w:r>
    </w:p>
    <w:p>
      <w:r>
        <w:rPr>
          <w:b/>
        </w:rPr>
        <w:t xml:space="preserve">[1:07:36] </w:t>
      </w:r>
      <w:r>
        <w:t>yani munkir hain Khuda ke? to us ne kaha ke munkir nahin hoon main, balki main woh hoon.</w:t>
      </w:r>
    </w:p>
    <w:p>
      <w:pPr>
        <w:jc w:val="right"/>
      </w:pPr>
      <w:r>
        <w:t>یعنی منکر ہیں خدا کے؟ تو اس نے کہا کہ منکر نہیں ہوں میں، بلکہ میں وہ ہوں۔</w:t>
      </w:r>
    </w:p>
    <w:p>
      <w:r>
        <w:rPr>
          <w:b/>
        </w:rPr>
        <w:t xml:space="preserve">[1:07:46] </w:t>
      </w:r>
      <w:r>
        <w:t>agnostic hoon. agnostic hoon. agnostic ka matlab kya hai? 50-50. kaisi ajeeb baat hai!</w:t>
      </w:r>
    </w:p>
    <w:p>
      <w:pPr>
        <w:jc w:val="right"/>
      </w:pPr>
      <w:r>
        <w:t>اگناسٹک ہوں۔ اگناسٹک ہوں۔ اگناسٹک کا مطلب کیا ہے؟ 50-50۔ کیسی عجیب بات ہے!</w:t>
      </w:r>
    </w:p>
    <w:p>
      <w:r>
        <w:rPr>
          <w:b/>
        </w:rPr>
        <w:t xml:space="preserve">[1:07:55] </w:t>
      </w:r>
      <w:r>
        <w:t>itna top ka scientist yeh keh raha hai ke yeh mamla 50-50 ka hai. inkar ka nahi hai. ab ghor kijiye, jo ilhad ka jo case tha,</w:t>
      </w:r>
    </w:p>
    <w:p>
      <w:pPr>
        <w:jc w:val="right"/>
      </w:pPr>
      <w:r>
        <w:t>اتنا ٹاپ کا سائنٹسٹ یہ کہہ رہا ہے کہ یہ معاملہ 50-50 کا ہے۔ انکار کا نہیں ہے۔ اب غور کیجئے، جو الحاد کا جو کیس تھا،</w:t>
      </w:r>
    </w:p>
    <w:p>
      <w:r>
        <w:rPr>
          <w:b/>
        </w:rPr>
        <w:t xml:space="preserve">[1:08:10] </w:t>
      </w:r>
      <w:r>
        <w:t>ilhad ka case tha jo pehle chal chala raha tha, woh log samajhte hain ke woh inkar khuda ka case hai. inkar khuda ka case nahi hai.</w:t>
      </w:r>
    </w:p>
    <w:p>
      <w:pPr>
        <w:jc w:val="right"/>
      </w:pPr>
      <w:r>
        <w:t>الحاد کا کیس تھا جو پہلے چل چلا رہا تھا، وہ لوگ سمجھتے ہیں کہ وہ انکار خدا کا کیس ہے۔ انکار خدا کا کیس نہیں ہے۔</w:t>
      </w:r>
    </w:p>
    <w:p>
      <w:r>
        <w:rPr>
          <w:b/>
        </w:rPr>
        <w:t xml:space="preserve">[1:08:19] </w:t>
      </w:r>
      <w:r>
        <w:t>ab ab woh case hai ke bhai yeh to 50-50 ka mamla hai.</w:t>
      </w:r>
    </w:p>
    <w:p>
      <w:pPr>
        <w:jc w:val="right"/>
      </w:pPr>
      <w:r>
        <w:t>اب اب وہ کیس ہے کہ بھئی یہ تو 50-50 کا معاملہ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