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Quran October 21, 2018</w:t>
      </w:r>
    </w:p>
    <w:p>
      <w:r>
        <w:t>https://www.youtube.com/watch?v=9_OYLmVWLOE</w:t>
      </w:r>
    </w:p>
    <w:p>
      <w:r>
        <w:rPr>
          <w:b/>
        </w:rPr>
        <w:t xml:space="preserve">[00:11] </w:t>
      </w:r>
      <w:r>
        <w:t>bismillah rahman rahim, wa salli allah ala nabiyyi al-karim.</w:t>
      </w:r>
    </w:p>
    <w:p>
      <w:pPr>
        <w:jc w:val="right"/>
      </w:pPr>
      <w:r>
        <w:t>بسم اللہ الرحمن الرحیم، وصلی اللہ علی النبی الکریم۔</w:t>
      </w:r>
    </w:p>
    <w:p>
      <w:r>
        <w:rPr>
          <w:b/>
        </w:rPr>
        <w:t xml:space="preserve">[00:20]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21 october</w:t>
      </w:r>
    </w:p>
    <w:p>
      <w:pPr>
        <w:jc w:val="right"/>
      </w:pPr>
      <w:r>
        <w:t>21 اکتوبر</w:t>
      </w:r>
    </w:p>
    <w:p>
      <w:r>
        <w:rPr>
          <w:b/>
        </w:rPr>
        <w:t xml:space="preserve">[00:38] </w:t>
      </w:r>
      <w:r>
        <w:t>2018.</w:t>
      </w:r>
    </w:p>
    <w:p>
      <w:pPr>
        <w:jc w:val="right"/>
      </w:pPr>
      <w:r>
        <w:t>2018۔</w:t>
      </w:r>
    </w:p>
    <w:p>
      <w:r>
        <w:rPr>
          <w:b/>
        </w:rPr>
        <w:t xml:space="preserve">[00:44] </w:t>
      </w:r>
      <w:r>
        <w:t>aaj subah mujhe quran ki ek ayat yaad aayi,</w:t>
      </w:r>
    </w:p>
    <w:p>
      <w:pPr>
        <w:jc w:val="right"/>
      </w:pPr>
      <w:r>
        <w:t>آج صبح مجھے قرآن کی ایک آیت یاد آئی،</w:t>
      </w:r>
    </w:p>
    <w:p>
      <w:r>
        <w:rPr>
          <w:b/>
        </w:rPr>
        <w:t xml:space="preserve">[00:53] </w:t>
      </w:r>
      <w:r>
        <w:t>woh hai:</w:t>
      </w:r>
    </w:p>
    <w:p>
      <w:pPr>
        <w:jc w:val="right"/>
      </w:pPr>
      <w:r>
        <w:t>وہ ہے:</w:t>
      </w:r>
    </w:p>
    <w:p>
      <w:r>
        <w:rPr>
          <w:b/>
        </w:rPr>
        <w:t xml:space="preserve">[00:57] </w:t>
      </w:r>
      <w:r>
        <w:t>"kullu yaumin huwa fi sha'n". yeh surah rahman ki</w:t>
      </w:r>
    </w:p>
    <w:p>
      <w:pPr>
        <w:jc w:val="right"/>
      </w:pPr>
      <w:r>
        <w:t>"کل یوم ہوا فی شان"۔ یہ سورہ الرحمن کی</w:t>
      </w:r>
    </w:p>
    <w:p>
      <w:r>
        <w:rPr>
          <w:b/>
        </w:rPr>
        <w:t xml:space="preserve">[01:05] </w:t>
      </w:r>
      <w:r>
        <w:t>ek ayat hai.</w:t>
      </w:r>
    </w:p>
    <w:p>
      <w:pPr>
        <w:jc w:val="right"/>
      </w:pPr>
      <w:r>
        <w:t>ایک آیت ہے۔</w:t>
      </w:r>
    </w:p>
    <w:p>
      <w:r>
        <w:rPr>
          <w:b/>
        </w:rPr>
        <w:t xml:space="preserve">[01:09] </w:t>
      </w:r>
      <w:r>
        <w:t>iska tarjuma yeh hai ke allah har din ek shan mein hai.</w:t>
      </w:r>
    </w:p>
    <w:p>
      <w:pPr>
        <w:jc w:val="right"/>
      </w:pPr>
      <w:r>
        <w:t>اس کا ترجمہ یہ ہے کہ اللہ ہر دن ایک شان میں ہے۔</w:t>
      </w:r>
    </w:p>
    <w:p>
      <w:r>
        <w:rPr>
          <w:b/>
        </w:rPr>
        <w:t xml:space="preserve">[01:21] </w:t>
      </w:r>
      <w:r>
        <w:t>to shan mein apne liye hai, woh to apne liye to hamesha se hai, woh baat nahi hai yahan par.</w:t>
      </w:r>
    </w:p>
    <w:p>
      <w:pPr>
        <w:jc w:val="right"/>
      </w:pPr>
      <w:r>
        <w:t>تو شان میں اپنے لیے ہے، وہ تو اپنے لیے تو ہمیشہ سے ہے، وہ بات نہیں ہے یہاں پر۔</w:t>
      </w:r>
    </w:p>
    <w:p>
      <w:r>
        <w:rPr>
          <w:b/>
        </w:rPr>
        <w:t xml:space="preserve">[01:35] </w:t>
      </w:r>
      <w:r>
        <w:t>isko maine socha ke aakhir shan kis aitbar se hai woh.</w:t>
      </w:r>
    </w:p>
    <w:p>
      <w:pPr>
        <w:jc w:val="right"/>
      </w:pPr>
      <w:r>
        <w:t>اس کو میں نے سوچا کہ آخر شان کس اعتبار سے ہے وہ۔</w:t>
      </w:r>
    </w:p>
    <w:p>
      <w:r>
        <w:rPr>
          <w:b/>
        </w:rPr>
        <w:t xml:space="preserve">[01:42] </w:t>
      </w:r>
      <w:r>
        <w:t>to mujhe iska jawab mila quran ki pehli ayat mein:</w:t>
      </w:r>
    </w:p>
    <w:p>
      <w:pPr>
        <w:jc w:val="right"/>
      </w:pPr>
      <w:r>
        <w:t>تو مجھے اس کا جواب ملا قرآن کی پہلی آیت میں:</w:t>
      </w:r>
    </w:p>
    <w:p>
      <w:r>
        <w:rPr>
          <w:b/>
        </w:rPr>
        <w:t xml:space="preserve">[01:50] </w:t>
      </w:r>
      <w:r>
        <w:t>"alhamdulillah rabbil alamin". yeh jo hamd hai, allah rabbil alamin ki hamd, to aam taur par log tarjuma karte hain hamd ka, tareef.</w:t>
      </w:r>
    </w:p>
    <w:p>
      <w:pPr>
        <w:jc w:val="right"/>
      </w:pPr>
      <w:r>
        <w:t>"الحمدللہ رب العالمین"۔ یہ جو حمد ہے، اللہ رب العالمین کی حمد، تو عام طور پر لوگ ترجمہ کرتے ہیں حمد کا، تعریف۔</w:t>
      </w:r>
    </w:p>
    <w:p>
      <w:r>
        <w:rPr>
          <w:b/>
        </w:rPr>
        <w:t xml:space="preserve">[02:06] </w:t>
      </w:r>
      <w:r>
        <w:t>lekin maulana hamiduddin farahi, jo bahut bade aalim the, unhone iski research ki hai, woh bataya hai ke hamd ka matlab hai shukr.</w:t>
      </w:r>
    </w:p>
    <w:p>
      <w:pPr>
        <w:jc w:val="right"/>
      </w:pPr>
      <w:r>
        <w:t>لیکن مولانا حامد الدین فرائی، جو بہت بڑے عالم تھے، انہوں نے اس کی ریسرچ کی ہے، وہ بتایا ہے کہ حمد کا مطلب ہے شکر۔</w:t>
      </w:r>
    </w:p>
    <w:p>
      <w:r>
        <w:rPr>
          <w:b/>
        </w:rPr>
        <w:t xml:space="preserve">[02:24] </w:t>
      </w:r>
      <w:r>
        <w:t>to alhamdulillah rabbil alamin ka matlab hai shukr hai allah rabbil alamin ka. ab maine dono ayaton ko milaya,</w:t>
      </w:r>
    </w:p>
    <w:p>
      <w:pPr>
        <w:jc w:val="right"/>
      </w:pPr>
      <w:r>
        <w:t>تو الحمدللہ رب العالمین کا مطلب ہے شکر ہے اللہ رب العالمین کا۔ اب میں نے دونوں آیتوں کو ملایا،</w:t>
      </w:r>
    </w:p>
    <w:p>
      <w:r>
        <w:rPr>
          <w:b/>
        </w:rPr>
        <w:t xml:space="preserve">[02:37] </w:t>
      </w:r>
      <w:r>
        <w:t>dono ayaton ko. ek ayat hai ke: "kullu yaumin huwa fi sha'n".</w:t>
      </w:r>
    </w:p>
    <w:p>
      <w:pPr>
        <w:jc w:val="right"/>
      </w:pPr>
      <w:r>
        <w:t>دونوں آیتوں کو۔ ایک آیت ہے کہ: "کل یوم ہوا فی شان"۔</w:t>
      </w:r>
    </w:p>
    <w:p>
      <w:r>
        <w:rPr>
          <w:b/>
        </w:rPr>
        <w:t xml:space="preserve">[02:47] </w:t>
      </w:r>
      <w:r>
        <w:t>har din allah ek shan mein hai. aur doosri ayat hai: "shukr hai allah rabbil alamin ka".</w:t>
      </w:r>
    </w:p>
    <w:p>
      <w:pPr>
        <w:jc w:val="right"/>
      </w:pPr>
      <w:r>
        <w:t>ہر دن اللہ ایک شان میں ہے۔ اور دوسری آیت ہے: "شکر ہے اللہ رب العالمین کا"۔</w:t>
      </w:r>
    </w:p>
    <w:p>
      <w:r>
        <w:rPr>
          <w:b/>
        </w:rPr>
        <w:t xml:space="preserve">[02:58] </w:t>
      </w:r>
      <w:r>
        <w:t>to dono ayaton ko milakar mujhe samajh mein yeh baat aayi ke allah har insan ko har din</w:t>
      </w:r>
    </w:p>
    <w:p>
      <w:pPr>
        <w:jc w:val="right"/>
      </w:pPr>
      <w:r>
        <w:t>تو دونوں آیتوں کو ملا کر مجھے سمجھ میں یہ بات آئی کہ اللہ ہر انسان کو ہر دن</w:t>
      </w:r>
    </w:p>
    <w:p>
      <w:r>
        <w:rPr>
          <w:b/>
        </w:rPr>
        <w:t xml:space="preserve">[03:11] </w:t>
      </w:r>
      <w:r>
        <w:t>ek item deta hai shukr ka. har din shukr ka ek item, kam se kam. yun to billion trillion de raha hai, lekin har din kam az kam ek naya item shukr ka.</w:t>
      </w:r>
    </w:p>
    <w:p>
      <w:pPr>
        <w:jc w:val="right"/>
      </w:pPr>
      <w:r>
        <w:t>ایک آئٹم دیتا ہے شکر کا۔ ہر دن شکر کا ایک آئٹم، کم سے کم۔ یوں تو بلین ٹیلن دے دے رہا ہے، لیکن ہر دن کم از کم ایک نیا آئٹم شکر کا۔</w:t>
      </w:r>
    </w:p>
    <w:p>
      <w:r>
        <w:rPr>
          <w:b/>
        </w:rPr>
        <w:t xml:space="preserve">[03:31] </w:t>
      </w:r>
      <w:r>
        <w:t>kis liye? taake hum isko discover karke spirit of shukr ko revive karte rahen.</w:t>
      </w:r>
    </w:p>
    <w:p>
      <w:pPr>
        <w:jc w:val="right"/>
      </w:pPr>
      <w:r>
        <w:t>کس لیے؟ تاکہ ہم اس کو ڈسکور کر کے اسپیٹ آف شکر کو ریوائیو کرتے رہیں۔</w:t>
      </w:r>
    </w:p>
    <w:p>
      <w:r>
        <w:rPr>
          <w:b/>
        </w:rPr>
        <w:t xml:space="preserve">[03:42] </w:t>
      </w:r>
      <w:r>
        <w:t>koi bhi cheez yaad rakhiye, jab tak aap revive na karen, woh dead ho jati hai.</w:t>
      </w:r>
    </w:p>
    <w:p>
      <w:pPr>
        <w:jc w:val="right"/>
      </w:pPr>
      <w:r>
        <w:t>کوئی بھی چیز یاد رکھیے، جب تک آپ ریوائیو نہ کریں، وہ ڈیڈ ہو جاتی ہے۔</w:t>
      </w:r>
    </w:p>
    <w:p>
      <w:r>
        <w:rPr>
          <w:b/>
        </w:rPr>
        <w:t xml:space="preserve">[03:52] </w:t>
      </w:r>
      <w:r>
        <w:t>isko alive rakhne ke liye, alive shukr ki spirit ko alive rakhne ke liye zaroori hai ke har din, har din, har din aap koi naya item daryaft karen.</w:t>
      </w:r>
    </w:p>
    <w:p>
      <w:pPr>
        <w:jc w:val="right"/>
      </w:pPr>
      <w:r>
        <w:t>اس کو الائیو رکھنے کے لیے، الائیو شکر کی اسپیٹ کو الائیو رکھنے کے لیے ضروری ہے کہ ہر دن، ہر دن، ہر دن آپ کوئی نیا آئٹم دریافت کریں۔</w:t>
      </w:r>
    </w:p>
    <w:p>
      <w:r>
        <w:rPr>
          <w:b/>
        </w:rPr>
        <w:t xml:space="preserve">[04:08] </w:t>
      </w:r>
      <w:r>
        <w:t>jaise misaal ke taur par dekhiye, Japan mein ek masla hai ke har din ek nayi baat daryaft karo.</w:t>
      </w:r>
    </w:p>
    <w:p>
      <w:pPr>
        <w:jc w:val="right"/>
      </w:pPr>
      <w:r>
        <w:t>جیسے مثال کے طور پر دیکھیے، جاپان میں ایک مسئلہ ہے کہ ہر دن ایک نئی بات دریافت کرو۔</w:t>
      </w:r>
    </w:p>
    <w:p>
      <w:r>
        <w:rPr>
          <w:b/>
        </w:rPr>
        <w:t xml:space="preserve">[04:21] </w:t>
      </w:r>
      <w:r>
        <w:t>har din ek nayi baat daryaft karo. chahe sui ke andar dhaga daalne ka naya method hi kyun na ho.</w:t>
      </w:r>
    </w:p>
    <w:p>
      <w:pPr>
        <w:jc w:val="right"/>
      </w:pPr>
      <w:r>
        <w:t>ہر دن ایک نئی بات دریافت کرو۔ چاہے سوئی کے اندر دھاگہ ڈالنے کا نیا میتھڈ ہی کیوں نہ ہو۔</w:t>
      </w:r>
    </w:p>
    <w:p>
      <w:r>
        <w:rPr>
          <w:b/>
        </w:rPr>
        <w:t xml:space="preserve">[04:36] </w:t>
      </w:r>
      <w:r>
        <w:t>to Japan ek industrial society hai, woh chahte hain ke is is society mein inventive spirit musalsal zinda rahe, zinda rahe, taake unka industrial status baqi rahe.</w:t>
      </w:r>
    </w:p>
    <w:p>
      <w:pPr>
        <w:jc w:val="right"/>
      </w:pPr>
      <w:r>
        <w:t>تو جاپان ایک انڈسٹریل سوسائٹی ہے، وہ چاہتے ہیں کہ اس اس سوسائٹی میں انونٹیو اسپیٹ مسلسل زندہ رہے، زندہ رہے، تاکہ ان کا انڈسٹریل اسٹیٹس باقی رہے۔</w:t>
      </w:r>
    </w:p>
    <w:p>
      <w:r>
        <w:rPr>
          <w:b/>
        </w:rPr>
        <w:t xml:space="preserve">[04:52] </w:t>
      </w:r>
      <w:r>
        <w:t>yeh to material baat hai,</w:t>
      </w:r>
    </w:p>
    <w:p>
      <w:pPr>
        <w:jc w:val="right"/>
      </w:pPr>
      <w:r>
        <w:t>یہ تو مٹیریل بات ہے،</w:t>
      </w:r>
    </w:p>
    <w:p>
      <w:r>
        <w:rPr>
          <w:b/>
        </w:rPr>
        <w:t xml:space="preserve">[04:57] </w:t>
      </w:r>
      <w:r>
        <w:t>lekin Quran ka mauzu hai spirituality.</w:t>
      </w:r>
    </w:p>
    <w:p>
      <w:pPr>
        <w:jc w:val="right"/>
      </w:pPr>
      <w:r>
        <w:t>لیکن قرآن کا موضوع ہے اسپیریچولیٹی۔</w:t>
      </w:r>
    </w:p>
    <w:p>
      <w:r>
        <w:rPr>
          <w:b/>
        </w:rPr>
        <w:t xml:space="preserve">[05:03] </w:t>
      </w:r>
      <w:r>
        <w:t>to Allah Rabb-ul-Alameen ki Rubaniyat ko zinda karna. to agar aap Quran ke ka jo</w:t>
      </w:r>
    </w:p>
    <w:p>
      <w:pPr>
        <w:jc w:val="right"/>
      </w:pPr>
      <w:r>
        <w:t>تو اللہ رب العالمین کی ربانیت کو زندہ کرنا۔ تو اگر آپ قرآن کے کا جو</w:t>
      </w:r>
    </w:p>
    <w:p>
      <w:r>
        <w:rPr>
          <w:b/>
        </w:rPr>
        <w:t xml:space="preserve">[05:18] </w:t>
      </w:r>
      <w:r>
        <w:t>topic hai, Quran ka jo</w:t>
      </w:r>
    </w:p>
    <w:p>
      <w:pPr>
        <w:jc w:val="right"/>
      </w:pPr>
      <w:r>
        <w:t>ٹاپک ہے، قرآن کا جو</w:t>
      </w:r>
    </w:p>
    <w:p>
      <w:r>
        <w:rPr>
          <w:b/>
        </w:rPr>
        <w:t xml:space="preserve">[05:24] </w:t>
      </w:r>
      <w:r>
        <w:t>mauzu hai, usko le kar sochein to Quran yeh chahta hai ke har din, har insaan alag alag koi ek unique daryaft kare,</w:t>
      </w:r>
    </w:p>
    <w:p>
      <w:pPr>
        <w:jc w:val="right"/>
      </w:pPr>
      <w:r>
        <w:t>موضوع ہے، اس کو لے کر سوچیں تو قرآن یہ چاہتا ہے کہ ہر دن، ہر انسان الگ الگ کوئی ایک یونیک دریافت کرے،</w:t>
      </w:r>
    </w:p>
    <w:p>
      <w:r>
        <w:rPr>
          <w:b/>
        </w:rPr>
        <w:t xml:space="preserve">[05:41] </w:t>
      </w:r>
      <w:r>
        <w:t>koi nayi hamd ki ka item, shukr ka item, taake uske andar shukr ki spirit musalsal taur par zinda rahe, zinda rahe, zinda rahe.</w:t>
      </w:r>
    </w:p>
    <w:p>
      <w:pPr>
        <w:jc w:val="right"/>
      </w:pPr>
      <w:r>
        <w:t>کوئی نئی حمد کی کا آئٹم، شکر کا آئٹم، تاکہ اس کے اندر شکر کی اسپیٹ مسلسل طور پر زندہ رہے، زندہ رہے، زندہ رہے۔</w:t>
      </w:r>
    </w:p>
    <w:p>
      <w:r>
        <w:rPr>
          <w:b/>
        </w:rPr>
        <w:t xml:space="preserve">[06:02] </w:t>
      </w:r>
      <w:r>
        <w:t>to main Allah ke fazl se is mamle mein bohat hassas hoon aur mujhe sach much har din yun to Allah ke nematein beshumar hain,</w:t>
      </w:r>
    </w:p>
    <w:p>
      <w:pPr>
        <w:jc w:val="right"/>
      </w:pPr>
      <w:r>
        <w:t>تو میں اللہ کے فضل سے اس معاملے میں بہت حساس ہوں اور مجھے سچ مچ ہر دن یوں تو اللہ کے نعمتیں بے شمار ہیں،</w:t>
      </w:r>
    </w:p>
    <w:p>
      <w:r>
        <w:rPr>
          <w:b/>
        </w:rPr>
        <w:t xml:space="preserve">[06:15] </w:t>
      </w:r>
      <w:r>
        <w:t>sooraj, chand, sitare, hawaein, oxygen, food, yani koi ginti nahi in ki. lekin ek personal shukr aap ko discover karna chahiye ya janwar shukr ko personalize karna chahiye.</w:t>
      </w:r>
    </w:p>
    <w:p>
      <w:pPr>
        <w:jc w:val="right"/>
      </w:pPr>
      <w:r>
        <w:t>سورج، چاند، ستارے، ہوائیں، اکسیجن، فوڈ، یعنی کوئی گنتی نہیں ان کی۔ لیکن ایک پرسنل شکر آپ کو ڈسکور کرنا چاہیے یا جانور شکر کو پرسنلائز کرنا چاہیے۔</w:t>
      </w:r>
    </w:p>
    <w:p>
      <w:r>
        <w:rPr>
          <w:b/>
        </w:rPr>
        <w:t xml:space="preserve">[06:33] </w:t>
      </w:r>
      <w:r>
        <w:t>misalan sooraj nikla to woh sari duniya ke liye nikla. aap yeh sochein ke Allah Rabb-ul-Alameen kitna bada hai ke mere liye nikala sooraj,</w:t>
      </w:r>
    </w:p>
    <w:p>
      <w:pPr>
        <w:jc w:val="right"/>
      </w:pPr>
      <w:r>
        <w:t>مثلاً سورج نکلا تو وہ ساری دنیا کے لیے نکلا۔ آپ یہ سوچیں کہ اللہ رب العالمین کتنا بڑا ہے کہ میرے لیے نکالا سورج،</w:t>
      </w:r>
    </w:p>
    <w:p>
      <w:r>
        <w:rPr>
          <w:b/>
        </w:rPr>
        <w:t xml:space="preserve">[06:47] </w:t>
      </w:r>
      <w:r>
        <w:t>sooraj ko mere liye nikala. is tarah usko personalize kijiye taake aap ke liye woh apna zaati item bane aur shukr ki spirit aap ka to bharpoor zinda rahe.</w:t>
      </w:r>
    </w:p>
    <w:p>
      <w:pPr>
        <w:jc w:val="right"/>
      </w:pPr>
      <w:r>
        <w:t>سورج کو میرے لیے نکالا۔ اس طرح اس کو پرسنلائز کیجئے تاکہ آپ کے لیے وہ اپنا ذاتی آئٹم بنے اور شکر کی اسپیٹ آپ کا تو بھرپور زندہ رہے۔</w:t>
      </w:r>
    </w:p>
    <w:p>
      <w:r>
        <w:rPr>
          <w:b/>
        </w:rPr>
        <w:t xml:space="preserve">[07:02] </w:t>
      </w:r>
      <w:r>
        <w:t>ab main aap ko bataunga ke aaj maine kya discover kiya shukr ka item.</w:t>
      </w:r>
    </w:p>
    <w:p>
      <w:pPr>
        <w:jc w:val="right"/>
      </w:pPr>
      <w:r>
        <w:t>اب میں آپ کو بتاؤں گا کہ آج میں نے کیا ڈسکور کیا شکر کا آئٹم۔</w:t>
      </w:r>
    </w:p>
    <w:p>
      <w:r>
        <w:rPr>
          <w:b/>
        </w:rPr>
        <w:t xml:space="preserve">[07:12] </w:t>
      </w:r>
      <w:r>
        <w:t>aaj bajaye kisi wajah se mera blood pressure kuch thoda sa badh gaya tha, thoda sa.</w:t>
      </w:r>
    </w:p>
    <w:p>
      <w:pPr>
        <w:jc w:val="right"/>
      </w:pPr>
      <w:r>
        <w:t>آج بجائے کسی وجہ سے میرا بلڈ پریشر کچھ تھوڑا سا بڑھ گیا تھا، تھوڑا سا۔</w:t>
      </w:r>
    </w:p>
    <w:p>
      <w:r>
        <w:rPr>
          <w:b/>
        </w:rPr>
        <w:t xml:space="preserve">[07:24] </w:t>
      </w:r>
      <w:r>
        <w:t>to</w:t>
      </w:r>
    </w:p>
    <w:p>
      <w:pPr>
        <w:jc w:val="right"/>
      </w:pPr>
      <w:r>
        <w:t>تو</w:t>
      </w:r>
    </w:p>
    <w:p>
      <w:r>
        <w:rPr>
          <w:b/>
        </w:rPr>
        <w:t xml:space="preserve">[07:29] </w:t>
      </w:r>
      <w:r>
        <w:t>foran mera check kiya gaya stethoscope ke zariye. to jab maloom hua ke thoda sa badha hua hai to foran ek dawa di di aur masha Allah ab mujhe lagta hai ke woh check ho gaya.</w:t>
      </w:r>
    </w:p>
    <w:p>
      <w:pPr>
        <w:jc w:val="right"/>
      </w:pPr>
      <w:r>
        <w:t>فوراً میرا چیک کیا گیا اسٹریٹس کے ذریعے۔ تو جب معلوم ہوا کہ تھوڑا سا بڑھا ہوا ہے تو فوراً ایک دوا دی دی اور ماشاءاللہ اب مجھے لگتا ہے کہ وہ چیک ہو گیا۔</w:t>
      </w:r>
    </w:p>
    <w:p>
      <w:r>
        <w:rPr>
          <w:b/>
        </w:rPr>
        <w:t xml:space="preserve">[07:48] </w:t>
      </w:r>
      <w:r>
        <w:t>to mujhe yaad aaya,</w:t>
      </w:r>
    </w:p>
    <w:p>
      <w:pPr>
        <w:jc w:val="right"/>
      </w:pPr>
      <w:r>
        <w:t>تو مجھے یاد آیا،</w:t>
      </w:r>
    </w:p>
    <w:p>
      <w:r>
        <w:rPr>
          <w:b/>
        </w:rPr>
        <w:t xml:space="preserve">[07:54] </w:t>
      </w:r>
      <w:r>
        <w:t>taqreeban 89 saal years ka purana waqia hai, taqreeban 80, 80, 9 years.</w:t>
      </w:r>
    </w:p>
    <w:p>
      <w:pPr>
        <w:jc w:val="right"/>
      </w:pPr>
      <w:r>
        <w:t>تقریباً 89 سال ایئرز کا پرانا واقعہ ہے، تقریباً 80، 80، 9 ایئرز۔</w:t>
      </w:r>
    </w:p>
    <w:p>
      <w:r>
        <w:rPr>
          <w:b/>
        </w:rPr>
        <w:t xml:space="preserve">[08:10] </w:t>
      </w:r>
      <w:r>
        <w:t>mere jo father the, unka inteqal hua tha 29 December 1929 ko, yani ab se taqreeban 80, 9 years old pehle.</w:t>
      </w:r>
    </w:p>
    <w:p>
      <w:pPr>
        <w:jc w:val="right"/>
      </w:pPr>
      <w:r>
        <w:t>میرے جو فادر تھے، ان کا انتقال ہوا تھا 29 دسمبر 1929 کو، یعنی اب سے تقریباً 80، 9 ایئرز اولڈ پہلے۔</w:t>
      </w:r>
    </w:p>
    <w:p>
      <w:r>
        <w:rPr>
          <w:b/>
        </w:rPr>
        <w:t xml:space="preserve">[08:35] </w:t>
      </w:r>
      <w:r>
        <w:t>to maine socha ke mere baap ka jo inteqal hua tha woh kaise hua tha.</w:t>
      </w:r>
    </w:p>
    <w:p>
      <w:pPr>
        <w:jc w:val="right"/>
      </w:pPr>
      <w:r>
        <w:t>تو میں نے سوچا کہ میرے باپ کا جو انتقال ہوا تھا وہ کیسے ہوا تھا۔</w:t>
      </w:r>
    </w:p>
    <w:p>
      <w:r>
        <w:rPr>
          <w:b/>
        </w:rPr>
        <w:t xml:space="preserve">[08:44] </w:t>
      </w:r>
      <w:r>
        <w:t>yeh us waqt ke zamane mein stethoscope available nahi hua karta tha, bohat pehle ki baat hai yeh, yani 80, 9 years old.</w:t>
      </w:r>
    </w:p>
    <w:p>
      <w:pPr>
        <w:jc w:val="right"/>
      </w:pPr>
      <w:r>
        <w:t>یہ اس وقت کے زمانے میں اسٹریٹسکوپ اویلیبل نہیں ہوا کرتا تھا، بہت پہلے کی بات ہے یہ، یعنی 80، 9 ایئرز اولڈ۔</w:t>
      </w:r>
    </w:p>
    <w:p>
      <w:r>
        <w:rPr>
          <w:b/>
        </w:rPr>
        <w:t xml:space="preserve">[08:59] </w:t>
      </w:r>
      <w:r>
        <w:t>to hamare baap ki yeh jo sardi ka zamana tha, yani December ka, to hamare jo hum par agricultural farm ho raha tha, woh gaon se thoda door tha.</w:t>
      </w:r>
    </w:p>
    <w:p>
      <w:pPr>
        <w:jc w:val="right"/>
      </w:pPr>
      <w:r>
        <w:t>تو ہمارے باپ کی یہ جو سردی کا زمانہ تھا، یعنی دسمبر کا، تو ہمارے جو ہم پر ایگریکلچرل فارم ہو رہا تھا، وہ گاؤں سے تھوڑا دور تھا۔</w:t>
      </w:r>
    </w:p>
    <w:p>
      <w:r>
        <w:rPr>
          <w:b/>
        </w:rPr>
        <w:t xml:space="preserve">[09:18] </w:t>
      </w:r>
      <w:r>
        <w:t>wohan woh jaya karte the, daily jahan woh rehte the, us se thoda door tha, zyada door nahi, shayad ek kilometer door hoga.</w:t>
      </w:r>
    </w:p>
    <w:p>
      <w:pPr>
        <w:jc w:val="right"/>
      </w:pPr>
      <w:r>
        <w:t>وہاں وہ جایا کرتے تھے، ڈیلی جہاں وہ رہتے تھے، اس سے تھوڑا دور تھا، زیادہ دور نہیں، شاید ایک کلومیٹر دور ہوگا۔</w:t>
      </w:r>
    </w:p>
    <w:p>
      <w:r>
        <w:rPr>
          <w:b/>
        </w:rPr>
        <w:t xml:space="preserve">[09:34] </w:t>
      </w:r>
      <w:r>
        <w:t>to apne mamool ke mutabiq woh chale gaye jabke unki tabiyat kuch theek nahi thi.</w:t>
      </w:r>
    </w:p>
    <w:p>
      <w:pPr>
        <w:jc w:val="right"/>
      </w:pPr>
      <w:r>
        <w:t>تو اپنے معمول کے مطابق وہ چلے گئے جبکہ ان کی طبیعت کچھ ٹھیک نہیں تھی۔</w:t>
      </w:r>
    </w:p>
    <w:p>
      <w:r>
        <w:rPr>
          <w:b/>
        </w:rPr>
        <w:t xml:space="preserve">[09:45] </w:t>
      </w:r>
      <w:r>
        <w:t>aur isi raat ko un ki death ho gayi kyunke thand zyada thi, december ka mahina tha.</w:t>
      </w:r>
    </w:p>
    <w:p>
      <w:pPr>
        <w:jc w:val="right"/>
      </w:pPr>
      <w:r>
        <w:t>اور اسی رات کو ان کی ڈیتھ ہو گئی کیونکہ ٹھنڈ زیادہ تھی، دسمبر کا مہینہ تھا۔</w:t>
      </w:r>
    </w:p>
    <w:p>
      <w:r>
        <w:rPr>
          <w:b/>
        </w:rPr>
        <w:t xml:space="preserve">[09:56] </w:t>
      </w:r>
      <w:r>
        <w:t>to blood pressure badh gaya, rastay mein un ki tabiyat bigar gayi. achaanak woh gir paray, woh chaltay huay, yaani paidal janay ka rasta tha, woh aaj kal ki tarah sawariyan nahi theen.</w:t>
      </w:r>
    </w:p>
    <w:p>
      <w:pPr>
        <w:jc w:val="right"/>
      </w:pPr>
      <w:r>
        <w:t>تو بلڈ پریشر بڑھ گیا، راستے میں ان کی طبیعت بگڑ گئی۔ اچانک وہ گر پڑے، وہ چلتے ہوئے، یعنی پیدل جانے کا راستہ تھا، وہ آج کل کی طرح سواریاں نہیں تھیں۔</w:t>
      </w:r>
    </w:p>
    <w:p>
      <w:r>
        <w:rPr>
          <w:b/>
        </w:rPr>
        <w:t xml:space="preserve">[10:11] </w:t>
      </w:r>
      <w:r>
        <w:t>to woh gir paray. to hamara jo kaam karnay walay log thay, is mein aik tha buttki, woh dalit tha, woh buttki.</w:t>
      </w:r>
    </w:p>
    <w:p>
      <w:pPr>
        <w:jc w:val="right"/>
      </w:pPr>
      <w:r>
        <w:t>تو وہ گر پڑے۔ تو ہمارا جو کام کرنے والے لوگ تھے، اس میں ایک تھا بٹکی، وہ دلت تھا، وہ بٹکی۔</w:t>
      </w:r>
    </w:p>
    <w:p>
      <w:r>
        <w:rPr>
          <w:b/>
        </w:rPr>
        <w:t xml:space="preserve">[10:27] </w:t>
      </w:r>
      <w:r>
        <w:t>to aap woh saath saath chal raha tha. to us nay awaaz diya apni zabaan mein, "chacha gir paray, chacha gir paray".</w:t>
      </w:r>
    </w:p>
    <w:p>
      <w:pPr>
        <w:jc w:val="right"/>
      </w:pPr>
      <w:r>
        <w:t>تو آپ وہ ساتھ ساتھ چل رہا تھا۔ تو اس نے آواز دیا اپنی زبان میں، "چاچا گر پڑ لیں، چاچا گر پڑ لیں"۔</w:t>
      </w:r>
    </w:p>
    <w:p>
      <w:r>
        <w:rPr>
          <w:b/>
        </w:rPr>
        <w:t xml:space="preserve">[10:41] </w:t>
      </w:r>
      <w:r>
        <w:t>yaani hamaray baap ko woh log chacha kehtay thay, yaani chacha ke chacha gir paray, chacha gir paray.</w:t>
      </w:r>
    </w:p>
    <w:p>
      <w:pPr>
        <w:jc w:val="right"/>
      </w:pPr>
      <w:r>
        <w:t>یعنی ہمارے باپ کو وہ لوگ چاچا کہتے تھے، یعنی چچا کہ چچا گر پڑے، چچا گر پڑے۔</w:t>
      </w:r>
    </w:p>
    <w:p>
      <w:r>
        <w:rPr>
          <w:b/>
        </w:rPr>
        <w:t xml:space="preserve">[10:51] </w:t>
      </w:r>
      <w:r>
        <w:t>to logon nay jaldi say charpai mangwai aur un ko is mein litaya aur utha kar le aaye, yaani gaon mein jahan hum log rehtay thay.</w:t>
      </w:r>
    </w:p>
    <w:p>
      <w:pPr>
        <w:jc w:val="right"/>
      </w:pPr>
      <w:r>
        <w:t>تو لوگوں نے جلدی سے چارپائی منگوائی اور ان کو اس میں لٹایا اور اٹھا کر لے آئے، یعنی گاؤں میں جہاں ہم لوگ رہتے تھے۔</w:t>
      </w:r>
    </w:p>
    <w:p>
      <w:r>
        <w:rPr>
          <w:b/>
        </w:rPr>
        <w:t xml:space="preserve">[11:07] </w:t>
      </w:r>
      <w:r>
        <w:t>to lekin woh is zamanay mein hum logon nay kaha ke yeh falij hua hai, ab hum jantay hain ke woh blood pressure badh gaya tha.</w:t>
      </w:r>
    </w:p>
    <w:p>
      <w:pPr>
        <w:jc w:val="right"/>
      </w:pPr>
      <w:r>
        <w:t>تو لیکن وہ اس زمانے میں ہم لوگوں نے کہا کہ یہ فالج ہوا ہے، اب ہم جانتے ہیں کہ وہ بلڈ پریشر بڑھ گیا تھا۔</w:t>
      </w:r>
    </w:p>
    <w:p>
      <w:r>
        <w:rPr>
          <w:b/>
        </w:rPr>
        <w:t xml:space="preserve">[11:19] </w:t>
      </w:r>
      <w:r>
        <w:t>to isi waqt, isi raat ko un ka intaqal ho gaya. to mein nay socha ke mujhe blood pressure barha to foran detect ho gaya stethoscope ke zariye se.</w:t>
      </w:r>
    </w:p>
    <w:p>
      <w:pPr>
        <w:jc w:val="right"/>
      </w:pPr>
      <w:r>
        <w:t>تو اسی وقت، اسی رات کو ان کا انتقال ہو گیا۔ تو میں نے سوچا کہ مجھے بلڈ پریشر بڑھا تو فوراً ڈیٹیکٹ ہو گیا اسٹریٹسکوپ کے ذریعے سے۔</w:t>
      </w:r>
    </w:p>
    <w:p>
      <w:r>
        <w:rPr>
          <w:b/>
        </w:rPr>
        <w:t xml:space="preserve">[11:36] </w:t>
      </w:r>
      <w:r>
        <w:t>is zamanay mein detect nahi hua, pata nahi chala un ko ke kya hai. yeh na dawa available thi, na yeh aalat available thay ke jo batayein ke blood pressure badh gaya hai.</w:t>
      </w:r>
    </w:p>
    <w:p>
      <w:pPr>
        <w:jc w:val="right"/>
      </w:pPr>
      <w:r>
        <w:t>اس زمانے میں ڈیٹیکٹ نہیں ہوا، پتہ نہیں چلا ان کو کہ کیا ہے۔ یہ نہ دوا اویلیبل تھی، نہ یہ آلات اویلیبل تھے کہ جو بتائیں کہ بلڈ پریشر بڑھ گیا ہے۔</w:t>
      </w:r>
    </w:p>
    <w:p>
      <w:r>
        <w:rPr>
          <w:b/>
        </w:rPr>
        <w:t xml:space="preserve">[11:53] </w:t>
      </w:r>
      <w:r>
        <w:t>to aik mujhe laga ke kitna bara yeh shukr ka item hai meray liye ke meray baap ke zamanay mein jo technique available nahi thi, usi mein un ki death ho gayi.</w:t>
      </w:r>
    </w:p>
    <w:p>
      <w:pPr>
        <w:jc w:val="right"/>
      </w:pPr>
      <w:r>
        <w:t>تو ایک مجھے لگا کہ کتنا بڑا یہ شکر کا آئٹم ہے میرے لیے کہ میرے باپ کے زمانے میں جو ٹیکنیک اویلیبل نہیں تھی، اسی میں ان کی ڈیتھ ہو گئی۔</w:t>
      </w:r>
    </w:p>
    <w:p>
      <w:r>
        <w:rPr>
          <w:b/>
        </w:rPr>
        <w:t xml:space="preserve">[12:05] </w:t>
      </w:r>
      <w:r>
        <w:t>aaj woh technique available hai</w:t>
      </w:r>
    </w:p>
    <w:p>
      <w:pPr>
        <w:jc w:val="right"/>
      </w:pPr>
      <w:r>
        <w:t>آج وہ ٹیکنیک اویلیبل ہے</w:t>
      </w:r>
    </w:p>
    <w:p>
      <w:r>
        <w:rPr>
          <w:b/>
        </w:rPr>
        <w:t xml:space="preserve">[12:12] </w:t>
      </w:r>
      <w:r>
        <w:t>aur foran maloom hoga, foran dawa de di gayi, foran masha Allah check bhi ho gaya. ab mein apna kaam mein kar raha hoon.</w:t>
      </w:r>
    </w:p>
    <w:p>
      <w:pPr>
        <w:jc w:val="right"/>
      </w:pPr>
      <w:r>
        <w:t>اور فوراً معلوم ہوگا، فوراً دوا دے دی گئی، فوراً ماشاءاللہ چیک بھی ہو گیا۔ اب میں اپنا کام میں کر رہا ہوں۔</w:t>
      </w:r>
    </w:p>
    <w:p>
      <w:r>
        <w:rPr>
          <w:b/>
        </w:rPr>
        <w:t xml:space="preserve">[12:23] </w:t>
      </w:r>
      <w:r>
        <w:t>phir dekhiye, is mein aur bhi baat hai ke yeh blood pressure ka jo nazariya hai aur us ko pata karnay ka jo stethoscope hai, yeh yeh saada baat nahi hai.</w:t>
      </w:r>
    </w:p>
    <w:p>
      <w:pPr>
        <w:jc w:val="right"/>
      </w:pPr>
      <w:r>
        <w:t>پھر دیکھیے، اس میں اور بھی بات ہے کہ یہ بلڈ پریشر کا جو نظریہ ہے اور اس کو پتہ کرنے کا جو اسٹریٹسکوپ ہے، یہ یہ سادہ بات نہیں ہے۔</w:t>
      </w:r>
    </w:p>
    <w:p>
      <w:r>
        <w:rPr>
          <w:b/>
        </w:rPr>
        <w:t xml:space="preserve">[12:43] </w:t>
      </w:r>
      <w:r>
        <w:t>aik poori insaniyat nay research kiya, research kiya, research kiya. hazaron log is mein involve thay.</w:t>
      </w:r>
    </w:p>
    <w:p>
      <w:pPr>
        <w:jc w:val="right"/>
      </w:pPr>
      <w:r>
        <w:t>ایک پوری انسانیت نے ریسرچ کیا، ریسرچ کیا، ریسرچ کیا۔ ہزاروں لوگ اس میں انوالو تھے۔</w:t>
      </w:r>
    </w:p>
    <w:p>
      <w:r>
        <w:rPr>
          <w:b/>
        </w:rPr>
        <w:t xml:space="preserve">[12:53] </w:t>
      </w:r>
      <w:r>
        <w:t>research kartay kartay yeh pata chala ke blood pressure koi cheez hai. phir unhonay stethoscope banaya ke us ko detect kaise kiya jaye, kiya jaye.</w:t>
      </w:r>
    </w:p>
    <w:p>
      <w:pPr>
        <w:jc w:val="right"/>
      </w:pPr>
      <w:r>
        <w:t>ریسرچ کرتے کرتے یہ پتہ چلا کہ بلڈ پریشر کوئی چیز ہے۔ پھر انہوں نے اسٹریٹسکوپ بنایا کہ اس کو ڈیٹیکٹ کیسے کیا جائے، کیا جائے۔</w:t>
      </w:r>
    </w:p>
    <w:p>
      <w:r>
        <w:rPr>
          <w:b/>
        </w:rPr>
        <w:t xml:space="preserve">[13:04] </w:t>
      </w:r>
      <w:r>
        <w:t>phir dawa banai to aik poori civilization is mein involve hui, poori civilization, poori university involve hui.</w:t>
      </w:r>
    </w:p>
    <w:p>
      <w:pPr>
        <w:jc w:val="right"/>
      </w:pPr>
      <w:r>
        <w:t>پھر دوا بنائی تو ایک پوری سویلائزیشن اس میں انوالو ہوئی، پوری سویلائزیشن، پوری یونیورسٹی انوالو ہوئی۔</w:t>
      </w:r>
    </w:p>
    <w:p>
      <w:r>
        <w:rPr>
          <w:b/>
        </w:rPr>
        <w:t xml:space="preserve">[13:18] </w:t>
      </w:r>
      <w:r>
        <w:t>tab us nay yeh sab baatein daryaft karein, tab yeh possible hua ke jo cheez meray baap ko</w:t>
      </w:r>
    </w:p>
    <w:p>
      <w:pPr>
        <w:jc w:val="right"/>
      </w:pPr>
      <w:r>
        <w:t>تب اس نے یہ سب باتیں دریافت کیں، تب یہ پاسیبل ہوا کہ جو چیز میرے باپ کو</w:t>
      </w:r>
    </w:p>
    <w:p>
      <w:r>
        <w:rPr>
          <w:b/>
        </w:rPr>
        <w:t xml:space="preserve">[13:27] </w:t>
      </w:r>
      <w:r>
        <w:t>available nahi thi, woh aaj aik common insan ko available ho gayi. to is ka matlab kya hai? is ka matlab hai ke mein nay sirf Allah ke shukr ko daryaft nahi kiya,</w:t>
      </w:r>
    </w:p>
    <w:p>
      <w:pPr>
        <w:jc w:val="right"/>
      </w:pPr>
      <w:r>
        <w:t>اویلیبل نہیں تھی، وہ آج ایک کامن انسان کو اویلیبل ہو گئی۔ تو اس کا معنی کیا ہے؟ اس کا معنی ہے کہ میں نے صرف اللہ کے شکری کو دریافت نہیں کیا،</w:t>
      </w:r>
    </w:p>
    <w:p>
      <w:r>
        <w:rPr>
          <w:b/>
        </w:rPr>
        <w:t xml:space="preserve">[13:42] </w:t>
      </w:r>
      <w:r>
        <w:t>sari insaniyat ke shaoor ko daryaft kiya. sari insaniyat, poori civilization lagay huay thay, lagay huay thay, lagay huay thay yahan tak ke unhonay yeh sab baat daryaft ki aur meray liye foran is ki medicine maloom ho gayi.</w:t>
      </w:r>
    </w:p>
    <w:p>
      <w:pPr>
        <w:jc w:val="right"/>
      </w:pPr>
      <w:r>
        <w:t>ساری انسانیت کے شعور کو دریافت کیا۔ ساری انسانیت، پوری سویلائزیشن لگے ہوئے تھے، لگے ہوئے تھے، لگے ہوئے تھے یہاں تک کہ انہوں نے یہ سب بات دریافت کی اور میرے لیے فل فور اس کی میڈیسن معلوم ہو گئی۔</w:t>
      </w:r>
    </w:p>
    <w:p>
      <w:r>
        <w:rPr>
          <w:b/>
        </w:rPr>
        <w:t xml:space="preserve">[14:02] </w:t>
      </w:r>
      <w:r>
        <w:t>ab ghore kijiye, is ka yeh jo alhamdulillah ki aspect hai, is ka kya matlab nikla?</w:t>
      </w:r>
    </w:p>
    <w:p>
      <w:pPr>
        <w:jc w:val="right"/>
      </w:pPr>
      <w:r>
        <w:t>اب غور کیجئے، اس کا یہ جو الحمد کی اسپیٹ ہے، اس کا کیا مطلب نکلا؟</w:t>
      </w:r>
    </w:p>
    <w:p>
      <w:r>
        <w:rPr>
          <w:b/>
        </w:rPr>
        <w:t xml:space="preserve">[14:12] </w:t>
      </w:r>
      <w:r>
        <w:t>alhamdulillah ki aspect ka matlab yeh hai ke aap nay aik taraf apnay khalq ka, aap nay creator ka</w:t>
      </w:r>
    </w:p>
    <w:p>
      <w:pPr>
        <w:jc w:val="right"/>
      </w:pPr>
      <w:r>
        <w:t>الحمد کی اسپیٹ کا مطلب یہ ہے کہ آپ نے ایک طرف اپنے خالق کا، آپ نے کریٹر کا</w:t>
      </w:r>
    </w:p>
    <w:p>
      <w:r>
        <w:rPr>
          <w:b/>
        </w:rPr>
        <w:t xml:space="preserve">[14:22] </w:t>
      </w:r>
      <w:r>
        <w:t>ki glory daryaft ki, us ka azmat daryaft ki, us ke liye shaoor ki aspect apni taraf paida ki aur sath sath saray insanon ke liye shukr, saray insanon ke liye shukr.</w:t>
      </w:r>
    </w:p>
    <w:p>
      <w:pPr>
        <w:jc w:val="right"/>
      </w:pPr>
      <w:r>
        <w:t>کی گلیوری دریافت کی، اس کا عظمت دریافت کی، اس کے لیے شعور کی اسپیٹ اپنی طرف پیدا کی اور ساتھ ساتھ سارے انسانوں کے لیے شکر، سارے انسانوں کے لیے شکر۔</w:t>
      </w:r>
    </w:p>
    <w:p>
      <w:r>
        <w:rPr>
          <w:b/>
        </w:rPr>
        <w:t xml:space="preserve">[14:37] </w:t>
      </w:r>
      <w:r>
        <w:t>kyunke saray insanon nay woh technology daryaft ki, nature mein chupi hui, chupi hui woh technique daryaft ki, tab to yeh maloom hua.</w:t>
      </w:r>
    </w:p>
    <w:p>
      <w:pPr>
        <w:jc w:val="right"/>
      </w:pPr>
      <w:r>
        <w:t>کیونکہ سارے انسانوں نے وہ ٹیکنالوجی دریافت کی، نیچر میں چھپی ہوئی، چھپی ہوئی وہ ٹیکنیک دریافت کی، تب تو یہ معلوم ہوا۔</w:t>
      </w:r>
    </w:p>
    <w:p>
      <w:r>
        <w:rPr>
          <w:b/>
        </w:rPr>
        <w:t xml:space="preserve">[14:49] </w:t>
      </w:r>
      <w:r>
        <w:t>yeh sab baatein hain.</w:t>
      </w:r>
    </w:p>
    <w:p>
      <w:pPr>
        <w:jc w:val="right"/>
      </w:pPr>
      <w:r>
        <w:t>یہ سب باتیں ہیں۔</w:t>
      </w:r>
    </w:p>
    <w:p>
      <w:r>
        <w:rPr>
          <w:b/>
        </w:rPr>
        <w:t xml:space="preserve">[14:52] </w:t>
      </w:r>
      <w:r>
        <w:t>to agar yeh isi liye kaha gaya hai hadith mein: "man lam yashkur al-nas lam yashkur Allah". "man lam yashkur al-nas lam yashkur Allah".</w:t>
      </w:r>
    </w:p>
    <w:p>
      <w:pPr>
        <w:jc w:val="right"/>
      </w:pPr>
      <w:r>
        <w:t>تو اگر یہ اسی لیے کہا گیا ہے حدیث میں: "من لم یشکر الناس لم یشکر اللہ"۔ "من لم یشکر الناس لم یشکر اللہ"۔</w:t>
      </w:r>
    </w:p>
    <w:p>
      <w:r>
        <w:rPr>
          <w:b/>
        </w:rPr>
        <w:t xml:space="preserve">[15:06] </w:t>
      </w:r>
      <w:r>
        <w:t>jo insaan ka shukr nahi karega, woh Allah ka shukr bhi nahi karega. yaani jab mein yeh daryaft karoon ke saari insaniyat mere liye kaam kar rahi thi,</w:t>
      </w:r>
    </w:p>
    <w:p>
      <w:pPr>
        <w:jc w:val="right"/>
      </w:pPr>
      <w:r>
        <w:t>جو انسان کا شکر نہیں کرے گا، وہ اللہ کا شکر بھی نہیں کرے گا۔ یعنی جب میں یہ دریافت کروں کہ ساری انسانیت میرے لیے کام کر رہی تھی،</w:t>
      </w:r>
    </w:p>
    <w:p>
      <w:r>
        <w:rPr>
          <w:b/>
        </w:rPr>
        <w:t xml:space="preserve">[15:21] </w:t>
      </w:r>
      <w:r>
        <w:t>tab ja kar mujhe yeh facility mili, to insaan ka aaj shukr aaye ga. to phir yeh hogi ke yeh saari cheez kis ne paida ki?</w:t>
      </w:r>
    </w:p>
    <w:p>
      <w:pPr>
        <w:jc w:val="right"/>
      </w:pPr>
      <w:r>
        <w:t>تب جا کر مجھے یہ فیسلیٹی ملی، تو انسان کا آج شکر آئے گا۔ تو پھر یہ ہوگی کہ یہ ساری چیز کس نے پیدا کی؟</w:t>
      </w:r>
    </w:p>
    <w:p>
      <w:r>
        <w:rPr>
          <w:b/>
        </w:rPr>
        <w:t xml:space="preserve">[15:31] </w:t>
      </w:r>
      <w:r>
        <w:t>kon is ka khaliq hai? to jis ne is Allah, jis ne is is jo technology thi nature mein, jis ne nature ki is technology ko discover kiya,</w:t>
      </w:r>
    </w:p>
    <w:p>
      <w:pPr>
        <w:jc w:val="right"/>
      </w:pPr>
      <w:r>
        <w:t>کون اس کا خالق ہے؟ تو جس نے اس اللہ، جس نے اس اس جو ٹیکنالوجی تھی نیچر میں، جس نے نیچر کی اس ٹیکنالوجی کو ڈسکور کیا،</w:t>
      </w:r>
    </w:p>
    <w:p>
      <w:r>
        <w:rPr>
          <w:b/>
        </w:rPr>
        <w:t xml:space="preserve">[15:51] </w:t>
      </w:r>
      <w:r>
        <w:t>to ek hai nature ko discover karne wala, ek hai is ka khaliq. discover kiya insaan ne, lekin is ko create kiya Khuda aur Khaliq ne.</w:t>
      </w:r>
    </w:p>
    <w:p>
      <w:pPr>
        <w:jc w:val="right"/>
      </w:pPr>
      <w:r>
        <w:t>تو ایک ہے نیچر کو ڈسکور کرنے والا، ایک ہے اس کا خالق۔ ڈسکور کیا انسان نے، لیکن اس کو کریٹ کیا خدا اور خالق نے۔</w:t>
      </w:r>
    </w:p>
    <w:p>
      <w:r>
        <w:rPr>
          <w:b/>
        </w:rPr>
        <w:t xml:space="preserve">[16:02] </w:t>
      </w:r>
      <w:r>
        <w:t>to jab aap insaan ke contribution ko daryaft karenge, tab aap Khaliq ke takhleeq ko daryaft karenge.</w:t>
      </w:r>
    </w:p>
    <w:p>
      <w:pPr>
        <w:jc w:val="right"/>
      </w:pPr>
      <w:r>
        <w:t>تو جب آپ انسان کے کنٹریبیوشن کو دریافت کریں گے، تب آپ خالق کے تخلیق کو دریافت کریں گے۔</w:t>
      </w:r>
    </w:p>
    <w:p>
      <w:r>
        <w:rPr>
          <w:b/>
        </w:rPr>
        <w:t xml:space="preserve">[16:13] </w:t>
      </w:r>
      <w:r>
        <w:t>ab ghore kijiye ke is tarah se aap duniya mein jiyen to aap ke andar hate nahi aayega, hate nahi hoga, kisi ko aap dushman nahi samjhenge, kisi se aap ko nafrat nahi hogi, sab aap ko apne dikhai padenge.</w:t>
      </w:r>
    </w:p>
    <w:p>
      <w:pPr>
        <w:jc w:val="right"/>
      </w:pPr>
      <w:r>
        <w:t>اب غور کیجئے کہ اس طرح سے آپ دنیا میں جئیں تو آپ کے اندر ہیٹ نہیں آئے گا، ہیٹ نہیں ہوگا، کسی کو آپ دشمن نہیں سمجھیں گے، کسی سے آپ کو نفرت نہیں ہوگی، سب آپ کو اپنے دکھائی پڑیں گے۔</w:t>
      </w:r>
    </w:p>
    <w:p>
      <w:r>
        <w:rPr>
          <w:b/>
        </w:rPr>
        <w:t xml:space="preserve">[16:29] </w:t>
      </w:r>
      <w:r>
        <w:t>yeh hai Quran. log samajhte hain Quran logon ko pathar maarna sikhaata hai, sikhaata hai bomb maarna sikhaata hai, nafrat karna sikhaata hai.</w:t>
      </w:r>
    </w:p>
    <w:p>
      <w:pPr>
        <w:jc w:val="right"/>
      </w:pPr>
      <w:r>
        <w:t>یہ ہے قرآن۔ لوگ سمجھتے ہیں قرآن لوگوں کو پتھر مارنا سکھاتا ہے، سکھاتا ہے بم مارنا سکھاتا ہے، نفرت کرنا سکھاتا ہے۔</w:t>
      </w:r>
    </w:p>
    <w:p>
      <w:r>
        <w:rPr>
          <w:b/>
        </w:rPr>
        <w:t xml:space="preserve">[16:42] </w:t>
      </w:r>
      <w:r>
        <w:t>wahan par maamla ulta hai. Quran sikhaata hai ke insaan se mohabbat karo, insaan ko pathar mat maaro, phool barsao,</w:t>
      </w:r>
    </w:p>
    <w:p>
      <w:pPr>
        <w:jc w:val="right"/>
      </w:pPr>
      <w:r>
        <w:t>وہاں پر معاملہ الٹا ہے۔ قرآن سکھاتا ہے کہ انسان سے محبت کرو، انسان کو پتھر مت مارو، پھول برساؤ،</w:t>
      </w:r>
    </w:p>
    <w:p>
      <w:r>
        <w:rPr>
          <w:b/>
        </w:rPr>
        <w:t xml:space="preserve">[16:55] </w:t>
      </w:r>
      <w:r>
        <w:t>insaan ko dushman na samjho, apna benefactor samjho. yeh hai Quran.</w:t>
      </w:r>
    </w:p>
    <w:p>
      <w:pPr>
        <w:jc w:val="right"/>
      </w:pPr>
      <w:r>
        <w:t>انسان کو دشمن نہ سمجھو، اپنا بینیفیکٹر سمجھو۔ یہ ہے قرآن۔</w:t>
      </w:r>
    </w:p>
    <w:p>
      <w:r>
        <w:rPr>
          <w:b/>
        </w:rPr>
        <w:t xml:space="preserve">[17:07] </w:t>
      </w:r>
      <w:r>
        <w:t>to Quran ko bahut se log kehte hain: "Quran phailao, Quran karo", lekin khud unhone Quran ko discover nahi kiya.</w:t>
      </w:r>
    </w:p>
    <w:p>
      <w:pPr>
        <w:jc w:val="right"/>
      </w:pPr>
      <w:r>
        <w:t>تو قرآن کو بہت سے لوگ کہتے ہیں: "قرآن پھیلاؤ، قرآن کرو"، لیکن خود انہوں نے قرآن کو ڈسکور نہیں کیا۔</w:t>
      </w:r>
    </w:p>
    <w:p>
      <w:r>
        <w:rPr>
          <w:b/>
        </w:rPr>
        <w:t xml:space="preserve">[17:17] </w:t>
      </w:r>
      <w:r>
        <w:t>jo Quran Quran karte hain, woh khud unhone discover nahi kiya ke Quran kya cheez hai. isi liye woh spirit dekhte hain, aap woh spirit nahi dekhte.</w:t>
      </w:r>
    </w:p>
    <w:p>
      <w:pPr>
        <w:jc w:val="right"/>
      </w:pPr>
      <w:r>
        <w:t>جو قرآن قرآن کرتے ہیں، وہ خود انہوں نے ڈسکور نہیں کیا کہ قرآن کیا چیز ہے۔ اسی لیے وہ اسپیٹ دیکھتے ہیں، آپ وہ اسپیٹ نہیں دیکھتے۔</w:t>
      </w:r>
    </w:p>
    <w:p>
      <w:r>
        <w:rPr>
          <w:b/>
        </w:rPr>
        <w:t xml:space="preserve">[17:27] </w:t>
      </w:r>
      <w:r>
        <w:t>aap to hamara jo mission hai, woh isi spirit of Quran ko zinda karna hai.</w:t>
      </w:r>
    </w:p>
    <w:p>
      <w:pPr>
        <w:jc w:val="right"/>
      </w:pPr>
      <w:r>
        <w:t>آپ تو ہمارا جو مشن ہے، وہ اسی اسپیٹ آف قرآن کو زندہ کرنا ہے۔</w:t>
      </w:r>
    </w:p>
    <w:p>
      <w:r>
        <w:rPr>
          <w:b/>
        </w:rPr>
        <w:t xml:space="preserve">[17:36] </w:t>
      </w:r>
      <w:r>
        <w:t>hamara jo mission hai, woh isi spirit ko, isi spirit of Quran ko zinda karna hai. is ko Quran mein kaha gaya hai: "kon rabbaniyeen".</w:t>
      </w:r>
    </w:p>
    <w:p>
      <w:pPr>
        <w:jc w:val="right"/>
      </w:pPr>
      <w:r>
        <w:t>ہمارا جو مشن ہے، وہ اسی اسپیٹ کو، اسی اسپیٹ آف قرآن کو زندہ کرنا ہے۔ اس کو قرآن میں کہا گیا ہے: "کون ربانین"۔</w:t>
      </w:r>
    </w:p>
    <w:p>
      <w:r>
        <w:rPr>
          <w:b/>
        </w:rPr>
        <w:t xml:space="preserve">[17:48] </w:t>
      </w:r>
      <w:r>
        <w:t>Quran mein kaha gaya hai ke "kon rabbaniyeen", yaani rabbani bano. rabbani hone ka kya matlab hua? Rabb ka shukr ada karne wale bano,</w:t>
      </w:r>
    </w:p>
    <w:p>
      <w:pPr>
        <w:jc w:val="right"/>
      </w:pPr>
      <w:r>
        <w:t>قرآن میں کہا گیا ہے کہ "کون ربانین"، یعنی ربانی بنو۔ ربانی ہونے کا کیا مطلب ہوا؟ رب کا شکر ادا کرنے والے بنو،</w:t>
      </w:r>
    </w:p>
    <w:p>
      <w:r>
        <w:rPr>
          <w:b/>
        </w:rPr>
        <w:t xml:space="preserve">[18:01] </w:t>
      </w:r>
      <w:r>
        <w:t>Alhamdulillah ki spirit mein jeene wale bano. to is mein dono cheezein aa gayeen: apne Rabb ka shukr karne wale bano, phir saath saath insaan ka shukr karne wale bano.</w:t>
      </w:r>
    </w:p>
    <w:p>
      <w:pPr>
        <w:jc w:val="right"/>
      </w:pPr>
      <w:r>
        <w:t>الحمد کی اسپیٹ میں جینے والے بنو۔ تو اس میں دونوں چیزیں آ گئیں: اپنے رب کا شکر کرنے والے بنو، پھر ساتھ ساتھ انسان کا شعور کرنے والے بنو۔</w:t>
      </w:r>
    </w:p>
    <w:p>
      <w:r>
        <w:rPr>
          <w:b/>
        </w:rPr>
        <w:t xml:space="preserve">[18:16] </w:t>
      </w:r>
      <w:r>
        <w:t>aap ghore kijiye, is mein kya cheez reh gayi? tamam achhi cheezein aa gayeen is ke andar.</w:t>
      </w:r>
    </w:p>
    <w:p>
      <w:pPr>
        <w:jc w:val="right"/>
      </w:pPr>
      <w:r>
        <w:t>آپ غور کیجئے، اس میں کیا چیز رہ گئی؟ تمام اچھی چیزیں آ گئیں اس کے اندر۔</w:t>
      </w:r>
    </w:p>
    <w:p>
      <w:r>
        <w:rPr>
          <w:b/>
        </w:rPr>
        <w:t xml:space="preserve">[18:28] </w:t>
      </w:r>
      <w:r>
        <w:t>to jab hum kehte hain ke Quran ko phailao, Quran ko phailao, to is ka matlab kya hota hai? duniya ko batao ke Islam pathar maarne ka naam nahi hai,</w:t>
      </w:r>
    </w:p>
    <w:p>
      <w:pPr>
        <w:jc w:val="right"/>
      </w:pPr>
      <w:r>
        <w:t>تو جب ہم کہتے ہیں کہ قرآن کو پھیلاؤ، قرآن کو پھیلاؤ، تو اس کا مطلب کیا ہوتا ہے؟ دنیا کو بتاؤ کہ اسلام پتھر مارنے کا نام نہیں ہے،</w:t>
      </w:r>
    </w:p>
    <w:p>
      <w:r>
        <w:rPr>
          <w:b/>
        </w:rPr>
        <w:t xml:space="preserve">[18:42] </w:t>
      </w:r>
      <w:r>
        <w:t>Islam Alhamdulillah ki spirit zinda karne ka naam hai, Islam nafrat karne ka naam nahi hai, aur rabbania mein jeene ka naam hai.</w:t>
      </w:r>
    </w:p>
    <w:p>
      <w:pPr>
        <w:jc w:val="right"/>
      </w:pPr>
      <w:r>
        <w:t>اسلام الحمد کی اسپیٹ زندہ کرنے کا نام ہے، اسلام نفرت کرنے کا نام نہیں ہے، اور ربانیہ میں جینے کا نام ہے۔</w:t>
      </w:r>
    </w:p>
    <w:p>
      <w:r>
        <w:rPr>
          <w:b/>
        </w:rPr>
        <w:t xml:space="preserve">[18:53] </w:t>
      </w:r>
      <w:r>
        <w:t>Islam doosron ko qadar karne ka naam nahi hai, doosron ko zindagi dene ka naam hai. yeh matlab is ayat ka: is ko padhiye to aap "manaya aya al-nas jamee'an qadar man qadar nafs bighair nafs fikran qadar nazmiya".</w:t>
      </w:r>
    </w:p>
    <w:p>
      <w:pPr>
        <w:jc w:val="right"/>
      </w:pPr>
      <w:r>
        <w:t>اسلام دوسروں کو قدر کرنے کا نام نہیں ہے، دوسروں کو زندگی کر دینے کا نام ہے۔ یہ مطلب اس آیت کا: اس کو پڑھیے تو آپ "منایا ایا الناس جمیع قدر من قدر نفس بغیر نفس فکرن قدر نازمیہ"۔</w:t>
      </w:r>
    </w:p>
    <w:p>
      <w:r>
        <w:rPr>
          <w:b/>
        </w:rPr>
        <w:t xml:space="preserve">[19:14] </w:t>
      </w:r>
      <w:r>
        <w:t>woh ayat padhiye, is ka tarjuma padhiye: "innahu man qatala nafsan bighair nafs aw fasadin fil-ardh fakanama qatala al-nas jamee'an wa man ahya".</w:t>
      </w:r>
    </w:p>
    <w:p>
      <w:pPr>
        <w:jc w:val="right"/>
      </w:pPr>
      <w:r>
        <w:t>وہ آیت پڑھیے، اس کا ترجمہ پڑھیے: "انہ من قتل نفس بغیر نفس او فساد فی الارض فکان قتل الناس جمیعا ومن احیا"۔</w:t>
      </w:r>
    </w:p>
    <w:p>
      <w:r>
        <w:rPr>
          <w:b/>
        </w:rPr>
        <w:t xml:space="preserve">[19:24] </w:t>
      </w:r>
      <w:r>
        <w:t>wahan se padhiye, qata' qata' se padhiye: "min ajli dhalika katabna ala bani israil innahu man qatala nafsan bighair nafs aw fasadin fil-ardh fakanama qatala al-nas jamee'an wa man ahya fakanama ahya al-nas jamee'an".</w:t>
      </w:r>
    </w:p>
    <w:p>
      <w:pPr>
        <w:jc w:val="right"/>
      </w:pPr>
      <w:r>
        <w:t>وہاں سے پڑھیے، قطع قطع سے پڑھیے: "من اجل ذالک کتبنا علی بنی اسرائیل انہ من قتل نفس بغیر نفس او فساد فی الارض فکان قتل الناس جمیعا ومن احیا فکان احیا الناس جمیعا"۔</w:t>
      </w:r>
    </w:p>
    <w:p>
      <w:r>
        <w:rPr>
          <w:b/>
        </w:rPr>
        <w:t xml:space="preserve">[19:40] </w:t>
      </w:r>
      <w:r>
        <w:t>hmm, Surah Al-Ma'idah ayat number 32. isi wajah se hum ne Bani Israel par likh diya ke jis ne ek insaan, ek jaan ko qatl kiya baghair kisi jaan ke, ya zameen mein fasad ke baghair, goya us ne tamam insaanon ko qatl kiya.</w:t>
      </w:r>
    </w:p>
    <w:p>
      <w:pPr>
        <w:jc w:val="right"/>
      </w:pPr>
      <w:r>
        <w:t>ہمم، سورہ المائدہ آیت نمبر 32۔ اسی وجہ سے ہم نے بنی اسرائیل پر لکھ دیا کہ جس نے ایک انسان، ایک جان کو قتل کیا بغیر کسی جان کے، یا زمین میں فساد کے بغیر، گویا اس نے تمام انسانوں کو قتل کیا۔</w:t>
      </w:r>
    </w:p>
    <w:p>
      <w:r>
        <w:rPr>
          <w:b/>
        </w:rPr>
        <w:t xml:space="preserve">[19:56] </w:t>
      </w:r>
      <w:r>
        <w:t>aur jis ne ek jaan ko zindagi di, bachaya, us ne goya tamam insaanon ko bachaya. ab dekhiye, Bani Israel yaani Yahood ka zamana pehle ka zamana hai.</w:t>
      </w:r>
    </w:p>
    <w:p>
      <w:pPr>
        <w:jc w:val="right"/>
      </w:pPr>
      <w:r>
        <w:t>اور جس نے ایک جان کو زندگی دی، بچایا، اس نے گویا تمام انسانوں کو بچایا۔ اب دیکھیے، بنی اسرائیل یعنی یہود کا زمانہ پہلے کا زمانہ ہے۔</w:t>
      </w:r>
    </w:p>
    <w:p>
      <w:r>
        <w:rPr>
          <w:b/>
        </w:rPr>
        <w:t xml:space="preserve">[20:13] </w:t>
      </w:r>
      <w:r>
        <w:t>aap jante hain ke Hazrat Musa pehle aaye the, Rasool Allah baad ko aaye. to is ka ayat se yeh maloom hua ke Bani Israel ke zamane mein, yaani Yahood ke zamane mein, Allah ne yeh ayat utaar di thi.</w:t>
      </w:r>
    </w:p>
    <w:p>
      <w:pPr>
        <w:jc w:val="right"/>
      </w:pPr>
      <w:r>
        <w:t>آپ جانتے ہیں کہ حضرت موسیٰ پہلے آئے تھے، رسول اللہ بعد کو آئے۔ تو اس کا آیت سے یہ معلوم ہوا کہ بنی اسرائیل کے زمانے میں، یعنی یہود کے زمانے میں، اللہ نے یہ آیت اتار دی تھی۔</w:t>
      </w:r>
    </w:p>
    <w:p>
      <w:r>
        <w:rPr>
          <w:b/>
        </w:rPr>
        <w:t xml:space="preserve">[20:30] </w:t>
      </w:r>
      <w:r>
        <w:t>ab isi ko repeat kiya Quran mein, yaani ek insaan ko zinda karna saare insaanon ko zinda karna hai, ek insaan ko maarna saare insaanon ko maar raha hai.</w:t>
      </w:r>
    </w:p>
    <w:p>
      <w:pPr>
        <w:jc w:val="right"/>
      </w:pPr>
      <w:r>
        <w:t>اب اسی کو ریپیٹ کیا قرآن میں، یعنی ایک انسان کو زندہ کرنا سارے انسانوں کو زندہ کرنا ہے، ایک انسان کو مارنا سارے انسانوں کو مار رہا ہے۔</w:t>
      </w:r>
    </w:p>
    <w:p>
      <w:r>
        <w:rPr>
          <w:b/>
        </w:rPr>
        <w:t xml:space="preserve">[20:44] </w:t>
      </w:r>
      <w:r>
        <w:t>yeh baat Allah taala ne Yahood ke zamane mein utar di thi, Hazrat Musa ke zamane mein. Ab repeat kiya is ne Quran mein.</w:t>
      </w:r>
    </w:p>
    <w:p>
      <w:pPr>
        <w:jc w:val="right"/>
      </w:pPr>
      <w:r>
        <w:t>یہ بات اللہ تعالیٰ نے یہود کے زمانے میں اتار دی تھی، حضرت موسیٰ کے زمانے میں۔ اب ریپیٹ کیا اس نے قرآن میں۔</w:t>
      </w:r>
    </w:p>
    <w:p>
      <w:r>
        <w:rPr>
          <w:b/>
        </w:rPr>
        <w:t xml:space="preserve">[20:54] </w:t>
      </w:r>
      <w:r>
        <w:t>To yeh hai Quran. To Quran ko zinda karne ka, Quran ko phailane ka jo hum mission chala chala rahe hain, is ka matlab kya hai?</w:t>
      </w:r>
    </w:p>
    <w:p>
      <w:pPr>
        <w:jc w:val="right"/>
      </w:pPr>
      <w:r>
        <w:t>تو یہ ہے قرآن۔ تو قرآن کو زندہ کرنے کا، قرآن کو پھیلانے کا جو ہم مشن چلا چلا رہے ہیں، اس کا مطلب کیا ہے؟</w:t>
      </w:r>
    </w:p>
    <w:p>
      <w:r>
        <w:rPr>
          <w:b/>
        </w:rPr>
        <w:t xml:space="preserve">[21:06] </w:t>
      </w:r>
      <w:r>
        <w:t>Quran ki image ko connect karna. Image, image.</w:t>
      </w:r>
    </w:p>
    <w:p>
      <w:pPr>
        <w:jc w:val="right"/>
      </w:pPr>
      <w:r>
        <w:t>قرآن کی امیج کو کنیکٹ کرنا۔ امیج، امیج۔</w:t>
      </w:r>
    </w:p>
    <w:p>
      <w:r>
        <w:rPr>
          <w:b/>
        </w:rPr>
        <w:t xml:space="preserve">[21:13] </w:t>
      </w:r>
      <w:r>
        <w:t>Sari duniya mein Quran ki image kya ban gayi hai? Ke Quran ek aisi kitab hai jo nafrat karna sikhata hai, jo ladaai karna sikhata hai, jo pathar marna sikhata hai, jo goli marna sikhata hai.</w:t>
      </w:r>
    </w:p>
    <w:p>
      <w:pPr>
        <w:jc w:val="right"/>
      </w:pPr>
      <w:r>
        <w:t>ساری دنیا میں قرآن کی امیج کیا بن گئی ہے؟ کہ قرآن ایک ایسی کتاب ہے جو نفرت کرنا سکھاتا ہے، جو لڑائی کرنا سکھاتا ہے، جو پتھر مارنا سکھاتا ہے، جو گولی مارنا سکھاتا ہے۔</w:t>
      </w:r>
    </w:p>
    <w:p>
      <w:r>
        <w:rPr>
          <w:b/>
        </w:rPr>
        <w:t xml:space="preserve">[21:27] </w:t>
      </w:r>
      <w:r>
        <w:t>Yeh image ban gayi hai Quran ki. Ab hum chahte hain ke yeh image badle. Insaan yeh jaane ke is ke Rab ne, is ke Allah, is ke Khuda ne kya gift bheja is ke liye.</w:t>
      </w:r>
    </w:p>
    <w:p>
      <w:pPr>
        <w:jc w:val="right"/>
      </w:pPr>
      <w:r>
        <w:t>یہ امیج بن گئی ہے قرآن کی۔ اب ہم چاہتے ہیں کہ یہ امیج بدلے۔ انسان یہ جانے کہ اس کے رب نے، اس کے اللہ، اس کے خدا نے کیا گفٹ بھیجا اس کے لیے۔</w:t>
      </w:r>
    </w:p>
    <w:p>
      <w:r>
        <w:rPr>
          <w:b/>
        </w:rPr>
        <w:t xml:space="preserve">[21:44] </w:t>
      </w:r>
      <w:r>
        <w:t>Yeh Quran ek bohat bada gift hai jo yeh kehta hai ke: "Ae insano!</w:t>
      </w:r>
    </w:p>
    <w:p>
      <w:pPr>
        <w:jc w:val="right"/>
      </w:pPr>
      <w:r>
        <w:t>یہ قرآن ایک بہت بڑا گفٹ ہے جو یہ کہتا ہے کہ: "اے انسانوں!</w:t>
      </w:r>
    </w:p>
    <w:p>
      <w:r>
        <w:rPr>
          <w:b/>
        </w:rPr>
        <w:t xml:space="preserve">[21:51] </w:t>
      </w:r>
      <w:r>
        <w:t>Agar tum ne ek insaan ko mara to goya ke tum ne saare insano ko maar dala.</w:t>
      </w:r>
    </w:p>
    <w:p>
      <w:pPr>
        <w:jc w:val="right"/>
      </w:pPr>
      <w:r>
        <w:t>اگر تم نے ایک انسان کو مارا تو گویا کہ تم نے سارے انسانوں کو مار ڈالا۔</w:t>
      </w:r>
    </w:p>
    <w:p>
      <w:r>
        <w:rPr>
          <w:b/>
        </w:rPr>
        <w:t xml:space="preserve">[21:58] </w:t>
      </w:r>
      <w:r>
        <w:t>Agar ek insaan ko tum ne zinda kiya to goya ke saare insano ko tum ne zindagi bakhshi." Itni badi baat Quran mein hai. Sab se pehle utri thi Bani Israel ke zamane mein,</w:t>
      </w:r>
    </w:p>
    <w:p>
      <w:pPr>
        <w:jc w:val="right"/>
      </w:pPr>
      <w:r>
        <w:t>اگر ایک انسان کو تم نے زندہ کیا تو گویا کہ سارے انسانوں کو تم نے زندگی بخش دی۔" اتنی بڑی بات قرآن میں ہے۔ سب سے پہلے اتری تھی بنی اسرائیل کے زمانے میں،</w:t>
      </w:r>
    </w:p>
    <w:p>
      <w:r>
        <w:rPr>
          <w:b/>
        </w:rPr>
        <w:t xml:space="preserve">[22:12] </w:t>
      </w:r>
      <w:r>
        <w:t>Ab utri hai Rasool Allah ke zamane mein. Lekin chunke printing press nahi tha, communication nahi tha, to yeh zyada phaila nahi.</w:t>
      </w:r>
    </w:p>
    <w:p>
      <w:pPr>
        <w:jc w:val="right"/>
      </w:pPr>
      <w:r>
        <w:t>اب اتری ہے رسول اللہ کے زمانے میں۔ لیکن چونکہ پرنٹنگ پریس نہیں تھا، کمیونیکیشن نہیں تھا، تو یہ زیادہ پھلا نہیں۔</w:t>
      </w:r>
    </w:p>
    <w:p>
      <w:r>
        <w:rPr>
          <w:b/>
        </w:rPr>
        <w:t xml:space="preserve">[22:23] </w:t>
      </w:r>
      <w:r>
        <w:t>Yeh message, yeh message zyada phaila nahi. Ab woh daur aa gaya. Ab printing press hai, communication hai, sari facilities hain.</w:t>
      </w:r>
    </w:p>
    <w:p>
      <w:pPr>
        <w:jc w:val="right"/>
      </w:pPr>
      <w:r>
        <w:t>یہ میسج، یہ میسج زیادہ پھلا نہیں۔ اب وہ دور آ گیا۔ اب پرنٹنگ پریس ہے، کمیونیکیشن ہے، ساری فیسلیٹیز ہیں۔</w:t>
      </w:r>
    </w:p>
    <w:p>
      <w:r>
        <w:rPr>
          <w:b/>
        </w:rPr>
        <w:t xml:space="preserve">[22:38] </w:t>
      </w:r>
      <w:r>
        <w:t>To ab hum chahte hain ke yeh baat, yeh masla ek kitab ko distribute karne ka nahi hai, yeh message ko distribute karne ka hai.</w:t>
      </w:r>
    </w:p>
    <w:p>
      <w:pPr>
        <w:jc w:val="right"/>
      </w:pPr>
      <w:r>
        <w:t>تو اب ہم چاہتے ہیں کہ یہ بات، یہ مسئلہ ایک کتاب کو ڈسٹریبیوٹ کرنے کا نہیں ہے، یہ میسج کو ڈسٹریبیوٹ کرنے کا ہے۔</w:t>
      </w:r>
    </w:p>
    <w:p>
      <w:r>
        <w:rPr>
          <w:b/>
        </w:rPr>
        <w:t xml:space="preserve">[22:51] </w:t>
      </w:r>
      <w:r>
        <w:t>Yaani saath saath aap bhi isi mein lagenge, aap bhi logon ko batayenge, jalsay mein, seminar mein, har jagah jahan aap payenge, insaan ko yeh baat batayenge.</w:t>
      </w:r>
    </w:p>
    <w:p>
      <w:pPr>
        <w:jc w:val="right"/>
      </w:pPr>
      <w:r>
        <w:t>یعنی ساتھ ساتھ آپ بھی اسی میں لگیں گے، آپ بھی لوگوں کو بتائیں گے، جلسے میں، سیمینار میں، ہر جگہ جہاں آپ پائیں گے، انسان کو یہ بات بتائیں گے۔</w:t>
      </w:r>
    </w:p>
    <w:p>
      <w:r>
        <w:rPr>
          <w:b/>
        </w:rPr>
        <w:t xml:space="preserve">[23:03] </w:t>
      </w:r>
      <w:r>
        <w:t>Yeh mission hai, Ahle Islam ka mission hai. Yeh to zabaan se batayenge, kitabein denge, Quran denge.</w:t>
      </w:r>
    </w:p>
    <w:p>
      <w:pPr>
        <w:jc w:val="right"/>
      </w:pPr>
      <w:r>
        <w:t>یہ مشن ہے، اہل اسلام کا مشن ہے۔ یہ تو زبان سے بتائیں گے، کتابیں دیں گے، قرآن دیں گے۔</w:t>
      </w:r>
    </w:p>
    <w:p>
      <w:r>
        <w:rPr>
          <w:b/>
        </w:rPr>
        <w:t xml:space="preserve">[23:15] </w:t>
      </w:r>
      <w:r>
        <w:t>To Quran ka distribution ek poore mission ka part hai. Alag se mat dekhiye is ko. Kuch log kehte hain ke Quran de diya to kya ho gaya?</w:t>
      </w:r>
    </w:p>
    <w:p>
      <w:pPr>
        <w:jc w:val="right"/>
      </w:pPr>
      <w:r>
        <w:t>تو قرآن کا ڈسٹریبیوشن ایک پورے مشن کا پارٹ ہے۔ الگ سے مت دیکھیے اس کو۔ کچھ لوگ کہتے ہیں کہ قرآن دے دیا تو کیا ہو گیا؟</w:t>
      </w:r>
    </w:p>
    <w:p>
      <w:r>
        <w:rPr>
          <w:b/>
        </w:rPr>
        <w:t xml:space="preserve">[23:28] </w:t>
      </w:r>
      <w:r>
        <w:t>Poore mission ka part hai, woh</w:t>
      </w:r>
    </w:p>
    <w:p>
      <w:pPr>
        <w:jc w:val="right"/>
      </w:pPr>
      <w:r>
        <w:t>پورے مشن کا پارٹ ہے، وہ</w:t>
      </w:r>
    </w:p>
    <w:p>
      <w:r>
        <w:rPr>
          <w:b/>
        </w:rPr>
        <w:t xml:space="preserve">[23:33] </w:t>
      </w:r>
      <w:r>
        <w:t>Poore mission ka woh part hai. Quran mein ek ayat hai, woh kya hai? Lawindzurukum bihi wa munbaliqun yeh</w:t>
      </w:r>
    </w:p>
    <w:p>
      <w:pPr>
        <w:jc w:val="right"/>
      </w:pPr>
      <w:r>
        <w:t>پورے مشن کا وہ پارٹ ہے۔ قرآن میں ایک آیت ہے، وہ کیا ہے؟ لَوْنِذَرُكُمْ بِهِ وَمُنْبَلَقٌ یہ</w:t>
      </w:r>
    </w:p>
    <w:p>
      <w:r>
        <w:rPr>
          <w:b/>
        </w:rPr>
        <w:t xml:space="preserve">[23:46] </w:t>
      </w:r>
      <w:r>
        <w:t>Quran utara gaya mere liye, mere upar Rasool Allah se farma rahe hain. Kaha gaya ke aisa kaho: "Yeh Quran utara gaya mere upar taake main pahunchaon tum ko,</w:t>
      </w:r>
    </w:p>
    <w:p>
      <w:pPr>
        <w:jc w:val="right"/>
      </w:pPr>
      <w:r>
        <w:t>قرآن اتارا گیا میرے لیے، میرے اوپر رسول اللہ سے فرما رہے ہیں۔ کہا گیا کہ ایسا کہو: "یہ قرآن اتارا گیا میرے اوپر تاکہ میں پہنچاؤں تم کو،</w:t>
      </w:r>
    </w:p>
    <w:p>
      <w:r>
        <w:rPr>
          <w:b/>
        </w:rPr>
        <w:t xml:space="preserve">[24:05] </w:t>
      </w:r>
      <w:r>
        <w:t>Aur woh log doosron ko pahunchayen jin ko main mujh se pahuncha." Kyunke saare alam mein pahunchta rahe, pahunchta rahe, pahunchta rahe.</w:t>
      </w:r>
    </w:p>
    <w:p>
      <w:pPr>
        <w:jc w:val="right"/>
      </w:pPr>
      <w:r>
        <w:t>اور وہ لوگ دوسروں کو پہنچائیں جن کو میں مجھ سے پہنچا۔" کیونکہ سارے عالم میں پہنچتا رہے، پہنچتا رہے، پہنچتا رہے۔</w:t>
      </w:r>
    </w:p>
    <w:p>
      <w:r>
        <w:rPr>
          <w:b/>
        </w:rPr>
        <w:t xml:space="preserve">[24:17] </w:t>
      </w:r>
      <w:r>
        <w:t>Main apne zamane mein pahunchaon, apne akhatte apne logon ko, aur is ke baad har nasal mein, har generation mein log pahunchate rahen, pahunchate rahen, pahunchate rahen.</w:t>
      </w:r>
    </w:p>
    <w:p>
      <w:pPr>
        <w:jc w:val="right"/>
      </w:pPr>
      <w:r>
        <w:t>میں اپنے زمانے میں پہنچاؤں، اپنے اکٹھے اپنے لوگوں کو، اور اس کے بعد ہر نسل میں، ہر جنریشن میں لوگ پہنچاتے رہیں، پہنچاتے رہیں، پہنچاتے رہیں۔</w:t>
      </w:r>
    </w:p>
    <w:p>
      <w:r>
        <w:rPr>
          <w:b/>
        </w:rPr>
        <w:t xml:space="preserve">[24:31] </w:t>
      </w:r>
      <w:r>
        <w:t>To yeh masla kisi ek kitab ko distribute karne ka nahi hai, yeh ek mission ko apnane ka mamla hai.</w:t>
      </w:r>
    </w:p>
    <w:p>
      <w:pPr>
        <w:jc w:val="right"/>
      </w:pPr>
      <w:r>
        <w:t>تو یہ مسئلہ کسی ایک کتاب کو ڈسٹریبیوٹ کرنے کا نہیں ہے، یہ ایک مشن کو اپنانے کا معاملہ ہے۔</w:t>
      </w:r>
    </w:p>
    <w:p>
      <w:r>
        <w:rPr>
          <w:b/>
        </w:rPr>
        <w:t xml:space="preserve">[24:40] </w:t>
      </w:r>
      <w:r>
        <w:t>Ek mission ko apnana,</w:t>
      </w:r>
    </w:p>
    <w:p>
      <w:pPr>
        <w:jc w:val="right"/>
      </w:pPr>
      <w:r>
        <w:t>ایک مشن کو اپنانا،</w:t>
      </w:r>
    </w:p>
    <w:p>
      <w:r>
        <w:rPr>
          <w:b/>
        </w:rPr>
        <w:t xml:space="preserve">[24:45] </w:t>
      </w:r>
      <w:r>
        <w:t>Yaani letter ke saath, spirit ke saath apnana. Aap khud bhi isi spirit ke saath jeena seekhiye.</w:t>
      </w:r>
    </w:p>
    <w:p>
      <w:pPr>
        <w:jc w:val="right"/>
      </w:pPr>
      <w:r>
        <w:t>یعنی لیٹر کے ساتھ، اسپیٹ کے ساتھ اپنانا۔ آپ خود بھی اسی اسپیٹ کے ساتھ جینا سیکھیے۔</w:t>
      </w:r>
    </w:p>
    <w:p>
      <w:r>
        <w:rPr>
          <w:b/>
        </w:rPr>
        <w:t xml:space="preserve">[24:54] </w:t>
      </w:r>
      <w:r>
        <w:t>Hum mein se har shakhs khud bhi isi spirit ke saath jaana seekhe ke use insaniyat ke liye zindagi bakhsh banna hai,</w:t>
      </w:r>
    </w:p>
    <w:p>
      <w:pPr>
        <w:jc w:val="right"/>
      </w:pPr>
      <w:r>
        <w:t>ہم میں سے ہر شخص خود بھی اسی اسپیٹ کے ساتھ جانا سیکھے کہ اسے انسانیت کے لیے زندگی بخش بننا ہے،</w:t>
      </w:r>
    </w:p>
    <w:p>
      <w:r>
        <w:rPr>
          <w:b/>
        </w:rPr>
        <w:t xml:space="preserve">[25:06] </w:t>
      </w:r>
      <w:r>
        <w:t>Killer nahi banna hai. Hum mein se har shakhs jo hai, jo Islam ko follow karta hai, jo Quran ko manta hai, jo Allah Rab ul Alameen ke yaqeen karta hai,</w:t>
      </w:r>
    </w:p>
    <w:p>
      <w:pPr>
        <w:jc w:val="right"/>
      </w:pPr>
      <w:r>
        <w:t>کلر نہیں بننا ہے۔ ہم میں سے ہر شخص جو ہے، جو اسلام کو فالو کرتا ہے، جو قرآن کو مانتا ہے، جو اللہ رب العالمین کے یقین کرتا ہے،</w:t>
      </w:r>
    </w:p>
    <w:p>
      <w:r>
        <w:rPr>
          <w:b/>
        </w:rPr>
        <w:t xml:space="preserve">[25:21] </w:t>
      </w:r>
      <w:r>
        <w:t>To har hum mein se har shakhs yeh yaqeen kare ke mujhe isi spirit ke saath jeena hai, isi spirit ko phailana hai, logon mein isi spirit ko zinda karna hai ke insano ke darmiyan is tarah raho ke tum doosron ko zindagi do,</w:t>
      </w:r>
    </w:p>
    <w:p>
      <w:pPr>
        <w:jc w:val="right"/>
      </w:pPr>
      <w:r>
        <w:t>تو ہر ہم میں سے ہر شخص یہ یقین کرے کہ مجھے اسی اسپیٹ کے ساتھ جینا ہے، اسی اسپیٹ کو پھیلانا ہے، لوگوں میں اسی اسپیٹ کو زندہ کرنا ہے کہ انسانوں کے درمیان اس طرح رہو کہ تم دوسروں کو زندگی دو،</w:t>
      </w:r>
    </w:p>
    <w:p>
      <w:r>
        <w:rPr>
          <w:b/>
        </w:rPr>
        <w:t xml:space="preserve">[25:44] </w:t>
      </w:r>
      <w:r>
        <w:t>tum se doosron ko maut na milay, tumhare zariye se doosron ko pathar na milay, balkay rehmat milay, tumhare zariye se doosron ko goli na milay, balkay aman milay.</w:t>
      </w:r>
    </w:p>
    <w:p>
      <w:pPr>
        <w:jc w:val="right"/>
      </w:pPr>
      <w:r>
        <w:t>تم سے دوسروں کو موت نہ ملے، تمہارے ذریعے سے دوسروں کو پتھر نہ ملے، بلکہ رحمت ملے، تمہارے ذریعے سے دوسروں کو گولی نہ ملے، بلکہ امن ملے۔</w:t>
      </w:r>
    </w:p>
    <w:p>
      <w:r>
        <w:rPr>
          <w:b/>
        </w:rPr>
        <w:t xml:space="preserve">[25:59] </w:t>
      </w:r>
      <w:r>
        <w:t>aman to hum ko khud bhi isi speed ke sath jeena hai, aur jis kitab mein yeh taleem di gayi, us ki is is kitab ko phailana hai.</w:t>
      </w:r>
    </w:p>
    <w:p>
      <w:pPr>
        <w:jc w:val="right"/>
      </w:pPr>
      <w:r>
        <w:t>امن تو ہم کو خود بھی اسی اسپیٹ کے ساتھ جینا ہے، اور جس کتاب میں یہ تعلیم دی گئی، اس کی اس اس کتاب کو پھیلانا ہے۔</w:t>
      </w:r>
    </w:p>
    <w:p>
      <w:r>
        <w:rPr>
          <w:b/>
        </w:rPr>
        <w:t xml:space="preserve">[26:12] </w:t>
      </w:r>
      <w:r>
        <w:t>to yeh poora mission hai, yeh aik universal mission hai. mamooli baat nahi hai, yeh</w:t>
      </w:r>
    </w:p>
    <w:p>
      <w:pPr>
        <w:jc w:val="right"/>
      </w:pPr>
      <w:r>
        <w:t>تو یہ پورا مشن ہے، یہ ایک یونیورسل مشن ہے۔ معمولی بات نہیں ہے، یہ</w:t>
      </w:r>
    </w:p>
    <w:p>
      <w:r>
        <w:rPr>
          <w:b/>
        </w:rPr>
        <w:t xml:space="preserve">[26:21] </w:t>
      </w:r>
      <w:r>
        <w:t>poora aik mission hai. aur dekhiye, woh ayat parhiye, maa malika layl, woh hadith parhiye, maa malika layl wa nahar.</w:t>
      </w:r>
    </w:p>
    <w:p>
      <w:pPr>
        <w:jc w:val="right"/>
      </w:pPr>
      <w:r>
        <w:t>پورا ایک مشن ہے۔ اور دیکھیے، وہ آیت پڑھیے، ماں ملکہ لیل، وہ حدیث پڑھیے، ماں ملکہ لیل والنہار۔</w:t>
      </w:r>
    </w:p>
    <w:p>
      <w:r>
        <w:rPr>
          <w:b/>
        </w:rPr>
        <w:t xml:space="preserve">[26:43] </w:t>
      </w:r>
      <w:r>
        <w:t>sari hadith mat parhiye, is tukra layablagha annahar al-umru ma balagha allaylu wa annaharu hmm,</w:t>
      </w:r>
    </w:p>
    <w:p>
      <w:pPr>
        <w:jc w:val="right"/>
      </w:pPr>
      <w:r>
        <w:t>ساری حدیث مت پڑھیے، اس ٹک ٹکڑا لَيَبْلَغَ النَّهَارَ الْعَمْرُ مَا بَلَغَ الليل وَالنَّهَارُ ہمم،</w:t>
      </w:r>
    </w:p>
    <w:p>
      <w:r>
        <w:rPr>
          <w:b/>
        </w:rPr>
        <w:t xml:space="preserve">[26:53] </w:t>
      </w:r>
      <w:r>
        <w:t>is ka matlab kya hai? yeh deed wahan tak pohnchay ga jahan tak suraj chand pohnchtay hain. bohat ajeeb is hadith ka jo usloob ghor ki jiye.</w:t>
      </w:r>
    </w:p>
    <w:p>
      <w:pPr>
        <w:jc w:val="right"/>
      </w:pPr>
      <w:r>
        <w:t>اس کا مطلب کیا ہے؟ یہ دید وہاں تک پہنچے گا جہاں تک سورج چاند پہنچتے ہیں۔ بہت عجیب اس حدیث کا جو اسلوب غور کیجئے۔</w:t>
      </w:r>
    </w:p>
    <w:p>
      <w:r>
        <w:rPr>
          <w:b/>
        </w:rPr>
        <w:t xml:space="preserve">[27:07] </w:t>
      </w:r>
      <w:r>
        <w:t>yeh us waqt ki baat hai jab ke communication nahi tha, jab ke woh age nahi aya tha jahan bohat rapid speed ke sath sari baat yahan pohnchti hai.</w:t>
      </w:r>
    </w:p>
    <w:p>
      <w:pPr>
        <w:jc w:val="right"/>
      </w:pPr>
      <w:r>
        <w:t>یہ اس وقت کی بات ہے جب کہ کمیونیکیشن نہیں تھا، جب کہ وہ ایج نہیں آیا تھا جہاں بہت ریپڈ اسپیڈ کے ساتھ ساری بات یہاں پہنچتی ہے۔</w:t>
      </w:r>
    </w:p>
    <w:p>
      <w:r>
        <w:rPr>
          <w:b/>
        </w:rPr>
        <w:t xml:space="preserve">[27:21] </w:t>
      </w:r>
      <w:r>
        <w:t>yeh daur nahi aya tha. tab rasool Allah ne farmaya ke yeh din wahan tak pohnchay ga jahan tak suraj, jahan tak raat aur din pohnchtay hain.</w:t>
      </w:r>
    </w:p>
    <w:p>
      <w:pPr>
        <w:jc w:val="right"/>
      </w:pPr>
      <w:r>
        <w:t>یہ دور نہیں آیا تھا۔ تب رسول اللہ نے فرمایا کہ یہ دن وہاں تک پہنچے گا جہاں تک سورج، جہاں تک رات اور دن پہنچتے ہیں۔</w:t>
      </w:r>
    </w:p>
    <w:p>
      <w:r>
        <w:rPr>
          <w:b/>
        </w:rPr>
        <w:t xml:space="preserve">[27:34] </w:t>
      </w:r>
      <w:r>
        <w:t>to mein soch raha tha ke jab</w:t>
      </w:r>
    </w:p>
    <w:p>
      <w:pPr>
        <w:jc w:val="right"/>
      </w:pPr>
      <w:r>
        <w:t>تو میں سوچ رہا تھا کہ جب</w:t>
      </w:r>
    </w:p>
    <w:p>
      <w:r>
        <w:rPr>
          <w:b/>
        </w:rPr>
        <w:t xml:space="preserve">[27:40] </w:t>
      </w:r>
      <w:r>
        <w:t>dunya mein British Empire aya, British Empire aya dunya mein, aur do sau saal tak unhon ne hukoomat ki, do sau saal tak,</w:t>
      </w:r>
    </w:p>
    <w:p>
      <w:pPr>
        <w:jc w:val="right"/>
      </w:pPr>
      <w:r>
        <w:t>دنیا میں برٹش ایمپائر آیا، برٹش ایمپائر آیا دنیا میں، اور دو سو سال تک انہوں نے حکومت کی، دو سو سال تک،</w:t>
      </w:r>
    </w:p>
    <w:p>
      <w:r>
        <w:rPr>
          <w:b/>
        </w:rPr>
        <w:t xml:space="preserve">[27:54] </w:t>
      </w:r>
      <w:r>
        <w:t>aur itna phailao un ko mila, itna phailao mila apnay zamanay ke lihaaz se, kyunke un ke mein communication aa gaya tha. communication ko istemal kiya unhon ne, aur sari dunya mein phaila diya unhon ne apnay.</w:t>
      </w:r>
    </w:p>
    <w:p>
      <w:pPr>
        <w:jc w:val="right"/>
      </w:pPr>
      <w:r>
        <w:t>اور اتنا پھیلاؤ ان کو ملا، اتنا پھیلاؤ ملا اپنے زمانے کے لحاظ سے، کیونکہ ان کے میں کمیونیکیشن آ گیا تھا۔ کمیونیکیشن کو استعمال کیا انہوں نے، اور ساری دنیا میں پھیلا دیا انہوں نے اپنے۔</w:t>
      </w:r>
    </w:p>
    <w:p>
      <w:r>
        <w:rPr>
          <w:b/>
        </w:rPr>
        <w:t xml:space="preserve">[28:10] </w:t>
      </w:r>
      <w:r>
        <w:t>yahan to aik kaha janay laga ke "the sun never sets on the British Empire", yani communication ke wasail ko istemal kar ke</w:t>
      </w:r>
    </w:p>
    <w:p>
      <w:pPr>
        <w:jc w:val="right"/>
      </w:pPr>
      <w:r>
        <w:t>یہاں تو ایک کہا جانے لگا کہ "دا سن نیور سیٹس ان دا برٹش ایمپائر"، یعنی کمیونیکیشن کے وسائل کو استعمال کر کے</w:t>
      </w:r>
    </w:p>
    <w:p>
      <w:r>
        <w:rPr>
          <w:b/>
        </w:rPr>
        <w:t xml:space="preserve">[28:28] </w:t>
      </w:r>
      <w:r>
        <w:t>British hukmaranon ne apnay rule ko sari dunya mein pohncha diya.</w:t>
      </w:r>
    </w:p>
    <w:p>
      <w:pPr>
        <w:jc w:val="right"/>
      </w:pPr>
      <w:r>
        <w:t>برٹش حکمرانوں نے اپنے رول کو ساری دنیا میں پہنچا دیا۔</w:t>
      </w:r>
    </w:p>
    <w:p>
      <w:r>
        <w:rPr>
          <w:b/>
        </w:rPr>
        <w:t xml:space="preserve">[28:37] </w:t>
      </w:r>
      <w:r>
        <w:t>to Quran mein woh hadith mein jo lafz tha, woh yeh tha ke "maa malika layl wa nar", jahan tak raat aur din pohnchtay hain, wahan tak pohnchay ga.</w:t>
      </w:r>
    </w:p>
    <w:p>
      <w:pPr>
        <w:jc w:val="right"/>
      </w:pPr>
      <w:r>
        <w:t>تو قرآن میں وہ حدیث میں جو لفظ تھا، وہ یہ تھا کہ "ماں ملکہ لیل و نار"، جہاں تک رات اور دن پہنچتے ہیں، وہاں تک پہنچے گا۔</w:t>
      </w:r>
    </w:p>
    <w:p>
      <w:r>
        <w:rPr>
          <w:b/>
        </w:rPr>
        <w:t xml:space="preserve">[28:49] </w:t>
      </w:r>
      <w:r>
        <w:t>isi ko hadith mein, in isi ko in lafzon mein kaha gaya 20 century mein ke "da sun nayver sets on da British Empire".</w:t>
      </w:r>
    </w:p>
    <w:p>
      <w:pPr>
        <w:jc w:val="right"/>
      </w:pPr>
      <w:r>
        <w:t>اسی کو حدیث میں، ان اسی کو ان لفظوں میں کہا گیا 20 سینچری میں کہ "دا سن نیور سیٹس ان دا برٹش ایمپائر"۔</w:t>
      </w:r>
    </w:p>
    <w:p>
      <w:r>
        <w:rPr>
          <w:b/>
        </w:rPr>
        <w:t xml:space="preserve">[29:02] </w:t>
      </w:r>
      <w:r>
        <w:t>ab dekhiye, yeh aik yeh kya tha? yeh aik message tha sari ahle Islam ke liye ke woh hadith jo thi, woh ab poora honay ka waqt aa gaya.</w:t>
      </w:r>
    </w:p>
    <w:p>
      <w:pPr>
        <w:jc w:val="right"/>
      </w:pPr>
      <w:r>
        <w:t>اب دیکھیے، یہ ایک یہ کیا تھا؟ یہ ایک میسج تھا سارے اہل اسلام کے لیے کہ وہ حدیث جو تھی، وہ اب پورا ہونے کا وقت آ گیا۔</w:t>
      </w:r>
    </w:p>
    <w:p>
      <w:r>
        <w:rPr>
          <w:b/>
        </w:rPr>
        <w:t xml:space="preserve">[29:16] </w:t>
      </w:r>
      <w:r>
        <w:t>rasool Allah ne jo peshangoi ki thi, rasool Allah ne jo prediction kiya tha, prediction us ko poora karnay ka waqt aa gaya.</w:t>
      </w:r>
    </w:p>
    <w:p>
      <w:pPr>
        <w:jc w:val="right"/>
      </w:pPr>
      <w:r>
        <w:t>رسول اللہ نے جو پیشنگوئی کی تھی، رسول اللہ نے جو پریڈکشن کیا تھا، پریڈکشن اس کو پورا کرنے کا وقت آ گیا۔</w:t>
      </w:r>
    </w:p>
    <w:p>
      <w:r>
        <w:rPr>
          <w:b/>
        </w:rPr>
        <w:t xml:space="preserve">[29:26] </w:t>
      </w:r>
      <w:r>
        <w:t>phailao, pohnchao is message ko. to yeh sirf kitab ka distribution ki baat nahi hai, yeh tum is message ko pohnchanay ki baat hai, is speed ko pohnchanay ki baat hai, is is is baat ko zinda karnay ki baat hai ke sab se bara insan ka karna hai ke insan ko zindagi de.</w:t>
      </w:r>
    </w:p>
    <w:p>
      <w:pPr>
        <w:jc w:val="right"/>
      </w:pPr>
      <w:r>
        <w:t>پڑھاؤ، پہنچاؤ اس میسج کو۔ تو یہ صرف کتاب کا ڈسٹریبیوشن کی بات نہیں ہے، یہ تم اس میسج کو پہنچانے کی بات ہے، اس اسپیٹ کو پہنچانے کی بات ہے، اس اس اس بات کو زندہ کرنے کی بات ہے کہ سب سے بڑا انسان کا کرنا ہے کہ انسان کو زندگی دے۔</w:t>
      </w:r>
    </w:p>
    <w:p>
      <w:r>
        <w:rPr>
          <w:b/>
        </w:rPr>
        <w:t xml:space="preserve">[29:51] </w:t>
      </w:r>
      <w:r>
        <w:t>maut dena is ka kaam nahi hai, hamara kaam insan ko zindagi dena hai, maut dena kaam nahi hai, hamara kaam insan ko aman dena hai, aman, peace.</w:t>
      </w:r>
    </w:p>
    <w:p>
      <w:pPr>
        <w:jc w:val="right"/>
      </w:pPr>
      <w:r>
        <w:t>موت دینا اس کا کام نہیں ہے، ہمارا کام انسان کو زندگی دینا ہے، موت دینا کام نہیں ہے، ہمارا کام انسان کو امن دینا ہے، امن، پیس۔</w:t>
      </w:r>
    </w:p>
    <w:p>
      <w:r>
        <w:rPr>
          <w:b/>
        </w:rPr>
        <w:t xml:space="preserve">[30:06] </w:t>
      </w:r>
      <w:r>
        <w:t>us ko larai dena nahi hai.</w:t>
      </w:r>
    </w:p>
    <w:p>
      <w:pPr>
        <w:jc w:val="right"/>
      </w:pPr>
      <w:r>
        <w:t>اس کو لڑائی دینا نہیں ہے۔</w:t>
      </w:r>
    </w:p>
    <w:p>
      <w:r>
        <w:rPr>
          <w:b/>
        </w:rPr>
        <w:t xml:space="preserve">[30:13] </w:t>
      </w:r>
      <w:r>
        <w:t>kitna bara message yeh hai,</w:t>
      </w:r>
    </w:p>
    <w:p>
      <w:pPr>
        <w:jc w:val="right"/>
      </w:pPr>
      <w:r>
        <w:t>کتنا بڑا میسج یہ ہے،</w:t>
      </w:r>
    </w:p>
    <w:p>
      <w:r>
        <w:rPr>
          <w:b/>
        </w:rPr>
        <w:t xml:space="preserve">[30:18] </w:t>
      </w:r>
      <w:r>
        <w:t>kitna bara message yeh hai. lekin Quran ki image ulti ho gayi hai. aaj Quran ki image ulti ho gayi musalmanon ki ghalat numaindagi ki wajah se.</w:t>
      </w:r>
    </w:p>
    <w:p>
      <w:pPr>
        <w:jc w:val="right"/>
      </w:pPr>
      <w:r>
        <w:t>کتنا بڑا میسج یہ ہے۔ لیکن قرآن کی امیج الٹی ہو گئی ہے۔ آج قرآن کی امیج الٹی ہو گئی مسلمانوں کی غلط نمائندگی کی وجہ سے۔</w:t>
      </w:r>
    </w:p>
    <w:p>
      <w:r>
        <w:rPr>
          <w:b/>
        </w:rPr>
        <w:t xml:space="preserve">[30:33] </w:t>
      </w:r>
      <w:r>
        <w:t>is ki image ulti ho gayi hai. log samajhtay hain ke Quran jo hai, pathar phainkna sikhaata hai, Quran goli marna sikhaata hai, Quran larai karna sikhaata hai, Quran jaan marna sikhaata hai,</w:t>
      </w:r>
    </w:p>
    <w:p>
      <w:pPr>
        <w:jc w:val="right"/>
      </w:pPr>
      <w:r>
        <w:t>اس کی امیج الٹی ہو گئی ہے۔ لوگ سمجھتے ہیں کہ قرآن جو ہے، پتھر پھینکنا سکھاتا ہے، قرآن گولی مارنا سکھاتا ہے، قرآن لڑائی کرنا سکھاتا ہے، قرآن جان مارنا سکھاتا ہے،</w:t>
      </w:r>
    </w:p>
    <w:p>
      <w:r>
        <w:rPr>
          <w:b/>
        </w:rPr>
        <w:t xml:space="preserve">[30:47] </w:t>
      </w:r>
      <w:r>
        <w:t>Quran khoon bahana sikhaata hai, Quran logon se nafrat, nafrat karna sikhaata hai. is image ko badliye, is image ko badliye,</w:t>
      </w:r>
    </w:p>
    <w:p>
      <w:pPr>
        <w:jc w:val="right"/>
      </w:pPr>
      <w:r>
        <w:t>قرآن خون بہانا سکھاتا ہے، قرآن لوگوں سے نفرت، نفرت کرنا سکھاتا ہے۔ اس امیج کو بدلیے، اس امیج کو بدلیے،</w:t>
      </w:r>
    </w:p>
    <w:p>
      <w:r>
        <w:rPr>
          <w:b/>
        </w:rPr>
        <w:t xml:space="preserve">[31:01] </w:t>
      </w:r>
      <w:r>
        <w:t>is image ko correct kijiye. correct!</w:t>
      </w:r>
    </w:p>
    <w:p>
      <w:pPr>
        <w:jc w:val="right"/>
      </w:pPr>
      <w:r>
        <w:t>اس امیج کو کریکٹ کیجئے۔ کریکٹ!</w:t>
      </w:r>
    </w:p>
    <w:p>
      <w:r>
        <w:rPr>
          <w:b/>
        </w:rPr>
        <w:t xml:space="preserve">[31:05] </w:t>
      </w:r>
      <w:r>
        <w:t>yeh hai hamara mission. kisi ne mujh se kaha ke quran ko distribute karna hai, is ka kya hua?</w:t>
      </w:r>
    </w:p>
    <w:p>
      <w:pPr>
        <w:jc w:val="right"/>
      </w:pPr>
      <w:r>
        <w:t>یہ ہے ہمارا مشن۔ کسی نے مجھ سے کہا کہ قرآن کو ڈسٹریبیوٹ کرنا ہے، اس کا کیا ہوا؟</w:t>
      </w:r>
    </w:p>
    <w:p>
      <w:r>
        <w:rPr>
          <w:b/>
        </w:rPr>
        <w:t xml:space="preserve">[31:17] </w:t>
      </w:r>
      <w:r>
        <w:t>to yeh aisa hi hai jaise ke aap khana khayein, koi kahe ke chipche ko munh mein dalein, is ka kya hua? masla chipche ka nahi hai, masla food ko apne andar dakhil karne ka naam hai.</w:t>
      </w:r>
    </w:p>
    <w:p>
      <w:pPr>
        <w:jc w:val="right"/>
      </w:pPr>
      <w:r>
        <w:t>تو یہ ایسا ہی ہے جیسے کہ آپ کھانا کھائیں، کوئی کہے کہ چپچے کو منہ میں ڈالیں، اس کا کیا ہوا؟ مسئلہ چپچے کا نہیں ہے، مسئلہ فوڈ کو اپنے اندر داخل کرنے کا نام ہے۔</w:t>
      </w:r>
    </w:p>
    <w:p>
      <w:r>
        <w:rPr>
          <w:b/>
        </w:rPr>
        <w:t xml:space="preserve">[31:29] </w:t>
      </w:r>
      <w:r>
        <w:t>food, jis ke ek ek british shair ne keh</w:t>
      </w:r>
    </w:p>
    <w:p>
      <w:pPr>
        <w:jc w:val="right"/>
      </w:pPr>
      <w:r>
        <w:t>فوڈ، جس کے ایک ایک برٹش شاعر نے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