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Age of the Quran October 14, 2018</w:t>
      </w:r>
    </w:p>
    <w:p>
      <w:r>
        <w:t>https://www.youtube.com/watch?v=DymTmk2gwGU</w:t>
      </w:r>
    </w:p>
    <w:p>
      <w:r>
        <w:rPr>
          <w:b/>
        </w:rPr>
        <w:t xml:space="preserve">[00:13] </w:t>
      </w:r>
      <w:r>
        <w:t>assalam o alaikum, um, today is a day of blessings for all of us. as cps center takes a new look after many months of renovation and changes that has been taking place to make this center a global level center.</w:t>
      </w:r>
    </w:p>
    <w:p>
      <w:pPr>
        <w:jc w:val="right"/>
      </w:pPr>
      <w:r>
        <w:t>السلام علیکم، ام، ٹوڈے از ا ڈے آف بلیسنگز فار آل آف اس۔ ایز سی پی ایس سینٹر ٹیکس ا نیو لوک آفٹر مینی منتھس آف رینوویشن اینڈ چینجز دیٹ ہیز بین ٹیکنگ پلیس ٹو میک دس سینٹر ا گلوبل لیول سینٹر۔</w:t>
      </w:r>
    </w:p>
    <w:p>
      <w:r>
        <w:rPr>
          <w:b/>
        </w:rPr>
        <w:t xml:space="preserve">[00:33] </w:t>
      </w:r>
      <w:r>
        <w:t>all this has been done by great efforts by dr saniya hasnain khan and navdeep kapoor. ah, collectively we feel that today is a day of renewed spirit and a collective pledge that we all need to take to take the message of allah forward to one and all.</w:t>
      </w:r>
    </w:p>
    <w:p>
      <w:pPr>
        <w:jc w:val="right"/>
      </w:pPr>
      <w:r>
        <w:t>آل دس ہیز بین ڈن بائی گریٹ ایفرٹس بائی ڈاکٹر ثانیہ حسنین خان اینڈ نودیپ کپور۔ اہ، کلیکٹولی وی فیل دیٹ ٹوڈے از ا ڈے آف رینیوڈ سپرٹ اینڈ ا کلیکٹو پلیج دیٹ وی آل نیڈ ٹو ٹیک ٹو ٹیک دی میسج آف اللہ فارورڈ ٹو ون اینڈ آل۔</w:t>
      </w:r>
    </w:p>
    <w:p>
      <w:r>
        <w:rPr>
          <w:b/>
        </w:rPr>
        <w:t xml:space="preserve">[00:54] </w:t>
      </w:r>
      <w:r>
        <w:t>i would, before we start the program, i would request dr saniya hasnain khan to come here and say a few words on the inauguration of the new center of cps international.</w:t>
      </w:r>
    </w:p>
    <w:p>
      <w:pPr>
        <w:jc w:val="right"/>
      </w:pPr>
      <w:r>
        <w:t>آئی وڈ، بیفور وی سٹارٹ دی پروگرام، آئی وڈ ریکویسٹ ڈاکٹر ثانیہ حسنین خان ٹو کم ہیر اینڈ سی ا فیو ورڈز آن دی اناگریشن آف دا نیو سینٹر آف سی پی ایس انٹرنیشنل۔</w:t>
      </w:r>
    </w:p>
    <w:p>
      <w:r>
        <w:rPr>
          <w:b/>
        </w:rPr>
        <w:t xml:space="preserve">[01:05] </w:t>
      </w:r>
      <w:r>
        <w:t>dr saniya hasnain khan.</w:t>
      </w:r>
    </w:p>
    <w:p>
      <w:pPr>
        <w:jc w:val="right"/>
      </w:pPr>
      <w:r>
        <w:t>ڈاکٹر ثانیہ حسنین خان۔</w:t>
      </w:r>
    </w:p>
    <w:p>
      <w:r>
        <w:rPr>
          <w:b/>
        </w:rPr>
        <w:t xml:space="preserve">[01:07] </w:t>
      </w:r>
      <w:r>
        <w:t>bismillah ur rehman ur rahim. jab ar risala nikalna shuru hua to hum samajhte the ke yeh ek risala hai jaise aur bhi risale nikalte hain.</w:t>
      </w:r>
    </w:p>
    <w:p>
      <w:pPr>
        <w:jc w:val="right"/>
      </w:pPr>
      <w:r>
        <w:t>بسم اللہ الرحمن الرحیم۔ جب الرسالہ نکلنا شروع ہوا تو ہم سمجھتے تھے کہ یہ ایک رسالہ ہے جیسے اور بھی رسالے نکلتے ہیں۔</w:t>
      </w:r>
    </w:p>
    <w:p>
      <w:r>
        <w:rPr>
          <w:b/>
        </w:rPr>
        <w:t xml:space="preserve">[01:18] </w:t>
      </w:r>
      <w:r>
        <w:t>padhte the is ko thoda bahut proof reading waghera karta tha main, printing karani shuru ki. lekin yeh andaza nahi tha ke ek din yeh ek movement ki shakal ikhtiyar karega.</w:t>
      </w:r>
    </w:p>
    <w:p>
      <w:pPr>
        <w:jc w:val="right"/>
      </w:pPr>
      <w:r>
        <w:t>پڑھتے تھے اس کو تھوڑا بہت پروف ریڈنگ وغیرہ کرتا تھا میں، پرنٹنگ کرانی شروع کی۔ لیکن یہ اندازہ نہیں تھا کہ ایک دن یہ ایک موومنٹ کی شکل اختیار کرے گا۔</w:t>
      </w:r>
    </w:p>
    <w:p>
      <w:r>
        <w:rPr>
          <w:b/>
        </w:rPr>
        <w:t xml:space="preserve">[01:32] </w:t>
      </w:r>
      <w:r>
        <w:t>to mujhe yaad aata hai ke 2002 mein ya 2001 mein subah sawere jab main walk kar ke aaya, ah, lodhi garden se to neeche c 29 mein do log baithe hue the.</w:t>
      </w:r>
    </w:p>
    <w:p>
      <w:pPr>
        <w:jc w:val="right"/>
      </w:pPr>
      <w:r>
        <w:t>تو مجھے یاد آتا ہے کہ 2002 میں یا 2001 میں صبح سویرے جب میں واک کر کے آیا، اہ، لودھی گارڈن سے تو نیچے سی 29 میں دو لوگ بیٹھے ہوئے تھے۔</w:t>
      </w:r>
    </w:p>
    <w:p>
      <w:r>
        <w:rPr>
          <w:b/>
        </w:rPr>
        <w:t xml:space="preserve">[01:49] </w:t>
      </w:r>
      <w:r>
        <w:t>ek to rajat sahib the aur ek priya. to rajat sahib ne kaha ke maulana se milna hai humein. to khair maulana se milwaya.</w:t>
      </w:r>
    </w:p>
    <w:p>
      <w:pPr>
        <w:jc w:val="right"/>
      </w:pPr>
      <w:r>
        <w:t>ایک تو رجت صاحب تھے اور ایک پریا۔ تو رجت صاحب نے کہا کہ مولانا سے ملنا ہے ہمیں۔ تو خیر مولانا سے ملوایا۔</w:t>
      </w:r>
    </w:p>
    <w:p>
      <w:r>
        <w:rPr>
          <w:b/>
        </w:rPr>
        <w:t xml:space="preserve">[01:59] </w:t>
      </w:r>
      <w:r>
        <w:t>phir yeh log aane lage, ah, sundays ko. pehle mere khayal se subah aate the, phir sham ko aana shuru hua.</w:t>
      </w:r>
    </w:p>
    <w:p>
      <w:pPr>
        <w:jc w:val="right"/>
      </w:pPr>
      <w:r>
        <w:t>پھر یہ لوگ آنے لگے، اہ، سنڈیز کو۔ پہلے میرے خیال سے صبح آتے تھے، پھر شام کو آنا شروع ہوا۔</w:t>
      </w:r>
    </w:p>
    <w:p>
      <w:r>
        <w:rPr>
          <w:b/>
        </w:rPr>
        <w:t xml:space="preserve">[02:10] </w:t>
      </w:r>
      <w:r>
        <w:t>phir aur bhi log aa gaye, ah, naghma siddiqui aa gayeen, jyoti aa gayeen, aur navdeep sahib aa gaye.</w:t>
      </w:r>
    </w:p>
    <w:p>
      <w:pPr>
        <w:jc w:val="right"/>
      </w:pPr>
      <w:r>
        <w:t>پھر اور بھی لوگ آ گئے، اہ، نغمہ صدیقی آ گئیں، ستوتی آ گئیں، اور نودیپ صاحب آ گئے۔</w:t>
      </w:r>
    </w:p>
    <w:p>
      <w:r>
        <w:rPr>
          <w:b/>
        </w:rPr>
        <w:t xml:space="preserve">[02:20] </w:t>
      </w:r>
      <w:r>
        <w:t>to yeh ek silsila bana. hum log bhi ja ke baithne lage. shuru shuru mein mujhe kuch khaas laga nahi. mujhe laga wahi baatein hain kar rahe hain maulana jo hum hamein pata hain.</w:t>
      </w:r>
    </w:p>
    <w:p>
      <w:pPr>
        <w:jc w:val="right"/>
      </w:pPr>
      <w:r>
        <w:t>تو یہ ایک سلسلہ بنا۔ ہم لوگ بھی جا کے بیٹھنے لگے۔ شروع شروع میں مجھے کچھ خاص لگا نہیں۔ مجھے لگا وہی باتیں ہیں کر رہے ہیں مولانا جو ہم ہمیں پتہ ہیں۔</w:t>
      </w:r>
    </w:p>
    <w:p>
      <w:r>
        <w:rPr>
          <w:b/>
        </w:rPr>
        <w:t xml:space="preserve">[02:31] </w:t>
      </w:r>
      <w:r>
        <w:t>lekin jab do char baar wahan ja ke baithe to phir laga ke kuch nayi baatein samajh mein aa rahi hain. phir maria waghera aa gayeen.</w:t>
      </w:r>
    </w:p>
    <w:p>
      <w:pPr>
        <w:jc w:val="right"/>
      </w:pPr>
      <w:r>
        <w:t>لیکن جب دو چار بار وہاں جا کے بیٹھے تو پھر لگا کہ کچھ نئی باتیں سمجھ میں آ رہی ہیں۔ پھر ماریہ وغیرہ آ گئیں۔</w:t>
      </w:r>
    </w:p>
    <w:p>
      <w:r>
        <w:rPr>
          <w:b/>
        </w:rPr>
        <w:t xml:space="preserve">[02:42] </w:t>
      </w:r>
      <w:r>
        <w:t>phir khurram sahib aa gaye. khurram sahib aane ki wajah se ek naya kaam yeh hua ke woh chuki pilot the to unhone sare, ah, india mein har shahar mein jaate the.</w:t>
      </w:r>
    </w:p>
    <w:p>
      <w:pPr>
        <w:jc w:val="right"/>
      </w:pPr>
      <w:r>
        <w:t>پھر خرم صاحب آ گئے۔ خرم صاحب آنے کی وجہ سے ایک نیا کام یہ ہوا کہ وہ چونکہ پائلٹ تھے تو انہوں نے سارے، اہ، انڈیا میں ہر شہر میں جاتے تھے۔</w:t>
      </w:r>
    </w:p>
    <w:p>
      <w:r>
        <w:rPr>
          <w:b/>
        </w:rPr>
        <w:t xml:space="preserve">[02:55] </w:t>
      </w:r>
      <w:r>
        <w:t>to ja ja ke wahan unhone teams banayeen. aur naghma sahiba ne mujh se kaha ke aap hamein list dijiye ar risala ke subscribers ki.</w:t>
      </w:r>
    </w:p>
    <w:p>
      <w:pPr>
        <w:jc w:val="right"/>
      </w:pPr>
      <w:r>
        <w:t>تو جا جا کے وہاں انہوں نے ٹیمز بنائیں۔ اور نغمہ صاحبہ نے مجھ سے کہا کہ آپ ہمیں لسٹ دیجیے الرسالہ کے سبسکرائبرز کی۔</w:t>
      </w:r>
    </w:p>
    <w:p>
      <w:r>
        <w:rPr>
          <w:b/>
        </w:rPr>
        <w:t xml:space="preserve">[03:05] </w:t>
      </w:r>
      <w:r>
        <w:t>to unhone list li aur sab se contact kiya. aur idhar khurram sahib ja ja ke mile. to har shahar mein, hyderabad mein, bangalore mein, kolkata mein, patna mein, sab shaharoon mein chhoti chhoti teams ban gayeen.</w:t>
      </w:r>
    </w:p>
    <w:p>
      <w:pPr>
        <w:jc w:val="right"/>
      </w:pPr>
      <w:r>
        <w:t>تو انہوں نے لسٹ لی اور سب سے کانٹیکٹ کیا۔ اور ادھر خرم صاحب جا جا کے ملے۔ تو ہر شہر میں، حیدرآباد میں، بینگلور میں، کلکتہ میں، پٹنہ میں، سب شہروں میں چھوٹی چھوٹی ٹیمز بن گئیں۔</w:t>
      </w:r>
    </w:p>
    <w:p>
      <w:r>
        <w:rPr>
          <w:b/>
        </w:rPr>
        <w:t xml:space="preserve">[03:18] </w:t>
      </w:r>
      <w:r>
        <w:t>aur is tarike se jo aap logon ne joint effort kar ke sab ko ekatha kiya aur ek team ki shakal ikhtiyar ki, phir yeh kaam badhna shuru hua.</w:t>
      </w:r>
    </w:p>
    <w:p>
      <w:pPr>
        <w:jc w:val="right"/>
      </w:pPr>
      <w:r>
        <w:t>اور اس طریقے سے جو آپ لوگوں نے جوائنٹ ایفرٹ کر کے سب کو اکٹھا کیا اور ایک ٹیم کی شکل اختیار کی، پھر یہ کام بڑھنا شروع ہوا۔</w:t>
      </w:r>
    </w:p>
    <w:p>
      <w:r>
        <w:rPr>
          <w:b/>
        </w:rPr>
        <w:t xml:space="preserve">[03:28] </w:t>
      </w:r>
      <w:r>
        <w:t>phir yahan se ek aur naya silsila shuru hua. youth team shuru ho gayi. jyoti ne shayad pehli baar shuru kiya. phir facebook shuru ho gaya.</w:t>
      </w:r>
    </w:p>
    <w:p>
      <w:pPr>
        <w:jc w:val="right"/>
      </w:pPr>
      <w:r>
        <w:t>پھر یہاں سے ایک اور نیا سلسلہ شروع ہوا۔ یوز ٹیم شروع ہو گئی۔ ستوتی نے شاید پہلی بار شروع کیا۔ پھر فیس بک شروع ہو گیا۔</w:t>
      </w:r>
    </w:p>
    <w:p>
      <w:r>
        <w:rPr>
          <w:b/>
        </w:rPr>
        <w:t xml:space="preserve">[03:40] </w:t>
      </w:r>
      <w:r>
        <w:t>to phir woh log sab connect ho gaye. to yeh ek silsila aisa ho gaya ke pure india mein aur bahar kailash sahib aur doosre mulkon mein bhi, ah, dubai mein seema sahiba, is tarah aur jagahon pe bhi log judne lage.</w:t>
      </w:r>
    </w:p>
    <w:p>
      <w:pPr>
        <w:jc w:val="right"/>
      </w:pPr>
      <w:r>
        <w:t>تو پھر وہ لوگ سب کنیکٹ ہو گئے۔ تو یہ ایک سلسلہ ایسا ہو گیا کہ پورے انڈیا میں اور باہر کلیم صاحب اور دوسرے ملکوں میں بھی، اہ، دبئی میں سیما صاحبہ، اس طرح اور جگہوں پہ بھی لوگ جڑنے لگے۔</w:t>
      </w:r>
    </w:p>
    <w:p>
      <w:r>
        <w:rPr>
          <w:b/>
        </w:rPr>
        <w:t xml:space="preserve">[03:57] </w:t>
      </w:r>
      <w:r>
        <w:t>to yeh ek movement ki surat ikhtiyar kar gayi. phir yeh abhi kuch renovation waghera hua. chuki maulana ko zara seedhi pe chadhna dikkat hoti thi to lift waghera lag gayi.</w:t>
      </w:r>
    </w:p>
    <w:p>
      <w:pPr>
        <w:jc w:val="right"/>
      </w:pPr>
      <w:r>
        <w:t>تو یہ ایک موومنٹ کی صورت اختیار کر گئی۔ پھر یہ ابھی کچھ رینوویشن وغیرہ ہوا۔ چونکہ مولانا کو ذرا سیڑھی پہ چڑھنا دقت ہوتی تھی تو لفٹ وغیرہ لگ گئی۔</w:t>
      </w:r>
    </w:p>
    <w:p>
      <w:r>
        <w:rPr>
          <w:b/>
        </w:rPr>
        <w:t xml:space="preserve">[04:11] </w:t>
      </w:r>
      <w:r>
        <w:t>to ab umeed hai ke aur behtar tarike se yeh kaam hoga. aur jo hamare aims hain ke quran ke paigham ko sare insano tak pahunchana, to yeh center is ke liye kaam aayega.</w:t>
      </w:r>
    </w:p>
    <w:p>
      <w:pPr>
        <w:jc w:val="right"/>
      </w:pPr>
      <w:r>
        <w:t>تو اب امید ہے کہ اور بہتر طریقے سے یہ کام ہوگا۔ اور جو ہمارے ایمز ہیں کہ قرآن کے پیغام کو سارے انسانوں تک پہنچانا، تو یہ سینٹر اس کے لیے کام آئے گا۔</w:t>
      </w:r>
    </w:p>
    <w:p>
      <w:r>
        <w:rPr>
          <w:b/>
        </w:rPr>
        <w:t xml:space="preserve">[04:25] </w:t>
      </w:r>
      <w:r>
        <w:t>abhi upar ki jagah khali hai, neeche ki jagah khali hai. to is ko ek aisa quran center banaya jaye ke yahan log aayein aur jo quran ki baatein hain, jo islam ki baatein hain, woh samjhein aur is ko aur aage badhayein.</w:t>
      </w:r>
    </w:p>
    <w:p>
      <w:pPr>
        <w:jc w:val="right"/>
      </w:pPr>
      <w:r>
        <w:t>ابھی اوپر کی جگہ خالی ہے، نیچے کی جگہ خالی ہے۔ تو اس کو ایک ایسا قرآن سینٹر بنایا جائے کہ یہاں لوگ آئیں اور جو قرآن کی باتیں ہیں، جو اسلام کی باتیں ہیں، وہ سمجھیں اور اس کو اور آگے بڑھائیں۔</w:t>
      </w:r>
    </w:p>
    <w:p>
      <w:r>
        <w:rPr>
          <w:b/>
        </w:rPr>
        <w:t xml:space="preserve">[04:40] </w:t>
      </w:r>
      <w:r>
        <w:t>to in chand alfaaz ke sath main sab ka shukriya ada karta hoon, khaas taur se cps ke members ka. unhone saath diya aur is ke is ko establish karne mein madad di.</w:t>
      </w:r>
    </w:p>
    <w:p>
      <w:pPr>
        <w:jc w:val="right"/>
      </w:pPr>
      <w:r>
        <w:t>تو ان چند الفاظ کے ساتھ میں سب کا شکریہ ادا کرتا ہوں، خاص طور سے سی پی ایس کے ممبرز کا۔ انہوں نے ساتھ دیا اور اس کے اس کو اسٹیبلش کرنے میں مدد دی۔</w:t>
      </w:r>
    </w:p>
    <w:p>
      <w:r>
        <w:rPr>
          <w:b/>
        </w:rPr>
        <w:t xml:space="preserve">[04:54] </w:t>
      </w:r>
      <w:r>
        <w:t>aur Allah taala se dua karta hoon ke is center ko ek aalmi center banaye taake Quran ka paigham saare insano tak pahunche.</w:t>
      </w:r>
    </w:p>
    <w:p>
      <w:pPr>
        <w:jc w:val="right"/>
      </w:pPr>
      <w:r>
        <w:t>اور اللہ تعالیٰ سے دعا کرتا ہوں کہ اس سینٹر کو ایک عالمی سینٹر بنائے تاکہ قرآن کا پیغام سارے انسانوں تک پہنچ سکے۔</w:t>
      </w:r>
    </w:p>
    <w:p>
      <w:r>
        <w:rPr>
          <w:b/>
        </w:rPr>
        <w:t xml:space="preserve">[05:04] </w:t>
      </w:r>
      <w:r>
        <w:t>Wa akhiru da'wana anil hamdu lillahi Rabbil 'alameen.</w:t>
      </w:r>
    </w:p>
    <w:p>
      <w:pPr>
        <w:jc w:val="right"/>
      </w:pPr>
      <w:r>
        <w:t>واخر دعوانا الحمدللہ رب العالمین۔</w:t>
      </w:r>
    </w:p>
    <w:p>
      <w:r>
        <w:rPr>
          <w:b/>
        </w:rPr>
        <w:t xml:space="preserve">[05:07] </w:t>
      </w:r>
      <w:r>
        <w:t>Okay, I will request Mr. Navdeep Kapoor to come here and say a few words. Mr. Nav</w:t>
      </w:r>
    </w:p>
    <w:p>
      <w:pPr>
        <w:jc w:val="right"/>
      </w:pPr>
      <w:r>
        <w:t>اوکے، آئی ویل ریکویسٹ مسٹر نودیپ کپور ٹو کم ہیر اینڈ سی ا فیو ورڈز۔ مسٹر ن</w:t>
      </w:r>
    </w:p>
    <w:p>
      <w:r>
        <w:rPr>
          <w:b/>
        </w:rPr>
        <w:t xml:space="preserve">[05:11] </w:t>
      </w:r>
      <w:r>
        <w:t>deep Kapoor. Doctor sahib ne pehle hi sab kuch keh diya hai jaise shuru hua. To I will start from where I joined, uh, CPS.</w:t>
      </w:r>
    </w:p>
    <w:p>
      <w:pPr>
        <w:jc w:val="right"/>
      </w:pPr>
      <w:r>
        <w:t>ودیپ کپور۔ ڈاکٹر صاحب نے پہلے ہی سب کچھ کہہ دیا ہے جیسے شروع ہوا۔ تو آئی ویل سٹارٹ فرام ویر آئی جوائنڈ، اہ، سی پی ایس۔</w:t>
      </w:r>
    </w:p>
    <w:p>
      <w:r>
        <w:rPr>
          <w:b/>
        </w:rPr>
        <w:t xml:space="preserve">[05:19] </w:t>
      </w:r>
      <w:r>
        <w:t>Jab hum ne pehli bari mein aur Naghma aaye the yahan pe to Maulana ke kamre mein teen chaar log baithte the hum aur woh class hoti thi. Aur woh class badhti badhti badhti badhti aaj ek movement ki taraf ho gayi hai.</w:t>
      </w:r>
    </w:p>
    <w:p>
      <w:pPr>
        <w:jc w:val="right"/>
      </w:pPr>
      <w:r>
        <w:t>جب ہم نے پہلی باری میں اور نغمہ آئے تھے یہاں پہ تو مولانا کے کمرے میں تین چار لوگ بیٹھتے تھے ہم اور وہ کلاس ہوتی تھی۔ اور وہ کلاس بڑھتی بڑھتی بڑھتی بڑھتی آج ایک موومنٹ کی طرف ہو گئی ہے۔</w:t>
      </w:r>
    </w:p>
    <w:p>
      <w:r>
        <w:rPr>
          <w:b/>
        </w:rPr>
        <w:t xml:space="preserve">[05:33] </w:t>
      </w:r>
      <w:r>
        <w:t>Yeh movement mein sab se bada kaam jo hua hai woh yeh hai ke Doctor sahib ne 23 languages mein Quran ko translate kiya hai.</w:t>
      </w:r>
    </w:p>
    <w:p>
      <w:pPr>
        <w:jc w:val="right"/>
      </w:pPr>
      <w:r>
        <w:t>یہ موومنٹ میں سب سے بڑا کام جو ہوا ہے وہ یہ ہے کہ ڈاکٹر صاحب نے 23 لینگویجز میں قرآن کو ٹرانسلیٹ کیا ہے۔</w:t>
      </w:r>
    </w:p>
    <w:p>
      <w:r>
        <w:rPr>
          <w:b/>
        </w:rPr>
        <w:t xml:space="preserve">[05:45] </w:t>
      </w:r>
      <w:r>
        <w:t>Jo bahut bada kaam hai aur unhi cheezon ko humein aage le ke chalna hai. We have to work as a team and I now want the youth brigade of CPS to take over and start getting more energetic and more involved in in in spreading the word of God throughout the world.</w:t>
      </w:r>
    </w:p>
    <w:p>
      <w:pPr>
        <w:jc w:val="right"/>
      </w:pPr>
      <w:r>
        <w:t>جو بہت بڑا کام ہے اور انہی چیزوں کو ہمیں آگے لے کے چلنا ہے۔ وی ہیو ٹو ورک ایز ا ٹیم اینڈ آئی ناو وانٹ دا یوتھ بریگیڈ آف سی پی ایس ٹو ٹیک اوور اینڈ سٹارٹ گیٹنگ مور انرجیٹک اینڈ مور انوالوڈ ان ان ان سپریڈنگ دا ورڈ آف گاڈ تھرو آؤٹ دا ورلڈ۔</w:t>
      </w:r>
    </w:p>
    <w:p>
      <w:r>
        <w:rPr>
          <w:b/>
        </w:rPr>
        <w:t xml:space="preserve">[06:07] </w:t>
      </w:r>
      <w:r>
        <w:t>Bismillah hir Rahman nir Rahim. Wa sallallahu 'ala Nabiyyil Kareem.</w:t>
      </w:r>
    </w:p>
    <w:p>
      <w:pPr>
        <w:jc w:val="right"/>
      </w:pPr>
      <w:r>
        <w:t>بسم اللہ الرحمن الرحیم۔ وصلی اللہ علی النبی الکریم۔</w:t>
      </w:r>
    </w:p>
    <w:p>
      <w:r>
        <w:rPr>
          <w:b/>
        </w:rPr>
        <w:t xml:space="preserve">[06:16] </w:t>
      </w:r>
      <w:r>
        <w:t>Rabbi ishrah li sadri wa yassir li amri wahlul uqdatan min lisani yafqahu qawli.</w:t>
      </w:r>
    </w:p>
    <w:p>
      <w:pPr>
        <w:jc w:val="right"/>
      </w:pPr>
      <w:r>
        <w:t>رب اشرح لی صدری ویسر لی امری واحل العقدۃ من لسانی یفقہ قولی۔</w:t>
      </w:r>
    </w:p>
    <w:p>
      <w:r>
        <w:rPr>
          <w:b/>
        </w:rPr>
        <w:t xml:space="preserve">[06:30] </w:t>
      </w:r>
      <w:r>
        <w:t>14 October 2018.</w:t>
      </w:r>
    </w:p>
    <w:p>
      <w:pPr>
        <w:jc w:val="right"/>
      </w:pPr>
      <w:r>
        <w:t>14 اکتوبر 2018۔</w:t>
      </w:r>
    </w:p>
    <w:p>
      <w:r>
        <w:rPr>
          <w:b/>
        </w:rPr>
        <w:t xml:space="preserve">[06:38] </w:t>
      </w:r>
      <w:r>
        <w:t>Dekhein, is kainat ko, is universe ko banane wala ek Allah Rabbul Alameen hai.</w:t>
      </w:r>
    </w:p>
    <w:p>
      <w:pPr>
        <w:jc w:val="right"/>
      </w:pPr>
      <w:r>
        <w:t>دیکھیں، اس کائنات کو، اس یونیورس کو بنانے والا ایک اللہ رب العالمین ہے۔</w:t>
      </w:r>
    </w:p>
    <w:p>
      <w:r>
        <w:rPr>
          <w:b/>
        </w:rPr>
        <w:t xml:space="preserve">[06:54] </w:t>
      </w:r>
      <w:r>
        <w:t>Allah ne is kainat ko kuch aise dhang se banaya ke yahan sab kuch</w:t>
      </w:r>
    </w:p>
    <w:p>
      <w:pPr>
        <w:jc w:val="right"/>
      </w:pPr>
      <w:r>
        <w:t>اللہ نے اس کائنات کو کچھ ایسے ڈھنگ سے بنایا کہ یہاں سب کچھ</w:t>
      </w:r>
    </w:p>
    <w:p>
      <w:r>
        <w:rPr>
          <w:b/>
        </w:rPr>
        <w:t xml:space="preserve">[07:06] </w:t>
      </w:r>
      <w:r>
        <w:t>evident hai, observable hai. Lekin khud Allah Rabbul Alameen bilkul parde mein hai, woh unseen bana hua hai.</w:t>
      </w:r>
    </w:p>
    <w:p>
      <w:pPr>
        <w:jc w:val="right"/>
      </w:pPr>
      <w:r>
        <w:t>ایویڈنٹ ہے، ابوریبل ہے۔ لیکن خود اللہ رب العالمین بالکل پردے میں ہے، وہ ان سین بنا ہوا ہے۔</w:t>
      </w:r>
    </w:p>
    <w:p>
      <w:r>
        <w:rPr>
          <w:b/>
        </w:rPr>
        <w:t xml:space="preserve">[07:24] </w:t>
      </w:r>
      <w:r>
        <w:t>Aisa kyun hai? Ek ek shayar ne kaha tha: "Mujhe bula ke yahan aap chhup gaya koi, woh mehman hoon jise mezban nahi milta." To bahut hi ajeeb baat hai ke saari universe observable hai,</w:t>
      </w:r>
    </w:p>
    <w:p>
      <w:pPr>
        <w:jc w:val="right"/>
      </w:pPr>
      <w:r>
        <w:t>ایسا کیوں ہے؟ ایک ایک شاعر نے کہا تھا: "مجھے بلا کے یہاں آپ چھپ گیا کوئی، وہ مہماں ہوں جسے میزبان نہیں ملتا۔" تو بہت ہی عجیب بات ہے کہ ساری یونیورس ابوریبل ہے،</w:t>
      </w:r>
    </w:p>
    <w:p>
      <w:r>
        <w:rPr>
          <w:b/>
        </w:rPr>
        <w:t xml:space="preserve">[07:53] </w:t>
      </w:r>
      <w:r>
        <w:t>galaxies observable hain, solar system observable hai, insan aur animal aur plant sab kuch observable hai.</w:t>
      </w:r>
    </w:p>
    <w:p>
      <w:pPr>
        <w:jc w:val="right"/>
      </w:pPr>
      <w:r>
        <w:t>گلیکسیز ابوریبل ہیں، سولر سسٹم ابوریبل ہے، انسان اور اینیمل اور پلانٹ سب کچھ ابوریبل ہے۔</w:t>
      </w:r>
    </w:p>
    <w:p>
      <w:r>
        <w:rPr>
          <w:b/>
        </w:rPr>
        <w:t xml:space="preserve">[08:08] </w:t>
      </w:r>
      <w:r>
        <w:t>Lekin jisne yeh sab banaya aur jo in sab ka controller hai, woh kahin dikhai nahi deta.</w:t>
      </w:r>
    </w:p>
    <w:p>
      <w:pPr>
        <w:jc w:val="right"/>
      </w:pPr>
      <w:r>
        <w:t>لیکن جس نے یہ سب بنایا اور جو ان سب کا کنٹرولر ہے، وہ کہیں دکھائی نہیں دیتا۔</w:t>
      </w:r>
    </w:p>
    <w:p>
      <w:r>
        <w:rPr>
          <w:b/>
        </w:rPr>
        <w:t xml:space="preserve">[08:24] </w:t>
      </w:r>
      <w:r>
        <w:t>To is ka raaz yeh hai ke Allah Rabbul Alameen ne yeh duniya ko banaya, woh Khallaq hai,</w:t>
      </w:r>
    </w:p>
    <w:p>
      <w:pPr>
        <w:jc w:val="right"/>
      </w:pPr>
      <w:r>
        <w:t>تو اس کا راز یہ ہے کہ اللہ رب العالمین نے یہ دنیا کو بنایا، وہ خلاق ہے،</w:t>
      </w:r>
    </w:p>
    <w:p>
      <w:r>
        <w:rPr>
          <w:b/>
        </w:rPr>
        <w:t xml:space="preserve">[08:40] </w:t>
      </w:r>
      <w:r>
        <w:t>aur phir us ne ek ek paradise banayi.</w:t>
      </w:r>
    </w:p>
    <w:p>
      <w:pPr>
        <w:jc w:val="right"/>
      </w:pPr>
      <w:r>
        <w:t>اور پھر اس نے ایک ایک پیراڈائز بنائی۔</w:t>
      </w:r>
    </w:p>
    <w:p>
      <w:r>
        <w:rPr>
          <w:b/>
        </w:rPr>
        <w:t xml:space="preserve">[08:48] </w:t>
      </w:r>
      <w:r>
        <w:t>Paradise aur paradise insan ke liye eternal world hai. Wahan har qism ki good cheezein maujood hain, ideal tareeqe se.</w:t>
      </w:r>
    </w:p>
    <w:p>
      <w:pPr>
        <w:jc w:val="right"/>
      </w:pPr>
      <w:r>
        <w:t>پیراڈائز اور پیراڈائز انسان کے لیے ایٹرنل ورلڈ ہے۔ وہاں ہر قسم کی گڈ چیزیں موجود ہیں، آئیڈیل طریقے سے۔</w:t>
      </w:r>
    </w:p>
    <w:p>
      <w:r>
        <w:rPr>
          <w:b/>
        </w:rPr>
        <w:t xml:space="preserve">[09:11] </w:t>
      </w:r>
      <w:r>
        <w:t>Aur Allah Rabbul Alameen ne yeh ek anokha plan banaya ke</w:t>
      </w:r>
    </w:p>
    <w:p>
      <w:pPr>
        <w:jc w:val="right"/>
      </w:pPr>
      <w:r>
        <w:t>اور اللہ رب العالمین نے یہ ایک انوکھا پلان بنایا کہ</w:t>
      </w:r>
    </w:p>
    <w:p>
      <w:r>
        <w:rPr>
          <w:b/>
        </w:rPr>
        <w:t xml:space="preserve">[09:21] </w:t>
      </w:r>
      <w:r>
        <w:t>paradise mein us ko entry mile</w:t>
      </w:r>
    </w:p>
    <w:p>
      <w:pPr>
        <w:jc w:val="right"/>
      </w:pPr>
      <w:r>
        <w:t>پیراڈائز میں اس کو انٹری ملے</w:t>
      </w:r>
    </w:p>
    <w:p>
      <w:r>
        <w:rPr>
          <w:b/>
        </w:rPr>
        <w:t xml:space="preserve">[09:26] </w:t>
      </w:r>
      <w:r>
        <w:t>jo is duniya mein us ke Khallaq ko, us ke Rabb, us ke Rabb ko, us ke unseen God ko discover kare.</w:t>
      </w:r>
    </w:p>
    <w:p>
      <w:pPr>
        <w:jc w:val="right"/>
      </w:pPr>
      <w:r>
        <w:t>جو اس دنیا میں اس کے خلاق کو، اس کے رب، اس کے رب کو، اس کے ان سین گاڈ کو ڈسکور کرے۔</w:t>
      </w:r>
    </w:p>
    <w:p>
      <w:r>
        <w:rPr>
          <w:b/>
        </w:rPr>
        <w:t xml:space="preserve">[09:44] </w:t>
      </w:r>
      <w:r>
        <w:t>Yeh to sara, yeh jo yeh yeh sari jo kainat hai, woh sab ka jo ek hi maqsad hai ke duniya mein insan rahe,</w:t>
      </w:r>
    </w:p>
    <w:p>
      <w:pPr>
        <w:jc w:val="right"/>
      </w:pPr>
      <w:r>
        <w:t>یہ تو سارا، یہ جو یہ یہ ساری جو کائنات ہے، وہ سب کا جو ایک ہی مقصد ہے کہ دنیا میں انسان رہے،</w:t>
      </w:r>
    </w:p>
    <w:p>
      <w:r>
        <w:rPr>
          <w:b/>
        </w:rPr>
        <w:t xml:space="preserve">[10:01] </w:t>
      </w:r>
      <w:r>
        <w:t>yahan woh enjoy kare, yahan us ke liye har cheez maujood hai. Pani hai, food hai, har cheez.</w:t>
      </w:r>
    </w:p>
    <w:p>
      <w:pPr>
        <w:jc w:val="right"/>
      </w:pPr>
      <w:r>
        <w:t>یہاں وہ انجوائے کرے، یہاں اس کے لیے ہر چیز موجود ہے۔ پانی ہے، فوڈ ہے، ہر چیز۔</w:t>
      </w:r>
    </w:p>
    <w:p>
      <w:r>
        <w:rPr>
          <w:b/>
        </w:rPr>
        <w:t xml:space="preserve">[10:18] </w:t>
      </w:r>
      <w:r>
        <w:t>Aur yahan rehte hue woh Allah Rabbul Alameen ko discover kare.</w:t>
      </w:r>
    </w:p>
    <w:p>
      <w:pPr>
        <w:jc w:val="right"/>
      </w:pPr>
      <w:r>
        <w:t>اور یہاں رہتے ہوئے وہ اللہ رب العالمین کو ڈسکور کرے۔</w:t>
      </w:r>
    </w:p>
    <w:p>
      <w:r>
        <w:rPr>
          <w:b/>
        </w:rPr>
        <w:t xml:space="preserve">[10:28] </w:t>
      </w:r>
      <w:r>
        <w:t>jo log is yeh kar payein ge ke in sain gaud ko yahan dekhein ge, jaisa ke hadith mein aata hai.</w:t>
      </w:r>
    </w:p>
    <w:p>
      <w:pPr>
        <w:jc w:val="right"/>
      </w:pPr>
      <w:r>
        <w:t>جو لوگ اس یہ کر پائیں گے کہ ان سین گاڈ کو یہاں دیکھیں گے، جیسا کہ حدیث میں آتا ہے۔</w:t>
      </w:r>
    </w:p>
    <w:p>
      <w:r>
        <w:rPr>
          <w:b/>
        </w:rPr>
        <w:t xml:space="preserve">[10:43] </w:t>
      </w:r>
      <w:r>
        <w:t>ek hadith bohat hi anokhi hadith hai, jis ko kehte hain hadith jibril.</w:t>
      </w:r>
    </w:p>
    <w:p>
      <w:pPr>
        <w:jc w:val="right"/>
      </w:pPr>
      <w:r>
        <w:t>ایک حدیث بہت ہی انوکھی حدیث ہے، جس کو کہتے ہیں حدیث جبرائیل۔</w:t>
      </w:r>
    </w:p>
    <w:p>
      <w:r>
        <w:rPr>
          <w:b/>
        </w:rPr>
        <w:t xml:space="preserve">[10:56] </w:t>
      </w:r>
      <w:r>
        <w:t>to yeh ghaleban makki daur ki nahi hai, balkeh badri daur ki hadith hai, ghaleban. to is mein jibril se aur rasool Allah se ek dialogue hota hai.</w:t>
      </w:r>
    </w:p>
    <w:p>
      <w:pPr>
        <w:jc w:val="right"/>
      </w:pPr>
      <w:r>
        <w:t>تو یہ غالباً مکی دور کی نہیں ہے، بلکہ بدری دور کی حدیث ہے، غالباً۔ تو اس میں جبرائیل سے اور رسول اللہ سے ایک ڈائیلاگ ہوتا ہے۔</w:t>
      </w:r>
    </w:p>
    <w:p>
      <w:r>
        <w:rPr>
          <w:b/>
        </w:rPr>
        <w:t xml:space="preserve">[11:15] </w:t>
      </w:r>
      <w:r>
        <w:t>is dialogue mein ek juz woh hai jo ibadat ke baray mein hai. is juz ko parhiye, is ka</w:t>
      </w:r>
    </w:p>
    <w:p>
      <w:pPr>
        <w:jc w:val="right"/>
      </w:pPr>
      <w:r>
        <w:t>اس ڈائیلاگ میں ایک جز وہ ہے جو عبادت کے بارے میں ہے۔ اس جز کو پڑھیے، اس کا</w:t>
      </w:r>
    </w:p>
    <w:p>
      <w:r>
        <w:rPr>
          <w:b/>
        </w:rPr>
        <w:t xml:space="preserve">[11:23] </w:t>
      </w:r>
      <w:r>
        <w:t>tarjuma: "an abi huraira qala kana al-nabi sallallahu alaihi wasallam baraza yawman lil-nasi fa-ata jibril faqala ma al-ihsan?"</w:t>
      </w:r>
    </w:p>
    <w:p>
      <w:pPr>
        <w:jc w:val="right"/>
      </w:pPr>
      <w:r>
        <w:t>ترجمہ: "ان ابی ہریرہ قال کان النبی صلی اللہ علیہ وسلم بارزا یوما للناسی فاتا جبرائیل فقال ما الاحسان؟</w:t>
      </w:r>
    </w:p>
    <w:p>
      <w:r>
        <w:rPr>
          <w:b/>
        </w:rPr>
        <w:t xml:space="preserve">[11:33] </w:t>
      </w:r>
      <w:r>
        <w:t>qala al-iman an tu'mina billahi wa malaikatihi wa kutubihi wa biliqa'ihi wa rusulihi wa tu'mina bil-ba'th?</w:t>
      </w:r>
    </w:p>
    <w:p>
      <w:pPr>
        <w:jc w:val="right"/>
      </w:pPr>
      <w:r>
        <w:t>قال الایمان ان تؤمن باللہ وملائکتہ وکتبہ وبلقائہ ورسلہ وتؤمن بالبعث؟</w:t>
      </w:r>
    </w:p>
    <w:p>
      <w:r>
        <w:rPr>
          <w:b/>
        </w:rPr>
        <w:t xml:space="preserve">[11:44] </w:t>
      </w:r>
      <w:r>
        <w:t>qala ma al-islam? qala al-islam an ta'budallaha wa la tushrika bihi shay'an wa tuqim al-salata wa tu'di al-zakata al-mafruzata wa tasuma ramadan?</w:t>
      </w:r>
    </w:p>
    <w:p>
      <w:pPr>
        <w:jc w:val="right"/>
      </w:pPr>
      <w:r>
        <w:t>قال ما الاسلام؟ قال الاسلام ان تعبد اللہ ولا تشرک بہ شیئا وتقیم الصلوۃ وتؤدی الزکوۃ المفروضہ وتصوم رمضان؟</w:t>
      </w:r>
    </w:p>
    <w:p>
      <w:r>
        <w:rPr>
          <w:b/>
        </w:rPr>
        <w:t xml:space="preserve">[11:55] </w:t>
      </w:r>
      <w:r>
        <w:t>qala ma al-ihsan? qala an ta'budallaha ka'annaka tarahu fa-in lam takun tarahu fa-innahu yarak?" bas yahi to tarjuma parhiye.</w:t>
      </w:r>
    </w:p>
    <w:p>
      <w:pPr>
        <w:jc w:val="right"/>
      </w:pPr>
      <w:r>
        <w:t>قال ما الاحسان؟ قال ان تعبد اللہ کانک تراہ فان لم تکن تراہ فانہ یراک؟" بس یہی تو ترجمہ پڑھیے۔</w:t>
      </w:r>
    </w:p>
    <w:p>
      <w:r>
        <w:rPr>
          <w:b/>
        </w:rPr>
        <w:t xml:space="preserve">[12:05] </w:t>
      </w:r>
      <w:r>
        <w:t>sahih al-bukhari hadith number 50. abu huraira se riwayat hai nabi sallallahu alaihi wasallam ek din logon ke sath thay ke jibril aaye aur jibril ne kaha: "iman kya hai?" aap ne kaha: "iman yeh hai ke tum Allah par iman rakho, is ke farishton par iman rakho,</w:t>
      </w:r>
    </w:p>
    <w:p>
      <w:pPr>
        <w:jc w:val="right"/>
      </w:pPr>
      <w:r>
        <w:t>صحیح البخاری حدیث نمبر 50۔ ابو ہریرہ سے روایت ہے نبی صلی اللہ علیہ وسلم ایک دن لوگوں کے ساتھ تھے کہ جبرائیل آئے اور جبرائیل نے کہا: "ایمان کیا ہے؟" آپ نے کہا: "ایمان یہ ہے کہ تم اللہ پر ایمان رکھو، اس کے فرشتوں پر ایمان رکھو،</w:t>
      </w:r>
    </w:p>
    <w:p>
      <w:r>
        <w:rPr>
          <w:b/>
        </w:rPr>
        <w:t xml:space="preserve">[12:24] </w:t>
      </w:r>
      <w:r>
        <w:t>is ki kitabon par iman rakho, Allah se mulaqat ke din par iman rakho, is ke rasoolon par iman rakho, aur dobara uthaye jane par iman rakho." jibril ne kaha: "islam kya hai?" aap ne kaha: "islam yeh hai ke tum Allah ki ibadat karo, is ke sath kisi ko sharik na karo,</w:t>
      </w:r>
    </w:p>
    <w:p>
      <w:pPr>
        <w:jc w:val="right"/>
      </w:pPr>
      <w:r>
        <w:t>اس کی کتابوں پر ایمان رکھو، اللہ سے ملاقات کے دن پر ایمان رکھو، اس کے رسولوں پر ایمان رکھو، اور دوبارہ اٹھائے جانے پر ایمان رکھو۔" جبرائیل نے کہا: "اسلام کیا ہے؟" آپ نے کہا: "اسلام یہ ہے کہ تم اللہ کی عبادت کرو، اس کے ساتھ کسی کو شریک نہ کرو،</w:t>
      </w:r>
    </w:p>
    <w:p>
      <w:r>
        <w:rPr>
          <w:b/>
        </w:rPr>
        <w:t xml:space="preserve">[12:43] </w:t>
      </w:r>
      <w:r>
        <w:t>namaz qaim karo, zakat farz zakat ada karo, aur ramadan ke roze rakho." jibril ne kaha: "ke ihsan kya hai?" to aap ne kaha: "ke tum Allah ki ibadat karo, goya tum us ko dekhte ho, aur agar tum us ko nahi dekhte to woh tum ko dekhta hai." bas dekhiye,</w:t>
      </w:r>
    </w:p>
    <w:p>
      <w:pPr>
        <w:jc w:val="right"/>
      </w:pPr>
      <w:r>
        <w:t>نماز قائم کرو، زکوۃ فرض زکوۃ ادا کرو، اور رمضان کے روزے رکھو۔" جبرائیل نے کہا: "کہ احسان کیا ہے؟" تو آپ نے کہا: "کہ تم اللہ کی عبادت کرو، گویا تم اس کو دیکھتے ہو، اور اگر تم اس کو نہیں دیکھتے تو وہ تم کو دیکھتا ہے۔" بس دیکھیے،</w:t>
      </w:r>
    </w:p>
    <w:p>
      <w:r>
        <w:rPr>
          <w:b/>
        </w:rPr>
        <w:t xml:space="preserve">[13:05] </w:t>
      </w:r>
      <w:r>
        <w:t>jibril ne rasool Allah sallallahu alaihi wasallam se kaha: "ke ihsan kya hai? ihsan ma'ni hain ibadat ka aala darja kya hai?" to aap ne farmaya: "ke tum Allah ki ibadat is tarah karo jaise ke tum Allah ko dekh rahe ho."</w:t>
      </w:r>
    </w:p>
    <w:p>
      <w:pPr>
        <w:jc w:val="right"/>
      </w:pPr>
      <w:r>
        <w:t>جبرائیل نے رسول اللہ صلی اللہ علیہ وسلم سے کہا: "کہ احسان کیا ہے؟ احسان معنی ہیں عبادت کا اعلیٰ درجہ کیا ہے؟" تو آپ نے فرمایا: "کہ تم اللہ کی عبادت اس طرح کرو جیسے کہ تم اللہ کو دیکھ رہے ہو۔"</w:t>
      </w:r>
    </w:p>
    <w:p>
      <w:r>
        <w:rPr>
          <w:b/>
        </w:rPr>
        <w:t xml:space="preserve">[13:28] </w:t>
      </w:r>
      <w:r>
        <w:t>yahi kul mansha takhleeq hai. aap jo is dunya mein hain to aap ko aap ka jo test hai, test woh yeh hai ke aap kainat ke badolat se,</w:t>
      </w:r>
    </w:p>
    <w:p>
      <w:pPr>
        <w:jc w:val="right"/>
      </w:pPr>
      <w:r>
        <w:t>یہی کل منشاء تخلیق ہے۔ آپ جو اس دنیا میں ہیں تو آپ کو آپ کا جو ٹیسٹ ہے، ٹیسٹ وہ یہ ہے کہ آپ کائنات کے بدولت سے،</w:t>
      </w:r>
    </w:p>
    <w:p>
      <w:r>
        <w:rPr>
          <w:b/>
        </w:rPr>
        <w:t xml:space="preserve">[13:50] </w:t>
      </w:r>
      <w:r>
        <w:t>kainat ki study karne se, ghaur o fikr se</w:t>
      </w:r>
    </w:p>
    <w:p>
      <w:pPr>
        <w:jc w:val="right"/>
      </w:pPr>
      <w:r>
        <w:t>کائنات کی اسٹڈی کرنے سے، غور و فکر سے</w:t>
      </w:r>
    </w:p>
    <w:p>
      <w:r>
        <w:rPr>
          <w:b/>
        </w:rPr>
        <w:t xml:space="preserve">[13:57] </w:t>
      </w:r>
      <w:r>
        <w:t>is ke khaliq ko discover karen. yeh discovery aap ki itni zyada strong ho, aap ki ma'rifat itni strong ho ke aisa lage ke jaise ke aap is ko dekh rahe hain.</w:t>
      </w:r>
    </w:p>
    <w:p>
      <w:pPr>
        <w:jc w:val="right"/>
      </w:pPr>
      <w:r>
        <w:t>اس کے خالق کو ڈسکور کریں۔ یہ ڈسکوری آپ کی اتنی زیادہ سٹرانگ ہو، آپ کی معرفت اتنی سٹرانگ ہو کہ ایسا لگے کہ جیسے کہ آپ اس کو دیکھ رہے ہیں۔</w:t>
      </w:r>
    </w:p>
    <w:p>
      <w:r>
        <w:rPr>
          <w:b/>
        </w:rPr>
        <w:t xml:space="preserve">[14:14] </w:t>
      </w:r>
      <w:r>
        <w:t>yahi log hain jo jannat jannat mein dakhil kiye jayenge. to is ke liye Allah ne kitaben utari, rasoolon ko bheja, aur aakhir mein Allah ne quran utara.</w:t>
      </w:r>
    </w:p>
    <w:p>
      <w:pPr>
        <w:jc w:val="right"/>
      </w:pPr>
      <w:r>
        <w:t>یہی لوگ ہیں جو جنت جنت میں داخل کیے جائیں گے۔ تو اس کے لیے اللہ نے کتابیں اتاری، رسولوں کو بھیجا، اور آخر میں اللہ نے قرآن اتارا۔</w:t>
      </w:r>
    </w:p>
    <w:p>
      <w:r>
        <w:rPr>
          <w:b/>
        </w:rPr>
        <w:t xml:space="preserve">[14:31] </w:t>
      </w:r>
      <w:r>
        <w:t>isi silsile mein quran mein Allah ne is poori scheme ko bata diya jo creation ke baray mein Allah ki hai,</w:t>
      </w:r>
    </w:p>
    <w:p>
      <w:pPr>
        <w:jc w:val="right"/>
      </w:pPr>
      <w:r>
        <w:t>اسی سلسلے میں قرآن میں اللہ نے اس پوری اسکیم کو بتا دیا جو کریشن کے بارے میں اللہ کی ہے،</w:t>
      </w:r>
    </w:p>
    <w:p>
      <w:r>
        <w:rPr>
          <w:b/>
        </w:rPr>
        <w:t xml:space="preserve">[14:45] </w:t>
      </w:r>
      <w:r>
        <w:t>aur is kitab ko preserve kar diya, mehfooz kar diya.</w:t>
      </w:r>
    </w:p>
    <w:p>
      <w:pPr>
        <w:jc w:val="right"/>
      </w:pPr>
      <w:r>
        <w:t>اور اس کتاب کو پریزرو کر دیا، محفوظ کر دیا۔</w:t>
      </w:r>
    </w:p>
    <w:p>
      <w:r>
        <w:rPr>
          <w:b/>
        </w:rPr>
        <w:t xml:space="preserve">[14:52] </w:t>
      </w:r>
      <w:r>
        <w:t>lekin yeh sara kaam</w:t>
      </w:r>
    </w:p>
    <w:p>
      <w:pPr>
        <w:jc w:val="right"/>
      </w:pPr>
      <w:r>
        <w:t>لیکن یہ سارا کام</w:t>
      </w:r>
    </w:p>
    <w:p>
      <w:r>
        <w:rPr>
          <w:b/>
        </w:rPr>
        <w:t xml:space="preserve">[14:59] </w:t>
      </w:r>
      <w:r>
        <w:t>jo hua, woh</w:t>
      </w:r>
    </w:p>
    <w:p>
      <w:pPr>
        <w:jc w:val="right"/>
      </w:pPr>
      <w:r>
        <w:t>جو ہوا، وہ</w:t>
      </w:r>
    </w:p>
    <w:p>
      <w:r>
        <w:rPr>
          <w:b/>
        </w:rPr>
        <w:t xml:space="preserve">[15:06] </w:t>
      </w:r>
      <w:r>
        <w:t>agar woh angel ke zariye nahi hua, insan ke zariye hua.</w:t>
      </w:r>
    </w:p>
    <w:p>
      <w:pPr>
        <w:jc w:val="right"/>
      </w:pPr>
      <w:r>
        <w:t>اگر وہ اینجل کے ذریعے نہیں ہوا، انسان کے ذریعے ہوا۔</w:t>
      </w:r>
    </w:p>
    <w:p>
      <w:r>
        <w:rPr>
          <w:b/>
        </w:rPr>
        <w:t xml:space="preserve">[15:19] </w:t>
      </w:r>
      <w:r>
        <w:t>to yeh yeh jo quran hai, jab aap jante hain ke jab utra to woh over all tarike se, yani zuban se bolna aur doosre ko sunna, yeh tha.</w:t>
      </w:r>
    </w:p>
    <w:p>
      <w:pPr>
        <w:jc w:val="right"/>
      </w:pPr>
      <w:r>
        <w:t>تو یہ یہ جو قرآن ہے، جب آپ جانتے ہیں کہ جب اترا تو وہ اوور آل طریقے سے، یعنی زبان سے بولنا اور دوسرے کو سننا، یہ تھا۔</w:t>
      </w:r>
    </w:p>
    <w:p>
      <w:r>
        <w:rPr>
          <w:b/>
        </w:rPr>
        <w:t xml:space="preserve">[15:33] </w:t>
      </w:r>
      <w:r>
        <w:t>phir Allah taala ne ek ek process chalaya, ek process jis mein team bani, jis mein pehle zabani taur par sunate thay, phir likha gaya,</w:t>
      </w:r>
    </w:p>
    <w:p>
      <w:pPr>
        <w:jc w:val="right"/>
      </w:pPr>
      <w:r>
        <w:t>پھر اللہ تعالیٰ نے ایک ایک پروسیس چلایا، ایک پروسیس جس میں ٹیم بنی، جس میں پہلے زبانی طور پر سناتے تھے، پھر لکھا گیا،</w:t>
      </w:r>
    </w:p>
    <w:p>
      <w:r>
        <w:rPr>
          <w:b/>
        </w:rPr>
        <w:t xml:space="preserve">[15:47] </w:t>
      </w:r>
      <w:r>
        <w:t>phir printing press wajood mein aaya, phir sari technology, sari civilization wajood mein aayi. yeh sab insanon ke zariye hai.</w:t>
      </w:r>
    </w:p>
    <w:p>
      <w:pPr>
        <w:jc w:val="right"/>
      </w:pPr>
      <w:r>
        <w:t>پھر پرنٹنگ پریس وجود میں آیا، پھر ساری ٹیکنالوجی، ساری سویلائزیشن وجود میں آئی۔ یہ سب انسانوں کے ذریعے ہے۔</w:t>
      </w:r>
    </w:p>
    <w:p>
      <w:r>
        <w:rPr>
          <w:b/>
        </w:rPr>
        <w:t xml:space="preserve">[16:00] </w:t>
      </w:r>
      <w:r>
        <w:t>to yeh is process ki ka jo culmination tha, us ko ek hadith mein bayan kiya gaya hai.</w:t>
      </w:r>
    </w:p>
    <w:p>
      <w:pPr>
        <w:jc w:val="right"/>
      </w:pPr>
      <w:r>
        <w:t>تو یہ اس پروسیس کی کا جو کلمنیشن تھا، اس کو ایک حدیث میں بیان کیا گیا ہے۔</w:t>
      </w:r>
    </w:p>
    <w:p>
      <w:r>
        <w:rPr>
          <w:b/>
        </w:rPr>
        <w:t xml:space="preserve">[16:11] </w:t>
      </w:r>
      <w:r>
        <w:t>is process ka culmination, is hadith ko aap padhiye: "ma'mal al-ghul wa al-nahar".</w:t>
      </w:r>
    </w:p>
    <w:p>
      <w:pPr>
        <w:jc w:val="right"/>
      </w:pPr>
      <w:r>
        <w:t>اس پراسیس کا کلمنیشن، اس حدیث کو آپ پڑھیے: "معمل الغل والنہار"۔</w:t>
      </w:r>
    </w:p>
    <w:p>
      <w:r>
        <w:rPr>
          <w:b/>
        </w:rPr>
        <w:t xml:space="preserve">[16:24] </w:t>
      </w:r>
      <w:r>
        <w:t>antum dar qala sam'tu rasulallahi sallallahu alaihi wasallam yaqul: "layablughanna hadha al-amru ma balagha al-laylu wa al-naharu, wala yatruku allahu bait bait madrin wala wabarin illa adkhalahu allahu hadha al-dina".</w:t>
      </w:r>
    </w:p>
    <w:p>
      <w:pPr>
        <w:jc w:val="right"/>
      </w:pPr>
      <w:r>
        <w:t>انتم دار قال سمعت رسول اللہ صلی اللہ علیہ وسلم یقول: "لیبلغنا هذا الامر ما بلغ اللیل والنہار، ولا یترک اللہ بیت بیت مدر ولا وبر الا ادخلہ اللہ هذا الدین"۔</w:t>
      </w:r>
    </w:p>
    <w:p>
      <w:r>
        <w:rPr>
          <w:b/>
        </w:rPr>
        <w:t xml:space="preserve">[16:38] </w:t>
      </w:r>
      <w:r>
        <w:t>wa fi riwayatin: "illa adkhalahu allahu kalimata al-islami". musnad ahmad hadith number 16957. tamim al-dari riwayat karte hain ke maine rasulallahi sallallahu alaihi wasallam ko kehte hue suna ke yeh muamla wahan tak pohnchega jahan tak din aur raat pohnche pohnche,</w:t>
      </w:r>
    </w:p>
    <w:p>
      <w:pPr>
        <w:jc w:val="right"/>
      </w:pPr>
      <w:r>
        <w:t>وفي روایت: "الا ادخلہ اللہ کلمۃ الاسلام"۔ مسند احمد حدیث نمبر 16957۔ تمیم الداری روایت کرتے ہیں کہ میں نے رسول اللہ صلی اللہ علیہ وسلم کو کہتے ہوئے سنا کہ یہ معاملہ وہاں تک پہنچے گا جہاں تک دن اور رات پہنچ پہنچے،</w:t>
      </w:r>
    </w:p>
    <w:p>
      <w:r>
        <w:rPr>
          <w:b/>
        </w:rPr>
        <w:t xml:space="preserve">[16:58] </w:t>
      </w:r>
      <w:r>
        <w:t>aur allah ta'ala kisi bhi chote ya bade ghar ko nahi chhodega magar us mein is deen ko dakhil karega. ek riwayat mein hai ke allah ta'ala islam ke kalme ko dakhil karega.</w:t>
      </w:r>
    </w:p>
    <w:p>
      <w:pPr>
        <w:jc w:val="right"/>
      </w:pPr>
      <w:r>
        <w:t>اور اللہ تعالیٰ کسی بھی چھوٹے یا بڑے گھر کو نہیں چھوڑے گا مگر اس میں اس دین کو داخل کرے گا۔ ایک روایت میں ہے کہ اللہ تعالیٰ اسلام کے کلمے کو داخل کرے گا۔</w:t>
      </w:r>
    </w:p>
    <w:p>
      <w:r>
        <w:rPr>
          <w:b/>
        </w:rPr>
        <w:t xml:space="preserve">[17:10] </w:t>
      </w:r>
      <w:r>
        <w:t>dekhiye, is hadith mein ghor kijiye aur ek ayat bhi ghor kijiye. le kar ke quran mein ek ayat hai ke:</w:t>
      </w:r>
    </w:p>
    <w:p>
      <w:pPr>
        <w:jc w:val="right"/>
      </w:pPr>
      <w:r>
        <w:t>دیکھیے، اس حدیث میں غور کیجئے اور ایک آیت بھی غور کیجئے۔ لے کر کے قرآن میں ایک آیت ہے کہ:</w:t>
      </w:r>
    </w:p>
    <w:p>
      <w:r>
        <w:rPr>
          <w:b/>
        </w:rPr>
        <w:t xml:space="preserve">[17:23] </w:t>
      </w:r>
      <w:r>
        <w:t>"layakuna lil-alamina naziruh". is ko padhiye: tabarak alladhi nazzala al-furqana ala abdhi layakuna lil-alamina naziruh. is ka tarjuma padhiye: "barkat wali hai woh zaat jisne apne bande par furqan ko utara taake ho woh sari duniya ko darane wala, warn karne wala".</w:t>
      </w:r>
    </w:p>
    <w:p>
      <w:pPr>
        <w:jc w:val="right"/>
      </w:pPr>
      <w:r>
        <w:t>"لیکون للعالمین نظیرہ"۔ اس کو پڑھیے: تبارک الذی نزل الفرقان علی عبدہ لیکون للعالمین نظیرہ۔ اس کا ترجمہ پڑھیے: "برکت والی ہے وہ ذات جس نے اپنے بندے پر فرقان کو اتارا تاکہ ہو وہ ساری دنیا کو ڈرانے والا، وارن کرنے والا"۔</w:t>
      </w:r>
    </w:p>
    <w:p>
      <w:r>
        <w:rPr>
          <w:b/>
        </w:rPr>
        <w:t xml:space="preserve">[17:41] </w:t>
      </w:r>
      <w:r>
        <w:t>in do ayat, ek ayat, do reference ko aap ghor kijiye: ek quran ki ayat aur dusre hadith.</w:t>
      </w:r>
    </w:p>
    <w:p>
      <w:pPr>
        <w:jc w:val="right"/>
      </w:pPr>
      <w:r>
        <w:t>ان دو آیت، ایک آیت، دو ریفرنس کو آپ غور کیجئے: ایک قرآن کی آیت اور دوسرے حدیث۔</w:t>
      </w:r>
    </w:p>
    <w:p>
      <w:r>
        <w:rPr>
          <w:b/>
        </w:rPr>
        <w:t xml:space="preserve">[17:51] </w:t>
      </w:r>
      <w:r>
        <w:t>quran mein bataya gaya hai ke yeh jo quran utara gaya hai, yeh is liye utara gaya hai ke yeh sare alam walon tak pohnche.</w:t>
      </w:r>
    </w:p>
    <w:p>
      <w:pPr>
        <w:jc w:val="right"/>
      </w:pPr>
      <w:r>
        <w:t>قرآن میں بتایا گیا ہے کہ یہ جو قرآن اتارا گیا ہے، یہ اس لیے اتارا گیا ہے کہ یہ سارے عالم والوں تک پہنچے۔</w:t>
      </w:r>
    </w:p>
    <w:p>
      <w:r>
        <w:rPr>
          <w:b/>
        </w:rPr>
        <w:t xml:space="preserve">[18:04] </w:t>
      </w:r>
      <w:r>
        <w:t>yani poora jo yeh jo</w:t>
      </w:r>
    </w:p>
    <w:p>
      <w:pPr>
        <w:jc w:val="right"/>
      </w:pPr>
      <w:r>
        <w:t>یعنی پورا جو یہ جو</w:t>
      </w:r>
    </w:p>
    <w:p>
      <w:r>
        <w:rPr>
          <w:b/>
        </w:rPr>
        <w:t xml:space="preserve">[18:08] </w:t>
      </w:r>
      <w:r>
        <w:t>zameen hai, is mein jo log base hue hain, different</w:t>
      </w:r>
    </w:p>
    <w:p>
      <w:pPr>
        <w:jc w:val="right"/>
      </w:pPr>
      <w:r>
        <w:t>زمین ہے، اس میں جو لوگ بسے ہوئے ہیں، ڈفرنٹ</w:t>
      </w:r>
    </w:p>
    <w:p>
      <w:r>
        <w:rPr>
          <w:b/>
        </w:rPr>
        <w:t xml:space="preserve">[18:15] </w:t>
      </w:r>
      <w:r>
        <w:t>ilaqon mein, un sab tak pahunche ke logon ko maloom ho jaye ke is kainat ka khaliq</w:t>
      </w:r>
    </w:p>
    <w:p>
      <w:pPr>
        <w:jc w:val="right"/>
      </w:pPr>
      <w:r>
        <w:t>علاقوں میں، ان سب تک پہنچے کہ لوگوں کو معلوم ہو جائے کہ اس کائنات کا خالق</w:t>
      </w:r>
    </w:p>
    <w:p>
      <w:r>
        <w:rPr>
          <w:b/>
        </w:rPr>
        <w:t xml:space="preserve">[18:24] </w:t>
      </w:r>
      <w:r>
        <w:t>jo hai, us ne kis scheme ke tehat is dunya ko banaya hai, woh insaan ko insanon se</w:t>
      </w:r>
    </w:p>
    <w:p>
      <w:pPr>
        <w:jc w:val="right"/>
      </w:pPr>
      <w:r>
        <w:t>جو ہے، اس نے کس اسکیم کے تحت اس دنیا کو بنایا ہے، وہ انسان کو انسانوں سے</w:t>
      </w:r>
    </w:p>
    <w:p>
      <w:r>
        <w:rPr>
          <w:b/>
        </w:rPr>
        <w:t xml:space="preserve">[18:31] </w:t>
      </w:r>
      <w:r>
        <w:t>kya chahta hai, aur insaan ka future kya hai,</w:t>
      </w:r>
    </w:p>
    <w:p>
      <w:pPr>
        <w:jc w:val="right"/>
      </w:pPr>
      <w:r>
        <w:t>کیا چاہتا ہے، اور انسان کا فیوچر کیا ہے،</w:t>
      </w:r>
    </w:p>
    <w:p>
      <w:r>
        <w:rPr>
          <w:b/>
        </w:rPr>
        <w:t xml:space="preserve">[18:35] </w:t>
      </w:r>
      <w:r>
        <w:t>yeh batane ke liye. to yeh jo quran hai, is ko pohnchna tha sare insanon tak. quran mein bhi yeh baat hai, hadith mein yahi baat hai ke sare insanon tak is quran ko pohnchna hai: "layakuna lil-alamina naziruh".</w:t>
      </w:r>
    </w:p>
    <w:p>
      <w:pPr>
        <w:jc w:val="right"/>
      </w:pPr>
      <w:r>
        <w:t>یہ بتانے کے لیے۔ تو یہ جو قرآن ہے، اس کو پہنچنا تھا سارے انسانوں تک۔ قرآن میں بھی یہ بات ہے، حدیث میں یہی بات ہے کہ سارے انسانوں تک اس قرآن کو پہنچنا ہے: "لیکون للعالمین نظیرہ"۔</w:t>
      </w:r>
    </w:p>
    <w:p>
      <w:r>
        <w:rPr>
          <w:b/>
        </w:rPr>
        <w:t xml:space="preserve">[18:56] </w:t>
      </w:r>
      <w:r>
        <w:t>aur hadith mein hai ke yeh is is quran ko ghar ghar mein dakhil hona hai.</w:t>
      </w:r>
    </w:p>
    <w:p>
      <w:pPr>
        <w:jc w:val="right"/>
      </w:pPr>
      <w:r>
        <w:t>اور حدیث میں ہے کہ یہ اس اس قرآن کو گھر گھر میں داخل ہونا ہے۔</w:t>
      </w:r>
    </w:p>
    <w:p>
      <w:r>
        <w:rPr>
          <w:b/>
        </w:rPr>
        <w:t xml:space="preserve">[19:05] </w:t>
      </w:r>
      <w:r>
        <w:t>in is ayat aur is hadith par main sari zindagi sochta raha hoon to phir samajh mein baat ayi, tadabbur ke baad ke yeh ek through, ek ek process ke through hoga.</w:t>
      </w:r>
    </w:p>
    <w:p>
      <w:pPr>
        <w:jc w:val="right"/>
      </w:pPr>
      <w:r>
        <w:t>ان اس آیت اور اس حدیث پر میں ساری زندگی سوچتا رہا ہوں تو پھر سمجھ میں بات آئی، تدبر کے بعد کہ یہ ایک تھرو، ایک ایک پروسیس کے تھرو ہوگا۔</w:t>
      </w:r>
    </w:p>
    <w:p>
      <w:r>
        <w:rPr>
          <w:b/>
        </w:rPr>
        <w:t xml:space="preserve">[19:20] </w:t>
      </w:r>
      <w:r>
        <w:t>yeh angel aa kar ke nahi bant bant denge quran ko sab ke ghar mein ja ke daal denge. angel nahi ayenge, ek process chalega jis process ka hissa insaan khud honge.</w:t>
      </w:r>
    </w:p>
    <w:p>
      <w:pPr>
        <w:jc w:val="right"/>
      </w:pPr>
      <w:r>
        <w:t>یہ اینجل آ کر کے نہیں بانٹ بانٹ دیں گے قرآن کو سب کے گھر میں جا کے ڈال دیں گے۔ اینجل نہیں آئیں گے، ایک پروسیس چلے گا جس پروسیس کا حصہ انسان خود ہوں گے۔</w:t>
      </w:r>
    </w:p>
    <w:p>
      <w:r>
        <w:rPr>
          <w:b/>
        </w:rPr>
        <w:t xml:space="preserve">[19:38] </w:t>
      </w:r>
      <w:r>
        <w:t>insaan khud honge. chunancha aap dekhiye, jo history hai, history batati hai ke yahi process chal raha hai shuru se hazrat ibrahim se, rasulallahi sallallahu alaihi wasallam se, sahaba se,</w:t>
      </w:r>
    </w:p>
    <w:p>
      <w:pPr>
        <w:jc w:val="right"/>
      </w:pPr>
      <w:r>
        <w:t>انسان خود ہوں گے۔ چنانچہ آپ دیکھیے، جو ہسٹری ہے، ہسٹری بتاتی ہے کہ یہی پروسیس چل رہا ہے شروع سے حضرت ابراہیم سے، رسول اللہ صلی اللہ علیہ وسلم سے، صحابہ سے،</w:t>
      </w:r>
    </w:p>
    <w:p>
      <w:r>
        <w:rPr>
          <w:b/>
        </w:rPr>
        <w:t xml:space="preserve">[19:52] </w:t>
      </w:r>
      <w:r>
        <w:t>phir jo paida hue log, un sab ka jo khulasa hai, woh yahi hai ke sab ek hissa hain ek process ka jis mein quran ko logon tak pohnchane ka intezam kiya ja raha hai.</w:t>
      </w:r>
    </w:p>
    <w:p>
      <w:pPr>
        <w:jc w:val="right"/>
      </w:pPr>
      <w:r>
        <w:t>پھر جو پیدا ہوئے لوگ، ان سب کا جو خلاصہ ہے، وہ یہی ہے کہ سب ایک حصہ ہیں ایک پروسیس کا جس میں قرآن کو لوگوں تک پہنچانے کا انتظام کیا جا رہا ہے۔</w:t>
      </w:r>
    </w:p>
    <w:p>
      <w:r>
        <w:rPr>
          <w:b/>
        </w:rPr>
        <w:t xml:space="preserve">[20:11] </w:t>
      </w:r>
      <w:r>
        <w:t>sab se pehle kya hua ke process ko logon ne quran ko logon ne memorize kiya. saatvin sadi isvi mein jab quran utra to logon ne is ko memorize kiya.</w:t>
      </w:r>
    </w:p>
    <w:p>
      <w:pPr>
        <w:jc w:val="right"/>
      </w:pPr>
      <w:r>
        <w:t>سب سے پہلے کیا ہوا کہ پروسیس کو لوگوں نے قرآن کو لوگوں نے میمورائز کیا۔ ساتویں صدی عیسوی میں جب قرآن اترا تو لوگوں نے اس کو میمورائز کیا۔</w:t>
      </w:r>
    </w:p>
    <w:p>
      <w:r>
        <w:rPr>
          <w:b/>
        </w:rPr>
        <w:t xml:space="preserve">[20:26] </w:t>
      </w:r>
      <w:r>
        <w:t>phir woh hath se likha, phir bahut dinon ke baad printing press wajood mein aya, phir woh kitab bani, phir sab tayyar hua, bonding hui,</w:t>
      </w:r>
    </w:p>
    <w:p>
      <w:pPr>
        <w:jc w:val="right"/>
      </w:pPr>
      <w:r>
        <w:t>پھر وہ ہاتھ سے لکھا، پھر بہت دنوں کے بعد پرنٹنگ پریس وجود میں آیا، پھر وہ کتاب بنی، پھر سب تیار ہوا، بانڈنگ ہوئی،</w:t>
      </w:r>
    </w:p>
    <w:p>
      <w:r>
        <w:rPr>
          <w:b/>
        </w:rPr>
        <w:t xml:space="preserve">[20:42] </w:t>
      </w:r>
      <w:r>
        <w:t>hote hote phir yeh sawal tha ke is ko phailana kaise hoga. to duniya mein allah ta'ala ne</w:t>
      </w:r>
    </w:p>
    <w:p>
      <w:pPr>
        <w:jc w:val="right"/>
      </w:pPr>
      <w:r>
        <w:t>ہوتے ہوتے پھر یہ سوال تھا کہ اس کو پھیلانا کیسے ہوگا۔ تو دنیا میں اللہ تعالیٰ نے</w:t>
      </w:r>
    </w:p>
    <w:p>
      <w:r>
        <w:rPr>
          <w:b/>
        </w:rPr>
        <w:t xml:space="preserve">[20:53] </w:t>
      </w:r>
      <w:r>
        <w:t>yeh age of communication laye, age of communication, sari cheezein paida ki jin ke zariye se quran ko istemal kar ke sare alam tak pohnchana tha.</w:t>
      </w:r>
    </w:p>
    <w:p>
      <w:pPr>
        <w:jc w:val="right"/>
      </w:pPr>
      <w:r>
        <w:t>یہ ایج آف کمیونیکیشن لائے، ایج آف کمیونیکیشن، ساری چیزیں پیدا کیں جس کے ذریعے سے قرآن کو استعمال کر کے سارے عالم تک پہنچانا تھا۔</w:t>
      </w:r>
    </w:p>
    <w:p>
      <w:r>
        <w:rPr>
          <w:b/>
        </w:rPr>
        <w:t xml:space="preserve">[21:13] </w:t>
      </w:r>
      <w:r>
        <w:t>to jab yeh kaam hoga to woh insaan ko yeh kaam karna tha ke woh pohnchaye.</w:t>
      </w:r>
    </w:p>
    <w:p>
      <w:pPr>
        <w:jc w:val="right"/>
      </w:pPr>
      <w:r>
        <w:t>تو جب یہ کام ہوگا تو وہ انسان کو یہ کام کرنا تھا کہ وہ پہنچائے۔</w:t>
      </w:r>
    </w:p>
    <w:p>
      <w:r>
        <w:rPr>
          <w:b/>
        </w:rPr>
        <w:t xml:space="preserve">[21:22] </w:t>
      </w:r>
      <w:r>
        <w:t>to dekhiye, maine pehle ko padha tha hadith mein ke yeh deen pohnchega, yeh quran pohnchega jahan tak suraj aur chand pohnchte hain, imam balagha raat aur din pohnchte hain, maan balagha al-laylu wa al-nahar,</w:t>
      </w:r>
    </w:p>
    <w:p>
      <w:pPr>
        <w:jc w:val="right"/>
      </w:pPr>
      <w:r>
        <w:t>تو دیکھیے، میں نے پہلے کو پڑھا تھا حدیث میں کہ یہ دین پہنچے گا، یہ قرآن پہنچے گا جہاں تک سورج اور چاند پہنچتے ہیں، امام بلغ رات اور دن پہنچتے ہیں، ماں بلغ اللیل والنہار،</w:t>
      </w:r>
    </w:p>
    <w:p>
      <w:r>
        <w:rPr>
          <w:b/>
        </w:rPr>
        <w:t xml:space="preserve">[21:40] </w:t>
      </w:r>
      <w:r>
        <w:t>jahan tak raat aur din pohnchte hain. to</w:t>
      </w:r>
    </w:p>
    <w:p>
      <w:pPr>
        <w:jc w:val="right"/>
      </w:pPr>
      <w:r>
        <w:t>جہاں تک رات اور دن پہنچتے ہیں۔ تو</w:t>
      </w:r>
    </w:p>
    <w:p>
      <w:r>
        <w:rPr>
          <w:b/>
        </w:rPr>
        <w:t xml:space="preserve">[21:47] </w:t>
      </w:r>
      <w:r>
        <w:t>meri paidaish hui yakam farwari 1925 ko. us zamane se main ek baat sunta aa raha tha ke british government ke bare mein aap jante hain ke ek ek process tha.</w:t>
      </w:r>
    </w:p>
    <w:p>
      <w:pPr>
        <w:jc w:val="right"/>
      </w:pPr>
      <w:r>
        <w:t>میری پیدائش ہوئی یکم فروری 1925 کو۔ اس زمانے سے میں ایک بات سنتا آ رہا تھا کہ برٹش گورنمنٹ کے بارے میں آپ جانتے ہیں کہ ایک ایک پروسیس تھا۔</w:t>
      </w:r>
    </w:p>
    <w:p>
      <w:r>
        <w:rPr>
          <w:b/>
        </w:rPr>
        <w:t xml:space="preserve">[22:03] </w:t>
      </w:r>
      <w:r>
        <w:t>chalte chalte woh daur aya ke jab ke empire banni lagi, empire phir british empire banni lagi.</w:t>
      </w:r>
    </w:p>
    <w:p>
      <w:pPr>
        <w:jc w:val="right"/>
      </w:pPr>
      <w:r>
        <w:t>چلتے چلتے وہ دور آیا کہ جب کہ ایمپائر بننے لگی، ایمپائر پھر برٹش ایمپائر بننے لگی۔</w:t>
      </w:r>
    </w:p>
    <w:p>
      <w:r>
        <w:rPr>
          <w:b/>
        </w:rPr>
        <w:t xml:space="preserve">[22:14] </w:t>
      </w:r>
      <w:r>
        <w:t>british entire tareekh ki history ki sab se badi empire thi, sab se badi empire.</w:t>
      </w:r>
    </w:p>
    <w:p>
      <w:pPr>
        <w:jc w:val="right"/>
      </w:pPr>
      <w:r>
        <w:t>برٹش انٹائر تاریخ کی ہسٹری کی سب سے بڑی ایمپائر تھی، سب سے بڑی ایمپائر۔</w:t>
      </w:r>
    </w:p>
    <w:p>
      <w:r>
        <w:rPr>
          <w:b/>
        </w:rPr>
        <w:t xml:space="preserve">[22:23] </w:t>
      </w:r>
      <w:r>
        <w:t>to jab mein chhota tha, us waqt mein ne yeh suna tha kyunke hamare ghar mein kai log English wale log the, woh aate the, balke mere saath sabhi log English wale log the.</w:t>
      </w:r>
    </w:p>
    <w:p>
      <w:pPr>
        <w:jc w:val="right"/>
      </w:pPr>
      <w:r>
        <w:t>تو جب میں چھوٹا تھا، اس وقت میں نے یہ سنا تھا کیونکہ ہمارے گھر میں کئی لوگ انگلش والے لوگ تھے، وہ آتے تھے، بلکہ میرے ساتھ سبھی لوگ انگلش والے لوگ تھے۔</w:t>
      </w:r>
    </w:p>
    <w:p>
      <w:r>
        <w:rPr>
          <w:b/>
        </w:rPr>
        <w:t xml:space="preserve">[22:39] </w:t>
      </w:r>
      <w:r>
        <w:t>to us waqt se mein sunta tha ek ke British Empire ke bare mein, British Empire ke bare mein ke the sun never sets on British Empire.</w:t>
      </w:r>
    </w:p>
    <w:p>
      <w:pPr>
        <w:jc w:val="right"/>
      </w:pPr>
      <w:r>
        <w:t>تو اس وقت سے میں سنتا تھا ایک کہ برٹش ایمپائر کے بارے میں، برٹش ایمپائر کے بارے میں کہ the sun never sets on British Empire.</w:t>
      </w:r>
    </w:p>
    <w:p>
      <w:r>
        <w:rPr>
          <w:b/>
        </w:rPr>
        <w:t xml:space="preserve">[22:59] </w:t>
      </w:r>
      <w:r>
        <w:t>The sun never sets on British Empire. British Empire mein suraj kabhi gharoob nahi hota, yaani itni bada is ka area hai, cover kar raha hai poore zameen ko.</w:t>
      </w:r>
    </w:p>
    <w:p>
      <w:pPr>
        <w:jc w:val="right"/>
      </w:pPr>
      <w:r>
        <w:t>The sun never sets on British Empire. برٹش ایمپائر میں سورج کبھی غروب نہیں ہوتا، یعنی اتنی بڑا اس کا ایریا ہے، کور کر رہا ہے پورے زمین کو۔</w:t>
      </w:r>
    </w:p>
    <w:p>
      <w:r>
        <w:rPr>
          <w:b/>
        </w:rPr>
        <w:t xml:space="preserve">[23:14] </w:t>
      </w:r>
      <w:r>
        <w:t>to jahan jahan suraj nikalta hai, roshni phailata hai, woh sara area British Empire mein aa jata hai. The sun never sets on British Empire.</w:t>
      </w:r>
    </w:p>
    <w:p>
      <w:pPr>
        <w:jc w:val="right"/>
      </w:pPr>
      <w:r>
        <w:t>تو جہاں جہاں سورج نکلتا ہے، روشنی پھیلاتا ہے، وہ سارا ایریا برٹش ایمپائر میں آ جاتا ہے۔ The sun never sets on British Empire.</w:t>
      </w:r>
    </w:p>
    <w:p>
      <w:r>
        <w:rPr>
          <w:b/>
        </w:rPr>
        <w:t xml:space="preserve">[23:30] </w:t>
      </w:r>
      <w:r>
        <w:t>to phir mujhe woh yeh yeh yeh yeh hadees yaad aayi hai, maa balagh al-layl wa al-nahar, jahan tak raat aur din pahunchte hain, wahan tak pahunchega Allah ka deen.</w:t>
      </w:r>
    </w:p>
    <w:p>
      <w:pPr>
        <w:jc w:val="right"/>
      </w:pPr>
      <w:r>
        <w:t>تو پھر مجھے وہ یہ یہ یہ یہ حدیث یاد آئی ہے، ماں بلغ اللیل والنہار، جہاں تک رات اور دن پہنچتے ہیں، وہاں تک پہنچے گا اللہ کا دین۔</w:t>
      </w:r>
    </w:p>
    <w:p>
      <w:r>
        <w:rPr>
          <w:b/>
        </w:rPr>
        <w:t xml:space="preserve">[23:44] </w:t>
      </w:r>
      <w:r>
        <w:t>to kaise pahunchega?</w:t>
      </w:r>
    </w:p>
    <w:p>
      <w:pPr>
        <w:jc w:val="right"/>
      </w:pPr>
      <w:r>
        <w:t>تو کیسے پہنچے گا؟</w:t>
      </w:r>
    </w:p>
    <w:p>
      <w:r>
        <w:rPr>
          <w:b/>
        </w:rPr>
        <w:t xml:space="preserve">[23:47] </w:t>
      </w:r>
      <w:r>
        <w:t>kaise pahunchega? Insaan ke zariye pahunchega.</w:t>
      </w:r>
    </w:p>
    <w:p>
      <w:pPr>
        <w:jc w:val="right"/>
      </w:pPr>
      <w:r>
        <w:t>کیسے پہنچے گا؟ انسان کے ذریعے پہنچے گا۔</w:t>
      </w:r>
    </w:p>
    <w:p>
      <w:r>
        <w:rPr>
          <w:b/>
        </w:rPr>
        <w:t xml:space="preserve">[23:51] </w:t>
      </w:r>
      <w:r>
        <w:t>to yeh jo Allah taala ne British Empire itni bari banai,</w:t>
      </w:r>
    </w:p>
    <w:p>
      <w:pPr>
        <w:jc w:val="right"/>
      </w:pPr>
      <w:r>
        <w:t>تو یہ جو اللہ تعالیٰ نے برٹش ایمپائر اتنی بڑی بنائی،</w:t>
      </w:r>
    </w:p>
    <w:p>
      <w:r>
        <w:rPr>
          <w:b/>
        </w:rPr>
        <w:t xml:space="preserve">[23:57] </w:t>
      </w:r>
      <w:r>
        <w:t>tareekh mein pehli bar, yani musalmanon ka jo expansion tha Turkish Empire ke zamaney mein, is mein</w:t>
      </w:r>
    </w:p>
    <w:p>
      <w:pPr>
        <w:jc w:val="right"/>
      </w:pPr>
      <w:r>
        <w:t>تاریخ میں پہلی بار، یعنی مسلمانوں کا جو ایکسپینشن تھا ترکش ایمپائر کے زمانے میں، اس میں</w:t>
      </w:r>
    </w:p>
    <w:p>
      <w:r>
        <w:rPr>
          <w:b/>
        </w:rPr>
        <w:t xml:space="preserve">[24:06] </w:t>
      </w:r>
      <w:r>
        <w:t>kul 40 mulk shamil thay, lekin</w:t>
      </w:r>
    </w:p>
    <w:p>
      <w:pPr>
        <w:jc w:val="right"/>
      </w:pPr>
      <w:r>
        <w:t>کل 40 ملک شامل تھے، لیکن</w:t>
      </w:r>
    </w:p>
    <w:p>
      <w:r>
        <w:rPr>
          <w:b/>
        </w:rPr>
        <w:t xml:space="preserve">[24:10] </w:t>
      </w:r>
      <w:r>
        <w:t>British Empire mein 60 mulk shamil thay.</w:t>
      </w:r>
    </w:p>
    <w:p>
      <w:pPr>
        <w:jc w:val="right"/>
      </w:pPr>
      <w:r>
        <w:t>برٹش ایمپائر میں 60 ملک شامل تھے۔</w:t>
      </w:r>
    </w:p>
    <w:p>
      <w:r>
        <w:rPr>
          <w:b/>
        </w:rPr>
        <w:t xml:space="preserve">[24:15] </w:t>
      </w:r>
      <w:r>
        <w:t>60 mulk itni bada tha us waqt, itna bada raqba tha ke yeh kaha jaane laga ke British Empire mein kabhi suraj gharoob nahi hota.</w:t>
      </w:r>
    </w:p>
    <w:p>
      <w:pPr>
        <w:jc w:val="right"/>
      </w:pPr>
      <w:r>
        <w:t>60 ملک اتنی بڑا تھا اس وقت، اتنا بڑا رقبہ تھا کہ یہ کہا جانے لگا کہ برٹش ایمپائر میں کبھی سورج غروب نہیں ہوتا۔</w:t>
      </w:r>
    </w:p>
    <w:p>
      <w:r>
        <w:rPr>
          <w:b/>
        </w:rPr>
        <w:t xml:space="preserve">[24:27] </w:t>
      </w:r>
      <w:r>
        <w:t>to dono ko mein ne milaya. Bahut dinon tak mein yeh soch raha raha hoon ke yeh itni mushabihat kyun hai ke Rasool Allah ka yeh jo qaul hai ke jahan tak suraj chand pahunchte hain, jahan tak raat din pahunchte hain, wahan tak yeh deen pahunchega.</w:t>
      </w:r>
    </w:p>
    <w:p>
      <w:pPr>
        <w:jc w:val="right"/>
      </w:pPr>
      <w:r>
        <w:t>تو دونوں کو میں نے ملایا۔ بہت دنوں تک میں یہ سوچ رہا رہا ہوں کہ یہ اتنی مشابہت کیوں ہے کہ رسول اللہ کا یہ جو قول ہے کہ جہاں تک سورج چاند پہنچتے ہیں، جہاں تک رات دن پہنچتے ہیں، وہاں تک یہ دین پہنچے گا۔</w:t>
      </w:r>
    </w:p>
    <w:p>
      <w:r>
        <w:rPr>
          <w:b/>
        </w:rPr>
        <w:t xml:space="preserve">[24:46] </w:t>
      </w:r>
      <w:r>
        <w:t>aur doosri taraf British Empire ke bare mein ek kaha gaya ke the sun never sets, never sets on British Empire.</w:t>
      </w:r>
    </w:p>
    <w:p>
      <w:pPr>
        <w:jc w:val="right"/>
      </w:pPr>
      <w:r>
        <w:t>اور دوسری طرف برٹش ایمپائر کے بارے میں ایک کہا گیا کہ the sun never sets, never sets on British Empire.</w:t>
      </w:r>
    </w:p>
    <w:p>
      <w:r>
        <w:rPr>
          <w:b/>
        </w:rPr>
        <w:t xml:space="preserve">[24:59] </w:t>
      </w:r>
      <w:r>
        <w:t>to meri samajh mein yeh baat aayi ke yeh jo British Empire thi, woh deen ke liye supporter ke taur par wajood mein aayi.</w:t>
      </w:r>
    </w:p>
    <w:p>
      <w:pPr>
        <w:jc w:val="right"/>
      </w:pPr>
      <w:r>
        <w:t>تو میری سمجھ میں یہ بات آئی کہ یہ جو برٹش ایمپائر تھی، وہ دین کے لیے سپورٹر کے طور پر وجود میں آئی۔</w:t>
      </w:r>
    </w:p>
    <w:p>
      <w:r>
        <w:rPr>
          <w:b/>
        </w:rPr>
        <w:t xml:space="preserve">[25:10] </w:t>
      </w:r>
      <w:r>
        <w:t>Supporter badqismati se hamare log jo hain, us ko dushman samajhne lage, us se ladai ladne lage, aur poori muddat mein ladai ladne lagne.</w:t>
      </w:r>
    </w:p>
    <w:p>
      <w:pPr>
        <w:jc w:val="right"/>
      </w:pPr>
      <w:r>
        <w:t>سپورٹر بدقسمتی سے ہمارے لوگ جو ہیں، اس کو دشمن سمجھنے لگے، اس سے لڑائی لڑنے لگے، اور پوری مدت میں لڑائی لڑنے لگے۔</w:t>
      </w:r>
    </w:p>
    <w:p>
      <w:r>
        <w:rPr>
          <w:b/>
        </w:rPr>
        <w:t xml:space="preserve">[25:22] </w:t>
      </w:r>
      <w:r>
        <w:t>yaani 20wi sadi jo hai, 20wi sadi mein British press se ladai ladai ladai chalti rahi hai, aur ab tak nafrat nafrat nafrat chal rahi hai.</w:t>
      </w:r>
    </w:p>
    <w:p>
      <w:pPr>
        <w:jc w:val="right"/>
      </w:pPr>
      <w:r>
        <w:t>یعنی 20ویں صدی جو ہے، 20ویں صدی میں برٹش پریس سے لڑائی لڑائی لڑائی چلتی رہی ہے، اور اب تک نفرت نفرت نفرت چل رہی ہے۔</w:t>
      </w:r>
    </w:p>
    <w:p>
      <w:r>
        <w:rPr>
          <w:b/>
        </w:rPr>
        <w:t xml:space="preserve">[25:36] </w:t>
      </w:r>
      <w:r>
        <w:t>dekhiye, Allah taala ne jo duniya mein jo process jaari jaari karaya hai, is is process ko aap dekhiye.</w:t>
      </w:r>
    </w:p>
    <w:p>
      <w:pPr>
        <w:jc w:val="right"/>
      </w:pPr>
      <w:r>
        <w:t>دیکھیے، اللہ تعالیٰ نے جو دنیا میں جو پروسیس جاری جاری کرایا ہے، اس اس پروسیس کو آپ دیکھیے۔</w:t>
      </w:r>
    </w:p>
    <w:p>
      <w:r>
        <w:rPr>
          <w:b/>
        </w:rPr>
        <w:t xml:space="preserve">[25:48] </w:t>
      </w:r>
      <w:r>
        <w:t>is process mein pehle ek baat aayi, phir doosri baat aayi, phir teesri baat aayi, yahan tak ke communication ka daur wajood mein aaya.</w:t>
      </w:r>
    </w:p>
    <w:p>
      <w:pPr>
        <w:jc w:val="right"/>
      </w:pPr>
      <w:r>
        <w:t>اس پروسیس میں پہلے ایک بات آئی، پھر دوسری بات آئی، پھر تیسری بات آئی، یہاں تک کہ کمیونیکیشن کا دور وجود میں آیا۔</w:t>
      </w:r>
    </w:p>
    <w:p>
      <w:r>
        <w:rPr>
          <w:b/>
        </w:rPr>
        <w:t xml:space="preserve">[25:57] </w:t>
      </w:r>
      <w:r>
        <w:t>Communication ka daur, aur yeh mumkin ho gaya. Phir Empire ka daur wajood mein aaya, yaani ek ek rule sare sari zameen ko ab cover kiye hue hain.</w:t>
      </w:r>
    </w:p>
    <w:p>
      <w:pPr>
        <w:jc w:val="right"/>
      </w:pPr>
      <w:r>
        <w:t>کمیونیکیشن کا دور، اور یہ ممکن ہو گیا۔ پھر ایمپائر کا دور وجود میں آیا، یعنی ایک ایک رول سارے ساری زمین کو اب کور کیے ہوئے ہیں۔</w:t>
      </w:r>
    </w:p>
    <w:p>
      <w:r>
        <w:rPr>
          <w:b/>
        </w:rPr>
        <w:t xml:space="preserve">[26:11] </w:t>
      </w:r>
      <w:r>
        <w:t>to jab yeh ho, tabhi to aap karenge, yaani ek itni badi hukumat ho, tabhi duniya mein peace hoga, tabhi duniya mein mawaqe khulenge.</w:t>
      </w:r>
    </w:p>
    <w:p>
      <w:pPr>
        <w:jc w:val="right"/>
      </w:pPr>
      <w:r>
        <w:t>تو جب یہ ہو، تبھی تو آپ کریں گے، یعنی ایک اتنی بڑی حکومت ہو، تبھی دنیا میں پیس ہوگا، تبھی دنیا میں مواقع کھلیں گے۔</w:t>
      </w:r>
    </w:p>
    <w:p>
      <w:r>
        <w:rPr>
          <w:b/>
        </w:rPr>
        <w:t xml:space="preserve">[26:21] </w:t>
      </w:r>
      <w:r>
        <w:t>to yeh ek waqt aa gaya, yaani mere zamane mein yeh waqt aa gaya ke aap ke paas British se passport ho to sari duniya aap jaiye.</w:t>
      </w:r>
    </w:p>
    <w:p>
      <w:pPr>
        <w:jc w:val="right"/>
      </w:pPr>
      <w:r>
        <w:t>تو یہ ایک وقت آ گیا، یعنی میرے زمانے میں یہ وقت آ گیا کہ آپ کے پاس برٹش سے پاسپورٹ ہو تو ساری دنیا آپ جائیے۔</w:t>
      </w:r>
    </w:p>
    <w:p>
      <w:r>
        <w:rPr>
          <w:b/>
        </w:rPr>
        <w:t xml:space="preserve">[26:33] </w:t>
      </w:r>
      <w:r>
        <w:t>yeh baat pehle bhi sochta tha, lekin ab ab is ki poori maanoiyat samajh mein aayi ke yeh tha Quran ko phailane ke liye ke British Empire ka aap aap ke paas passport hai to duniya mein ghoomiye.</w:t>
      </w:r>
    </w:p>
    <w:p>
      <w:pPr>
        <w:jc w:val="right"/>
      </w:pPr>
      <w:r>
        <w:t>یہ بات پہلے بھی سوچتا تھا، لیکن اب اب اس کی پوری معنویت سمجھ میں آئی کہ یہ تھا قرآن کو پھیلانے کے لیے کہ برٹش ایمپائر کا آپ آپ کے پاس پاسپورٹ ہے تو دنیا میں گھومیے۔</w:t>
      </w:r>
    </w:p>
    <w:p>
      <w:r>
        <w:rPr>
          <w:b/>
        </w:rPr>
        <w:t xml:space="preserve">[26:49] </w:t>
      </w:r>
      <w:r>
        <w:t>phir duniya mein dekhiye, sadkein bani, car aayi, bahri jahaz aaye, hawai jahaz aaye, yeh sara communication ka nizam qaim hua.</w:t>
      </w:r>
    </w:p>
    <w:p>
      <w:pPr>
        <w:jc w:val="right"/>
      </w:pPr>
      <w:r>
        <w:t>پھر دنیا میں دیکھیے، سڑکیں بنی، کار آئی، بحری جہاز آئے، ہوائی جہاز آئے، یہ سارا کمیونیکیشن کا نظام قائم ہوا۔</w:t>
      </w:r>
    </w:p>
    <w:p>
      <w:r>
        <w:rPr>
          <w:b/>
        </w:rPr>
        <w:t xml:space="preserve">[27:01] </w:t>
      </w:r>
      <w:r>
        <w:t>woh sab kis liye? Subah insan ke safar ke liye nahi tha, woh Quran ko phailane ke liye tha. Yeh sab kuch tha Quran ko phailane ke liye.</w:t>
      </w:r>
    </w:p>
    <w:p>
      <w:pPr>
        <w:jc w:val="right"/>
      </w:pPr>
      <w:r>
        <w:t>وہ سب کس لیے؟ صبح انسان کے سفر کے لیے نہیں تھا، وہ قرآن کو پھیلانے کے لیے تھا۔ یہ سب کچھ تھا قرآن کو پھیلانے کے لیے۔</w:t>
      </w:r>
    </w:p>
    <w:p>
      <w:r>
        <w:rPr>
          <w:b/>
        </w:rPr>
        <w:t xml:space="preserve">[27:16] </w:t>
      </w:r>
      <w:r>
        <w:t>to phir mein ne padha hadees mein ek bahut anokhi hadees hai, kai kai kitabon mein yeh aayi hai ke Allah is deen ki ko support dega non-muslim ke zariye bhi.</w:t>
      </w:r>
    </w:p>
    <w:p>
      <w:pPr>
        <w:jc w:val="right"/>
      </w:pPr>
      <w:r>
        <w:t>تو پھر میں نے پڑھا حدیث میں ایک بہت انوکھی حدیث ہے، کئی کئی کتابوں میں یہ آئی ہے کہ اللہ اس دین کی کو سپورٹ دے گا نان مسلم کے ذریعے بھی۔</w:t>
      </w:r>
    </w:p>
    <w:p>
      <w:r>
        <w:rPr>
          <w:b/>
        </w:rPr>
        <w:t xml:space="preserve">[27:33] </w:t>
      </w:r>
      <w:r>
        <w:t>Hata ke Bukhari mein to yeh alfaaz hain ke in Allah la yuyiddu al-deen bi al-rajul al-fajir Allah is deen ko support dega fajir insan ke zariye.</w:t>
      </w:r>
    </w:p>
    <w:p>
      <w:pPr>
        <w:jc w:val="right"/>
      </w:pPr>
      <w:r>
        <w:t>حتیٰ کہ بخاری میں تو یہ الفاظ ہیں کہ إن الله لا ييدها الدين بالرجل الفاجر اللہ اس دین کو سپورٹ دے گا فاجر انسان کے ذریعے۔</w:t>
      </w:r>
    </w:p>
    <w:p>
      <w:r>
        <w:rPr>
          <w:b/>
        </w:rPr>
        <w:t xml:space="preserve">[27:47] </w:t>
      </w:r>
      <w:r>
        <w:t>fajir</w:t>
      </w:r>
    </w:p>
    <w:p>
      <w:pPr>
        <w:jc w:val="right"/>
      </w:pPr>
      <w:r>
        <w:t>فاجر</w:t>
      </w:r>
    </w:p>
    <w:p>
      <w:r>
        <w:rPr>
          <w:b/>
        </w:rPr>
        <w:t xml:space="preserve">[27:50] </w:t>
      </w:r>
      <w:r>
        <w:t>fajir.</w:t>
      </w:r>
    </w:p>
    <w:p>
      <w:pPr>
        <w:jc w:val="right"/>
      </w:pPr>
      <w:r>
        <w:t>فاجر۔</w:t>
      </w:r>
    </w:p>
    <w:p>
      <w:r>
        <w:rPr>
          <w:b/>
        </w:rPr>
        <w:t xml:space="preserve">[27:55] </w:t>
      </w:r>
      <w:r>
        <w:t>doosri hadeeson mein ghair muslim qaum ke zariye support dega. Woh support kya hai?</w:t>
      </w:r>
    </w:p>
    <w:p>
      <w:pPr>
        <w:jc w:val="right"/>
      </w:pPr>
      <w:r>
        <w:t>دوسری حدیثوں میں غیر مسلم قوم کے ذریعے سپورٹ دے گا۔ وہ سپورٹ کیا ہے؟</w:t>
      </w:r>
    </w:p>
    <w:p>
      <w:r>
        <w:rPr>
          <w:b/>
        </w:rPr>
        <w:t xml:space="preserve">[28:03] </w:t>
      </w:r>
      <w:r>
        <w:t>woh poori tareekh mein logon ne is ko talash nahi kiya ke yeh support kahan hai? deen ko support denay wali yeh taqat kahan hai?</w:t>
      </w:r>
    </w:p>
    <w:p>
      <w:pPr>
        <w:jc w:val="right"/>
      </w:pPr>
      <w:r>
        <w:t>وہ پوری تاریخ میں لوگوں نے اس کو تلاش نہیں کیا کہ یہ سپورٹ کہاں ہے؟ دین کو سپورٹ دینے والی یہ طاقت کہاں ہے؟</w:t>
      </w:r>
    </w:p>
    <w:p>
      <w:r>
        <w:rPr>
          <w:b/>
        </w:rPr>
        <w:t xml:space="preserve">[28:15] </w:t>
      </w:r>
      <w:r>
        <w:t>to mein samajhta hoon ke yeh yehi daur tha jo western civilization ke zamanay mein aaya ke communication aaya, tamam facilities aaein, printing press aaya,</w:t>
      </w:r>
    </w:p>
    <w:p>
      <w:pPr>
        <w:jc w:val="right"/>
      </w:pPr>
      <w:r>
        <w:t>تو میں سمجھتا ہوں کہ یہ یہی دور تھا جو ویسٹرن سولائزیشن کے زمانے میں آیا کہ کمیونیکیشن آیا، تمام فیسلیٹیز آئیں، پرنٹنگ پریس آیا،</w:t>
      </w:r>
    </w:p>
    <w:p>
      <w:r>
        <w:rPr>
          <w:b/>
        </w:rPr>
        <w:t xml:space="preserve">[28:30] </w:t>
      </w:r>
      <w:r>
        <w:t>duniya mein peace aaya. sari woh baatein aaein jis ko istemal kar ke, us ko avail kar ke aap Quran ko aalam satah par phailaein.</w:t>
      </w:r>
    </w:p>
    <w:p>
      <w:pPr>
        <w:jc w:val="right"/>
      </w:pPr>
      <w:r>
        <w:t>دنیا میں پیس آیا۔ ساری وہ باتیں آئیں جس کو استعمال کر کے، اس کو اویل کر کے آپ قرآن کو عالم سطح پر پھیلائیں۔</w:t>
      </w:r>
    </w:p>
    <w:p>
      <w:r>
        <w:rPr>
          <w:b/>
        </w:rPr>
        <w:t xml:space="preserve">[28:43] </w:t>
      </w:r>
      <w:r>
        <w:t>aur mein samajhta hoon ke yeh jo hai ke Allah madad karega is deen ki fajar qom ke zariye. yeh apply hota hai British Empire ke upar kyunke British Empire mein jitne mawaqe khule thay, utne mawaqe Turkish Empire mein nahi khule thay.</w:t>
      </w:r>
    </w:p>
    <w:p>
      <w:pPr>
        <w:jc w:val="right"/>
      </w:pPr>
      <w:r>
        <w:t>اور میں سمجھتا ہوں کہ یہ جو ہے کہ اللہ مدد کرے گا اس دین کی فاجر قوم کے ذریعے۔ یہ اپلائی ہوتا ہے برٹش ایمپائر کے اوپر کیونکہ برٹش ایمپائر میں جتنے مواقع کھلے تھے، اتنے مواقع ترکش ایمپائر میں نہیں کھلے تھے۔</w:t>
      </w:r>
    </w:p>
    <w:p>
      <w:r>
        <w:rPr>
          <w:b/>
        </w:rPr>
        <w:t xml:space="preserve">[29:06] </w:t>
      </w:r>
      <w:r>
        <w:t>yani bohat ajeeb baat hai ke poora globe jo hai, is ke is ke</w:t>
      </w:r>
    </w:p>
    <w:p>
      <w:pPr>
        <w:jc w:val="right"/>
      </w:pPr>
      <w:r>
        <w:t>یعنی بہت عجیب بات ہے کہ پورا گلوب جو ہے، اس کے اس کے</w:t>
      </w:r>
    </w:p>
    <w:p>
      <w:r>
        <w:rPr>
          <w:b/>
        </w:rPr>
        <w:t xml:space="preserve">[29:13] </w:t>
      </w:r>
      <w:r>
        <w:t>satrah mein aa gaya,</w:t>
      </w:r>
    </w:p>
    <w:p>
      <w:pPr>
        <w:jc w:val="right"/>
      </w:pPr>
      <w:r>
        <w:t>سترہ میں آ گیا،</w:t>
      </w:r>
    </w:p>
    <w:p>
      <w:r>
        <w:rPr>
          <w:b/>
        </w:rPr>
        <w:t xml:space="preserve">[29:16] </w:t>
      </w:r>
      <w:r>
        <w:t>is ke influence mein aa gaya, aur aap</w:t>
      </w:r>
    </w:p>
    <w:p>
      <w:pPr>
        <w:jc w:val="right"/>
      </w:pPr>
      <w:r>
        <w:t>اس کے انفلوئنس میں آ گیا، اور آپ</w:t>
      </w:r>
    </w:p>
    <w:p>
      <w:r>
        <w:rPr>
          <w:b/>
        </w:rPr>
        <w:t xml:space="preserve">[29:22] </w:t>
      </w:r>
      <w:r>
        <w:t>aise halaat paida kar diye ke poore globe mein</w:t>
      </w:r>
    </w:p>
    <w:p>
      <w:pPr>
        <w:jc w:val="right"/>
      </w:pPr>
      <w:r>
        <w:t>ایسے حالات پیدا کر دیے کہ پورے گلوب میں</w:t>
      </w:r>
    </w:p>
    <w:p>
      <w:r>
        <w:rPr>
          <w:b/>
        </w:rPr>
        <w:t xml:space="preserve">[29:27] </w:t>
      </w:r>
      <w:r>
        <w:t>British passport agar aap ke paas hai to peaceful tareeqey se aur saare</w:t>
      </w:r>
    </w:p>
    <w:p>
      <w:pPr>
        <w:jc w:val="right"/>
      </w:pPr>
      <w:r>
        <w:t>برٹش پاسپورٹ اگر آپ کے پاس ہے تو پیس فل طریقے سے اور سارے</w:t>
      </w:r>
    </w:p>
    <w:p>
      <w:r>
        <w:rPr>
          <w:b/>
        </w:rPr>
        <w:t xml:space="preserve">[29:34] </w:t>
      </w:r>
      <w:r>
        <w:t>mawaqe ko istemal karein aur aur Quran ko phailayein.</w:t>
      </w:r>
    </w:p>
    <w:p>
      <w:pPr>
        <w:jc w:val="right"/>
      </w:pPr>
      <w:r>
        <w:t>مواقع کو استعمال کریں اور اور قرآن کو پھیلائیں۔</w:t>
      </w:r>
    </w:p>
    <w:p>
      <w:r>
        <w:rPr>
          <w:b/>
        </w:rPr>
        <w:t xml:space="preserve">[29:38] </w:t>
      </w:r>
      <w:r>
        <w:t>to mein samajhta hoon ke yeh jo hai ghar ghar mein Quran dakhil hoga, woh yehi hai ke aisay asbab paida honge, aisa nizam qaim hoga, aisa infrastructure duniya mein maujood ho jayega ke yeh mumkin ho jayega ke Quran ko sari duniya mein phailaya ja sake.</w:t>
      </w:r>
    </w:p>
    <w:p>
      <w:pPr>
        <w:jc w:val="right"/>
      </w:pPr>
      <w:r>
        <w:t>تو میں سمجھتا ہوں کہ یہ جو ہے گھر گھر میں قرآن داخل ہوگا، وہ یہی ہے کہ ایسے اسباب پیدا ہوں گے، ایسا نظام قائم ہوگا، ایسا انسٹرکچر دنیا میں موجود ہو جائے گا کہ یہ ممکن ہو جائے گا کہ قرآن کو ساری دنیا میں پھیلایا جا سکے۔</w:t>
      </w:r>
    </w:p>
    <w:p>
      <w:r>
        <w:rPr>
          <w:b/>
        </w:rPr>
        <w:t xml:space="preserve">[30:00] </w:t>
      </w:r>
      <w:r>
        <w:t>yeh sab hua, lekin yeh ajeeb baat hai ke jo log Quran ke mannay walay thay, woh us ko daryaft nahi kar sake ke is opportunity ko avel karne ki planning karein.</w:t>
      </w:r>
    </w:p>
    <w:p>
      <w:pPr>
        <w:jc w:val="right"/>
      </w:pPr>
      <w:r>
        <w:t>یہ سب ہوا، لیکن یہ عجیب بات ہے کہ جو لوگ قرآن کے ماننے والے تھے، وہ اس کو دریافت نہیں کر سکے کہ اس اپرچونیٹی کو اویل کرنے کی پلاننگ کریں۔</w:t>
      </w:r>
    </w:p>
    <w:p>
      <w:r>
        <w:rPr>
          <w:b/>
        </w:rPr>
        <w:t xml:space="preserve">[30:16] </w:t>
      </w:r>
      <w:r>
        <w:t>to hum ne jo jo hamara jo grip group hai, jo Allah ke fazl se sari dunya mein</w:t>
      </w:r>
    </w:p>
    <w:p>
      <w:pPr>
        <w:jc w:val="right"/>
      </w:pPr>
      <w:r>
        <w:t>تو ہم نے جو جو ہمارا جو گرپ گروپ ہے، جو اللہ کے فضل سے ساری دنیا میں</w:t>
      </w:r>
    </w:p>
    <w:p>
      <w:r>
        <w:rPr>
          <w:b/>
        </w:rPr>
        <w:t xml:space="preserve">[30:22] </w:t>
      </w:r>
      <w:r>
        <w:t>phaila hua hai, hamara group isi kaam ke liye utha hai ke Allah ne jo mawaqe kholey thay,</w:t>
      </w:r>
    </w:p>
    <w:p>
      <w:pPr>
        <w:jc w:val="right"/>
      </w:pPr>
      <w:r>
        <w:t>پھیلا ہوا ہے، ہمارا گروپ اسی کام کے لیے اٹھا ہے کہ اللہ نے جو مواقع کھولے تھے،</w:t>
      </w:r>
    </w:p>
    <w:p>
      <w:r>
        <w:rPr>
          <w:b/>
        </w:rPr>
        <w:t xml:space="preserve">[30:30] </w:t>
      </w:r>
      <w:r>
        <w:t>jis ko jo poore beesween sadi mein poora</w:t>
      </w:r>
    </w:p>
    <w:p>
      <w:pPr>
        <w:jc w:val="right"/>
      </w:pPr>
      <w:r>
        <w:t>جس کو جو پورے بیسویں صدی میں پورا</w:t>
      </w:r>
    </w:p>
    <w:p>
      <w:r>
        <w:rPr>
          <w:b/>
        </w:rPr>
        <w:t xml:space="preserve">[30:36] </w:t>
      </w:r>
      <w:r>
        <w:t>yani is ka explosion ho gaya, moqey ka beesween sadi in opportunities ka explosion tha,</w:t>
      </w:r>
    </w:p>
    <w:p>
      <w:pPr>
        <w:jc w:val="right"/>
      </w:pPr>
      <w:r>
        <w:t>یعنی اس کا ایکسپلوژن ہو گیا، موقع کا بیسویں صدی ان اپرچونیٹیز کا ایکسپلوژن تھا،</w:t>
      </w:r>
    </w:p>
    <w:p>
      <w:r>
        <w:rPr>
          <w:b/>
        </w:rPr>
        <w:t xml:space="preserve">[30:47] </w:t>
      </w:r>
      <w:r>
        <w:t>isi ka aik hissa hai British Empire, lekin us ko avel nahi kiya. us ka to hamari jo team hai, Allah ke fazal se isi ke liye uthi hai ke in mawaqe ko avel kare aur Quran ko sari duniya mein phaila diya jaye, ghar ghar phaila diya jaye.</w:t>
      </w:r>
    </w:p>
    <w:p>
      <w:pPr>
        <w:jc w:val="right"/>
      </w:pPr>
      <w:r>
        <w:t>اسی کا ایک حصہ ہے برٹش ایمپائر، لیکن اس کو اویل نہیں کیا۔ اس کا تو ہماری جو ٹیم ہے، اللہ کے فضل سے اسی کے لیے اٹھی ہے کہ اس ان مواقع کو اویل کرے اور قرآن کو ساری دنیا میں پھیلا دیا جائے، گھر گھر پھیلا دیا جائے۔</w:t>
      </w:r>
    </w:p>
    <w:p>
      <w:r>
        <w:rPr>
          <w:b/>
        </w:rPr>
        <w:t xml:space="preserve">[31:06] </w:t>
      </w:r>
      <w:r>
        <w:t>phailanay ke mani ke yeh nahi ke us ki arabi phaila di jaye. kya faida hoga jab woh samjhein ge nahi log? kyunke alaykassalam bi rasoolillah qomi aadmi ko samajhna chahiye ke woh woh kitab mein kya likha hai.</w:t>
      </w:r>
    </w:p>
    <w:p>
      <w:pPr>
        <w:jc w:val="right"/>
      </w:pPr>
      <w:r>
        <w:t>پھیلانے کے معنی کے یہ نہیں کہ اس کی عربی پھیلا دی جائے۔ کیا فائدہ ہوگا جب وہ سمجھیں گے نہیں لوگ؟ کیونکہ عَلَيْكَ السَّلَامُ بِرِسُولِ اللَّهِ قومی آدمی کو سمجھنا چاہیے کہ وہ وہ کتاب میں کیا لکھا ہے۔</w:t>
      </w:r>
    </w:p>
    <w:p>
      <w:r>
        <w:rPr>
          <w:b/>
        </w:rPr>
        <w:t xml:space="preserve">[31:25] </w:t>
      </w:r>
      <w:r>
        <w:t>to us ke mani hain ke aik Quran Allah ne utar diya, ab aap ko us ka translation karna hai. to is ayat mein ya is hadith mein jo baat kahi gayi hai,</w:t>
      </w:r>
    </w:p>
    <w:p>
      <w:pPr>
        <w:jc w:val="right"/>
      </w:pPr>
      <w:r>
        <w:t>تو اس کے معنی ہیں کہ ایک قرآن اللہ نے اتار دیا، اب آپ کو اس کا ٹرانسلیٹ کرنا ہے۔ تو اس آیت میں یا اس حدیث میں جو بات کہی گئی ہے،</w:t>
      </w:r>
    </w:p>
    <w:p>
      <w:r>
        <w:rPr>
          <w:b/>
        </w:rPr>
        <w:t xml:space="preserve">[31:39] </w:t>
      </w:r>
      <w:r>
        <w:t>woh yeh hai ke Quran ka translation, authentic translation tayyar karo aur us ko bohat hi easily understandable banao aur aur us ko sari duniya mein ghar ghar phailao.</w:t>
      </w:r>
    </w:p>
    <w:p>
      <w:pPr>
        <w:jc w:val="right"/>
      </w:pPr>
      <w:r>
        <w:t>وہ یہ ہے کہ قرآن کا ٹرانسلیشن، اتھنٹک ٹرانسلیشن تیار کرو اور اس کو بہت ہی ایزیلی انڈرسٹیبل بناؤ اور اور اس کو ساری دنیا میں گھر گھر پھیلاؤ۔</w:t>
      </w:r>
    </w:p>
    <w:p>
      <w:r>
        <w:rPr>
          <w:b/>
        </w:rPr>
        <w:t xml:space="preserve">[31:57] </w:t>
      </w:r>
      <w:r>
        <w:t>yeh tha us ka matlab. to agar kyunke logon ne British Empire se larai chhod di, larai chhod di to woh mahol hi nahi bana ke hum us ko avel karein.</w:t>
      </w:r>
    </w:p>
    <w:p>
      <w:pPr>
        <w:jc w:val="right"/>
      </w:pPr>
      <w:r>
        <w:t>یہ تھا اس کا مطلب۔ تو اگر کیونکہ لوگوں نے برٹش ایمپائر سے لڑائی چھوڑ دی، لڑائی چھوڑ دی تو وہ ماحول ہی نہیں بنا کہ ہم اس کو اویل کریں۔</w:t>
      </w:r>
    </w:p>
    <w:p>
      <w:r>
        <w:rPr>
          <w:b/>
        </w:rPr>
        <w:t xml:space="preserve">[32:12] </w:t>
      </w:r>
      <w:r>
        <w:t>British Empire mere nazdeek aik aik aik pro Islam Empire thi, pro Islam 100 fisad har lehaz se woh hamare liye mufeed thi, woh hamari supporter thi, supporter.</w:t>
      </w:r>
    </w:p>
    <w:p>
      <w:pPr>
        <w:jc w:val="right"/>
      </w:pPr>
      <w:r>
        <w:t>برٹش ایمپائر میرے نزدیک ایک ایک ایک پرو اسلام ایمپائر تھی، پرو اسلام 100 فیصد ہر لحاظ سے وہ ہمارے لیے مفید تھی، وہ ہماری سپورٹر تھی، سپورٹر۔</w:t>
      </w:r>
    </w:p>
    <w:p>
      <w:r>
        <w:rPr>
          <w:b/>
        </w:rPr>
        <w:t xml:space="preserve">[32:29] </w:t>
      </w:r>
      <w:r>
        <w:t>aur us ke support ko istemal kar ke agar hum ne planning ki hoti to hum us woh jo goal diya gaya tha ke ghar ghar pahunchao Quran ko, woh ab tak poora ho chuka hota.</w:t>
      </w:r>
    </w:p>
    <w:p>
      <w:pPr>
        <w:jc w:val="right"/>
      </w:pPr>
      <w:r>
        <w:t>اور اس کے سپورٹ کو استعمال کر کے اگر ہم نے پلاننگ کی ہوتی تو ہم اس وہ جو گول دیا گیا تھا کہ گھر گھر پہنچاؤ قرآن کو، وہ اب تک پورا ہو چکا ہوتا۔</w:t>
      </w:r>
    </w:p>
    <w:p>
      <w:r>
        <w:rPr>
          <w:b/>
        </w:rPr>
        <w:t xml:space="preserve">[32:44] </w:t>
      </w:r>
      <w:r>
        <w:t>lekin khair to hamari team jo hai, ab se uthi hai ke jo opportunity ab tak avel nahi ho saki, ab hum us ko avel karein.</w:t>
      </w:r>
    </w:p>
    <w:p>
      <w:pPr>
        <w:jc w:val="right"/>
      </w:pPr>
      <w:r>
        <w:t>لیکن خیر تو ہماری ٹیم جو ہے، اب سے اٹھی ہے کہ جو اپرچونیٹی اب تک اویل نہیں ہو سکی، اب ہم اس کو اویل کریں۔</w:t>
      </w:r>
    </w:p>
    <w:p>
      <w:r>
        <w:rPr>
          <w:b/>
        </w:rPr>
        <w:t xml:space="preserve">[32:55] </w:t>
      </w:r>
      <w:r>
        <w:t>chunanche hamare jo saathi hain, hamare saathi raat din isi mein lagay hue hain ke tamam zabanon mein tarjame tayyar karein ke jaisa ke abhi Mr Judge ne bataya ke aksar bari bari zabanon mein tarjame ho chuke hain aur barabar tarjame kiye ja rahe hain.</w:t>
      </w:r>
    </w:p>
    <w:p>
      <w:pPr>
        <w:jc w:val="right"/>
      </w:pPr>
      <w:r>
        <w:t>چنانچہ ہمارے جو ساتھی ہیں، ہمارے ساتھی رات دن اسی میں لگے ہوئے ہیں کہ تمام زبانوں میں ترجمے تیار کریں کہ جیسا کہ ابھی مسٹر جج نے بتایا کہ اکثر بڑی بڑی زبانوں میں ترجمے ہو چکے ہیں اور برابر ترجمے کیے جا رہے ہیں۔</w:t>
      </w:r>
    </w:p>
    <w:p>
      <w:r>
        <w:rPr>
          <w:b/>
        </w:rPr>
        <w:t xml:space="preserve">[33:16] </w:t>
      </w:r>
      <w:r>
        <w:t>to hamara mission Quran ka mission hai. Quran ka mission is ka matlab hai, is mani mein hai ke Quran ka jo text hai, jo woh to arabi zaban mein hai, us ko bohat hi understandable language mein, har zaban mein, duniya ke tamam qomon ki zaban mein tayyar karein, us ko chhapein aur modern communication ko istemal karte hue us ko sari duniya mein phaila dein,</w:t>
      </w:r>
    </w:p>
    <w:p>
      <w:pPr>
        <w:jc w:val="right"/>
      </w:pPr>
      <w:r>
        <w:t>تو ہمارا مشن قرآن کا مشن ہے۔ قرآن کا مشن اس کا مطلب ہے، اس معنی میں ہے کہ قرآن کا جو ٹیکسٹ ہے، جو وہ تو عربی زبان میں ہے، اس کو بہت ہی انڈرسٹینڈیبل لینگویج میں، ہر زبان میں، دنیا کے تمام قوموں کی زبان میں تیار کریں، اس کو چھاپیں اور ماڈرن کمیونیکیشن کو استعمال کرتے ہوئے اس کو ساری دنیا میں پھیلا دیں،</w:t>
      </w:r>
    </w:p>
    <w:p>
      <w:r>
        <w:rPr>
          <w:b/>
        </w:rPr>
        <w:t xml:space="preserve">[33:43] </w:t>
      </w:r>
      <w:r>
        <w:t>ghar ghar pahuncha dein. yeh hai mission. is mein A A se Z tak Quran hai, A se Z tak Quran hai.</w:t>
      </w:r>
    </w:p>
    <w:p>
      <w:pPr>
        <w:jc w:val="right"/>
      </w:pPr>
      <w:r>
        <w:t>گھر گھر پہنچا دیں۔ یہ ہے مشن۔ اس میں اے اے سے زیڈ تک قرآن ہے، اے سے زیڈ تک قرآن ہے۔</w:t>
      </w:r>
    </w:p>
    <w:p>
      <w:r>
        <w:rPr>
          <w:b/>
        </w:rPr>
        <w:t xml:space="preserve">[33:53] </w:t>
      </w:r>
      <w:r>
        <w:t>aur us ko Quran ka naam to bohat log lene walay paida hue, lekin kisi ne pinpoint nahi kiya. is 20veen century, jo jo bohat hi important century thi, us zamanay mein bohat se log uthe jinhon ne Quran ka naam liya, lekin pinpoint nahi kiya ke logon ne ke Quran ka matlab kya hai,</w:t>
      </w:r>
    </w:p>
    <w:p>
      <w:pPr>
        <w:jc w:val="right"/>
      </w:pPr>
      <w:r>
        <w:t>اور اس کو قرآن کا نام تو بہت لوگ لینے والے پیدا ہوئے، لیکن کسی نے پن پوائنٹ نہیں کیا۔ اس 20ویں سینچری، جو جو بہت ہی امپورٹنٹ سینچری تھی، اس زمانے میں بہت سے لوگ اٹھے جنہوں نے قرآن کا نام لیا، لیکن پن پوائنٹ نہیں کیا کہ لوگوں نے کہ قرآن کا مطلب کیا ہے،</w:t>
      </w:r>
    </w:p>
    <w:p>
      <w:r>
        <w:rPr>
          <w:b/>
        </w:rPr>
        <w:t xml:space="preserve">[34:14] </w:t>
      </w:r>
      <w:r>
        <w:t>karna kya hai humein. to woh karna yeh tha ke Quran ka jo text hai, us ko bohat hi easily understandable language mein tayyar karna, phir us ko chhapaana aur us ko woh bhi chote size mein, yeh nahi ke bare bare size mein aap phir chhapaein aur us ko sari duniya mein pahunchayein logon ko.</w:t>
      </w:r>
    </w:p>
    <w:p>
      <w:pPr>
        <w:jc w:val="right"/>
      </w:pPr>
      <w:r>
        <w:t>کرنا کیا ہے ہمیں۔ تو وہ کرنا یہ تھا کہ قرآن کا جو ٹیکسٹ ہے، اس کو بہت ہی ایزیلی انڈرسٹینڈیبل لینگویج میں تیار کرنا، پھر اس کو چھاپنا اور اس کو وہ بھی چھوٹے سائز میں، یہ نہیں کہ بڑے بڑے سائز میں آپ پھر چھاپیں اور اس کو ساری دنیا میں پہنچائیں لوگوں کو۔</w:t>
      </w:r>
    </w:p>
    <w:p>
      <w:r>
        <w:rPr>
          <w:b/>
        </w:rPr>
        <w:t xml:space="preserve">[34:38] </w:t>
      </w:r>
      <w:r>
        <w:t>agar log khareedein to khareedein, nahi khareedein to apni taraf se pahunchayein logon ko. agar log khareedein to bari achhi baat hai, lekin agar nahi khareedte log to aap apni taraf se pahunchayein logon ko.</w:t>
      </w:r>
    </w:p>
    <w:p>
      <w:pPr>
        <w:jc w:val="right"/>
      </w:pPr>
      <w:r>
        <w:t>اگر لوگ خریدیں تو خریدیں، نہیں خریدیں تو اپنی طرف سے پہنچائیں لوگوں کو۔ اگر لوگ خریدیں تو بڑی اچھی بات ہے، لیکن اگر نہیں خریدتے لوگ تو آپ اپنی طرف سے پہنچائیں لوگوں کو۔</w:t>
      </w:r>
    </w:p>
    <w:p>
      <w:r>
        <w:rPr>
          <w:b/>
        </w:rPr>
        <w:t xml:space="preserve">[34:52] </w:t>
      </w:r>
      <w:r>
        <w:t>yeh hai mission. yeh sara mission jo hai, woh woh us ka center jo hai, Quran hai. sara mission.</w:t>
      </w:r>
    </w:p>
    <w:p>
      <w:pPr>
        <w:jc w:val="right"/>
      </w:pPr>
      <w:r>
        <w:t>یہ ہے مشن۔ یہ سارا مشن جو ہے، وہ وہ اس کا سینٹر جو ہے، قرآن ہے۔ سارا مشن۔</w:t>
      </w:r>
    </w:p>
    <w:p>
      <w:r>
        <w:rPr>
          <w:b/>
        </w:rPr>
        <w:t xml:space="preserve">[35:05] </w:t>
      </w:r>
      <w:r>
        <w:t>kyunke dekhiye, insan duniya mein aata hai</w:t>
      </w:r>
    </w:p>
    <w:p>
      <w:pPr>
        <w:jc w:val="right"/>
      </w:pPr>
      <w:r>
        <w:t>کیونکہ دیکھیے، انسان دنیا میں آتا ہے</w:t>
      </w:r>
    </w:p>
    <w:p>
      <w:r>
        <w:rPr>
          <w:b/>
        </w:rPr>
        <w:t xml:space="preserve">[35:11] </w:t>
      </w:r>
      <w:r>
        <w:t>aur wahan dekhta hai ke yahan zameen hai, samandar hai, pahad hai, chidiya hai, animal hai, aik poora kainaat hai, lekin kahin likha hua nahi hai ke insan yahan kaise aaya hai.</w:t>
      </w:r>
    </w:p>
    <w:p>
      <w:pPr>
        <w:jc w:val="right"/>
      </w:pPr>
      <w:r>
        <w:t>اور وہاں دیکھتا ہے کہ یہاں زمین ہے، سمندر ہے، پہاڑ ہے، چڑیا ہے، اینیمل ہے، ایک پورا کائنات ہے، لیکن کہیں لکھا ہوا نہیں ہے کہ انسان یہاں کیسے آیا ہے۔</w:t>
      </w:r>
    </w:p>
    <w:p>
      <w:r>
        <w:rPr>
          <w:b/>
        </w:rPr>
        <w:t xml:space="preserve">[35:32] </w:t>
      </w:r>
      <w:r>
        <w:t>yahan tak ke Sir James Jeans, jo top ka scientist hai, us ne apni kitab "The Mysterious Universe" mein likha hai ke "It appears that man was straight in a world that was not made for him.</w:t>
      </w:r>
    </w:p>
    <w:p>
      <w:pPr>
        <w:jc w:val="right"/>
      </w:pPr>
      <w:r>
        <w:t>یہاں تک کہ سر جیمز دین، جو ٹاپ کا سائنٹسٹ ہے، اس نے اپنی کتاب "دا مسٹیریس یونیورس" میں لکھا ہے کہ "It appears that man was straight in a world that was not made for him.</w:t>
      </w:r>
    </w:p>
    <w:p>
      <w:r>
        <w:rPr>
          <w:b/>
        </w:rPr>
        <w:t xml:space="preserve">[35:50] </w:t>
      </w:r>
      <w:r>
        <w:t>It appears that man was straight in a world that was not made for him." aisa lagta hai ke insan aisi dunya mein bhatak kar aa gaya hai jo is ke liye banai nahi gai thi.</w:t>
      </w:r>
    </w:p>
    <w:p>
      <w:pPr>
        <w:jc w:val="right"/>
      </w:pPr>
      <w:r>
        <w:t>It appears that man was straight in a world that was not made for him." ایسا لگتا ہے کہ انسان ایسی دنیا میں بھٹک کر آ گیا ہے جو اس کے لیے بنائی نہیں گئی تھی۔</w:t>
      </w:r>
    </w:p>
    <w:p>
      <w:r>
        <w:rPr>
          <w:b/>
        </w:rPr>
        <w:t xml:space="preserve">[36:06] </w:t>
      </w:r>
      <w:r>
        <w:t>to isi ka jawab quran hai. quran ko hadaf kar diye to sare insan idhar bhatken ge.</w:t>
      </w:r>
    </w:p>
    <w:p>
      <w:pPr>
        <w:jc w:val="right"/>
      </w:pPr>
      <w:r>
        <w:t>تو اسی کا جواب قرآن ہے۔ قرآن کو حذف کر دیے تو سارے انسان ادھر بھٹکیں گے۔</w:t>
      </w:r>
    </w:p>
    <w:p>
      <w:r>
        <w:rPr>
          <w:b/>
        </w:rPr>
        <w:t xml:space="preserve">[36:15] </w:t>
      </w:r>
      <w:r>
        <w:t>is ko kuch nahi maloom ke hum yahan kis liye aaye hain, kya karna hai, prezant kya hai, future kya hai. to quran ki ahmiyat yeh hai ke woh ek hi book hai, athintic tor par hum keh sakte hain ke woh creator ka jo plan hai, is mein aap pa sakte hain, parh kar ke.</w:t>
      </w:r>
    </w:p>
    <w:p>
      <w:pPr>
        <w:jc w:val="right"/>
      </w:pPr>
      <w:r>
        <w:t>اس کو کچھ نہیں معلوم کہ ہم یہاں کس لیے آئے ہیں، کیا کرنا ہے، پریزنٹ کیا ہے، فیوچر کیا ہے۔ تو قرآن کی اہمیت یہ ہے کہ وہ ایک ہی بک ہے، اتھنٹک طور پر ہم کہہ سکتے ہیں کہ وہ کریٹر کا جو پلان ہے، اس میں آپ پا سکتے ہیں، پڑھ کر کے۔</w:t>
      </w:r>
    </w:p>
    <w:p>
      <w:r>
        <w:rPr>
          <w:b/>
        </w:rPr>
        <w:t xml:space="preserve">[36:37] </w:t>
      </w:r>
      <w:r>
        <w:t>koi aur kitab aisi nahi jo athintic tor par hum keh saken is ko. to quran ek prezerv book hai. woh khaliq ka, creator ka jo plan hai,</w:t>
      </w:r>
    </w:p>
    <w:p>
      <w:pPr>
        <w:jc w:val="right"/>
      </w:pPr>
      <w:r>
        <w:t>کوئی اور کتاب ایسی نہیں جو اتھنٹک طور پر ہم کہہ سکیں اس کو۔ تو قرآن ایک پریزرو بک ہے۔ وہ خالق کا، کریٹر کا جو پلان ہے،</w:t>
      </w:r>
    </w:p>
    <w:p>
      <w:r>
        <w:rPr>
          <w:b/>
        </w:rPr>
        <w:t xml:space="preserve">[36:53] </w:t>
      </w:r>
      <w:r>
        <w:t>woh is mein aap athintic tor par jaan sakte hain. to sawal yeh hai ke is is is quran ko agar log na jann, bas woh arabi mein rahe aur woh barkat ke liye gharon mein rakha jaye to maqsad is ko hasil nahi hua.</w:t>
      </w:r>
    </w:p>
    <w:p>
      <w:pPr>
        <w:jc w:val="right"/>
      </w:pPr>
      <w:r>
        <w:t>وہ اس میں آپ اتھنٹک طور پر جان سکتے ہیں۔ تو سوال یہ ہے کہ اس اس اس قرآن کو اگر لوگ نہ جانیں، بس وہ عربی میں رہے اور وہ برکت کے لیے گھروں میں رکھا جائے تو مقصد اس کو حاصل نہیں ہوا۔</w:t>
      </w:r>
    </w:p>
    <w:p>
      <w:r>
        <w:rPr>
          <w:b/>
        </w:rPr>
        <w:t xml:space="preserve">[37:09] </w:t>
      </w:r>
      <w:r>
        <w:t>maqsad hi hasil nahi hua. to zaroori hai ke quran ko logon ke apni understandable language mein tarjuma kiya jaye, phir is ko chhapa jaye aur is ko chhote size mein,</w:t>
      </w:r>
    </w:p>
    <w:p>
      <w:pPr>
        <w:jc w:val="right"/>
      </w:pPr>
      <w:r>
        <w:t>مقصد ہی حاصل نہیں ہوا۔ تو ضروری ہے کہ قرآن کو لوگوں کے اپنی انڈرسٹینڈیبل لینگویج میں ترجمہ کیا جائے، پھر اس کو چھاپا جائے اور اس کو چھوٹے سائز میں،</w:t>
      </w:r>
    </w:p>
    <w:p>
      <w:r>
        <w:rPr>
          <w:b/>
        </w:rPr>
        <w:t xml:space="preserve">[37:23] </w:t>
      </w:r>
      <w:r>
        <w:t>itne size mein hamare haan banaya jata hai ke aap pocket mein rakh lijiye, pocket mein rakh lijiye, pocket size mein. to un ki apni zaban mein.</w:t>
      </w:r>
    </w:p>
    <w:p>
      <w:pPr>
        <w:jc w:val="right"/>
      </w:pPr>
      <w:r>
        <w:t>اتنے سائز میں ہمارے ہاں بنایا جاتا ہے کہ آپ پاکٹ میں رکھ لیجئے، پاکٹ میں رکھ لیجئے، پاکٹ سائز میں۔ تو ان کی اپنی زبان میں۔</w:t>
      </w:r>
    </w:p>
    <w:p>
      <w:r>
        <w:rPr>
          <w:b/>
        </w:rPr>
        <w:t xml:space="preserve">[37:34] </w:t>
      </w:r>
      <w:r>
        <w:t>to yeh bas waston ke sara jo civilization ki activities hain, un sab ka khulasa yahi hai.</w:t>
      </w:r>
    </w:p>
    <w:p>
      <w:pPr>
        <w:jc w:val="right"/>
      </w:pPr>
      <w:r>
        <w:t>تو یہ بس وسطوں کے سارا جو سولائزیشن کی ایکٹیویٹیز ہیں، ان سب کا خلاصہ یہی ہے۔</w:t>
      </w:r>
    </w:p>
    <w:p>
      <w:r>
        <w:rPr>
          <w:b/>
        </w:rPr>
        <w:t xml:space="preserve">[37:44] </w:t>
      </w:r>
      <w:r>
        <w:t>sari cheezain jo dunya mein wajood mein aai hain, chahe woh peace ho, chahe woh technology ho, chahe woh aviation ho, jo bhi civilization jis ko hum kehte hain, woh sare ka focus yahi hai ke aap quran ko logon tak pohanchain,</w:t>
      </w:r>
    </w:p>
    <w:p>
      <w:pPr>
        <w:jc w:val="right"/>
      </w:pPr>
      <w:r>
        <w:t>ساری چیزیں جو دنیا میں وجود میں آئی ہیں، چاہے وہ پیس ہو، چاہے وہ ٹیکنالوجی ہو، چاہے وہ ایوی ایشن ہو، جو بھی سولائزیشن جس کو ہم کہتے ہیں، وہ سارے کا فوکس یہی ہے کہ آپ قرآن کو لوگوں تک پہنچائیں،</w:t>
      </w:r>
    </w:p>
    <w:p>
      <w:r>
        <w:rPr>
          <w:b/>
        </w:rPr>
        <w:t xml:space="preserve">[38:04] </w:t>
      </w:r>
      <w:r>
        <w:t>quran ko pohanchain. to hamara jo hamari jo team hai, woh is ka mission yahi hai, is ka goal yahi hai, is ka target yahi hai.</w:t>
      </w:r>
    </w:p>
    <w:p>
      <w:pPr>
        <w:jc w:val="right"/>
      </w:pPr>
      <w:r>
        <w:t>قرآن کو پہنچائیں۔ تو ہمارا جو ہماری جو ٹیم ہے، وہ اس کا مشن یہی ہے، اس کا گول یہی ہے، اس کا ٹارگٹ یہی ہے۔</w:t>
      </w:r>
    </w:p>
    <w:p>
      <w:r>
        <w:rPr>
          <w:b/>
        </w:rPr>
        <w:t xml:space="preserve">[38:18] </w:t>
      </w:r>
      <w:r>
        <w:t>aur kuch hamara doosra maqsad nahi hai ke ke quran ko logon ki understandable language mein tayyar karna, is ko chhapa, logon tak pohanchana.</w:t>
      </w:r>
    </w:p>
    <w:p>
      <w:pPr>
        <w:jc w:val="right"/>
      </w:pPr>
      <w:r>
        <w:t>اور کچھ ہمارا دوسرا مقصد نہیں ہے کہ کہ قرآن کو لوگوں کی انڈرسٹینڈیبل لینگویج میں تیار کرنا، اس کو چھاپنا، لوگوں تک پہنچانا۔</w:t>
      </w:r>
    </w:p>
    <w:p>
      <w:r>
        <w:rPr>
          <w:b/>
        </w:rPr>
        <w:t xml:space="preserve">[38:34] </w:t>
      </w:r>
      <w:r>
        <w:t>agar log khareeden to khareeden, na khareeden to aap free mein pohanchana. yahi hai. is ke liye jo log apna waqt kharch karen, apna waqt lagain, apna paisa lagain, apni energy lagain,</w:t>
      </w:r>
    </w:p>
    <w:p>
      <w:pPr>
        <w:jc w:val="right"/>
      </w:pPr>
      <w:r>
        <w:t>اگر لوگ خریدیں تو خریدیں، نہ خریدیں تو آپ فری میں پہنچانا۔ یہی ہے۔ اس کے لیے جو لوگ اپنا وقت خرچ کریں، اپنا وقت لگائیں، اپنا پیسہ لگائیں، اپنی انرجی لگائیں،</w:t>
      </w:r>
    </w:p>
    <w:p>
      <w:r>
        <w:rPr>
          <w:b/>
        </w:rPr>
        <w:t xml:space="preserve">[38:48] </w:t>
      </w:r>
      <w:r>
        <w:t>to un ko woh reward milega jo kisi aur cheez par milne wala nahi hai. kyunke yeh to asal asal khaliq ki, creator ki asal yahi plan hai.</w:t>
      </w:r>
    </w:p>
    <w:p>
      <w:pPr>
        <w:jc w:val="right"/>
      </w:pPr>
      <w:r>
        <w:t>تو ان کو وہ ریوارڈ ملے گا جو کسی اور چیز پر ملنے والا نہیں ہے۔ کیونکہ یہ تو اصل اصل خالق کی، کریٹر کی اصل یہی پلان ہے۔</w:t>
      </w:r>
    </w:p>
    <w:p>
      <w:r>
        <w:rPr>
          <w:b/>
        </w:rPr>
        <w:t xml:space="preserve">[39:05] </w:t>
      </w:r>
      <w:r>
        <w:t>to is se bara kya ho sakta hai? is se bara kya ho sakta hai? to hamare saathi Allah ke fazal se sari dunya mein active hain.</w:t>
      </w:r>
    </w:p>
    <w:p>
      <w:pPr>
        <w:jc w:val="right"/>
      </w:pPr>
      <w:r>
        <w:t>تو اس سے بڑا کیا ہو سکتا ہے؟ اس سے بڑا کیا ہو سکتا ہے؟ تو ہمارے ساتھی اللہ کے فضل سے ساری دنیا میں ایکٹیو ہیں۔</w:t>
      </w:r>
    </w:p>
    <w:p>
      <w:r>
        <w:rPr>
          <w:b/>
        </w:rPr>
        <w:t xml:space="preserve">[39:17] </w:t>
      </w:r>
      <w:r>
        <w:t>yani main aaj subah soch raha tha ke sari dunya mein, yani main ne visualize kiya, main ne ke sari dunya mein jo khabrein mujhe milti rehti hain, sari dunya mein bhi yeh waqea ho raha hai ke ek aadmi airport mein utarta hai,</w:t>
      </w:r>
    </w:p>
    <w:p>
      <w:pPr>
        <w:jc w:val="right"/>
      </w:pPr>
      <w:r>
        <w:t>یعنی میں آج صبح سوچ رہا تھا کہ ساری دنیا میں، یعنی میں نے ویژولائز کیا، میں نے کہ ساری دنیا میں جو خبریں مجھے ملتی رہتی ہیں، ساری دنیا میں بھی یہ واقعہ ہو رہا ہے کہ ایک آدمی ایئرپورٹ میں اترتا ہے،</w:t>
      </w:r>
    </w:p>
    <w:p>
      <w:r>
        <w:rPr>
          <w:b/>
        </w:rPr>
        <w:t xml:space="preserve">[39:36] </w:t>
      </w:r>
      <w:r>
        <w:t>railway railway sawar kar hota hai, bus mein safar karta hai, kahin bhi jalsay mein hota hai, seminar mein hota hai. to is ke samne achaanak ek aadmi aata hai, kehta hai: "sir,</w:t>
      </w:r>
    </w:p>
    <w:p>
      <w:pPr>
        <w:jc w:val="right"/>
      </w:pPr>
      <w:r>
        <w:t>ریلوے ریلوے سوار کر ہوتا ہے، بس میں سفر کرتا ہے، کہیں بھی جلسے میں ہوتا ہے، سیمینار میں ہوتا ہے۔ تو اس کے سامنے اچانک ایک آدمی آتا ہے، کہتا ہے: "سر،</w:t>
      </w:r>
    </w:p>
    <w:p>
      <w:r>
        <w:rPr>
          <w:b/>
        </w:rPr>
        <w:t xml:space="preserve">[39:50] </w:t>
      </w:r>
      <w:r>
        <w:t>das is a gift for you, dis is a spiritual for you." yeh sari dunya mein ho raha hai, anokha manzar ke log jahan jahan dikhai parte hain, to wahan kuch Allah ke bande pahunch rahe hain, quran ka un ki apni zaban mein tarjuma le kar ke,</w:t>
      </w:r>
    </w:p>
    <w:p>
      <w:pPr>
        <w:jc w:val="right"/>
      </w:pPr>
      <w:r>
        <w:t>دس از اے گفٹ فار یو، دس از اے سپریچول فار یو۔" یہ ساری دنیا میں ہو رہا ہے، انوکھا منظر کہ لوگ جہاں جہاں دکھائی پڑتے ہیں، تو وہاں کچھ اللہ کے بندے پہنچ رہے ہیں، قرآن کا ان کی اپنی زبان میں ترجمہ لے کر کے،</w:t>
      </w:r>
    </w:p>
    <w:p>
      <w:r>
        <w:rPr>
          <w:b/>
        </w:rPr>
        <w:t xml:space="preserve">[40:13] </w:t>
      </w:r>
      <w:r>
        <w:t>aur woh kehte hain ke ke aap ke liye.</w:t>
      </w:r>
    </w:p>
    <w:p>
      <w:pPr>
        <w:jc w:val="right"/>
      </w:pPr>
      <w:r>
        <w:t>اور وہ کہتے ہیں کہ کہ آپ کے لیے۔</w:t>
      </w:r>
    </w:p>
    <w:p>
      <w:r>
        <w:rPr>
          <w:b/>
        </w:rPr>
        <w:t xml:space="preserve">[40:21] </w:t>
      </w:r>
      <w:r>
        <w:t>jaise hamare ek saathi hawa jahaz mein safar kar rahe the, jab woh inter hue to wahan ek sahib bethe hue the, ek minister sahib.</w:t>
      </w:r>
    </w:p>
    <w:p>
      <w:pPr>
        <w:jc w:val="right"/>
      </w:pPr>
      <w:r>
        <w:t>جیسے ہمارے ایک ساتھی ہوا جہاز میں سفر کر رہے تھے، جب وہ انٹر ہوئے تو وہاں ایک صاحب بیٹھے ہوئے تھے، ایک منسٹر صاحب۔</w:t>
      </w:r>
    </w:p>
    <w:p>
      <w:r>
        <w:rPr>
          <w:b/>
        </w:rPr>
        <w:t xml:space="preserve">[40:34] </w:t>
      </w:r>
      <w:r>
        <w:t>to un ke samne hi gaye aur unhon ne kaha ke: "Sir, this is for for your infrared reading. Sir, this is for your infrared reading." to bare shauq se le liya unhon ne aur parhna shuru kar diya unhon ne.</w:t>
      </w:r>
    </w:p>
    <w:p>
      <w:pPr>
        <w:jc w:val="right"/>
      </w:pPr>
      <w:r>
        <w:t>تو ان کے سامنے ہی گئے اور انہوں نے کہا کہ: "سر، دس از فار فار یور انفرائیڈ ریڈنگ۔ سر، دس از فار یور انفرائیڈ ریڈنگ۔" تو بڑے شوق سے لے لیا انہوں نے اور پڑھنا شروع کر دیا انہوں نے۔</w:t>
      </w:r>
    </w:p>
    <w:p>
      <w:r>
        <w:rPr>
          <w:b/>
        </w:rPr>
        <w:t xml:space="preserve">[40:53] </w:t>
      </w:r>
      <w:r>
        <w:t>to yeh baat sari dunya mein ho rahi hai, kisi na kisi shakal mein ke har jagah Allah ke kuch bande khare ho gaye hain jo apna paisa kharch karte hain, apna time kharch karte hain, apni energy kharch karte hain.</w:t>
      </w:r>
    </w:p>
    <w:p>
      <w:pPr>
        <w:jc w:val="right"/>
      </w:pPr>
      <w:r>
        <w:t>تو یہ بات ساری دنیا میں ہو رہی ہے، کسی نہ کسی شکل میں کہ ہر جگہ اللہ کے کچھ بندے کھڑے ہوگئے ہیں جو اپنا پیسہ خرچ کرتے ہیں، اپنا ٹائم خرچ کرتے ہیں، اپنی انرجی خرچ کرتے ہیں۔</w:t>
      </w:r>
    </w:p>
    <w:p>
      <w:r>
        <w:rPr>
          <w:b/>
        </w:rPr>
        <w:t xml:space="preserve">[41:09] </w:t>
      </w:r>
      <w:r>
        <w:t>apne bag mein, un ke bag mein quran hota hai, un ke pocket mein quran hota hai. jahan dekhte hain koi insan, to woh un ke samne khare hote hain ke: "sir, dis is aap ke liye ek gift hai." main ek safar tha, safar kar raha tha,</w:t>
      </w:r>
    </w:p>
    <w:p>
      <w:pPr>
        <w:jc w:val="right"/>
      </w:pPr>
      <w:r>
        <w:t>اپنے بیگ میں، ان کے بیگ میں قرآن ہوتا ہے، ان کے پاکٹ میں قرآن ہوتا ہے۔ جہاں دیکھتے ہیں کوئی انسان، تو وہ ان کے سامنے کھڑے ہوتے ہیں کہ: "سر، دس از آپ کے لیے ایک گفٹ ہے۔" میں ایک سفر تھا، سفر کر رہا تھا،</w:t>
      </w:r>
    </w:p>
    <w:p>
      <w:r>
        <w:rPr>
          <w:b/>
        </w:rPr>
        <w:t xml:space="preserve">[41:30] </w:t>
      </w:r>
      <w:r>
        <w:t>europe ya america kahin gaya gaya tha main. to jab main airport par wahan baitha hua tha, agli flight ko lene ke liye, to main ne dekha ke kuch log, kuch Allah ke bande</w:t>
      </w:r>
    </w:p>
    <w:p>
      <w:pPr>
        <w:jc w:val="right"/>
      </w:pPr>
      <w:r>
        <w:t>یورپ یا امریکہ کہیں گیا گیا تھا میں۔ تو جب میں ایئرپورٹ پر وہاں بیٹھا ہوا تھا، اگلی فلائٹ کو لینے کے لیے، تو میں نے دیکھا کہ کچھ لوگ، کچھ اللہ کے بندے</w:t>
      </w:r>
    </w:p>
    <w:p>
      <w:r>
        <w:rPr>
          <w:b/>
        </w:rPr>
        <w:t xml:space="preserve">[41:49] </w:t>
      </w:r>
      <w:r>
        <w:t>wohan ek active ho gaye aur jo jo wahan bethe hue the, jo chal rahe the, un sab ko lage quran dene. to yeh more or less yeh phenomena sari dunya mein paida ho gaya hai.</w:t>
      </w:r>
    </w:p>
    <w:p>
      <w:pPr>
        <w:jc w:val="right"/>
      </w:pPr>
      <w:r>
        <w:t>وہاں ایکٹیو ہو گئے اور جو جو وہاں بیٹھے ہوئے تھے، جو چل رہے تھے، ان سب کو لگے قرآن دینے۔ تو یہ مور اور لیس یہ فیناومینا ساری دنیا میں پیدا ہو گیا ہے۔</w:t>
      </w:r>
    </w:p>
    <w:p>
      <w:r>
        <w:rPr>
          <w:b/>
        </w:rPr>
        <w:t xml:space="preserve">[42:07] </w:t>
      </w:r>
      <w:r>
        <w:t>to mein samajhta hoon ke woh jis ka aasman ko intezar tha ke empire wajood mein aai, civilization wajood mein aai, general peace aaya,</w:t>
      </w:r>
    </w:p>
    <w:p>
      <w:pPr>
        <w:jc w:val="right"/>
      </w:pPr>
      <w:r>
        <w:t>تو میں سمجھتا ہوں کہ وہ جس کا آسمان کو انتظار تھا کہ ایمپائر وجود میں آئی، سولائزیشن وجود میں آئی، جنرل ایم پیس آیا،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