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Life of the Companions of the Prophet | September 29, 2018</w:t>
      </w:r>
    </w:p>
    <w:p>
      <w:r>
        <w:t>https://www.youtube.com/watch?v=pR5eJlLJtKE</w:t>
      </w:r>
    </w:p>
    <w:p>
      <w:r>
        <w:rPr>
          <w:b/>
        </w:rPr>
        <w:t xml:space="preserve">[00:14] </w:t>
      </w:r>
      <w:r>
        <w:t>bismillah hir rahman nir rahim, wa salallahu ala al nabiy al karim.</w:t>
      </w:r>
    </w:p>
    <w:p>
      <w:pPr>
        <w:jc w:val="right"/>
      </w:pPr>
      <w:r>
        <w:t>بسم اللہ الرحمن الرحیم، وصلی اللہ علی النبی الکریم۔</w:t>
      </w:r>
    </w:p>
    <w:p>
      <w:r>
        <w:rPr>
          <w:b/>
        </w:rPr>
        <w:t xml:space="preserve">[00:25] </w:t>
      </w:r>
      <w:r>
        <w:t>rab ishrah li sadri, wa yassir li amri, wah-l-uqdatan min lisani, yafqahu qawli.</w:t>
      </w:r>
    </w:p>
    <w:p>
      <w:pPr>
        <w:jc w:val="right"/>
      </w:pPr>
      <w:r>
        <w:t>رب اشرح لی صدری، ویسر لی امری، واحل العقدۃ من لسانی، یفقہ قولی۔</w:t>
      </w:r>
    </w:p>
    <w:p>
      <w:r>
        <w:rPr>
          <w:b/>
        </w:rPr>
        <w:t xml:space="preserve">[00:36] </w:t>
      </w:r>
      <w:r>
        <w:t>aaj aisa hua ke mujhe</w:t>
      </w:r>
    </w:p>
    <w:p>
      <w:pPr>
        <w:jc w:val="right"/>
      </w:pPr>
      <w:r>
        <w:t>آج ایسا ہوا کہ مجھے</w:t>
      </w:r>
    </w:p>
    <w:p>
      <w:r>
        <w:rPr>
          <w:b/>
        </w:rPr>
        <w:t xml:space="preserve">[00:47] </w:t>
      </w:r>
      <w:r>
        <w:t>ek sahabi ka waqia yaad aaya, to alfaaz bhi yaad nahi the, phir maine faraaz umri se</w:t>
      </w:r>
    </w:p>
    <w:p>
      <w:pPr>
        <w:jc w:val="right"/>
      </w:pPr>
      <w:r>
        <w:t>ایک صحابی کا واقعہ یاد آیا، تو الفاظ بھی یاد نہیں تھے، پھر میں نے فراز عمری سے</w:t>
      </w:r>
    </w:p>
    <w:p>
      <w:r>
        <w:rPr>
          <w:b/>
        </w:rPr>
        <w:t xml:space="preserve">[00:57] </w:t>
      </w:r>
      <w:r>
        <w:t>is ka niklwaya kitaab mein se.</w:t>
      </w:r>
    </w:p>
    <w:p>
      <w:pPr>
        <w:jc w:val="right"/>
      </w:pPr>
      <w:r>
        <w:t>اس کا نکلوایا کتاب میں سے۔</w:t>
      </w:r>
    </w:p>
    <w:p>
      <w:r>
        <w:rPr>
          <w:b/>
        </w:rPr>
        <w:t xml:space="preserve">[01:07] </w:t>
      </w:r>
      <w:r>
        <w:t>to aaj to woh nahi aaye hain, lekin woh sahabi ka waqia jo hai, woh al-tirmidhi mein hai. tirmidhi chha</w:t>
      </w:r>
    </w:p>
    <w:p>
      <w:pPr>
        <w:jc w:val="right"/>
      </w:pPr>
      <w:r>
        <w:t>تو آج تو وہ نہیں آئے ہیں، لیکن وہ صحابی کا واقعہ جو ہے، وہ الترمذی میں ہے۔ ترمذی چھ</w:t>
      </w:r>
    </w:p>
    <w:p>
      <w:r>
        <w:rPr>
          <w:b/>
        </w:rPr>
        <w:t xml:space="preserve">[01:17] </w:t>
      </w:r>
      <w:r>
        <w:t>kitaabon mein se ek kitaab hai, jise kehte hain saahih sittah. to is mein madine ke ek sahabi ka qissa hai, woh bimar hue, aur yeh andaaza hua ke shayad ab yeh bachenge nahi. to rasool allah un ko dek</w:t>
      </w:r>
    </w:p>
    <w:p>
      <w:pPr>
        <w:jc w:val="right"/>
      </w:pPr>
      <w:r>
        <w:t>کتابوں میں سے ایک کتاب ہے، جسے کہتے ہیں سایہ ستہ۔ تو اس میں مدینے کے ایک صحابی کا قصہ ہے، وہ بیمار ہوئے، اور یہ اندازہ ہوا کہ شاید اب یہ بچیں گے نہیں۔ تو رسول اللہ ان کو دیک</w:t>
      </w:r>
    </w:p>
    <w:p>
      <w:r>
        <w:rPr>
          <w:b/>
        </w:rPr>
        <w:t xml:space="preserve">[01:47] </w:t>
      </w:r>
      <w:r>
        <w:t>h-ne ke liye un ke ghar gaye.</w:t>
      </w:r>
    </w:p>
    <w:p>
      <w:pPr>
        <w:jc w:val="right"/>
      </w:pPr>
      <w:r>
        <w:t>ھنے کے لیے ان کے گھر گئے۔</w:t>
      </w:r>
    </w:p>
    <w:p>
      <w:r>
        <w:rPr>
          <w:b/>
        </w:rPr>
        <w:t xml:space="preserve">[01:55] </w:t>
      </w:r>
      <w:r>
        <w:t>is mein jo lafz hai woh shaab ka lafz hai, shaab ma'ni naujawan.</w:t>
      </w:r>
    </w:p>
    <w:p>
      <w:pPr>
        <w:jc w:val="right"/>
      </w:pPr>
      <w:r>
        <w:t>اس میں جو لفظ ہے وہ شاب کا لفظ ہے، شاب معنی نوجوان۔</w:t>
      </w:r>
    </w:p>
    <w:p>
      <w:r>
        <w:rPr>
          <w:b/>
        </w:rPr>
        <w:t xml:space="preserve">[02:02] </w:t>
      </w:r>
      <w:r>
        <w:t>is ka ma'ni ke woh ek naujawan sahabi the, naujawan sahabi.</w:t>
      </w:r>
    </w:p>
    <w:p>
      <w:pPr>
        <w:jc w:val="right"/>
      </w:pPr>
      <w:r>
        <w:t>اس کا معنی کہ وہ ایک نوجوان صحابی تھے، نوجوان صحابی۔</w:t>
      </w:r>
    </w:p>
    <w:p>
      <w:r>
        <w:rPr>
          <w:b/>
        </w:rPr>
        <w:t xml:space="preserve">[02:10] </w:t>
      </w:r>
      <w:r>
        <w:t>to rasool Allah ne un ke ghar gaye to aap ne poocha is sahabi se: "kaif</w:t>
      </w:r>
    </w:p>
    <w:p>
      <w:pPr>
        <w:jc w:val="right"/>
      </w:pPr>
      <w:r>
        <w:t>تو رسول اللہ نے ان کے گھر گئے تو آپ نے پوچھا اس صحابی سے: "کیف</w:t>
      </w:r>
    </w:p>
    <w:p>
      <w:r>
        <w:rPr>
          <w:b/>
        </w:rPr>
        <w:t xml:space="preserve">[02:17] </w:t>
      </w:r>
      <w:r>
        <w:t>tajdu?" yaani is waqt jab ke marz-ul-maut mein woh pade hue hain bistar par, is waqt ke bare mein poocha aap ne: "kaif tajdu?" tum apne aap ko kaisa paate ho? yaani is waqt jo haalat tumhari hai, is mein tum apne aap ko kaisa paate ho? to is sahabi ne kaha, is naujawan sahabi ne kaha ke</w:t>
      </w:r>
    </w:p>
    <w:p>
      <w:pPr>
        <w:jc w:val="right"/>
      </w:pPr>
      <w:r>
        <w:t>تجدو؟" یعنی اس وقت جب کہ مرض الموت میں وہ پڑے ہوئے ہیں بستر پر، اس وقت کے بارے میں پوچھا آپ نے: "کیف تجدو؟" تم اپنے آپ کو کیسا پاتے ہو؟ یعنی اس وقت جو حالت تمہاری ہے، اس میں تم اپنے آپ کو کیسا پاتے ہو؟ تو اس صحابی نے کہا، اس نوجوان صحابی نے کہا کہ</w:t>
      </w:r>
    </w:p>
    <w:p>
      <w:r>
        <w:rPr>
          <w:b/>
        </w:rPr>
        <w:t xml:space="preserve">[02:47] </w:t>
      </w:r>
      <w:r>
        <w:t>: "jab main Allah ko sochta hoon, jab main Allah ko sochta hoon to mujh par rehmat ka</w:t>
      </w:r>
    </w:p>
    <w:p>
      <w:pPr>
        <w:jc w:val="right"/>
      </w:pPr>
      <w:r>
        <w:t>: "جب میں اللہ کو سوچتا ہوں، جب میں اللہ کو سوچتا ہوں تو مجھ پر رحمت کا</w:t>
      </w:r>
    </w:p>
    <w:p>
      <w:r>
        <w:rPr>
          <w:b/>
        </w:rPr>
        <w:t xml:space="preserve">[02:55] </w:t>
      </w:r>
      <w:r>
        <w:t>ghalaba hota hai.</w:t>
      </w:r>
    </w:p>
    <w:p>
      <w:pPr>
        <w:jc w:val="right"/>
      </w:pPr>
      <w:r>
        <w:t>غلبہ ہوتا ہے۔</w:t>
      </w:r>
    </w:p>
    <w:p>
      <w:r>
        <w:rPr>
          <w:b/>
        </w:rPr>
        <w:t xml:space="preserve">[03:02] </w:t>
      </w:r>
      <w:r>
        <w:t>ke Allah bara raheem o kareem hai, Allah bara raheem o kareem hai.</w:t>
      </w:r>
    </w:p>
    <w:p>
      <w:pPr>
        <w:jc w:val="right"/>
      </w:pPr>
      <w:r>
        <w:t>کہ اللہ بڑا رحیم و کریم ہے، اللہ بڑا رحیم و کریم ہے۔</w:t>
      </w:r>
    </w:p>
    <w:p>
      <w:r>
        <w:rPr>
          <w:b/>
        </w:rPr>
        <w:t xml:space="preserve">[03:10] </w:t>
      </w:r>
      <w:r>
        <w:t>to mujh par rehmat ka ghalaba hota hai.</w:t>
      </w:r>
    </w:p>
    <w:p>
      <w:pPr>
        <w:jc w:val="right"/>
      </w:pPr>
      <w:r>
        <w:t>تو مجھ پر رحمت کا غلبہ ہوتا ہے۔</w:t>
      </w:r>
    </w:p>
    <w:p>
      <w:r>
        <w:rPr>
          <w:b/>
        </w:rPr>
        <w:t xml:space="preserve">[03:17] </w:t>
      </w:r>
      <w:r>
        <w:t>aur jab main apne aap ko le kar sochta hoon, apne aap ko, to mujhe apni ghaltiyan yaad aati hain.</w:t>
      </w:r>
    </w:p>
    <w:p>
      <w:pPr>
        <w:jc w:val="right"/>
      </w:pPr>
      <w:r>
        <w:t>اور جب میں اپنے آپ کو لے کر سوچتا ہوں، اپنے آپ کو، تو مجھے اپنی غلطیاں یاد آتی ہیں۔</w:t>
      </w:r>
    </w:p>
    <w:p>
      <w:r>
        <w:rPr>
          <w:b/>
        </w:rPr>
        <w:t xml:space="preserve">[03:25] </w:t>
      </w:r>
      <w:r>
        <w:t>ke mujh se yeh ghalti hui, mujh se woh ghalti hui.</w:t>
      </w:r>
    </w:p>
    <w:p>
      <w:pPr>
        <w:jc w:val="right"/>
      </w:pPr>
      <w:r>
        <w:t>کہ مجھ سے یہ غلطی ہوئی، مجھ سے وہ غلطی ہوئی۔</w:t>
      </w:r>
    </w:p>
    <w:p>
      <w:r>
        <w:rPr>
          <w:b/>
        </w:rPr>
        <w:t xml:space="preserve">[03:33] </w:t>
      </w:r>
      <w:r>
        <w:t>yani Allah ko jab sochte hain to rehmat yaad aati hai, apne ko sochte hoon to ghaltiyan yaad aati hain.</w:t>
      </w:r>
    </w:p>
    <w:p>
      <w:pPr>
        <w:jc w:val="right"/>
      </w:pPr>
      <w:r>
        <w:t>یعنی اللہ کو جب سوچتے ہیں تو رحمت یاد آتی ہے، اپنے کو سوچتے ہوں تو غلطیاں یاد آتی ہیں۔</w:t>
      </w:r>
    </w:p>
    <w:p>
      <w:r>
        <w:rPr>
          <w:b/>
        </w:rPr>
        <w:t xml:space="preserve">[03:41] </w:t>
      </w:r>
      <w:r>
        <w:t>to rasool Allah ne farmaaya</w:t>
      </w:r>
    </w:p>
    <w:p>
      <w:pPr>
        <w:jc w:val="right"/>
      </w:pPr>
      <w:r>
        <w:t>تو رسول اللہ نے فرمایا</w:t>
      </w:r>
    </w:p>
    <w:p>
      <w:r>
        <w:rPr>
          <w:b/>
        </w:rPr>
        <w:t xml:space="preserve">[03:48] </w:t>
      </w:r>
      <w:r>
        <w:t>ke jo aadmi aakhir waqt mein is tarah ke ehsaas mein apne aap ko paaye, to yeh is ke liye bohat achhi nishani hai, bohat achhi nishani hai. is ko mein le kar aaj sochta raha, is hadith ko le kar. yeh un ki poori zindagi ki tasweer hai</w:t>
      </w:r>
    </w:p>
    <w:p>
      <w:pPr>
        <w:jc w:val="right"/>
      </w:pPr>
      <w:r>
        <w:t>کہ جو آدمی آخر وقت میں اس طرح کے احساس میں اپنے آپ کو پائے، تو یہ اس کے لیے بہت اچھی علامت ہے، بہت اچھی علامت ہے۔ اس کو میں لے کر آج سوچتا رہا، اس حدیث کو لے کر۔ یہ ان کی پوری زندگی کی تصویر ہے</w:t>
      </w:r>
    </w:p>
    <w:p>
      <w:r>
        <w:rPr>
          <w:b/>
        </w:rPr>
        <w:t xml:space="preserve">[04:18] </w:t>
      </w:r>
      <w:r>
        <w:t>is mein, yeh ek din ki baat nahi hai.</w:t>
      </w:r>
    </w:p>
    <w:p>
      <w:pPr>
        <w:jc w:val="right"/>
      </w:pPr>
      <w:r>
        <w:t>اس میں، یہ ایک دن کی بات نہیں ہے۔</w:t>
      </w:r>
    </w:p>
    <w:p>
      <w:r>
        <w:rPr>
          <w:b/>
        </w:rPr>
        <w:t xml:space="preserve">[04:26] </w:t>
      </w:r>
      <w:r>
        <w:t>is sahabi ne rasool Allah se jo seekha tha, jo aap ne rasool Allah se tarbiyat paayi thi,</w:t>
      </w:r>
    </w:p>
    <w:p>
      <w:pPr>
        <w:jc w:val="right"/>
      </w:pPr>
      <w:r>
        <w:t>اس صحابی نے رسول اللہ سے جو سیکھا تھا، جو آپ نے رسول اللہ سے تربیت پائی تھی،</w:t>
      </w:r>
    </w:p>
    <w:p>
      <w:r>
        <w:rPr>
          <w:b/>
        </w:rPr>
        <w:t xml:space="preserve">[04:33] </w:t>
      </w:r>
      <w:r>
        <w:t>is ki ek tasweer hai ke sahaba kaise hote the.</w:t>
      </w:r>
    </w:p>
    <w:p>
      <w:pPr>
        <w:jc w:val="right"/>
      </w:pPr>
      <w:r>
        <w:t>اس کی ایک تصویر ہے کہ صحابہ کیسے ہوتے تھے۔</w:t>
      </w:r>
    </w:p>
    <w:p>
      <w:r>
        <w:rPr>
          <w:b/>
        </w:rPr>
        <w:t xml:space="preserve">[04:41] </w:t>
      </w:r>
      <w:r>
        <w:t>to dekhen, mere zehan mein aaya</w:t>
      </w:r>
    </w:p>
    <w:p>
      <w:pPr>
        <w:jc w:val="right"/>
      </w:pPr>
      <w:r>
        <w:t>تو دیکھیں، میرے ذہن میں آیا</w:t>
      </w:r>
    </w:p>
    <w:p>
      <w:r>
        <w:rPr>
          <w:b/>
        </w:rPr>
        <w:t xml:space="preserve">[04:48] </w:t>
      </w:r>
      <w:r>
        <w:t>ke sahaba ka matlab kya hai? achha momin, achha momin. to achha momin woh hai jiske andar ek perpetual struggle jaari hota hai. ek lafz yaad rakhiye: perpetual struggle, an inner struggle.</w:t>
      </w:r>
    </w:p>
    <w:p>
      <w:pPr>
        <w:jc w:val="right"/>
      </w:pPr>
      <w:r>
        <w:t>کہ صحابہ کا مطلب کیا ہے؟ اچھا مومن، اچھا مومن۔ تو اچھا مومن وہ ہے جس کے اندر ایک پرپیچول اسٹرگل جاری ہوتا ہے۔ ایک لفظ یاد رکھیے: پرپیچول اسٹرگل، ان انر اسٹرگل۔</w:t>
      </w:r>
    </w:p>
    <w:p>
      <w:r>
        <w:rPr>
          <w:b/>
        </w:rPr>
        <w:t xml:space="preserve">[05:18] </w:t>
      </w:r>
      <w:r>
        <w:t>yani is ke andar mustaqil taur par ek daakhili kashaa-kash jaari hoti hai.</w:t>
      </w:r>
    </w:p>
    <w:p>
      <w:pPr>
        <w:jc w:val="right"/>
      </w:pPr>
      <w:r>
        <w:t>یعنی اس کے اندر مستقل طور پر ایک داخلی کشاکش جاری ہوتی ہے۔</w:t>
      </w:r>
    </w:p>
    <w:p>
      <w:r>
        <w:rPr>
          <w:b/>
        </w:rPr>
        <w:t xml:space="preserve">[05:35] </w:t>
      </w:r>
      <w:r>
        <w:t>woh kya? kabhi woh sochta hai Allah ko le kar, to is ko Allah ki rehmaten yaad aati hain.</w:t>
      </w:r>
    </w:p>
    <w:p>
      <w:pPr>
        <w:jc w:val="right"/>
      </w:pPr>
      <w:r>
        <w:t>وہ کیا؟ کبھی وہ سوچتا ہے اللہ کو لے کر، تو اس کو اللہ کی رحمتیں یاد آتی ہیں۔</w:t>
      </w:r>
    </w:p>
    <w:p>
      <w:r>
        <w:rPr>
          <w:b/>
        </w:rPr>
        <w:t xml:space="preserve">[05:52] </w:t>
      </w:r>
      <w:r>
        <w:t>aur rehmaten ke ma'ni yeh hain ke Allah ne aap ko paani diya, ghalla diya, phal paida kiya,</w:t>
      </w:r>
    </w:p>
    <w:p>
      <w:pPr>
        <w:jc w:val="right"/>
      </w:pPr>
      <w:r>
        <w:t>اور رحمتیں کے معنی یہ ہیں کہ اللہ نے آپ کو پانی دیا، غلہ دیا، پھل پیدا کیا،</w:t>
      </w:r>
    </w:p>
    <w:p>
      <w:r>
        <w:rPr>
          <w:b/>
        </w:rPr>
        <w:t xml:space="preserve">[05:58] </w:t>
      </w:r>
      <w:r>
        <w:t>phir paani ka zariya machhli paida ki.</w:t>
      </w:r>
    </w:p>
    <w:p>
      <w:pPr>
        <w:jc w:val="right"/>
      </w:pPr>
      <w:r>
        <w:t>پھر پانی کا ذریعہ مچھلی پیدا کی۔</w:t>
      </w:r>
    </w:p>
    <w:p>
      <w:r>
        <w:rPr>
          <w:b/>
        </w:rPr>
        <w:t xml:space="preserve">[06:05] </w:t>
      </w:r>
      <w:r>
        <w:t>aap ke liye ek life support system dunya banaai.</w:t>
      </w:r>
    </w:p>
    <w:p>
      <w:pPr>
        <w:jc w:val="right"/>
      </w:pPr>
      <w:r>
        <w:t>آپ کے لیے ایک لائف سپورٹ سسٹم دنیا بنائی۔</w:t>
      </w:r>
    </w:p>
    <w:p>
      <w:r>
        <w:rPr>
          <w:b/>
        </w:rPr>
        <w:t xml:space="preserve">[06:11] </w:t>
      </w:r>
      <w:r>
        <w:t>Life support system کا ورڈ بڑا اچھا ہے، یہ میں جب انگلش پڑھی میں نے تب مجھے یہ لفظ ملا۔</w:t>
      </w:r>
    </w:p>
    <w:p>
      <w:pPr>
        <w:jc w:val="right"/>
      </w:pPr>
      <w:r>
        <w:t>لائف سپورٹ سسٹم کا ورڈ بڑا اچھا ہے، یہ میں جب انگلش پڑھی میں نے تب مجھے یہ لفظ ملا۔</w:t>
      </w:r>
    </w:p>
    <w:p>
      <w:r>
        <w:rPr>
          <w:b/>
        </w:rPr>
        <w:t xml:space="preserve">[06:17] </w:t>
      </w:r>
      <w:r>
        <w:t>pehlay mere paas yeh lafz nahi hua karta tha.</w:t>
      </w:r>
    </w:p>
    <w:p>
      <w:pPr>
        <w:jc w:val="right"/>
      </w:pPr>
      <w:r>
        <w:t>پہلے میرے پاس یہ لفظ نہیں ہوا کرتا تھا۔</w:t>
      </w:r>
    </w:p>
    <w:p>
      <w:r>
        <w:rPr>
          <w:b/>
        </w:rPr>
        <w:t xml:space="preserve">[06:24] </w:t>
      </w:r>
      <w:r>
        <w:t>to jab mein dunya mein paida hua to mujhe ek life support system, aisi dunya mili jahan life</w:t>
      </w:r>
    </w:p>
    <w:p>
      <w:pPr>
        <w:jc w:val="right"/>
      </w:pPr>
      <w:r>
        <w:t>تو جب میں دنیا میں پیدا ہوا تو مجھے ایک لائف سپورٹ سسٹم، ایسی دنیا ملی جہاں لائف</w:t>
      </w:r>
    </w:p>
    <w:p>
      <w:r>
        <w:rPr>
          <w:b/>
        </w:rPr>
        <w:t xml:space="preserve">[06:30] </w:t>
      </w:r>
      <w:r>
        <w:t>support system tha.</w:t>
      </w:r>
    </w:p>
    <w:p>
      <w:pPr>
        <w:jc w:val="right"/>
      </w:pPr>
      <w:r>
        <w:t>سپورٹ سسٹم تھا۔</w:t>
      </w:r>
    </w:p>
    <w:p>
      <w:r>
        <w:rPr>
          <w:b/>
        </w:rPr>
        <w:t xml:space="preserve">[06:36] </w:t>
      </w:r>
      <w:r>
        <w:t>اور اپنے کا جب میں سوچتا ہوں تو آپ جانتے ہیں کہ twelve is human.</w:t>
      </w:r>
    </w:p>
    <w:p>
      <w:pPr>
        <w:jc w:val="right"/>
      </w:pPr>
      <w:r>
        <w:t>اور اپنے کا جب میں سوچتا ہوں تو آپ جانتے ہیں کہ ٹویلو از ہیومن۔</w:t>
      </w:r>
    </w:p>
    <w:p>
      <w:r>
        <w:rPr>
          <w:b/>
        </w:rPr>
        <w:t xml:space="preserve">[06:43] </w:t>
      </w:r>
      <w:r>
        <w:t>insan se ghalti hoti hai, insan se ghalti hoti hai.</w:t>
      </w:r>
    </w:p>
    <w:p>
      <w:pPr>
        <w:jc w:val="right"/>
      </w:pPr>
      <w:r>
        <w:t>انسان سے غلطی ہوتی ہے، انسان سے غلطی ہوتی ہے۔</w:t>
      </w:r>
    </w:p>
    <w:p>
      <w:r>
        <w:rPr>
          <w:b/>
        </w:rPr>
        <w:t xml:space="preserve">[06:49] </w:t>
      </w:r>
      <w:r>
        <w:t>koi insan ghalti se bachta nahin.</w:t>
      </w:r>
    </w:p>
    <w:p>
      <w:pPr>
        <w:jc w:val="right"/>
      </w:pPr>
      <w:r>
        <w:t>کوئی انسان غلطی سے بچتا نہیں۔</w:t>
      </w:r>
    </w:p>
    <w:p>
      <w:r>
        <w:rPr>
          <w:b/>
        </w:rPr>
        <w:t xml:space="preserve">[06:55] </w:t>
      </w:r>
      <w:r>
        <w:t>to apne ko le kar introspection, apni ghaltiyon ke yaad karna, aur Allah ko le kar sochna, to</w:t>
      </w:r>
    </w:p>
    <w:p>
      <w:pPr>
        <w:jc w:val="right"/>
      </w:pPr>
      <w:r>
        <w:t>تو اپنے کو لے کر انٹراسپیکشن، اپنی غلطیوں کے یاد کرنا، اور اللہ کو لے کر سوچنا، تو</w:t>
      </w:r>
    </w:p>
    <w:p>
      <w:r>
        <w:rPr>
          <w:b/>
        </w:rPr>
        <w:t xml:space="preserve">[07:01] </w:t>
      </w:r>
      <w:r>
        <w:t>Allah to har ghalti se upar hai.</w:t>
      </w:r>
    </w:p>
    <w:p>
      <w:pPr>
        <w:jc w:val="right"/>
      </w:pPr>
      <w:r>
        <w:t>اللہ تو ہر غلطی سے اوپر ہے۔</w:t>
      </w:r>
    </w:p>
    <w:p>
      <w:r>
        <w:rPr>
          <w:b/>
        </w:rPr>
        <w:t xml:space="preserve">[07:08] </w:t>
      </w:r>
      <w:r>
        <w:t>to us ki rehmat yaad aati hai.</w:t>
      </w:r>
    </w:p>
    <w:p>
      <w:pPr>
        <w:jc w:val="right"/>
      </w:pPr>
      <w:r>
        <w:t>تو اس کی رحمت یاد آتی ہے۔</w:t>
      </w:r>
    </w:p>
    <w:p>
      <w:r>
        <w:rPr>
          <w:b/>
        </w:rPr>
        <w:t xml:space="preserve">[07:14] </w:t>
      </w:r>
      <w:r>
        <w:t>to Allah ko le kar sochne se aap hopeful hotay hain, hopeful.</w:t>
      </w:r>
    </w:p>
    <w:p>
      <w:pPr>
        <w:jc w:val="right"/>
      </w:pPr>
      <w:r>
        <w:t>تو اللہ کو لے کر سوچنے سے آپ ہوپ فل ہوتے ہیں، ہوپ فل۔</w:t>
      </w:r>
    </w:p>
    <w:p>
      <w:r>
        <w:rPr>
          <w:b/>
        </w:rPr>
        <w:t xml:space="preserve">[07:20] </w:t>
      </w:r>
      <w:r>
        <w:t>aur apne aap ko le kar sochne se aap ke andar introspection jaagta hai.</w:t>
      </w:r>
    </w:p>
    <w:p>
      <w:pPr>
        <w:jc w:val="right"/>
      </w:pPr>
      <w:r>
        <w:t>اور اپنے آپ کو لے کر سوچنے سے آپ کے اندر انٹراسپیکشن جاگتا ہے۔</w:t>
      </w:r>
    </w:p>
    <w:p>
      <w:r>
        <w:rPr>
          <w:b/>
        </w:rPr>
        <w:t xml:space="preserve">[07:27] </w:t>
      </w:r>
      <w:r>
        <w:t>yeh do qism ke trend jo aap ke andar jaagte hain, woh aap ke andar ek inner struggle</w:t>
      </w:r>
    </w:p>
    <w:p>
      <w:pPr>
        <w:jc w:val="right"/>
      </w:pPr>
      <w:r>
        <w:t>یہ دو قسم کے ٹرینڈ جو آپ کے اندر جاگتے ہیں، وہ آپ کے اندر ایک انر اسٹرگل</w:t>
      </w:r>
    </w:p>
    <w:p>
      <w:r>
        <w:rPr>
          <w:b/>
        </w:rPr>
        <w:t xml:space="preserve">[07:33] </w:t>
      </w:r>
      <w:r>
        <w:t>paida karte hain, inner struggle.</w:t>
      </w:r>
    </w:p>
    <w:p>
      <w:pPr>
        <w:jc w:val="right"/>
      </w:pPr>
      <w:r>
        <w:t>پیدا کرتے ہیں، انر اسٹرگل۔</w:t>
      </w:r>
    </w:p>
    <w:p>
      <w:r>
        <w:rPr>
          <w:b/>
        </w:rPr>
        <w:t xml:space="preserve">[07:39] </w:t>
      </w:r>
      <w:r>
        <w:t>mustaqil tor par ek inner struggle.</w:t>
      </w:r>
    </w:p>
    <w:p>
      <w:pPr>
        <w:jc w:val="right"/>
      </w:pPr>
      <w:r>
        <w:t>مستقل طور پر ایک انر اسٹرگل۔</w:t>
      </w:r>
    </w:p>
    <w:p>
      <w:r>
        <w:rPr>
          <w:b/>
        </w:rPr>
        <w:t xml:space="preserve">[07:46] </w:t>
      </w:r>
      <w:r>
        <w:t>aur mein sochta hoon ke yeh bohat bari nafsiati baat hai, bohat bari psychological baat hai.</w:t>
      </w:r>
    </w:p>
    <w:p>
      <w:pPr>
        <w:jc w:val="right"/>
      </w:pPr>
      <w:r>
        <w:t>اور میں سوچتا ہوں کہ یہ بہت بڑی نفسیاتی بات ہے، بہت بڑی سائیکلوجیکل بات ہے۔</w:t>
      </w:r>
    </w:p>
    <w:p>
      <w:r>
        <w:rPr>
          <w:b/>
        </w:rPr>
        <w:t xml:space="preserve">[07:52] </w:t>
      </w:r>
      <w:r>
        <w:t>kyun ke jis tarah hamari</w:t>
      </w:r>
    </w:p>
    <w:p>
      <w:pPr>
        <w:jc w:val="right"/>
      </w:pPr>
      <w:r>
        <w:t>کیونکہ جس طرح ہماری</w:t>
      </w:r>
    </w:p>
    <w:p>
      <w:r>
        <w:rPr>
          <w:b/>
        </w:rPr>
        <w:t xml:space="preserve">[07:59] </w:t>
      </w:r>
      <w:r>
        <w:t>physical health ke liye zaroorat hai ke hamare andar sari activities jo hamare organ hain, organ ke andar bohat zabardast activities jaari hoti hain, tab hamari health baqi rehti hai. tab hamari health baqi rehti hai. to isi tarah se hum inner health ke liye</w:t>
      </w:r>
    </w:p>
    <w:p>
      <w:pPr>
        <w:jc w:val="right"/>
      </w:pPr>
      <w:r>
        <w:t>فزیکل ہیلتھ کے لیے ضرورت ہے کہ ہمارے اندر ساری ایکٹیویٹیز جو ہمارے آرگن ہیں، آرگن کے اندر بہت زبردست ایکٹیویٹیز جاری ہوتی ہیں، تب ہماری ہیلتھ باقی رہتی ہے۔ تب ہماری ہیلتھ باقی رہتی ہے۔ تو اسی طریقے سے ہم انر ہیلتھ کے لیے</w:t>
      </w:r>
    </w:p>
    <w:p>
      <w:r>
        <w:rPr>
          <w:b/>
        </w:rPr>
        <w:t xml:space="preserve">[08:29] </w:t>
      </w:r>
      <w:r>
        <w:t>ek inner struggle jo zaroori hai, to woh woh jo inner struggle jo hai, woh unhi do cheezon</w:t>
      </w:r>
    </w:p>
    <w:p>
      <w:pPr>
        <w:jc w:val="right"/>
      </w:pPr>
      <w:r>
        <w:t>ایک انر اسٹرگل جو ضروری ہے، تو وہ وہ جو انر اسٹرگل جو ہے، وہ انہی دو چیزوں</w:t>
      </w:r>
    </w:p>
    <w:p>
      <w:r>
        <w:rPr>
          <w:b/>
        </w:rPr>
        <w:t xml:space="preserve">[08:35] </w:t>
      </w:r>
      <w:r>
        <w:t>ke kashakash se paida hoti hai.</w:t>
      </w:r>
    </w:p>
    <w:p>
      <w:pPr>
        <w:jc w:val="right"/>
      </w:pPr>
      <w:r>
        <w:t>کے کشاکش سے پیدا ہوتی ہے۔</w:t>
      </w:r>
    </w:p>
    <w:p>
      <w:r>
        <w:rPr>
          <w:b/>
        </w:rPr>
        <w:t xml:space="preserve">[08:41] </w:t>
      </w:r>
      <w:r>
        <w:t>kabhi is ka ghalba, kabhi is ka ghalba.</w:t>
      </w:r>
    </w:p>
    <w:p>
      <w:pPr>
        <w:jc w:val="right"/>
      </w:pPr>
      <w:r>
        <w:t>کبھی اس کا غلبہ، کبھی اس کا غلبہ۔</w:t>
      </w:r>
    </w:p>
    <w:p>
      <w:r>
        <w:rPr>
          <w:b/>
        </w:rPr>
        <w:t xml:space="preserve">[08:47] </w:t>
      </w:r>
      <w:r>
        <w:t>kabhi yeh ehsas chha jata hai aap ke upar, kabhi woh ehsas chha jata hai.</w:t>
      </w:r>
    </w:p>
    <w:p>
      <w:pPr>
        <w:jc w:val="right"/>
      </w:pPr>
      <w:r>
        <w:t>کبھی یہ احساس چھا جاتا ہے آپ کے اوپر، کبھی وہ احساس چھا جاتا ہے۔</w:t>
      </w:r>
    </w:p>
    <w:p>
      <w:r>
        <w:rPr>
          <w:b/>
        </w:rPr>
        <w:t xml:space="preserve">[08:53] </w:t>
      </w:r>
      <w:r>
        <w:t>is tarah se ek ek struggle jaari rehti hai.</w:t>
      </w:r>
    </w:p>
    <w:p>
      <w:pPr>
        <w:jc w:val="right"/>
      </w:pPr>
      <w:r>
        <w:t>اس طرح سے ایک ایک اسٹرگل جاری رہتی ہے۔</w:t>
      </w:r>
    </w:p>
    <w:p>
      <w:r>
        <w:rPr>
          <w:b/>
        </w:rPr>
        <w:t xml:space="preserve">[08:59] </w:t>
      </w:r>
      <w:r>
        <w:t>mein samajhta hoon ke jis ke andar yeh struggle na ho, yeh jo believer, yeh yeh nemat sirf</w:t>
      </w:r>
    </w:p>
    <w:p>
      <w:pPr>
        <w:jc w:val="right"/>
      </w:pPr>
      <w:r>
        <w:t>میں سمجھتا ہوں کہ جس کے اندر یہ اسٹرگل نہ ہو، یہ جو بیلیور، یہ یہ نعمت صرف</w:t>
      </w:r>
    </w:p>
    <w:p>
      <w:r>
        <w:rPr>
          <w:b/>
        </w:rPr>
        <w:t xml:space="preserve">[09:07] </w:t>
      </w:r>
      <w:r>
        <w:t>believer ko milti hai, non believer ko nahin.</w:t>
      </w:r>
    </w:p>
    <w:p>
      <w:pPr>
        <w:jc w:val="right"/>
      </w:pPr>
      <w:r>
        <w:t>بیلیور کو ملتی ہے، نان بیلیور کو نہیں۔</w:t>
      </w:r>
    </w:p>
    <w:p>
      <w:r>
        <w:rPr>
          <w:b/>
        </w:rPr>
        <w:t xml:space="preserve">[09:14] </w:t>
      </w:r>
      <w:r>
        <w:t>isi liye aap paate hain ke non believer kha kha ke mota to ho sakta hai, lekin is</w:t>
      </w:r>
    </w:p>
    <w:p>
      <w:pPr>
        <w:jc w:val="right"/>
      </w:pPr>
      <w:r>
        <w:t>اسی لیے آپ پاتے ہیں کہ نان بیلیور کھا کھا کے موٹا تو ہو سکتا ہے، لیکن اس</w:t>
      </w:r>
    </w:p>
    <w:p>
      <w:r>
        <w:rPr>
          <w:b/>
        </w:rPr>
        <w:t xml:space="preserve">[09:22] </w:t>
      </w:r>
      <w:r>
        <w:t>ki personality mein koi development</w:t>
      </w:r>
    </w:p>
    <w:p>
      <w:pPr>
        <w:jc w:val="right"/>
      </w:pPr>
      <w:r>
        <w:t>کی پرسنیلٹی میں کوئی ڈیولپمنٹ</w:t>
      </w:r>
    </w:p>
    <w:p>
      <w:r>
        <w:rPr>
          <w:b/>
        </w:rPr>
        <w:t xml:space="preserve">[09:29] </w:t>
      </w:r>
      <w:r>
        <w:t>nahin.</w:t>
      </w:r>
    </w:p>
    <w:p>
      <w:pPr>
        <w:jc w:val="right"/>
      </w:pPr>
      <w:r>
        <w:t>نہیں۔</w:t>
      </w:r>
    </w:p>
    <w:p>
      <w:r>
        <w:rPr>
          <w:b/>
        </w:rPr>
        <w:t xml:space="preserve">[09:37] </w:t>
      </w:r>
      <w:r>
        <w:t>kyun ke personality development hota hai isi inner struggle se, isi inner struggle se.</w:t>
      </w:r>
    </w:p>
    <w:p>
      <w:pPr>
        <w:jc w:val="right"/>
      </w:pPr>
      <w:r>
        <w:t>کیونکہ پرسنیلٹی ڈیولپمنٹ ہوتا ہے اسی انر اسٹرگل سے، اسی انر اسٹرگل سے۔</w:t>
      </w:r>
    </w:p>
    <w:p>
      <w:r>
        <w:rPr>
          <w:b/>
        </w:rPr>
        <w:t xml:space="preserve">[09:45] </w:t>
      </w:r>
      <w:r>
        <w:t>to mein samajhta hoon ke agar aadmi ko apne aap ko jaanchna ho ke mein kya hoon, apne</w:t>
      </w:r>
    </w:p>
    <w:p>
      <w:pPr>
        <w:jc w:val="right"/>
      </w:pPr>
      <w:r>
        <w:t>تو میں سمجھتا ہوں کہ اگر آدمی کو اپنے آپ کو جانچنا ہو کہ میں کیا ہوں، اپنے</w:t>
      </w:r>
    </w:p>
    <w:p>
      <w:r>
        <w:rPr>
          <w:b/>
        </w:rPr>
        <w:t xml:space="preserve">[09:52] </w:t>
      </w:r>
      <w:r>
        <w:t>aap ko jaanchna ho ke mein kya hoon, to yahi yeh is ko dekhna chahiye</w:t>
      </w:r>
    </w:p>
    <w:p>
      <w:pPr>
        <w:jc w:val="right"/>
      </w:pPr>
      <w:r>
        <w:t>آپ کو جانچنا ہو کہ میں کیا ہوں، تو یہی یہ اس کو دیکھنا چاہیے</w:t>
      </w:r>
    </w:p>
    <w:p>
      <w:r>
        <w:rPr>
          <w:b/>
        </w:rPr>
        <w:t xml:space="preserve">[10:00] </w:t>
      </w:r>
      <w:r>
        <w:t>ke mere andar inner struggle jaari hai ke nahin.</w:t>
      </w:r>
    </w:p>
    <w:p>
      <w:pPr>
        <w:jc w:val="right"/>
      </w:pPr>
      <w:r>
        <w:t>کہ میرے اندر انر اسٹرگل جاری ہے کہ نہیں۔</w:t>
      </w:r>
    </w:p>
    <w:p>
      <w:r>
        <w:rPr>
          <w:b/>
        </w:rPr>
        <w:t xml:space="preserve">[10:06] </w:t>
      </w:r>
      <w:r>
        <w:t>mere andar inner struggle, jaise aap apni physical health ko jab jaanchna chahta hai doctor, to dekhta hai</w:t>
      </w:r>
    </w:p>
    <w:p>
      <w:pPr>
        <w:jc w:val="right"/>
      </w:pPr>
      <w:r>
        <w:t>میرے اندر انر اسٹرگل، جیسے آپ اپنی فزیکل ہیلتھ کو جب جانچنا چاہتا ہے ڈاکٹر، تو دیکھتا ہے</w:t>
      </w:r>
    </w:p>
    <w:p>
      <w:r>
        <w:rPr>
          <w:b/>
        </w:rPr>
        <w:t xml:space="preserve">[10:13] </w:t>
      </w:r>
      <w:r>
        <w:t>ke aap ki dil ki harkat kahin chal rahi hai.</w:t>
      </w:r>
    </w:p>
    <w:p>
      <w:pPr>
        <w:jc w:val="right"/>
      </w:pPr>
      <w:r>
        <w:t>کہ آپ کی دل کی حرکت کہیں چل رہی ہے۔</w:t>
      </w:r>
    </w:p>
    <w:p>
      <w:r>
        <w:rPr>
          <w:b/>
        </w:rPr>
        <w:t xml:space="preserve">[10:19] </w:t>
      </w:r>
      <w:r>
        <w:t>woh bhi ek struggle hai.</w:t>
      </w:r>
    </w:p>
    <w:p>
      <w:pPr>
        <w:jc w:val="right"/>
      </w:pPr>
      <w:r>
        <w:t>وہ بھی ایک اسٹرگل ہے۔</w:t>
      </w:r>
    </w:p>
    <w:p>
      <w:r>
        <w:rPr>
          <w:b/>
        </w:rPr>
        <w:t xml:space="preserve">[10:26] </w:t>
      </w:r>
      <w:r>
        <w:t>aap ki nabz kahin chal rahi hai.</w:t>
      </w:r>
    </w:p>
    <w:p>
      <w:pPr>
        <w:jc w:val="right"/>
      </w:pPr>
      <w:r>
        <w:t>آپ کی نبض کہیں چل رہی ہے۔</w:t>
      </w:r>
    </w:p>
    <w:p>
      <w:r>
        <w:rPr>
          <w:b/>
        </w:rPr>
        <w:t xml:space="preserve">[10:33] </w:t>
      </w:r>
      <w:r>
        <w:t>yeh jo yeh jis qadar yeh sab activities hain, in ko jaanchta hai doctor.</w:t>
      </w:r>
    </w:p>
    <w:p>
      <w:pPr>
        <w:jc w:val="right"/>
      </w:pPr>
      <w:r>
        <w:t>یہ جو یہ جس قدر یہ سب ایکٹیویٹیز ہیں، ان کو جانچتا ہے ڈاکٹر۔</w:t>
      </w:r>
    </w:p>
    <w:p>
      <w:r>
        <w:rPr>
          <w:b/>
        </w:rPr>
        <w:t xml:space="preserve">[10:40] </w:t>
      </w:r>
      <w:r>
        <w:t>to inner health ke liye, intellectual development ke liye jo roshni darkaar hai, woh hai inner struggle.</w:t>
      </w:r>
    </w:p>
    <w:p>
      <w:pPr>
        <w:jc w:val="right"/>
      </w:pPr>
      <w:r>
        <w:t>تو انر ہیلتھ کے لیے، انٹلیکچول ڈیولپمنٹ کے لیے جوشنی درکار ہے، وہ ہے انر اسٹرگل۔</w:t>
      </w:r>
    </w:p>
    <w:p>
      <w:r>
        <w:rPr>
          <w:b/>
        </w:rPr>
        <w:t xml:space="preserve">[10:48] </w:t>
      </w:r>
      <w:r>
        <w:t>aur mein samajhta hoon ke yeh yeh struggle jo hai, sab se zyada insaan ke haath aati hai</w:t>
      </w:r>
    </w:p>
    <w:p>
      <w:pPr>
        <w:jc w:val="right"/>
      </w:pPr>
      <w:r>
        <w:t>اور میں سمجھتا ہوں کہ یہ یہ اسٹرگل جو ہے، سب سے زیادہ انسان کے ہاتھ آتی ہے</w:t>
      </w:r>
    </w:p>
    <w:p>
      <w:r>
        <w:rPr>
          <w:b/>
        </w:rPr>
        <w:t xml:space="preserve">[10:55] </w:t>
      </w:r>
      <w:r>
        <w:t>believers ke andar,</w:t>
      </w:r>
    </w:p>
    <w:p>
      <w:pPr>
        <w:jc w:val="right"/>
      </w:pPr>
      <w:r>
        <w:t>بیلیورز کے اندر،</w:t>
      </w:r>
    </w:p>
    <w:p>
      <w:r>
        <w:rPr>
          <w:b/>
        </w:rPr>
        <w:t xml:space="preserve">[11:03] </w:t>
      </w:r>
      <w:r>
        <w:t>agar sachcha believer koi hai.</w:t>
      </w:r>
    </w:p>
    <w:p>
      <w:pPr>
        <w:jc w:val="right"/>
      </w:pPr>
      <w:r>
        <w:t>اگر سچا بیلیور کوئی ہے۔</w:t>
      </w:r>
    </w:p>
    <w:p>
      <w:r>
        <w:rPr>
          <w:b/>
        </w:rPr>
        <w:t xml:space="preserve">[11:10] </w:t>
      </w:r>
      <w:r>
        <w:t>koi aadmi agar sachcha believer hai to us ke andar yeh cheez aayegi.</w:t>
      </w:r>
    </w:p>
    <w:p>
      <w:pPr>
        <w:jc w:val="right"/>
      </w:pPr>
      <w:r>
        <w:t>کوئی آدمی اگر سچا بیلیور ہے تو اس کے اندر یہ چیز آئے گی۔</w:t>
      </w:r>
    </w:p>
    <w:p>
      <w:r>
        <w:rPr>
          <w:b/>
        </w:rPr>
        <w:t xml:space="preserve">[11:18] </w:t>
      </w:r>
      <w:r>
        <w:t>to mustaqil taur par idhar kya hoga? un ke andar intellectual development, spiritual development, personality development, yeh sab</w:t>
      </w:r>
    </w:p>
    <w:p>
      <w:pPr>
        <w:jc w:val="right"/>
      </w:pPr>
      <w:r>
        <w:t>تو مستقل طور پر ادھر کیا ہوگا؟ ان کے اندر انٹلیکچول ڈیولپمنٹ، اسپیچول ڈیولپمنٹ، پرسنیلٹی ڈیولپمنٹ، یہ سب</w:t>
      </w:r>
    </w:p>
    <w:p>
      <w:r>
        <w:rPr>
          <w:b/>
        </w:rPr>
        <w:t xml:space="preserve">[11:25] </w:t>
      </w:r>
      <w:r>
        <w:t>jo hai jaari rahega, jaari rahega, jaari rahega. warna</w:t>
      </w:r>
    </w:p>
    <w:p>
      <w:pPr>
        <w:jc w:val="right"/>
      </w:pPr>
      <w:r>
        <w:t>جو ہے جاری رہے گا، جاری رہے گا، جاری رہے گا۔ ورن</w:t>
      </w:r>
    </w:p>
    <w:p>
      <w:r>
        <w:rPr>
          <w:b/>
        </w:rPr>
        <w:t xml:space="preserve">[11:33] </w:t>
      </w:r>
      <w:r>
        <w:t>h kya hoga? sab system, yaani jis tareeqe se hamara ek physical system hai, hamara andar ek physical</w:t>
      </w:r>
    </w:p>
    <w:p>
      <w:pPr>
        <w:jc w:val="right"/>
      </w:pPr>
      <w:r>
        <w:t>ہ کیا ہوگا؟ سب سسٹمی، یعنی جس طریقے سے ہمارا ایک فزیکل سسٹم ہے، ہمارا اندر ایک فزیکل</w:t>
      </w:r>
    </w:p>
    <w:p>
      <w:r>
        <w:rPr>
          <w:b/>
        </w:rPr>
        <w:t xml:space="preserve">[11:41] </w:t>
      </w:r>
      <w:r>
        <w:t>system hai, woh organ ke upar chalta hai.</w:t>
      </w:r>
    </w:p>
    <w:p>
      <w:pPr>
        <w:jc w:val="right"/>
      </w:pPr>
      <w:r>
        <w:t>سسٹم ہے، وہ آرگن کے اوپر چلتا ہے۔</w:t>
      </w:r>
    </w:p>
    <w:p>
      <w:r>
        <w:rPr>
          <w:b/>
        </w:rPr>
        <w:t xml:space="preserve">[11:48] </w:t>
      </w:r>
      <w:r>
        <w:t>organ agar theek hain to physical system theek rahega.</w:t>
      </w:r>
    </w:p>
    <w:p>
      <w:pPr>
        <w:jc w:val="right"/>
      </w:pPr>
      <w:r>
        <w:t>آرگن اگر ٹھیک ہیں تو فزیکل سسٹم ٹھیک رہے گا۔</w:t>
      </w:r>
    </w:p>
    <w:p>
      <w:r>
        <w:rPr>
          <w:b/>
        </w:rPr>
        <w:t xml:space="preserve">[11:56] </w:t>
      </w:r>
      <w:r>
        <w:t>lekin yeh doosra system hai, is ko mein yaani inner</w:t>
      </w:r>
    </w:p>
    <w:p>
      <w:pPr>
        <w:jc w:val="right"/>
      </w:pPr>
      <w:r>
        <w:t>لیکن یہ دوسرا سسٹم ہے، اس کو میں یعنی انر</w:t>
      </w:r>
    </w:p>
    <w:p>
      <w:r>
        <w:rPr>
          <w:b/>
        </w:rPr>
        <w:t xml:space="preserve">[12:04] </w:t>
      </w:r>
      <w:r>
        <w:t>struggle maine kaha.</w:t>
      </w:r>
    </w:p>
    <w:p>
      <w:pPr>
        <w:jc w:val="right"/>
      </w:pPr>
      <w:r>
        <w:t>اسٹرگل میں نے کہا۔</w:t>
      </w:r>
    </w:p>
    <w:p>
      <w:r>
        <w:rPr>
          <w:b/>
        </w:rPr>
        <w:t xml:space="preserve">[12:10] </w:t>
      </w:r>
      <w:r>
        <w:t>to woh aap ko agar koi aur lafz mere paas nahin hai, nahin to mein is liye mein</w:t>
      </w:r>
    </w:p>
    <w:p>
      <w:pPr>
        <w:jc w:val="right"/>
      </w:pPr>
      <w:r>
        <w:t>تو وہ آپ کو اگر کوئی اور لفظ میرے پاس نہیں ہے، نہیں تو میں اس لیے میں</w:t>
      </w:r>
    </w:p>
    <w:p>
      <w:r>
        <w:rPr>
          <w:b/>
        </w:rPr>
        <w:t xml:space="preserve">[12:16] </w:t>
      </w:r>
      <w:r>
        <w:t>spiritual awakening kehta hoon, kyunke koi aur lafz mere paas nahin hai.</w:t>
      </w:r>
    </w:p>
    <w:p>
      <w:pPr>
        <w:jc w:val="right"/>
      </w:pPr>
      <w:r>
        <w:t>اسپیچول اویکننگ کہتا ہوں، کیونکہ کوئی اور لفظ میرے پاس نہیں ہے۔</w:t>
      </w:r>
    </w:p>
    <w:p>
      <w:r>
        <w:rPr>
          <w:b/>
        </w:rPr>
        <w:t xml:space="preserve">[12:22] </w:t>
      </w:r>
      <w:r>
        <w:t>to spiritual health aap ki agar hai maujood, yaani aap ke andar belief ki taaqat agar zinda hai</w:t>
      </w:r>
    </w:p>
    <w:p>
      <w:pPr>
        <w:jc w:val="right"/>
      </w:pPr>
      <w:r>
        <w:t>تو اسپیچول ہیلتھ آپ کی اگر ہے موجود، یعنی آپ کے اندر بیلیف کی طاقت اگر زندہ ہے</w:t>
      </w:r>
    </w:p>
    <w:p>
      <w:r>
        <w:rPr>
          <w:b/>
        </w:rPr>
        <w:t xml:space="preserve">[12:28] </w:t>
      </w:r>
      <w:r>
        <w:t>to aap ke andar spiritual awaken</w:t>
      </w:r>
    </w:p>
    <w:p>
      <w:pPr>
        <w:jc w:val="right"/>
      </w:pPr>
      <w:r>
        <w:t>تو آپ کے اندر اسپیچول اویکن</w:t>
      </w:r>
    </w:p>
    <w:p>
      <w:r>
        <w:rPr>
          <w:b/>
        </w:rPr>
        <w:t xml:space="preserve">[12:34] </w:t>
      </w:r>
      <w:r>
        <w:t>ing aayegi, aap ke andar inner inner struggle aayegi, aap ke andar spiritual awakening aayegi,</w:t>
      </w:r>
    </w:p>
    <w:p>
      <w:pPr>
        <w:jc w:val="right"/>
      </w:pPr>
      <w:r>
        <w:t>نگ آئے گی، آپ کے اندر انر انر اسٹرگل آئے گی، آپ کے اندر اسپیچول اویکننگ آئے گی،</w:t>
      </w:r>
    </w:p>
    <w:p>
      <w:r>
        <w:rPr>
          <w:b/>
        </w:rPr>
        <w:t xml:space="preserve">[12:44] </w:t>
      </w:r>
      <w:r>
        <w:t>yeh sab hoga.</w:t>
      </w:r>
    </w:p>
    <w:p>
      <w:pPr>
        <w:jc w:val="right"/>
      </w:pPr>
      <w:r>
        <w:t>یہ سب ہوگا۔</w:t>
      </w:r>
    </w:p>
    <w:p>
      <w:r>
        <w:rPr>
          <w:b/>
        </w:rPr>
        <w:t xml:space="preserve">[12:54] </w:t>
      </w:r>
      <w:r>
        <w:t>agar aap ki inner health achi na ho, physical health achi ho aap ki, to aap ke</w:t>
      </w:r>
    </w:p>
    <w:p>
      <w:pPr>
        <w:jc w:val="right"/>
      </w:pPr>
      <w:r>
        <w:t>اگر آپ کی انر ہیلتھ اچھی نہ ہو، فزیکل ہیلتھ اچھی ہو آپ کی، تو آپ کے</w:t>
      </w:r>
    </w:p>
    <w:p>
      <w:r>
        <w:rPr>
          <w:b/>
        </w:rPr>
        <w:t xml:space="preserve">[13:04] </w:t>
      </w:r>
      <w:r>
        <w:t>aap ke andar bظاہر physical sense mein lage ke yeh aadmi bara aisa hai, waisa hai, lekin real</w:t>
      </w:r>
    </w:p>
    <w:p>
      <w:pPr>
        <w:jc w:val="right"/>
      </w:pPr>
      <w:r>
        <w:t>آپ کے اندر بظاہر فزیکل سینس میں لگے کہ یہ آدمی بڑا ایسا ہے، ویسا ہے، لیکن ریئل</w:t>
      </w:r>
    </w:p>
    <w:p>
      <w:r>
        <w:rPr>
          <w:b/>
        </w:rPr>
        <w:t xml:space="preserve">[13:10] </w:t>
      </w:r>
      <w:r>
        <w:t>sense mein woh woh woh kuch nahi hoga.</w:t>
      </w:r>
    </w:p>
    <w:p>
      <w:pPr>
        <w:jc w:val="right"/>
      </w:pPr>
      <w:r>
        <w:t>سینس میں وہ وہ وہ کچھ نہیں ہوگا۔</w:t>
      </w:r>
    </w:p>
    <w:p>
      <w:r>
        <w:rPr>
          <w:b/>
        </w:rPr>
        <w:t xml:space="preserve">[13:17] </w:t>
      </w:r>
      <w:r>
        <w:t>stagnation hoga is ke andar.</w:t>
      </w:r>
    </w:p>
    <w:p>
      <w:pPr>
        <w:jc w:val="right"/>
      </w:pPr>
      <w:r>
        <w:t>اسٹیگنیشن ہوگا اس کے اندر۔</w:t>
      </w:r>
    </w:p>
    <w:p>
      <w:r>
        <w:rPr>
          <w:b/>
        </w:rPr>
        <w:t xml:space="preserve">[13:23] </w:t>
      </w:r>
      <w:r>
        <w:t>to is hadith ko parh kar maine.</w:t>
      </w:r>
    </w:p>
    <w:p>
      <w:pPr>
        <w:jc w:val="right"/>
      </w:pPr>
      <w:r>
        <w:t>تو اس حدیث کو پڑھ کر میں نے۔</w:t>
      </w:r>
    </w:p>
    <w:p>
      <w:r>
        <w:rPr>
          <w:b/>
        </w:rPr>
        <w:t xml:space="preserve">[13:29] </w:t>
      </w:r>
      <w:r>
        <w:t>yeh sab baatein meri samajh mein aayin. yeh hadith</w:t>
      </w:r>
    </w:p>
    <w:p>
      <w:pPr>
        <w:jc w:val="right"/>
      </w:pPr>
      <w:r>
        <w:t>یہ سب باتیں میری سمجھ میں آئیں۔ یہ حدیث</w:t>
      </w:r>
    </w:p>
    <w:p>
      <w:r>
        <w:rPr>
          <w:b/>
        </w:rPr>
        <w:t xml:space="preserve">[13:35] </w:t>
      </w:r>
      <w:r>
        <w:t>Tirmizi mein hai aur main samajhta hoon ke bohat hi zyada sochne wali baat hai is hadith ke andar.</w:t>
      </w:r>
    </w:p>
    <w:p>
      <w:pPr>
        <w:jc w:val="right"/>
      </w:pPr>
      <w:r>
        <w:t>ترمذی میں ہے اور میں سمجھتا ہوں کہ بہت ہی زیادہ سوچنے والی بات ہے اس حدیث کے اندر۔</w:t>
      </w:r>
    </w:p>
    <w:p>
      <w:r>
        <w:rPr>
          <w:b/>
        </w:rPr>
        <w:t xml:space="preserve">[13:46] </w:t>
      </w:r>
      <w:r>
        <w:t>bohat zyada sochne wali baat hai.</w:t>
      </w:r>
    </w:p>
    <w:p>
      <w:pPr>
        <w:jc w:val="right"/>
      </w:pPr>
      <w:r>
        <w:t>بہت زیادہ سوچنے والی بات ہے۔</w:t>
      </w:r>
    </w:p>
    <w:p>
      <w:r>
        <w:rPr>
          <w:b/>
        </w:rPr>
        <w:t xml:space="preserve">[13:56] </w:t>
      </w:r>
      <w:r>
        <w:t>Maulana, I understood this very clearly today that ah</w:t>
      </w:r>
    </w:p>
    <w:p>
      <w:pPr>
        <w:jc w:val="right"/>
      </w:pPr>
      <w:r>
        <w:t>مولانا، آئی انڈرسٹڈ دس ویری کلیئرلی ٹوڈے دیٹ اہ</w:t>
      </w:r>
    </w:p>
    <w:p>
      <w:r>
        <w:rPr>
          <w:b/>
        </w:rPr>
        <w:t xml:space="preserve">[14:06] </w:t>
      </w:r>
      <w:r>
        <w:t>ah two fold inner struggle should be occurring in us. One is that we should be very hope</w:t>
      </w:r>
    </w:p>
    <w:p>
      <w:pPr>
        <w:jc w:val="right"/>
      </w:pPr>
      <w:r>
        <w:t>اہ ٹو فولڈ انر سٹرگل شوڈ بی اکرنگ ان اس ون از دیٹ وی شوڈ بی ویری ہوپ</w:t>
      </w:r>
    </w:p>
    <w:p>
      <w:r>
        <w:rPr>
          <w:b/>
        </w:rPr>
        <w:t xml:space="preserve">[14:14] </w:t>
      </w:r>
      <w:r>
        <w:t>full from God that he be all forgiving and merciful and when we think of ourself</w:t>
      </w:r>
    </w:p>
    <w:p>
      <w:pPr>
        <w:jc w:val="right"/>
      </w:pPr>
      <w:r>
        <w:t>فل فرام گاڈ دیٹ ہی بی ال فورگیونگ اینڈ مرسی فل اینڈ وین وی تھنک اف اور سیلف</w:t>
      </w:r>
    </w:p>
    <w:p>
      <w:r>
        <w:rPr>
          <w:b/>
        </w:rPr>
        <w:t xml:space="preserve">[14:21] </w:t>
      </w:r>
      <w:r>
        <w:t>we should always look at our mistakes and introspect in that and through that fear develops what if</w:t>
      </w:r>
    </w:p>
    <w:p>
      <w:pPr>
        <w:jc w:val="right"/>
      </w:pPr>
      <w:r>
        <w:t>وی شوڈ الویز لوک ایٹ اور مسٹیکس اینڈ انٹروسپیکٹ ان دیٹ اینڈ تھرو دیٹ فیئر ڈیویلپس واٹ اف</w:t>
      </w:r>
    </w:p>
    <w:p>
      <w:r>
        <w:rPr>
          <w:b/>
        </w:rPr>
        <w:t xml:space="preserve">[14:29] </w:t>
      </w:r>
      <w:r>
        <w:t>God doesn't forgive us so we live between hope and fear b</w:t>
      </w:r>
    </w:p>
    <w:p>
      <w:pPr>
        <w:jc w:val="right"/>
      </w:pPr>
      <w:r>
        <w:t>گاڈ ڈزنٹ فورگیو اس سو وی لیو بٹوین ہوپ اینڈ فیئر ب</w:t>
      </w:r>
    </w:p>
    <w:p>
      <w:r>
        <w:rPr>
          <w:b/>
        </w:rPr>
        <w:t xml:space="preserve">[14:37] </w:t>
      </w:r>
      <w:r>
        <w:t>but my question is that sometimes that fear gets you so down that you are not able</w:t>
      </w:r>
    </w:p>
    <w:p>
      <w:pPr>
        <w:jc w:val="right"/>
      </w:pPr>
      <w:r>
        <w:t>ٹ مائی کوسچن از دیٹ سم ٹائمز دیٹ فیئر گیٹس یو سو ڈاؤن دیٹ یو آر ناٹ ایبل</w:t>
      </w:r>
    </w:p>
    <w:p>
      <w:r>
        <w:rPr>
          <w:b/>
        </w:rPr>
        <w:t xml:space="preserve">[14:47] </w:t>
      </w:r>
      <w:r>
        <w:t>to do anything what should we do in how do we handle that situation dekhein brief system</w:t>
      </w:r>
    </w:p>
    <w:p>
      <w:pPr>
        <w:jc w:val="right"/>
      </w:pPr>
      <w:r>
        <w:t>ٹو ڈو اینی تھنگ واٹ شوڈ وی ڈو ان ہاؤ ڈو وی ہینڈل دیٹ سچویشن دیکھیں بریف سسٹم</w:t>
      </w:r>
    </w:p>
    <w:p>
      <w:r>
        <w:rPr>
          <w:b/>
        </w:rPr>
        <w:t xml:space="preserve">[14:57] </w:t>
      </w:r>
      <w:r>
        <w:t>agar aap ka zinda hai yani Allah rab ul alameen par yaqeen</w:t>
      </w:r>
    </w:p>
    <w:p>
      <w:pPr>
        <w:jc w:val="right"/>
      </w:pPr>
      <w:r>
        <w:t>اگر آپ کا زندہ ہے یعنی اللہ رب العالمین پر یقین</w:t>
      </w:r>
    </w:p>
    <w:p>
      <w:r>
        <w:rPr>
          <w:b/>
        </w:rPr>
        <w:t xml:space="preserve">[15:07] </w:t>
      </w:r>
      <w:r>
        <w:t>firishton par yaqeen is baat ka yaqeen ke is woh yeh jo hamare aas paas duniya hai is</w:t>
      </w:r>
    </w:p>
    <w:p>
      <w:pPr>
        <w:jc w:val="right"/>
      </w:pPr>
      <w:r>
        <w:t>فرشتوں پر یقین اس بات کا یقین کہ اس وہ یہ جو ہمارے اس پاس دنیا ہے اس</w:t>
      </w:r>
    </w:p>
    <w:p>
      <w:r>
        <w:rPr>
          <w:b/>
        </w:rPr>
        <w:t xml:space="preserve">[15:18] </w:t>
      </w:r>
      <w:r>
        <w:t>ko ek ek living God chala raha hai ya Hayy Qayyum chala raha hai agar yeh sab baatein</w:t>
      </w:r>
    </w:p>
    <w:p>
      <w:pPr>
        <w:jc w:val="right"/>
      </w:pPr>
      <w:r>
        <w:t>کو ایک ایک لیونگ گاڈ چلا رہا ہے یا حی قیوم چلا رہا ہے اگر یہ سب باتیں</w:t>
      </w:r>
    </w:p>
    <w:p>
      <w:r>
        <w:rPr>
          <w:b/>
        </w:rPr>
        <w:t xml:space="preserve">[15:28] </w:t>
      </w:r>
      <w:r>
        <w:t>aadmi ke mind mein aa gayi hain ek baar bhi</w:t>
      </w:r>
    </w:p>
    <w:p>
      <w:pPr>
        <w:jc w:val="right"/>
      </w:pPr>
      <w:r>
        <w:t>آدمی کے مائنڈ میں آگئی ہیں ایک بار بھی</w:t>
      </w:r>
    </w:p>
    <w:p>
      <w:r>
        <w:rPr>
          <w:b/>
        </w:rPr>
        <w:t xml:space="preserve">[15:38] </w:t>
      </w:r>
      <w:r>
        <w:t>to kabhi bhi woh khatam nahi ho sakti aur yani khauf ka ghalba ho tab bhi woh aik cycle hota hai kabhi is ka ghalba ke woh is ka ghalba yeh Rasool Allah ke samne yeh sawal aaya tha to Rasool Allah ne yeh jawab diya tha ke kabhi is ka ghalba ho jayega kabhi is ka ghalba ho jayega yeh koi yani</w:t>
      </w:r>
    </w:p>
    <w:p>
      <w:pPr>
        <w:jc w:val="right"/>
      </w:pPr>
      <w:r>
        <w:t>تو کبھی بھی وہ ختم نہیں ہو سکتی اور یعنی خوف کا غلبہ ہو تب بھی وہ ایک سائیکل ہوتا ہے کبھی اس کا غلبہ کہ وہ اس کا غلبہ یہ رسول اللہ کے سامنے یہ سوال آیا تھا تو رسول اللہ نے یہ جواب دیا تھا کہ کبھی اس کا غلبہ ہو جائے گا کبھی اس کا غلبہ ہو جائے گا یہ کوئی یعنی</w:t>
      </w:r>
    </w:p>
    <w:p>
      <w:r>
        <w:rPr>
          <w:b/>
        </w:rPr>
        <w:t xml:space="preserve">[16:08] </w:t>
      </w:r>
      <w:r>
        <w:t>weakness ki alamat nahi hai yeh to hoga aik cycle chalega kabhi is ka ghalba kabhi is ka ghalba kabhi is ka ghalba kabhi is ka ghalba to yeh agar yeh kisi ke andar yeh alamat hai to is par is ko pareshan hone ki zarorat nahi hai kyunke woh fitri hai it is but natural Maulana tod</w:t>
      </w:r>
    </w:p>
    <w:p>
      <w:pPr>
        <w:jc w:val="right"/>
      </w:pPr>
      <w:r>
        <w:t>ویکنس کی علامت نہیں ہے یہ تو ہوگا ایک سائیکل چلے گا کبھی اس کا غلبہ کبھی اس کا غلبہ کبھی اس کا غلبہ کبھی اس کا غلبہ تو یہ اگر یہ کسی کے اندر یہ علامت ہے تو اس پر اس کو پریشان ہونے کی ضرورت نہیں ہے کیونکہ وہ فطری ہے اٹ از بٹ نیچرل مولانا ٹوڈ</w:t>
      </w:r>
    </w:p>
    <w:p>
      <w:r>
        <w:rPr>
          <w:b/>
        </w:rPr>
        <w:t xml:space="preserve">[16:38] </w:t>
      </w:r>
      <w:r>
        <w:t>I understood that your external personality can only help you in this world, whereas your</w:t>
      </w:r>
    </w:p>
    <w:p>
      <w:pPr>
        <w:jc w:val="right"/>
      </w:pPr>
      <w:r>
        <w:t>ے آئی انڈرسٹڈ دیٹ یور ایکسٹرنل پرسنیلٹی و کین اونلی ہیلپ یو ان دس ورلڈ ویئر ایز یور</w:t>
      </w:r>
    </w:p>
    <w:p>
      <w:r>
        <w:rPr>
          <w:b/>
        </w:rPr>
        <w:t xml:space="preserve">[16:46] </w:t>
      </w:r>
      <w:r>
        <w:t>your inner personality and your inner strength can take you to the next world it helps you in</w:t>
      </w:r>
    </w:p>
    <w:p>
      <w:pPr>
        <w:jc w:val="right"/>
      </w:pPr>
      <w:r>
        <w:t>یور انر پرسنیلٹی اینڈ یور انر سٹرینتھ کین ٹیک یو ٹو دا نیکسٹ ورلڈ اٹ ہیلپ یو ان</w:t>
      </w:r>
    </w:p>
    <w:p>
      <w:r>
        <w:rPr>
          <w:b/>
        </w:rPr>
        <w:t xml:space="preserve">[16:54] </w:t>
      </w:r>
      <w:r>
        <w:t>your hereafter your after life period Maulana my question is very simple is that why is why</w:t>
      </w:r>
    </w:p>
    <w:p>
      <w:pPr>
        <w:jc w:val="right"/>
      </w:pPr>
      <w:r>
        <w:t>یور ہیر افٹر یور افٹر لائف پیریڈ مولانا مائی کوسچن از ویری سمپل از دیٹ وائی از وائی</w:t>
      </w:r>
    </w:p>
    <w:p>
      <w:r>
        <w:rPr>
          <w:b/>
        </w:rPr>
        <w:t xml:space="preserve">[17:02] </w:t>
      </w:r>
      <w:r>
        <w:t>is it required why is personality development required in the post life period</w:t>
      </w:r>
    </w:p>
    <w:p>
      <w:pPr>
        <w:jc w:val="right"/>
      </w:pPr>
      <w:r>
        <w:t>از اٹ ریکوائرڈ وائی از پرسنیلٹی ڈیویلپمنٹ ریکوائرڈ ان دا پوسٹ لائف پیریڈ</w:t>
      </w:r>
    </w:p>
    <w:p>
      <w:r>
        <w:rPr>
          <w:b/>
        </w:rPr>
        <w:t xml:space="preserve">[17:10] </w:t>
      </w:r>
      <w:r>
        <w:t>dekhein personality development isi duniya mein is ka hmm nuqsan faida shuru ho jata hai yeh akhirat mein</w:t>
      </w:r>
    </w:p>
    <w:p>
      <w:pPr>
        <w:jc w:val="right"/>
      </w:pPr>
      <w:r>
        <w:t>دیکھیں پرسنیلٹی ڈیویلپمنٹ اسی دنیا میں اس کا ہمم نقصان فائدہ شروع ہو جاتا ہے یہ اخرت میں</w:t>
      </w:r>
    </w:p>
    <w:p>
      <w:r>
        <w:rPr>
          <w:b/>
        </w:rPr>
        <w:t xml:space="preserve">[17:20] </w:t>
      </w:r>
      <w:r>
        <w:t>nahi hai hmm har din kis tarah se hota hai ke aap world around us jo hai ab</w:t>
      </w:r>
    </w:p>
    <w:p>
      <w:pPr>
        <w:jc w:val="right"/>
      </w:pPr>
      <w:r>
        <w:t>نہیں ہے ہمم ہر دن کس طرح سے ہوتا ہے کہ آپ ورلڈ اراؤنڈ اس جو ہے اب</w:t>
      </w:r>
    </w:p>
    <w:p>
      <w:r>
        <w:rPr>
          <w:b/>
        </w:rPr>
        <w:t xml:space="preserve">[17:30] </w:t>
      </w:r>
      <w:r>
        <w:t>mein ne yahi sochte sochte to personality development ke baad mein ne yeh jana</w:t>
      </w:r>
    </w:p>
    <w:p>
      <w:pPr>
        <w:jc w:val="right"/>
      </w:pPr>
      <w:r>
        <w:t>میں نے یہی سوچتے سوچتے تو پرسنیلٹی ڈیویلپمنٹ کے بعد میں نے یہ جانا</w:t>
      </w:r>
    </w:p>
    <w:p>
      <w:r>
        <w:rPr>
          <w:b/>
        </w:rPr>
        <w:t xml:space="preserve">[17:40] </w:t>
      </w:r>
      <w:r>
        <w:t>ke duniya jo hai yeh life support system wahan hai mein janta nahi tha is baat ko bohat dinon tak sochte sochte yeh daryaft hui ke duniya life support system par bani hai to aap sochein ke is ke baad mera spiritual level bohat barh gaya mera spiritual level bohat barh gaya mis</w:t>
      </w:r>
    </w:p>
    <w:p>
      <w:pPr>
        <w:jc w:val="right"/>
      </w:pPr>
      <w:r>
        <w:t>کہ دنیا جو ہے یہ لائف سپورٹ سسٹم وہاں ہے میں جانتا نہیں تھا اس بات کو بہت دنوں تک سوچتے سوچتے یہ دریافت ہوئی کہ دنیا لائف سپورٹ سسٹم پر بنی ہے تو آپ سوچیں کہ اس کے بعد میرا اسپیچول لیول بہت بڑھ گیا میرا اسپیچول لیول بہت بڑھ گیا مث</w:t>
      </w:r>
    </w:p>
    <w:p>
      <w:r>
        <w:rPr>
          <w:b/>
        </w:rPr>
        <w:t xml:space="preserve">[18:10] </w:t>
      </w:r>
      <w:r>
        <w:t>la ek baat mein arz karunga ke is se pehle mujhe bohat ghussa aata tha bohat ziyada</w:t>
      </w:r>
    </w:p>
    <w:p>
      <w:pPr>
        <w:jc w:val="right"/>
      </w:pPr>
      <w:r>
        <w:t>لا ایک بات میں عرض کروں گا کہ اس سے پہلے مجھے بہت غصہ اتا تھا بہت زیادہ</w:t>
      </w:r>
    </w:p>
    <w:p>
      <w:r>
        <w:rPr>
          <w:b/>
        </w:rPr>
        <w:t xml:space="preserve">[18:17] </w:t>
      </w:r>
      <w:r>
        <w:t>ghussa aata tha mujhe ab ghussa khatm hogaya aaj bhi ek waqea aisa hua ke mujhe ghussa aa</w:t>
      </w:r>
    </w:p>
    <w:p>
      <w:pPr>
        <w:jc w:val="right"/>
      </w:pPr>
      <w:r>
        <w:t>غصہ اتا تھا مجھے اب غصہ ختم ہوگیا اج بھی ایک واقعہ ایسا ہوا کہ مجھے غصہ ا</w:t>
      </w:r>
    </w:p>
    <w:p>
      <w:r>
        <w:rPr>
          <w:b/>
        </w:rPr>
        <w:t xml:space="preserve">[18:25] </w:t>
      </w:r>
      <w:r>
        <w:t>sakta tha lekin nahi aaya bilkul mein thanda rehta hoon ek dam thanda rehta hoon to is ka</w:t>
      </w:r>
    </w:p>
    <w:p>
      <w:pPr>
        <w:jc w:val="right"/>
      </w:pPr>
      <w:r>
        <w:t>سکتا تھا لیکن نہیں ایا بالکل میں ٹھنڈا رہتا ہوں ایک دم ٹھنڈا رہتا ہوں تو اس کا</w:t>
      </w:r>
    </w:p>
    <w:p>
      <w:r>
        <w:rPr>
          <w:b/>
        </w:rPr>
        <w:t xml:space="preserve">[18:32] </w:t>
      </w:r>
      <w:r>
        <w:t>faida kya hua ghussa hone ki wajah se mera int</w:t>
      </w:r>
    </w:p>
    <w:p>
      <w:pPr>
        <w:jc w:val="right"/>
      </w:pPr>
      <w:r>
        <w:t>فائدہ کیا ہوا غصہ ہونے کی وجہ سے میرا انٹ</w:t>
      </w:r>
    </w:p>
    <w:p>
      <w:r>
        <w:rPr>
          <w:b/>
        </w:rPr>
        <w:t xml:space="preserve">[18:40] </w:t>
      </w:r>
      <w:r>
        <w:t>lectual development tez nahi hota tha ab to non stop chalta rehta hai non stop to is ka</w:t>
      </w:r>
    </w:p>
    <w:p>
      <w:pPr>
        <w:jc w:val="right"/>
      </w:pPr>
      <w:r>
        <w:t>لیکچول ڈیویلپمنٹ تیز نہیں ہوتا تھا اب تو نان اسٹاپ چلتا رہتا ہے نان اسٹاپ تو اس کا</w:t>
      </w:r>
    </w:p>
    <w:p>
      <w:r>
        <w:rPr>
          <w:b/>
        </w:rPr>
        <w:t xml:space="preserve">[18:55] </w:t>
      </w:r>
      <w:r>
        <w:t>faida dunya mein bhi hai akhirat mein bhi ab mujhe woh hadith samajh aayi pehle nahi samajh aayi thi pehle</w:t>
      </w:r>
    </w:p>
    <w:p>
      <w:pPr>
        <w:jc w:val="right"/>
      </w:pPr>
      <w:r>
        <w:t>فائدہ دنیا میں بھی ہے اخرت میں بھی اب مجھے وہ حدیث سمجھ ائی پہلے نہیں سمجھ ائی تھی پہلے</w:t>
      </w:r>
    </w:p>
    <w:p>
      <w:r>
        <w:rPr>
          <w:b/>
        </w:rPr>
        <w:t xml:space="preserve">[19:10] </w:t>
      </w:r>
      <w:r>
        <w:t>ke rasool Allah se kisi ne poocha ke mujhe koi master formula bataiye Allah master formula ka lafz</w:t>
      </w:r>
    </w:p>
    <w:p>
      <w:pPr>
        <w:jc w:val="right"/>
      </w:pPr>
      <w:r>
        <w:t>کہ رسول اللہ سے کسی نے پوچھا کہ مجھے کوئی ماسٹر فارمولا بتائیے اللہ ماسٹر فارمولا کا لفظ</w:t>
      </w:r>
    </w:p>
    <w:p>
      <w:r>
        <w:rPr>
          <w:b/>
        </w:rPr>
        <w:t xml:space="preserve">[19:18] </w:t>
      </w:r>
      <w:r>
        <w:t>nahi bola tha woh is ka matlab yahi tha ke mujhe koi master formula bataiye to aap ne</w:t>
      </w:r>
    </w:p>
    <w:p>
      <w:pPr>
        <w:jc w:val="right"/>
      </w:pPr>
      <w:r>
        <w:t>نہیں بولا تھا وہ اس کا مطلب یہی تھا کہ مجھے کوئی ماسٹر فارمولا بتائیے تو آپ نے</w:t>
      </w:r>
    </w:p>
    <w:p>
      <w:r>
        <w:rPr>
          <w:b/>
        </w:rPr>
        <w:t xml:space="preserve">[19:26] </w:t>
      </w:r>
      <w:r>
        <w:t>kaha ke la taghzab ghussa na karo ab mein yeh samajh mein pehle nahi samajhta tha mein is</w:t>
      </w:r>
    </w:p>
    <w:p>
      <w:pPr>
        <w:jc w:val="right"/>
      </w:pPr>
      <w:r>
        <w:t>کہا کہ لا تغضب غصہ نہ کرو اب میں یہ سمجھ میں پہلے نہیں سمجھتا تھا میں اس</w:t>
      </w:r>
    </w:p>
    <w:p>
      <w:r>
        <w:rPr>
          <w:b/>
        </w:rPr>
        <w:t xml:space="preserve">[19:33] </w:t>
      </w:r>
      <w:r>
        <w:t>hadith ko ke jab mein ne ghussa chhora tab samajh mein aaya ghussa chhorne ke baad</w:t>
      </w:r>
    </w:p>
    <w:p>
      <w:pPr>
        <w:jc w:val="right"/>
      </w:pPr>
      <w:r>
        <w:t>حدیث کو کہ جب میں نے غصہ چھوڑا تب سمجھ میں ایا غصہ چھوڑنے کے بعد</w:t>
      </w:r>
    </w:p>
    <w:p>
      <w:r>
        <w:rPr>
          <w:b/>
        </w:rPr>
        <w:t xml:space="preserve">[19:41] </w:t>
      </w:r>
      <w:r>
        <w:t>itna ziyada woh jo hai ek jaise explosion hoga explosion hoga meri personality mein to maine samjha</w:t>
      </w:r>
    </w:p>
    <w:p>
      <w:pPr>
        <w:jc w:val="right"/>
      </w:pPr>
      <w:r>
        <w:t>اتنا زیادہ وہ جو ہے ایک جیسے ایکسپلوژن ہوگا ایکسپلوژن ہوگا میری پرسنیلٹی میں تو میں نے سمجھا</w:t>
      </w:r>
    </w:p>
    <w:p>
      <w:r>
        <w:rPr>
          <w:b/>
        </w:rPr>
        <w:t xml:space="preserve">[19:51] </w:t>
      </w:r>
      <w:r>
        <w:t>ke sab se bari jo rukawat hai woh ghussa hi to hai killer hi yani killer habit hai</w:t>
      </w:r>
    </w:p>
    <w:p>
      <w:pPr>
        <w:jc w:val="right"/>
      </w:pPr>
      <w:r>
        <w:t>کہ سب سے بڑی جو رکاوٹ ہے وہ غصہ ہی تو ہے کلر ہی یعنی کلر ہیبٹ ہے</w:t>
      </w:r>
    </w:p>
    <w:p>
      <w:r>
        <w:rPr>
          <w:b/>
        </w:rPr>
        <w:t xml:space="preserve">[20:01] </w:t>
      </w:r>
      <w:r>
        <w:t>yeh yeh sab is dunya mein hua mol</w:t>
      </w:r>
    </w:p>
    <w:p>
      <w:pPr>
        <w:jc w:val="right"/>
      </w:pPr>
      <w:r>
        <w:t>یہ یہ سب اس دنیا میں ہوا مول</w:t>
      </w:r>
    </w:p>
    <w:p>
      <w:r>
        <w:rPr>
          <w:b/>
        </w:rPr>
        <w:t xml:space="preserve">[20:11] </w:t>
      </w:r>
      <w:r>
        <w:t>ana jaise aap ne abhi kaha ke ah ah ghusse ka aap ne aaj aap ko ghussa aaya</w:t>
      </w:r>
    </w:p>
    <w:p>
      <w:pPr>
        <w:jc w:val="right"/>
      </w:pPr>
      <w:r>
        <w:t>انا جیسے آپ نے ابھی کہا کہ اہ اہ غصے کا آپ نے اج آپ کو غصہ ایا</w:t>
      </w:r>
    </w:p>
    <w:p>
      <w:r>
        <w:rPr>
          <w:b/>
        </w:rPr>
        <w:t xml:space="preserve">[20:17] </w:t>
      </w:r>
      <w:r>
        <w:t>aur aap ne control kiya Maulana to jaise aur jo hoti hain behavior traits jaise hasad hai i</w:t>
      </w:r>
    </w:p>
    <w:p>
      <w:pPr>
        <w:jc w:val="right"/>
      </w:pPr>
      <w:r>
        <w:t>اور آپ نے کنٹرول کیا مولانا تو جیسے اور جو ہوتی ہیں بیہیویئر ٹریٹس جیسے حسد ہے ائی</w:t>
      </w:r>
    </w:p>
    <w:p>
      <w:r>
        <w:rPr>
          <w:b/>
        </w:rPr>
        <w:t xml:space="preserve">[20:23] </w:t>
      </w:r>
      <w:r>
        <w:t>mean envy hai jealousy hai yeh sab kyunke kya hota hai ke jab jab aap hamari aise feeling</w:t>
      </w:r>
    </w:p>
    <w:p>
      <w:pPr>
        <w:jc w:val="right"/>
      </w:pPr>
      <w:r>
        <w:t>مین اینوی ہے جیلسی ہے یہ سب کیونکہ کیا ہوتا ہے کہ جب جب آپ ہماری ایسے فیلنگ</w:t>
      </w:r>
    </w:p>
    <w:p>
      <w:r>
        <w:rPr>
          <w:b/>
        </w:rPr>
        <w:t xml:space="preserve">[20:29] </w:t>
      </w:r>
      <w:r>
        <w:t>hai ke jab hum spiritual life mein aate hain to hamari jo aggression jaise ab hamara business and</w:t>
      </w:r>
    </w:p>
    <w:p>
      <w:pPr>
        <w:jc w:val="right"/>
      </w:pPr>
      <w:r>
        <w:t>ہے کہ جب ہم سپرچول لائف میں اتے ہیں تو ہماری جو ایگریشن جیسے اب ہمارا بزنس اینڈ</w:t>
      </w:r>
    </w:p>
    <w:p>
      <w:r>
        <w:rPr>
          <w:b/>
        </w:rPr>
        <w:t xml:space="preserve">[20:35] </w:t>
      </w:r>
      <w:r>
        <w:t>al mein to thoda subdu ho jata hai doosre logon se yeh hamara hai</w:t>
      </w:r>
    </w:p>
    <w:p>
      <w:pPr>
        <w:jc w:val="right"/>
      </w:pPr>
      <w:r>
        <w:t>ال میں تو تھوڑا سبڈی ہو جاتا ہے دوسرے لوگوں سے یہ ہمارا ہے</w:t>
      </w:r>
    </w:p>
    <w:p>
      <w:r>
        <w:rPr>
          <w:b/>
        </w:rPr>
        <w:t xml:space="preserve">[20:41] </w:t>
      </w:r>
      <w:r>
        <w:t>ab hamein kam cheez mein ziyada khushi milti hai jo hamein pehle nahi milti thi hamein pehle tha</w:t>
      </w:r>
    </w:p>
    <w:p>
      <w:pPr>
        <w:jc w:val="right"/>
      </w:pPr>
      <w:r>
        <w:t>اب ہمیں کم چیز میں زیادہ خوشی ملتی ہے جو ہمیں پہلے نہیں ملتی تھی ہمیں پہلے تھا</w:t>
      </w:r>
    </w:p>
    <w:p>
      <w:r>
        <w:rPr>
          <w:b/>
        </w:rPr>
        <w:t xml:space="preserve">[20:47] </w:t>
      </w:r>
      <w:r>
        <w:t>bohat jaldi jaldi jaldi bohat kuch succeed karna hai aur achieve karna hai ab thoda sa aisa nahi</w:t>
      </w:r>
    </w:p>
    <w:p>
      <w:pPr>
        <w:jc w:val="right"/>
      </w:pPr>
      <w:r>
        <w:t>بہت جلدی جلدی جلدی بہت کچھ سکسیڈ کرنا ہے اور اچیو کرنا ہے اب تھوڑا سا ایسا نہیں</w:t>
      </w:r>
    </w:p>
    <w:p>
      <w:r>
        <w:rPr>
          <w:b/>
        </w:rPr>
        <w:t xml:space="preserve">[20:53] </w:t>
      </w:r>
      <w:r>
        <w:t>hai feeling haan kindly Maulana hum hum bata dein Maulana hum dobara bolte hain haan haan Maulana hum</w:t>
      </w:r>
    </w:p>
    <w:p>
      <w:pPr>
        <w:jc w:val="right"/>
      </w:pPr>
      <w:r>
        <w:t>ہے فیلنگ ہاں کائنڈلی مولانا ہم ہم بتا دیں مولانا ہم دوبارہ بولتے ہیں ہاں ہاں مولانا ہم</w:t>
      </w:r>
    </w:p>
    <w:p>
      <w:r>
        <w:rPr>
          <w:b/>
        </w:rPr>
        <w:t xml:space="preserve">[20:59] </w:t>
      </w:r>
      <w:r>
        <w:t>dobara bolte hain mein padhte hain Maulana hum yeh keh rahe hain jaise aap ne kaha ke aaj</w:t>
      </w:r>
    </w:p>
    <w:p>
      <w:pPr>
        <w:jc w:val="right"/>
      </w:pPr>
      <w:r>
        <w:t>دوبارہ بولتے ہیں میں پڑھتے ہیں مولانا ہم یہ کہہ رہے ہیں جیسے آپ نے کہا کہ اج</w:t>
      </w:r>
    </w:p>
    <w:p>
      <w:r>
        <w:rPr>
          <w:b/>
        </w:rPr>
        <w:t xml:space="preserve">[21:05] </w:t>
      </w:r>
      <w:r>
        <w:t>aap ne apna ghussa ko manage kiya to hamara point hai</w:t>
      </w:r>
    </w:p>
    <w:p>
      <w:pPr>
        <w:jc w:val="right"/>
      </w:pPr>
      <w:r>
        <w:t>آپ نے اپنا غصہ کو مینج کیا تو ہمارا پوائنٹ ہے</w:t>
      </w:r>
    </w:p>
    <w:p>
      <w:r>
        <w:rPr>
          <w:b/>
        </w:rPr>
        <w:t xml:space="preserve">[21:11] </w:t>
      </w:r>
      <w:r>
        <w:t>Maulana sahab ke ah jealousy envy kyunke aaj kal materially bohat log super succeed kar rahe hain to</w:t>
      </w:r>
    </w:p>
    <w:p>
      <w:pPr>
        <w:jc w:val="right"/>
      </w:pPr>
      <w:r>
        <w:t>مولانا صاحب کہ اہ جیلسی اینوی کیونکہ اج کل مٹیریلی بہت لوگ سپر سکسیڈ کر رہے ہیں تو</w:t>
      </w:r>
    </w:p>
    <w:p>
      <w:r>
        <w:rPr>
          <w:b/>
        </w:rPr>
        <w:t xml:space="preserve">[21:18] </w:t>
      </w:r>
      <w:r>
        <w:t>ab jab se hum spiritual path mein aaye hain jo hamare khud ke goals na thode subdu ho</w:t>
      </w:r>
    </w:p>
    <w:p>
      <w:pPr>
        <w:jc w:val="right"/>
      </w:pPr>
      <w:r>
        <w:t>اب جب سے ہم سپرچول پاتھ میں ائے ہیں جو ہمارے خود کے گولز نا تھوڑے سبڈی ہو</w:t>
      </w:r>
    </w:p>
    <w:p>
      <w:r>
        <w:rPr>
          <w:b/>
        </w:rPr>
        <w:t xml:space="preserve">[21:24] </w:t>
      </w:r>
      <w:r>
        <w:t>gaye hain ab hamara is tarah ka egreshan nahi hai jo pehle hota tha to hamara kehne ka</w:t>
      </w:r>
    </w:p>
    <w:p>
      <w:pPr>
        <w:jc w:val="right"/>
      </w:pPr>
      <w:r>
        <w:t>گئے ہیں اب ہمارا اس طرح کا ایگریشن نہیں ہے جو پہلے ہوتا تھا تو ہمارا کہنے کا</w:t>
      </w:r>
    </w:p>
    <w:p>
      <w:r>
        <w:rPr>
          <w:b/>
        </w:rPr>
        <w:t xml:space="preserve">[21:30] </w:t>
      </w:r>
      <w:r>
        <w:t>matlab hai ke kaise manage karen jab aas paas logon ko dekhte hain is materially aur spiritual materially</w:t>
      </w:r>
    </w:p>
    <w:p>
      <w:pPr>
        <w:jc w:val="right"/>
      </w:pPr>
      <w:r>
        <w:t>مطلب ہے کہ کیسے مینج کریں جب اس پاس لوگوں کو دیکھتے ہیں اس مٹیریلی اور سپرچول مٹیریلی</w:t>
      </w:r>
    </w:p>
    <w:p>
      <w:r>
        <w:rPr>
          <w:b/>
        </w:rPr>
        <w:t xml:space="preserve">[21:36] </w:t>
      </w:r>
      <w:r>
        <w:t>bahut jaldi jaldi super achieve kar rahe hain to aap ne manage to kar liya aap ne phir kya hai</w:t>
      </w:r>
    </w:p>
    <w:p>
      <w:pPr>
        <w:jc w:val="right"/>
      </w:pPr>
      <w:r>
        <w:t>بہت جلدی جلدی سپر اچیو کر رہے ہیں تو آپ نے مینج تو کر لیا آپ نے پھر کیا ہے</w:t>
      </w:r>
    </w:p>
    <w:p>
      <w:r>
        <w:rPr>
          <w:b/>
        </w:rPr>
        <w:t xml:space="preserve">[21:43] </w:t>
      </w:r>
      <w:r>
        <w:t>phir thora thora abhi bhi thora thora to hai abhi bhi hai poora nahi manage kiya hai kafi kiya hai abhi poora nahi kiya to dekhiye aap is formula ko pakriye ke woh jo hai in comparison that you understand maine hi kiya hmm ke maine socha ke jitne time mein ghussa raha to maine kya achieve kiya kya aur jab</w:t>
      </w:r>
    </w:p>
    <w:p>
      <w:pPr>
        <w:jc w:val="right"/>
      </w:pPr>
      <w:r>
        <w:t>پھر تھوڑا تھوڑا ابھی بھی تھوڑا تھوڑا تو ہے ابھی بھی ہے پورا نہیں مینج کیا ہے کافی کیا ہے ابھی پورا نہیں کیا تو دیکھیے آپ اس فارمولے کو پکڑیے کہ وہ جو ہے ان کمپیریزن دیٹ یو انڈرسٹینڈ میں نے ہی کیا ہمم کہ میں نے سوچا کہ جتنے ٹائم میں غصہ رہا تو میں نے کیا اچیو کیا کیا اور جب</w:t>
      </w:r>
    </w:p>
    <w:p>
      <w:r>
        <w:rPr>
          <w:b/>
        </w:rPr>
        <w:t xml:space="preserve">[22:13] </w:t>
      </w:r>
      <w:r>
        <w:t>وہ غصہ نہیں ہوا تب کیا achieve کیا ہمم تو in comparison that you understand اس فارمولے کو</w:t>
      </w:r>
    </w:p>
    <w:p>
      <w:pPr>
        <w:jc w:val="right"/>
      </w:pPr>
      <w:r>
        <w:t>وہ غصہ نہیں ہوا تب کیا اچیو کیا ہمم تو ان کمپیریزن دیٹ یو انڈرسٹینڈ اس فارمولے کو</w:t>
      </w:r>
    </w:p>
    <w:p>
      <w:r>
        <w:rPr>
          <w:b/>
        </w:rPr>
        <w:t xml:space="preserve">[22:19] </w:t>
      </w:r>
      <w:r>
        <w:t>main ne apply kiya to main ne kaha is tarah sab se sab se zyada bewakoof hua hai</w:t>
      </w:r>
    </w:p>
    <w:p>
      <w:pPr>
        <w:jc w:val="right"/>
      </w:pPr>
      <w:r>
        <w:t>میں نے اپلائی کیا تو میں نے کہا اس طرح سب سے سب سے زیادہ بیوقوف ہوا ہے</w:t>
      </w:r>
    </w:p>
    <w:p>
      <w:r>
        <w:rPr>
          <w:b/>
        </w:rPr>
        <w:t xml:space="preserve">[22:25] </w:t>
      </w:r>
      <w:r>
        <w:t>jo ghussa hota hai offend hota hai hmm kyunke wo self killing karta hai wo kehta hoon ji</w:t>
      </w:r>
    </w:p>
    <w:p>
      <w:pPr>
        <w:jc w:val="right"/>
      </w:pPr>
      <w:r>
        <w:t>جو غصہ ہوتا ہے افنڈ ہوتا ہے ہمم کیونکہ وہ سیلف کلنگ کرتا ہے وہ کہتا ہوں جی</w:t>
      </w:r>
    </w:p>
    <w:p>
      <w:r>
        <w:rPr>
          <w:b/>
        </w:rPr>
        <w:t xml:space="preserve">[22:31] </w:t>
      </w:r>
      <w:r>
        <w:t>main samajhta hoon yeh duniya mein sab se zyada bewakoof aadmi woh hai jo offend hota hai ghussa</w:t>
      </w:r>
    </w:p>
    <w:p>
      <w:pPr>
        <w:jc w:val="right"/>
      </w:pPr>
      <w:r>
        <w:t>میں سمجھتا ہوں یہ دنیا میں سب سے زیادہ بیوقوف ادمی وہ ہے جو افنڈ ہوتا ہے غصہ</w:t>
      </w:r>
    </w:p>
    <w:p>
      <w:r>
        <w:rPr>
          <w:b/>
        </w:rPr>
        <w:t xml:space="preserve">[22:37] </w:t>
      </w:r>
      <w:r>
        <w:t>karta hai kyunke nuksan kis ka kiya us ne apna kiya</w:t>
      </w:r>
    </w:p>
    <w:p>
      <w:pPr>
        <w:jc w:val="right"/>
      </w:pPr>
      <w:r>
        <w:t>کرتا ہے کیونکہ نقصان کس کا کیا اس نے اپنا کیا</w:t>
      </w:r>
    </w:p>
    <w:p>
      <w:r>
        <w:rPr>
          <w:b/>
        </w:rPr>
        <w:t xml:space="preserve">[22:44] </w:t>
      </w:r>
      <w:r>
        <w:t>to jo self killing kare to kya wo bewakoof nahi hai bilkul sahi baat hai Maulana dekhiye phir</w:t>
      </w:r>
    </w:p>
    <w:p>
      <w:pPr>
        <w:jc w:val="right"/>
      </w:pPr>
      <w:r>
        <w:t>تو جو سیلف کلنگ کرے تو کیا وہ بیوقوف نہیں ہے بالکل صحیح بات ہے مولانا دیکھیے پھر</w:t>
      </w:r>
    </w:p>
    <w:p>
      <w:r>
        <w:rPr>
          <w:b/>
        </w:rPr>
        <w:t xml:space="preserve">[22:51] </w:t>
      </w:r>
      <w:r>
        <w:t>main ne sochte sochte ek bahut badi baat discover ki aap ne jo kaha na hmm koi aadmi</w:t>
      </w:r>
    </w:p>
    <w:p>
      <w:pPr>
        <w:jc w:val="right"/>
      </w:pPr>
      <w:r>
        <w:t>میں نے سوچتے سوچتے ایک بہت بڑی بات ڈسکور کی اپ نے جو کہا نا ہمم کوئی ادمی</w:t>
      </w:r>
    </w:p>
    <w:p>
      <w:r>
        <w:rPr>
          <w:b/>
        </w:rPr>
        <w:t xml:space="preserve">[22:59] </w:t>
      </w:r>
      <w:r>
        <w:t>bhi ghusse ko khatam nahi kar pata haan andar rakhta hai haan yani ghussa aata hai hmm aap</w:t>
      </w:r>
    </w:p>
    <w:p>
      <w:pPr>
        <w:jc w:val="right"/>
      </w:pPr>
      <w:r>
        <w:t>بھی غصے کو ختم نہیں کر پاتا ہاں اندر رکھتا ہے ہاں یعنی غصہ اتا ہے ہمم اپ</w:t>
      </w:r>
    </w:p>
    <w:p>
      <w:r>
        <w:rPr>
          <w:b/>
        </w:rPr>
        <w:t xml:space="preserve">[23:06] </w:t>
      </w:r>
      <w:r>
        <w:t>jo karte hain wo d</w:t>
      </w:r>
    </w:p>
    <w:p>
      <w:pPr>
        <w:jc w:val="right"/>
      </w:pPr>
      <w:r>
        <w:t>جو کرتے ہیں وہ ڈ</w:t>
      </w:r>
    </w:p>
    <w:p>
      <w:r>
        <w:rPr>
          <w:b/>
        </w:rPr>
        <w:t xml:space="preserve">[23:14] </w:t>
      </w:r>
      <w:r>
        <w:t>iversion hmm aap khatam nahi kar paate hmm diversion to mein ne yeh cheez jani ke ghussa kya hai woh hai aik bohat zabardast energy ko release karna hamara mind jo hai ghusse ke waqt energy release karta hai yeh yeh meri discovery hai hmm ke</w:t>
      </w:r>
    </w:p>
    <w:p>
      <w:pPr>
        <w:jc w:val="right"/>
      </w:pPr>
      <w:r>
        <w:t>ائیورژن ہمم اپ ختم نہیں کر پاتے ہمم ڈائیورژن تو میں نے یہ چیز جانی کہ غصہ کیا ہے وہ ہے ایک بہت زبردست انرجی کو ریلیز کرنا ہمارا مائنڈ جو ہے غصے کے وقت انرجی ریلیز کرتا ہے یہ یہ میری ڈسکوری ہے ہمم کہ</w:t>
      </w:r>
    </w:p>
    <w:p>
      <w:r>
        <w:rPr>
          <w:b/>
        </w:rPr>
        <w:t xml:space="preserve">[23:44] </w:t>
      </w:r>
      <w:r>
        <w:t>jab ghussa aata hai to aap ka mind powerful energy release karta hai to ab main ne</w:t>
      </w:r>
    </w:p>
    <w:p>
      <w:pPr>
        <w:jc w:val="right"/>
      </w:pPr>
      <w:r>
        <w:t>جب غصہ اتا ہے تو اپ کا مائنڈ پاور فل انرجی ریلیز کرتا ہے تو اب میں نے</w:t>
      </w:r>
    </w:p>
    <w:p>
      <w:r>
        <w:rPr>
          <w:b/>
        </w:rPr>
        <w:t xml:space="preserve">[23:54] </w:t>
      </w:r>
      <w:r>
        <w:t>kya socha ke is energy ko agar main manage kar sakoon aur is ko divert kar sakoon positive</w:t>
      </w:r>
    </w:p>
    <w:p>
      <w:pPr>
        <w:jc w:val="right"/>
      </w:pPr>
      <w:r>
        <w:t>کیا سوچا کہ اس انرجی کو اگر میں مینج کر سکوں اور اس کو ڈائیورٹ کر سکوں پازیٹیو</w:t>
      </w:r>
    </w:p>
    <w:p>
      <w:r>
        <w:rPr>
          <w:b/>
        </w:rPr>
        <w:t xml:space="preserve">[24:04] </w:t>
      </w:r>
      <w:r>
        <w:t>sense mein to kya hoga to yaqeen kijiye ke main ne apne aap par apply kar ke socha</w:t>
      </w:r>
    </w:p>
    <w:p>
      <w:pPr>
        <w:jc w:val="right"/>
      </w:pPr>
      <w:r>
        <w:t>سینس میں تو کیا ہوگا تو یقین کیجئے کہ میں نے اپنے اپ پر اپلائی کر کے سوچا</w:t>
      </w:r>
    </w:p>
    <w:p>
      <w:r>
        <w:rPr>
          <w:b/>
        </w:rPr>
        <w:t xml:space="preserve">[24:14] </w:t>
      </w:r>
      <w:r>
        <w:t>ke mera wisdom ka level badh gaya hmm aaj bhi main ne is ko discover kiya hmm ke</w:t>
      </w:r>
    </w:p>
    <w:p>
      <w:pPr>
        <w:jc w:val="right"/>
      </w:pPr>
      <w:r>
        <w:t>کہ میرا وزڈم کا لیول بڑھ گیا ہمم اج بھی میں نے اس کو ڈسکور کیا ہمم کہ</w:t>
      </w:r>
    </w:p>
    <w:p>
      <w:r>
        <w:rPr>
          <w:b/>
        </w:rPr>
        <w:t xml:space="preserve">[24:25] </w:t>
      </w:r>
      <w:r>
        <w:t>wisdom ka level badh gaya to yeh to yeh to aap ne apne bare mein aaj har aadmi</w:t>
      </w:r>
    </w:p>
    <w:p>
      <w:pPr>
        <w:jc w:val="right"/>
      </w:pPr>
      <w:r>
        <w:t>وزڈم کا لیول بڑھ گیا تو یہ تو یہ تو اپ نے اپنے بارے میں اج ہر ادمی</w:t>
      </w:r>
    </w:p>
    <w:p>
      <w:r>
        <w:rPr>
          <w:b/>
        </w:rPr>
        <w:t xml:space="preserve">[24:35] </w:t>
      </w:r>
      <w:r>
        <w:t>soch sakta hai hmm sahi baat hai har aadmi soch sakta hai</w:t>
      </w:r>
    </w:p>
    <w:p>
      <w:pPr>
        <w:jc w:val="right"/>
      </w:pPr>
      <w:r>
        <w:t>سوچ سکتا ہے ہمم صحیح بات ہے ہر ادمی سوچ سکتا ہے</w:t>
      </w:r>
    </w:p>
    <w:p>
      <w:r>
        <w:rPr>
          <w:b/>
        </w:rPr>
        <w:t xml:space="preserve">[24:45] </w:t>
      </w:r>
      <w:r>
        <w:t>Maulana Quran mein yeh likha hua hai it is written in the Quran that God guides who He</w:t>
      </w:r>
    </w:p>
    <w:p>
      <w:pPr>
        <w:jc w:val="right"/>
      </w:pPr>
      <w:r>
        <w:t>مولانا قران میں یہ لکھا ہوا ہے اٹ از رٹن ان دا قران دیٹ گاڈ گائیڈز ہو ہی</w:t>
      </w:r>
    </w:p>
    <w:p>
      <w:r>
        <w:rPr>
          <w:b/>
        </w:rPr>
        <w:t xml:space="preserve">[24:53] </w:t>
      </w:r>
      <w:r>
        <w:t>wills to is ka ek criteria to yeh samajh aaya ke aap ko sincere hona chahiye tabhi God</w:t>
      </w:r>
    </w:p>
    <w:p>
      <w:pPr>
        <w:jc w:val="right"/>
      </w:pPr>
      <w:r>
        <w:t>ولز تو اس کا ایک کرائٹیریا تو یہ سمجھ ایا کہ اپ کو سیکر ہونا چاہیے تبھی گاڈ</w:t>
      </w:r>
    </w:p>
    <w:p>
      <w:r>
        <w:rPr>
          <w:b/>
        </w:rPr>
        <w:t xml:space="preserve">[25:00] </w:t>
      </w:r>
      <w:r>
        <w:t>aap ko guide karenge is there any other criteria how why does God guide only a few</w:t>
      </w:r>
    </w:p>
    <w:p>
      <w:pPr>
        <w:jc w:val="right"/>
      </w:pPr>
      <w:r>
        <w:t>اپ کو گائیڈ کریں گے از دیر اینی ادر کرائٹیریا ہاؤ وائی ڈز گاڈ گائیڈ اونلی ا فیو</w:t>
      </w:r>
    </w:p>
    <w:p>
      <w:r>
        <w:rPr>
          <w:b/>
        </w:rPr>
        <w:t xml:space="preserve">[25:08] </w:t>
      </w:r>
      <w:r>
        <w:t>people and not the other bhai kya keh rahe hain father yeh keh rahe hain ke Quran mein a</w:t>
      </w:r>
    </w:p>
    <w:p>
      <w:pPr>
        <w:jc w:val="right"/>
      </w:pPr>
      <w:r>
        <w:t>پیپل اینڈ ناٹ دی ادر بھئی کیا کہہ رہے ہیں فادر یہ کہہ رہے ہیں کہ قران میں ا</w:t>
      </w:r>
    </w:p>
    <w:p>
      <w:r>
        <w:rPr>
          <w:b/>
        </w:rPr>
        <w:t xml:space="preserve">[25:16] </w:t>
      </w:r>
      <w:r>
        <w:t>ya hai ke God guides whom He wills hain God guides whom He wills kis ko Allah jis</w:t>
      </w:r>
    </w:p>
    <w:p>
      <w:pPr>
        <w:jc w:val="right"/>
      </w:pPr>
      <w:r>
        <w:t>یا ہے کہ گاڈ گائیڈز ہم ہی ولز ہیں گاڈ گائیڈز ہم ہی ولز کس کو اللہ جس</w:t>
      </w:r>
    </w:p>
    <w:p>
      <w:r>
        <w:rPr>
          <w:b/>
        </w:rPr>
        <w:t xml:space="preserve">[25:24] </w:t>
      </w:r>
      <w:r>
        <w:t>ko chahta hai us ko guide karta hai us ko acha to yeh keh rahe hain ke ek</w:t>
      </w:r>
    </w:p>
    <w:p>
      <w:pPr>
        <w:jc w:val="right"/>
      </w:pPr>
      <w:r>
        <w:t>کو چاہتا ہے اس کو گائیڈ کرتا ہے اس کو اچھا تو یہ کہہ رہے ہیں کہ ایک</w:t>
      </w:r>
    </w:p>
    <w:p>
      <w:r>
        <w:rPr>
          <w:b/>
        </w:rPr>
        <w:t xml:space="preserve">[25:32] </w:t>
      </w:r>
      <w:r>
        <w:t>criteria nahi dekhen chahat Quran ki jo terminology hai us ko samajh lein ji yeh Quran ki terminology</w:t>
      </w:r>
    </w:p>
    <w:p>
      <w:pPr>
        <w:jc w:val="right"/>
      </w:pPr>
      <w:r>
        <w:t>کرائٹیریا نہیں دیکھیں چاہت قران کی جو ٹرمینالوجی ہے اس کو سمجھ لیں جی یہ قران کی ٹرمینالوجی</w:t>
      </w:r>
    </w:p>
    <w:p>
      <w:r>
        <w:rPr>
          <w:b/>
        </w:rPr>
        <w:t xml:space="preserve">[25:40] </w:t>
      </w:r>
      <w:r>
        <w:t>ka mamla hai yeh jis ko chahta hai ke mani kya hain jo</w:t>
      </w:r>
    </w:p>
    <w:p>
      <w:pPr>
        <w:jc w:val="right"/>
      </w:pPr>
      <w:r>
        <w:t>کا معاملہ ہے یہ جس کو چاہتا ہے کہ معنی کیا ہیں جو</w:t>
      </w:r>
    </w:p>
    <w:p>
      <w:r>
        <w:rPr>
          <w:b/>
        </w:rPr>
        <w:t xml:space="preserve">[25:48] </w:t>
      </w:r>
      <w:r>
        <w:t>jo course muqarrar kiya khuda ne is course ko follow karta hai jo is par maine bahut</w:t>
      </w:r>
    </w:p>
    <w:p>
      <w:pPr>
        <w:jc w:val="right"/>
      </w:pPr>
      <w:r>
        <w:t>جو کورس مقرر کیا خدا نے اس کورس کو فالو کرتا ہے جو اس پر میں نے بہت</w:t>
      </w:r>
    </w:p>
    <w:p>
      <w:r>
        <w:rPr>
          <w:b/>
        </w:rPr>
        <w:t xml:space="preserve">[25:58] </w:t>
      </w:r>
      <w:r>
        <w:t>socha hai chahta hai ke mani yeh nahi ke is ki koi woh woh hai dispartic king hai</w:t>
      </w:r>
    </w:p>
    <w:p>
      <w:pPr>
        <w:jc w:val="right"/>
      </w:pPr>
      <w:r>
        <w:t>سوچا ہے چاہتا ہے کہ معنی یہ نہیں کہ اس کی کوئی وہ وہ ہے ڈسپارٹک کنگ ہے</w:t>
      </w:r>
    </w:p>
    <w:p>
      <w:r>
        <w:rPr>
          <w:b/>
        </w:rPr>
        <w:t xml:space="preserve">[26:08] </w:t>
      </w:r>
      <w:r>
        <w:t>nahi chahta ke mani hai ke jo khuda ke liye</w:t>
      </w:r>
    </w:p>
    <w:p>
      <w:pPr>
        <w:jc w:val="right"/>
      </w:pPr>
      <w:r>
        <w:t>نہیں چاہتا کہ معنی ہے کہ جو خدا کے لیے</w:t>
      </w:r>
    </w:p>
    <w:p>
      <w:r>
        <w:rPr>
          <w:b/>
        </w:rPr>
        <w:t xml:space="preserve">[26:18] </w:t>
      </w:r>
      <w:r>
        <w:t>jo hidayat ka aur gumrahi ka aur bigad ka aur banav ka jo course muqarrar kiya hai is</w:t>
      </w:r>
    </w:p>
    <w:p>
      <w:pPr>
        <w:jc w:val="right"/>
      </w:pPr>
      <w:r>
        <w:t>جو ہدایت کا اور گمراہی کا اور بگاڑ کا اور بناؤ کا جو کورس مقرر کیا ہے اس</w:t>
      </w:r>
    </w:p>
    <w:p>
      <w:r>
        <w:rPr>
          <w:b/>
        </w:rPr>
        <w:t xml:space="preserve">[26:28] </w:t>
      </w:r>
      <w:r>
        <w:t>ko follow karta hai jaise main apni misaal le kar batata hoon aap ko batana padta hai kyunke</w:t>
      </w:r>
    </w:p>
    <w:p>
      <w:pPr>
        <w:jc w:val="right"/>
      </w:pPr>
      <w:r>
        <w:t>کو فالو کرتا ہے جیسے میں اپنی مثال لے کر بتاتا ہوں اپ کو بتانا پڑتا ہے کیونکہ</w:t>
      </w:r>
    </w:p>
    <w:p>
      <w:r>
        <w:rPr>
          <w:b/>
        </w:rPr>
        <w:t xml:space="preserve">[26:38] </w:t>
      </w:r>
      <w:r>
        <w:t>maine is ko experiment kiya hai log experiment karte nahi hain ke ghussa na karo yeh hai chahna</w:t>
      </w:r>
    </w:p>
    <w:p>
      <w:pPr>
        <w:jc w:val="right"/>
      </w:pPr>
      <w:r>
        <w:t>میں نے اس کو ایکسپیریمنٹ کیا ہے لوگ ایکسپیریمنٹ کرتے نہیں ہیں کہ غصہ نہ کرو یہ ہے چاہنا</w:t>
      </w:r>
    </w:p>
    <w:p>
      <w:r>
        <w:rPr>
          <w:b/>
        </w:rPr>
        <w:t xml:space="preserve">[26:49] </w:t>
      </w:r>
      <w:r>
        <w:t>yani allah ne jo course muqarrar kiya hai development ka woh yeh hai ke aadmi is is time</w:t>
      </w:r>
    </w:p>
    <w:p>
      <w:pPr>
        <w:jc w:val="right"/>
      </w:pPr>
      <w:r>
        <w:t>یعنی اللہ نے جو کورس مقرر کیا ہے ڈیولپمنٹ کا وہ یہ ہے کہ ادمی اس اس ٹائم</w:t>
      </w:r>
    </w:p>
    <w:p>
      <w:r>
        <w:rPr>
          <w:b/>
        </w:rPr>
        <w:t xml:space="preserve">[26:59] </w:t>
      </w:r>
      <w:r>
        <w:t>ko jab clarity release hoti hai is ko aap avail karein avail karein to main main ne baqayda</w:t>
      </w:r>
    </w:p>
    <w:p>
      <w:pPr>
        <w:jc w:val="right"/>
      </w:pPr>
      <w:r>
        <w:t>کو جب کلیرٹی ریلیز ہوتی ہے اس کو اپ اویل کریں اویل کریں تو میں میں نے باقاعدہ</w:t>
      </w:r>
    </w:p>
    <w:p>
      <w:r>
        <w:rPr>
          <w:b/>
        </w:rPr>
        <w:t xml:space="preserve">[27:10] </w:t>
      </w:r>
      <w:r>
        <w:t>is ko experiment kiya hai ke kaise level badh jata hai aaj bhi maine is ko experience kiya</w:t>
      </w:r>
    </w:p>
    <w:p>
      <w:pPr>
        <w:jc w:val="right"/>
      </w:pPr>
      <w:r>
        <w:t>اس کو ایکسپیریمنٹ کیا ہے کہ کیسے لیول بڑھ جاتا ہے اج بھی میں نے اس کو ایکسپیرینس کیا</w:t>
      </w:r>
    </w:p>
    <w:p>
      <w:r>
        <w:rPr>
          <w:b/>
        </w:rPr>
        <w:t xml:space="preserve">[27:20] </w:t>
      </w:r>
      <w:r>
        <w:t>ke mera jo level tha din bad din badhta hai woh quran ko samajhne ka hadith ko explain karne</w:t>
      </w:r>
    </w:p>
    <w:p>
      <w:pPr>
        <w:jc w:val="right"/>
      </w:pPr>
      <w:r>
        <w:t>کہ میرا جو لیول تھا دن بدن بڑھتا ہے وہ قران کو سمجھنے کا حدیث کو ایکسپلین کرنے</w:t>
      </w:r>
    </w:p>
    <w:p>
      <w:r>
        <w:rPr>
          <w:b/>
        </w:rPr>
        <w:t xml:space="preserve">[27:28] </w:t>
      </w:r>
      <w:r>
        <w:t>ka maslan yeh aaj jo maine hadith padhi aaj hi maine samjha is ko inner struggle</w:t>
      </w:r>
    </w:p>
    <w:p>
      <w:pPr>
        <w:jc w:val="right"/>
      </w:pPr>
      <w:r>
        <w:t>کا مثلا یہ اج جو میں نے حدیث پڑھی اج ہی میں نے سمجھا اس کو انر اسٹرگل</w:t>
      </w:r>
    </w:p>
    <w:p>
      <w:r>
        <w:rPr>
          <w:b/>
        </w:rPr>
        <w:t xml:space="preserve">[27:35] </w:t>
      </w:r>
      <w:r>
        <w:t>ka philosophy to maine kaha yeh jo cheez hai jo is sahabi qadar thi woh to ek</w:t>
      </w:r>
    </w:p>
    <w:p>
      <w:pPr>
        <w:jc w:val="right"/>
      </w:pPr>
      <w:r>
        <w:t>کا فلاسفی تو میں نے کہا یہ جو چیز ہے جو اس صحابی قدر تھی وہ تو ایک</w:t>
      </w:r>
    </w:p>
    <w:p>
      <w:r>
        <w:rPr>
          <w:b/>
        </w:rPr>
        <w:t xml:space="preserve">[27:43] </w:t>
      </w:r>
      <w:r>
        <w:t>bahut badi philosophy hai yeh inner struggle ki philosophy hai</w:t>
      </w:r>
    </w:p>
    <w:p>
      <w:pPr>
        <w:jc w:val="right"/>
      </w:pPr>
      <w:r>
        <w:t>بہت بڑی فلاسفی ہے یہ انر اسٹرگل کی فلاسفی ہے</w:t>
      </w:r>
    </w:p>
    <w:p>
      <w:r>
        <w:rPr>
          <w:b/>
        </w:rPr>
        <w:t xml:space="preserve">[27:51] </w:t>
      </w:r>
      <w:r>
        <w:t>mujhe ek cheez madad karti hai english english ki term mein jab istemal karta hoon main jaise inner</w:t>
      </w:r>
    </w:p>
    <w:p>
      <w:pPr>
        <w:jc w:val="right"/>
      </w:pPr>
      <w:r>
        <w:t>مجھے ایک چیز مدد کرتی ہے انگلش انگلش کی ٹرم میں جب استعمال کرتا ہوں میں جیسے انر</w:t>
      </w:r>
    </w:p>
    <w:p>
      <w:r>
        <w:rPr>
          <w:b/>
        </w:rPr>
        <w:t xml:space="preserve">[28:01] </w:t>
      </w:r>
      <w:r>
        <w:t>struggle is ke liye ek to bahut hi achhe term mujhe urdu mein nahi milte to inner struggle</w:t>
      </w:r>
    </w:p>
    <w:p>
      <w:pPr>
        <w:jc w:val="right"/>
      </w:pPr>
      <w:r>
        <w:t>اسٹرگل اس کے لیے ایک تو بہت ہی اچھے ٹرم مجھے اردو میں نہیں ملتے تو انر اسٹرگل</w:t>
      </w:r>
    </w:p>
    <w:p>
      <w:r>
        <w:rPr>
          <w:b/>
        </w:rPr>
        <w:t xml:space="preserve">[28:11] </w:t>
      </w:r>
      <w:r>
        <w:t>jo hai woh bahut hi bada hamari development mein bahut bada is ka hissa hai</w:t>
      </w:r>
    </w:p>
    <w:p>
      <w:pPr>
        <w:jc w:val="right"/>
      </w:pPr>
      <w:r>
        <w:t>جو ہے وہ بہت ہی بڑا ہماری ڈیولپمنٹ میں بہت بڑا اس کا حصہ ہے</w:t>
      </w:r>
    </w:p>
    <w:p>
      <w:r>
        <w:rPr>
          <w:b/>
        </w:rPr>
        <w:t xml:space="preserve">[28:21] </w:t>
      </w:r>
      <w:r>
        <w:t>inner struggle ab inner struggle maine socha apne yani past ko aur present ko to inner struggle mujhe apne andar chalti hui dikhai di kis tarah inner struggle jo hoti hai wo active halat mein dikhai di aur kis tarah se wo wo le aati hai hum ko development ki taraf to wo ch</w:t>
      </w:r>
    </w:p>
    <w:p>
      <w:pPr>
        <w:jc w:val="right"/>
      </w:pPr>
      <w:r>
        <w:t>انر اسٹرگل اب انر اسٹرگل میں نے سوچا اپنے یعنی پاسٹ کو اور پریزنٹ کو تو انر اسٹرگل مجھے اپنے اندر چلتی ہوئی دکھائی دی کس طرح انر اسٹرگل جو ہوتی ہے وہ ایکٹیو حالت میں دکھائی دی اور کس طرح سے وہ وہ لے اتی ہے ہم کو ڈیولپمنٹ کی طرف تو وہ چ</w:t>
      </w:r>
    </w:p>
    <w:p>
      <w:r>
        <w:rPr>
          <w:b/>
        </w:rPr>
        <w:t xml:space="preserve">[28:51] </w:t>
      </w:r>
      <w:r>
        <w:t>ahne ka mani yeh nahi ke koi dispartic king hai khuda us ne ek course muqarrar kiya is</w:t>
      </w:r>
    </w:p>
    <w:p>
      <w:pPr>
        <w:jc w:val="right"/>
      </w:pPr>
      <w:r>
        <w:t>اہنے کا معنی یہ نہیں کہ کوئی ڈسپارٹک کنگ ہے خدا اس نے ایک کورس مقرر کیا اس</w:t>
      </w:r>
    </w:p>
    <w:p>
      <w:r>
        <w:rPr>
          <w:b/>
        </w:rPr>
        <w:t xml:space="preserve">[28:59] </w:t>
      </w:r>
      <w:r>
        <w:t>course ko follow karo kya baat clear hai yeh baat ji haan clear hai to aaj to adar</w:t>
      </w:r>
    </w:p>
    <w:p>
      <w:pPr>
        <w:jc w:val="right"/>
      </w:pPr>
      <w:r>
        <w:t>کورس کو فالو کرو کیا بات کلر ہے یہ بات جی ہاں کلر ہے تو اج تو ادر</w:t>
      </w:r>
    </w:p>
    <w:p>
      <w:r>
        <w:rPr>
          <w:b/>
        </w:rPr>
        <w:t xml:space="preserve">[29:06] </w:t>
      </w:r>
      <w:r>
        <w:t>party ko clear hai clear hai maulana woh course hi hum samajhna chahte hain woh criteria kya hai</w:t>
      </w:r>
    </w:p>
    <w:p>
      <w:pPr>
        <w:jc w:val="right"/>
      </w:pPr>
      <w:r>
        <w:t>پارٹی کو کلر ہے کلر ہے مولانا وہ کورس ہی ہم سمجھنا چاہتے ہیں وہ کرائٹیریا کیا ہے</w:t>
      </w:r>
    </w:p>
    <w:p>
      <w:r>
        <w:rPr>
          <w:b/>
        </w:rPr>
        <w:t xml:space="preserve">[29:14] </w:t>
      </w:r>
      <w:r>
        <w:t>to to har har har is mein batata hoon main kuch na kuch har saturday ko sunday ko</w:t>
      </w:r>
    </w:p>
    <w:p>
      <w:pPr>
        <w:jc w:val="right"/>
      </w:pPr>
      <w:r>
        <w:t>تو تو ہر ہر ہر اس میں بتاتا ہوں میں کچھ نہ کچھ ہر سٹرڈے کو سنڈے کو</w:t>
      </w:r>
    </w:p>
    <w:p>
      <w:r>
        <w:rPr>
          <w:b/>
        </w:rPr>
        <w:t xml:space="preserve">[29:22] </w:t>
      </w:r>
      <w:r>
        <w:t>dada ek comment aaya hai asad pervez ka bastan se maulana yeh ek bahut hi motivational session tha</w:t>
      </w:r>
    </w:p>
    <w:p>
      <w:pPr>
        <w:jc w:val="right"/>
      </w:pPr>
      <w:r>
        <w:t>دادا ایک کمنٹ ایا ہے اسد پرویز کا باسٹن سے مولانا یہ ایک بہت ہی موٹیویشنل سیشن تھا</w:t>
      </w:r>
    </w:p>
    <w:p>
      <w:r>
        <w:rPr>
          <w:b/>
        </w:rPr>
        <w:t xml:space="preserve">[29:32] </w:t>
      </w:r>
      <w:r>
        <w:t>mere andar ek naya spirit jaag gaya apne inner struggle se ladne ke liye haan dada ek question</w:t>
      </w:r>
    </w:p>
    <w:p>
      <w:pPr>
        <w:jc w:val="right"/>
      </w:pPr>
      <w:r>
        <w:t>میرے اندر ایک نیا سپرٹ جاگ گیا اپنے انر سٹرگل سے لڑنے کے لیے ہاں دادا ایک کوئسچن</w:t>
      </w:r>
    </w:p>
    <w:p>
      <w:r>
        <w:rPr>
          <w:b/>
        </w:rPr>
        <w:t xml:space="preserve">[29:42] </w:t>
      </w:r>
      <w:r>
        <w:t>hai sajid course dekhein jo course aap ne farmaya na course koi mysterious cheez nahi hai sirf itna hi hai</w:t>
      </w:r>
    </w:p>
    <w:p>
      <w:pPr>
        <w:jc w:val="right"/>
      </w:pPr>
      <w:r>
        <w:t>ہے ساجد کورس دیکھیں جو کورس اپ نے فرمایا نا کورس کوئی مسٹیریس چیز نہیں ہے صرف اتنا ہی ہے</w:t>
      </w:r>
    </w:p>
    <w:p>
      <w:r>
        <w:rPr>
          <w:b/>
        </w:rPr>
        <w:t xml:space="preserve">[29:52] </w:t>
      </w:r>
      <w:r>
        <w:t>ke jo quran mein hai ke ek insaan ke andar do woh hai amarah ek hai nafs amarah</w:t>
      </w:r>
    </w:p>
    <w:p>
      <w:pPr>
        <w:jc w:val="right"/>
      </w:pPr>
      <w:r>
        <w:t>کہ جو قران میں ہے کہ ایک انسان کے اندر دو وہ ہے امارہ ایک ہے نفس امارہ</w:t>
      </w:r>
    </w:p>
    <w:p>
      <w:r>
        <w:rPr>
          <w:b/>
        </w:rPr>
        <w:t xml:space="preserve">[30:00] </w:t>
      </w:r>
      <w:r>
        <w:t>ek nafs lubwa insaan ke do faculty hai sirf itna hi karna hota hai aadmi ko ke nafs</w:t>
      </w:r>
    </w:p>
    <w:p>
      <w:pPr>
        <w:jc w:val="right"/>
      </w:pPr>
      <w:r>
        <w:t>ایک نفس لبوا انسان کے دو فیکلٹی ہے صرف اتنا ہی کرنا ہوتا ہے ادمی کو کہ نفس</w:t>
      </w:r>
    </w:p>
    <w:p>
      <w:r>
        <w:rPr>
          <w:b/>
        </w:rPr>
        <w:t xml:space="preserve">[30:07] </w:t>
      </w:r>
      <w:r>
        <w:t>amara ki faculty ko control karna control kiya aap ne ke nature jaag utha to nature apna aap</w:t>
      </w:r>
    </w:p>
    <w:p>
      <w:pPr>
        <w:jc w:val="right"/>
      </w:pPr>
      <w:r>
        <w:t>امارہ کی فیکلٹی کو کنٹرول کرنا کنٹرول کیا اپ نے کہ نیچر جاگ اٹھا تو نیچر اپنا اپ</w:t>
      </w:r>
    </w:p>
    <w:p>
      <w:r>
        <w:rPr>
          <w:b/>
        </w:rPr>
        <w:t xml:space="preserve">[30:15] </w:t>
      </w:r>
      <w:r>
        <w:t>he work karne lagta hai is ko log jante nahi</w:t>
      </w:r>
    </w:p>
    <w:p>
      <w:pPr>
        <w:jc w:val="right"/>
      </w:pPr>
      <w:r>
        <w:t>ہی ورک کرنے لگتا ہے اس کو لوگ جانتے نہیں</w:t>
      </w:r>
    </w:p>
    <w:p>
      <w:r>
        <w:rPr>
          <w:b/>
        </w:rPr>
        <w:t xml:space="preserve">[30:23] </w:t>
      </w:r>
      <w:r>
        <w:t>maulana is ko hum inner struggle ke sath relate kar sakte hain hain is point ko hum inner</w:t>
      </w:r>
    </w:p>
    <w:p>
      <w:pPr>
        <w:jc w:val="right"/>
      </w:pPr>
      <w:r>
        <w:t>مولانا اس کو ہم انر سٹرگل کے ساتھ ریلیٹ کر سکتے ہیں ہیں اس پوائنٹ کو ہم انر</w:t>
      </w:r>
    </w:p>
    <w:p>
      <w:r>
        <w:rPr>
          <w:b/>
        </w:rPr>
        <w:t xml:space="preserve">[30:28] </w:t>
      </w:r>
      <w:r>
        <w:t>struggle ke sath relate bilkul hai he hai wahi hai na hai he hai wahi hai he hai</w:t>
      </w:r>
    </w:p>
    <w:p>
      <w:pPr>
        <w:jc w:val="right"/>
      </w:pPr>
      <w:r>
        <w:t>سٹرگل کے ساتھ ریلیٹ بالکل ہے ہی ہے وہی ہے نا ہے ہی ہے وہی ہے ہی ہے</w:t>
      </w:r>
    </w:p>
    <w:p>
      <w:r>
        <w:rPr>
          <w:b/>
        </w:rPr>
        <w:t xml:space="preserve">[30:33] </w:t>
      </w:r>
      <w:r>
        <w:t>he hai nature ke power ko logon ne samjha nahi sirf aap ko karna he kuch nahi hai</w:t>
      </w:r>
    </w:p>
    <w:p>
      <w:pPr>
        <w:jc w:val="right"/>
      </w:pPr>
      <w:r>
        <w:t>ہی ہے نیچر کے پاور کو لوگوں نے سمجھا نہیں صرف اپ کو کرنا ہی کچھ نہیں ہے</w:t>
      </w:r>
    </w:p>
    <w:p>
      <w:r>
        <w:rPr>
          <w:b/>
        </w:rPr>
        <w:t xml:space="preserve">[30:38] </w:t>
      </w:r>
      <w:r>
        <w:t>siwaye is ke ke nafs amara ko control karein bas nature sab kuch kara leta hai jaise wo</w:t>
      </w:r>
    </w:p>
    <w:p>
      <w:pPr>
        <w:jc w:val="right"/>
      </w:pPr>
      <w:r>
        <w:t>سوائے اس کے کہ نفس امارہ کو کنٹرول کریں بس نیچر سب کچھ کرا لیتا ہے جیسے وہ</w:t>
      </w:r>
    </w:p>
    <w:p>
      <w:r>
        <w:rPr>
          <w:b/>
        </w:rPr>
        <w:t xml:space="preserve">[30:43] </w:t>
      </w:r>
      <w:r>
        <w:t>mein ne jo kaha ke energy release karta hai to wahan pe agar is energy ko aap ghusse</w:t>
      </w:r>
    </w:p>
    <w:p>
      <w:pPr>
        <w:jc w:val="right"/>
      </w:pPr>
      <w:r>
        <w:t>میں نے جو کہا کہ انرجی ریلیز کرتا ہے تو وہاں پہ اگر اس انرجی کو اپ غصے</w:t>
      </w:r>
    </w:p>
    <w:p>
      <w:r>
        <w:rPr>
          <w:b/>
        </w:rPr>
        <w:t xml:space="preserve">[30:48] </w:t>
      </w:r>
      <w:r>
        <w:t>ki taraf na le j</w:t>
      </w:r>
    </w:p>
    <w:p>
      <w:pPr>
        <w:jc w:val="right"/>
      </w:pPr>
      <w:r>
        <w:t>کی طرف نہ لے ج</w:t>
      </w:r>
    </w:p>
    <w:p>
      <w:r>
        <w:rPr>
          <w:b/>
        </w:rPr>
        <w:t xml:space="preserve">[30:53] </w:t>
      </w:r>
      <w:r>
        <w:t>ayein ya offend aam taur par wo offend ho jata hai bohat he common hai bohat he common</w:t>
      </w:r>
    </w:p>
    <w:p>
      <w:pPr>
        <w:jc w:val="right"/>
      </w:pPr>
      <w:r>
        <w:t>ائیں یا افنڈ عام طور پر وہ افنڈ ہو جاتا ہے بہت ہی کامن ہے بہت ہی کامن</w:t>
      </w:r>
    </w:p>
    <w:p>
      <w:r>
        <w:rPr>
          <w:b/>
        </w:rPr>
        <w:t xml:space="preserve">[31:02] </w:t>
      </w:r>
      <w:r>
        <w:t>hai apne aap ko offend na hone dein foran yaani nature apna course le lega isi taraf</w:t>
      </w:r>
    </w:p>
    <w:p>
      <w:pPr>
        <w:jc w:val="right"/>
      </w:pPr>
      <w:r>
        <w:t>ہے اپنے اپ کو افنڈ نہ ہونے دیں فورا یعنی نیچر اپنا کورس لے لے گا اسی طرف</w:t>
      </w:r>
    </w:p>
    <w:p>
      <w:r>
        <w:rPr>
          <w:b/>
        </w:rPr>
        <w:t xml:space="preserve">[31:11] </w:t>
      </w:r>
      <w:r>
        <w:t>chalne lagega sab se bari baat jo hamein janna hai ke nature to bilkul tayyar baitha hai</w:t>
      </w:r>
    </w:p>
    <w:p>
      <w:pPr>
        <w:jc w:val="right"/>
      </w:pPr>
      <w:r>
        <w:t>چلنے لگے گا سب سے بڑی بات جو ہمیں جاننا ہے کہ نیچر تو بالکل تیار بیٹھا ہے</w:t>
      </w:r>
    </w:p>
    <w:p>
      <w:r>
        <w:rPr>
          <w:b/>
        </w:rPr>
        <w:t xml:space="preserve">[31:20] </w:t>
      </w:r>
      <w:r>
        <w:t>right course lene ke liye hum is ko rukawat na dalein</w:t>
      </w:r>
    </w:p>
    <w:p>
      <w:pPr>
        <w:jc w:val="right"/>
      </w:pPr>
      <w:r>
        <w:t>رائٹ کورس لینے کے لیے ہم اس کو رکاوٹ نہ ڈالیں</w:t>
      </w:r>
    </w:p>
    <w:p>
      <w:r>
        <w:rPr>
          <w:b/>
        </w:rPr>
        <w:t xml:space="preserve">[31:29] </w:t>
      </w:r>
      <w:r>
        <w:t>meri poori zindagi isi ke experiment mein bhi beeti hai maulana abhi aap keh rahe hain that ah</w:t>
      </w:r>
    </w:p>
    <w:p>
      <w:pPr>
        <w:jc w:val="right"/>
      </w:pPr>
      <w:r>
        <w:t>میری پوری زندگی اسی کے ایکسپیریمنٹ میں بھی بیتی ہے مولانا ابھی اپ کہہ رہے ہیں دیٹ اہ</w:t>
      </w:r>
    </w:p>
    <w:p>
      <w:r>
        <w:rPr>
          <w:b/>
        </w:rPr>
        <w:t xml:space="preserve">[31:39] </w:t>
      </w:r>
      <w:r>
        <w:t>ah you are seeing that you know in english you can easily relate to a inner struggle but</w:t>
      </w:r>
    </w:p>
    <w:p>
      <w:pPr>
        <w:jc w:val="right"/>
      </w:pPr>
      <w:r>
        <w:t>اہ یو ار سینگ دیٹ یو نو ان انگلش یو کین ایزیلی ریلیٹ ٹو ا انر سٹرگل بٹ</w:t>
      </w:r>
    </w:p>
    <w:p>
      <w:r>
        <w:rPr>
          <w:b/>
        </w:rPr>
        <w:t xml:space="preserve">[31:49] </w:t>
      </w:r>
      <w:r>
        <w:t>maulana jihad bhi to wahi hai na to aap kyun bolte hain aise jihad means inner struggle na jha</w:t>
      </w:r>
    </w:p>
    <w:p>
      <w:pPr>
        <w:jc w:val="right"/>
      </w:pPr>
      <w:r>
        <w:t>مولانا جہاد بھی تو وہی ہے نا تو اپ کیوں بولتے ہیں ایسے جہاد مینز انر سٹرگل نا جہ</w:t>
      </w:r>
    </w:p>
    <w:p>
      <w:r>
        <w:rPr>
          <w:b/>
        </w:rPr>
        <w:t xml:space="preserve">[31:59] </w:t>
      </w:r>
      <w:r>
        <w:t>had bhi use kar sakte hain is ke liye jo jihad word ask nadeem jihad ka lafz hai</w:t>
      </w:r>
    </w:p>
    <w:p>
      <w:pPr>
        <w:jc w:val="right"/>
      </w:pPr>
      <w:r>
        <w:t>اد بھی یوز کر سکتے ہیں اس کے لیے جو جہاد ورڈ اسک ندیم جہاد کا لفظ ہے</w:t>
      </w:r>
    </w:p>
    <w:p>
      <w:r>
        <w:rPr>
          <w:b/>
        </w:rPr>
        <w:t xml:space="preserve">[32:07] </w:t>
      </w:r>
      <w:r>
        <w:t>hmm wo logon ke yaani ghalat ideas ki wajah se confusion ho gaya jihad ko mani lete hain</w:t>
      </w:r>
    </w:p>
    <w:p>
      <w:pPr>
        <w:jc w:val="right"/>
      </w:pPr>
      <w:r>
        <w:t>ہمم وہ لوگوں کے یعنی غلط ائیڈیاز کی وجہ سے کنفیوژن ہو گیا جہاد کو معنی لیتے ہیں</w:t>
      </w:r>
    </w:p>
    <w:p>
      <w:r>
        <w:rPr>
          <w:b/>
        </w:rPr>
        <w:t xml:space="preserve">[32:14] </w:t>
      </w:r>
      <w:r>
        <w:t>ladna hmm talwar chalana aur bilkul ghalat hai wo jihad ke mani struggle hain hmm jihad ke mani</w:t>
      </w:r>
    </w:p>
    <w:p>
      <w:pPr>
        <w:jc w:val="right"/>
      </w:pPr>
      <w:r>
        <w:t>لڑنا ہمم تلوار چلانا اور بالکل غلط ہے وہ جہاد کے معنی اسٹرگل ہیں ہمم جہاد کے معنی</w:t>
      </w:r>
    </w:p>
    <w:p>
      <w:r>
        <w:rPr>
          <w:b/>
        </w:rPr>
        <w:t xml:space="preserve">[32:22] </w:t>
      </w:r>
      <w:r>
        <w:t>he struggle hain hmm jha</w:t>
      </w:r>
    </w:p>
    <w:p>
      <w:pPr>
        <w:jc w:val="right"/>
      </w:pPr>
      <w:r>
        <w:t>ہی اسٹرگل ہیں ہمم جہ</w:t>
      </w:r>
    </w:p>
    <w:p>
      <w:r>
        <w:rPr>
          <w:b/>
        </w:rPr>
        <w:t xml:space="preserve">[32:29] </w:t>
      </w:r>
      <w:r>
        <w:t>had ke mani struggle hain ladne se koi kuch koi taluq nahi acha maulana hamara ek zara ek</w:t>
      </w:r>
    </w:p>
    <w:p>
      <w:pPr>
        <w:jc w:val="right"/>
      </w:pPr>
      <w:r>
        <w:t>اد کے معنی اسٹرگل ہیں لڑنے سے کوئی کچھ کوئی تعلق نہیں اچھا مولانا ہمارا ایک ذرا ایک</w:t>
      </w:r>
    </w:p>
    <w:p>
      <w:r>
        <w:rPr>
          <w:b/>
        </w:rPr>
        <w:t xml:space="preserve">[32:36] </w:t>
      </w:r>
      <w:r>
        <w:t>aur question bhi hai aap hamesha kehte hain that islam islam is a deen fitrat ke islam to</w:t>
      </w:r>
    </w:p>
    <w:p>
      <w:pPr>
        <w:jc w:val="right"/>
      </w:pPr>
      <w:r>
        <w:t>اور کوئسچن بھی ہے اپ ہمیشہ کہتے ہیں دیٹ اسلام اسلام از ا دین فطرت کہ اسلام تو</w:t>
      </w:r>
    </w:p>
    <w:p>
      <w:r>
        <w:rPr>
          <w:b/>
        </w:rPr>
        <w:t xml:space="preserve">[32:42] </w:t>
      </w:r>
      <w:r>
        <w:t>maulana sahib jab deen fitrat hai jaise nabeed ne jo question kiya hai jab deen fitrat hai to</w:t>
      </w:r>
    </w:p>
    <w:p>
      <w:pPr>
        <w:jc w:val="right"/>
      </w:pPr>
      <w:r>
        <w:t>مولانا صاحب جب دین فطرت ہے جیسے نبید نے جو کوئسچن کیا ہے جب دین فطرت ہے تو</w:t>
      </w:r>
    </w:p>
    <w:p>
      <w:r>
        <w:rPr>
          <w:b/>
        </w:rPr>
        <w:t xml:space="preserve">[32:48] </w:t>
      </w:r>
      <w:r>
        <w:t>ye andar kyun chupa rehta hai ye bahar kyun nahi nikalta ye bahar kyun log relate nahi kar</w:t>
      </w:r>
    </w:p>
    <w:p>
      <w:pPr>
        <w:jc w:val="right"/>
      </w:pPr>
      <w:r>
        <w:t>یہ اندر کیوں چھپا رہتا ہے یہ باہر کیوں نہیں نکلتا یہ باہر کیوں لوگ ریلیٹ نہیں کر</w:t>
      </w:r>
    </w:p>
    <w:p>
      <w:r>
        <w:rPr>
          <w:b/>
        </w:rPr>
        <w:t xml:space="preserve">[32:55] </w:t>
      </w:r>
      <w:r>
        <w:t>pate is se kya kaha unhone</w:t>
      </w:r>
    </w:p>
    <w:p>
      <w:pPr>
        <w:jc w:val="right"/>
      </w:pPr>
      <w:r>
        <w:t>پاتے اس سے کیا کہا انہوں نے</w:t>
      </w:r>
    </w:p>
    <w:p>
      <w:r>
        <w:rPr>
          <w:b/>
        </w:rPr>
        <w:t xml:space="preserve">[33:01] </w:t>
      </w:r>
      <w:r>
        <w:t>maulana sahib kya kaha unhone maulana aap keh rahe hain na mein hum wahan se ate hain</w:t>
      </w:r>
    </w:p>
    <w:p>
      <w:pPr>
        <w:jc w:val="right"/>
      </w:pPr>
      <w:r>
        <w:t>مولانا صاحب کیا کہا انہوں نے مولانا اپ کہہ رہے ہیں نا میں ہم وہاں سے اتے ہیں</w:t>
      </w:r>
    </w:p>
    <w:p>
      <w:r>
        <w:rPr>
          <w:b/>
        </w:rPr>
        <w:t xml:space="preserve">[33:06] </w:t>
      </w:r>
      <w:r>
        <w:t>aap kehte hain ke islam jo hai woh deen-e-fitrat hai haan to hamara matlab hai jaise nabeed</w:t>
      </w:r>
    </w:p>
    <w:p>
      <w:pPr>
        <w:jc w:val="right"/>
      </w:pPr>
      <w:r>
        <w:t>اپ کہتے ہیں کہ اسلام جو ہے وہ دین فطرت ہے ہاں تو ہمارا مطلب ہے جیسے نبید</w:t>
      </w:r>
    </w:p>
    <w:p>
      <w:r>
        <w:rPr>
          <w:b/>
        </w:rPr>
        <w:t xml:space="preserve">[33:11] </w:t>
      </w:r>
      <w:r>
        <w:t>ne abhi question poocha ah to hamara ek question hai jab yeh deen-e-fitrat hai yeh andar hai</w:t>
      </w:r>
    </w:p>
    <w:p>
      <w:pPr>
        <w:jc w:val="right"/>
      </w:pPr>
      <w:r>
        <w:t>نے ابھی کوئسچن پوچھا اہ تو ہمارا ایک کوئسچن ہے جب یہ دین فطرت ہے یہ اندر ہے</w:t>
      </w:r>
    </w:p>
    <w:p>
      <w:r>
        <w:rPr>
          <w:b/>
        </w:rPr>
        <w:t xml:space="preserve">[33:16] </w:t>
      </w:r>
      <w:r>
        <w:t>to why is it that it appeals to some people and doesn't appeal to same one else o</w:t>
      </w:r>
    </w:p>
    <w:p>
      <w:pPr>
        <w:jc w:val="right"/>
      </w:pPr>
      <w:r>
        <w:t>تو وائی از اٹ دیٹ اٹ اپیلز ٹو سم پیپل اینڈ ڈزنٹ اپیل ٹو سیم ون ایلس او</w:t>
      </w:r>
    </w:p>
    <w:p>
      <w:r>
        <w:rPr>
          <w:b/>
        </w:rPr>
        <w:t xml:space="preserve">[33:21] </w:t>
      </w:r>
      <w:r>
        <w:t>ho abhi abhi is ko to hum ne ek hazar baar kaha hoga ab bataiye humein humein bataiye</w:t>
      </w:r>
    </w:p>
    <w:p>
      <w:pPr>
        <w:jc w:val="right"/>
      </w:pPr>
      <w:r>
        <w:t>ہو ابھی ابھی اس کو تو ہم نے ایک ہزار بار کہا ہوگا اب بتائیے ہمیں ہمیں بتائیے</w:t>
      </w:r>
    </w:p>
    <w:p>
      <w:r>
        <w:rPr>
          <w:b/>
        </w:rPr>
        <w:t xml:space="preserve">[33:26] </w:t>
      </w:r>
      <w:r>
        <w:t>dobara humein dobara bataiye maulana humein kisi se kisi</w:t>
      </w:r>
    </w:p>
    <w:p>
      <w:pPr>
        <w:jc w:val="right"/>
      </w:pPr>
      <w:r>
        <w:t>دوبارہ ہمیں دوبارہ بتائیے مولانا ہمیں کسی سے کسی</w:t>
      </w:r>
    </w:p>
    <w:p>
      <w:r>
        <w:rPr>
          <w:b/>
        </w:rPr>
        <w:t xml:space="preserve">[33:31] </w:t>
      </w:r>
      <w:r>
        <w:t>ne question kiya hai is tarah aap aap log jo hain kya karte hain distract hote rehte hain</w:t>
      </w:r>
    </w:p>
    <w:p>
      <w:pPr>
        <w:jc w:val="right"/>
      </w:pPr>
      <w:r>
        <w:t>نے کوئسچن کیا ہے اس طرح اپ اپ لوگ جو ہیں کیا کرتے ہیں ڈسٹریکٹ ہوتے رہتے ہیں</w:t>
      </w:r>
    </w:p>
    <w:p>
      <w:r>
        <w:rPr>
          <w:b/>
        </w:rPr>
        <w:t xml:space="preserve">[33:37] </w:t>
      </w:r>
      <w:r>
        <w:t>hmm mein distract nahi hota hmm saare logon ka case ek hi hai distract hona hmm har aadmi</w:t>
      </w:r>
    </w:p>
    <w:p>
      <w:pPr>
        <w:jc w:val="right"/>
      </w:pPr>
      <w:r>
        <w:t>ہمم میں ڈسٹریکٹ نہیں ہوتا ہمم سارے لوگوں کا کیس ایک ہی ہے ڈسٹریکٹ ہونا ہمم ہر ادمی</w:t>
      </w:r>
    </w:p>
    <w:p>
      <w:r>
        <w:rPr>
          <w:b/>
        </w:rPr>
        <w:t xml:space="preserve">[33:43] </w:t>
      </w:r>
      <w:r>
        <w:t>jis ko diya distract hota rehta hai maslan dekhiye mein ek misaal deta hoon haan yahin dilli mein</w:t>
      </w:r>
    </w:p>
    <w:p>
      <w:pPr>
        <w:jc w:val="right"/>
      </w:pPr>
      <w:r>
        <w:t>جس کو دیا ڈسٹریکٹ ہوتا رہتا ہے مثلا دیکھیں میں ایک مثال دیتا ہوں ہاں یہیں دلی میں</w:t>
      </w:r>
    </w:p>
    <w:p>
      <w:r>
        <w:rPr>
          <w:b/>
        </w:rPr>
        <w:t xml:space="preserve">[33:49] </w:t>
      </w:r>
      <w:r>
        <w:t>ek aalim thay ab un ka death ho gayi baqaida aalim thay madrase ke parhe gaye aur bahar</w:t>
      </w:r>
    </w:p>
    <w:p>
      <w:pPr>
        <w:jc w:val="right"/>
      </w:pPr>
      <w:r>
        <w:t>ایک عالم تھے اب ان کا ڈیتھ ہو گئی باقاعدہ عالم تھے مدرسے کے پڑھے گئے اور باہر</w:t>
      </w:r>
    </w:p>
    <w:p>
      <w:r>
        <w:rPr>
          <w:b/>
        </w:rPr>
        <w:t xml:space="preserve">[33:55] </w:t>
      </w:r>
      <w:r>
        <w:t>bhi parha tha unhon ne</w:t>
      </w:r>
    </w:p>
    <w:p>
      <w:pPr>
        <w:jc w:val="right"/>
      </w:pPr>
      <w:r>
        <w:t>بھی پڑھا تھا انہوں نے</w:t>
      </w:r>
    </w:p>
    <w:p>
      <w:r>
        <w:rPr>
          <w:b/>
        </w:rPr>
        <w:t xml:space="preserve">[34:01] </w:t>
      </w:r>
      <w:r>
        <w:t>to mein ne ek article likha tha ijtihad par hmm mein sochta tha kisi achhe aalim se mein</w:t>
      </w:r>
    </w:p>
    <w:p>
      <w:pPr>
        <w:jc w:val="right"/>
      </w:pPr>
      <w:r>
        <w:t>تو میں نے ایک ارٹیکل لکھا تھا اجتہاد پر ہمم میں سوچتا تھا کسی اچھے عالم سے میں</w:t>
      </w:r>
    </w:p>
    <w:p>
      <w:r>
        <w:rPr>
          <w:b/>
        </w:rPr>
        <w:t xml:space="preserve">[34:09] </w:t>
      </w:r>
      <w:r>
        <w:t>is par discuss karoon kisi achhe aalim se discuss karoon to un se appointment le kar baqaida mein</w:t>
      </w:r>
    </w:p>
    <w:p>
      <w:pPr>
        <w:jc w:val="right"/>
      </w:pPr>
      <w:r>
        <w:t>اس پر ڈسکس کروں کسی اچھے عالم سے ڈسکس کروں تو ان سے اپوائنٹمنٹ لے کر باقاعدہ میں</w:t>
      </w:r>
    </w:p>
    <w:p>
      <w:r>
        <w:rPr>
          <w:b/>
        </w:rPr>
        <w:t xml:space="preserve">[34:16] </w:t>
      </w:r>
      <w:r>
        <w:t>un ke ghar gaya yahin dilli mein rehte thay woh to ab mein gaya tha appointment le kar</w:t>
      </w:r>
    </w:p>
    <w:p>
      <w:pPr>
        <w:jc w:val="right"/>
      </w:pPr>
      <w:r>
        <w:t>ان کے گھر گیا یہیں دلی میں رہتے تھے وہ تو اب میں گیا تھا اپوائنٹمنٹ لے کر</w:t>
      </w:r>
    </w:p>
    <w:p>
      <w:r>
        <w:rPr>
          <w:b/>
        </w:rPr>
        <w:t xml:space="preserve">[34:24] </w:t>
      </w:r>
      <w:r>
        <w:t>ek bahut hi yaani si si</w:t>
      </w:r>
    </w:p>
    <w:p>
      <w:pPr>
        <w:jc w:val="right"/>
      </w:pPr>
      <w:r>
        <w:t>ایک بہت ہی یعنی سی سی</w:t>
      </w:r>
    </w:p>
    <w:p>
      <w:r>
        <w:rPr>
          <w:b/>
        </w:rPr>
        <w:t xml:space="preserve">[34:31] </w:t>
      </w:r>
      <w:r>
        <w:t>rese issue par discuss karne ke liye ijtihad ijtihad islam mein lekin hua kya un ke ek kamre</w:t>
      </w:r>
    </w:p>
    <w:p>
      <w:pPr>
        <w:jc w:val="right"/>
      </w:pPr>
      <w:r>
        <w:t>ریس ایشو پر ڈسکس کرنے کے لیے اجتہاد اجتہاد اسلام میں لیکن ہوا کیا ان کے ایک کمرے</w:t>
      </w:r>
    </w:p>
    <w:p>
      <w:r>
        <w:rPr>
          <w:b/>
        </w:rPr>
        <w:t xml:space="preserve">[34:39] </w:t>
      </w:r>
      <w:r>
        <w:t>mein hmm aur woh baithe thay jab hum baithe thay to sirf mein tha woh thay kuch der</w:t>
      </w:r>
    </w:p>
    <w:p>
      <w:pPr>
        <w:jc w:val="right"/>
      </w:pPr>
      <w:r>
        <w:t>میں ہم اور وہ بیٹھے تھے جب ہم بیٹھے تھے تو صرف میں تھا وہ تھے کچھ دیر</w:t>
      </w:r>
    </w:p>
    <w:p>
      <w:r>
        <w:rPr>
          <w:b/>
        </w:rPr>
        <w:t xml:space="preserve">[34:46] </w:t>
      </w:r>
      <w:r>
        <w:t>ke baad un ka bachcha itna bada tha woh aa gaya to woh foran kya kiya unhon ne yahan</w:t>
      </w:r>
    </w:p>
    <w:p>
      <w:pPr>
        <w:jc w:val="right"/>
      </w:pPr>
      <w:r>
        <w:t>کے بعد ان کا بچہ اتنا بڑا تھا وہ اگیا تو وہ فورا کیا کیا انہوں نے یہاں</w:t>
      </w:r>
    </w:p>
    <w:p>
      <w:r>
        <w:rPr>
          <w:b/>
        </w:rPr>
        <w:t xml:space="preserve">[34:54] </w:t>
      </w:r>
      <w:r>
        <w:t>is ko bitha liya aap ko utha ke yahan bitha liya ab woh idhar yaani baar</w:t>
      </w:r>
    </w:p>
    <w:p>
      <w:pPr>
        <w:jc w:val="right"/>
      </w:pPr>
      <w:r>
        <w:t>اس کو بٹھا لیا اپ کو اٹھا کے یہاں بٹھا لیا اب وہ ادھر یعنی بار</w:t>
      </w:r>
    </w:p>
    <w:p>
      <w:r>
        <w:rPr>
          <w:b/>
        </w:rPr>
        <w:t xml:space="preserve">[35:01] </w:t>
      </w:r>
      <w:r>
        <w:t>baar idhar mutawajjah ho rahe thay ab is ki tawajjah divert ho gayi sab isi qissa yaad rakhiye</w:t>
      </w:r>
    </w:p>
    <w:p>
      <w:pPr>
        <w:jc w:val="right"/>
      </w:pPr>
      <w:r>
        <w:t>بار ادھر متوجہ ہو رہے تھے اب اس کی توجہ ڈائیورٹ ہو گئی سب اسی قصہ یاد رکھیے</w:t>
      </w:r>
    </w:p>
    <w:p>
      <w:r>
        <w:rPr>
          <w:b/>
        </w:rPr>
        <w:t xml:space="preserve">[35:09] </w:t>
      </w:r>
      <w:r>
        <w:t>khaas tor par jinka kahin beta paida ho jaye woh to samjhenge source of distraction hi</w:t>
      </w:r>
    </w:p>
    <w:p>
      <w:pPr>
        <w:jc w:val="right"/>
      </w:pPr>
      <w:r>
        <w:t>خاص طور پر جن کا کہیں بیٹا پیدا ہو جائے وہ تو سمجھیں گے سورس اف ڈسٹریکشن ہی</w:t>
      </w:r>
    </w:p>
    <w:p>
      <w:r>
        <w:rPr>
          <w:b/>
        </w:rPr>
        <w:t xml:space="preserve">[35:17] </w:t>
      </w:r>
      <w:r>
        <w:t>hota hai jab bhi mein kisi ke paas jaata hoon baat karne ke liye aur us ka ek</w:t>
      </w:r>
    </w:p>
    <w:p>
      <w:pPr>
        <w:jc w:val="right"/>
      </w:pPr>
      <w:r>
        <w:t>ہوتا ہے جب بھی میں کسی کے پاس جاتا ہوں بات کرنے کے لیے اور اس کا ایک</w:t>
      </w:r>
    </w:p>
    <w:p>
      <w:r>
        <w:rPr>
          <w:b/>
        </w:rPr>
        <w:t xml:space="preserve">[35:25] </w:t>
      </w:r>
      <w:r>
        <w:t>beta hai to 50 percent rehta hai aadha meri taraf aadha us ki taraf</w:t>
      </w:r>
    </w:p>
    <w:p>
      <w:pPr>
        <w:jc w:val="right"/>
      </w:pPr>
      <w:r>
        <w:t>بیٹا ہے تو 50 پرسنٹ رہتا ہے ادھا میری طرف ادھا اس کی طرف</w:t>
      </w:r>
    </w:p>
    <w:p>
      <w:r>
        <w:rPr>
          <w:b/>
        </w:rPr>
        <w:t xml:space="preserve">[35:32] </w:t>
      </w:r>
      <w:r>
        <w:t>to baharhal har aadmi ka main allah ke fazl se distract hota hi nahi chahe beta ho ya beti ho maslan main aap ko bata doon ke main ek bar yahan baitha hua tha meri biwi yahan thi idhar bachcha baith soya hua tha phir wo jug gaya to laga bachche rote hain uth kar ke to laga rone to biwi kehti hain are bhooka</w:t>
      </w:r>
    </w:p>
    <w:p>
      <w:pPr>
        <w:jc w:val="right"/>
      </w:pPr>
      <w:r>
        <w:t>تو بہرحال ہر ادمی کا میں اللہ کے فضل سے ڈسٹریکٹ ہوتا ہی نہیں چاہے بیٹا ہو یا بیٹی ہو مثلا میں اپ کو بتا دوں کہ میں ایک بار یہاں بیٹھا ہوا تھا میری بیوی یہاں تھی ادھر بچہ بیٹھ سویا ہوا تھا پھر وہ جگ گیا تو لگا بچے روتے ہیں اٹھ کر کے تو لگا رونے تو بیوی کہتی ہیں ارے بھوکا</w:t>
      </w:r>
    </w:p>
    <w:p>
      <w:r>
        <w:rPr>
          <w:b/>
        </w:rPr>
        <w:t xml:space="preserve">[36:02] </w:t>
      </w:r>
      <w:r>
        <w:t>hoga bhooka hoga daudne lage idhar jaane ke liye daude unhon ne kaha baitho mar nahi jayega</w:t>
      </w:r>
    </w:p>
    <w:p>
      <w:pPr>
        <w:jc w:val="right"/>
      </w:pPr>
      <w:r>
        <w:t>ہوگا بھوکا ہوگا دوڑنے لگے ادھر جانے کے لیے دوڑے انہوں نے کہا بیٹھو مر نہیں جائے گا</w:t>
      </w:r>
    </w:p>
    <w:p>
      <w:r>
        <w:rPr>
          <w:b/>
        </w:rPr>
        <w:t xml:space="preserve">[36:08] </w:t>
      </w:r>
      <w:r>
        <w:t>mujhe bataiye ke aap ya koi shakhs ne kabhi yeh sentence bola hai nahi ke baitho mar nahi</w:t>
      </w:r>
    </w:p>
    <w:p>
      <w:pPr>
        <w:jc w:val="right"/>
      </w:pPr>
      <w:r>
        <w:t>مجھے بتائیے کہ اپ یا کوئی شخص نے کبھی یہ سینٹنس بولا ہے نہیں کہ بیٹھو مر نہیں</w:t>
      </w:r>
    </w:p>
    <w:p>
      <w:r>
        <w:rPr>
          <w:b/>
        </w:rPr>
        <w:t xml:space="preserve">[36:14] </w:t>
      </w:r>
      <w:r>
        <w:t>jayega hain nahi is tarah se mein ne apne ko trained kiya hai hmm mister dugwa ji</w:t>
      </w:r>
    </w:p>
    <w:p>
      <w:pPr>
        <w:jc w:val="right"/>
      </w:pPr>
      <w:r>
        <w:t>جائے گا ہیں نہیں اس طریقے سے میں نے اپنے کو ٹرینڈ کیا ہے ہمم مسٹر ڈگوا جی</w:t>
      </w:r>
    </w:p>
    <w:p>
      <w:r>
        <w:rPr>
          <w:b/>
        </w:rPr>
        <w:t xml:space="preserve">[36:20] </w:t>
      </w:r>
      <w:r>
        <w:t>molana ap bataiye kisi ko suna hai ap ne kisi ko nahi suna baitho mar nahi jaye ga</w:t>
      </w:r>
    </w:p>
    <w:p>
      <w:pPr>
        <w:jc w:val="right"/>
      </w:pPr>
      <w:r>
        <w:t>مولانا اپ بتائیے کسی کو سنا ہے اپ نے کسی کو نہیں سنا بیٹھو مر نہیں جائے گا</w:t>
      </w:r>
    </w:p>
    <w:p>
      <w:r>
        <w:rPr>
          <w:b/>
        </w:rPr>
        <w:t xml:space="preserve">[36:26] </w:t>
      </w:r>
      <w:r>
        <w:t>kisi ko nahi aise suna haan yahi da</w:t>
      </w:r>
    </w:p>
    <w:p>
      <w:pPr>
        <w:jc w:val="right"/>
      </w:pPr>
      <w:r>
        <w:t>کسی کو نہیں ایسے سنا ہاں یہی ڈ</w:t>
      </w:r>
    </w:p>
    <w:p>
      <w:r>
        <w:rPr>
          <w:b/>
        </w:rPr>
        <w:t xml:space="preserve">[36:32] </w:t>
      </w:r>
      <w:r>
        <w:t>struction log bachate nahi aap log distance mein kiya karoon bhai bachate nahi to main kiya karoon assalam o alaikum warahmatullah actually my name is khan a</w:t>
      </w:r>
    </w:p>
    <w:p>
      <w:pPr>
        <w:jc w:val="right"/>
      </w:pPr>
      <w:r>
        <w:t>سٹریکشن لوگ بچاتے نہیں اپ لوگ ڈسٹنس میں کیا کروں بھئی بچاتے نہیں تو میں کیا کروں السلام علیکم ورحمۃ اللہ ایکچولی مائی نیم از خان ع</w:t>
      </w:r>
    </w:p>
    <w:p>
      <w:r>
        <w:rPr>
          <w:b/>
        </w:rPr>
        <w:t xml:space="preserve">[37:02] </w:t>
      </w:r>
      <w:r>
        <w:t>adal i am from jamon and kashmir to main aj ah yahan par ap ke sath mulakat karne</w:t>
      </w:r>
    </w:p>
    <w:p>
      <w:pPr>
        <w:jc w:val="right"/>
      </w:pPr>
      <w:r>
        <w:t>ادل ائی ایم فرام جموں اینڈ کشمیر تو میں اج اہ یہاں پر اپ کے ساتھ ملاقات کرنے</w:t>
      </w:r>
    </w:p>
    <w:p>
      <w:r>
        <w:rPr>
          <w:b/>
        </w:rPr>
        <w:t xml:space="preserve">[37:09] </w:t>
      </w:r>
      <w:r>
        <w:t>ke liye aya to mujhe neechay aik ah bhai mila unhon ne kaha ke aj yahan par aik</w:t>
      </w:r>
    </w:p>
    <w:p>
      <w:pPr>
        <w:jc w:val="right"/>
      </w:pPr>
      <w:r>
        <w:t>کے لیے ایا تو مجھے نیچے ایک اہ بھائی ملا انہوں نے کہا کہ اج یہاں پر ایک</w:t>
      </w:r>
    </w:p>
    <w:p>
      <w:r>
        <w:rPr>
          <w:b/>
        </w:rPr>
        <w:t xml:space="preserve">[37:15] </w:t>
      </w:r>
      <w:r>
        <w:t>program hai to main us time se le kar us time tak intazar karta raha aur mera yahan</w:t>
      </w:r>
    </w:p>
    <w:p>
      <w:pPr>
        <w:jc w:val="right"/>
      </w:pPr>
      <w:r>
        <w:t>پروگرام ہے تو میں اس ٹائم سے لے کر اس ٹائم تک انتظار کرتا رہا اور میرا یہاں</w:t>
      </w:r>
    </w:p>
    <w:p>
      <w:r>
        <w:rPr>
          <w:b/>
        </w:rPr>
        <w:t xml:space="preserve">[37:21] </w:t>
      </w:r>
      <w:r>
        <w:t>question thora sa different hai lekin ap ne abhi bataya is sahib ko ke three do nafs hain</w:t>
      </w:r>
    </w:p>
    <w:p>
      <w:pPr>
        <w:jc w:val="right"/>
      </w:pPr>
      <w:r>
        <w:t>کوئسچن تھوڑا سا ڈفرنٹ ہے لیکن اپ نے ابھی بتایا اس صاحب کو کہ تھری دو نفس ہیں</w:t>
      </w:r>
    </w:p>
    <w:p>
      <w:r>
        <w:rPr>
          <w:b/>
        </w:rPr>
        <w:t xml:space="preserve">[37:27] </w:t>
      </w:r>
      <w:r>
        <w:t>jabke shayad mere hisab se</w:t>
      </w:r>
    </w:p>
    <w:p>
      <w:pPr>
        <w:jc w:val="right"/>
      </w:pPr>
      <w:r>
        <w:t>جبکہ شاید میرے حساب سے</w:t>
      </w:r>
    </w:p>
    <w:p>
      <w:r>
        <w:rPr>
          <w:b/>
        </w:rPr>
        <w:t xml:space="preserve">[37:33] </w:t>
      </w:r>
      <w:r>
        <w:t>as per surah yusuf mein there are matlab three nafs hain nafs amara nafs lawama and nafs mutmainna and aap ne jo ye kaha ke nafs amara par matlab jis ko hum kehte hain id ego and super ego aap ne jo kaha ke agar nafs amara par control kare koi to tab ja ke wo allah taala us ko kamyabi ata kare yahi kehne ka aap ka matlab hai sir yani ke jo nafs law amara par kon</w:t>
      </w:r>
    </w:p>
    <w:p>
      <w:pPr>
        <w:jc w:val="right"/>
      </w:pPr>
      <w:r>
        <w:t>ایز پر سورہ اس یوسف میں دیر ار مطلب تھری نفس ہیں نفس امارہ نفس لوامہ اینڈ نفس مطمئن اور اپ نے جو یہ کہا کہ نفس امارہ پر مطلب جس کو ہم کہتے ہیں اد ایگو اینڈ سپر ایگو اپ نے جو کہا کہ اگر نفس امارہ پر کنٹرول کرے کوئی تو تب جا کے وہ اللہ تعالی اس کو کامیابی عطا کرے یہی کہنے کا اپ کا مطلب ہے سر یعنی کہ جو نفس لو امارہ پر کن</w:t>
      </w:r>
    </w:p>
    <w:p>
      <w:r>
        <w:rPr>
          <w:b/>
        </w:rPr>
        <w:t xml:space="preserve">[38:03] </w:t>
      </w:r>
      <w:r>
        <w:t>control kare nafs amara par ad us ko hum ad bolte hain to agar hum is par waqai</w:t>
      </w:r>
    </w:p>
    <w:p>
      <w:pPr>
        <w:jc w:val="right"/>
      </w:pPr>
      <w:r>
        <w:t>ٹرول کرے نفس امارہ پر اد اس کو ہم اد بولتے ہیں تو اگر ہم اس پر واقعی</w:t>
      </w:r>
    </w:p>
    <w:p>
      <w:r>
        <w:rPr>
          <w:b/>
        </w:rPr>
        <w:t xml:space="preserve">[38:09] </w:t>
      </w:r>
      <w:r>
        <w:t>control karein tabhi ja ke allah taala matlab is ke baad nafs lawama and third one is nafs</w:t>
      </w:r>
    </w:p>
    <w:p>
      <w:pPr>
        <w:jc w:val="right"/>
      </w:pPr>
      <w:r>
        <w:t>کنٹرول کریں تبھی جا کے اللہ تعالی مطلب اس کے بعد نفس لوامہ اینڈ تھرڈ ون از نفس</w:t>
      </w:r>
    </w:p>
    <w:p>
      <w:r>
        <w:rPr>
          <w:b/>
        </w:rPr>
        <w:t xml:space="preserve">[38:15] </w:t>
      </w:r>
      <w:r>
        <w:t>mutmain to allah taala hamein matlab wo bulandi tak pohanchaye agar hum nafs amara par control karein dekhiye</w:t>
      </w:r>
    </w:p>
    <w:p>
      <w:pPr>
        <w:jc w:val="right"/>
      </w:pPr>
      <w:r>
        <w:t>مطمئن تو اللہ تعالی ہمیں مطلب وہ بلندی تک پہنچائے اگر ہم نفس امارہ پر کنٹرول کریں دیکھیے</w:t>
      </w:r>
    </w:p>
    <w:p>
      <w:r>
        <w:rPr>
          <w:b/>
        </w:rPr>
        <w:t xml:space="preserve">[38:21] </w:t>
      </w:r>
      <w:r>
        <w:t>pehli baat to yeh hai ke ap yeh janiye is baat ko ke discussion mein agar admi do</w:t>
      </w:r>
    </w:p>
    <w:p>
      <w:pPr>
        <w:jc w:val="right"/>
      </w:pPr>
      <w:r>
        <w:t>پہلی بات تو یہ ہے کہ اپ یہ جانیے اس بات کو کہ ڈسکشن میں اگر ادمی دو</w:t>
      </w:r>
    </w:p>
    <w:p>
      <w:r>
        <w:rPr>
          <w:b/>
        </w:rPr>
        <w:t xml:space="preserve">[38:27] </w:t>
      </w:r>
      <w:r>
        <w:t>kahe to teen murad hota hai kyunke sari dunya janti hai ke</w:t>
      </w:r>
    </w:p>
    <w:p>
      <w:pPr>
        <w:jc w:val="right"/>
      </w:pPr>
      <w:r>
        <w:t>کہے تو تین مراد ہوتا ہے کیونکہ ساری دنیا جانتی ہے کہ</w:t>
      </w:r>
    </w:p>
    <w:p>
      <w:r>
        <w:rPr>
          <w:b/>
        </w:rPr>
        <w:t xml:space="preserve">[38:33] </w:t>
      </w:r>
      <w:r>
        <w:t>quran mein teen lafz hain lekin yahan chunchke discussion discussion tha jin do ke beech mein to hum</w:t>
      </w:r>
    </w:p>
    <w:p>
      <w:pPr>
        <w:jc w:val="right"/>
      </w:pPr>
      <w:r>
        <w:t>قران میں تین لفظ ہیں لیکن یہاں چونکہ ڈسکشن ڈسکشن تھا جن دو کے بیچ میں تو ہم</w:t>
      </w:r>
    </w:p>
    <w:p>
      <w:r>
        <w:rPr>
          <w:b/>
        </w:rPr>
        <w:t xml:space="preserve">[38:41] </w:t>
      </w:r>
      <w:r>
        <w:t>ne do ko rok diya wo apne aap samajh samajh samajhna chahiye ap ko ke wo teen to</w:t>
      </w:r>
    </w:p>
    <w:p>
      <w:pPr>
        <w:jc w:val="right"/>
      </w:pPr>
      <w:r>
        <w:t>نے دو کو روک دیا وہ اپنے اپ سمجھ سمجھ سمجھنا چاہیے اپ کو کہ وہ تین تو</w:t>
      </w:r>
    </w:p>
    <w:p>
      <w:r>
        <w:rPr>
          <w:b/>
        </w:rPr>
        <w:t xml:space="preserve">[38:49] </w:t>
      </w:r>
      <w:r>
        <w:t>murad hi hai lekin chunchke discuss ho raha tha us waqt jis pehlu ke is pehlu ke lihaz</w:t>
      </w:r>
    </w:p>
    <w:p>
      <w:pPr>
        <w:jc w:val="right"/>
      </w:pPr>
      <w:r>
        <w:t>مراد ہی ہے لیکن چونکہ ڈسکس ہو رہا تھا اس وقت جس پہلو کے اس پہلو کے لحاظ</w:t>
      </w:r>
    </w:p>
    <w:p>
      <w:r>
        <w:rPr>
          <w:b/>
        </w:rPr>
        <w:t xml:space="preserve">[38:57] </w:t>
      </w:r>
      <w:r>
        <w:t>se hum ne is ko hawala diya baqi ap ne jo baat kahi hai theek kahi theek hai</w:t>
      </w:r>
    </w:p>
    <w:p>
      <w:pPr>
        <w:jc w:val="right"/>
      </w:pPr>
      <w:r>
        <w:t>سے ہم نے اس کو حوالہ دیا باقی اپ نے جو بات کہی ہے ٹھیک کہی ٹھیک ہے</w:t>
      </w:r>
    </w:p>
    <w:p>
      <w:r>
        <w:rPr>
          <w:b/>
        </w:rPr>
        <w:t xml:space="preserve">[39:04] </w:t>
      </w:r>
      <w:r>
        <w:t>molana ka dosra question tha ke kya ego ko control karne se hi wo kamyabi mile gi success</w:t>
      </w:r>
    </w:p>
    <w:p>
      <w:pPr>
        <w:jc w:val="right"/>
      </w:pPr>
      <w:r>
        <w:t>مولانا کا دوسرا کوئسچن تھا کہ کیا ایگو کو کنٹرول کرنے سے ہی وہ کامیابی ملے گی سکسیس</w:t>
      </w:r>
    </w:p>
    <w:p>
      <w:r>
        <w:rPr>
          <w:b/>
        </w:rPr>
        <w:t xml:space="preserve">[39:12] </w:t>
      </w:r>
      <w:r>
        <w:t>mile ga sahi hai sara mamla ego hi ka hai kashmir mein ap log lad rahe hain ego</w:t>
      </w:r>
    </w:p>
    <w:p>
      <w:pPr>
        <w:jc w:val="right"/>
      </w:pPr>
      <w:r>
        <w:t>ملے گا صحیح ہے سارا معاملہ ایگو ہی کا ہے کشمیر میں اپ لوگ لڑ رہے ہیں ایگو</w:t>
      </w:r>
    </w:p>
    <w:p>
      <w:r>
        <w:rPr>
          <w:b/>
        </w:rPr>
        <w:t xml:space="preserve">[39:20] </w:t>
      </w:r>
      <w:r>
        <w:t>ke liye lad rahe hain aur kya hai sari kharabiyan jo hain yeh aur un ki origin ego</w:t>
      </w:r>
    </w:p>
    <w:p>
      <w:pPr>
        <w:jc w:val="right"/>
      </w:pPr>
      <w:r>
        <w:t>کے لیے لڑ رہے ہیں اور کیا ہے ساری خرابیاں جو ہیں یہ اور ان کی اوریجن ایگو</w:t>
      </w:r>
    </w:p>
    <w:p>
      <w:r>
        <w:rPr>
          <w:b/>
        </w:rPr>
        <w:t xml:space="preserve">[39:28] </w:t>
      </w:r>
      <w:r>
        <w:t>hoti hai second walar first walar sab is ki origin jo thi ego hoti hai</w:t>
      </w:r>
    </w:p>
    <w:p>
      <w:pPr>
        <w:jc w:val="right"/>
      </w:pPr>
      <w:r>
        <w:t>ہوتی ہے سیکنڈ ولوار فرسٹ ولوار سب اس کی اوریجن جو تھی ایگو ہوتی ہے</w:t>
      </w:r>
    </w:p>
    <w:p>
      <w:r>
        <w:rPr>
          <w:b/>
        </w:rPr>
        <w:t xml:space="preserve">[39:36] </w:t>
      </w:r>
      <w:r>
        <w:t>yeh to sahi hai is mein koi shakk hi nahi isi liye sabr par sab se zyada sawab</w:t>
      </w:r>
    </w:p>
    <w:p>
      <w:pPr>
        <w:jc w:val="right"/>
      </w:pPr>
      <w:r>
        <w:t>یہ تو صحیح ہے اس میں کوئی شک ہی نہیں اسی لیے صبر پر سب سے زیادہ ثواب</w:t>
      </w:r>
    </w:p>
    <w:p>
      <w:r>
        <w:rPr>
          <w:b/>
        </w:rPr>
        <w:t xml:space="preserve">[39:44] </w:t>
      </w:r>
      <w:r>
        <w:t>bataya gaya hai quran mein inma your first sabr rajarham baghair hisab sirf sabr par kyunke sabr karne</w:t>
      </w:r>
    </w:p>
    <w:p>
      <w:pPr>
        <w:jc w:val="right"/>
      </w:pPr>
      <w:r>
        <w:t>بتایا گیا ہے قران میں انما یور فرسٹ صبر راجرہم بغیر حساب صرف صبر پر کیونکہ صبر کرنے</w:t>
      </w:r>
    </w:p>
    <w:p>
      <w:r>
        <w:rPr>
          <w:b/>
        </w:rPr>
        <w:t xml:space="preserve">[39:51] </w:t>
      </w:r>
      <w:r>
        <w:t>wala apne nafs amara ko control karta hai dada aik question aur comment hai sajid anwar sahib ka</w:t>
      </w:r>
    </w:p>
    <w:p>
      <w:pPr>
        <w:jc w:val="right"/>
      </w:pPr>
      <w:r>
        <w:t>والا اپنے نفس امارہ کو کنٹرول کرتا ہے دادا ایک کوئسچن اور کمنٹ ہے ساجد انور صاحب کا</w:t>
      </w:r>
    </w:p>
    <w:p>
      <w:r>
        <w:rPr>
          <w:b/>
        </w:rPr>
        <w:t xml:space="preserve">[39:59] </w:t>
      </w:r>
      <w:r>
        <w:t>بمبے سے مولانا it was first time that I did</w:t>
      </w:r>
    </w:p>
    <w:p>
      <w:pPr>
        <w:jc w:val="right"/>
      </w:pPr>
      <w:r>
        <w:t>بمبے سے مولانا اٹ واز فرسٹ ٹائم دیٹ ائی ڈ</w:t>
      </w:r>
    </w:p>
    <w:p>
      <w:r>
        <w:rPr>
          <w:b/>
        </w:rPr>
        <w:t xml:space="preserve">[40:06] </w:t>
      </w:r>
      <w:r>
        <w:t>scored that inner struggle is the sign of our spiritual health my question is how to continue this struggle uninterrupted while we are always occupied with so much worldly attractions and distractions dekhiye aaj ka qissa batata hoon main aap ko aaj mujh se koi admi milne ke liye aya to logon ki adat hai baat ko samjhe baghair katna katna to ko</w:t>
      </w:r>
    </w:p>
    <w:p>
      <w:pPr>
        <w:jc w:val="right"/>
      </w:pPr>
      <w:r>
        <w:t>سکورڈ دیٹ انر سٹرگل از دا سائن اف اور سپریچول ہیلتھ مائی کوئسچن از ہاؤ ٹو کنٹینیو دس سٹرگل ان انٹرپٹڈ وائل وی ار الویز اکوپائیڈ ود سو مچ ورلڈلی اٹریکشنز اینڈ ڈسٹریکشنز دیکھیں اج کا قصہ بتاتا ہوں میں اپ کو اج مجھ سے کوئی ادمی ملنے کے لیے ایا تو لوگوں کی عادت ہے بات کو سمجھے بغیر کاٹنا کاٹنا تو کو</w:t>
      </w:r>
    </w:p>
    <w:p>
      <w:r>
        <w:rPr>
          <w:b/>
        </w:rPr>
        <w:t xml:space="preserve">[40:36] </w:t>
      </w:r>
      <w:r>
        <w:t>i point mein discuss elaborate kar raha tha to khwamkhwah kaata aur kaat kar ke jo baat kahi</w:t>
      </w:r>
    </w:p>
    <w:p>
      <w:pPr>
        <w:jc w:val="right"/>
      </w:pPr>
      <w:r>
        <w:t>ئی پوائنٹ میں ڈسکس الیبریٹ کر رہا تھا تو خوامخواہ کاٹا اور کاٹ کر کے جو بات کہی</w:t>
      </w:r>
    </w:p>
    <w:p>
      <w:r>
        <w:rPr>
          <w:b/>
        </w:rPr>
        <w:t xml:space="preserve">[40:44] </w:t>
      </w:r>
      <w:r>
        <w:t>wo bilkul absurd baat thi to aise mauqe pe jante hain kya hota hai main foran react</w:t>
      </w:r>
    </w:p>
    <w:p>
      <w:pPr>
        <w:jc w:val="right"/>
      </w:pPr>
      <w:r>
        <w:t>وہ بالکل ایبسرٹ بات تھی تو ایسے موقع پہ جانتے ہیں کیا ہوتا ہے میں فورا ری ایکٹ</w:t>
      </w:r>
    </w:p>
    <w:p>
      <w:r>
        <w:rPr>
          <w:b/>
        </w:rPr>
        <w:t xml:space="preserve">[40:52] </w:t>
      </w:r>
      <w:r>
        <w:t>nahi karta sochta hu ke agar mai dobara apne point ko isko samjhane ki koshish karu to</w:t>
      </w:r>
    </w:p>
    <w:p>
      <w:pPr>
        <w:jc w:val="right"/>
      </w:pPr>
      <w:r>
        <w:t>نہیں کرتا سوچتا ہوں کہ اگر میں دوبارہ اپنے پوائنٹ کو اس کو سمجھانے کی کوشش کروں تو</w:t>
      </w:r>
    </w:p>
    <w:p>
      <w:r>
        <w:rPr>
          <w:b/>
        </w:rPr>
        <w:t xml:space="preserve">[40:59] </w:t>
      </w:r>
      <w:r>
        <w:t>kya pakdega ye to agar mera assessment ye hota ke</w:t>
      </w:r>
    </w:p>
    <w:p>
      <w:pPr>
        <w:jc w:val="right"/>
      </w:pPr>
      <w:r>
        <w:t>کیا پکڑے گا یہ تو اگر میرا اسیسمنٹ یہ ہوتا کہ</w:t>
      </w:r>
    </w:p>
    <w:p>
      <w:r>
        <w:rPr>
          <w:b/>
        </w:rPr>
        <w:t xml:space="preserve">[41:07] </w:t>
      </w:r>
      <w:r>
        <w:t>nahi pakdega to mai chup ho jata hu ya haar maan leta hu aaj bhi yahi hua</w:t>
      </w:r>
    </w:p>
    <w:p>
      <w:pPr>
        <w:jc w:val="right"/>
      </w:pPr>
      <w:r>
        <w:t>نہیں پکڑے گا تو میں چپ ہو جاتا ہوں یا ہار مان لیتا ہوں اج بھی یہی ہوا</w:t>
      </w:r>
    </w:p>
    <w:p>
      <w:r>
        <w:rPr>
          <w:b/>
        </w:rPr>
        <w:t xml:space="preserve">[41:14] </w:t>
      </w:r>
      <w:r>
        <w:t>kyunki iska lehja batata hai ke iska lehja batata hai ke wo pakadne wala nahi tha</w:t>
      </w:r>
    </w:p>
    <w:p>
      <w:pPr>
        <w:jc w:val="right"/>
      </w:pPr>
      <w:r>
        <w:t>کیونکہ اس کا لہجہ بتاتا ہے کہ اس کا لہجہ بتاتا ہے کہ وہ پکڑنے والا نہیں تھا</w:t>
      </w:r>
    </w:p>
    <w:p>
      <w:r>
        <w:rPr>
          <w:b/>
        </w:rPr>
        <w:t xml:space="preserve">[41:22] </w:t>
      </w:r>
      <w:r>
        <w:t>mai mai majeed general aadmi tha iska ek qissa aap ko batata hu dilchasp bhopal me ek</w:t>
      </w:r>
    </w:p>
    <w:p>
      <w:pPr>
        <w:jc w:val="right"/>
      </w:pPr>
      <w:r>
        <w:t>میں میں مجید جنرل ادمی تھا اس کا ایک قصہ اپ کو بتاتا ہوں دلچسپ بھوپال میں ایک</w:t>
      </w:r>
    </w:p>
    <w:p>
      <w:r>
        <w:rPr>
          <w:b/>
        </w:rPr>
        <w:t xml:space="preserve">[41:29] </w:t>
      </w:r>
      <w:r>
        <w:t>buzurg the bhopal me unka death ho gayi hai bahut achhe aadmi the wo peer saeed bhai ke walid</w:t>
      </w:r>
    </w:p>
    <w:p>
      <w:pPr>
        <w:jc w:val="right"/>
      </w:pPr>
      <w:r>
        <w:t>بزرگ تھے بھوپال میں ان کا ڈیتھ ہو گئی ہے بہت اچھے ادمی تھے وہ پیر سعید بھائی کے والد</w:t>
      </w:r>
    </w:p>
    <w:p>
      <w:r>
        <w:rPr>
          <w:b/>
        </w:rPr>
        <w:t xml:space="preserve">[41:37] </w:t>
      </w:r>
      <w:r>
        <w:t>hain unke walid unke walid to ek aadmi unke haan milne aate the aur use</w:t>
      </w:r>
    </w:p>
    <w:p>
      <w:pPr>
        <w:jc w:val="right"/>
      </w:pPr>
      <w:r>
        <w:t>ہیں ان کے والد ان کے والد تو ایک ادمی ان کے ہاں ملنے اتے تھے اور اسے</w:t>
      </w:r>
    </w:p>
    <w:p>
      <w:r>
        <w:rPr>
          <w:b/>
        </w:rPr>
        <w:t xml:space="preserve">[41:45] </w:t>
      </w:r>
      <w:r>
        <w:t>kehte the ke dadi rakho wo dadi wagera ka wo mante the wo to wo rakhta nahi tha</w:t>
      </w:r>
    </w:p>
    <w:p>
      <w:pPr>
        <w:jc w:val="right"/>
      </w:pPr>
      <w:r>
        <w:t>کہتے تھے کہ داڑھی رکھو وہ داڑھی وغیرہ کا وہ مانتے تھے وہ تو وہ رکھتا نہیں تھا</w:t>
      </w:r>
    </w:p>
    <w:p>
      <w:r>
        <w:rPr>
          <w:b/>
        </w:rPr>
        <w:t xml:space="preserve">[41:52] </w:t>
      </w:r>
      <w:r>
        <w:t>wo to ek baar aata aaya to unhone yahi kaha ke bhai dadi ke liye tumse</w:t>
      </w:r>
    </w:p>
    <w:p>
      <w:pPr>
        <w:jc w:val="right"/>
      </w:pPr>
      <w:r>
        <w:t>وہ تو ایک بار اتا ایا تو انہوں نے یہی کہا کہ بھئی داڑھی کے لیے تم سے</w:t>
      </w:r>
    </w:p>
    <w:p>
      <w:r>
        <w:rPr>
          <w:b/>
        </w:rPr>
        <w:t xml:space="preserve">[42:00] </w:t>
      </w:r>
      <w:r>
        <w:t>kehta hu dadi rakho to is aadmi ne jisko kehte hain bars side andaz me kaha</w:t>
      </w:r>
    </w:p>
    <w:p>
      <w:pPr>
        <w:jc w:val="right"/>
      </w:pPr>
      <w:r>
        <w:t>کہتا ہوں داڑھی رکھو تو اس ادمی نے جس کو کہتے ہیں برس سائیڈ انداز میں کہا</w:t>
      </w:r>
    </w:p>
    <w:p>
      <w:r>
        <w:rPr>
          <w:b/>
        </w:rPr>
        <w:t xml:space="preserve">[42:08] </w:t>
      </w:r>
      <w:r>
        <w:t>ke kya dadi kya dadi dadi sunti to hai dadi sunti to hai to unhone ek aisa</w:t>
      </w:r>
    </w:p>
    <w:p>
      <w:pPr>
        <w:jc w:val="right"/>
      </w:pPr>
      <w:r>
        <w:t>کہ کیا داڑھی کیا داڑھی داڑھی سنتی تو ہے داڑھی سنتی تو ہے تو انہوں نے ایک ایسا</w:t>
      </w:r>
    </w:p>
    <w:p>
      <w:r>
        <w:rPr>
          <w:b/>
        </w:rPr>
        <w:t xml:space="preserve">[42:25] </w:t>
      </w:r>
      <w:r>
        <w:t>jawab diya bahut hi anokha jawab unhone kaha ke haan dadi sunnat hai lekin tera lehja kufr hai</w:t>
      </w:r>
    </w:p>
    <w:p>
      <w:pPr>
        <w:jc w:val="right"/>
      </w:pPr>
      <w:r>
        <w:t>جواب دیا بہت ہی انوکھا جواب انہوں نے کہا کہ ہاں داڑھی سنت ہے لیکن تیرا لہجہ کفر ہے</w:t>
      </w:r>
    </w:p>
    <w:p>
      <w:r>
        <w:rPr>
          <w:b/>
        </w:rPr>
        <w:t xml:space="preserve">[42:41] </w:t>
      </w:r>
      <w:r>
        <w:t>dadi sunnat hai lekin tera lehja kufr hai to kabhi aisa hota hai ke aap aadmi lehje se</w:t>
      </w:r>
    </w:p>
    <w:p>
      <w:pPr>
        <w:jc w:val="right"/>
      </w:pPr>
      <w:r>
        <w:t>داڑھی سنت ہے لیکن تیرا لہجہ کفر ہے تو کبھی ایسا ہوتا ہے کہ اپ ادمی لہجے سے</w:t>
      </w:r>
    </w:p>
    <w:p>
      <w:r>
        <w:rPr>
          <w:b/>
        </w:rPr>
        <w:t xml:space="preserve">[42:49] </w:t>
      </w:r>
      <w:r>
        <w:t>bhaap lete hain ke kitna baat ko pakadne wala hai ya nahi pakadne wala to aaj jo qissa</w:t>
      </w:r>
    </w:p>
    <w:p>
      <w:pPr>
        <w:jc w:val="right"/>
      </w:pPr>
      <w:r>
        <w:t>بھاپ لیتے ہیں کہ کتنا بات کو پکڑنے والا ہے یا نہیں پکڑنے والا تو اج جو قصہ</w:t>
      </w:r>
    </w:p>
    <w:p>
      <w:r>
        <w:rPr>
          <w:b/>
        </w:rPr>
        <w:t xml:space="preserve">[42:56] </w:t>
      </w:r>
      <w:r>
        <w:t>hua ke koi baat mani kahi usko chahiye thi koi soch hai is par soch hai in</w:t>
      </w:r>
    </w:p>
    <w:p>
      <w:pPr>
        <w:jc w:val="right"/>
      </w:pPr>
      <w:r>
        <w:t>ہوا کہ کوئی بات معنی کہی اس کو چاہیے تھی کوئی سوچ ہے اس پر سوچ ہے ان</w:t>
      </w:r>
    </w:p>
    <w:p>
      <w:r>
        <w:rPr>
          <w:b/>
        </w:rPr>
        <w:t xml:space="preserve">[43:04] </w:t>
      </w:r>
      <w:r>
        <w:t>yuzal baat thi lekin maine dekha ke wo aadmi ne socha nahi bas</w:t>
      </w:r>
    </w:p>
    <w:p>
      <w:pPr>
        <w:jc w:val="right"/>
      </w:pPr>
      <w:r>
        <w:t>یوزل بات تھی لیکن میں نے دیکھا کہ وہ ادمی نے سوچا نہیں بس</w:t>
      </w:r>
    </w:p>
    <w:p>
      <w:r>
        <w:rPr>
          <w:b/>
        </w:rPr>
        <w:t xml:space="preserve">[43:11] </w:t>
      </w:r>
      <w:r>
        <w:t>dhar se ek ek meri kaat ke liye ek baat keh di to ho sakta hai mera assessment</w:t>
      </w:r>
    </w:p>
    <w:p>
      <w:pPr>
        <w:jc w:val="right"/>
      </w:pPr>
      <w:r>
        <w:t>دھر سے ایک ایک میری کاٹ کے لیے ایک بات کہہ دی تو ہو سکتا ہے میرا اسیسمنٹ</w:t>
      </w:r>
    </w:p>
    <w:p>
      <w:r>
        <w:rPr>
          <w:b/>
        </w:rPr>
        <w:t xml:space="preserve">[43:19] </w:t>
      </w:r>
      <w:r>
        <w:t>sahi na ho lekin hua wahi mera ehsas hai ke mai us waqt meri baat ko pakadne ke</w:t>
      </w:r>
    </w:p>
    <w:p>
      <w:pPr>
        <w:jc w:val="right"/>
      </w:pPr>
      <w:r>
        <w:t>صحیح نہ ہو لیکن ہوا وہی میرا احساس ہے کہ میں اس وقت میری بات کو پکڑنے کے</w:t>
      </w:r>
    </w:p>
    <w:p>
      <w:r>
        <w:rPr>
          <w:b/>
        </w:rPr>
        <w:t xml:space="preserve">[43:26] </w:t>
      </w:r>
      <w:r>
        <w:t>mood me nahi hai to mai chup ho gaya to is tarah se maine apne ko bachaya</w:t>
      </w:r>
    </w:p>
    <w:p>
      <w:pPr>
        <w:jc w:val="right"/>
      </w:pPr>
      <w:r>
        <w:t>موڈ میں نہیں ہے تو میں چپ ہو گیا تو اس طرح سے میں نے اپنے کو بچایا</w:t>
      </w:r>
    </w:p>
    <w:p>
      <w:r>
        <w:rPr>
          <w:b/>
        </w:rPr>
        <w:t xml:space="preserve">[43:34] </w:t>
      </w:r>
      <w:r>
        <w:t>isko nahi bachaya apne ko bachaya aksar aisa ye hota hai ke mai apne ko bachane ke liye chup</w:t>
      </w:r>
    </w:p>
    <w:p>
      <w:pPr>
        <w:jc w:val="right"/>
      </w:pPr>
      <w:r>
        <w:t>اس کو نہیں بچایا اپنے کو بچایا اکثر ایسا یہ ہوتا ہے کہ میں اپنے کو بچانے کے لیے چپ</w:t>
      </w:r>
    </w:p>
    <w:p>
      <w:r>
        <w:rPr>
          <w:b/>
        </w:rPr>
        <w:t xml:space="preserve">[43:41] </w:t>
      </w:r>
      <w:r>
        <w:t>ho jata hu apne ko bachane ke liye chup ho jata hu kal ek sahab aaye to kuch</w:t>
      </w:r>
    </w:p>
    <w:p>
      <w:pPr>
        <w:jc w:val="right"/>
      </w:pPr>
      <w:r>
        <w:t>ہو جاتا ہوں اپنے کو بچانے کے لیے چپ ہو جاتا ہوں کل ایک صاحب ائے تو کچھ</w:t>
      </w:r>
    </w:p>
    <w:p>
      <w:r>
        <w:rPr>
          <w:b/>
        </w:rPr>
        <w:t xml:space="preserve">[43:52] </w:t>
      </w:r>
      <w:r>
        <w:t>baat hui ga guard ki to usne bahut hi bars side wale andaz me kaha kya khuda</w:t>
      </w:r>
    </w:p>
    <w:p>
      <w:pPr>
        <w:jc w:val="right"/>
      </w:pPr>
      <w:r>
        <w:t>بات ہوئی گا گارڈ کی تو اس نے بہت ہی برس سائیڈ والے انداز میں کہا کیا خدا</w:t>
      </w:r>
    </w:p>
    <w:p>
      <w:r>
        <w:rPr>
          <w:b/>
        </w:rPr>
        <w:t xml:space="preserve">[44:02] </w:t>
      </w:r>
      <w:r>
        <w:t>khuda khuda koi koi saboot hai koi proof hai iska</w:t>
      </w:r>
    </w:p>
    <w:p>
      <w:pPr>
        <w:jc w:val="right"/>
      </w:pPr>
      <w:r>
        <w:t>خدا خدا کوئی کوئی ثبوت ہے کوئی پروف ہے اس کا</w:t>
      </w:r>
    </w:p>
    <w:p>
      <w:r>
        <w:rPr>
          <w:b/>
        </w:rPr>
        <w:t xml:space="preserve">[44:12] </w:t>
      </w:r>
      <w:r>
        <w:t>kya aap khuda khuda karte hain kya iska kuch proof hai to maine socha ke sunne</w:t>
      </w:r>
    </w:p>
    <w:p>
      <w:pPr>
        <w:jc w:val="right"/>
      </w:pPr>
      <w:r>
        <w:t>کیا اپ خدا خدا کرتے ہیں کیا اس کا کچھ پروف ہے تو میں نے سوچا کہ سننے</w:t>
      </w:r>
    </w:p>
    <w:p>
      <w:r>
        <w:rPr>
          <w:b/>
        </w:rPr>
        <w:t xml:space="preserve">[44:18] </w:t>
      </w:r>
      <w:r>
        <w:t>ke mood me nahi hai to mai apna maine koi jawab nahi diya unko react</w:t>
      </w:r>
    </w:p>
    <w:p>
      <w:pPr>
        <w:jc w:val="right"/>
      </w:pPr>
      <w:r>
        <w:t>کے موڈ میں نہیں ہے تو میں اپنا میں نے کوئی جواب نہیں دیا ان کو ری ایکٹ</w:t>
      </w:r>
    </w:p>
    <w:p>
      <w:r>
        <w:rPr>
          <w:b/>
        </w:rPr>
        <w:t xml:space="preserve">[44:23] </w:t>
      </w:r>
      <w:r>
        <w:t>nahi kiya maine to ho sakta hai ke mera assessment sahi na ho lekin main aap ek</w:t>
      </w:r>
    </w:p>
    <w:p>
      <w:pPr>
        <w:jc w:val="right"/>
      </w:pPr>
      <w:r>
        <w:t>نہیں کیا میں نے تو ہو سکتا ہے کہ میرا اسیسمنٹ صحیح نہ ہو لیکن میں اپ ایک</w:t>
      </w:r>
    </w:p>
    <w:p>
      <w:r>
        <w:rPr>
          <w:b/>
        </w:rPr>
        <w:t xml:space="preserve">[44:28] </w:t>
      </w:r>
      <w:r>
        <w:t>baat kehta hoon ke main apne ko bachane ke liye aisa karta hoon ke main reaction mein</w:t>
      </w:r>
    </w:p>
    <w:p>
      <w:pPr>
        <w:jc w:val="right"/>
      </w:pPr>
      <w:r>
        <w:t>بات کہتا ہوں کہ میں اپنے کو بچانے کے لیے ایسا کرتا ہوں کہ میں ری ایکشن میں</w:t>
      </w:r>
    </w:p>
    <w:p>
      <w:r>
        <w:rPr>
          <w:b/>
        </w:rPr>
        <w:t xml:space="preserve">[44:33] </w:t>
      </w:r>
      <w:r>
        <w:t>pad jaunga to uske baad kya hoga main ko kuch kahunga wo kuch kahega</w:t>
      </w:r>
    </w:p>
    <w:p>
      <w:pPr>
        <w:jc w:val="right"/>
      </w:pPr>
      <w:r>
        <w:t>پڑ جاؤں گا تو اس کے بعد کیا ہوگا میں کو کچھ کہوں گا وہ کچھ کہے گا</w:t>
      </w:r>
    </w:p>
    <w:p>
      <w:r>
        <w:rPr>
          <w:b/>
        </w:rPr>
        <w:t xml:space="preserve">[44:38] </w:t>
      </w:r>
      <w:r>
        <w:t>to kya hoga</w:t>
      </w:r>
    </w:p>
    <w:p>
      <w:pPr>
        <w:jc w:val="right"/>
      </w:pPr>
      <w:r>
        <w:t>تو کیا ہوگا</w:t>
      </w:r>
    </w:p>
    <w:p>
      <w:r>
        <w:rPr>
          <w:b/>
        </w:rPr>
        <w:t xml:space="preserve">[44:43] </w:t>
      </w:r>
      <w:r>
        <w:t>ek chain reaction aa jayega chain reaction to main apne aap ko is se bachane</w:t>
      </w:r>
    </w:p>
    <w:p>
      <w:pPr>
        <w:jc w:val="right"/>
      </w:pPr>
      <w:r>
        <w:t>ایک چین ری ایکشن ا جائے گا چین ری ایکشن تو میں اپنے اپ کو اس سے بچانے</w:t>
      </w:r>
    </w:p>
    <w:p>
      <w:r>
        <w:rPr>
          <w:b/>
        </w:rPr>
        <w:t xml:space="preserve">[44:51] </w:t>
      </w:r>
      <w:r>
        <w:t>ke liye kabhi chup chup ho jata hoon kyunke dekhiye jab aadmi ne yeh kaha ke kya aap</w:t>
      </w:r>
    </w:p>
    <w:p>
      <w:pPr>
        <w:jc w:val="right"/>
      </w:pPr>
      <w:r>
        <w:t>کے لیے کبھی چپ چپ ہو جاتا ہوں کیونکہ دیکھیے جب ادمی نے یہ کہا کہ کیا اپ</w:t>
      </w:r>
    </w:p>
    <w:p>
      <w:r>
        <w:rPr>
          <w:b/>
        </w:rPr>
        <w:t xml:space="preserve">[44:58] </w:t>
      </w:r>
      <w:r>
        <w:t>khuda khuda khuda karte hain koi proof hai khuda ka to maine kya guess guess kiya ke</w:t>
      </w:r>
    </w:p>
    <w:p>
      <w:pPr>
        <w:jc w:val="right"/>
      </w:pPr>
      <w:r>
        <w:t>خدا خدا خدا کرتے ہیں کوئی پروف ہے خدا کا تو میں نے کیا گیس گیس کیا کہ</w:t>
      </w:r>
    </w:p>
    <w:p>
      <w:r>
        <w:rPr>
          <w:b/>
        </w:rPr>
        <w:t xml:space="preserve">[45:06] </w:t>
      </w:r>
      <w:r>
        <w:t>is aadmi ki study kam hai ho sakta hai ke main durust me</w:t>
      </w:r>
    </w:p>
    <w:p>
      <w:pPr>
        <w:jc w:val="right"/>
      </w:pPr>
      <w:r>
        <w:t>اس ادمی کی اسٹڈی کم ہے ہو سکتا ہے کہ میں درست می</w:t>
      </w:r>
    </w:p>
    <w:p>
      <w:r>
        <w:rPr>
          <w:b/>
        </w:rPr>
        <w:t xml:space="preserve">[45:13] </w:t>
      </w:r>
      <w:r>
        <w:t>ra guess sahi na ho lekin behal yeh guess kiya maine ke is aadmi ki study kam</w:t>
      </w:r>
    </w:p>
    <w:p>
      <w:pPr>
        <w:jc w:val="right"/>
      </w:pPr>
      <w:r>
        <w:t>را گیس صحیح نہ ہو لیکن بہرحال یہ گیس کیا میں نے کہ اس ادمی کی اسٹڈی کم</w:t>
      </w:r>
    </w:p>
    <w:p>
      <w:r>
        <w:rPr>
          <w:b/>
        </w:rPr>
        <w:t xml:space="preserve">[45:21] </w:t>
      </w:r>
      <w:r>
        <w:t>hai to ab mujhe apne ko bachana hai is ko to bacha nahi sakta main mujhe apne ko</w:t>
      </w:r>
    </w:p>
    <w:p>
      <w:pPr>
        <w:jc w:val="right"/>
      </w:pPr>
      <w:r>
        <w:t>ہے تو اب مجھے اپنے کو بچانا ہے اس کو تو بچا نہیں سکتا میں مجھے اپنے کو</w:t>
      </w:r>
    </w:p>
    <w:p>
      <w:r>
        <w:rPr>
          <w:b/>
        </w:rPr>
        <w:t xml:space="preserve">[45:28] </w:t>
      </w:r>
      <w:r>
        <w:t>bachana hai ji nahi sunne wala aadmi jo mujhe yaad aata hai ek hi baar mujhe mila hai</w:t>
      </w:r>
    </w:p>
    <w:p>
      <w:pPr>
        <w:jc w:val="right"/>
      </w:pPr>
      <w:r>
        <w:t>بچانا ہے جی نہیں سننے والا ادمی جو مجھے یاد اتا ہے ایک ہی بار مجھے ملا ہے</w:t>
      </w:r>
    </w:p>
    <w:p>
      <w:r>
        <w:rPr>
          <w:b/>
        </w:rPr>
        <w:t xml:space="preserve">[45:36] </w:t>
      </w:r>
      <w:r>
        <w:t>sacha sunne wala aadmi main lucknow mein tha to wahan ek aadmi se mulaqat hui jo</w:t>
      </w:r>
    </w:p>
    <w:p>
      <w:pPr>
        <w:jc w:val="right"/>
      </w:pPr>
      <w:r>
        <w:t>سچا سننے والا ادمی میں لکھنو میں تھا تو وہاں ایک ادمی سے ملاقات ہوئی جو</w:t>
      </w:r>
    </w:p>
    <w:p>
      <w:r>
        <w:rPr>
          <w:b/>
        </w:rPr>
        <w:t xml:space="preserve">[45:43] </w:t>
      </w:r>
      <w:r>
        <w:t>doctorate kiye hue tha yeh doctor nahi jo idhar udhar idhar karte hain log yeh kisi se likhwa</w:t>
      </w:r>
    </w:p>
    <w:p>
      <w:pPr>
        <w:jc w:val="right"/>
      </w:pPr>
      <w:r>
        <w:t>ڈاکٹریٹ کیے ہوئے تھا یہ ڈاکٹر نہیں جو ادھر ادھر ادھر کرتے ہیں لوگ یہ کسی سے لکھوا</w:t>
      </w:r>
    </w:p>
    <w:p>
      <w:r>
        <w:rPr>
          <w:b/>
        </w:rPr>
        <w:t xml:space="preserve">[45:51] </w:t>
      </w:r>
      <w:r>
        <w:t>liya aur likhwa kar ke thesis pesh kar diya nahi wo sach much study ki thi is ne</w:t>
      </w:r>
    </w:p>
    <w:p>
      <w:pPr>
        <w:jc w:val="right"/>
      </w:pPr>
      <w:r>
        <w:t>لیا اور لکھوا کر کے تھیسز پیش کر دیا نہیں وہ سچ مچ اسٹڈی کی تھی اس نے</w:t>
      </w:r>
    </w:p>
    <w:p>
      <w:r>
        <w:rPr>
          <w:b/>
        </w:rPr>
        <w:t xml:space="preserve">[45:58] </w:t>
      </w:r>
      <w:r>
        <w:t>aur learned aadmi tha bohat learned aadmi tha philosophy mein is ne research ki thi to doctor in philosophy</w:t>
      </w:r>
    </w:p>
    <w:p>
      <w:pPr>
        <w:jc w:val="right"/>
      </w:pPr>
      <w:r>
        <w:t>اور لرنڈ ادمی تھا بہت لرنڈ ادمی تھا فلاسفی میں اس نے ریسرچ کی تھی تو ڈاکٹر انفلاسفی</w:t>
      </w:r>
    </w:p>
    <w:p>
      <w:r>
        <w:rPr>
          <w:b/>
        </w:rPr>
        <w:t xml:space="preserve">[46:06] </w:t>
      </w:r>
      <w:r>
        <w:t>tha wo lucknow mein mujhe yaad hai ke wo jo naya pul tha us zamane mein us ke</w:t>
      </w:r>
    </w:p>
    <w:p>
      <w:pPr>
        <w:jc w:val="right"/>
      </w:pPr>
      <w:r>
        <w:t>تھا وہ لکھنو میں مجھے یاد ہے کہ وہ جو نیا پل تھا اس زمانے میں اس کے</w:t>
      </w:r>
    </w:p>
    <w:p>
      <w:r>
        <w:rPr>
          <w:b/>
        </w:rPr>
        <w:t xml:space="preserve">[46:13] </w:t>
      </w:r>
      <w:r>
        <w:t>hum dono the wahi baat ho rahi thi to us ne kaha ke khuda ko proof karne ke</w:t>
      </w:r>
    </w:p>
    <w:p>
      <w:pPr>
        <w:jc w:val="right"/>
      </w:pPr>
      <w:r>
        <w:t>ہم دونوں تھے وہی بات ہو رہی تھی تو اس نے کہا کہ خدا کو پروف کرنے کے</w:t>
      </w:r>
    </w:p>
    <w:p>
      <w:r>
        <w:rPr>
          <w:b/>
        </w:rPr>
        <w:t xml:space="preserve">[46:24] </w:t>
      </w:r>
      <w:r>
        <w:t>liye khuda ko sabit karne ke liye aap ke paas criterion kya hai ek sentence bola wo ke</w:t>
      </w:r>
    </w:p>
    <w:p>
      <w:pPr>
        <w:jc w:val="right"/>
      </w:pPr>
      <w:r>
        <w:t>لیے خدا کو ثابت کرنے کے لیے اپ کے پاس کرائٹیرین کیا ہے ایک سینٹنس بولا وہ کہ</w:t>
      </w:r>
    </w:p>
    <w:p>
      <w:r>
        <w:rPr>
          <w:b/>
        </w:rPr>
        <w:t xml:space="preserve">[46:34] </w:t>
      </w:r>
      <w:r>
        <w:t>khuda ko sabit karne ke liye</w:t>
      </w:r>
    </w:p>
    <w:p>
      <w:pPr>
        <w:jc w:val="right"/>
      </w:pPr>
      <w:r>
        <w:t>خدا کو ثابت کرنے کے لیے</w:t>
      </w:r>
    </w:p>
    <w:p>
      <w:r>
        <w:rPr>
          <w:b/>
        </w:rPr>
        <w:t xml:space="preserve">[46:44] </w:t>
      </w:r>
      <w:r>
        <w:t>wo wo aadmi english ka tha lekin wo urdu bhi janta tha yeh baat urdu mein hui thi</w:t>
      </w:r>
    </w:p>
    <w:p>
      <w:pPr>
        <w:jc w:val="right"/>
      </w:pPr>
      <w:r>
        <w:t>وہ وہ ادمی انگلش کا تھا لیکن وہ اردو بھی جانتا تھا یہ بات اردو میں ہوئی تھی</w:t>
      </w:r>
    </w:p>
    <w:p>
      <w:r>
        <w:rPr>
          <w:b/>
        </w:rPr>
        <w:t xml:space="preserve">[46:52] </w:t>
      </w:r>
      <w:r>
        <w:t>urdu mein hui thi to us ne kaha tha ke khuda ko sabit karne ke liye aap ke</w:t>
      </w:r>
    </w:p>
    <w:p>
      <w:pPr>
        <w:jc w:val="right"/>
      </w:pPr>
      <w:r>
        <w:t>اردو میں ہوئی تھی تو اس نے کہا تھا کہ خدا کو ثابت کرنے کے لیے اپ کے</w:t>
      </w:r>
    </w:p>
    <w:p>
      <w:r>
        <w:rPr>
          <w:b/>
        </w:rPr>
        <w:t xml:space="preserve">[46:59] </w:t>
      </w:r>
      <w:r>
        <w:t>paas criterion kya hai to meri zuban se nikla ke wahi criterion jo aap ke paas koi cheez</w:t>
      </w:r>
    </w:p>
    <w:p>
      <w:pPr>
        <w:jc w:val="right"/>
      </w:pPr>
      <w:r>
        <w:t>پاس کرائٹیرین کیا ہے تو میری زبان سے نکلا کہ وہی کرائٹیرین جو اپ کے پاس کوئی چیز</w:t>
      </w:r>
    </w:p>
    <w:p>
      <w:r>
        <w:rPr>
          <w:b/>
        </w:rPr>
        <w:t xml:space="preserve">[47:07] </w:t>
      </w:r>
      <w:r>
        <w:t>sabit karne ke liye ho ek ajeeb jumla nikla meri zuban</w:t>
      </w:r>
    </w:p>
    <w:p>
      <w:pPr>
        <w:jc w:val="right"/>
      </w:pPr>
      <w:r>
        <w:t>ثابت کرنے کے لیے ہو ایک عجیب جملہ نکلا میری زبان</w:t>
      </w:r>
    </w:p>
    <w:p>
      <w:r>
        <w:rPr>
          <w:b/>
        </w:rPr>
        <w:t xml:space="preserve">[47:14] </w:t>
      </w:r>
      <w:r>
        <w:t>se ke wahi criterion jo aap ke paas koi cheez sabit karne ke liye ho ek dam chup</w:t>
      </w:r>
    </w:p>
    <w:p>
      <w:pPr>
        <w:jc w:val="right"/>
      </w:pPr>
      <w:r>
        <w:t>سے کہ وہی کرائٹیرین جو اپ کے پاس کوئی چیز ثابت کرنے کے لیے ہو ایک دم چپ</w:t>
      </w:r>
    </w:p>
    <w:p>
      <w:r>
        <w:rPr>
          <w:b/>
        </w:rPr>
        <w:t xml:space="preserve">[47:22] </w:t>
      </w:r>
      <w:r>
        <w:t>ho gaya wo aadmi kyunke mere is jawab ne us ko yaad dilaya ke ab hum jee rahe</w:t>
      </w:r>
    </w:p>
    <w:p>
      <w:pPr>
        <w:jc w:val="right"/>
      </w:pPr>
      <w:r>
        <w:t>ہو گیا وہ ادمی کیونکہ میرے اس جواب نے اس کو یاد دلایا کہ اب ہم جی رہے</w:t>
      </w:r>
    </w:p>
    <w:p>
      <w:r>
        <w:rPr>
          <w:b/>
        </w:rPr>
        <w:t xml:space="preserve">[47:30] </w:t>
      </w:r>
      <w:r>
        <w:t>hain woh door khatam hoga newton ke zamane ka ab hum jee rahe hain is is daur mein</w:t>
      </w:r>
    </w:p>
    <w:p>
      <w:pPr>
        <w:jc w:val="right"/>
      </w:pPr>
      <w:r>
        <w:t>ہیں وہ دور ختم ہوگا نیوٹن کے زمانے کا اب ہم جی رہے ہیں اس اس دور میں</w:t>
      </w:r>
    </w:p>
    <w:p>
      <w:r>
        <w:rPr>
          <w:b/>
        </w:rPr>
        <w:t xml:space="preserve">[47:37] </w:t>
      </w:r>
      <w:r>
        <w:t>jabke jabke woh woh</w:t>
      </w:r>
    </w:p>
    <w:p>
      <w:pPr>
        <w:jc w:val="right"/>
      </w:pPr>
      <w:r>
        <w:t>جبکہ جبکہ وہ وہ</w:t>
      </w:r>
    </w:p>
    <w:p>
      <w:r>
        <w:rPr>
          <w:b/>
        </w:rPr>
        <w:t xml:space="preserve">[47:45] </w:t>
      </w:r>
      <w:r>
        <w:t>quantum physics ka zamana hai quantum physics par kai baar mein bola hoon aap logon ko shayad yaad</w:t>
      </w:r>
    </w:p>
    <w:p>
      <w:pPr>
        <w:jc w:val="right"/>
      </w:pPr>
      <w:r>
        <w:t>کوانٹم فزکس کا زمانہ ہے کوانٹم فزکس پر کئی بار میں بولا ہوں اپ لوگوں کو شاید یاد</w:t>
      </w:r>
    </w:p>
    <w:p>
      <w:r>
        <w:rPr>
          <w:b/>
        </w:rPr>
        <w:t xml:space="preserve">[47:52] </w:t>
      </w:r>
      <w:r>
        <w:t>hoga to woh kaise usne pakad liya ke yeh aadmi keh raha hai ke woh door to</w:t>
      </w:r>
    </w:p>
    <w:p>
      <w:pPr>
        <w:jc w:val="right"/>
      </w:pPr>
      <w:r>
        <w:t>ہوگا تو وہ کیسے اس نے پکڑ لیا کہ یہ ادمی کہہ رہا ہے کہ وہ دور تو</w:t>
      </w:r>
    </w:p>
    <w:p>
      <w:r>
        <w:rPr>
          <w:b/>
        </w:rPr>
        <w:t xml:space="preserve">[48:00] </w:t>
      </w:r>
      <w:r>
        <w:t>khatam ho gaya jo newton ke zamane mein tha ab to hum quantum physics ke zamane mein hain</w:t>
      </w:r>
    </w:p>
    <w:p>
      <w:pPr>
        <w:jc w:val="right"/>
      </w:pPr>
      <w:r>
        <w:t>ختم ہو گیا جو نیوٹن کے زمانے میں تھا اب تو ہم کوانٹم فزکس کے زمانے میں ہیں</w:t>
      </w:r>
    </w:p>
    <w:p>
      <w:r>
        <w:rPr>
          <w:b/>
        </w:rPr>
        <w:t xml:space="preserve">[48:07] </w:t>
      </w:r>
      <w:r>
        <w:t>aur phir chup ho gaya woh chup ho gaya phir dobara meri is se meri mulaqat hui</w:t>
      </w:r>
    </w:p>
    <w:p>
      <w:pPr>
        <w:jc w:val="right"/>
      </w:pPr>
      <w:r>
        <w:t>اور پھر چپ ہو گیا وہ چپ ہو گیا پھر دوبارہ میری اس سے میری ملاقات ہوئی</w:t>
      </w:r>
    </w:p>
    <w:p>
      <w:r>
        <w:rPr>
          <w:b/>
        </w:rPr>
        <w:t xml:space="preserve">[48:15] </w:t>
      </w:r>
      <w:r>
        <w:t>wahan lucknow mein ek kamre mein thehra tha woh wahan mein gaya to itna kam bolta tha woh</w:t>
      </w:r>
    </w:p>
    <w:p>
      <w:pPr>
        <w:jc w:val="right"/>
      </w:pPr>
      <w:r>
        <w:t>وہاں لکھنو میں ایک کمرے میں ٹھہرا تھا وہ وہاں میں گیا تو اتنا کم بولتا تھا وہ</w:t>
      </w:r>
    </w:p>
    <w:p>
      <w:r>
        <w:rPr>
          <w:b/>
        </w:rPr>
        <w:t xml:space="preserve">[48:24] </w:t>
      </w:r>
      <w:r>
        <w:t>aadmi ke main hairaan tha ke itna qabil aadmi itna learned aadmi kam bolta tha to aise log</w:t>
      </w:r>
    </w:p>
    <w:p>
      <w:pPr>
        <w:jc w:val="right"/>
      </w:pPr>
      <w:r>
        <w:t>ادمی کہ میں حیران تھا کہ اتنا قابل ادمی اتنا لرنڈ ادمی کم بولتا تھا تو ایسے لوگ</w:t>
      </w:r>
    </w:p>
    <w:p>
      <w:r>
        <w:rPr>
          <w:b/>
        </w:rPr>
        <w:t xml:space="preserve">[48:34] </w:t>
      </w:r>
      <w:r>
        <w:t>bohat kam milte hain jo sach much jinhone padha ho sach much padha baghair parhe bolna aam</w:t>
      </w:r>
    </w:p>
    <w:p>
      <w:pPr>
        <w:jc w:val="right"/>
      </w:pPr>
      <w:r>
        <w:t>بہت کم ملتے ہیں جو سچ مچ جنہوں نے پڑھا ہو سچ مچ پڑھا بغیر پڑھے بولنا عام</w:t>
      </w:r>
    </w:p>
    <w:p>
      <w:r>
        <w:rPr>
          <w:b/>
        </w:rPr>
        <w:t xml:space="preserve">[48:43] </w:t>
      </w:r>
      <w:r>
        <w:t>ho gaya hai baghair parhe bolna</w:t>
      </w:r>
    </w:p>
    <w:p>
      <w:pPr>
        <w:jc w:val="right"/>
      </w:pPr>
      <w:r>
        <w:t>ہو گیا ہے بغیر پڑھے بولنا</w:t>
      </w:r>
    </w:p>
    <w:p>
      <w:r>
        <w:rPr>
          <w:b/>
        </w:rPr>
        <w:t xml:space="preserve">[48:53] </w:t>
      </w:r>
      <w:r>
        <w:t>ab jaise dekhen aaj ki baat mein karta hoon aaj koi musalman se baat hui usne kaha</w:t>
      </w:r>
    </w:p>
    <w:p>
      <w:pPr>
        <w:jc w:val="right"/>
      </w:pPr>
      <w:r>
        <w:t>اب جیسے دیکھیں اج کی بات میں کرتا ہوں اج کوئی مسلمان سے بات ہوئی اس نے کہا</w:t>
      </w:r>
    </w:p>
    <w:p>
      <w:r>
        <w:rPr>
          <w:b/>
        </w:rPr>
        <w:t xml:space="preserve">[49:03] </w:t>
      </w:r>
      <w:r>
        <w:t>ke ab woh zamana aa raha hai ke miracle regime jo hai dobara jeetegi phir kya haal</w:t>
      </w:r>
    </w:p>
    <w:p>
      <w:pPr>
        <w:jc w:val="right"/>
      </w:pPr>
      <w:r>
        <w:t>کہ اب وہ زمانہ ا رہا ہے کہ معجزہ ریجیم جو ہے دوبارہ جیتے گی پھر کیا حال</w:t>
      </w:r>
    </w:p>
    <w:p>
      <w:r>
        <w:rPr>
          <w:b/>
        </w:rPr>
        <w:t xml:space="preserve">[49:13] </w:t>
      </w:r>
      <w:r>
        <w:t>haal hoga musalmanon ka to maine yeh kaha ke yahudi is zamane mein musalman the firoun unke khilaf</w:t>
      </w:r>
    </w:p>
    <w:p>
      <w:pPr>
        <w:jc w:val="right"/>
      </w:pPr>
      <w:r>
        <w:t>حال ہوگا مسلمانوں کا تو میں نے یہ کہا کہ یہودی اس زمانے میں مسلمان تھے فرعون ان کے خلاف</w:t>
      </w:r>
    </w:p>
    <w:p>
      <w:r>
        <w:rPr>
          <w:b/>
        </w:rPr>
        <w:t xml:space="preserve">[49:23] </w:t>
      </w:r>
      <w:r>
        <w:t>ho gaya tha to firoun ke zamane mein despotic woh is despotic king tha woh bilkul uska</w:t>
      </w:r>
    </w:p>
    <w:p>
      <w:pPr>
        <w:jc w:val="right"/>
      </w:pPr>
      <w:r>
        <w:t>ہو گیا تھا تو فرعون کے زمانے میں اسپوٹک وہ اس ڈسپوٹک کنگ تھا وہ بالکل اس کا</w:t>
      </w:r>
    </w:p>
    <w:p>
      <w:r>
        <w:rPr>
          <w:b/>
        </w:rPr>
        <w:t xml:space="preserve">[49:30] </w:t>
      </w:r>
      <w:r>
        <w:t>hukm qanoon tha uska hukm qanoon tha is hukum diya gaya ke jitne bete paida hon is</w:t>
      </w:r>
    </w:p>
    <w:p>
      <w:pPr>
        <w:jc w:val="right"/>
      </w:pPr>
      <w:r>
        <w:t>حکم قانون تھا اس کا حکم قانون تھا اس حکم دیا گیا کہ جتنے بیٹے پیدا ہوں اس</w:t>
      </w:r>
    </w:p>
    <w:p>
      <w:r>
        <w:rPr>
          <w:b/>
        </w:rPr>
        <w:t xml:space="preserve">[49:38] </w:t>
      </w:r>
      <w:r>
        <w:t>ko zabah kar do betiyon ko chhoro wohi hone laga misr mein aaj koi yeh nahi kar sakta</w:t>
      </w:r>
    </w:p>
    <w:p>
      <w:pPr>
        <w:jc w:val="right"/>
      </w:pPr>
      <w:r>
        <w:t>کو ذبح کر دو بیٹیوں کو چھوڑو وہی ہونے لگا مصر میں اج کوئی یہ نہیں کر سکتا</w:t>
      </w:r>
    </w:p>
    <w:p>
      <w:r>
        <w:rPr>
          <w:b/>
        </w:rPr>
        <w:t xml:space="preserve">[49:46] </w:t>
      </w:r>
      <w:r>
        <w:t>daur badal gaya</w:t>
      </w:r>
    </w:p>
    <w:p>
      <w:pPr>
        <w:jc w:val="right"/>
      </w:pPr>
      <w:r>
        <w:t>دور بدل گیا</w:t>
      </w:r>
    </w:p>
    <w:p>
      <w:r>
        <w:rPr>
          <w:b/>
        </w:rPr>
        <w:t xml:space="preserve">[49:53] </w:t>
      </w:r>
      <w:r>
        <w:t>to maine kaha ke ab jis daur mein aap hain is daur mein chahe koi bhi hukm</w:t>
      </w:r>
    </w:p>
    <w:p>
      <w:pPr>
        <w:jc w:val="right"/>
      </w:pPr>
      <w:r>
        <w:t>تو میں نے کہا کہ اب جس دور میں اپ ہیں اس دور میں چاہے کوئی بھی حکم</w:t>
      </w:r>
    </w:p>
    <w:p>
      <w:r>
        <w:rPr>
          <w:b/>
        </w:rPr>
        <w:t xml:space="preserve">[50:01] </w:t>
      </w:r>
      <w:r>
        <w:t>jeet gaya ho democracy is ka woh hoga yaani lagaam hogi lagaam bohat acha lafz hai jo bhi</w:t>
      </w:r>
    </w:p>
    <w:p>
      <w:pPr>
        <w:jc w:val="right"/>
      </w:pPr>
      <w:r>
        <w:t>جیت گیا ہو ڈیموکریسی اس کا وہ ہوگا یعنی لگام ہوگی لگام بہت اچھا لفظ ہے جو بھی</w:t>
      </w:r>
    </w:p>
    <w:p>
      <w:r>
        <w:rPr>
          <w:b/>
        </w:rPr>
        <w:t xml:space="preserve">[50:09] </w:t>
      </w:r>
      <w:r>
        <w:t>aayega uska is is ke munh mein democracy ki lagaam hogi constitution ki lagaam hogi age</w:t>
      </w:r>
    </w:p>
    <w:p>
      <w:pPr>
        <w:jc w:val="right"/>
      </w:pPr>
      <w:r>
        <w:t>ائے گا اس کا اس اس کے منہ میں ڈیموکریسی کی لگام ہوگی کانسٹیٹیوشن کی لگام ہوگی ایج</w:t>
      </w:r>
    </w:p>
    <w:p>
      <w:r>
        <w:rPr>
          <w:b/>
        </w:rPr>
        <w:t xml:space="preserve">[50:17] </w:t>
      </w:r>
      <w:r>
        <w:t>age ki lagaam hogi ab do woh daur thori hai woh</w:t>
      </w:r>
    </w:p>
    <w:p>
      <w:pPr>
        <w:jc w:val="right"/>
      </w:pPr>
      <w:r>
        <w:t>ایج کی لگام ہوگی اب دو وہ دور تھوڑی ہے وہ</w:t>
      </w:r>
    </w:p>
    <w:p>
      <w:r>
        <w:rPr>
          <w:b/>
        </w:rPr>
        <w:t xml:space="preserve">[50:24] </w:t>
      </w:r>
      <w:r>
        <w:t>lekin is aadmi ne phir bhi socha nahi aise log hain na to khud padhte na bataya to</w:t>
      </w:r>
    </w:p>
    <w:p>
      <w:pPr>
        <w:jc w:val="right"/>
      </w:pPr>
      <w:r>
        <w:t>لیکن اس ادمی نے پھر بھی سوچا نہیں ایسے لوگ ہیں نہ تو خود پڑھتے نہ بتایا تو</w:t>
      </w:r>
    </w:p>
    <w:p>
      <w:r>
        <w:rPr>
          <w:b/>
        </w:rPr>
        <w:t xml:space="preserve">[50:35] </w:t>
      </w:r>
      <w:r>
        <w:t>sochte sochte bhi nahi to sach much yeh to hamara mission jo hai is ka ek plway ke</w:t>
      </w:r>
    </w:p>
    <w:p>
      <w:pPr>
        <w:jc w:val="right"/>
      </w:pPr>
      <w:r>
        <w:t>سوچتے سوچتے بھی نہیں تو سچ مچ یہ تو ہمارا مشن جو ہے اس کا ایک پلوے کے</w:t>
      </w:r>
    </w:p>
    <w:p>
      <w:r>
        <w:rPr>
          <w:b/>
        </w:rPr>
        <w:t xml:space="preserve">[50:46] </w:t>
      </w:r>
      <w:r>
        <w:t>log zyada padhen zyada padhen ab parh kar bolne wale banen parh kar bolne wale banen</w:t>
      </w:r>
    </w:p>
    <w:p>
      <w:pPr>
        <w:jc w:val="right"/>
      </w:pPr>
      <w:r>
        <w:t>لوگ زیادہ پڑھیں زیادہ پڑھیں اب پڑھ کر بولنے والے بنیں پڑھ کر بولنے والے بنیں</w:t>
      </w:r>
    </w:p>
    <w:p>
      <w:r>
        <w:rPr>
          <w:b/>
        </w:rPr>
        <w:t xml:space="preserve">[50:57] </w:t>
      </w:r>
      <w:r>
        <w:t>maine adi kuch nahi chahe so saal tak bjp hukumat rahe kuch nahi hone wala</w:t>
      </w:r>
    </w:p>
    <w:p>
      <w:pPr>
        <w:jc w:val="right"/>
      </w:pPr>
      <w:r>
        <w:t>میں نے عدی کچھ نہیں چاہے سو سال تک بی جے پی حکومت رہے کچھ نہیں ہونے والا</w:t>
      </w:r>
    </w:p>
    <w:p>
      <w:r>
        <w:rPr>
          <w:b/>
        </w:rPr>
        <w:t xml:space="preserve">[51:05] </w:t>
      </w:r>
      <w:r>
        <w:t>hai kyunke hamare desh mein constitution hai yahan par democracy hai yahan par ek naye age mein hum</w:t>
      </w:r>
    </w:p>
    <w:p>
      <w:pPr>
        <w:jc w:val="right"/>
      </w:pPr>
      <w:r>
        <w:t>ہے کیونکہ ہمارے دیش میں کانسٹیٹیوشن ہے یہاں پر ڈیموکریسی ہے یہاں پر ایک نئے ایج میں ہم</w:t>
      </w:r>
    </w:p>
    <w:p>
      <w:r>
        <w:rPr>
          <w:b/>
        </w:rPr>
        <w:t xml:space="preserve">[51:13] </w:t>
      </w:r>
      <w:r>
        <w:t>ji rahe hain woh age khatm ho gaya koi bhi chahe donald trump ho ya koi ho yaad</w:t>
      </w:r>
    </w:p>
    <w:p>
      <w:pPr>
        <w:jc w:val="right"/>
      </w:pPr>
      <w:r>
        <w:t>جی رہے ہیں وہ ایج ختم ہو گیا کوئی بھی چاہے ڈونلڈ ٹرمپ ہو یا کوئی ہو یاد</w:t>
      </w:r>
    </w:p>
    <w:p>
      <w:r>
        <w:rPr>
          <w:b/>
        </w:rPr>
        <w:t xml:space="preserve">[51:21] </w:t>
      </w:r>
      <w:r>
        <w:t>rakhiye sab se bari pakad age ki hoti hai</w:t>
      </w:r>
    </w:p>
    <w:p>
      <w:pPr>
        <w:jc w:val="right"/>
      </w:pPr>
      <w:r>
        <w:t>رکھیے سب سے بڑی پکڑ ایج کی ہوتی ہے</w:t>
      </w:r>
    </w:p>
    <w:p>
      <w:r>
        <w:rPr>
          <w:b/>
        </w:rPr>
        <w:t xml:space="preserve">[51:28] </w:t>
      </w:r>
      <w:r>
        <w:t>firon jo tha uss ko woh age pakarne wala nahi tha woh doosra zamana tha aaj ek age</w:t>
      </w:r>
    </w:p>
    <w:p>
      <w:pPr>
        <w:jc w:val="right"/>
      </w:pPr>
      <w:r>
        <w:t>فرعون جو تھا اس کو وہ ایج پکڑنے والا نہیں تھا وہ دوسرا زمانہ تھا اج ایک ایج</w:t>
      </w:r>
    </w:p>
    <w:p>
      <w:r>
        <w:rPr>
          <w:b/>
        </w:rPr>
        <w:t xml:space="preserve">[51:36] </w:t>
      </w:r>
      <w:r>
        <w:t>hai sab se bara jo qanoon hota hai yaad hai woh norm a norm norm of the age</w:t>
      </w:r>
    </w:p>
    <w:p>
      <w:pPr>
        <w:jc w:val="right"/>
      </w:pPr>
      <w:r>
        <w:t>ہے سب سے بڑا جو قانون ہوتا ہے یاد ہے وہ نارم اے نارم نارم اف دا ایج</w:t>
      </w:r>
    </w:p>
    <w:p>
      <w:r>
        <w:rPr>
          <w:b/>
        </w:rPr>
        <w:t xml:space="preserve">[51:44] </w:t>
      </w:r>
      <w:r>
        <w:t>iss dor mein jo norm dunya ko parchaya hua hai woh sab ko pakre hue chahe india ka</w:t>
      </w:r>
    </w:p>
    <w:p>
      <w:pPr>
        <w:jc w:val="right"/>
      </w:pPr>
      <w:r>
        <w:t>اس دور میں جو نارم دنیا کو پرچھایا ہوا ہے وہ سب کو پکڑے ہوئے چاہے انڈیا کا</w:t>
      </w:r>
    </w:p>
    <w:p>
      <w:r>
        <w:rPr>
          <w:b/>
        </w:rPr>
        <w:t xml:space="preserve">[51:51] </w:t>
      </w:r>
      <w:r>
        <w:t>prime minister ho ya</w:t>
      </w:r>
    </w:p>
    <w:p>
      <w:pPr>
        <w:jc w:val="right"/>
      </w:pPr>
      <w:r>
        <w:t>پرائم منسٹر ہو یا</w:t>
      </w:r>
    </w:p>
    <w:p>
      <w:r>
        <w:rPr>
          <w:b/>
        </w:rPr>
        <w:t xml:space="preserve">[51:59] </w:t>
      </w:r>
      <w:r>
        <w:t>us ka vice president us ka president ho koi bhi naam se bahar nahi ja ja sakta ab yeh jo jo acha jis ne mubtala nahi kiya woh jaye nahi jaane ke liye is baat ko ke norm kya cheez hai hum log isi tarah kaam karne gaye yani low profile mein result kam nikla niklega to nikalne dijiye kuch to</w:t>
      </w:r>
    </w:p>
    <w:p>
      <w:pPr>
        <w:jc w:val="right"/>
      </w:pPr>
      <w:r>
        <w:t>یو ایس کا وائس پریزیڈنٹ یو ایس کا پریزیڈنٹ ہو کوئی بھی نام سے باہر نہیں جا جا سکتا اب یہ جو جو اچھا جس نے مبتلا نہیں کیا وہ جائے نہیں جانے کے لیے اس بات کو کہ نارم کیا چیز ہے ہم لوگ اسی طرح کام کرنے گئے یعنی لو پروفائل میں رزلٹ کم نکلا نکلے گا تو نکلنے دیجئے کچھ تو</w:t>
      </w:r>
    </w:p>
    <w:p>
      <w:r>
        <w:rPr>
          <w:b/>
        </w:rPr>
        <w:t xml:space="preserve">[52:29] </w:t>
      </w:r>
      <w:r>
        <w:t>kuch to insaan hi milenge kuch to insaan hi milenge ten point of inner struggle is</w:t>
      </w:r>
    </w:p>
    <w:p>
      <w:pPr>
        <w:jc w:val="right"/>
      </w:pPr>
      <w:r>
        <w:t>کچھ تو انسان ہی ملیں گے کچھ تو انسان ہی ملیں گے دس پوائنٹ اف انر سٹرگل از</w:t>
      </w:r>
    </w:p>
    <w:p>
      <w:r>
        <w:rPr>
          <w:b/>
        </w:rPr>
        <w:t xml:space="preserve">[52:37] </w:t>
      </w:r>
      <w:r>
        <w:t>very very important but there is a question i find it it often i find it very difficult</w:t>
      </w:r>
    </w:p>
    <w:p>
      <w:pPr>
        <w:jc w:val="right"/>
      </w:pPr>
      <w:r>
        <w:t>ویری ویری امپورٹنٹ بٹ دیر از ا کوئسچن ائی فائنڈ اٹ اٹ افن ائی فائنڈ اٹ ویری ڈیفیکلٹ</w:t>
      </w:r>
    </w:p>
    <w:p>
      <w:r>
        <w:rPr>
          <w:b/>
        </w:rPr>
        <w:t xml:space="preserve">[52:45] </w:t>
      </w:r>
      <w:r>
        <w:t>to control my anchor it takes often it takes several hours so i don't know how to manage</w:t>
      </w:r>
    </w:p>
    <w:p>
      <w:pPr>
        <w:jc w:val="right"/>
      </w:pPr>
      <w:r>
        <w:t>ٹو کنٹرول مائی اینکر اٹ ٹیکس افن اٹ ٹیکس سیورل اورز سو ائی ڈونٹ نو ہاؤ ٹو مینج</w:t>
      </w:r>
    </w:p>
    <w:p>
      <w:r>
        <w:rPr>
          <w:b/>
        </w:rPr>
        <w:t xml:space="preserve">[52:52] </w:t>
      </w:r>
      <w:r>
        <w:t>it so that my inner struggle continues non stop</w:t>
      </w:r>
    </w:p>
    <w:p>
      <w:pPr>
        <w:jc w:val="right"/>
      </w:pPr>
      <w:r>
        <w:t>اٹ سو دیٹ مائی انر سٹرگل کنٹینیوز نان سٹاپ</w:t>
      </w:r>
    </w:p>
    <w:p>
      <w:r>
        <w:rPr>
          <w:b/>
        </w:rPr>
        <w:t xml:space="preserve">[53:00] </w:t>
      </w:r>
      <w:r>
        <w:t>dekhen main apni apni baat keh sakta hoon kisi doosre ko main nahi baat kar sakta main ne</w:t>
      </w:r>
    </w:p>
    <w:p>
      <w:pPr>
        <w:jc w:val="right"/>
      </w:pPr>
      <w:r>
        <w:t>دیکھیں میں اپنی اپنی بات کہہ سکتا ہوں کسی دوسرے کو میں نہیں بات کر سکتا میں نے</w:t>
      </w:r>
    </w:p>
    <w:p>
      <w:r>
        <w:rPr>
          <w:b/>
        </w:rPr>
        <w:t xml:space="preserve">[53:08] </w:t>
      </w:r>
      <w:r>
        <w:t>ek qissa kai baar main ne yahan bayan kiya hai phir dohrata hoon uss ko ek baar main</w:t>
      </w:r>
    </w:p>
    <w:p>
      <w:pPr>
        <w:jc w:val="right"/>
      </w:pPr>
      <w:r>
        <w:t>ایک قصہ کئی بار میں نے یہاں بیان کیا ہے پھر دہراتا ہوں اس کو ایک بار میں</w:t>
      </w:r>
    </w:p>
    <w:p>
      <w:r>
        <w:rPr>
          <w:b/>
        </w:rPr>
        <w:t xml:space="preserve">[53:15] </w:t>
      </w:r>
      <w:r>
        <w:t>ne ek experience mujhe hua woh aaj tak mere dimagh par chhaya hua hai main gaya tha ahmed</w:t>
      </w:r>
    </w:p>
    <w:p>
      <w:pPr>
        <w:jc w:val="right"/>
      </w:pPr>
      <w:r>
        <w:t>نے ایک ایکسپیرینس مجھے ہوا وہ اج تک میرے دماغ پر چھایا ہوا ہے میں گیا تھا احمد</w:t>
      </w:r>
    </w:p>
    <w:p>
      <w:r>
        <w:rPr>
          <w:b/>
        </w:rPr>
        <w:t xml:space="preserve">[53:23] </w:t>
      </w:r>
      <w:r>
        <w:t>abad yani gujrat</w:t>
      </w:r>
    </w:p>
    <w:p>
      <w:pPr>
        <w:jc w:val="right"/>
      </w:pPr>
      <w:r>
        <w:t>اباد یعنی گجرات</w:t>
      </w:r>
    </w:p>
    <w:p>
      <w:r>
        <w:rPr>
          <w:b/>
        </w:rPr>
        <w:t xml:space="preserve">[53:31] </w:t>
      </w:r>
      <w:r>
        <w:t>to gujarat mein ek mujhe ek mila ek ek factory owner woh engineer tha engineer to us ne factory chalai thi us mein kuch bohat acha yani modern standard ki woh mangai thi machine to us ko le gaya apni factory mein dikhane ke liye to us ne</w:t>
      </w:r>
    </w:p>
    <w:p>
      <w:pPr>
        <w:jc w:val="right"/>
      </w:pPr>
      <w:r>
        <w:t>تو گجرات میں ایک مجھے ایک ملا ایک ایک فیکٹری اونر وہ انجینئر تھا انجینئر تو اس نے فیکٹری چلائی تھی اس میں کچھ بہت اچھ یعنی ماڈرن سٹینڈرڈ کی وہ منگائی تھی مشین تو اس کو لے گیا اپنی فیکٹری میں دکھانے کے لیے تو اس نے</w:t>
      </w:r>
    </w:p>
    <w:p>
      <w:r>
        <w:rPr>
          <w:b/>
        </w:rPr>
        <w:t xml:space="preserve">[54:01] </w:t>
      </w:r>
      <w:r>
        <w:t>kaha dekhen iss machine mein kya khaas baat hai woh main dikhata hoon aap ko to aap jante</w:t>
      </w:r>
    </w:p>
    <w:p>
      <w:pPr>
        <w:jc w:val="right"/>
      </w:pPr>
      <w:r>
        <w:t>کہا دیکھیں اس مشین میں کیا خاص بات ہے وہ میں دکھاتا ہوں اپ کو تو اپ جانتے</w:t>
      </w:r>
    </w:p>
    <w:p>
      <w:r>
        <w:rPr>
          <w:b/>
        </w:rPr>
        <w:t xml:space="preserve">[54:09] </w:t>
      </w:r>
      <w:r>
        <w:t>honge ke machineon mein ek woh hota hai woh ka kya kehte hain uss ko flying wheel</w:t>
      </w:r>
    </w:p>
    <w:p>
      <w:pPr>
        <w:jc w:val="right"/>
      </w:pPr>
      <w:r>
        <w:t>ہوں گے کہ مشینوں میں ایک وہ ہوتا ہے وہ کا کیا کہتے ہیں اس کو فلائنگ ویل</w:t>
      </w:r>
    </w:p>
    <w:p>
      <w:r>
        <w:rPr>
          <w:b/>
        </w:rPr>
        <w:t xml:space="preserve">[54:16] </w:t>
      </w:r>
      <w:r>
        <w:t>flying wheel flying wheel iss ka naam hota hai to uss ne dekha ke dekhen yeh flying wheel</w:t>
      </w:r>
    </w:p>
    <w:p>
      <w:pPr>
        <w:jc w:val="right"/>
      </w:pPr>
      <w:r>
        <w:t>فلائنگ ویل فلائنگ ویل اس کا نام ہوتا ہے تو اس نے دیکھا کہ دیکھیں یہ فلائنگ ویل</w:t>
      </w:r>
    </w:p>
    <w:p>
      <w:r>
        <w:rPr>
          <w:b/>
        </w:rPr>
        <w:t xml:space="preserve">[54:24] </w:t>
      </w:r>
      <w:r>
        <w:t>hai yeh poora machine ko chalati hai to ek switch ko dabaya uss ne</w:t>
      </w:r>
    </w:p>
    <w:p>
      <w:pPr>
        <w:jc w:val="right"/>
      </w:pPr>
      <w:r>
        <w:t>ہے یہ پورا مشین کو چلاتی ہے تو ایک سوئچ کو دبایا اس نے</w:t>
      </w:r>
    </w:p>
    <w:p>
      <w:r>
        <w:rPr>
          <w:b/>
        </w:rPr>
        <w:t xml:space="preserve">[54:32] </w:t>
      </w:r>
      <w:r>
        <w:t>touch nahi ki touch nahi ki ab to sir touch kiya jata hai uss waqt dabane ka zamana</w:t>
      </w:r>
    </w:p>
    <w:p>
      <w:pPr>
        <w:jc w:val="right"/>
      </w:pPr>
      <w:r>
        <w:t>ٹچ نہیں کی ٹچ نہیں کی اب تو سر ٹچ کیا جاتا ہے اس وقت دبانے کا زمانہ</w:t>
      </w:r>
    </w:p>
    <w:p>
      <w:r>
        <w:rPr>
          <w:b/>
        </w:rPr>
        <w:t xml:space="preserve">[54:40] </w:t>
      </w:r>
      <w:r>
        <w:t>tha ek switch ko uss waqt touch kiya to within second woh poori speed se chalne laga</w:t>
      </w:r>
    </w:p>
    <w:p>
      <w:pPr>
        <w:jc w:val="right"/>
      </w:pPr>
      <w:r>
        <w:t>تھا ایک سوئچ کو اس وقت ٹچ کیا تو ود ان سیکنڈ وہ پوری سپیڈ سے چلنے لگا</w:t>
      </w:r>
    </w:p>
    <w:p>
      <w:r>
        <w:rPr>
          <w:b/>
        </w:rPr>
        <w:t xml:space="preserve">[54:47] </w:t>
      </w:r>
      <w:r>
        <w:t>shayad second ke fraction mein chalne laga to uss ne kaha phir dekhen ab do dobara dekhen aap</w:t>
      </w:r>
    </w:p>
    <w:p>
      <w:pPr>
        <w:jc w:val="right"/>
      </w:pPr>
      <w:r>
        <w:t>شاید سیکنڈ کے فریکشن میں چلنے لگا تو اس نے کہا پھر دیکھیں اب دو دوبارہ دیکھیں اپ</w:t>
      </w:r>
    </w:p>
    <w:p>
      <w:r>
        <w:rPr>
          <w:b/>
        </w:rPr>
        <w:t xml:space="preserve">[54:55] </w:t>
      </w:r>
      <w:r>
        <w:t>to ek aur switch dabai uss ne to</w:t>
      </w:r>
    </w:p>
    <w:p>
      <w:pPr>
        <w:jc w:val="right"/>
      </w:pPr>
      <w:r>
        <w:t>تو ایک اور سوئچ دبائی اس نے تو</w:t>
      </w:r>
    </w:p>
    <w:p>
      <w:r>
        <w:rPr>
          <w:b/>
        </w:rPr>
        <w:t xml:space="preserve">[55:03] </w:t>
      </w:r>
      <w:r>
        <w:t>dobara aisa hua ke within second woh ek stop ho gayi dead stop ho gayi woh flying</w:t>
      </w:r>
    </w:p>
    <w:p>
      <w:pPr>
        <w:jc w:val="right"/>
      </w:pPr>
      <w:r>
        <w:t>دوبارہ ایسا ہوا کہ ود ان سیکنڈ وہ ایک سٹاپ ہو گئی ڈیڈ سٹاپ ہو گئی وہ فلائنگ</w:t>
      </w:r>
    </w:p>
    <w:p>
      <w:r>
        <w:rPr>
          <w:b/>
        </w:rPr>
        <w:t xml:space="preserve">[55:10] </w:t>
      </w:r>
      <w:r>
        <w:t>wheel jo hai to aap yaqeen kijiye ke main laga rone uss ko dekh kar ke main ne</w:t>
      </w:r>
    </w:p>
    <w:p>
      <w:pPr>
        <w:jc w:val="right"/>
      </w:pPr>
      <w:r>
        <w:t>ویل جو ہے تو اپ یقین کیجئے کہ میں لگا رونے اس کو دیکھ کر کے میں نے</w:t>
      </w:r>
    </w:p>
    <w:p>
      <w:r>
        <w:rPr>
          <w:b/>
        </w:rPr>
        <w:t xml:space="preserve">[55:18] </w:t>
      </w:r>
      <w:r>
        <w:t>kaha ke agar machine ke andar ye taqat hai ke vid in second aap log stress stop kar</w:t>
      </w:r>
    </w:p>
    <w:p>
      <w:pPr>
        <w:jc w:val="right"/>
      </w:pPr>
      <w:r>
        <w:t>کہا کہ اگر مشین کے اندر یہ طاقت ہے کہ ود ان سیکنڈ اپ لوگ اسٹریس سٹاپ کر</w:t>
      </w:r>
    </w:p>
    <w:p>
      <w:r>
        <w:rPr>
          <w:b/>
        </w:rPr>
        <w:t xml:space="preserve">[55:25] </w:t>
      </w:r>
      <w:r>
        <w:t>de to mere andar kyon nahin ek</w:t>
      </w:r>
    </w:p>
    <w:p>
      <w:pPr>
        <w:jc w:val="right"/>
      </w:pPr>
      <w:r>
        <w:t>دے تو میرے اندر کیوں نہیں ایک</w:t>
      </w:r>
    </w:p>
    <w:p>
      <w:r>
        <w:rPr>
          <w:b/>
        </w:rPr>
        <w:t xml:space="preserve">[55:33] </w:t>
      </w:r>
      <w:r>
        <w:t>engine jis machine ko ek engine chal raha hai mechanical engine agar mechanical engine mein ye taqat hai</w:t>
      </w:r>
    </w:p>
    <w:p>
      <w:pPr>
        <w:jc w:val="right"/>
      </w:pPr>
      <w:r>
        <w:t>انجن جس مشین کو ایک انجن چل رہا ہے مکینیکل انجن اگر مکینیکل انجن میں یہ طاقت ہے</w:t>
      </w:r>
    </w:p>
    <w:p>
      <w:r>
        <w:rPr>
          <w:b/>
        </w:rPr>
        <w:t xml:space="preserve">[55:39] </w:t>
      </w:r>
      <w:r>
        <w:t>ke vid in second wo apne ko stop kar sakta hai to mere andar kyon nahin to yaqin</w:t>
      </w:r>
    </w:p>
    <w:p>
      <w:pPr>
        <w:jc w:val="right"/>
      </w:pPr>
      <w:r>
        <w:t>کہ ود ان سیکنڈ وہ اپنے کو سٹاپ کر سکتا ہے تو میرے اندر کیوں نہیں تو یقین</w:t>
      </w:r>
    </w:p>
    <w:p>
      <w:r>
        <w:rPr>
          <w:b/>
        </w:rPr>
        <w:t xml:space="preserve">[55:45] </w:t>
      </w:r>
      <w:r>
        <w:t>kijiye iske baad se mera ye haal hoga ke is yaqin kijiye ke main waqeatan vid in</w:t>
      </w:r>
    </w:p>
    <w:p>
      <w:pPr>
        <w:jc w:val="right"/>
      </w:pPr>
      <w:r>
        <w:t>کیجئے اس کے بعد سے میرا یہ حال ہوگا کہ اس یقین کیجئے کہ میں واقعتا ود ان</w:t>
      </w:r>
    </w:p>
    <w:p>
      <w:r>
        <w:rPr>
          <w:b/>
        </w:rPr>
        <w:t xml:space="preserve">[55:51] </w:t>
      </w:r>
      <w:r>
        <w:t>second mein apne ko rok sakta hoon aap ko agar agar tajurba karna ho to mujhe aap kabhi</w:t>
      </w:r>
    </w:p>
    <w:p>
      <w:pPr>
        <w:jc w:val="right"/>
      </w:pPr>
      <w:r>
        <w:t>سیکنڈ میں اپنے کو روک سکتا ہوں اپ کو اگر اگر تجربہ کرنا ہو تو مجھے اپ کبھی</w:t>
      </w:r>
    </w:p>
    <w:p>
      <w:r>
        <w:rPr>
          <w:b/>
        </w:rPr>
        <w:t xml:space="preserve">[55:57] </w:t>
      </w:r>
      <w:r>
        <w:t>aa ke ghussa dilai</w:t>
      </w:r>
    </w:p>
    <w:p>
      <w:pPr>
        <w:jc w:val="right"/>
      </w:pPr>
      <w:r>
        <w:t>ا کے غصہ دلائی</w:t>
      </w:r>
    </w:p>
    <w:p>
      <w:r>
        <w:rPr>
          <w:b/>
        </w:rPr>
        <w:t xml:space="preserve">[56:03] </w:t>
      </w:r>
      <w:r>
        <w:t>e mujhe kahiye ke tum pagal ho tum tum ye ho tum kuch bhi kuch bhi jo aap</w:t>
      </w:r>
    </w:p>
    <w:p>
      <w:pPr>
        <w:jc w:val="right"/>
      </w:pPr>
      <w:r>
        <w:t>ے مجھے کہیے کہ تم پاگل ہو تم تم یہ ہو تم کچھ بھی کچھ بھی جو اپ</w:t>
      </w:r>
    </w:p>
    <w:p>
      <w:r>
        <w:rPr>
          <w:b/>
        </w:rPr>
        <w:t xml:space="preserve">[56:11] </w:t>
      </w:r>
      <w:r>
        <w:t>ke munh mein aaye kahiye kuch bhi chahe kahiye naam mumkin masla hamari family mein ek sahab the</w:t>
      </w:r>
    </w:p>
    <w:p>
      <w:pPr>
        <w:jc w:val="right"/>
      </w:pPr>
      <w:r>
        <w:t>کے منہ میں ائے کہیے کچھ بھی چاہے کہیے نام ممکن مسئلہ ہماری فیملی میں ایک صاحب تھے</w:t>
      </w:r>
    </w:p>
    <w:p>
      <w:r>
        <w:rPr>
          <w:b/>
        </w:rPr>
        <w:t xml:space="preserve">[56:19] </w:t>
      </w:r>
      <w:r>
        <w:t>jo bahut kamyab the bahut paisa karwate the aur main kuch nahin karta tha to mere bare mein</w:t>
      </w:r>
    </w:p>
    <w:p>
      <w:pPr>
        <w:jc w:val="right"/>
      </w:pPr>
      <w:r>
        <w:t>جو بہت کامیاب تھے بہت پیسہ کرواتے تھے اور میں کچھ نہیں کرتا تھا تو میرے بارے میں</w:t>
      </w:r>
    </w:p>
    <w:p>
      <w:r>
        <w:rPr>
          <w:b/>
        </w:rPr>
        <w:t xml:space="preserve">[56:28] </w:t>
      </w:r>
      <w:r>
        <w:t>unhon ne kaha ye to ek mad aadmi hai mere bare mein baqayda</w:t>
      </w:r>
    </w:p>
    <w:p>
      <w:pPr>
        <w:jc w:val="right"/>
      </w:pPr>
      <w:r>
        <w:t>انہوں نے کہا یہ تو ایک میڈ ادمی ہے میرے بارے میں باقاعدہ</w:t>
      </w:r>
    </w:p>
    <w:p>
      <w:r>
        <w:rPr>
          <w:b/>
        </w:rPr>
        <w:t xml:space="preserve">[56:36] </w:t>
      </w:r>
      <w:r>
        <w:t>ek to yaqin kijiye ke mujhe kuch bhi ghussa nahin aaya main ne sirf jante kya socha ke</w:t>
      </w:r>
    </w:p>
    <w:p>
      <w:pPr>
        <w:jc w:val="right"/>
      </w:pPr>
      <w:r>
        <w:t>ایک تو یقین کیجئے کہ مجھے کچھ بھی غصہ نہیں ایا میں نے صرف جانتے کیا سوچا کہ</w:t>
      </w:r>
    </w:p>
    <w:p>
      <w:r>
        <w:rPr>
          <w:b/>
        </w:rPr>
        <w:t xml:space="preserve">[56:44] </w:t>
      </w:r>
      <w:r>
        <w:t>wo wo kya kare wo jante nahin wahi jo baat jo paighambar ne kaha inhah la ilm wo</w:t>
      </w:r>
    </w:p>
    <w:p>
      <w:pPr>
        <w:jc w:val="right"/>
      </w:pPr>
      <w:r>
        <w:t>وہ وہ کیا کرے وہ جانتے نہیں وہی جو بات جو پیغمبر نے کہا انہم لا علم وہ</w:t>
      </w:r>
    </w:p>
    <w:p>
      <w:r>
        <w:rPr>
          <w:b/>
        </w:rPr>
        <w:t xml:space="preserve">[56:51] </w:t>
      </w:r>
      <w:r>
        <w:t>jante nahin to yaqin kijiye jab ye mere munh par nahin kaha tha unhon ne mujhe kisi ne</w:t>
      </w:r>
    </w:p>
    <w:p>
      <w:pPr>
        <w:jc w:val="right"/>
      </w:pPr>
      <w:r>
        <w:t>جانتے نہیں تو یقین کیجئے جب یہ میرے منہ پر نہیں کہا تھا انہوں نے مجھے کسی نے</w:t>
      </w:r>
    </w:p>
    <w:p>
      <w:r>
        <w:rPr>
          <w:b/>
        </w:rPr>
        <w:t xml:space="preserve">[56:59] </w:t>
      </w:r>
      <w:r>
        <w:t>bataya tha ke wo kehte hain ke ye aadmi to me</w:t>
      </w:r>
    </w:p>
    <w:p>
      <w:pPr>
        <w:jc w:val="right"/>
      </w:pPr>
      <w:r>
        <w:t>بتایا تھا کہ وہ کہتے ہیں کہ یہ ادمی تو می</w:t>
      </w:r>
    </w:p>
    <w:p>
      <w:r>
        <w:rPr>
          <w:b/>
        </w:rPr>
        <w:t xml:space="preserve">[57:06] </w:t>
      </w:r>
      <w:r>
        <w:t>d hai to main ne foran ye kaha ke wo un ka case la ilmi ka case hai be</w:t>
      </w:r>
    </w:p>
    <w:p>
      <w:pPr>
        <w:jc w:val="right"/>
      </w:pPr>
      <w:r>
        <w:t>ڈ ہے تو میں نے فورا یہ کہا کہ وہ ان کا کیس لاعلمی کا کیس ہے بے</w:t>
      </w:r>
    </w:p>
    <w:p>
      <w:r>
        <w:rPr>
          <w:b/>
        </w:rPr>
        <w:t xml:space="preserve">[57:14] </w:t>
      </w:r>
      <w:r>
        <w:t>khabri ka case hai to wo wo machine jo thi wo mujhe itne itna zabardast is mein is</w:t>
      </w:r>
    </w:p>
    <w:p>
      <w:pPr>
        <w:jc w:val="right"/>
      </w:pPr>
      <w:r>
        <w:t>خبری کا کیس ہے تو وہ وہ مشین جو تھی وہ مجھے اتنے اتنا زبردست اس میں اس</w:t>
      </w:r>
    </w:p>
    <w:p>
      <w:r>
        <w:rPr>
          <w:b/>
        </w:rPr>
        <w:t xml:space="preserve">[57:22] </w:t>
      </w:r>
      <w:r>
        <w:t>se lesson learning hui ke inshallah iske baad se main ye hamakat nahin ki hoon ghusse wali</w:t>
      </w:r>
    </w:p>
    <w:p>
      <w:pPr>
        <w:jc w:val="right"/>
      </w:pPr>
      <w:r>
        <w:t>سے لیسن لرننگ ہوئی کہ انشاءاللہ اس کے بعد سے میں یہ حماقات نہیں کی ہوں غصے والی</w:t>
      </w:r>
    </w:p>
    <w:p>
      <w:r>
        <w:rPr>
          <w:b/>
        </w:rPr>
        <w:t xml:space="preserve">[57:30] </w:t>
      </w:r>
      <w:r>
        <w:t>hamakat nahin ki main ne</w:t>
      </w:r>
    </w:p>
    <w:p>
      <w:pPr>
        <w:jc w:val="right"/>
      </w:pPr>
      <w:r>
        <w:t>حماقت نہیں کی میں نے</w:t>
      </w:r>
    </w:p>
    <w:p>
      <w:r>
        <w:rPr>
          <w:b/>
        </w:rPr>
        <w:t xml:space="preserve">[57:38] </w:t>
      </w:r>
      <w:r>
        <w:t>to mein apna tajurba bata sakta hoon bhai aur kuch nahi maulana ek sawal tha maulana hum log normally dekhte hain ke yeh jo aap intellectual struggle ke bare mein bol rahe hain yeh self sustained hoga ya phir is mein jo environmental factors ya jo situations hamari life mein aa rahe hain woh is ko propel karega aur us ke sath mein ek sawal aur hai kyun kyun yeh sawal is liye pooch</w:t>
      </w:r>
    </w:p>
    <w:p>
      <w:pPr>
        <w:jc w:val="right"/>
      </w:pPr>
      <w:r>
        <w:t>تو میں اپنا تجربہ بتا سکتا ہوں بھئی اور کچھ نہیں مولانا ایک سوال تھا مولانا ہم لوگ نارملی دیکھتے ہیں کہ یہ جو اپ انٹلیکچول سٹرگل کے بارے میں بول رہے ہیں یہ سیلف سسٹینڈ ہوگا یا پھر اس میں جو انوائرمنٹل فیکٹرز یا جو سچویشنز ہماری لائف میں ا رہے ہیں وہ اس کو پروپیل کرے گا اور اس کے ساتھ میں ایک سوال اور ہے کیوں کیوں یہ سوال اس لیے پوچھ</w:t>
      </w:r>
    </w:p>
    <w:p>
      <w:r>
        <w:rPr>
          <w:b/>
        </w:rPr>
        <w:t xml:space="preserve">[58:08] </w:t>
      </w:r>
      <w:r>
        <w:t>raha hoon kyunke hum log dekhte hain ke bahut se logon ke zindagi mein bahut sari pareshaniyan hoti</w:t>
      </w:r>
    </w:p>
    <w:p>
      <w:pPr>
        <w:jc w:val="right"/>
      </w:pPr>
      <w:r>
        <w:t>رہا ہوں کیونکہ ہم لوگ دیکھتے ہیں کہ بہت سے لوگوں کے زندگی میں بہت ساری پریشانیاں ہوتی</w:t>
      </w:r>
    </w:p>
    <w:p>
      <w:r>
        <w:rPr>
          <w:b/>
        </w:rPr>
        <w:t xml:space="preserve">[58:14] </w:t>
      </w:r>
      <w:r>
        <w:t>hain to wo is pareshaniyon ko overcome kar lete hain kar to lete hain magar jab spiritual awakening</w:t>
      </w:r>
    </w:p>
    <w:p>
      <w:pPr>
        <w:jc w:val="right"/>
      </w:pPr>
      <w:r>
        <w:t>ہیں تو وہ اس پریشانیوں کو اوورکم کر لیتے ہیں کر تو لیتے ہیں مگر جب سپریچول اویکننگ</w:t>
      </w:r>
    </w:p>
    <w:p>
      <w:r>
        <w:rPr>
          <w:b/>
        </w:rPr>
        <w:t xml:space="preserve">[58:19] </w:t>
      </w:r>
      <w:r>
        <w:t>ki jab baat aati hai intellectual awakening ki baat aati hai to phir bhi wo is se khali</w:t>
      </w:r>
    </w:p>
    <w:p>
      <w:pPr>
        <w:jc w:val="right"/>
      </w:pPr>
      <w:r>
        <w:t>کی جب بات اتی ہے انٹلیکچول اویکننگ کی بات اتی ہے تو پھر بھی وہ اس سے خالی</w:t>
      </w:r>
    </w:p>
    <w:p>
      <w:r>
        <w:rPr>
          <w:b/>
        </w:rPr>
        <w:t xml:space="preserve">[58:24] </w:t>
      </w:r>
      <w:r>
        <w:t>paye jaate hain un ke andar mein shayad material wo apna matlab material aspects mein wo develop kar</w:t>
      </w:r>
    </w:p>
    <w:p>
      <w:pPr>
        <w:jc w:val="right"/>
      </w:pPr>
      <w:r>
        <w:t>پائے جاتے ہیں ان کے اندر میں شاید مٹیریل وہ اپنا مطلب مٹیریل ایسپیکٹس میں وہ ڈیولپ کر</w:t>
      </w:r>
    </w:p>
    <w:p>
      <w:r>
        <w:rPr>
          <w:b/>
        </w:rPr>
        <w:t xml:space="preserve">[58:30] </w:t>
      </w:r>
      <w:r>
        <w:t>kar jaate hain magar intellectual sense mein shayad wo kahin par kami reh jaati hai to thoda is</w:t>
      </w:r>
    </w:p>
    <w:p>
      <w:pPr>
        <w:jc w:val="right"/>
      </w:pPr>
      <w:r>
        <w:t>کر جاتے ہیں مگر انٹلیکچول سینس میں شاید وہ کہیں پر کمی رہ جاتی ہے تو تھوڑا اس</w:t>
      </w:r>
    </w:p>
    <w:p>
      <w:r>
        <w:rPr>
          <w:b/>
        </w:rPr>
        <w:t xml:space="preserve">[58:35] </w:t>
      </w:r>
      <w:r>
        <w:t>pe kindly clear kar dein</w:t>
      </w:r>
    </w:p>
    <w:p>
      <w:pPr>
        <w:jc w:val="right"/>
      </w:pPr>
      <w:r>
        <w:t>پہ کائنڈلی کلیئر کر دیں</w:t>
      </w:r>
    </w:p>
    <w:p>
      <w:r>
        <w:rPr>
          <w:b/>
        </w:rPr>
        <w:t xml:space="preserve">[58:40] </w:t>
      </w:r>
      <w:r>
        <w:t>mein samjha nahi koi koi second wala batao second wala koi aur bata de humm ap hi bata</w:t>
      </w:r>
    </w:p>
    <w:p>
      <w:pPr>
        <w:jc w:val="right"/>
      </w:pPr>
      <w:r>
        <w:t>میں سمجھا نہیں کوئی کوئی سیکنڈ والا بتاؤ سیکنڈ والا کوئی اور بتا دے ہمم اپ ہی بتا</w:t>
      </w:r>
    </w:p>
    <w:p>
      <w:r>
        <w:rPr>
          <w:b/>
        </w:rPr>
        <w:t xml:space="preserve">[58:48] </w:t>
      </w:r>
      <w:r>
        <w:t>den ap age a jao ap age a jao ap ka question bohat acha hai molana yeh pooch raha hoon</w:t>
      </w:r>
    </w:p>
    <w:p>
      <w:pPr>
        <w:jc w:val="right"/>
      </w:pPr>
      <w:r>
        <w:t>دیں اپ اگے اجاؤ اپ اگے اجاؤ اپ کا کوئسچن بہت اچھا ہے مولانا یہ پوچھ رہا ہوں</w:t>
      </w:r>
    </w:p>
    <w:p>
      <w:r>
        <w:rPr>
          <w:b/>
        </w:rPr>
        <w:t xml:space="preserve">[58:55] </w:t>
      </w:r>
      <w:r>
        <w:t>keh ah ap bolay thay ji molana to ruk ruk boliye ji molana yeh pooch raha hoon keh</w:t>
      </w:r>
    </w:p>
    <w:p>
      <w:pPr>
        <w:jc w:val="right"/>
      </w:pPr>
      <w:r>
        <w:t>کہ اہ اپ بولے تھے جی مولانا تو رک رک بولیے جی مولانا یہ پوچھ رہا ہوں کہ</w:t>
      </w:r>
    </w:p>
    <w:p>
      <w:r>
        <w:rPr>
          <w:b/>
        </w:rPr>
        <w:t xml:space="preserve">[59:03] </w:t>
      </w:r>
      <w:r>
        <w:t>yeh jo intellectual str</w:t>
      </w:r>
    </w:p>
    <w:p>
      <w:pPr>
        <w:jc w:val="right"/>
      </w:pPr>
      <w:r>
        <w:t>یہ جو انٹلیکچول سٹر</w:t>
      </w:r>
    </w:p>
    <w:p>
      <w:r>
        <w:rPr>
          <w:b/>
        </w:rPr>
        <w:t xml:space="preserve">[59:10] </w:t>
      </w:r>
      <w:r>
        <w:t>gl ke baray mein ap bata rahe hain to yeh self sustained struggle hoga ya keh environmental factors</w:t>
      </w:r>
    </w:p>
    <w:p>
      <w:pPr>
        <w:jc w:val="right"/>
      </w:pPr>
      <w:r>
        <w:t>گل کے بارے میں اپ بتا رہے ہیں تو یہ سیلف سسٹینڈ سٹرگل ہوگا یا کہ انوائرمنٹل فیکٹرز</w:t>
      </w:r>
    </w:p>
    <w:p>
      <w:r>
        <w:rPr>
          <w:b/>
        </w:rPr>
        <w:t xml:space="preserve">[59:16] </w:t>
      </w:r>
      <w:r>
        <w:t>ya phir situations life mein jo aye ge woh is ko propel karein ge dekhein mein ap se</w:t>
      </w:r>
    </w:p>
    <w:p>
      <w:pPr>
        <w:jc w:val="right"/>
      </w:pPr>
      <w:r>
        <w:t>یا پھر سچویشنز لائف میں جو ائیں گے وہ اس کو پروپیل کریں گے دیکھیں میں اپ سے</w:t>
      </w:r>
    </w:p>
    <w:p>
      <w:r>
        <w:rPr>
          <w:b/>
        </w:rPr>
        <w:t xml:space="preserve">[59:22] </w:t>
      </w:r>
      <w:r>
        <w:t>aj hi kaha hai ji keh mujh ko chor kar janay ko ap haram samajh lijiye kyunke mera</w:t>
      </w:r>
    </w:p>
    <w:p>
      <w:pPr>
        <w:jc w:val="right"/>
      </w:pPr>
      <w:r>
        <w:t>اج ہی کہا ہے جی کہ مجھ کو چھوڑ کر جانے کو اپ حرام سمجھ لیجئے کیونکہ میرا</w:t>
      </w:r>
    </w:p>
    <w:p>
      <w:r>
        <w:rPr>
          <w:b/>
        </w:rPr>
        <w:t xml:space="preserve">[59:28] </w:t>
      </w:r>
      <w:r>
        <w:t>jaisa insan dobara paida nahi hoga agar ap seekhna hai ap ko man liya molana yeh baat hain</w:t>
      </w:r>
    </w:p>
    <w:p>
      <w:pPr>
        <w:jc w:val="right"/>
      </w:pPr>
      <w:r>
        <w:t>جیسا انسان دوبارہ پیدا نہیں ہوگا اگر اپ سیکھنا ہے اپ کو مان لیا مولانا یہ بات ہیں</w:t>
      </w:r>
    </w:p>
    <w:p>
      <w:r>
        <w:rPr>
          <w:b/>
        </w:rPr>
        <w:t xml:space="preserve">[59:34] </w:t>
      </w:r>
      <w:r>
        <w:t>man liya is baat ko mere jaisa insan ko chor ke janay ka matlab yeh hai keh</w:t>
      </w:r>
    </w:p>
    <w:p>
      <w:pPr>
        <w:jc w:val="right"/>
      </w:pPr>
      <w:r>
        <w:t>مان لیا اس بات کو میرے جیسے انسان کو چھوڑ کے جانے کا مطلب یہ ہے کہ</w:t>
      </w:r>
    </w:p>
    <w:p>
      <w:r>
        <w:rPr>
          <w:b/>
        </w:rPr>
        <w:t xml:space="preserve">[59:40] </w:t>
      </w:r>
      <w:r>
        <w:t>ap suraj ko chor ke chalay gaye to kiya ap zinda reh sakte hain suraj ko chor kar</w:t>
      </w:r>
    </w:p>
    <w:p>
      <w:pPr>
        <w:jc w:val="right"/>
      </w:pPr>
      <w:r>
        <w:t>اپ سورج کو چھوڑ کے چلے گئے تو کیا اپ زندہ رہ سکتے ہیں سورج کو چھوڑ کر</w:t>
      </w:r>
    </w:p>
    <w:p>
      <w:r>
        <w:rPr>
          <w:b/>
        </w:rPr>
        <w:t xml:space="preserve">[59:48] </w:t>
      </w:r>
      <w:r>
        <w:t>to be jaiz insan Allah taala paida karte hain bohat nahi keh har gali mein yeh Allah taala</w:t>
      </w:r>
    </w:p>
    <w:p>
      <w:pPr>
        <w:jc w:val="right"/>
      </w:pPr>
      <w:r>
        <w:t>تو بے جائز انسان اللہ تعالی پیدا کرتے ہیں بہت نہیں کہ ہر گلی میں یہ اللہ تعالی</w:t>
      </w:r>
    </w:p>
    <w:p>
      <w:r>
        <w:rPr>
          <w:b/>
        </w:rPr>
        <w:t xml:space="preserve">[59:56] </w:t>
      </w:r>
      <w:r>
        <w:t>ki sunti nahi hai keh har gali mein mere sath mil jaye ap ko ap pehchaniye is admi</w:t>
      </w:r>
    </w:p>
    <w:p>
      <w:pPr>
        <w:jc w:val="right"/>
      </w:pPr>
      <w:r>
        <w:t>کی سنتی نہیں ہے کہ ہر گلی میں میرے ساتھ مل جائے اپ کو اپ پہچانیے اس ادمی</w:t>
      </w:r>
    </w:p>
    <w:p>
      <w:r>
        <w:rPr>
          <w:b/>
        </w:rPr>
        <w:t xml:space="preserve">[1:00:03] </w:t>
      </w:r>
      <w:r>
        <w:t>ko nahi pehchanen ge to blindness mein ji ji jeetay rahiye mein is liye bolta hoon keh kehna parta hai</w:t>
      </w:r>
    </w:p>
    <w:p>
      <w:pPr>
        <w:jc w:val="right"/>
      </w:pPr>
      <w:r>
        <w:t>کو نہیں پہچانیں گے تو بلائنڈنس میں جی جی جیتے رہیے میں اس لیے بولتا ہوں کہ کہنا پڑتا ہے</w:t>
      </w:r>
    </w:p>
    <w:p>
      <w:r>
        <w:rPr>
          <w:b/>
        </w:rPr>
        <w:t xml:space="preserve">[1:00:11] </w:t>
      </w:r>
      <w:r>
        <w:t>hamare hamare baray bhai thay yani sagay nahi thay woh to ek un ka naam tha iqbal sohail</w:t>
      </w:r>
    </w:p>
    <w:p>
      <w:pPr>
        <w:jc w:val="right"/>
      </w:pPr>
      <w:r>
        <w:t>ہمارے ہمارے بڑے بھائی تھے یعنی سگے نہیں تھے وہ تو ایک ان کا نام تھا اقبال سہیل</w:t>
      </w:r>
    </w:p>
    <w:p>
      <w:r>
        <w:rPr>
          <w:b/>
        </w:rPr>
        <w:t xml:space="preserve">[1:00:19] </w:t>
      </w:r>
      <w:r>
        <w:t>iqbal ahmad sohail aligarh se unhon ne M.A kiya tha yeh qissa likha hai rashid siddiqui</w:t>
      </w:r>
    </w:p>
    <w:p>
      <w:pPr>
        <w:jc w:val="right"/>
      </w:pPr>
      <w:r>
        <w:t>اقبال احمد سہیل علی گڑھ سے انہوں نے ایم اے کیا تھا یہ قصہ لکھا ہے رشید صدیقی</w:t>
      </w:r>
    </w:p>
    <w:p>
      <w:r>
        <w:rPr>
          <w:b/>
        </w:rPr>
        <w:t xml:space="preserve">[1:00:26] </w:t>
      </w:r>
      <w:r>
        <w:t>ne apni kitab mein jinka naam hai mazameen rashid to iqbal sohail bohat hi zeheen admi thay</w:t>
      </w:r>
    </w:p>
    <w:p>
      <w:pPr>
        <w:jc w:val="right"/>
      </w:pPr>
      <w:r>
        <w:t>نے اپنی کتاب میں جن کا نام ہے مزامین رشید تو اقبال سہیل بہت ہی ذہین ادمی تھے</w:t>
      </w:r>
    </w:p>
    <w:p>
      <w:r>
        <w:rPr>
          <w:b/>
        </w:rPr>
        <w:t xml:space="preserve">[1:00:34] </w:t>
      </w:r>
      <w:r>
        <w:t>to kisi ke moqa par</w:t>
      </w:r>
    </w:p>
    <w:p>
      <w:pPr>
        <w:jc w:val="right"/>
      </w:pPr>
      <w:r>
        <w:t>تو کسی کے موقع پر</w:t>
      </w:r>
    </w:p>
    <w:p>
      <w:r>
        <w:rPr>
          <w:b/>
        </w:rPr>
        <w:t xml:space="preserve">[1:00:42] </w:t>
      </w:r>
      <w:r>
        <w:t>unhon ne bataya apni zehanat ke baray mein to kisi ne kaha yeh to boosting up kar rahe</w:t>
      </w:r>
    </w:p>
    <w:p>
      <w:pPr>
        <w:jc w:val="right"/>
      </w:pPr>
      <w:r>
        <w:t>انہوں نے بتایا اپنی ذہانت کے بارے میں تو کسی نے کہا یہ تو بوسٹنگ اپ کر رہے</w:t>
      </w:r>
    </w:p>
    <w:p>
      <w:r>
        <w:rPr>
          <w:b/>
        </w:rPr>
        <w:t xml:space="preserve">[1:00:48] </w:t>
      </w:r>
      <w:r>
        <w:t>hain ap to unhon ne ek zara sa waise hi lehjay mein bola woh mein is ko nahi</w:t>
      </w:r>
    </w:p>
    <w:p>
      <w:pPr>
        <w:jc w:val="right"/>
      </w:pPr>
      <w:r>
        <w:t>ہیں اپ تو انہوں نے ایک ذرا سا ویسے ہی لہجے میں بولا وہ میں اس کو نہیں</w:t>
      </w:r>
    </w:p>
    <w:p>
      <w:r>
        <w:rPr>
          <w:b/>
        </w:rPr>
        <w:t xml:space="preserve">[1:00:54] </w:t>
      </w:r>
      <w:r>
        <w:t>manta to unhon ne kaha keh agar peghambar agar yeh na kahe keh mein nabi hoon to kon</w:t>
      </w:r>
    </w:p>
    <w:p>
      <w:pPr>
        <w:jc w:val="right"/>
      </w:pPr>
      <w:r>
        <w:t>مانتا تو انہوں نے کہا کہ اگر پیغمبر اگر یہ نہ کہے کہ میں نبی ہوں تو کون</w:t>
      </w:r>
    </w:p>
    <w:p>
      <w:r>
        <w:rPr>
          <w:b/>
        </w:rPr>
        <w:t xml:space="preserve">[1:01:00] </w:t>
      </w:r>
      <w:r>
        <w:t>nabi manay ga is ko to yeh kehna parta hai to mein yeh nahi kahun kahunga mein</w:t>
      </w:r>
    </w:p>
    <w:p>
      <w:pPr>
        <w:jc w:val="right"/>
      </w:pPr>
      <w:r>
        <w:t>نبی مانے گا اس کو تو یہ کہنا پڑتا ہے تو میں یہ نہیں کہوں کہوں گا میں</w:t>
      </w:r>
    </w:p>
    <w:p>
      <w:r>
        <w:rPr>
          <w:b/>
        </w:rPr>
        <w:t xml:space="preserve">[1:01:06] </w:t>
      </w:r>
      <w:r>
        <w:t>yeh kahunga keh Allah ta</w:t>
      </w:r>
    </w:p>
    <w:p>
      <w:pPr>
        <w:jc w:val="right"/>
      </w:pPr>
      <w:r>
        <w:t>یہ کہوں گا کہ اللہ تع</w:t>
      </w:r>
    </w:p>
    <w:p>
      <w:r>
        <w:rPr>
          <w:b/>
        </w:rPr>
        <w:t xml:space="preserve">[1:01:12] </w:t>
      </w:r>
      <w:r>
        <w:t>ala ka yeh sunnat hai khud quran mein ayat mojood hai keh woh kiya ayat hai sahib woh</w:t>
      </w:r>
    </w:p>
    <w:p>
      <w:pPr>
        <w:jc w:val="right"/>
      </w:pPr>
      <w:r>
        <w:t>الی کا یہ سنت ہے خود قران میں ایت موجود ہے کہ وہ کیا ایت ہے صاحب وہ</w:t>
      </w:r>
    </w:p>
    <w:p>
      <w:r>
        <w:rPr>
          <w:b/>
        </w:rPr>
        <w:t xml:space="preserve">[1:01:19] </w:t>
      </w:r>
      <w:r>
        <w:t>ba'azukum ba'az yani farq paida kiya Allah taala ne ba'ad sakhriya haan yani insano mein farq rakha Allah</w:t>
      </w:r>
    </w:p>
    <w:p>
      <w:pPr>
        <w:jc w:val="right"/>
      </w:pPr>
      <w:r>
        <w:t>بعضکم بعض یعنی فرق پیدا کیا اللہ تعالی نے بعد سخریہ ہاں یعنی انسانوں میں فرق رکھا اللہ</w:t>
      </w:r>
    </w:p>
    <w:p>
      <w:r>
        <w:rPr>
          <w:b/>
        </w:rPr>
        <w:t xml:space="preserve">[1:01:27] </w:t>
      </w:r>
      <w:r>
        <w:t>taala ne kisi ko zyada diya hai kisi ko kam diya hai to kiya ap Allah ke is</w:t>
      </w:r>
    </w:p>
    <w:p>
      <w:pPr>
        <w:jc w:val="right"/>
      </w:pPr>
      <w:r>
        <w:t>تعالی نے کسی کو زیادہ دیا ہے کسی کو کم دیا ہے تو کیا اپ اللہ کے اس</w:t>
      </w:r>
    </w:p>
    <w:p>
      <w:r>
        <w:rPr>
          <w:b/>
        </w:rPr>
        <w:t xml:space="preserve">[1:01:35] </w:t>
      </w:r>
      <w:r>
        <w:t>ko badal denge</w:t>
      </w:r>
    </w:p>
    <w:p>
      <w:pPr>
        <w:jc w:val="right"/>
      </w:pPr>
      <w:r>
        <w:t>کو بدل دیں گے</w:t>
      </w:r>
    </w:p>
    <w:p>
      <w:r>
        <w:rPr>
          <w:b/>
        </w:rPr>
        <w:t xml:space="preserve">[1:01:42] </w:t>
      </w:r>
      <w:r>
        <w:t>takhleeq ko badal denge aap yeh to khud quran mein likha hua hai ke hum farq ke</w:t>
      </w:r>
    </w:p>
    <w:p>
      <w:pPr>
        <w:jc w:val="right"/>
      </w:pPr>
      <w:r>
        <w:t>تخلیق کو بدل دیں گے اپ یہ تو خود قران میں لکھا ہوا ہے کہ ہم فرق کے</w:t>
      </w:r>
    </w:p>
    <w:p>
      <w:r>
        <w:rPr>
          <w:b/>
        </w:rPr>
        <w:t xml:space="preserve">[1:01:49] </w:t>
      </w:r>
      <w:r>
        <w:t>saath paida kiya logon ko kisi ko kam diya kisi ko zyada diya to ab mere jaisa insan</w:t>
      </w:r>
    </w:p>
    <w:p>
      <w:pPr>
        <w:jc w:val="right"/>
      </w:pPr>
      <w:r>
        <w:t>ساتھ پیدا کیا لوگوں کو کسی کو کم دیا کسی کو زیادہ دیا تو اب میرے جیسا انسان</w:t>
      </w:r>
    </w:p>
    <w:p>
      <w:r>
        <w:rPr>
          <w:b/>
        </w:rPr>
        <w:t xml:space="preserve">[1:01:55] </w:t>
      </w:r>
      <w:r>
        <w:t>aap chahte hain ke har gali mein mil jaye aap ko to to allah ne nizam hi nahi</w:t>
      </w:r>
    </w:p>
    <w:p>
      <w:pPr>
        <w:jc w:val="right"/>
      </w:pPr>
      <w:r>
        <w:t>اپ چاہتے ہیں کہ ہر گلی میں مل جائے اپ کو تو تو اللہ نے نظام ہی نہیں</w:t>
      </w:r>
    </w:p>
    <w:p>
      <w:r>
        <w:rPr>
          <w:b/>
        </w:rPr>
        <w:t xml:space="preserve">[1:02:01] </w:t>
      </w:r>
      <w:r>
        <w:t>hai to kaise mil jaye ga aap ko aap ko shakk ho to aap ja kar quran ki</w:t>
      </w:r>
    </w:p>
    <w:p>
      <w:pPr>
        <w:jc w:val="right"/>
      </w:pPr>
      <w:r>
        <w:t>ہے تو کیسے مل جائے گا اپ کو اپ کو شک ہو تو اپ جا کر قران کی</w:t>
      </w:r>
    </w:p>
    <w:p>
      <w:r>
        <w:rPr>
          <w:b/>
        </w:rPr>
        <w:t xml:space="preserve">[1:02:08] </w:t>
      </w:r>
      <w:r>
        <w:t>is aayat ko padhiye nahi maulana shakk nahi hai mein apni ghalti ko correct karne ki koshish karunga maulana</w:t>
      </w:r>
    </w:p>
    <w:p>
      <w:pPr>
        <w:jc w:val="right"/>
      </w:pPr>
      <w:r>
        <w:t>اس ایت کو پڑھیے نہیں مولانا شک نہیں ہے میں اپنی غلطی کو کریکٹ کرنے کی کوشش کروں گا مولانا</w:t>
      </w:r>
    </w:p>
    <w:p>
      <w:r>
        <w:rPr>
          <w:b/>
        </w:rPr>
        <w:t xml:space="preserve">[1:02:14] </w:t>
      </w:r>
      <w:r>
        <w:t>jitne mere had mein hai mein poore had mein woh wuqf ka ek aur aayat hai is ko</w:t>
      </w:r>
    </w:p>
    <w:p>
      <w:pPr>
        <w:jc w:val="right"/>
      </w:pPr>
      <w:r>
        <w:t>جتنے میرے حد میں ہے میں پورے حد میں وہ فوق کا ایک اور ایت ہے اس کو</w:t>
      </w:r>
    </w:p>
    <w:p>
      <w:r>
        <w:rPr>
          <w:b/>
        </w:rPr>
        <w:t xml:space="preserve">[1:02:24] </w:t>
      </w:r>
      <w:r>
        <w:t>dekhiye aap wuqf allazi alim aleem woh woh aayat nikalo bhai ji nikalo woh aayat dikhao un ko</w:t>
      </w:r>
    </w:p>
    <w:p>
      <w:pPr>
        <w:jc w:val="right"/>
      </w:pPr>
      <w:r>
        <w:t>دیکھیے اپ وفوق الذی علم علیم وہ وہ ایت نکالو بھائی جی نکالو وہ ایت دکھاؤ ان کو</w:t>
      </w:r>
    </w:p>
    <w:p>
      <w:r>
        <w:rPr>
          <w:b/>
        </w:rPr>
        <w:t xml:space="preserve">[1:02:34] </w:t>
      </w:r>
      <w:r>
        <w:t>wuqf allazi alim aleem to kya aap badal denge allah ki sunnat ko ji to mein mujhe</w:t>
      </w:r>
    </w:p>
    <w:p>
      <w:pPr>
        <w:jc w:val="right"/>
      </w:pPr>
      <w:r>
        <w:t>وفوق الذی علم علیم تو کیا اپ بدل دیں گے اللہ کی سنت کو جی تو میں مجھے</w:t>
      </w:r>
    </w:p>
    <w:p>
      <w:r>
        <w:rPr>
          <w:b/>
        </w:rPr>
        <w:t xml:space="preserve">[1:02:45] </w:t>
      </w:r>
      <w:r>
        <w:t>aap ke is qisse ke baad mujhe batana pada yeh baat ke aap samajhte hain ke har gali</w:t>
      </w:r>
    </w:p>
    <w:p>
      <w:pPr>
        <w:jc w:val="right"/>
      </w:pPr>
      <w:r>
        <w:t>اپ کے اس قصے کے بعد مجھے بتانا پڑا یہ بات کہ اپ سمجھتے ہیں کہ ہر گلی</w:t>
      </w:r>
    </w:p>
    <w:p>
      <w:r>
        <w:rPr>
          <w:b/>
        </w:rPr>
        <w:t xml:space="preserve">[1:02:52] </w:t>
      </w:r>
      <w:r>
        <w:t>kooche mein mere jaisa aadmi khada hua hai to yeh aap ki ghalti hai aisa hota nahi hai</w:t>
      </w:r>
    </w:p>
    <w:p>
      <w:pPr>
        <w:jc w:val="right"/>
      </w:pPr>
      <w:r>
        <w:t>کوچے میں میرے جیسا ادمی کھڑا ہوا ہے تو یہ اپ کی غلطی ہے ایسا ہوتا نہیں ہے</w:t>
      </w:r>
    </w:p>
    <w:p>
      <w:r>
        <w:rPr>
          <w:b/>
        </w:rPr>
        <w:t xml:space="preserve">[1:03:00] </w:t>
      </w:r>
      <w:r>
        <w:t>nikalo woh aayat nikalo ji wuqf allazi alim aleem mein kabhi yeh dua nahi bola tha aap ki</w:t>
      </w:r>
    </w:p>
    <w:p>
      <w:pPr>
        <w:jc w:val="right"/>
      </w:pPr>
      <w:r>
        <w:t>نکالو وہ ایت نکالو جی وفوق الذی علم علیم میں کبھی یہ دعا نہیں بولا تھا اپ کی</w:t>
      </w:r>
    </w:p>
    <w:p>
      <w:r>
        <w:rPr>
          <w:b/>
        </w:rPr>
        <w:t xml:space="preserve">[1:03:08] </w:t>
      </w:r>
      <w:r>
        <w:t>khair khwahi mein bol raha hoon yeh baat ji</w:t>
      </w:r>
    </w:p>
    <w:p>
      <w:pPr>
        <w:jc w:val="right"/>
      </w:pPr>
      <w:r>
        <w:t>خیر خواہی میں بول رہا ہوں یہ بات جی</w:t>
      </w:r>
    </w:p>
    <w:p>
      <w:r>
        <w:rPr>
          <w:b/>
        </w:rPr>
        <w:t xml:space="preserve">[1:03:15] </w:t>
      </w:r>
      <w:r>
        <w:t>kahin aap offend ho jayein to ab aap janiye nahi maulana yeh feel kar raha tha just hain</w:t>
      </w:r>
    </w:p>
    <w:p>
      <w:pPr>
        <w:jc w:val="right"/>
      </w:pPr>
      <w:r>
        <w:t>کہیں اپ افینڈ ہو جائیں تو اب اپ جانیے نہیں مولانا یہ فیل کر رہا تھا جسٹ ہیں</w:t>
      </w:r>
    </w:p>
    <w:p>
      <w:r>
        <w:rPr>
          <w:b/>
        </w:rPr>
        <w:t xml:space="preserve">[1:03:23] </w:t>
      </w:r>
      <w:r>
        <w:t>maulana woh keh rahe hain woh ghalti maan rahe hain apni acha hai nikalo bhai woh aayat nikalo</w:t>
      </w:r>
    </w:p>
    <w:p>
      <w:pPr>
        <w:jc w:val="right"/>
      </w:pPr>
      <w:r>
        <w:t>مولانا وہ کہہ رہے ہیں وہ غلطی مان رہے ہیں اپنی اچھا ہے نکالو بھائی وہ ایت نکالو</w:t>
      </w:r>
    </w:p>
    <w:p>
      <w:r>
        <w:rPr>
          <w:b/>
        </w:rPr>
        <w:t xml:space="preserve">[1:03:32] </w:t>
      </w:r>
      <w:r>
        <w:t>wuqf allazi alim aleem is ka tarjuma padho is ka tarjuma yeh hai ke har janne wale ke</w:t>
      </w:r>
    </w:p>
    <w:p>
      <w:pPr>
        <w:jc w:val="right"/>
      </w:pPr>
      <w:r>
        <w:t>وفوق الذی علم علیم اس کا ترجمہ پڑھو اس کا ترجمہ یہ ہے کہ ہر جاننے والے کے</w:t>
      </w:r>
    </w:p>
    <w:p>
      <w:r>
        <w:rPr>
          <w:b/>
        </w:rPr>
        <w:t xml:space="preserve">[1:03:40] </w:t>
      </w:r>
      <w:r>
        <w:t>peeche ek ek aur upar ek aur janne wala hai wuqf maani upar</w:t>
      </w:r>
    </w:p>
    <w:p>
      <w:pPr>
        <w:jc w:val="right"/>
      </w:pPr>
      <w:r>
        <w:t>پیچھے ایک ایک اور اوپر ایک اور جاننے والا ہے فوق معنی اوپر</w:t>
      </w:r>
    </w:p>
    <w:p>
      <w:r>
        <w:rPr>
          <w:b/>
        </w:rPr>
        <w:t xml:space="preserve">[1:03:48] </w:t>
      </w:r>
      <w:r>
        <w:t>har jaan ali maani learned har learned aadmi ke peeche ek aur learned aadmi hai upar peeche nahi</w:t>
      </w:r>
    </w:p>
    <w:p>
      <w:pPr>
        <w:jc w:val="right"/>
      </w:pPr>
      <w:r>
        <w:t>ہر جان علی معنی لرنڈ ہر لرنڈ ادمی کے پیچھے ایک اور لرنڈ ادمی ہے اوپر پیچھے نہیں</w:t>
      </w:r>
    </w:p>
    <w:p>
      <w:r>
        <w:rPr>
          <w:b/>
        </w:rPr>
        <w:t xml:space="preserve">[1:03:56] </w:t>
      </w:r>
      <w:r>
        <w:t>upar har learned aadmi ke upar ek aur learned aadmi hai to kya aap is sunnat ko badal</w:t>
      </w:r>
    </w:p>
    <w:p>
      <w:pPr>
        <w:jc w:val="right"/>
      </w:pPr>
      <w:r>
        <w:t>اوپر ہر لرنڈ ادمی کے اوپر ایک اور لرنڈ ادمی ہے تو کیا اپ اس سنت کو بدل</w:t>
      </w:r>
    </w:p>
    <w:p>
      <w:r>
        <w:rPr>
          <w:b/>
        </w:rPr>
        <w:t xml:space="preserve">[1:04:03] </w:t>
      </w:r>
      <w:r>
        <w:t>denge to aayat hai wuqf allazi alim aleem is ka tarjuma yeh hai ke har janne wale</w:t>
      </w:r>
    </w:p>
    <w:p>
      <w:pPr>
        <w:jc w:val="right"/>
      </w:pPr>
      <w:r>
        <w:t>دیں گے تو ایت ہے وفوق الذی علم علیم اس کا ترجمہ یہ ہے کہ ہر جاننے والے</w:t>
      </w:r>
    </w:p>
    <w:p>
      <w:r>
        <w:rPr>
          <w:b/>
        </w:rPr>
        <w:t xml:space="preserve">[1:04:11] </w:t>
      </w:r>
      <w:r>
        <w:t>ke peeche aur ek aur zyada janne wala hai</w:t>
      </w:r>
    </w:p>
    <w:p>
      <w:pPr>
        <w:jc w:val="right"/>
      </w:pPr>
      <w:r>
        <w:t>کے پیچھے اور ایک اور زیادہ جاننے والا ہے</w:t>
      </w:r>
    </w:p>
    <w:p>
      <w:r>
        <w:rPr>
          <w:b/>
        </w:rPr>
        <w:t xml:space="preserve">[1:04:19] </w:t>
      </w:r>
      <w:r>
        <w:t>peeche ke upar har janne wale ke upar ek aur zyada janne wala hai itni ult si ho</w:t>
      </w:r>
    </w:p>
    <w:p>
      <w:pPr>
        <w:jc w:val="right"/>
      </w:pPr>
      <w:r>
        <w:t>پیچھے کے اوپر ہر جاننے والے کے اوپر ایک اور زیادہ جاننے والا ہے اتنی الٹ سی ہو</w:t>
      </w:r>
    </w:p>
    <w:p>
      <w:r>
        <w:rPr>
          <w:b/>
        </w:rPr>
        <w:t xml:space="preserve">[1:04:25] </w:t>
      </w:r>
      <w:r>
        <w:t>gayi to kya aap khuda ki sunnat badlenge surah yusuf ke starting mein dekhein hain nahi itni</w:t>
      </w:r>
    </w:p>
    <w:p>
      <w:pPr>
        <w:jc w:val="right"/>
      </w:pPr>
      <w:r>
        <w:t>گئی تو کیا اپ خدا کی سنت بدلیں گے سورہ یوسف کے سٹارٹنگ میں دیکھیں ہیں نہیں اتنی</w:t>
      </w:r>
    </w:p>
    <w:p>
      <w:r>
        <w:rPr>
          <w:b/>
        </w:rPr>
        <w:t xml:space="preserve">[1:04:31] </w:t>
      </w:r>
      <w:r>
        <w:t>taqat aap ki hai yeh mein aap ki khair khwahi ki kar raha hoon aap offend offend mat</w:t>
      </w:r>
    </w:p>
    <w:p>
      <w:pPr>
        <w:jc w:val="right"/>
      </w:pPr>
      <w:r>
        <w:t>طاقت اپ کی ہے یہ میں اپ کی خیر خواہی کی کر رہا ہوں اپ افینڈ افینڈ مت</w:t>
      </w:r>
    </w:p>
    <w:p>
      <w:r>
        <w:rPr>
          <w:b/>
        </w:rPr>
        <w:t xml:space="preserve">[1:04:37] </w:t>
      </w:r>
      <w:r>
        <w:t>hoiye nahi ho raha maulana offend nahi ho raha ji offense nahi leta hoon maulana aap ki baat</w:t>
      </w:r>
    </w:p>
    <w:p>
      <w:pPr>
        <w:jc w:val="right"/>
      </w:pPr>
      <w:r>
        <w:t>ہوئیے نہیں ہو رہا مولانا افینڈ نہیں ہو رہا جی افینس نہیں لیتا ہوں مولانا اپ کی بات</w:t>
      </w:r>
    </w:p>
    <w:p>
      <w:r>
        <w:rPr>
          <w:b/>
        </w:rPr>
        <w:t xml:space="preserve">[1:04:43] </w:t>
      </w:r>
      <w:r>
        <w:t>se sirf ibret leta hoon nahi offend hotay hain to bara acha hai</w:t>
      </w:r>
    </w:p>
    <w:p>
      <w:pPr>
        <w:jc w:val="right"/>
      </w:pPr>
      <w:r>
        <w:t>سے صرف عبرت لیتا ہوں نہیں افینڈ ہوتے ہیں تو بڑا اچھا ہے</w:t>
      </w:r>
    </w:p>
    <w:p>
      <w:r>
        <w:rPr>
          <w:b/>
        </w:rPr>
        <w:t xml:space="preserve">[1:04:49] </w:t>
      </w:r>
      <w:r>
        <w:t>ye baat molana namaz ka time ho gaya to theek hai chaliye.</w:t>
      </w:r>
    </w:p>
    <w:p>
      <w:pPr>
        <w:jc w:val="right"/>
      </w:pPr>
      <w:r>
        <w:t>یہ بات مولانا نماز کا ٹائم ہو گیا تو ٹھیک ہے چلیے.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