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38, V. 29 (Contemplation on the Quran) | October 7, 2018</w:t>
      </w:r>
    </w:p>
    <w:p>
      <w:r>
        <w:t>https://www.youtube.com/watch?v=bF57J8TD8no</w:t>
      </w:r>
    </w:p>
    <w:p>
      <w:r>
        <w:rPr>
          <w:b/>
        </w:rPr>
        <w:t xml:space="preserve">[00:11] </w:t>
      </w:r>
      <w:r>
        <w:t>bismillah rehman rehim, wasalli allah ala nabiy al karim.</w:t>
      </w:r>
    </w:p>
    <w:p>
      <w:pPr>
        <w:jc w:val="right"/>
      </w:pPr>
      <w:r>
        <w:t>بسم اللہ الرحمن الرحیم، وصلی اللہ علی النبی الکریم۔</w:t>
      </w:r>
    </w:p>
    <w:p>
      <w:r>
        <w:rPr>
          <w:b/>
        </w:rPr>
        <w:t xml:space="preserve">[00:21]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[00:31] </w:t>
      </w:r>
      <w:r>
        <w:t>7 october 2018.</w:t>
      </w:r>
    </w:p>
    <w:p>
      <w:pPr>
        <w:jc w:val="right"/>
      </w:pPr>
      <w:r>
        <w:t>7 اکتوبر 2018۔</w:t>
      </w:r>
    </w:p>
    <w:p>
      <w:r>
        <w:rPr>
          <w:b/>
        </w:rPr>
        <w:t xml:space="preserve">[00:41] </w:t>
      </w:r>
      <w:r>
        <w:t>aaj routine ke mutabiq, inshallah, quran ka dars hoga.</w:t>
      </w:r>
    </w:p>
    <w:p>
      <w:pPr>
        <w:jc w:val="right"/>
      </w:pPr>
      <w:r>
        <w:t>آج روٹین کے مطابق، انشاءاللہ، قرآن کا درس ہوگا۔</w:t>
      </w:r>
    </w:p>
    <w:p>
      <w:r>
        <w:rPr>
          <w:b/>
        </w:rPr>
        <w:t xml:space="preserve">[00:48] </w:t>
      </w:r>
      <w:r>
        <w:t>aaj ke dars ke liye hum ne woh ayat li hai jis ke alfaz yeh hain: kitab anzalna</w:t>
      </w:r>
    </w:p>
    <w:p>
      <w:pPr>
        <w:jc w:val="right"/>
      </w:pPr>
      <w:r>
        <w:t>آج کے درس کے لیے ہم نے وہ آیت لی ہے جس کے الفاظ یہ ہیں: کتاب انزلنا</w:t>
      </w:r>
    </w:p>
    <w:p>
      <w:r>
        <w:rPr>
          <w:b/>
        </w:rPr>
        <w:t xml:space="preserve">[00:56] </w:t>
      </w:r>
      <w:r>
        <w:t>ilayka mubarakun liyadabbaru ayatihi wa liyatazakkar ulul albab.</w:t>
      </w:r>
    </w:p>
    <w:p>
      <w:pPr>
        <w:jc w:val="right"/>
      </w:pPr>
      <w:r>
        <w:t>الیک مبارک لیدبرو آیاتہ ولیتذکر اول الباب۔</w:t>
      </w:r>
    </w:p>
    <w:p>
      <w:r>
        <w:rPr>
          <w:b/>
        </w:rPr>
        <w:t xml:space="preserve">[01:04] </w:t>
      </w:r>
      <w:r>
        <w:t>haan, is ka tarjuma surah saad chapter number 38</w:t>
      </w:r>
    </w:p>
    <w:p>
      <w:pPr>
        <w:jc w:val="right"/>
      </w:pPr>
      <w:r>
        <w:t>ہاں، اس کا ترجمہ سورہ سعد چیپٹر نمبر 38</w:t>
      </w:r>
    </w:p>
    <w:p>
      <w:r>
        <w:rPr>
          <w:b/>
        </w:rPr>
        <w:t xml:space="preserve">[01:11] </w:t>
      </w:r>
      <w:r>
        <w:t>vers number 29.</w:t>
      </w:r>
    </w:p>
    <w:p>
      <w:pPr>
        <w:jc w:val="right"/>
      </w:pPr>
      <w:r>
        <w:t>ورس نمبر 29۔</w:t>
      </w:r>
    </w:p>
    <w:p>
      <w:r>
        <w:rPr>
          <w:b/>
        </w:rPr>
        <w:t xml:space="preserve">[01:19] </w:t>
      </w:r>
      <w:r>
        <w:t>ek kitab hai jo hum ne nazil ki tumhari taraf mubarak hai, ta ke log is mein is ki</w:t>
      </w:r>
    </w:p>
    <w:p>
      <w:pPr>
        <w:jc w:val="right"/>
      </w:pPr>
      <w:r>
        <w:t>ایک کتاب ہے جو ہم نے نازل کی تمہاری طرف بابرکت ہے، تاکہ لوگ اس میں اس کی</w:t>
      </w:r>
    </w:p>
    <w:p>
      <w:r>
        <w:rPr>
          <w:b/>
        </w:rPr>
        <w:t xml:space="preserve">[01:26] </w:t>
      </w:r>
      <w:r>
        <w:t>ayaton mein tadabbur karein aur ta ke ahl e aql is se naseehat hasil karein.</w:t>
      </w:r>
    </w:p>
    <w:p>
      <w:pPr>
        <w:jc w:val="right"/>
      </w:pPr>
      <w:r>
        <w:t>آیتوں میں تدبر کریں اور تاکہ اہل عقل اس سے نصیحت حاصل کریں۔</w:t>
      </w:r>
    </w:p>
    <w:p>
      <w:r>
        <w:rPr>
          <w:b/>
        </w:rPr>
        <w:t xml:space="preserve">[01:34] </w:t>
      </w:r>
      <w:r>
        <w:t>dekhiye, is ayat mein bataya gaya hai ke quran fehmi ki kullid kya</w:t>
      </w:r>
    </w:p>
    <w:p>
      <w:pPr>
        <w:jc w:val="right"/>
      </w:pPr>
      <w:r>
        <w:t>دیکھیے، اس آیت میں بتایا گیا ہے کہ قرآن فہمی کی کلید کیا</w:t>
      </w:r>
    </w:p>
    <w:p>
      <w:r>
        <w:rPr>
          <w:b/>
        </w:rPr>
        <w:t xml:space="preserve">[01:41] </w:t>
      </w:r>
      <w:r>
        <w:t>hai, yaani master key kya hai quran ko samajhne ke liye. wo kuch aur nahi hai, logon ne bahut sare uloom likh rakhe hain. nahi, wo sirf ek hai, wo hai tadabbur. aur jitne list bana rakhe hain logon ne quran fahmi ke kullid ke liye, wo sab bilkul irrelevant hain.</w:t>
      </w:r>
    </w:p>
    <w:p>
      <w:pPr>
        <w:jc w:val="right"/>
      </w:pPr>
      <w:r>
        <w:t>ہے، یعنی ماسٹر کی کیا ہے قرآن کو سمجھنے کے لیے۔ وہ کچھ اور نہیں ہے، لوگوں نے بہت سارے علوم لکھ رکھے ہیں۔ نہیں، وہ صرف ایک ہے، وہ ہے تدبر۔ اور جتنے لسٹ بنا رکھے ہیں لوگوں نے قرآن فہمی کے کلید کے لیے، وہ سب بالکل ارریلیونٹ ہیں۔</w:t>
      </w:r>
    </w:p>
    <w:p>
      <w:r>
        <w:rPr>
          <w:b/>
        </w:rPr>
        <w:t xml:space="preserve">[02:11] </w:t>
      </w:r>
      <w:r>
        <w:t>sari ahmiyat jo hai, yaqeen kijiye ke woh aap ke mind ki hai, kaghaz pe likhe hue safhat</w:t>
      </w:r>
    </w:p>
    <w:p>
      <w:pPr>
        <w:jc w:val="right"/>
      </w:pPr>
      <w:r>
        <w:t>ساری اہمیت جو ہے، یقین کیجیے کہ وہ آپ کے مائنڈ کی ہے، کاغذ پہ لکھے ہوئے صفحات</w:t>
      </w:r>
    </w:p>
    <w:p>
      <w:r>
        <w:rPr>
          <w:b/>
        </w:rPr>
        <w:t xml:space="preserve">[02:17] </w:t>
      </w:r>
      <w:r>
        <w:t>ki nahi hai.</w:t>
      </w:r>
    </w:p>
    <w:p>
      <w:pPr>
        <w:jc w:val="right"/>
      </w:pPr>
      <w:r>
        <w:t>کی نہیں ہے۔</w:t>
      </w:r>
    </w:p>
    <w:p>
      <w:r>
        <w:rPr>
          <w:b/>
        </w:rPr>
        <w:t xml:space="preserve">[02:24] </w:t>
      </w:r>
      <w:r>
        <w:t>koi bhi kitab ho, is pe jo likha hota hai, is mein kull baat nahi hoti.</w:t>
      </w:r>
    </w:p>
    <w:p>
      <w:pPr>
        <w:jc w:val="right"/>
      </w:pPr>
      <w:r>
        <w:t>کوئی بھی کتاب ہو، اس پہ جو لکھا ہوتا ہے، اس میں کل بات نہیں ہوتی۔</w:t>
      </w:r>
    </w:p>
    <w:p>
      <w:r>
        <w:rPr>
          <w:b/>
        </w:rPr>
        <w:t xml:space="preserve">[02:30] </w:t>
      </w:r>
      <w:r>
        <w:t>wo baat hoti hai aap ke mind mein.</w:t>
      </w:r>
    </w:p>
    <w:p>
      <w:pPr>
        <w:jc w:val="right"/>
      </w:pPr>
      <w:r>
        <w:t>وہ بات ہوتی ہے آپ کے مائنڈ میں۔</w:t>
      </w:r>
    </w:p>
    <w:p>
      <w:r>
        <w:rPr>
          <w:b/>
        </w:rPr>
        <w:t xml:space="preserve">[02:36] </w:t>
      </w:r>
      <w:r>
        <w:t>balke ayatu fi sudur, woh to aap ko</w:t>
      </w:r>
    </w:p>
    <w:p>
      <w:pPr>
        <w:jc w:val="right"/>
      </w:pPr>
      <w:r>
        <w:t>بلکہ آیات فی صدور، وہ تو آپ کو</w:t>
      </w:r>
    </w:p>
    <w:p>
      <w:r>
        <w:rPr>
          <w:b/>
        </w:rPr>
        <w:t xml:space="preserve">[02:42] </w:t>
      </w:r>
      <w:r>
        <w:t>ek mahmeez hota hai, ye aap ko aap ke mind ko jagarta hai, wo alfaz ke aap sochein, sochein, sochein, sochein. to sab se zyada jo aham baat hai quran ke bare mein ke quran aap ke mind ko jagata hai. quran ke mind ko jagata hai. quran aap ke mind ko j</w:t>
      </w:r>
    </w:p>
    <w:p>
      <w:pPr>
        <w:jc w:val="right"/>
      </w:pPr>
      <w:r>
        <w:t>ایک مہمیز ہوتا ہے، یہ آپ کو آپ کے مائنڈ کو جگارتا ہے، وہ الفاظ کہ آپ سوچیں، سوچیں، سوچیں، سوچیں۔ تو سب سے زیادہ جو اہم بات ہے قرآن کے بارے میں کہ قرآن آپ کے مائنڈ کو جگاتا ہے۔ قرآن کے مائنڈ کو جگاتا ہے۔ قرآن آپ کے مائنڈ کو ج</w:t>
      </w:r>
    </w:p>
    <w:p>
      <w:r>
        <w:rPr>
          <w:b/>
        </w:rPr>
        <w:t xml:space="preserve">[03:12] </w:t>
      </w:r>
      <w:r>
        <w:t>gata hai.</w:t>
      </w:r>
    </w:p>
    <w:p>
      <w:pPr>
        <w:jc w:val="right"/>
      </w:pPr>
      <w:r>
        <w:t>گاتا ہے۔</w:t>
      </w:r>
    </w:p>
    <w:p>
      <w:r>
        <w:rPr>
          <w:b/>
        </w:rPr>
        <w:t xml:space="preserve">[03:18] </w:t>
      </w:r>
      <w:r>
        <w:t>ab dekhiye ke bukhari mein lambi riwayat aayi hai ke jo pehli bar jo rasool allah par wahi</w:t>
      </w:r>
    </w:p>
    <w:p>
      <w:pPr>
        <w:jc w:val="right"/>
      </w:pPr>
      <w:r>
        <w:t>اب دیکھیے کہ بخاری میں لمبی روایت آئی ہے کہ جو پہلی بار جو رسول اللہ پر وحی</w:t>
      </w:r>
    </w:p>
    <w:p>
      <w:r>
        <w:rPr>
          <w:b/>
        </w:rPr>
        <w:t xml:space="preserve">[03:24] </w:t>
      </w:r>
      <w:r>
        <w:t>aayi jab ke aap thay ghar hira mein, to woh kya kya qissa tha, woh woh aap ko</w:t>
      </w:r>
    </w:p>
    <w:p>
      <w:pPr>
        <w:jc w:val="right"/>
      </w:pPr>
      <w:r>
        <w:t>آئی جب کہ آپ تھے غار حرام میں، تو وہ کیا کیا قصہ تھا، وہ وہ آپ کو</w:t>
      </w:r>
    </w:p>
    <w:p>
      <w:r>
        <w:rPr>
          <w:b/>
        </w:rPr>
        <w:t xml:space="preserve">[03:30] </w:t>
      </w:r>
      <w:r>
        <w:t>batayenge pehle.</w:t>
      </w:r>
    </w:p>
    <w:p>
      <w:pPr>
        <w:jc w:val="right"/>
      </w:pPr>
      <w:r>
        <w:t>بتائیں گے پہلے۔</w:t>
      </w:r>
    </w:p>
    <w:p>
      <w:r>
        <w:rPr>
          <w:b/>
        </w:rPr>
        <w:t xml:space="preserve">[03:37] </w:t>
      </w:r>
      <w:r>
        <w:t>phir mein is par add karunga inshallah</w:t>
      </w:r>
    </w:p>
    <w:p>
      <w:pPr>
        <w:jc w:val="right"/>
      </w:pPr>
      <w:r>
        <w:t>پھر میں اس پر ایڈ کروں گا انشاءاللہ</w:t>
      </w:r>
    </w:p>
    <w:p>
      <w:r>
        <w:rPr>
          <w:b/>
        </w:rPr>
        <w:t xml:space="preserve">[03:43] </w:t>
      </w:r>
      <w:r>
        <w:t>ke pehli bar jab jibril aaye to rasool allah aur aap ke darmiyan kya dialogue hua? an Aisha r.a. qalat: "kan yakhlu bi ghar hira fa yatahanath fihi wa huwat taabud al layali dhawat al adad qabla an yanza'a ilayhi wa yatazawwad</w:t>
      </w:r>
    </w:p>
    <w:p>
      <w:pPr>
        <w:jc w:val="right"/>
      </w:pPr>
      <w:r>
        <w:t>کہ پہلی بار جب جبرائیل آئے تو رسول اللہ اور آپ کے درمیان کیا ڈائیلاگ ہوا؟ انائشۃ رضی</w:t>
      </w:r>
    </w:p>
    <w:p>
      <w:r>
        <w:rPr>
          <w:b/>
        </w:rPr>
        <w:t xml:space="preserve">[03:53] </w:t>
      </w:r>
      <w:r>
        <w:t>li dhalika hatta ja'a al haqq wa huwa fi ghar hira</w:t>
      </w:r>
    </w:p>
    <w:p>
      <w:pPr>
        <w:jc w:val="right"/>
      </w:pPr>
      <w:r>
        <w:t>اللہ عنہا قالت: "کان یخلو بغار حرا فیحنث فیہ وھو التعبد اللیالی ذوات العدد قبل انینزع الہ ویتزود</w:t>
      </w:r>
    </w:p>
    <w:p>
      <w:r>
        <w:rPr>
          <w:b/>
        </w:rPr>
        <w:t xml:space="preserve">[04:03] </w:t>
      </w:r>
      <w:r>
        <w:t>lidhalika hatta jaa alhaqqu wahuwa fee ghar ha</w:t>
      </w:r>
    </w:p>
    <w:p>
      <w:pPr>
        <w:jc w:val="right"/>
      </w:pPr>
      <w:r>
        <w:t>لذالک حتی جاء الحق وھو فی غار ح</w:t>
      </w:r>
    </w:p>
    <w:p>
      <w:r>
        <w:rPr>
          <w:b/>
        </w:rPr>
        <w:t xml:space="preserve">[04:13] </w:t>
      </w:r>
      <w:r>
        <w:t>ra. " fajaa'ah al-malik faqaal: "iqra." qaal: "maa ana biqaari." qaal: " faakhazni fughtani hattaa balaghani minni al-jahad." thumma arsalni</w:t>
      </w:r>
    </w:p>
    <w:p>
      <w:pPr>
        <w:jc w:val="right"/>
      </w:pPr>
      <w:r>
        <w:t>را۔" فجاءہ الملک فقال: "اقرا۔" قال: "ما انا بقاری۔" قال: "فاخذنی فغتنی حتی بلغنی منی الجہد۔" ثم ارسلنی</w:t>
      </w:r>
    </w:p>
    <w:p>
      <w:r>
        <w:rPr>
          <w:b/>
        </w:rPr>
        <w:t xml:space="preserve">[04:23] </w:t>
      </w:r>
      <w:r>
        <w:t>faqaal: "iqra." qultu: "maa ana biqaari." faakhazni waqtani al-thaaniyata hattaa balagha minni al-jahad.</w:t>
      </w:r>
    </w:p>
    <w:p>
      <w:pPr>
        <w:jc w:val="right"/>
      </w:pPr>
      <w:r>
        <w:t>فقال: "اقرا۔" قلت: "ما انا بقاری۔" فاخذنی وغتنی الثانیہ حتی بلغ منی الجہد۔</w:t>
      </w:r>
    </w:p>
    <w:p>
      <w:r>
        <w:rPr>
          <w:b/>
        </w:rPr>
        <w:t xml:space="preserve">[04:33] </w:t>
      </w:r>
      <w:r>
        <w:t>thumma arsalni faqaal: "iqra." faqultu: "maa ana biqaari." faakhazni waqtani al-th</w:t>
      </w:r>
    </w:p>
    <w:p>
      <w:pPr>
        <w:jc w:val="right"/>
      </w:pPr>
      <w:r>
        <w:t>ثم ارسلنی فقال: "اقرا۔" فقلت: "ما انا بقاری۔" فاخذنی وغتنی الث</w:t>
      </w:r>
    </w:p>
    <w:p>
      <w:r>
        <w:rPr>
          <w:b/>
        </w:rPr>
        <w:t xml:space="preserve">[04:43] </w:t>
      </w:r>
      <w:r>
        <w:t>al-thah.</w:t>
      </w:r>
    </w:p>
    <w:p>
      <w:pPr>
        <w:jc w:val="right"/>
      </w:pPr>
      <w:r>
        <w:t>الثہ۔</w:t>
      </w:r>
    </w:p>
    <w:p>
      <w:r>
        <w:rPr>
          <w:b/>
        </w:rPr>
        <w:t xml:space="preserve">[04:47] </w:t>
      </w:r>
      <w:r>
        <w:t>thumma arsalni faqaal: "iqra bismi rabbika alladhi khalaq." khalaqa al-insana min 'alaq.</w:t>
      </w:r>
    </w:p>
    <w:p>
      <w:pPr>
        <w:jc w:val="right"/>
      </w:pPr>
      <w:r>
        <w:t>ثم ارسلنی فقال: "اقرا بسم ربک الذی خلق۔" خلق الانسان من علق۔</w:t>
      </w:r>
    </w:p>
    <w:p>
      <w:r>
        <w:rPr>
          <w:b/>
        </w:rPr>
        <w:t xml:space="preserve">[04:52] </w:t>
      </w:r>
      <w:r>
        <w:t>iqra wa rabbuka al-akram. surah al-'alaq.</w:t>
      </w:r>
    </w:p>
    <w:p>
      <w:pPr>
        <w:jc w:val="right"/>
      </w:pPr>
      <w:r>
        <w:t>اقرا وربک الاكرم۔ سورہ العلق۔</w:t>
      </w:r>
    </w:p>
    <w:p>
      <w:r>
        <w:rPr>
          <w:b/>
        </w:rPr>
        <w:t xml:space="preserve">[04:56] </w:t>
      </w:r>
      <w:r>
        <w:t>farada'a rasool Allah sallallahu 'alayhi wa sallam jurjafa fu'aadoh.</w:t>
      </w:r>
    </w:p>
    <w:p>
      <w:pPr>
        <w:jc w:val="right"/>
      </w:pPr>
      <w:r>
        <w:t>فردع رسول اللہ صلی اللہ علیہ وسلم جرجف فؤادہ۔</w:t>
      </w:r>
    </w:p>
    <w:p>
      <w:r>
        <w:rPr>
          <w:b/>
        </w:rPr>
        <w:t xml:space="preserve">[05:00] </w:t>
      </w:r>
      <w:r>
        <w:t>hazrat aisha se riwayat hai ke aap ghar-e-hira mein chale jaate chand dinon ke liye ibaadat ke</w:t>
      </w:r>
    </w:p>
    <w:p>
      <w:pPr>
        <w:jc w:val="right"/>
      </w:pPr>
      <w:r>
        <w:t>حضرت عائشہ سے روایت ہے کہ آپ غار حرا میں چلے جاتے چند دنوں کے لیے عبادت کے</w:t>
      </w:r>
    </w:p>
    <w:p>
      <w:r>
        <w:rPr>
          <w:b/>
        </w:rPr>
        <w:t xml:space="preserve">[05:04] </w:t>
      </w:r>
      <w:r>
        <w:t>liye aur kai raatein is mein rehte aur apne saath khana bhi le jaya karte thay.</w:t>
      </w:r>
    </w:p>
    <w:p>
      <w:pPr>
        <w:jc w:val="right"/>
      </w:pPr>
      <w:r>
        <w:t>لیے اور کئی راتیں اس میں رہتے اور اپنے ساتھ کھانا بھی لے جایا کرتے تھے۔</w:t>
      </w:r>
    </w:p>
    <w:p>
      <w:r>
        <w:rPr>
          <w:b/>
        </w:rPr>
        <w:t xml:space="preserve">[05:09] </w:t>
      </w:r>
      <w:r>
        <w:t>yahan tak ke</w:t>
      </w:r>
    </w:p>
    <w:p>
      <w:pPr>
        <w:jc w:val="right"/>
      </w:pPr>
      <w:r>
        <w:t>یہاں تک کہ</w:t>
      </w:r>
    </w:p>
    <w:p>
      <w:r>
        <w:rPr>
          <w:b/>
        </w:rPr>
        <w:t xml:space="preserve">[05:13] </w:t>
      </w:r>
      <w:r>
        <w:t>haq ki baat aayi, us waqt aap ghar-e-hira mein thay.</w:t>
      </w:r>
    </w:p>
    <w:p>
      <w:pPr>
        <w:jc w:val="right"/>
      </w:pPr>
      <w:r>
        <w:t>حق کی بات آئی، اس وقت آپ غار حرا میں تھے۔</w:t>
      </w:r>
    </w:p>
    <w:p>
      <w:r>
        <w:rPr>
          <w:b/>
        </w:rPr>
        <w:t xml:space="preserve">[05:18] </w:t>
      </w:r>
      <w:r>
        <w:t>aap ke paas farishta aaya aur us ne kaha: "parho." aap ne kaha: "main parhne wala nahi hoon,</w:t>
      </w:r>
    </w:p>
    <w:p>
      <w:pPr>
        <w:jc w:val="right"/>
      </w:pPr>
      <w:r>
        <w:t>آپ کے پاس فرشتہ آیا اور اس نے کہا: "پڑھو۔" آپ نے کہا: "میں پڑھنے والا نہیں ہوں،</w:t>
      </w:r>
    </w:p>
    <w:p>
      <w:r>
        <w:rPr>
          <w:b/>
        </w:rPr>
        <w:t xml:space="preserve">[05:23] </w:t>
      </w:r>
      <w:r>
        <w:t>main qari nahi hoon." us ne aap ko pakad liya aur khoob zor se dabaucha, yahan tak ke</w:t>
      </w:r>
    </w:p>
    <w:p>
      <w:pPr>
        <w:jc w:val="right"/>
      </w:pPr>
      <w:r>
        <w:t>میں قاری نہیں ہوں۔" اس نے آپ کو پکڑ لیا اور خوب زور سے دبوچا، یہاں تک کہ</w:t>
      </w:r>
    </w:p>
    <w:p>
      <w:r>
        <w:rPr>
          <w:b/>
        </w:rPr>
        <w:t xml:space="preserve">[05:28] </w:t>
      </w:r>
      <w:r>
        <w:t>aap ki poori taaqat nikalti mehsoos hui.</w:t>
      </w:r>
    </w:p>
    <w:p>
      <w:pPr>
        <w:jc w:val="right"/>
      </w:pPr>
      <w:r>
        <w:t>آپ کی پوری طاقت نکلتی محسوس ہوئی۔</w:t>
      </w:r>
    </w:p>
    <w:p>
      <w:r>
        <w:rPr>
          <w:b/>
        </w:rPr>
        <w:t xml:space="preserve">[05:33] </w:t>
      </w:r>
      <w:r>
        <w:t>phir us ne chhod diya aur kaha: "parho." aap ne kaha: "main parhne wala nahi hoon, main parha</w:t>
      </w:r>
    </w:p>
    <w:p>
      <w:pPr>
        <w:jc w:val="right"/>
      </w:pPr>
      <w:r>
        <w:t>پھر اس نے چھوڑ دیا اور کہا: "پڑھو۔" آپ نے کہا: "میں پڑھنے والا نہیں ہوں، میں پڑھا</w:t>
      </w:r>
    </w:p>
    <w:p>
      <w:r>
        <w:rPr>
          <w:b/>
        </w:rPr>
        <w:t xml:space="preserve">[05:38] </w:t>
      </w:r>
      <w:r>
        <w:t>hua nahi hoon." to us ne pakad liya doosri martaba</w:t>
      </w:r>
    </w:p>
    <w:p>
      <w:pPr>
        <w:jc w:val="right"/>
      </w:pPr>
      <w:r>
        <w:t>ہوا نہیں ہوں۔" تو اس نے پکڑ لیا دوسری مرتبہ</w:t>
      </w:r>
    </w:p>
    <w:p>
      <w:r>
        <w:rPr>
          <w:b/>
        </w:rPr>
        <w:t xml:space="preserve">[05:43] </w:t>
      </w:r>
      <w:r>
        <w:t>aur khoob zor se pakad liya, yahan tak ke poori taaqat chali gayi.</w:t>
      </w:r>
    </w:p>
    <w:p>
      <w:pPr>
        <w:jc w:val="right"/>
      </w:pPr>
      <w:r>
        <w:t>اور خوب زور سے پکڑ لیا، یہاں تک کہ پوری طاقت چلی گئی۔</w:t>
      </w:r>
    </w:p>
    <w:p>
      <w:r>
        <w:rPr>
          <w:b/>
        </w:rPr>
        <w:t xml:space="preserve">[05:49] </w:t>
      </w:r>
      <w:r>
        <w:t>phir chhod diya.</w:t>
      </w:r>
    </w:p>
    <w:p>
      <w:pPr>
        <w:jc w:val="right"/>
      </w:pPr>
      <w:r>
        <w:t>پھر چھوڑ دیا۔</w:t>
      </w:r>
    </w:p>
    <w:p>
      <w:r>
        <w:rPr>
          <w:b/>
        </w:rPr>
        <w:t xml:space="preserve">[05:55] </w:t>
      </w:r>
      <w:r>
        <w:t>phir us ne kaha: "parho." to aap ne kaha: "main parhne wala nahi hoon." to us ne teesri</w:t>
      </w:r>
    </w:p>
    <w:p>
      <w:pPr>
        <w:jc w:val="right"/>
      </w:pPr>
      <w:r>
        <w:t>پھر اس نے کہا: "پڑھو۔" تو آپ نے کہا: "میں پڑھنے والا نہیں ہوں۔" تو اس نے تیسری</w:t>
      </w:r>
    </w:p>
    <w:p>
      <w:r>
        <w:rPr>
          <w:b/>
        </w:rPr>
        <w:t xml:space="preserve">[06:01] </w:t>
      </w:r>
      <w:r>
        <w:t>martaba phir se pakad liya, phir chhodaa aur kaha: "parho." iqra bismi rabbika alladhi khalaq.</w:t>
      </w:r>
    </w:p>
    <w:p>
      <w:pPr>
        <w:jc w:val="right"/>
      </w:pPr>
      <w:r>
        <w:t>مرتبہ پھر سے پکڑ لیا، پھر چھوڑا اور کہا: "پڑھو۔" اقرا بسم ربک الذی خلق۔</w:t>
      </w:r>
    </w:p>
    <w:p>
      <w:r>
        <w:rPr>
          <w:b/>
        </w:rPr>
        <w:t xml:space="preserve">[06:07] </w:t>
      </w:r>
      <w:r>
        <w:t>parh apne rab ke naam se jis ne paida kiya, insaan ko paida kiya khoon ke lothde se. parh</w:t>
      </w:r>
    </w:p>
    <w:p>
      <w:pPr>
        <w:jc w:val="right"/>
      </w:pPr>
      <w:r>
        <w:t>پڑھ اپنے رب کے نام سے جس نے پیدا کیا، انسان کو پیدا کیا خون کے لوتھڑے سے۔ پڑھ</w:t>
      </w:r>
    </w:p>
    <w:p>
      <w:r>
        <w:rPr>
          <w:b/>
        </w:rPr>
        <w:t xml:space="preserve">[06:13] </w:t>
      </w:r>
      <w:r>
        <w:t>: "tera rab bada buzurgi wala hai." rasool Allah sallallahu 'alayhi wa sallam us ke saath hi thartharaate</w:t>
      </w:r>
    </w:p>
    <w:p>
      <w:pPr>
        <w:jc w:val="right"/>
      </w:pPr>
      <w:r>
        <w:t>: "تیرا رب بڑا بزرگی والا ہے۔" رسول اللہ صلی اللہ علیہ وسلم اس کے ساتھ ہی تھرتھراتے</w:t>
      </w:r>
    </w:p>
    <w:p>
      <w:r>
        <w:rPr>
          <w:b/>
        </w:rPr>
        <w:t xml:space="preserve">[06:20] </w:t>
      </w:r>
      <w:r>
        <w:t>huye wapas aaye apne ghar ko.</w:t>
      </w:r>
    </w:p>
    <w:p>
      <w:pPr>
        <w:jc w:val="right"/>
      </w:pPr>
      <w:r>
        <w:t>ہوئے واپس آئے اپنے گھر کو۔</w:t>
      </w:r>
    </w:p>
    <w:p>
      <w:r>
        <w:rPr>
          <w:b/>
        </w:rPr>
        <w:t xml:space="preserve">[06:26] </w:t>
      </w:r>
      <w:r>
        <w:t>sahih al-bukhari hadith number three.</w:t>
      </w:r>
    </w:p>
    <w:p>
      <w:pPr>
        <w:jc w:val="right"/>
      </w:pPr>
      <w:r>
        <w:t>صحیح البخاری حدیث نمبر تھری۔</w:t>
      </w:r>
    </w:p>
    <w:p>
      <w:r>
        <w:rPr>
          <w:b/>
        </w:rPr>
        <w:t xml:space="preserve">[06:32] </w:t>
      </w:r>
      <w:r>
        <w:t>dekhiye, waqea jo hai bohat hi revolutionary waqea hai.</w:t>
      </w:r>
    </w:p>
    <w:p>
      <w:pPr>
        <w:jc w:val="right"/>
      </w:pPr>
      <w:r>
        <w:t>دیکھیے، واقعہ جو ہے بہت ہی ریولیشنری واقعہ ہے۔</w:t>
      </w:r>
    </w:p>
    <w:p>
      <w:r>
        <w:rPr>
          <w:b/>
        </w:rPr>
        <w:t xml:space="preserve">[06:39] </w:t>
      </w:r>
      <w:r>
        <w:t>yeh aaghaz risalat hai aur bukhari ne is ko riwayat kiya hai</w:t>
      </w:r>
    </w:p>
    <w:p>
      <w:pPr>
        <w:jc w:val="right"/>
      </w:pPr>
      <w:r>
        <w:t>یہ آغاز رسالت ہے اور بخاری نے اس کو روایت کیا ہے</w:t>
      </w:r>
    </w:p>
    <w:p>
      <w:r>
        <w:rPr>
          <w:b/>
        </w:rPr>
        <w:t xml:space="preserve">[06:45] </w:t>
      </w:r>
      <w:r>
        <w:t>aur is ko riwayat karne wale hazrat aisha hain.</w:t>
      </w:r>
    </w:p>
    <w:p>
      <w:pPr>
        <w:jc w:val="right"/>
      </w:pPr>
      <w:r>
        <w:t>اور اس کو روایت کرنے والے حضرت عائشہ ہیں۔</w:t>
      </w:r>
    </w:p>
    <w:p>
      <w:r>
        <w:rPr>
          <w:b/>
        </w:rPr>
        <w:t xml:space="preserve">[06:53] </w:t>
      </w:r>
      <w:r>
        <w:t>to bohat authentic hadith hai yeh.</w:t>
      </w:r>
    </w:p>
    <w:p>
      <w:pPr>
        <w:jc w:val="right"/>
      </w:pPr>
      <w:r>
        <w:t>تو بہت اتھینٹک حدیث ہے یہ۔</w:t>
      </w:r>
    </w:p>
    <w:p>
      <w:r>
        <w:rPr>
          <w:b/>
        </w:rPr>
        <w:t xml:space="preserve">[07:00] </w:t>
      </w:r>
      <w:r>
        <w:t>to aap is mein ghor kijiye, yeh farishta tha jibril.</w:t>
      </w:r>
    </w:p>
    <w:p>
      <w:pPr>
        <w:jc w:val="right"/>
      </w:pPr>
      <w:r>
        <w:t>تو آپ اس میں غور کیجیے، یہ فرشتہ تھا جبرائیل۔</w:t>
      </w:r>
    </w:p>
    <w:p>
      <w:r>
        <w:rPr>
          <w:b/>
        </w:rPr>
        <w:t xml:space="preserve">[07:08] </w:t>
      </w:r>
      <w:r>
        <w:t>to aap makka ke qareeb jo pahariyan hua karti thin, us mein ek cave tha ghar e hira. woh koi</w:t>
      </w:r>
    </w:p>
    <w:p>
      <w:pPr>
        <w:jc w:val="right"/>
      </w:pPr>
      <w:r>
        <w:t>تو آپ مکہ کے قریب جو پہاڑیاں ہوا کرتی تھیں، اس میں ایک کیو تھا غار حرا۔ وہ کوئی</w:t>
      </w:r>
    </w:p>
    <w:p>
      <w:r>
        <w:rPr>
          <w:b/>
        </w:rPr>
        <w:t xml:space="preserve">[07:16] </w:t>
      </w:r>
      <w:r>
        <w:t>mahal ka room nahi tha, wo bahut hi ooncha neecha uneven type ka tha. is mein aap jate the. to ek bar jab wahan aap the aur wahan par akele the aap, to jibril farishta aaya. us ne kaha ke: "iqra ya</w:t>
      </w:r>
    </w:p>
    <w:p>
      <w:pPr>
        <w:jc w:val="right"/>
      </w:pPr>
      <w:r>
        <w:t>مال کا روم نہیں تھا، وہ بہت ہی اونچا نیچا ان ایون ٹائپ کا تھا۔ اس میں آپ جاتے تھے۔ تو ایک بار جب وہاں آپ تھے اور وہاں پر اکیلے تھے آپ، تو جبرائیل فرشتہ آیا۔ اس نے کہا کہ: "اقرا یا</w:t>
      </w:r>
    </w:p>
    <w:p>
      <w:r>
        <w:rPr>
          <w:b/>
        </w:rPr>
        <w:t xml:space="preserve">[07:46] </w:t>
      </w:r>
      <w:r>
        <w:t>muhammad." parh: "ae muhammad." to aap kehte hain ke: "bana bukhari." kai bar aisa hua ke: "parh ae</w:t>
      </w:r>
    </w:p>
    <w:p>
      <w:pPr>
        <w:jc w:val="right"/>
      </w:pPr>
      <w:r>
        <w:t>محمد۔" پڑھ: "اے محمد۔" تو آپ کہتے ہیں کہ: "بانا بخاری۔" کئی بار ایسا ہوا کہ: "پڑھ اے</w:t>
      </w:r>
    </w:p>
    <w:p>
      <w:r>
        <w:rPr>
          <w:b/>
        </w:rPr>
        <w:t xml:space="preserve">[07:54] </w:t>
      </w:r>
      <w:r>
        <w:t>muhammad." ghaleban teen bar.</w:t>
      </w:r>
    </w:p>
    <w:p>
      <w:pPr>
        <w:jc w:val="right"/>
      </w:pPr>
      <w:r>
        <w:t>محمد۔" غالباً تین بار۔</w:t>
      </w:r>
    </w:p>
    <w:p>
      <w:r>
        <w:rPr>
          <w:b/>
        </w:rPr>
        <w:t xml:space="preserve">[08:02] </w:t>
      </w:r>
      <w:r>
        <w:t>to phir jibril ne kaha ke: "iqra bismi rabbika al khaliq." parh: "yeh yeh jo yeh surah jo hai,</w:t>
      </w:r>
    </w:p>
    <w:p>
      <w:pPr>
        <w:jc w:val="right"/>
      </w:pPr>
      <w:r>
        <w:t>تو پھر جبرائیل نے کہا کہ: "اقرا بسم ربک الخلق۔" پڑھ: "یہ یہ جو یہ سورہ جو ہے،</w:t>
      </w:r>
    </w:p>
    <w:p>
      <w:r>
        <w:rPr>
          <w:b/>
        </w:rPr>
        <w:t xml:space="preserve">[08:10] </w:t>
      </w:r>
      <w:r>
        <w:t>yeh surah pehli bar utri thi isi ghar e hira mein."</w:t>
      </w:r>
    </w:p>
    <w:p>
      <w:pPr>
        <w:jc w:val="right"/>
      </w:pPr>
      <w:r>
        <w:t>یہ سورہ پہلی بار اتری تھی اسی غار حرا میں۔"</w:t>
      </w:r>
    </w:p>
    <w:p>
      <w:r>
        <w:rPr>
          <w:b/>
        </w:rPr>
        <w:t xml:space="preserve">[08:18] </w:t>
      </w:r>
      <w:r>
        <w:t>iqra bismi rabbika allazi khalaq khalaq al insana min al alaq.</w:t>
      </w:r>
    </w:p>
    <w:p>
      <w:pPr>
        <w:jc w:val="right"/>
      </w:pPr>
      <w:r>
        <w:t>اقرا بسم ربک الذی خلق خلق الانسان من علق۔</w:t>
      </w:r>
    </w:p>
    <w:p>
      <w:r>
        <w:rPr>
          <w:b/>
        </w:rPr>
        <w:t xml:space="preserve">[08:24] </w:t>
      </w:r>
      <w:r>
        <w:t>iqra wa rabbuka al akram.</w:t>
      </w:r>
    </w:p>
    <w:p>
      <w:pPr>
        <w:jc w:val="right"/>
      </w:pPr>
      <w:r>
        <w:t>اقرا وربک الاكرم۔</w:t>
      </w:r>
    </w:p>
    <w:p>
      <w:r>
        <w:rPr>
          <w:b/>
        </w:rPr>
        <w:t xml:space="preserve">[08:30] </w:t>
      </w:r>
      <w:r>
        <w:t>ab is dialogue par sochiye, aap anokha dialogue hai.</w:t>
      </w:r>
    </w:p>
    <w:p>
      <w:pPr>
        <w:jc w:val="right"/>
      </w:pPr>
      <w:r>
        <w:t>اب اس ڈائیلاگ پر سوچیے، آپ انوکھا ڈائیلاگ ہے۔</w:t>
      </w:r>
    </w:p>
    <w:p>
      <w:r>
        <w:rPr>
          <w:b/>
        </w:rPr>
        <w:t xml:space="preserve">[08:36] </w:t>
      </w:r>
      <w:r>
        <w:t>is se sochiye, yani aap kehte hain ke: "mujhe to parhna aata nahi." mana bukhari aur farishta kehta</w:t>
      </w:r>
    </w:p>
    <w:p>
      <w:pPr>
        <w:jc w:val="right"/>
      </w:pPr>
      <w:r>
        <w:t>اس سے سوچیے، یعنی آپ کہتے ہیں کہ: "مجھے تو پڑھنا آتا نہیں۔" مانا بخاری اور فرشتہ کہتا</w:t>
      </w:r>
    </w:p>
    <w:p>
      <w:r>
        <w:rPr>
          <w:b/>
        </w:rPr>
        <w:t xml:space="preserve">[08:42] </w:t>
      </w:r>
      <w:r>
        <w:t>hai ke: "parh, parh, parh." is dialogue par ghor kijiye,</w:t>
      </w:r>
    </w:p>
    <w:p>
      <w:pPr>
        <w:jc w:val="right"/>
      </w:pPr>
      <w:r>
        <w:t>ہے کہ: "پڑھ، پڑھ، پڑھ۔" اس ڈائیلاگ پر غور کیجیے،</w:t>
      </w:r>
    </w:p>
    <w:p>
      <w:r>
        <w:rPr>
          <w:b/>
        </w:rPr>
        <w:t xml:space="preserve">[08:48] </w:t>
      </w:r>
      <w:r>
        <w:t>is ka matlab kya nikalta hai? parhna nahi aata tab bhi parho.</w:t>
      </w:r>
    </w:p>
    <w:p>
      <w:pPr>
        <w:jc w:val="right"/>
      </w:pPr>
      <w:r>
        <w:t>اس کا مطلب کیا نکلتا ہے؟ پڑھنا نہیں آتا تب بھی پڑھو۔</w:t>
      </w:r>
    </w:p>
    <w:p>
      <w:r>
        <w:rPr>
          <w:b/>
        </w:rPr>
        <w:t xml:space="preserve">[08:54] </w:t>
      </w:r>
      <w:r>
        <w:t>kaisi baat hai? dekhiye, parhna nahi aata tab bhi parho.</w:t>
      </w:r>
    </w:p>
    <w:p>
      <w:pPr>
        <w:jc w:val="right"/>
      </w:pPr>
      <w:r>
        <w:t>کیسی بات ہے؟ دیکھیے، پڑھنا نہیں آتا تب بھی پڑھو۔</w:t>
      </w:r>
    </w:p>
    <w:p>
      <w:r>
        <w:rPr>
          <w:b/>
        </w:rPr>
        <w:t xml:space="preserve">[09:00] </w:t>
      </w:r>
      <w:r>
        <w:t>yeh saada baat nahi hai.</w:t>
      </w:r>
    </w:p>
    <w:p>
      <w:pPr>
        <w:jc w:val="right"/>
      </w:pPr>
      <w:r>
        <w:t>یہ سادہ بات نہیں ہے۔</w:t>
      </w:r>
    </w:p>
    <w:p>
      <w:r>
        <w:rPr>
          <w:b/>
        </w:rPr>
        <w:t xml:space="preserve">[09:06] </w:t>
      </w:r>
      <w:r>
        <w:t>saada baat nahi hai.</w:t>
      </w:r>
    </w:p>
    <w:p>
      <w:pPr>
        <w:jc w:val="right"/>
      </w:pPr>
      <w:r>
        <w:t>سادہ بات نہیں ہے۔</w:t>
      </w:r>
    </w:p>
    <w:p>
      <w:r>
        <w:rPr>
          <w:b/>
        </w:rPr>
        <w:t xml:space="preserve">[09:13] </w:t>
      </w:r>
      <w:r>
        <w:t>parhna nahi aata to kya tumhare paas phir bhi hai karne ke liye? sochna wahi tadabbur</w:t>
      </w:r>
    </w:p>
    <w:p>
      <w:pPr>
        <w:jc w:val="right"/>
      </w:pPr>
      <w:r>
        <w:t>پڑھنا نہیں آتا تو کیا تمہارے پاس پھر بھی ہے کرنے کے لیے؟ سوچنا وہی تدبر</w:t>
      </w:r>
    </w:p>
    <w:p>
      <w:r>
        <w:rPr>
          <w:b/>
        </w:rPr>
        <w:t xml:space="preserve">[09:19] </w:t>
      </w:r>
      <w:r>
        <w:t>ke: "parhna nahi aata to sochna to aata hai." to sochte kyun nahi? yani farishta ne jo kiya,</w:t>
      </w:r>
    </w:p>
    <w:p>
      <w:pPr>
        <w:jc w:val="right"/>
      </w:pPr>
      <w:r>
        <w:t>کہ: "پڑھنا نہیں آتا تو سوچنا تو آتا ہے۔" تو سوچتے کیوں نہیں؟ یعنی فرشتہ نے جو کیا،</w:t>
      </w:r>
    </w:p>
    <w:p>
      <w:r>
        <w:rPr>
          <w:b/>
        </w:rPr>
        <w:t xml:space="preserve">[09:25] </w:t>
      </w:r>
      <w:r>
        <w:t>jo jo dialogue hua, us ko gehrai se sochiye.</w:t>
      </w:r>
    </w:p>
    <w:p>
      <w:pPr>
        <w:jc w:val="right"/>
      </w:pPr>
      <w:r>
        <w:t>جو جو ڈائیلاگ ہوا، اس کو گہرائی سے سوچیے۔</w:t>
      </w:r>
    </w:p>
    <w:p>
      <w:r>
        <w:rPr>
          <w:b/>
        </w:rPr>
        <w:t xml:space="preserve">[09:31] </w:t>
      </w:r>
      <w:r>
        <w:t>gehrai se sochiye.</w:t>
      </w:r>
    </w:p>
    <w:p>
      <w:pPr>
        <w:jc w:val="right"/>
      </w:pPr>
      <w:r>
        <w:t>گہرائی سے سوچیے۔</w:t>
      </w:r>
    </w:p>
    <w:p>
      <w:r>
        <w:rPr>
          <w:b/>
        </w:rPr>
        <w:t xml:space="preserve">[09:37] </w:t>
      </w:r>
      <w:r>
        <w:t>is kehne ka matlab yeh tha ke: "agar tum ko parhna nahi aata, sochna to aata hai, to</w:t>
      </w:r>
    </w:p>
    <w:p>
      <w:pPr>
        <w:jc w:val="right"/>
      </w:pPr>
      <w:r>
        <w:t>اس کہنے کا مطلب یہ تھا کہ: "اگر تم کو پڑھنا نہیں آتا، سوچنا تو آتا ہے، تو</w:t>
      </w:r>
    </w:p>
    <w:p>
      <w:r>
        <w:rPr>
          <w:b/>
        </w:rPr>
        <w:t xml:space="preserve">[09:43] </w:t>
      </w:r>
      <w:r>
        <w:t>sochte kyun nahi?"</w:t>
      </w:r>
    </w:p>
    <w:p>
      <w:pPr>
        <w:jc w:val="right"/>
      </w:pPr>
      <w:r>
        <w:t>سوچتے کیوں نہیں؟"</w:t>
      </w:r>
    </w:p>
    <w:p>
      <w:r>
        <w:rPr>
          <w:b/>
        </w:rPr>
        <w:t xml:space="preserve">[09:49] </w:t>
      </w:r>
      <w:r>
        <w:t>is ko le kar main barson tak sochta raha hoon ke dialogue ka matlab kya hai.</w:t>
      </w:r>
    </w:p>
    <w:p>
      <w:pPr>
        <w:jc w:val="right"/>
      </w:pPr>
      <w:r>
        <w:t>اس کو لے کر میں برسوں تک سوچتا رہا ہوں کہ ڈائیلاگ کا مطلب کیا ہے۔</w:t>
      </w:r>
    </w:p>
    <w:p>
      <w:r>
        <w:rPr>
          <w:b/>
        </w:rPr>
        <w:t xml:space="preserve">[09:59] </w:t>
      </w:r>
      <w:r>
        <w:t>phir main ne ek kitab padhi, is mein bataya tha ke scientific discovery kahan se shuru hoti hain.</w:t>
      </w:r>
    </w:p>
    <w:p>
      <w:pPr>
        <w:jc w:val="right"/>
      </w:pPr>
      <w:r>
        <w:t>پھر میں نے ایک کتاب پڑھی، اس میں بتایا تھا کہ سائنٹیفک ڈسکوری کہاں سے شروع ہوتی ہیں۔</w:t>
      </w:r>
    </w:p>
    <w:p>
      <w:r>
        <w:rPr>
          <w:b/>
        </w:rPr>
        <w:t xml:space="preserve">[10:09] </w:t>
      </w:r>
      <w:r>
        <w:t>scientific discovery ka scientific discoveries ka jar kya hai? to is mein bat</w:t>
      </w:r>
    </w:p>
    <w:p>
      <w:pPr>
        <w:jc w:val="right"/>
      </w:pPr>
      <w:r>
        <w:t>سائنٹیفک ڈسکوری کا سائنٹیفک ڈسکوریز کا جڑ کیا ہے؟ تو اس میں بت</w:t>
      </w:r>
    </w:p>
    <w:p>
      <w:r>
        <w:rPr>
          <w:b/>
        </w:rPr>
        <w:t xml:space="preserve">[10:19] </w:t>
      </w:r>
      <w:r>
        <w:t>yatha ke wo jar hai: "spirit of inquiry." spirit of inquiry. yaani yaani aadmi ke andar spirit of inquiry jagti hai, sochta hai, experiment karta hai, phir wo ek cheez daryaft karta hai. jaise mashhoor waqea hai ke wo scientist</w:t>
      </w:r>
    </w:p>
    <w:p>
      <w:pPr>
        <w:jc w:val="right"/>
      </w:pPr>
      <w:r>
        <w:t>ایا تھا کہ وہ جڑ ہے: "اسپرٹ آف انکوائری۔" اسپرٹ آف انکوائری۔ یعنی یعنی آدمی کے اندر اسپرٹ آف انکوائری جاگتی ہے، سوچتا ہے، ایکسپیریمنٹ کرتا ہے، پھر وہ ایک چیز دریافت کرتا ہے۔ جیسے مشہور واقعہ ہے کہ وہ سائنٹسٹ</w:t>
      </w:r>
    </w:p>
    <w:p>
      <w:r>
        <w:rPr>
          <w:b/>
        </w:rPr>
        <w:t xml:space="preserve">[10:49] </w:t>
      </w:r>
      <w:r>
        <w:t>jis ne daryaft kiya tha steam power ko, to woh baitha hua tha apne ghar mein shayad, aur</w:t>
      </w:r>
    </w:p>
    <w:p>
      <w:pPr>
        <w:jc w:val="right"/>
      </w:pPr>
      <w:r>
        <w:t>جس نے دریافت کیا تھا اسٹیم پاور کو، تو وہ بیٹھا ہوا تھا اپنے گھر میں شاید، اور</w:t>
      </w:r>
    </w:p>
    <w:p>
      <w:r>
        <w:rPr>
          <w:b/>
        </w:rPr>
        <w:t xml:space="preserve">[10:59] </w:t>
      </w:r>
      <w:r>
        <w:t>ek patili mein kuch pani ya salan kuch pak raha tha.</w:t>
      </w:r>
    </w:p>
    <w:p>
      <w:pPr>
        <w:jc w:val="right"/>
      </w:pPr>
      <w:r>
        <w:t>ایک پتیلی میں کچھ پانی یا سالن کچھ پک رہا تھا۔</w:t>
      </w:r>
    </w:p>
    <w:p>
      <w:r>
        <w:rPr>
          <w:b/>
        </w:rPr>
        <w:t xml:space="preserve">[11:09] </w:t>
      </w:r>
      <w:r>
        <w:t>تو جب boiling point آیا، آپ جانتے ہیں کہ جب سو ڈگری سے exceed exceed کرتا ہے تو ابل</w:t>
      </w:r>
    </w:p>
    <w:p>
      <w:pPr>
        <w:jc w:val="right"/>
      </w:pPr>
      <w:r>
        <w:t>تو جب بوائلنگ پوائنٹ آیا، آپ جانتے ہیں کہ جب سو ڈگری سے ایکسیڈ ایکسیڈ کرتا ہے تو ابل</w:t>
      </w:r>
    </w:p>
    <w:p>
      <w:r>
        <w:rPr>
          <w:b/>
        </w:rPr>
        <w:t xml:space="preserve">[11:19] </w:t>
      </w:r>
      <w:r>
        <w:t>ubal aa jata hai.</w:t>
      </w:r>
    </w:p>
    <w:p>
      <w:pPr>
        <w:jc w:val="right"/>
      </w:pPr>
      <w:r>
        <w:t>ابال آ جاتا ہے۔</w:t>
      </w:r>
    </w:p>
    <w:p>
      <w:r>
        <w:rPr>
          <w:b/>
        </w:rPr>
        <w:t xml:space="preserve">[11:25] </w:t>
      </w:r>
      <w:r>
        <w:t>to jab woh woh point aaya to patili par jo cover tha, jo dhakan tha, uth gaya.</w:t>
      </w:r>
    </w:p>
    <w:p>
      <w:pPr>
        <w:jc w:val="right"/>
      </w:pPr>
      <w:r>
        <w:t>تو جب وہ وہ پوائنٹ آیا تو پتیلی پر جو کور تھا، جو ڈھکن تھا، اٹھ گیا۔</w:t>
      </w:r>
    </w:p>
    <w:p>
      <w:r>
        <w:rPr>
          <w:b/>
        </w:rPr>
        <w:t xml:space="preserve">[11:32] </w:t>
      </w:r>
      <w:r>
        <w:t>woh to bas us ke andar ek spirit inquiry paida hui.</w:t>
      </w:r>
    </w:p>
    <w:p>
      <w:pPr>
        <w:jc w:val="right"/>
      </w:pPr>
      <w:r>
        <w:t>وہ تو بس اس کے اندر ایک اسپرٹ انکوائری پیدا ہوئی۔</w:t>
      </w:r>
    </w:p>
    <w:p>
      <w:r>
        <w:rPr>
          <w:b/>
        </w:rPr>
        <w:t xml:space="preserve">[11:38] </w:t>
      </w:r>
      <w:r>
        <w:t>spirit inquiry paida hui.</w:t>
      </w:r>
    </w:p>
    <w:p>
      <w:pPr>
        <w:jc w:val="right"/>
      </w:pPr>
      <w:r>
        <w:t>اسپرٹ انکوائری پیدا ہوئی۔</w:t>
      </w:r>
    </w:p>
    <w:p>
      <w:r>
        <w:rPr>
          <w:b/>
        </w:rPr>
        <w:t xml:space="preserve">[11:44] </w:t>
      </w:r>
      <w:r>
        <w:t>yeh kya? yeh kaise uth gaya? kaise uth gaya? to sochte sochte us ne jana ke yeh pani jo hai,</w:t>
      </w:r>
    </w:p>
    <w:p>
      <w:pPr>
        <w:jc w:val="right"/>
      </w:pPr>
      <w:r>
        <w:t>یہ کیا؟ یہ کیسے اٹھ گیا؟ کیسے اٹھ گیا؟ تو سوچتے سوچتے اس نے جانا کہ یہ پانی جو ہے،</w:t>
      </w:r>
    </w:p>
    <w:p>
      <w:r>
        <w:rPr>
          <w:b/>
        </w:rPr>
        <w:t xml:space="preserve">[11:50] </w:t>
      </w:r>
      <w:r>
        <w:t>yeh majmooa hai molecule ka.</w:t>
      </w:r>
    </w:p>
    <w:p>
      <w:pPr>
        <w:jc w:val="right"/>
      </w:pPr>
      <w:r>
        <w:t>یہ مجموعہ ہے مالیکیول کا۔</w:t>
      </w:r>
    </w:p>
    <w:p>
      <w:r>
        <w:rPr>
          <w:b/>
        </w:rPr>
        <w:t xml:space="preserve">[11:55] </w:t>
      </w:r>
      <w:r>
        <w:t>molecule ka jab ziyada hararat aati hai, sau darje se ziyada, to molecule jo hai, woh disintegrate</w:t>
      </w:r>
    </w:p>
    <w:p>
      <w:pPr>
        <w:jc w:val="right"/>
      </w:pPr>
      <w:r>
        <w:t>مالیکیول کا جب زیادہ حرارت آتی ہے، سو درجے سے زیادہ، تو مالیکیول جو ہے، وہ ڈس انٹیگریٹ</w:t>
      </w:r>
    </w:p>
    <w:p>
      <w:r>
        <w:rPr>
          <w:b/>
        </w:rPr>
        <w:t xml:space="preserve">[12:00] </w:t>
      </w:r>
      <w:r>
        <w:t>hone lagte hain.</w:t>
      </w:r>
    </w:p>
    <w:p>
      <w:pPr>
        <w:jc w:val="right"/>
      </w:pPr>
      <w:r>
        <w:t>ہونے لگتے ہیں۔</w:t>
      </w:r>
    </w:p>
    <w:p>
      <w:r>
        <w:rPr>
          <w:b/>
        </w:rPr>
        <w:t xml:space="preserve">[12:05] </w:t>
      </w:r>
      <w:r>
        <w:t>to woh hai disintegration of molecule.</w:t>
      </w:r>
    </w:p>
    <w:p>
      <w:pPr>
        <w:jc w:val="right"/>
      </w:pPr>
      <w:r>
        <w:t>تو وہ ہے ڈس انٹیگریشن آف مالیکیول۔</w:t>
      </w:r>
    </w:p>
    <w:p>
      <w:r>
        <w:rPr>
          <w:b/>
        </w:rPr>
        <w:t xml:space="preserve">[12:10] </w:t>
      </w:r>
      <w:r>
        <w:t>bhagne lagte hain idhar udhar.</w:t>
      </w:r>
    </w:p>
    <w:p>
      <w:pPr>
        <w:jc w:val="right"/>
      </w:pPr>
      <w:r>
        <w:t>بھاگنے لگتے ہیں ادھر ادھر۔</w:t>
      </w:r>
    </w:p>
    <w:p>
      <w:r>
        <w:rPr>
          <w:b/>
        </w:rPr>
        <w:t xml:space="preserve">[12:15] </w:t>
      </w:r>
      <w:r>
        <w:t>to woh jab bhagne lagte hain to isi se ek pressure built up hota hai. pressure.</w:t>
      </w:r>
    </w:p>
    <w:p>
      <w:pPr>
        <w:jc w:val="right"/>
      </w:pPr>
      <w:r>
        <w:t>تو وہ جب بھاگنے لگتے ہیں تو اسی سے ایک پریشر بلٹ اپ ہوتا ہے۔ پریشر۔</w:t>
      </w:r>
    </w:p>
    <w:p>
      <w:r>
        <w:rPr>
          <w:b/>
        </w:rPr>
        <w:t xml:space="preserve">[12:20] </w:t>
      </w:r>
      <w:r>
        <w:t>is pressure se woh car uth jata hai. phir aur socha us ne. aur sochte sochte us ne steam power daryaft kiya. steam engine daryaft kiya. aur phir kashtiyon mein istemal kiya. aur dunya mein aik inqilab aaya. jitni bhi discoveries hain, sab shuru hui hain spirit of inquiry se. poori sivilai</w:t>
      </w:r>
    </w:p>
    <w:p>
      <w:pPr>
        <w:jc w:val="right"/>
      </w:pPr>
      <w:r>
        <w:t>اس پریشر سے وہ کار اٹھ جاتا ہے۔ پھر اور سوچا اس نے۔ اور سوچتے سوچتے اس نے اسٹیم پاور دریافت کیا۔ اسٹیم انجن دریافت کیا۔ اور پھر کشتیوں میں استعمال کیا۔ اور دنیا میں ایک انقلاب آیا۔ جتنی بھی ڈسکوریز ہیں، سب شروع ہوئی ہیں اسپرٹ آف انکوائری سے۔ پوری سویلائ</w:t>
      </w:r>
    </w:p>
    <w:p>
      <w:r>
        <w:rPr>
          <w:b/>
        </w:rPr>
        <w:t xml:space="preserve">[12:50] </w:t>
      </w:r>
      <w:r>
        <w:t>zation, poori jo civilization hai, woh sab ki jar mein hai spirit of inquiry.</w:t>
      </w:r>
    </w:p>
    <w:p>
      <w:pPr>
        <w:jc w:val="right"/>
      </w:pPr>
      <w:r>
        <w:t>زیشن، پوری جو سویلائزیشن ہے، وہ سب کی جڑ میں ہے اسپرٹ آف انکوائری۔</w:t>
      </w:r>
    </w:p>
    <w:p>
      <w:r>
        <w:rPr>
          <w:b/>
        </w:rPr>
        <w:t xml:space="preserve">[12:58] </w:t>
      </w:r>
      <w:r>
        <w:t>to Hazrat Jibrael jo aaye the ghar e Hira mein, kitni bari baat dene aaye the.</w:t>
      </w:r>
    </w:p>
    <w:p>
      <w:pPr>
        <w:jc w:val="right"/>
      </w:pPr>
      <w:r>
        <w:t>تو حضرت جبرائیل جو آئے تھے غار حرا میں، کتنی بڑی بات دینے آئے تھے۔</w:t>
      </w:r>
    </w:p>
    <w:p>
      <w:r>
        <w:rPr>
          <w:b/>
        </w:rPr>
        <w:t xml:space="preserve">[13:06] </w:t>
      </w:r>
      <w:r>
        <w:t>woh sare insanon ke liye, sirf musalmanon ke liye nahi.</w:t>
      </w:r>
    </w:p>
    <w:p>
      <w:pPr>
        <w:jc w:val="right"/>
      </w:pPr>
      <w:r>
        <w:t>وہ سارے انسانوں کے لیے، صرف مسلمانوں کے لیے نہیں۔</w:t>
      </w:r>
    </w:p>
    <w:p>
      <w:r>
        <w:rPr>
          <w:b/>
        </w:rPr>
        <w:t xml:space="preserve">[13:14] </w:t>
      </w:r>
      <w:r>
        <w:t>Rasool Allah ke waste se aap ne diya sare insanon ke liye ke socho spirit of inquiry ko develop karo.</w:t>
      </w:r>
    </w:p>
    <w:p>
      <w:pPr>
        <w:jc w:val="right"/>
      </w:pPr>
      <w:r>
        <w:t>رسول اللہ کے واسطے سے آپ نے دیا سارے انسانوں کے لیے کہ سوچو اسپرٹ آف انکوائری کو ڈیویلپ کرو۔</w:t>
      </w:r>
    </w:p>
    <w:p>
      <w:r>
        <w:rPr>
          <w:b/>
        </w:rPr>
        <w:t xml:space="preserve">[13:22] </w:t>
      </w:r>
      <w:r>
        <w:t>yeh jo tha, yeh jo tha Jibrael ka sabak, phir Rasool Allah jab ghar e Hira se nikle to</w:t>
      </w:r>
    </w:p>
    <w:p>
      <w:pPr>
        <w:jc w:val="right"/>
      </w:pPr>
      <w:r>
        <w:t>یہ جو تھا، یہ جو تھا جبرائیل کا سبق، پھر رسول اللہ جب غار حرا سے نکلے تو</w:t>
      </w:r>
    </w:p>
    <w:p>
      <w:r>
        <w:rPr>
          <w:b/>
        </w:rPr>
        <w:t xml:space="preserve">[13:33] </w:t>
      </w:r>
      <w:r>
        <w:t>ya woh is spirit ke sath nikle jo hui thi, us ko Archimedes.</w:t>
      </w:r>
    </w:p>
    <w:p>
      <w:pPr>
        <w:jc w:val="right"/>
      </w:pPr>
      <w:r>
        <w:t>یا وہ اس اسپرٹ کے ساتھ نکلے جو ہوئی تھی، اس کو ارکی میڈیز۔</w:t>
      </w:r>
    </w:p>
    <w:p>
      <w:r>
        <w:rPr>
          <w:b/>
        </w:rPr>
        <w:t xml:space="preserve">[13:44] </w:t>
      </w:r>
      <w:r>
        <w:t>yeh Archimedes jo jo kaha tha, jo Yunan ka jo falsafi tha, mashhoor waqia hai.</w:t>
      </w:r>
    </w:p>
    <w:p>
      <w:pPr>
        <w:jc w:val="right"/>
      </w:pPr>
      <w:r>
        <w:t>یہ ارکی میڈیز جو جو کہا تھا، جو یونان کا جو فلسفی تھا، مشہور واقعہ ہے۔</w:t>
      </w:r>
    </w:p>
    <w:p>
      <w:r>
        <w:rPr>
          <w:b/>
        </w:rPr>
        <w:t xml:space="preserve">[13:55] </w:t>
      </w:r>
      <w:r>
        <w:t>mashhoor waqia hai ke Yunan ka, yani Greece ka jo badshah tha, woh tub mein naha raha tha.</w:t>
      </w:r>
    </w:p>
    <w:p>
      <w:pPr>
        <w:jc w:val="right"/>
      </w:pPr>
      <w:r>
        <w:t>مشہور واقعہ ہے کہ یونان کا، یعنی گریس کا جو بادشاہ تھا، وہ ٹب میں نہا رہا تھا۔</w:t>
      </w:r>
    </w:p>
    <w:p>
      <w:r>
        <w:rPr>
          <w:b/>
        </w:rPr>
        <w:t xml:space="preserve">[14:01] </w:t>
      </w:r>
      <w:r>
        <w:t>to ek mauqe par us ne dekha ke uska body jo hai, pani mein tairne laga.</w:t>
      </w:r>
    </w:p>
    <w:p>
      <w:pPr>
        <w:jc w:val="right"/>
      </w:pPr>
      <w:r>
        <w:t>تو ایک موقع پر اس نے دیکھا کہ اس کا باڈی جو ہے، پانی میں تیرنے لگا۔</w:t>
      </w:r>
    </w:p>
    <w:p>
      <w:r>
        <w:rPr>
          <w:b/>
        </w:rPr>
        <w:t xml:space="preserve">[14:07] </w:t>
      </w:r>
      <w:r>
        <w:t>uska body pani mein tairne laga.</w:t>
      </w:r>
    </w:p>
    <w:p>
      <w:pPr>
        <w:jc w:val="right"/>
      </w:pPr>
      <w:r>
        <w:t>اس کا باڈی پانی میں تیرنے لگا۔</w:t>
      </w:r>
    </w:p>
    <w:p>
      <w:r>
        <w:rPr>
          <w:b/>
        </w:rPr>
        <w:t xml:space="preserve">[14:13] </w:t>
      </w:r>
      <w:r>
        <w:t>to is ne wahan jo falsafar tha, Athens ne is ko bulaya, is ne kaha: "tu pata karo</w:t>
      </w:r>
    </w:p>
    <w:p>
      <w:pPr>
        <w:jc w:val="right"/>
      </w:pPr>
      <w:r>
        <w:t>تو اس نے وہاں جو فلسفر تھا، ایتھنز نے اس کو بلایا، اس نے کہا: "تو پتہ کرو</w:t>
      </w:r>
    </w:p>
    <w:p>
      <w:r>
        <w:rPr>
          <w:b/>
        </w:rPr>
        <w:t xml:space="preserve">[14:19] </w:t>
      </w:r>
      <w:r>
        <w:t>ke yeh mera ba</w:t>
      </w:r>
    </w:p>
    <w:p>
      <w:pPr>
        <w:jc w:val="right"/>
      </w:pPr>
      <w:r>
        <w:t>کہ یہ میرا با</w:t>
      </w:r>
    </w:p>
    <w:p>
      <w:r>
        <w:rPr>
          <w:b/>
        </w:rPr>
        <w:t xml:space="preserve">[14:25] </w:t>
      </w:r>
      <w:r>
        <w:t>di kaise tairne laga? yeh kya cheez? kya cheez thi? nahin to mein tumhara to to qatl kar</w:t>
      </w:r>
    </w:p>
    <w:p>
      <w:pPr>
        <w:jc w:val="right"/>
      </w:pPr>
      <w:r>
        <w:t>ڈی کیسے تیرنے لگا؟ یہ کیا چیز؟ کیا چیز تھی؟ نہیں تو میں تمہارا تو تو قتل کر</w:t>
      </w:r>
    </w:p>
    <w:p>
      <w:r>
        <w:rPr>
          <w:b/>
        </w:rPr>
        <w:t xml:space="preserve">[14:30] </w:t>
      </w:r>
      <w:r>
        <w:t>diya jaye ga." to chaar din raat din isi store pe par gaya woh.</w:t>
      </w:r>
    </w:p>
    <w:p>
      <w:pPr>
        <w:jc w:val="right"/>
      </w:pPr>
      <w:r>
        <w:t>دیا جائے گا۔" تو چار دن رات دن اسی سٹور پہ پڑ گیا وہ۔</w:t>
      </w:r>
    </w:p>
    <w:p>
      <w:r>
        <w:rPr>
          <w:b/>
        </w:rPr>
        <w:t xml:space="preserve">[14:35] </w:t>
      </w:r>
      <w:r>
        <w:t>spirit inquiry jaag uthi woh.</w:t>
      </w:r>
    </w:p>
    <w:p>
      <w:pPr>
        <w:jc w:val="right"/>
      </w:pPr>
      <w:r>
        <w:t>اسپرٹ انکوائری جاگ اٹھی وہ۔</w:t>
      </w:r>
    </w:p>
    <w:p>
      <w:r>
        <w:rPr>
          <w:b/>
        </w:rPr>
        <w:t xml:space="preserve">[14:40] </w:t>
      </w:r>
      <w:r>
        <w:t>to aik din woh tub mein naha raha tha, wahan pe aise hi hua ke is ka uth gaya.</w:t>
      </w:r>
    </w:p>
    <w:p>
      <w:pPr>
        <w:jc w:val="right"/>
      </w:pPr>
      <w:r>
        <w:t>تو ایک دن وہ ٹب میں نہا رہا تھا، وہاں پہ ایسے ہی ہوا کہ اس کا اٹھ گیا۔</w:t>
      </w:r>
    </w:p>
    <w:p>
      <w:r>
        <w:rPr>
          <w:b/>
        </w:rPr>
        <w:t xml:space="preserve">[14:45] </w:t>
      </w:r>
      <w:r>
        <w:t>to is ne is raaz ko daryaft kiya.</w:t>
      </w:r>
    </w:p>
    <w:p>
      <w:pPr>
        <w:jc w:val="right"/>
      </w:pPr>
      <w:r>
        <w:t>تو اس نے اس راز کو دریافت کیا۔</w:t>
      </w:r>
    </w:p>
    <w:p>
      <w:r>
        <w:rPr>
          <w:b/>
        </w:rPr>
        <w:t xml:space="preserve">[14:50] </w:t>
      </w:r>
      <w:r>
        <w:t>jis raaz ko daryaft karne ke baad</w:t>
      </w:r>
    </w:p>
    <w:p>
      <w:pPr>
        <w:jc w:val="right"/>
      </w:pPr>
      <w:r>
        <w:t>جس راز کو دریافت کرنے کے بعد</w:t>
      </w:r>
    </w:p>
    <w:p>
      <w:r>
        <w:rPr>
          <w:b/>
        </w:rPr>
        <w:t xml:space="preserve">[14:55] </w:t>
      </w:r>
      <w:r>
        <w:t>pehle woh boot bani, phir jahaz bane, phir kya kya bana? to dekhiye, saari daryaften, saari tarqqiyan, saari</w:t>
      </w:r>
    </w:p>
    <w:p>
      <w:pPr>
        <w:jc w:val="right"/>
      </w:pPr>
      <w:r>
        <w:t>پہلے وہ بوٹ بنی، پھر جہاز بنے، پھر کیا کیا بنا؟ تو دیکھیے، ساری دریافتیں، ساری ترقیاں، ساری</w:t>
      </w:r>
    </w:p>
    <w:p>
      <w:r>
        <w:rPr>
          <w:b/>
        </w:rPr>
        <w:t xml:space="preserve">[15:04] </w:t>
      </w:r>
      <w:r>
        <w:t>civilization ki jar mein kya hai? spirit inquiry.</w:t>
      </w:r>
    </w:p>
    <w:p>
      <w:pPr>
        <w:jc w:val="right"/>
      </w:pPr>
      <w:r>
        <w:t>سویلائزیشن کی جڑ میں کیا ہے؟ اسپرٹ انکوائری۔</w:t>
      </w:r>
    </w:p>
    <w:p>
      <w:r>
        <w:rPr>
          <w:b/>
        </w:rPr>
        <w:t xml:space="preserve">[15:12] </w:t>
      </w:r>
      <w:r>
        <w:t>yeh spirit inquiry ke importance ghar e hira mein di thi.</w:t>
      </w:r>
    </w:p>
    <w:p>
      <w:pPr>
        <w:jc w:val="right"/>
      </w:pPr>
      <w:r>
        <w:t>یہ اسپرٹ انکوائری کے امپورٹنس غار حرا میں دی تھی۔</w:t>
      </w:r>
    </w:p>
    <w:p>
      <w:r>
        <w:rPr>
          <w:b/>
        </w:rPr>
        <w:t xml:space="preserve">[15:20] </w:t>
      </w:r>
      <w:r>
        <w:t>Jibrael ne Rasool Allah ko aur Rasool Allah saari dunya ko bataya.</w:t>
      </w:r>
    </w:p>
    <w:p>
      <w:pPr>
        <w:jc w:val="right"/>
      </w:pPr>
      <w:r>
        <w:t>جبرائیل نے رسول اللہ کو اور رسول اللہ ساری دنیا کو بتایا۔</w:t>
      </w:r>
    </w:p>
    <w:p>
      <w:r>
        <w:rPr>
          <w:b/>
        </w:rPr>
        <w:t xml:space="preserve">[15:28] </w:t>
      </w:r>
      <w:r>
        <w:t>yeh hai Quran. jin cheezon ko aap ne samajh likha hai ke yeh hai Quran, woh wazeh baatein nahi hain. dekhiye, Quran mein kuch ayat, kuch suratain hain jis ke aaghaz mein alfaaz hote hain, jaise Alif Lam Meem, Alif Lam Ra, is tarah ke alfaaz hote hain. un ko</w:t>
      </w:r>
    </w:p>
    <w:p>
      <w:pPr>
        <w:jc w:val="right"/>
      </w:pPr>
      <w:r>
        <w:t>یہ ہے قرآن۔ جن چیزوں کو آپ نے سمجھ لکھا ہے کہ یہ ہے قرآن، وہ واضح باتیں نہیں ہیں۔ دیکھیے، قرآن میں کچھ آیت، کچھ سورتیں ہیں جس کے آغاز میں الفاظ ہوتے ہیں، جیسے الف لام میم، الف لام را، اس طرح کے الفاظ ہوتے ہیں۔ ان کو</w:t>
      </w:r>
    </w:p>
    <w:p>
      <w:r>
        <w:rPr>
          <w:b/>
        </w:rPr>
        <w:t xml:space="preserve">[15:58] </w:t>
      </w:r>
      <w:r>
        <w:t>kaha jata hai disjointed letters.</w:t>
      </w:r>
    </w:p>
    <w:p>
      <w:pPr>
        <w:jc w:val="right"/>
      </w:pPr>
      <w:r>
        <w:t>کہا جاتا ہے ڈس جوائنٹڈ لیٹرز۔</w:t>
      </w:r>
    </w:p>
    <w:p>
      <w:r>
        <w:rPr>
          <w:b/>
        </w:rPr>
        <w:t xml:space="preserve">[16:04] </w:t>
      </w:r>
      <w:r>
        <w:t>ke sahib, yeh kehte hain ji disjointed letters.</w:t>
      </w:r>
    </w:p>
    <w:p>
      <w:pPr>
        <w:jc w:val="right"/>
      </w:pPr>
      <w:r>
        <w:t>کہ صاحب، یہ کہتے ہیں جی ڈس جوائنٹڈ لیٹرز۔</w:t>
      </w:r>
    </w:p>
    <w:p>
      <w:r>
        <w:rPr>
          <w:b/>
        </w:rPr>
        <w:t xml:space="preserve">[16:11] </w:t>
      </w:r>
      <w:r>
        <w:t>to phir is ka mani hai ke kuch to hain jointed letters, kuch hain disjointed letters.</w:t>
      </w:r>
    </w:p>
    <w:p>
      <w:pPr>
        <w:jc w:val="right"/>
      </w:pPr>
      <w:r>
        <w:t>تو پھر اس کا معنی ہے کہ کچھ تو ہیں جوائنٹڈ لیٹرز، کچھ ہیں ڈس جوائنٹڈ لیٹرز۔</w:t>
      </w:r>
    </w:p>
    <w:p>
      <w:r>
        <w:rPr>
          <w:b/>
        </w:rPr>
        <w:t xml:space="preserve">[16:17] </w:t>
      </w:r>
      <w:r>
        <w:t>to Alif Lam Meem yeh disjointed letters hai, jise bilal ka parhen.</w:t>
      </w:r>
    </w:p>
    <w:p>
      <w:pPr>
        <w:jc w:val="right"/>
      </w:pPr>
      <w:r>
        <w:t>تو الف لام میم یہ ڈس جوائنٹڈ لیٹرز ہے، جسے بلال کا پڑھیں۔</w:t>
      </w:r>
    </w:p>
    <w:p>
      <w:r>
        <w:rPr>
          <w:b/>
        </w:rPr>
        <w:t xml:space="preserve">[16:23] </w:t>
      </w:r>
      <w:r>
        <w:t>agar aap farz kijiye ilm</w:t>
      </w:r>
    </w:p>
    <w:p>
      <w:pPr>
        <w:jc w:val="right"/>
      </w:pPr>
      <w:r>
        <w:t>اگر آپ فرض کیجیے علم</w:t>
      </w:r>
    </w:p>
    <w:p>
      <w:r>
        <w:rPr>
          <w:b/>
        </w:rPr>
        <w:t xml:space="preserve">[16:29] </w:t>
      </w:r>
      <w:r>
        <w:t>parhen, aap ilm, ilm mani gham, to woh jointed letters ho jayega.</w:t>
      </w:r>
    </w:p>
    <w:p>
      <w:pPr>
        <w:jc w:val="right"/>
      </w:pPr>
      <w:r>
        <w:t>پڑھیں، آپ علم، علم معنی غم، تو وہ جوائنٹڈ لیٹرز ہو جائے گا۔</w:t>
      </w:r>
    </w:p>
    <w:p>
      <w:r>
        <w:rPr>
          <w:b/>
        </w:rPr>
        <w:t xml:space="preserve">[16:37] </w:t>
      </w:r>
      <w:r>
        <w:t>lekin aap Alif Lam Meem Ra parhen baghair bulaye hue, to woh disjointed letter hota hai.</w:t>
      </w:r>
    </w:p>
    <w:p>
      <w:pPr>
        <w:jc w:val="right"/>
      </w:pPr>
      <w:r>
        <w:t>لیکن آپ الف لام میم را پڑھیں بغیر بلائے ہوئے، تو وہ ڈس جوائنٹڈ لیٹر ہوتا ہے۔</w:t>
      </w:r>
    </w:p>
    <w:p>
      <w:r>
        <w:rPr>
          <w:b/>
        </w:rPr>
        <w:t xml:space="preserve">[16:44] </w:t>
      </w:r>
      <w:r>
        <w:t>to dekhiye, yeh jo mein bohat dinon tak sochta raha, barson tak ke yeh jis ko kehte hain</w:t>
      </w:r>
    </w:p>
    <w:p>
      <w:pPr>
        <w:jc w:val="right"/>
      </w:pPr>
      <w:r>
        <w:t>تو دیکھیے، یہ جو میں بہت دنوں تک سوچتا رہا، برسوں تک کہ یہ جس کو کہتے ہیں</w:t>
      </w:r>
    </w:p>
    <w:p>
      <w:r>
        <w:rPr>
          <w:b/>
        </w:rPr>
        <w:t xml:space="preserve">[16:52] </w:t>
      </w:r>
      <w:r>
        <w:t>huroof e muqatta'at, disjointed letters.</w:t>
      </w:r>
    </w:p>
    <w:p>
      <w:pPr>
        <w:jc w:val="right"/>
      </w:pPr>
      <w:r>
        <w:t>حروف مقطعات، ڈس جوائنٹڈ لیٹرز۔</w:t>
      </w:r>
    </w:p>
    <w:p>
      <w:r>
        <w:rPr>
          <w:b/>
        </w:rPr>
        <w:t xml:space="preserve">[16:59] </w:t>
      </w:r>
      <w:r>
        <w:t>تو بہت برسوں تک میں سوچتا رہا کہ کہ what are, what are disjointed letters? یہ کیا</w:t>
      </w:r>
    </w:p>
    <w:p>
      <w:pPr>
        <w:jc w:val="right"/>
      </w:pPr>
      <w:r>
        <w:t>تو بہت برسوں تک میں سوچتا رہا کہ کہ واٹ ار، واٹ ار ڈس جوائنٹڈ لیٹرز؟ یہ کیا</w:t>
      </w:r>
    </w:p>
    <w:p>
      <w:r>
        <w:rPr>
          <w:b/>
        </w:rPr>
        <w:t xml:space="preserve">[17:05] </w:t>
      </w:r>
      <w:r>
        <w:t>hai? kya hai? bohat dinon tak sochne ke baad mujhe samajh mein aaya ke yeh yeh to aqal</w:t>
      </w:r>
    </w:p>
    <w:p>
      <w:pPr>
        <w:jc w:val="right"/>
      </w:pPr>
      <w:r>
        <w:t>ہے؟ کیا ہے؟ بہت دنوں تک سوچنے کے بعد مجھے سمجھ میں آیا کہ یہ یہ تو عقل</w:t>
      </w:r>
    </w:p>
    <w:p>
      <w:r>
        <w:rPr>
          <w:b/>
        </w:rPr>
        <w:t xml:space="preserve">[17:11] </w:t>
      </w:r>
      <w:r>
        <w:t>ki baat batai hai Allah taala ne ke na kuch rakha hai jointed letters mein, na kuch rakha</w:t>
      </w:r>
    </w:p>
    <w:p>
      <w:pPr>
        <w:jc w:val="right"/>
      </w:pPr>
      <w:r>
        <w:t>کی بات بتائی ہے اللہ تعالی نے کہ نہ کچھ رکھا ہے جوائنٹڈ لیٹرز میں، نہ کچھ رکھا</w:t>
      </w:r>
    </w:p>
    <w:p>
      <w:r>
        <w:rPr>
          <w:b/>
        </w:rPr>
        <w:t xml:space="preserve">[17:18] </w:t>
      </w:r>
      <w:r>
        <w:t>hai jo disjointed letters mein.</w:t>
      </w:r>
    </w:p>
    <w:p>
      <w:pPr>
        <w:jc w:val="right"/>
      </w:pPr>
      <w:r>
        <w:t>ہے جو ڈس جوائنٹڈ لیٹرز میں۔</w:t>
      </w:r>
    </w:p>
    <w:p>
      <w:r>
        <w:rPr>
          <w:b/>
        </w:rPr>
        <w:t xml:space="preserve">[17:24] </w:t>
      </w:r>
      <w:r>
        <w:t>rakha hai tumhari aqal mein, tumhari soch mein, tad</w:t>
      </w:r>
    </w:p>
    <w:p>
      <w:pPr>
        <w:jc w:val="right"/>
      </w:pPr>
      <w:r>
        <w:t>رکھا ہے تمہاری عقل میں، تمہاری سوچ میں، تد</w:t>
      </w:r>
    </w:p>
    <w:p>
      <w:r>
        <w:rPr>
          <w:b/>
        </w:rPr>
        <w:t xml:space="preserve">[17:30] </w:t>
      </w:r>
      <w:r>
        <w:t>bar mein.</w:t>
      </w:r>
    </w:p>
    <w:p>
      <w:pPr>
        <w:jc w:val="right"/>
      </w:pPr>
      <w:r>
        <w:t>بر میں۔</w:t>
      </w:r>
    </w:p>
    <w:p>
      <w:r>
        <w:rPr>
          <w:b/>
        </w:rPr>
        <w:t xml:space="preserve">[17:35] </w:t>
      </w:r>
      <w:r>
        <w:t>yahan se meri zindagi ka aghaz hota hai.</w:t>
      </w:r>
    </w:p>
    <w:p>
      <w:pPr>
        <w:jc w:val="right"/>
      </w:pPr>
      <w:r>
        <w:t>یہاں سے میری زندگی کا آغاز ہوتا ہے۔</w:t>
      </w:r>
    </w:p>
    <w:p>
      <w:r>
        <w:rPr>
          <w:b/>
        </w:rPr>
        <w:t xml:space="preserve">[17:41] </w:t>
      </w:r>
      <w:r>
        <w:t>jab maine daryaft kiya ke ke tum kahan pade ho, na jointed letters ko main kuch rakha</w:t>
      </w:r>
    </w:p>
    <w:p>
      <w:pPr>
        <w:jc w:val="right"/>
      </w:pPr>
      <w:r>
        <w:t>جب میں نے دریافت کیا کہ کہ تم کہاں پڑے ہو، نہ جوائنٹڈ لیٹرز کو میں کچھ رکھا</w:t>
      </w:r>
    </w:p>
    <w:p>
      <w:r>
        <w:rPr>
          <w:b/>
        </w:rPr>
        <w:t xml:space="preserve">[17:46] </w:t>
      </w:r>
      <w:r>
        <w:t>hai, na dis jointed letters mein kuch rakha hai.</w:t>
      </w:r>
    </w:p>
    <w:p>
      <w:pPr>
        <w:jc w:val="right"/>
      </w:pPr>
      <w:r>
        <w:t>ہے، نہ ڈس جوائنٹڈ لیٹرز میں کچھ رکھا ہے۔</w:t>
      </w:r>
    </w:p>
    <w:p>
      <w:r>
        <w:rPr>
          <w:b/>
        </w:rPr>
        <w:t xml:space="preserve">[17:52] </w:t>
      </w:r>
      <w:r>
        <w:t>rakha hai Allah taala ne tumhare dimagh mein, tumhari soch mein, spirit of inquiry mein.</w:t>
      </w:r>
    </w:p>
    <w:p>
      <w:pPr>
        <w:jc w:val="right"/>
      </w:pPr>
      <w:r>
        <w:t>رکھا ہے اللہ تعالی نے تمہارے دماغ میں، تمہاری سوچ میں، اسپرٹ آف انکوائری میں۔</w:t>
      </w:r>
    </w:p>
    <w:p>
      <w:r>
        <w:rPr>
          <w:b/>
        </w:rPr>
        <w:t xml:space="preserve">[17:57] </w:t>
      </w:r>
      <w:r>
        <w:t>wo paida karo apne andar.</w:t>
      </w:r>
    </w:p>
    <w:p>
      <w:pPr>
        <w:jc w:val="right"/>
      </w:pPr>
      <w:r>
        <w:t>وہ پیدا کرو اپنے اندر۔</w:t>
      </w:r>
    </w:p>
    <w:p>
      <w:r>
        <w:rPr>
          <w:b/>
        </w:rPr>
        <w:t xml:space="preserve">[18:03] </w:t>
      </w:r>
      <w:r>
        <w:t>to mera itna bara yeh spirit of inquiry, itna bara, itna bara ke main har cheez mein dhoondne laga.</w:t>
      </w:r>
    </w:p>
    <w:p>
      <w:pPr>
        <w:jc w:val="right"/>
      </w:pPr>
      <w:r>
        <w:t>تو میرا اتنا بڑا یہ اسپرٹ آف انکوائری، اتنا بڑا، اتنا بڑا کہ میں ہر چیز میں ڈھونڈنے لگا۔</w:t>
      </w:r>
    </w:p>
    <w:p>
      <w:r>
        <w:rPr>
          <w:b/>
        </w:rPr>
        <w:t xml:space="preserve">[18:11] </w:t>
      </w:r>
      <w:r>
        <w:t>yahan tak ke ek bar, ek bohat hi, yani ajeeb si baat hai, mere zehen mein aaya ke</w:t>
      </w:r>
    </w:p>
    <w:p>
      <w:pPr>
        <w:jc w:val="right"/>
      </w:pPr>
      <w:r>
        <w:t>یہاں تک کہ ایک بار، ایک بہت ہی، یعنی عجیب سی بات ہے، میرے ذہن میں آیا کہ</w:t>
      </w:r>
    </w:p>
    <w:p>
      <w:r>
        <w:rPr>
          <w:b/>
        </w:rPr>
        <w:t xml:space="preserve">[18:18] </w:t>
      </w:r>
      <w:r>
        <w:t>zehar jo hai, wo kyun aadmi ko halak karta hai.</w:t>
      </w:r>
    </w:p>
    <w:p>
      <w:pPr>
        <w:jc w:val="right"/>
      </w:pPr>
      <w:r>
        <w:t>زہر جو ہے، وہ کیوں آدمی کو ہلاک کرتا ہے۔</w:t>
      </w:r>
    </w:p>
    <w:p>
      <w:r>
        <w:rPr>
          <w:b/>
        </w:rPr>
        <w:t xml:space="preserve">[18:26] </w:t>
      </w:r>
      <w:r>
        <w:t>to maine is zehar bhi kha liya. wo zehar</w:t>
      </w:r>
    </w:p>
    <w:p>
      <w:pPr>
        <w:jc w:val="right"/>
      </w:pPr>
      <w:r>
        <w:t>تو میں نے اس زہر بھی کھا لیا۔ وہ زہر</w:t>
      </w:r>
    </w:p>
    <w:p>
      <w:r>
        <w:rPr>
          <w:b/>
        </w:rPr>
        <w:t xml:space="preserve">[18:33] </w:t>
      </w:r>
      <w:r>
        <w:t>wo aisa nahi tha, wo zyada sakht, halka zehar tha.</w:t>
      </w:r>
    </w:p>
    <w:p>
      <w:pPr>
        <w:jc w:val="right"/>
      </w:pPr>
      <w:r>
        <w:t>وہ ایسا نہیں تھا، وہ زیادہ سخت، ہلکا زہر تھا۔</w:t>
      </w:r>
    </w:p>
    <w:p>
      <w:r>
        <w:rPr>
          <w:b/>
        </w:rPr>
        <w:t xml:space="preserve">[18:39] </w:t>
      </w:r>
      <w:r>
        <w:t>تو یہ جاننے کے لیے کہ کہ یہ what is poison? میرا اس اس اسپرٹ آف انکوائری میں</w:t>
      </w:r>
    </w:p>
    <w:p>
      <w:pPr>
        <w:jc w:val="right"/>
      </w:pPr>
      <w:r>
        <w:t>تو یہ جاننے کے لیے کہ کہ یہ واٹ از پوائزن؟ میرا اس اس اسپرٹ آف انکوائری میں</w:t>
      </w:r>
    </w:p>
    <w:p>
      <w:r>
        <w:rPr>
          <w:b/>
        </w:rPr>
        <w:t xml:space="preserve">[18:46] </w:t>
      </w:r>
      <w:r>
        <w:t>اتنا بڑا، میرا spirit of inquiry.</w:t>
      </w:r>
    </w:p>
    <w:p>
      <w:pPr>
        <w:jc w:val="right"/>
      </w:pPr>
      <w:r>
        <w:t>اتنا بڑا، میرا اسپرٹ آف انکوائری۔</w:t>
      </w:r>
    </w:p>
    <w:p>
      <w:r>
        <w:rPr>
          <w:b/>
        </w:rPr>
        <w:t xml:space="preserve">[18:52] </w:t>
      </w:r>
      <w:r>
        <w:t>to meri poori zindagi sach poochien to is spirit of inquiry par chal rahi hai.</w:t>
      </w:r>
    </w:p>
    <w:p>
      <w:pPr>
        <w:jc w:val="right"/>
      </w:pPr>
      <w:r>
        <w:t>تو میری پوری زندگی سچ پوچھیں تو اس اسپرٹ آف انکوائری پر چل رہی ہے۔</w:t>
      </w:r>
    </w:p>
    <w:p>
      <w:r>
        <w:rPr>
          <w:b/>
        </w:rPr>
        <w:t xml:space="preserve">[18:58] </w:t>
      </w:r>
      <w:r>
        <w:t>yeh wahi sabak hai jo Jibrael ne diya tha</w:t>
      </w:r>
    </w:p>
    <w:p>
      <w:pPr>
        <w:jc w:val="right"/>
      </w:pPr>
      <w:r>
        <w:t>یہ وہی سبق ہے جو جبرائیل نے دیا تھا</w:t>
      </w:r>
    </w:p>
    <w:p>
      <w:r>
        <w:rPr>
          <w:b/>
        </w:rPr>
        <w:t xml:space="preserve">[19:04] </w:t>
      </w:r>
      <w:r>
        <w:t>Ghar e Hira mein, aur yeh wahi sabak hai jo sari dunya mein phaila, sare philosophers mein, sare thinkers</w:t>
      </w:r>
    </w:p>
    <w:p>
      <w:pPr>
        <w:jc w:val="right"/>
      </w:pPr>
      <w:r>
        <w:t>غار حرا میں، اور یہ وہی سبق ہے جو ساری دنیا میں پھیلا، سارے فلاسفرز میں، سارے تھنکرز</w:t>
      </w:r>
    </w:p>
    <w:p>
      <w:r>
        <w:rPr>
          <w:b/>
        </w:rPr>
        <w:t xml:space="preserve">[19:12] </w:t>
      </w:r>
      <w:r>
        <w:t>mein, sare scientists mein.</w:t>
      </w:r>
    </w:p>
    <w:p>
      <w:pPr>
        <w:jc w:val="right"/>
      </w:pPr>
      <w:r>
        <w:t>میں، سارے سائنٹسٹ میں۔</w:t>
      </w:r>
    </w:p>
    <w:p>
      <w:r>
        <w:rPr>
          <w:b/>
        </w:rPr>
        <w:t xml:space="preserve">[19:19] </w:t>
      </w:r>
      <w:r>
        <w:t>spirit of inquiry, spirit of inquiry.</w:t>
      </w:r>
    </w:p>
    <w:p>
      <w:pPr>
        <w:jc w:val="right"/>
      </w:pPr>
      <w:r>
        <w:t>اسپرٹ آف انکوائری، اسپرٹ آف انکوائری۔</w:t>
      </w:r>
    </w:p>
    <w:p>
      <w:r>
        <w:rPr>
          <w:b/>
        </w:rPr>
        <w:t xml:space="preserve">[19:27] </w:t>
      </w:r>
      <w:r>
        <w:t>تو آپ لوگوں کو میں کہوں گا کہ قرآن کو spirit of inquiry کے ساتھ پڑھیے، تدبر کے ساتھ</w:t>
      </w:r>
    </w:p>
    <w:p>
      <w:pPr>
        <w:jc w:val="right"/>
      </w:pPr>
      <w:r>
        <w:t>تو آپ لوگوں کو میں کہوں گا کہ قرآن کو اسپرٹ آف انکوائری کے ساتھ پڑھیے، تدبر کے ساتھ</w:t>
      </w:r>
    </w:p>
    <w:p>
      <w:r>
        <w:rPr>
          <w:b/>
        </w:rPr>
        <w:t xml:space="preserve">[19:34] </w:t>
      </w:r>
      <w:r>
        <w:t>parhiye.</w:t>
      </w:r>
    </w:p>
    <w:p>
      <w:pPr>
        <w:jc w:val="right"/>
      </w:pPr>
      <w:r>
        <w:t>پڑھیے۔</w:t>
      </w:r>
    </w:p>
    <w:p>
      <w:r>
        <w:rPr>
          <w:b/>
        </w:rPr>
        <w:t xml:space="preserve">[19:40] </w:t>
      </w:r>
      <w:r>
        <w:t>is ayat ko phir se parhiye, aap is ka tarjuma parhiye aur reference: Kitab Anzalna Ilayka Mubarak</w:t>
      </w:r>
    </w:p>
    <w:p>
      <w:pPr>
        <w:jc w:val="right"/>
      </w:pPr>
      <w:r>
        <w:t>اس آیت کو پھر سے پڑھیے، آپ اس کا ترجمہ پڑھیے اور ریفرنس: کتاب انزل اللہ الیک مبارک</w:t>
      </w:r>
    </w:p>
    <w:p>
      <w:r>
        <w:rPr>
          <w:b/>
        </w:rPr>
        <w:t xml:space="preserve">[19:46] </w:t>
      </w:r>
      <w:r>
        <w:t>Lidabbaro Ayatihi Wa Liyatazakkar Ulul Albab, Surah Saad, Surah number 38, Verse number 29.</w:t>
      </w:r>
    </w:p>
    <w:p>
      <w:pPr>
        <w:jc w:val="right"/>
      </w:pPr>
      <w:r>
        <w:t>لدبرو آیاتہ ولیتذکر اول الباب، سورہ سعد، سورہ نمبر 38، ورس نمبر 29۔</w:t>
      </w:r>
    </w:p>
    <w:p>
      <w:r>
        <w:rPr>
          <w:b/>
        </w:rPr>
        <w:t xml:space="preserve">[19:52] </w:t>
      </w:r>
      <w:r>
        <w:t>ek kitab hai jo hum ne tumhari taraf nazil ki hai, barkat wali hai, taake log is ki</w:t>
      </w:r>
    </w:p>
    <w:p>
      <w:pPr>
        <w:jc w:val="right"/>
      </w:pPr>
      <w:r>
        <w:t>ایک کتاب ہے جو ہم نے تمہاری طرف نازل کی ہے، برکت والی ہے، تاکہ لوگ اس کی</w:t>
      </w:r>
    </w:p>
    <w:p>
      <w:r>
        <w:rPr>
          <w:b/>
        </w:rPr>
        <w:t xml:space="preserve">[19:58] </w:t>
      </w:r>
      <w:r>
        <w:t>ayat mein tadabbur karein aur taake aql wale is</w:t>
      </w:r>
    </w:p>
    <w:p>
      <w:pPr>
        <w:jc w:val="right"/>
      </w:pPr>
      <w:r>
        <w:t>آیتوں میں تدبر کریں اور تاکہ عقل والے اس</w:t>
      </w:r>
    </w:p>
    <w:p>
      <w:r>
        <w:rPr>
          <w:b/>
        </w:rPr>
        <w:t xml:space="preserve">[20:04] </w:t>
      </w:r>
      <w:r>
        <w:t>se naseehat hasil karein.</w:t>
      </w:r>
    </w:p>
    <w:p>
      <w:pPr>
        <w:jc w:val="right"/>
      </w:pPr>
      <w:r>
        <w:t>سے نصیحت حاصل کریں۔</w:t>
      </w:r>
    </w:p>
    <w:p>
      <w:r>
        <w:rPr>
          <w:b/>
        </w:rPr>
        <w:t xml:space="preserve">[20:10] </w:t>
      </w:r>
      <w:r>
        <w:t>yani naseehat kis se milegi? tadabbur se milegi.</w:t>
      </w:r>
    </w:p>
    <w:p>
      <w:pPr>
        <w:jc w:val="right"/>
      </w:pPr>
      <w:r>
        <w:t>یعنی نصیحت کس سے ملے گی؟ تدبر سے ملے گی۔</w:t>
      </w:r>
    </w:p>
    <w:p>
      <w:r>
        <w:rPr>
          <w:b/>
        </w:rPr>
        <w:t xml:space="preserve">[20:16] </w:t>
      </w:r>
      <w:r>
        <w:t>yani tadabbur se wo wisdom milegi jo is ke andar maujood hai.</w:t>
      </w:r>
    </w:p>
    <w:p>
      <w:pPr>
        <w:jc w:val="right"/>
      </w:pPr>
      <w:r>
        <w:t>یعنی تدبر سے وہ وزڈم ملے گی جو اس کے اندر موجود ہے۔</w:t>
      </w:r>
    </w:p>
    <w:p>
      <w:r>
        <w:rPr>
          <w:b/>
        </w:rPr>
        <w:t xml:space="preserve">[20:22] </w:t>
      </w:r>
      <w:r>
        <w:t>Quran ki is ayat mein jo wisdom rakha hua hai, wo tadabbur se milega.</w:t>
      </w:r>
    </w:p>
    <w:p>
      <w:pPr>
        <w:jc w:val="right"/>
      </w:pPr>
      <w:r>
        <w:t>قرآن کی اس آیت میں جو وزڈم رکھا ہوا ہے، وہ تدبر سے ملے گا۔</w:t>
      </w:r>
    </w:p>
    <w:p>
      <w:r>
        <w:rPr>
          <w:b/>
        </w:rPr>
        <w:t xml:space="preserve">[20:28] </w:t>
      </w:r>
      <w:r>
        <w:t>to jar mein kya hui? jar mein hui spirit of inquiry.</w:t>
      </w:r>
    </w:p>
    <w:p>
      <w:pPr>
        <w:jc w:val="right"/>
      </w:pPr>
      <w:r>
        <w:t>تو جڑ میں کیا ہوئی؟ جڑ میں ہوئی اسپرٹ آف انکوائری۔</w:t>
      </w:r>
    </w:p>
    <w:p>
      <w:r>
        <w:rPr>
          <w:b/>
        </w:rPr>
        <w:t xml:space="preserve">[20:34] </w:t>
      </w:r>
      <w:r>
        <w:t>Spirit of inquiry, spirit of inquiry.</w:t>
      </w:r>
    </w:p>
    <w:p>
      <w:pPr>
        <w:jc w:val="right"/>
      </w:pPr>
      <w:r>
        <w:t>اسپرٹ آف انکوائری، اسپرٹ آف انکوائری۔</w:t>
      </w:r>
    </w:p>
    <w:p>
      <w:r>
        <w:rPr>
          <w:b/>
        </w:rPr>
        <w:t xml:space="preserve">[20:42] </w:t>
      </w:r>
      <w:r>
        <w:t>hamare kai, yani apne jo hamara program hota hai, kai misalein di hain ke isprt of inquiry ne</w:t>
      </w:r>
    </w:p>
    <w:p>
      <w:pPr>
        <w:jc w:val="right"/>
      </w:pPr>
      <w:r>
        <w:t>ہمارے کئی، یعنی اپنے جو ہمارا پروگرام ہوتا ہے، کئی مثالیں دی ہیں کہ اسپرٹ آف انکوائری نے</w:t>
      </w:r>
    </w:p>
    <w:p>
      <w:r>
        <w:rPr>
          <w:b/>
        </w:rPr>
        <w:t xml:space="preserve">[20:50] </w:t>
      </w:r>
      <w:r>
        <w:t>kis tarah mujhe pahunchaya wisdom tak.</w:t>
      </w:r>
    </w:p>
    <w:p>
      <w:pPr>
        <w:jc w:val="right"/>
      </w:pPr>
      <w:r>
        <w:t>کس طرح مجھے پہنچایا وزڈم تک۔</w:t>
      </w:r>
    </w:p>
    <w:p>
      <w:r>
        <w:rPr>
          <w:b/>
        </w:rPr>
        <w:t xml:space="preserve">[20:57] </w:t>
      </w:r>
      <w:r>
        <w:t>misalan main ek misal bata chuka hoon, phir dohrata hoon is ko wisdom ke bare</w:t>
      </w:r>
    </w:p>
    <w:p>
      <w:pPr>
        <w:jc w:val="right"/>
      </w:pPr>
      <w:r>
        <w:t>مثلاً میں ایک مثال بتا چکا ہوں، پھر دہراتا ہوں اس کو وزڈم کے بارے</w:t>
      </w:r>
    </w:p>
    <w:p>
      <w:r>
        <w:rPr>
          <w:b/>
        </w:rPr>
        <w:t xml:space="preserve">[21:05] </w:t>
      </w:r>
      <w:r>
        <w:t>mein.</w:t>
      </w:r>
    </w:p>
    <w:p>
      <w:pPr>
        <w:jc w:val="right"/>
      </w:pPr>
      <w:r>
        <w:t>میں۔</w:t>
      </w:r>
    </w:p>
    <w:p>
      <w:r>
        <w:rPr>
          <w:b/>
        </w:rPr>
        <w:t xml:space="preserve">[21:12] </w:t>
      </w:r>
      <w:r>
        <w:t>مجھے یہ ایک انکوائری میرے اندر جاگی کہ what is wisdom؟ وزڈم کیا ہے؟ یعنی وزڈم کی ڈیفینیشن۔</w:t>
      </w:r>
    </w:p>
    <w:p>
      <w:pPr>
        <w:jc w:val="right"/>
      </w:pPr>
      <w:r>
        <w:t>مجھے یہ ایک انکوائری میرے اندر جاگی کہ واٹ از وزڈم؟ وزڈم کیا ہے؟ یعنی وزڈم کی ڈیفینیشن۔</w:t>
      </w:r>
    </w:p>
    <w:p>
      <w:r>
        <w:rPr>
          <w:b/>
        </w:rPr>
        <w:t xml:space="preserve">[21:20] </w:t>
      </w:r>
      <w:r>
        <w:t>wisdom ki definition.</w:t>
      </w:r>
    </w:p>
    <w:p>
      <w:pPr>
        <w:jc w:val="right"/>
      </w:pPr>
      <w:r>
        <w:t>وزڈم کی ڈیفینیشن۔</w:t>
      </w:r>
    </w:p>
    <w:p>
      <w:r>
        <w:rPr>
          <w:b/>
        </w:rPr>
        <w:t xml:space="preserve">[21:27] </w:t>
      </w:r>
      <w:r>
        <w:t>to aap yaqeen kijiye ke taqreeban 50 dictionary mein ne consult kiya. Doctor Dogma</w:t>
      </w:r>
    </w:p>
    <w:p>
      <w:pPr>
        <w:jc w:val="right"/>
      </w:pPr>
      <w:r>
        <w:t>تو آپ یقین کیجیے کہ تقریباً 50 ڈکشنری میں نے کنسلٹ کیا۔ ڈاکٹر ڈگما</w:t>
      </w:r>
    </w:p>
    <w:p>
      <w:r>
        <w:rPr>
          <w:b/>
        </w:rPr>
        <w:t xml:space="preserve">[21:35] </w:t>
      </w:r>
      <w:r>
        <w:t>is ki gawah hain.</w:t>
      </w:r>
    </w:p>
    <w:p>
      <w:pPr>
        <w:jc w:val="right"/>
      </w:pPr>
      <w:r>
        <w:t>اس کی گواہ ہیں۔</w:t>
      </w:r>
    </w:p>
    <w:p>
      <w:r>
        <w:rPr>
          <w:b/>
        </w:rPr>
        <w:t xml:space="preserve">[21:41] </w:t>
      </w:r>
      <w:r>
        <w:t>50 dictionary consult kiya aur kuch bhi nahi mila, siwaye confusion, confusion, confusion.</w:t>
      </w:r>
    </w:p>
    <w:p>
      <w:pPr>
        <w:jc w:val="right"/>
      </w:pPr>
      <w:r>
        <w:t>50 ڈکشنری کنسلٹ کیا اور کچھ بھی نہیں ملا، سوائے کنفیوژن، کنفیوژن، کنفیوژن۔</w:t>
      </w:r>
    </w:p>
    <w:p>
      <w:r>
        <w:rPr>
          <w:b/>
        </w:rPr>
        <w:t xml:space="preserve">[21:47] </w:t>
      </w:r>
      <w:r>
        <w:t>tab mein ne kiya kiya? mein ne yeh kiya ke mein ne socha ke rasool Allah sal Allahu</w:t>
      </w:r>
    </w:p>
    <w:p>
      <w:pPr>
        <w:jc w:val="right"/>
      </w:pPr>
      <w:r>
        <w:t>تب میں نے کیا کیا؟ میں نے یہ کیا کہ میں نے سوچا کہ رسول اللہ صلی اللہ</w:t>
      </w:r>
    </w:p>
    <w:p>
      <w:r>
        <w:rPr>
          <w:b/>
        </w:rPr>
        <w:t xml:space="preserve">[21:53] </w:t>
      </w:r>
      <w:r>
        <w:t>علیہ وسلم جو تھے، وہ تو معنی wisdom تھے۔</w:t>
      </w:r>
    </w:p>
    <w:p>
      <w:pPr>
        <w:jc w:val="right"/>
      </w:pPr>
      <w:r>
        <w:t>علیہ وسلم جو تھے، وہ تو معنی وزڈم تھے۔</w:t>
      </w:r>
    </w:p>
    <w:p>
      <w:r>
        <w:rPr>
          <w:b/>
        </w:rPr>
        <w:t xml:space="preserve">[21:59] </w:t>
      </w:r>
      <w:r>
        <w:t>یہ ثابت ہے کہ رسول اللہ معنی wisdom تھے۔ تو</w:t>
      </w:r>
    </w:p>
    <w:p>
      <w:pPr>
        <w:jc w:val="right"/>
      </w:pPr>
      <w:r>
        <w:t>یہ ثابت ہے کہ رسول اللہ معنی وزڈم تھے۔ تو</w:t>
      </w:r>
    </w:p>
    <w:p>
      <w:r>
        <w:rPr>
          <w:b/>
        </w:rPr>
        <w:t xml:space="preserve">[22:05] </w:t>
      </w:r>
      <w:r>
        <w:t>rasool Allah ke kalam mein wisdom kahan bataya gaya hai? to sari hadithon mein mujhe kahin koi hadith</w:t>
      </w:r>
    </w:p>
    <w:p>
      <w:pPr>
        <w:jc w:val="right"/>
      </w:pPr>
      <w:r>
        <w:t>رسول اللہ کے کلام میں وزڈم کہاں بتایا گیا ہے؟ تو ساری حدیثوں میں مجھے کہیں کوئی حدیث</w:t>
      </w:r>
    </w:p>
    <w:p>
      <w:r>
        <w:rPr>
          <w:b/>
        </w:rPr>
        <w:t xml:space="preserve">[22:11] </w:t>
      </w:r>
      <w:r>
        <w:t>nahi mili, jahan kahan hua bataya gaya ho ke wisdom yeh hai.</w:t>
      </w:r>
    </w:p>
    <w:p>
      <w:pPr>
        <w:jc w:val="right"/>
      </w:pPr>
      <w:r>
        <w:t>نہیں ملی، جہاں کہاں ہوا بتایا گیا ہو کہ وزڈم یہ ہے۔</w:t>
      </w:r>
    </w:p>
    <w:p>
      <w:r>
        <w:rPr>
          <w:b/>
        </w:rPr>
        <w:t xml:space="preserve">[22:17] </w:t>
      </w:r>
      <w:r>
        <w:t>yani wisdom ki definition nahi mili.</w:t>
      </w:r>
    </w:p>
    <w:p>
      <w:pPr>
        <w:jc w:val="right"/>
      </w:pPr>
      <w:r>
        <w:t>یعنی وزڈم کی ڈیفینیشن نہیں ملی۔</w:t>
      </w:r>
    </w:p>
    <w:p>
      <w:r>
        <w:rPr>
          <w:b/>
        </w:rPr>
        <w:t xml:space="preserve">[22:23] </w:t>
      </w:r>
      <w:r>
        <w:t>phir mein ne kiya kiya? mein ne ek ek formula apply kiya ke jab rasool Allah sal Allahu</w:t>
      </w:r>
    </w:p>
    <w:p>
      <w:pPr>
        <w:jc w:val="right"/>
      </w:pPr>
      <w:r>
        <w:t>پھر میں نے کیا کیا؟ میں نے ایک ایک فارمولا اپلائی کیا کہ جب رسول اللہ صلی اللہ</w:t>
      </w:r>
    </w:p>
    <w:p>
      <w:r>
        <w:rPr>
          <w:b/>
        </w:rPr>
        <w:t xml:space="preserve">[22:29] </w:t>
      </w:r>
      <w:r>
        <w:t>alaihi wasallam mani wisdom thay</w:t>
      </w:r>
    </w:p>
    <w:p>
      <w:pPr>
        <w:jc w:val="right"/>
      </w:pPr>
      <w:r>
        <w:t>علیہ وسلم معنی وزڈم تھے</w:t>
      </w:r>
    </w:p>
    <w:p>
      <w:r>
        <w:rPr>
          <w:b/>
        </w:rPr>
        <w:t xml:space="preserve">[22:35] </w:t>
      </w:r>
      <w:r>
        <w:t>to zaroor unhon ne wisdom ko apne amal mein, apni sunnat sunnat mein ikhtiyar kiya. to woh jo aata hai, yani muhaddiseen kehte hain ke teen sunnat, teen cheez ka naam hai: qaul, amal, taqreer. taqreer hai ke jis ko aap ne dekha aur dekh kar us ko</w:t>
      </w:r>
    </w:p>
    <w:p>
      <w:pPr>
        <w:jc w:val="right"/>
      </w:pPr>
      <w:r>
        <w:t>، تو ضرور انہوں نے وزڈم کو اپنے عمل میں، اپنی سنت سنت میں اختیار کیا۔ تو وہ جو آتا ہے، یعنی محدثین کہتے ہیں کہ تین سنت، تین چیز کا نام ہے: قول، عمل، تقریر۔ تقریر ہے کہ جس کو آپ نے دیکھا اور دیکھ کر اس کو</w:t>
      </w:r>
    </w:p>
    <w:p>
      <w:r>
        <w:rPr>
          <w:b/>
        </w:rPr>
        <w:t xml:space="preserve">[23:05] </w:t>
      </w:r>
      <w:r>
        <w:t>confirm kiya. to mein ne yeh kiya ke Rasool Allah sallallahu alaihi wasallam ke sare amal ko lekar socha. amal se mein ne nikalne ki koshish ki ke kahin na kahin mil jayega mujhe ke kis tarah se aap ne wisdom ko apply kiya. yani Rasool Allah ki zindagi mein wisdom ka application kya kya tha? is se mein ne def</w:t>
      </w:r>
    </w:p>
    <w:p>
      <w:pPr>
        <w:jc w:val="right"/>
      </w:pPr>
      <w:r>
        <w:t>کنفرم کیا۔ تو میں نے یہ کیا کہ رسول اللہ صلی اللہ علیہ وسلم کے سارے عمل کو لے کر سوچا۔ عمل سے میں نے نکالنے کی کوشش کی کہ کہیں نہ کہیں مل جائے گا مجھے کہ کس طرح سے آپ نے وزڈم کو اپلائی کیا۔ یعنی رسول اللہ کی زندگی میں وزڈم کا ایپلیکیشن کیا کیا تھا؟ اس سے میں نے ڈیف</w:t>
      </w:r>
    </w:p>
    <w:p>
      <w:r>
        <w:rPr>
          <w:b/>
        </w:rPr>
        <w:t xml:space="preserve">[23:35] </w:t>
      </w:r>
      <w:r>
        <w:t>definition nikalne ki koshish ki.</w:t>
      </w:r>
    </w:p>
    <w:p>
      <w:pPr>
        <w:jc w:val="right"/>
      </w:pPr>
      <w:r>
        <w:t>ینیشن نکالنے کی کوشش کی۔</w:t>
      </w:r>
    </w:p>
    <w:p>
      <w:r>
        <w:rPr>
          <w:b/>
        </w:rPr>
        <w:t xml:space="preserve">[23:41] </w:t>
      </w:r>
      <w:r>
        <w:t>bohat din lag gaye mujhe is mein.</w:t>
      </w:r>
    </w:p>
    <w:p>
      <w:pPr>
        <w:jc w:val="right"/>
      </w:pPr>
      <w:r>
        <w:t>بہت دن لگ گئے مجھے اس میں۔</w:t>
      </w:r>
    </w:p>
    <w:p>
      <w:r>
        <w:rPr>
          <w:b/>
        </w:rPr>
        <w:t xml:space="preserve">[23:48] </w:t>
      </w:r>
      <w:r>
        <w:t>tab mein ne daryaft kiya ya discover kiya ke rasool Allah ke amal ke mutabiq, qol ke mutabiq</w:t>
      </w:r>
    </w:p>
    <w:p>
      <w:pPr>
        <w:jc w:val="right"/>
      </w:pPr>
      <w:r>
        <w:t>تب میں نے دریافت کیا یا ڈسکور کیا کہ رسول اللہ کے عمل کے مطابق، قول کے مطابق</w:t>
      </w:r>
    </w:p>
    <w:p>
      <w:r>
        <w:rPr>
          <w:b/>
        </w:rPr>
        <w:t xml:space="preserve">[23:54] </w:t>
      </w:r>
      <w:r>
        <w:t>nahi, wisdom ki definition kiya hai? woh mein ne ek mazmoon likha hai risala mein, aap dekh sakte</w:t>
      </w:r>
    </w:p>
    <w:p>
      <w:pPr>
        <w:jc w:val="right"/>
      </w:pPr>
      <w:r>
        <w:t>نہیں، وزڈم کی ڈیفینیشن کیا ہے؟ وہ میں نے ایک مضمون لکھا ہے رسالہ میں، آپ دیکھ سکتے</w:t>
      </w:r>
    </w:p>
    <w:p>
      <w:r>
        <w:rPr>
          <w:b/>
        </w:rPr>
        <w:t xml:space="preserve">[24:00] </w:t>
      </w:r>
      <w:r>
        <w:t>hain is ko, is ki tafseel.</w:t>
      </w:r>
    </w:p>
    <w:p>
      <w:pPr>
        <w:jc w:val="right"/>
      </w:pPr>
      <w:r>
        <w:t>ہیں اس کو، اس کی تفصیل۔</w:t>
      </w:r>
    </w:p>
    <w:p>
      <w:r>
        <w:rPr>
          <w:b/>
        </w:rPr>
        <w:t xml:space="preserve">[24:07] </w:t>
      </w:r>
      <w:r>
        <w:t>to wisdom ki definition mujhe kisi kahan nahi mili? woh mili rasool Allah sal Allahu alaihi wasallam ke</w:t>
      </w:r>
    </w:p>
    <w:p>
      <w:pPr>
        <w:jc w:val="right"/>
      </w:pPr>
      <w:r>
        <w:t>تو وزڈم کی ڈیفینیشن مجھے کسی کہاں نہیں ملی؟ وہ ملی رسول اللہ صلی اللہ علیہ وسلم کے</w:t>
      </w:r>
    </w:p>
    <w:p>
      <w:r>
        <w:rPr>
          <w:b/>
        </w:rPr>
        <w:t xml:space="preserve">[24:14] </w:t>
      </w:r>
      <w:r>
        <w:t>haan, woh bhi qol mein nahi mili, aap ke amal mein mili, amal mein.</w:t>
      </w:r>
    </w:p>
    <w:p>
      <w:pPr>
        <w:jc w:val="right"/>
      </w:pPr>
      <w:r>
        <w:t>ہاں، وہ بھی قول میں نہیں ملی، آپ کے عمل میں ملی، عمل میں۔</w:t>
      </w:r>
    </w:p>
    <w:p>
      <w:r>
        <w:rPr>
          <w:b/>
        </w:rPr>
        <w:t xml:space="preserve">[24:22] </w:t>
      </w:r>
      <w:r>
        <w:t>to yeh hai woh cheez jis ka sabaq dene ke liye Hazrat Jibrael aaye thay ghar e hira mein</w:t>
      </w:r>
    </w:p>
    <w:p>
      <w:pPr>
        <w:jc w:val="right"/>
      </w:pPr>
      <w:r>
        <w:t>تو یہ ہے وہ چیز جس کا سبق دینے کے لیے حضرت جبرائیل آئے تھے غار حرا میں</w:t>
      </w:r>
    </w:p>
    <w:p>
      <w:r>
        <w:rPr>
          <w:b/>
        </w:rPr>
        <w:t xml:space="preserve">[24:29] </w:t>
      </w:r>
      <w:r>
        <w:t>ke socho isprt inquiry paida karo. yani aap</w:t>
      </w:r>
    </w:p>
    <w:p>
      <w:pPr>
        <w:jc w:val="right"/>
      </w:pPr>
      <w:r>
        <w:t>کہ سوچو اسپرٹ انکوائری پیدا کرو۔ یعنی آپ</w:t>
      </w:r>
    </w:p>
    <w:p>
      <w:r>
        <w:rPr>
          <w:b/>
        </w:rPr>
        <w:t xml:space="preserve">[24:37] </w:t>
      </w:r>
      <w:r>
        <w:t>jo dialogue hua tha, us dialogue ko aap socho kahan matlab tha? ke unhon ne kaha ke parho,</w:t>
      </w:r>
    </w:p>
    <w:p>
      <w:pPr>
        <w:jc w:val="right"/>
      </w:pPr>
      <w:r>
        <w:t>جو ڈائیلاگ ہوا تھا، اس ڈائیلاگ کو آپ سوچیں کہاں مطلب تھا؟ کہ انہوں نے کہا کہ پڑھو،</w:t>
      </w:r>
    </w:p>
    <w:p>
      <w:r>
        <w:rPr>
          <w:b/>
        </w:rPr>
        <w:t xml:space="preserve">[24:43] </w:t>
      </w:r>
      <w:r>
        <w:t>un ka mein parhna aata nahi hai, is ko is ka matlab kiya hua? is ka matlab yeh</w:t>
      </w:r>
    </w:p>
    <w:p>
      <w:pPr>
        <w:jc w:val="right"/>
      </w:pPr>
      <w:r>
        <w:t>ان کا میں پڑھنا آتا نہیں ہے، اس کو اس کا مطلب کیا ہوا؟ اس کا مطلب یہ</w:t>
      </w:r>
    </w:p>
    <w:p>
      <w:r>
        <w:rPr>
          <w:b/>
        </w:rPr>
        <w:t xml:space="preserve">[24:49] </w:t>
      </w:r>
      <w:r>
        <w:t>keh parhna nahi aata, tab bhi parho.</w:t>
      </w:r>
    </w:p>
    <w:p>
      <w:pPr>
        <w:jc w:val="right"/>
      </w:pPr>
      <w:r>
        <w:t>کہ پڑھنا نہیں آتا، تب بھی پڑھو۔</w:t>
      </w:r>
    </w:p>
    <w:p>
      <w:r>
        <w:rPr>
          <w:b/>
        </w:rPr>
        <w:t xml:space="preserve">[24:55] </w:t>
      </w:r>
      <w:r>
        <w:t>matlab socho, socho, socho.</w:t>
      </w:r>
    </w:p>
    <w:p>
      <w:pPr>
        <w:jc w:val="right"/>
      </w:pPr>
      <w:r>
        <w:t>مطلب سوچو، سوچو، سوچو۔</w:t>
      </w:r>
    </w:p>
    <w:p>
      <w:r>
        <w:rPr>
          <w:b/>
        </w:rPr>
        <w:t xml:space="preserve">[25:01] </w:t>
      </w:r>
      <w:r>
        <w:t>وہ جو انڈسٹری میں کہا جاتا ہے: "Think, think, there must be a better way"،</w:t>
      </w:r>
    </w:p>
    <w:p>
      <w:pPr>
        <w:jc w:val="right"/>
      </w:pPr>
      <w:r>
        <w:t>وہ جو انڈسٹری میں کہا جاتا ہے: "تھنک، تھنک، دیر مسٹ بی اے بیٹر وے"،</w:t>
      </w:r>
    </w:p>
    <w:p>
      <w:r>
        <w:rPr>
          <w:b/>
        </w:rPr>
        <w:t xml:space="preserve">[25:07] </w:t>
      </w:r>
      <w:r>
        <w:t>yeh ain wahi cheez hai.</w:t>
      </w:r>
    </w:p>
    <w:p>
      <w:pPr>
        <w:jc w:val="right"/>
      </w:pPr>
      <w:r>
        <w:t>یہ عین وہی چیز ہے۔</w:t>
      </w:r>
    </w:p>
    <w:p>
      <w:r>
        <w:rPr>
          <w:b/>
        </w:rPr>
        <w:t xml:space="preserve">[25:13] </w:t>
      </w:r>
      <w:r>
        <w:t>اسپرٹ آف انکوائری: سوچو، سوچو، there must be a better way.</w:t>
      </w:r>
    </w:p>
    <w:p>
      <w:pPr>
        <w:jc w:val="right"/>
      </w:pPr>
      <w:r>
        <w:t>اسپرٹ آف انکوائری: سوچو، سوچو، دیر مسٹ بی اے بیٹر وے۔</w:t>
      </w:r>
    </w:p>
    <w:p>
      <w:r>
        <w:rPr>
          <w:b/>
        </w:rPr>
        <w:t xml:space="preserve">[25:19] </w:t>
      </w:r>
      <w:r>
        <w:t>to aaj kal yeh sari dunya mein sonaoon ki bohat tehreekein chal rahi hain, ek do nahi, aur</w:t>
      </w:r>
    </w:p>
    <w:p>
      <w:pPr>
        <w:jc w:val="right"/>
      </w:pPr>
      <w:r>
        <w:t>تو آج کل یہ ساری دنیا میں سوناؤں کی بہت تحریکیں چل رہی ہیں، ایک دو نہیں، اور</w:t>
      </w:r>
    </w:p>
    <w:p>
      <w:r>
        <w:rPr>
          <w:b/>
        </w:rPr>
        <w:t xml:space="preserve">[25:25] </w:t>
      </w:r>
      <w:r>
        <w:t>sab fail hain.</w:t>
      </w:r>
    </w:p>
    <w:p>
      <w:pPr>
        <w:jc w:val="right"/>
      </w:pPr>
      <w:r>
        <w:t>سب فیل ہیں۔</w:t>
      </w:r>
    </w:p>
    <w:p>
      <w:r>
        <w:rPr>
          <w:b/>
        </w:rPr>
        <w:t xml:space="preserve">[25:31] </w:t>
      </w:r>
      <w:r>
        <w:t>kisi bhi tehreek ka naam nahi le sakte jis se koi substantial sense mein koi faida pohancha ho ummat ka,</w:t>
      </w:r>
    </w:p>
    <w:p>
      <w:pPr>
        <w:jc w:val="right"/>
      </w:pPr>
      <w:r>
        <w:t>کسی بھی تحریک کا نام نہیں لے سکتے جس سے کوئی سبسٹینشل سینس میں کوئی فائدہ پہنچا ہو امت کا،</w:t>
      </w:r>
    </w:p>
    <w:p>
      <w:r>
        <w:rPr>
          <w:b/>
        </w:rPr>
        <w:t xml:space="preserve">[25:37] </w:t>
      </w:r>
      <w:r>
        <w:t>siwaye maar maar kaat.</w:t>
      </w:r>
    </w:p>
    <w:p>
      <w:pPr>
        <w:jc w:val="right"/>
      </w:pPr>
      <w:r>
        <w:t>سوائے مار مار کاٹ۔</w:t>
      </w:r>
    </w:p>
    <w:p>
      <w:r>
        <w:rPr>
          <w:b/>
        </w:rPr>
        <w:t xml:space="preserve">[25:44] </w:t>
      </w:r>
      <w:r>
        <w:t>yehi sab to kyun? wajah kya hai? woh Rasool Allah Sal Allah o Alih e Wa Aalih e Wa Sallam ke ke method ko</w:t>
      </w:r>
    </w:p>
    <w:p>
      <w:pPr>
        <w:jc w:val="right"/>
      </w:pPr>
      <w:r>
        <w:t>یہی سب تو کیوں؟ وجہ کیا ہے؟ وہ رسول اللہ صلی اللہ علیہ وسلم کے کے میتھڈ کو</w:t>
      </w:r>
    </w:p>
    <w:p>
      <w:r>
        <w:rPr>
          <w:b/>
        </w:rPr>
        <w:t xml:space="preserve">[25:50] </w:t>
      </w:r>
      <w:r>
        <w:t>follow nahi karte.</w:t>
      </w:r>
    </w:p>
    <w:p>
      <w:pPr>
        <w:jc w:val="right"/>
      </w:pPr>
      <w:r>
        <w:t>فالو نہیں کرتے۔</w:t>
      </w:r>
    </w:p>
    <w:p>
      <w:r>
        <w:rPr>
          <w:b/>
        </w:rPr>
        <w:t xml:space="preserve">[25:57] </w:t>
      </w:r>
      <w:r>
        <w:t>وہ میتھڈ کیا ہے؟ یعنی to begin from the thinking، سوچنے سے آغاز کرنا۔</w:t>
      </w:r>
    </w:p>
    <w:p>
      <w:pPr>
        <w:jc w:val="right"/>
      </w:pPr>
      <w:r>
        <w:t>وہ میتھڈ کیا ہے؟ یعنی ٹو بیگن فرام دا تھنکنگ، سوچنے سے آغاز کرنا۔</w:t>
      </w:r>
    </w:p>
    <w:p>
      <w:r>
        <w:rPr>
          <w:b/>
        </w:rPr>
        <w:t xml:space="preserve">[26:03] </w:t>
      </w:r>
      <w:r>
        <w:t>socho, socho, socho,</w:t>
      </w:r>
    </w:p>
    <w:p>
      <w:pPr>
        <w:jc w:val="right"/>
      </w:pPr>
      <w:r>
        <w:t>سوچو، سوچو، سوچو،</w:t>
      </w:r>
    </w:p>
    <w:p>
      <w:r>
        <w:rPr>
          <w:b/>
        </w:rPr>
        <w:t xml:space="preserve">[26:10] </w:t>
      </w:r>
      <w:r>
        <w:t>socho, socho.</w:t>
      </w:r>
    </w:p>
    <w:p>
      <w:pPr>
        <w:jc w:val="right"/>
      </w:pPr>
      <w:r>
        <w:t>سوچو، سوچو۔</w:t>
      </w:r>
    </w:p>
    <w:p>
      <w:r>
        <w:rPr>
          <w:b/>
        </w:rPr>
        <w:t xml:space="preserve">[26:16] </w:t>
      </w:r>
      <w:r>
        <w:t>misalan Muslim countries mein bohat se waqeat ho rahe hain, foran react karte hain log.</w:t>
      </w:r>
    </w:p>
    <w:p>
      <w:pPr>
        <w:jc w:val="right"/>
      </w:pPr>
      <w:r>
        <w:t>مثلاً مسلم کنٹریز میں بہت سے واقعات ہو رہے ہیں، فوراً ری ایکٹ کرتے ہیں لوگ۔</w:t>
      </w:r>
    </w:p>
    <w:p>
      <w:r>
        <w:rPr>
          <w:b/>
        </w:rPr>
        <w:t xml:space="preserve">[26:22] </w:t>
      </w:r>
      <w:r>
        <w:t>jab bhi koi waqea hoga, foran reaction.</w:t>
      </w:r>
    </w:p>
    <w:p>
      <w:pPr>
        <w:jc w:val="right"/>
      </w:pPr>
      <w:r>
        <w:t>جب بھی کوئی واقعہ ہوگا، فوراً ری ایکشن۔</w:t>
      </w:r>
    </w:p>
    <w:p>
      <w:r>
        <w:rPr>
          <w:b/>
        </w:rPr>
        <w:t xml:space="preserve">[26:28] </w:t>
      </w:r>
      <w:r>
        <w:t>reaction Rasool Allah ka tareeqa nahi hai.</w:t>
      </w:r>
    </w:p>
    <w:p>
      <w:pPr>
        <w:jc w:val="right"/>
      </w:pPr>
      <w:r>
        <w:t>ری ایکشن رسول اللہ کا طریقہ نہیں ہے۔</w:t>
      </w:r>
    </w:p>
    <w:p>
      <w:r>
        <w:rPr>
          <w:b/>
        </w:rPr>
        <w:t xml:space="preserve">[26:34] </w:t>
      </w:r>
      <w:r>
        <w:t>sochna, koi waqea hua to react mat karo, socho, socho, socho, socho.</w:t>
      </w:r>
    </w:p>
    <w:p>
      <w:pPr>
        <w:jc w:val="right"/>
      </w:pPr>
      <w:r>
        <w:t>سوچنا، کوئی واقعہ ہوا تو ری ایکٹ مت کرو، سوچو، سوچو، سوچو، سوچو۔</w:t>
      </w:r>
    </w:p>
    <w:p>
      <w:r>
        <w:rPr>
          <w:b/>
        </w:rPr>
        <w:t xml:space="preserve">[26:40] </w:t>
      </w:r>
      <w:r>
        <w:t>koi bhi waqea ho, chota ho, bada ho, koi bhi ho.</w:t>
      </w:r>
    </w:p>
    <w:p>
      <w:pPr>
        <w:jc w:val="right"/>
      </w:pPr>
      <w:r>
        <w:t>کوئی بھی واقعہ ہو، چھوٹا ہو، بڑا ہو، کوئی بھی ہو۔</w:t>
      </w:r>
    </w:p>
    <w:p>
      <w:r>
        <w:rPr>
          <w:b/>
        </w:rPr>
        <w:t xml:space="preserve">[26:47] </w:t>
      </w:r>
      <w:r>
        <w:t>misal mein ek misal deta hoon aap ko ke Musalmanon mein taqreeban sau baras se ek tehreek chal</w:t>
      </w:r>
    </w:p>
    <w:p>
      <w:pPr>
        <w:jc w:val="right"/>
      </w:pPr>
      <w:r>
        <w:t>مثال میں ایک مثال دیتا ہوں آپ کو کہ مسلمانوں میں تقریباً سو برس سے ایک تحریک چل</w:t>
      </w:r>
    </w:p>
    <w:p>
      <w:r>
        <w:rPr>
          <w:b/>
        </w:rPr>
        <w:t xml:space="preserve">[26:55] </w:t>
      </w:r>
      <w:r>
        <w:t>rahi hai, aur woh hai Quran, Quran, Quran.</w:t>
      </w:r>
    </w:p>
    <w:p>
      <w:pPr>
        <w:jc w:val="right"/>
      </w:pPr>
      <w:r>
        <w:t>رہی ہے، اور وہ ہے قرآن، قرآن، قرآن۔</w:t>
      </w:r>
    </w:p>
    <w:p>
      <w:r>
        <w:rPr>
          <w:b/>
        </w:rPr>
        <w:t xml:space="preserve">[27:02] </w:t>
      </w:r>
      <w:r>
        <w:t>beshumar log paida hue: "Quran ko parho, Quran ko parho", bas Quran, Quran le kar log bol</w:t>
      </w:r>
    </w:p>
    <w:p>
      <w:pPr>
        <w:jc w:val="right"/>
      </w:pPr>
      <w:r>
        <w:t>بے شمار لوگ پیدا ہوئے: "قرآن کو پڑھو، قرآن کو پڑھو"، بس قرآن، قرآن لے کر لوگ بول</w:t>
      </w:r>
    </w:p>
    <w:p>
      <w:r>
        <w:rPr>
          <w:b/>
        </w:rPr>
        <w:t xml:space="preserve">[27:10] </w:t>
      </w:r>
      <w:r>
        <w:t>rahe hain. taqreeban sau, sau. is ka aaghaz kya tha ghaliban Shakh-ud-din ne, Maulana Mahmood Mahmood Hassan Deobandi jo kaha jatay hain, Shakh-ud-din ne aaghaz kiya tha jab Malta se wapas aaye thay. jab Malta se wapas aaye thay, woh. lekin mera tajruba yeh hai ke Musalmanon mein bas buzurg parasti to</w:t>
      </w:r>
    </w:p>
    <w:p>
      <w:pPr>
        <w:jc w:val="right"/>
      </w:pPr>
      <w:r>
        <w:t>رہے ہیں۔ تقریباً سو، سو۔ اس کا آغاز کیا تھا غالباً شاخ الدین نے، مولانا محمود محمود حسن دیوبندی جو کہا جاتے ہیں، شاخ الدین نے آغاز کیا تھا جب مالٹا سے واپس آئے تھے۔ جب مالٹا سے واپس آئے تھے، وہ۔ لیکن میرا تجربہ یہ ہے کہ مسلمانوں میں بس بزرگ پرستی تو</w:t>
      </w:r>
    </w:p>
    <w:p>
      <w:r>
        <w:rPr>
          <w:b/>
        </w:rPr>
        <w:t xml:space="preserve">[27:40] </w:t>
      </w:r>
      <w:r>
        <w:t>hai, lekin aqal ke sath cheezon ko dekhna nahi hai.</w:t>
      </w:r>
    </w:p>
    <w:p>
      <w:pPr>
        <w:jc w:val="right"/>
      </w:pPr>
      <w:r>
        <w:t>ہے، لیکن عقل کے ساتھ چیزوں کو دیکھنا نہیں ہے۔</w:t>
      </w:r>
    </w:p>
    <w:p>
      <w:r>
        <w:rPr>
          <w:b/>
        </w:rPr>
        <w:t xml:space="preserve">[27:48] </w:t>
      </w:r>
      <w:r>
        <w:t>mein Malta hi ki ek misal deta hoon aap ko.</w:t>
      </w:r>
    </w:p>
    <w:p>
      <w:pPr>
        <w:jc w:val="right"/>
      </w:pPr>
      <w:r>
        <w:t>میں مالٹا ہی کی ایک مثال دیتا ہوں آپ کو۔</w:t>
      </w:r>
    </w:p>
    <w:p>
      <w:r>
        <w:rPr>
          <w:b/>
        </w:rPr>
        <w:t xml:space="preserve">[27:56] </w:t>
      </w:r>
      <w:r>
        <w:t>mein ek kisi program mein kehta tha: "Malta gaya", to mujhe shauq tha ke Malta mein woh jagah</w:t>
      </w:r>
    </w:p>
    <w:p>
      <w:pPr>
        <w:jc w:val="right"/>
      </w:pPr>
      <w:r>
        <w:t>میں ایک کسی پروگرام میں کہتا تھا: "مالٹا گیا"، تو مجھے شوق تھا کہ مالٹا میں وہ جگہ</w:t>
      </w:r>
    </w:p>
    <w:p>
      <w:r>
        <w:rPr>
          <w:b/>
        </w:rPr>
        <w:t xml:space="preserve">[28:04] </w:t>
      </w:r>
      <w:r>
        <w:t>kon si tha jahan Angrezon ne Shakhuddin ko woh kiya tha, yani band kiya tha.</w:t>
      </w:r>
    </w:p>
    <w:p>
      <w:pPr>
        <w:jc w:val="right"/>
      </w:pPr>
      <w:r>
        <w:t>کون سی تھا جہاں انگریزوں نے شاخ الدین کو وہ کیا تھا، یعنی بند کیا تھا۔</w:t>
      </w:r>
    </w:p>
    <w:p>
      <w:r>
        <w:rPr>
          <w:b/>
        </w:rPr>
        <w:t xml:space="preserve">[28:12] </w:t>
      </w:r>
      <w:r>
        <w:t>to main ne ek sahib ko apne sath liya, wahan ke, aur ek ek gari liya. hum log gari par sare Malta mein ghoomte rahe, poochte rahe, to kisi ne kuch bataya nahi ke woh kahan qaid kiye gaye thay. baad ko mujhe maloom hua ke mere paas sahi maloomat hi nahi hai, yani maloomat mein yeh</w:t>
      </w:r>
    </w:p>
    <w:p>
      <w:pPr>
        <w:jc w:val="right"/>
      </w:pPr>
      <w:r>
        <w:t>تو میں نے ایک صاحب کو اپنے ساتھ لیا، وہاں کے، اور ایک ایک گاڑی لیا۔ ہم لوگ گاڑی پر سارے مالٹا میں گھومتے رہے، پوچھتے رہے، تو کسی نے کچھ بتایا نہیں کہ وہ کہاں قید کیے گئے تھے۔ بعد کو مجھے معلوم ہوا کہ میرے پاس صحیح معلومات ہی نہیں ہے، یعنی معلومات میں یہ</w:t>
      </w:r>
    </w:p>
    <w:p>
      <w:r>
        <w:rPr>
          <w:b/>
        </w:rPr>
        <w:t xml:space="preserve">[28:42] </w:t>
      </w:r>
      <w:r>
        <w:t>hona chahiye tha ke Malta mein ek purana qila hai, old fort, wahan un ko band kiya gaya tha. to main ne jo kitabein parhi theen, kisi mein yeh likha hi nahi tha. bohat ziyada Hazrat, Hazrat, Hazrat, aur kya kya pata nahi, lekin yahi lafz yahi hai ke old fort hai, woh Malta mein, is mein un ko band kiya tha. to jo kitabein main ne parhi theen, us mein old fort ka lafz nahi tha. is</w:t>
      </w:r>
    </w:p>
    <w:p>
      <w:pPr>
        <w:jc w:val="right"/>
      </w:pPr>
      <w:r>
        <w:t>ہونا چاہیے تھا کہ مالٹا میں ایک پرانا قلعہ ہے، اولڈ فورٹ، وہاں ان کو بند کیا گیا تھا۔ تو میں نے جو کتابیں پڑھی تھیں، کسی میں یہ لکھا ہی نہیں تھا۔ بہت زیادہ حضرت، حضرت، حضرت، اور کیا کیا پتہ نہیں، لیکن یہی لفظ یہی ہے کہ اولڈ فورٹ ہے، وہ مالٹا میں، اس میں ان کو بند کیا تھا۔ تو جو کتابیں میں نے پڑھی تھیں، اس میں اولڈ فورٹ کا لفظ نہیں تھا۔ اس</w:t>
      </w:r>
    </w:p>
    <w:p>
      <w:r>
        <w:rPr>
          <w:b/>
        </w:rPr>
        <w:t xml:space="preserve">[29:12] </w:t>
      </w:r>
      <w:r>
        <w:t>maani hai ke sahi reporting nahi, proper reporting nahi.</w:t>
      </w:r>
    </w:p>
    <w:p>
      <w:pPr>
        <w:jc w:val="right"/>
      </w:pPr>
      <w:r>
        <w:t>معنی ہے کہ صحیح رپورٹنگ نہیں، پراپر رپورٹنگ نہیں۔</w:t>
      </w:r>
    </w:p>
    <w:p>
      <w:r>
        <w:rPr>
          <w:b/>
        </w:rPr>
        <w:t xml:space="preserve">[29:20] </w:t>
      </w:r>
      <w:r>
        <w:t>to yeh kya hai? bas khali bas Hazrat, Hazrat, aur yeh muqaddas alfaaz bolte hain, aur jo sahi</w:t>
      </w:r>
    </w:p>
    <w:p>
      <w:pPr>
        <w:jc w:val="right"/>
      </w:pPr>
      <w:r>
        <w:t>تو یہ کیا ہے؟ بس خالی بس حضرت، حضرت، اور یہ مقدس الفاظ بولتے ہیں، اور جو صحیح</w:t>
      </w:r>
    </w:p>
    <w:p>
      <w:r>
        <w:rPr>
          <w:b/>
        </w:rPr>
        <w:t xml:space="preserve">[29:27] </w:t>
      </w:r>
      <w:r>
        <w:t>thinking log mein nahin hain, sahi reporting nahin hai.</w:t>
      </w:r>
    </w:p>
    <w:p>
      <w:pPr>
        <w:jc w:val="right"/>
      </w:pPr>
      <w:r>
        <w:t>تھنکنگ لوگ میں نہیں ہیں، صحیح رپورٹنگ نہیں ہے۔</w:t>
      </w:r>
    </w:p>
    <w:p>
      <w:r>
        <w:rPr>
          <w:b/>
        </w:rPr>
        <w:t xml:space="preserve">[29:35] </w:t>
      </w:r>
      <w:r>
        <w:t>agar mere mere paas</w:t>
      </w:r>
    </w:p>
    <w:p>
      <w:pPr>
        <w:jc w:val="right"/>
      </w:pPr>
      <w:r>
        <w:t>اگر میرے میرے پاس</w:t>
      </w:r>
    </w:p>
    <w:p>
      <w:r>
        <w:rPr>
          <w:b/>
        </w:rPr>
        <w:t xml:space="preserve">[29:42] </w:t>
      </w:r>
      <w:r>
        <w:t>yeh lafz hota jab mein gaya tha malta, old fort, to zaroor mein wahan pahunch jata.</w:t>
      </w:r>
    </w:p>
    <w:p>
      <w:pPr>
        <w:jc w:val="right"/>
      </w:pPr>
      <w:r>
        <w:t>یہ لفظ ہوتا جب میں گیا تھا مالٹا، اولڈ فورٹ، تو ضرور میں وہاں پہنچ جاتا۔</w:t>
      </w:r>
    </w:p>
    <w:p>
      <w:r>
        <w:rPr>
          <w:b/>
        </w:rPr>
        <w:t xml:space="preserve">[29:48] </w:t>
      </w:r>
      <w:r>
        <w:t>member pahunch nahin saka mein, ghanton use hum daurte rahe idhar udhar.</w:t>
      </w:r>
    </w:p>
    <w:p>
      <w:pPr>
        <w:jc w:val="right"/>
      </w:pPr>
      <w:r>
        <w:t>ممبر پہنچ نہیں سکا میں، گھنٹوں اسے ہم دوڑتے رہے ادھر ادھر۔</w:t>
      </w:r>
    </w:p>
    <w:p>
      <w:r>
        <w:rPr>
          <w:b/>
        </w:rPr>
        <w:t xml:space="preserve">[29:54] </w:t>
      </w:r>
      <w:r>
        <w:t>to yeh Hazrat Jibrael ne jo ka jo waqia hai, is mein sab asal baat yeh hai ke</w:t>
      </w:r>
    </w:p>
    <w:p>
      <w:pPr>
        <w:jc w:val="right"/>
      </w:pPr>
      <w:r>
        <w:t>تو یہ حضرت جبرائیل نے جو کا جو واقعہ ہے، اس میں سب اصل بات یہ ہے کہ</w:t>
      </w:r>
    </w:p>
    <w:p>
      <w:r>
        <w:rPr>
          <w:b/>
        </w:rPr>
        <w:t xml:space="preserve">[30:01] </w:t>
      </w:r>
      <w:r>
        <w:t>socho, sab se aham baat hai socho, socho.</w:t>
      </w:r>
    </w:p>
    <w:p>
      <w:pPr>
        <w:jc w:val="right"/>
      </w:pPr>
      <w:r>
        <w:t>سوچو، سب سے اہم بات ہے سوچو، سوچو۔</w:t>
      </w:r>
    </w:p>
    <w:p>
      <w:r>
        <w:rPr>
          <w:b/>
        </w:rPr>
        <w:t xml:space="preserve">[30:07] </w:t>
      </w:r>
      <w:r>
        <w:t>jo baatein maloom hongi, use</w:t>
      </w:r>
    </w:p>
    <w:p>
      <w:pPr>
        <w:jc w:val="right"/>
      </w:pPr>
      <w:r>
        <w:t>جو باتیں معلوم ہوں گی، اسے</w:t>
      </w:r>
    </w:p>
    <w:p>
      <w:r>
        <w:rPr>
          <w:b/>
        </w:rPr>
        <w:t xml:space="preserve">[30:13] </w:t>
      </w:r>
      <w:r>
        <w:t>phir socho, phir socho, re-planning karo, re-think karo, to baatein daryaft hogi. isi ko pakra scientific scientific community ne, to unhon ne itni bari dunya qabu kar di. poori civilization jo hai, is ka aaghaz hua hai spirit of inquiry se. to hum jo mission chala rahe hain Quran ko</w:t>
      </w:r>
    </w:p>
    <w:p>
      <w:pPr>
        <w:jc w:val="right"/>
      </w:pPr>
      <w:r>
        <w:t>پھر سوچو، پھر سوچو، ری پلاننگ کرو، ری تھنک کرو، تو باتیں دریافت ہوگی۔ اسی کو پکڑا سائنٹیفک سائنٹیفک کمیونٹی نے، تو انہوں نے اتنی بڑی دنیا قابو کر دی۔ پوری سویلائزیشن جو ہے، اس کا آغاز ہوا ہے اسپرٹ آف انکوائری سے۔ تو ہم جو مشن چلا رہے ہیں قرآن کو</w:t>
      </w:r>
    </w:p>
    <w:p>
      <w:r>
        <w:rPr>
          <w:b/>
        </w:rPr>
        <w:t xml:space="preserve">[30:43] </w:t>
      </w:r>
      <w:r>
        <w:t>phailane ka, hamara mission yeh hai ke Quran ka tarjuma sari dunya ke dauron mein kiya jaye, sari dunya ke dauron mein, aur us ko dunya mein phailaya jaye. yeh mission hai hamara, yeh goal hai. to wahan bhi hamein sochna pare ga. misaal tor par dekhiye, kal main yeh soch raha tha ke</w:t>
      </w:r>
    </w:p>
    <w:p>
      <w:pPr>
        <w:jc w:val="right"/>
      </w:pPr>
      <w:r>
        <w:t>پھیلانے کا، ہمارا مشن یہ ہے کہ قرآن کا ترجمہ ساری دنیا کے دوروں میں کیا جائے، ساری دنیا کے دوروں میں، اور اس کو دنیا میں پھیلایا جائے۔ یہ مشن ہے ہمارا، یہ گول ہے۔ تو وہاں بھی ہمیں سوچنا پڑے گا۔ مثال طور پر دیکھیے، کل میں یہ سوچ رہا تھا کہ</w:t>
      </w:r>
    </w:p>
    <w:p>
      <w:r>
        <w:rPr>
          <w:b/>
        </w:rPr>
        <w:t xml:space="preserve">[31:13] </w:t>
      </w:r>
      <w:r>
        <w:t>kis sindh jo hain, woh mashallah bohat hi successful tareeqe se bible phaila rahe hain.</w:t>
      </w:r>
    </w:p>
    <w:p>
      <w:pPr>
        <w:jc w:val="right"/>
      </w:pPr>
      <w:r>
        <w:t>کس سندھ جو ہیں، وہ ماشاءاللہ بہت ہی سکسیس فل طریقے سے بائبل پھیلا رہے ہیں۔</w:t>
      </w:r>
    </w:p>
    <w:p>
      <w:r>
        <w:rPr>
          <w:b/>
        </w:rPr>
        <w:t xml:space="preserve">[31:20] </w:t>
      </w:r>
      <w:r>
        <w:t>saari duniya mein unhon ne bible phaila rakhi hai, har zabaan mein.</w:t>
      </w:r>
    </w:p>
    <w:p>
      <w:pPr>
        <w:jc w:val="right"/>
      </w:pPr>
      <w:r>
        <w:t>ساری دنیا میں انہوں نے بائبل پھیلا رکھی ہے، ہر زبان میں۔</w:t>
      </w:r>
    </w:p>
    <w:p>
      <w:r>
        <w:rPr>
          <w:b/>
        </w:rPr>
        <w:t xml:space="preserve">[31:28] </w:t>
      </w:r>
      <w:r>
        <w:t>to isi ke tehat mein sochne laga ke kyun aisa hua? Musalman to nahin kar paye, kaise aisa</w:t>
      </w:r>
    </w:p>
    <w:p>
      <w:pPr>
        <w:jc w:val="right"/>
      </w:pPr>
      <w:r>
        <w:t>تو اسی کے تحت میں سوچنے لگا کہ کیوں ایسا ہوا؟ مسلمان تو نہیں کر پائے، کیسے ایسا</w:t>
      </w:r>
    </w:p>
    <w:p>
      <w:r>
        <w:rPr>
          <w:b/>
        </w:rPr>
        <w:t xml:space="preserve">[31:35] </w:t>
      </w:r>
      <w:r>
        <w:t>hua? Is ki tareekh jati hai wahan se, Vatican se. Aap ko</w:t>
      </w:r>
    </w:p>
    <w:p>
      <w:pPr>
        <w:jc w:val="right"/>
      </w:pPr>
      <w:r>
        <w:t>ہوا؟ اس کی تاریخ جاتی ہے وہاں سے، ویٹیکن سے۔ آپ کو</w:t>
      </w:r>
    </w:p>
    <w:p>
      <w:r>
        <w:rPr>
          <w:b/>
        </w:rPr>
        <w:t xml:space="preserve">[31:43] </w:t>
      </w:r>
      <w:r>
        <w:t>maloom hai ke yeh Christian ka non-political kingdom tha Europe mein. Pope ko us daur mein un crowned king kaha jata tha. Rome mein is ka mahal hai, abhi bhi main ne dekha hai us ko, us mahal ko jahan Pope rehta tha. phir</w:t>
      </w:r>
    </w:p>
    <w:p>
      <w:pPr>
        <w:jc w:val="right"/>
      </w:pPr>
      <w:r>
        <w:t>معلوم ہے کہ یہ کرسچن کا نان پولیٹیکل کنگڈم تھا یورپ میں۔ پوپ کو اس دورے میں ان کراؤنڈ کنگ کہا جاتا تھا۔ روم میں اس کا محل ہے، ابھی بھی میں نے دیکھا ہے اس کو، اس محل کو جہاں پوپ رہتا تھا۔ پھر</w:t>
      </w:r>
    </w:p>
    <w:p>
      <w:r>
        <w:rPr>
          <w:b/>
        </w:rPr>
        <w:t xml:space="preserve">[32:13] </w:t>
      </w:r>
      <w:r>
        <w:t>kya hua? Aap jante hain ke takrao hua.</w:t>
      </w:r>
    </w:p>
    <w:p>
      <w:pPr>
        <w:jc w:val="right"/>
      </w:pPr>
      <w:r>
        <w:t>کیا ہوا؟ آپ جانتے ہیں کہ ٹکراؤ ہوا۔</w:t>
      </w:r>
    </w:p>
    <w:p>
      <w:r>
        <w:rPr>
          <w:b/>
        </w:rPr>
        <w:t xml:space="preserve">[32:21] </w:t>
      </w:r>
      <w:r>
        <w:t>اس کی اس کی تفصیل آپ دیکھ رہے ہوتے ہیں اس کتاب میں کہ "Conflict Between Science and Religion"۔</w:t>
      </w:r>
    </w:p>
    <w:p>
      <w:pPr>
        <w:jc w:val="right"/>
      </w:pPr>
      <w:r>
        <w:t>اس کی اس کی تفصیل آپ دیکھ رہے ہوتے ہیں اس کتاب میں کہ "کانفلکٹ بٹوین سائنس اینڈ ریلیجن"۔</w:t>
      </w:r>
    </w:p>
    <w:p>
      <w:r>
        <w:rPr>
          <w:b/>
        </w:rPr>
        <w:t xml:space="preserve">[32:28] </w:t>
      </w:r>
      <w:r>
        <w:t>ek kitab hai "conflict between science and religion", is ko parhiye aap.</w:t>
      </w:r>
    </w:p>
    <w:p>
      <w:pPr>
        <w:jc w:val="right"/>
      </w:pPr>
      <w:r>
        <w:t>ایک کتاب ہے "کانفلکٹ بٹوین سائنس اینڈ ریلیجن"، اس کو پڑھیے آپ۔</w:t>
      </w:r>
    </w:p>
    <w:p>
      <w:r>
        <w:rPr>
          <w:b/>
        </w:rPr>
        <w:t xml:space="preserve">[32:36] </w:t>
      </w:r>
      <w:r>
        <w:t>bohat zabardast takrao hua ahl science mein aur ahl mazhab mein, yahan tak ke Pope ka kingdom khatm ho gaya.</w:t>
      </w:r>
    </w:p>
    <w:p>
      <w:pPr>
        <w:jc w:val="right"/>
      </w:pPr>
      <w:r>
        <w:t>بہت زبردست ٹکراؤ ہوا اہل سائنس میں اور اہل مذہب میں، یہاں تک کہ پوپ کا کنگڈم ختم ہو گیا۔</w:t>
      </w:r>
    </w:p>
    <w:p>
      <w:r>
        <w:rPr>
          <w:b/>
        </w:rPr>
        <w:t xml:space="preserve">[32:44] </w:t>
      </w:r>
      <w:r>
        <w:t>jo un crowned king jo tha, jis ka mahal tha Rome mein, woh sab khatm ho gaya.</w:t>
      </w:r>
    </w:p>
    <w:p>
      <w:pPr>
        <w:jc w:val="right"/>
      </w:pPr>
      <w:r>
        <w:t>جو ان کراؤنڈ کنگ جو تھا، جس کا محل تھا روم میں، وہ سب ختم ہو گیا۔</w:t>
      </w:r>
    </w:p>
    <w:p>
      <w:r>
        <w:rPr>
          <w:b/>
        </w:rPr>
        <w:t xml:space="preserve">[32:50] </w:t>
      </w:r>
      <w:r>
        <w:t>yani abhi bhi hai, lekin ab woh ek historical monument ke taur par hai.</w:t>
      </w:r>
    </w:p>
    <w:p>
      <w:pPr>
        <w:jc w:val="right"/>
      </w:pPr>
      <w:r>
        <w:t>یعنی ابھی بھی ہے، لیکن اب وہ ایک ہسٹاریکل باڈمنٹ کے طور پر ہے۔</w:t>
      </w:r>
    </w:p>
    <w:p>
      <w:r>
        <w:rPr>
          <w:b/>
        </w:rPr>
        <w:t xml:space="preserve">[32:56] </w:t>
      </w:r>
      <w:r>
        <w:t>to is ko maine mutala kiya.</w:t>
      </w:r>
    </w:p>
    <w:p>
      <w:pPr>
        <w:jc w:val="right"/>
      </w:pPr>
      <w:r>
        <w:t>تو اس کو میں نے مطالعہ کیا۔</w:t>
      </w:r>
    </w:p>
    <w:p>
      <w:r>
        <w:rPr>
          <w:b/>
        </w:rPr>
        <w:t xml:space="preserve">[33:02] </w:t>
      </w:r>
      <w:r>
        <w:t>to Mussolini ke zamane mein Christian community kya hui? Woh is par raazi hui ke hum apna political</w:t>
      </w:r>
    </w:p>
    <w:p>
      <w:pPr>
        <w:jc w:val="right"/>
      </w:pPr>
      <w:r>
        <w:t>تو مسولینی کے زمانے میں کرسچن کمیونٹی کیا ہوئی؟ وہ اس پر راضی ہوئی کہ ہم اپنا پولیٹیکل</w:t>
      </w:r>
    </w:p>
    <w:p>
      <w:r>
        <w:rPr>
          <w:b/>
        </w:rPr>
        <w:t xml:space="preserve">[33:08] </w:t>
      </w:r>
      <w:r>
        <w:t>kingdom khatm karte hain, aur hum</w:t>
      </w:r>
    </w:p>
    <w:p>
      <w:pPr>
        <w:jc w:val="right"/>
      </w:pPr>
      <w:r>
        <w:t>کنگڈم ختم کرتے ہیں، اور ہم</w:t>
      </w:r>
    </w:p>
    <w:p>
      <w:r>
        <w:rPr>
          <w:b/>
        </w:rPr>
        <w:t xml:space="preserve">[33:14] </w:t>
      </w:r>
      <w:r>
        <w:t>mein Rome mein Vatican ka jo area tha, un ke paas 110 acre, kul 110 acre, bas sara</w:t>
      </w:r>
    </w:p>
    <w:p>
      <w:pPr>
        <w:jc w:val="right"/>
      </w:pPr>
      <w:r>
        <w:t>یں روم میں ویٹیکن کا جو ایریا تھا، ان کے پاس 110 ایکڑ، کل 110 ایکڑ، بس سارا</w:t>
      </w:r>
    </w:p>
    <w:p>
      <w:r>
        <w:rPr>
          <w:b/>
        </w:rPr>
        <w:t xml:space="preserve">[33:21] </w:t>
      </w:r>
      <w:r>
        <w:t>Rome nahin, nahin, sara Europe nahin, is 110 acre par un mein aur government mein agreement hua, aur</w:t>
      </w:r>
    </w:p>
    <w:p>
      <w:pPr>
        <w:jc w:val="right"/>
      </w:pPr>
      <w:r>
        <w:t>روم نہیں، نہیں، سارا یورپ نہیں، اس 110 ایکڑ پر ان میں اور گورنمنٹ میں ایگریمنٹ ہوا، اور</w:t>
      </w:r>
    </w:p>
    <w:p>
      <w:r>
        <w:rPr>
          <w:b/>
        </w:rPr>
        <w:t xml:space="preserve">[33:29] </w:t>
      </w:r>
      <w:r>
        <w:t>woh un ka ho gaya.</w:t>
      </w:r>
    </w:p>
    <w:p>
      <w:pPr>
        <w:jc w:val="right"/>
      </w:pPr>
      <w:r>
        <w:t>وہ ان کا ہو گیا۔</w:t>
      </w:r>
    </w:p>
    <w:p>
      <w:r>
        <w:rPr>
          <w:b/>
        </w:rPr>
        <w:t xml:space="preserve">[33:37] </w:t>
      </w:r>
      <w:r>
        <w:t>to ek choti si, ek ek tiny state bani, tiny state jis ko kehte hain Vatican.</w:t>
      </w:r>
    </w:p>
    <w:p>
      <w:pPr>
        <w:jc w:val="right"/>
      </w:pPr>
      <w:r>
        <w:t>تو ایک چھوٹی سی، ایک ایک ٹائنی اسٹیٹ بنی، ٹائنی اسٹیٹ جس کو کہتے ہیں ویٹیکن۔</w:t>
      </w:r>
    </w:p>
    <w:p>
      <w:r>
        <w:rPr>
          <w:b/>
        </w:rPr>
        <w:t xml:space="preserve">[33:44] </w:t>
      </w:r>
      <w:r>
        <w:t>main ne us ko dekha, main ghaliban do bar gaya hoon wahan. ek tiny state hai, is ka koi yani woh nahi hai, is ka koi hukoomat is ki nahi hai, is ka koi political status nahi hai, lekin hai woh. to Pope ka title unhon ne bacha liya is</w:t>
      </w:r>
    </w:p>
    <w:p>
      <w:pPr>
        <w:jc w:val="right"/>
      </w:pPr>
      <w:r>
        <w:t>میں نے اس کو دیکھا، میں غالباً دو بار گیا ہوں وہاں۔ ایک ٹائنی اسٹیٹ ہے، اس کا کوئی یعنی وہ نہیں ہے، اس کا کوئی حکومت اس کی نہیں ہے، اس کا کوئی پولیٹیکل اسٹیٹس نہیں ہے، لیکن ہے وہ۔ تو پوپ کا ٹائٹل انہوں نے بچا لیا اس ای</w:t>
      </w:r>
    </w:p>
    <w:p>
      <w:r>
        <w:rPr>
          <w:b/>
        </w:rPr>
        <w:t xml:space="preserve">[34:14] </w:t>
      </w:r>
      <w:r>
        <w:t>agreement ke zariye se.</w:t>
      </w:r>
    </w:p>
    <w:p>
      <w:pPr>
        <w:jc w:val="right"/>
      </w:pPr>
      <w:r>
        <w:t>گریمنٹ کے ذریعے سے۔</w:t>
      </w:r>
    </w:p>
    <w:p>
      <w:r>
        <w:rPr>
          <w:b/>
        </w:rPr>
        <w:t xml:space="preserve">[34:19] </w:t>
      </w:r>
      <w:r>
        <w:t>to woh Pope ka markaz hai, Vatican.</w:t>
      </w:r>
    </w:p>
    <w:p>
      <w:pPr>
        <w:jc w:val="right"/>
      </w:pPr>
      <w:r>
        <w:t>تو وہ پوپ کا مرکز ہے، ویٹیکن۔</w:t>
      </w:r>
    </w:p>
    <w:p>
      <w:r>
        <w:rPr>
          <w:b/>
        </w:rPr>
        <w:t xml:space="preserve">[34:24] </w:t>
      </w:r>
      <w:r>
        <w:t>woh vaitikan mein rehta hai pop, aur wahan se unhon ne kiya kiya? wahan se unhon ne kaha</w:t>
      </w:r>
    </w:p>
    <w:p>
      <w:pPr>
        <w:jc w:val="right"/>
      </w:pPr>
      <w:r>
        <w:t>وہ ویٹیکن میں رہتا ہے پوپ، اور وہاں سے انہوں نے کیا کیا؟ وہاں سے انہوں نے کہا</w:t>
      </w:r>
    </w:p>
    <w:p>
      <w:r>
        <w:rPr>
          <w:b/>
        </w:rPr>
        <w:t xml:space="preserve">[34:29] </w:t>
      </w:r>
      <w:r>
        <w:t>ke bible ko phailao.</w:t>
      </w:r>
    </w:p>
    <w:p>
      <w:pPr>
        <w:jc w:val="right"/>
      </w:pPr>
      <w:r>
        <w:t>کہ بائبل کو پھیلاؤ۔</w:t>
      </w:r>
    </w:p>
    <w:p>
      <w:r>
        <w:rPr>
          <w:b/>
        </w:rPr>
        <w:t xml:space="preserve">[34:34] </w:t>
      </w:r>
      <w:r>
        <w:t>agar hamara political power nahin hai to bible to hamare paas hai.</w:t>
      </w:r>
    </w:p>
    <w:p>
      <w:pPr>
        <w:jc w:val="right"/>
      </w:pPr>
      <w:r>
        <w:t>اگر ہمارا پولیٹیکل پاور نہیں ہے تو بائبل تو ہمارے پاس ہے۔</w:t>
      </w:r>
    </w:p>
    <w:p>
      <w:r>
        <w:rPr>
          <w:b/>
        </w:rPr>
        <w:t xml:space="preserve">[34:39] </w:t>
      </w:r>
      <w:r>
        <w:t>to unhon ne political power ko chhodna manzoor kiya, aur bible ke phailane ko apna mission bana liya.</w:t>
      </w:r>
    </w:p>
    <w:p>
      <w:pPr>
        <w:jc w:val="right"/>
      </w:pPr>
      <w:r>
        <w:t>تو انہوں نے پولیٹیکل پاور کو چھوڑنا منظور کیا، اور بائبل کے پھیلانے کو اپنا مشن بنا لیا۔</w:t>
      </w:r>
    </w:p>
    <w:p>
      <w:r>
        <w:rPr>
          <w:b/>
        </w:rPr>
        <w:t xml:space="preserve">[34:45] </w:t>
      </w:r>
      <w:r>
        <w:t>aur aaj woh keh sakte hain ke hum ne sari dunya mein, sari zabanon mein bible phaila diya.</w:t>
      </w:r>
    </w:p>
    <w:p>
      <w:pPr>
        <w:jc w:val="right"/>
      </w:pPr>
      <w:r>
        <w:t>اور آج وہ کہہ سکتے ہیں کہ ہم نے ساری دنیا میں، ساری زبانوں میں بائبل پھیلا دیا۔</w:t>
      </w:r>
    </w:p>
    <w:p>
      <w:r>
        <w:rPr>
          <w:b/>
        </w:rPr>
        <w:t xml:space="preserve">[34:51] </w:t>
      </w:r>
      <w:r>
        <w:t>aap nahin keh sakte Allah taala ka.</w:t>
      </w:r>
    </w:p>
    <w:p>
      <w:pPr>
        <w:jc w:val="right"/>
      </w:pPr>
      <w:r>
        <w:t>آپ نہیں کہہ سکتے اللہ تعالیٰ کا۔</w:t>
      </w:r>
    </w:p>
    <w:p>
      <w:r>
        <w:rPr>
          <w:b/>
        </w:rPr>
        <w:t xml:space="preserve">[34:57] </w:t>
      </w:r>
      <w:r>
        <w:t>aap ghor kijiye, kaisi ajeeb baat hogi ke qayamat mein christian to kahenge: "ae Khuda!</w:t>
      </w:r>
    </w:p>
    <w:p>
      <w:pPr>
        <w:jc w:val="right"/>
      </w:pPr>
      <w:r>
        <w:t>آپ غور کیجئے، کیسی عجیب بات ہوگی کہ قیامت میں کرسچن تو کہیں گے: "اے خدا!</w:t>
      </w:r>
    </w:p>
    <w:p>
      <w:r>
        <w:rPr>
          <w:b/>
        </w:rPr>
        <w:t xml:space="preserve">[35:03] </w:t>
      </w:r>
      <w:r>
        <w:t>dekho jo kitab tum ne de di hum ko, bible, woh hum ne sari dunya mein phaila diya."</w:t>
      </w:r>
    </w:p>
    <w:p>
      <w:pPr>
        <w:jc w:val="right"/>
      </w:pPr>
      <w:r>
        <w:t>دیکھو جو کتاب تم نے دے دی ہم کو، بائبل، وہ ہم نے ساری دنیا میں پھیلا دیا۔"</w:t>
      </w:r>
    </w:p>
    <w:p>
      <w:r>
        <w:rPr>
          <w:b/>
        </w:rPr>
        <w:t xml:space="preserve">[35:09] </w:t>
      </w:r>
      <w:r>
        <w:t>aap nahin keh sakte, kaise kahenge aap? kyunke aap ne kiya hi nahin, aap ne kiya hi nahin</w:t>
      </w:r>
    </w:p>
    <w:p>
      <w:pPr>
        <w:jc w:val="right"/>
      </w:pPr>
      <w:r>
        <w:t>آپ نہیں کہہ سکتے، کیسے کہیں گے آپ؟ کیونکہ آپ نے کیا ہی نہیں، آپ نے کیا ہی نہیں</w:t>
      </w:r>
    </w:p>
    <w:p>
      <w:r>
        <w:rPr>
          <w:b/>
        </w:rPr>
        <w:t xml:space="preserve">[35:15] </w:t>
      </w:r>
      <w:r>
        <w:t>۔ to yeh sochne se main ne daryaft kiya. main sochta raha, sochta raha, sochta raha, to main ne yeh daryaft kiya, aur yeh rasool Allah ki sunnat hai. Arab mein unhon ne kaha ke: "tum Makkah chodo, tum Madinah chale jao." to aap ne kaha: "theek hai, hum Makkah chhod dete hain." to jo bacha hua hissa tha</w:t>
      </w:r>
    </w:p>
    <w:p>
      <w:pPr>
        <w:jc w:val="right"/>
      </w:pPr>
      <w:r>
        <w:t>۔ تو یہ سوچنے سے میں نے دریافت کیا۔ میں سوچتا رہا، سوچتا رہا، سوچتا رہا، تو میں نے یہ دریافت کیا، اور یہ رسول اللہ کی سنت ہے۔ عرب میں انہوں نے کہا کہ: "تم مکہ چھوڑو، تم مدینہ چلے جاؤ۔" تو آپ نے کہا: "ٹھیک ہے، ہم مکہ چھوڑ دیتے ہیں۔" تو جو بچا ہوا حصہ تھا</w:t>
      </w:r>
    </w:p>
    <w:p>
      <w:r>
        <w:rPr>
          <w:b/>
        </w:rPr>
        <w:t xml:space="preserve">[35:45] </w:t>
      </w:r>
      <w:r>
        <w:t>arab ka, yaani madina, unhon ne de diya makka un ko, aur madina aa gaye.</w:t>
      </w:r>
    </w:p>
    <w:p>
      <w:pPr>
        <w:jc w:val="right"/>
      </w:pPr>
      <w:r>
        <w:t>عرب کا، یعنی مدینہ، انہوں نے دے دیا مکہ ان کو، اور مدینہ آ گئے۔</w:t>
      </w:r>
    </w:p>
    <w:p>
      <w:r>
        <w:rPr>
          <w:b/>
        </w:rPr>
        <w:t xml:space="preserve">[35:51] </w:t>
      </w:r>
      <w:r>
        <w:t>to yeh yeh hikmat hai jo sochte sochte maloom hoti hai.</w:t>
      </w:r>
    </w:p>
    <w:p>
      <w:pPr>
        <w:jc w:val="right"/>
      </w:pPr>
      <w:r>
        <w:t>تو یہ یہ حکمت ہے جو سوچتے سوچتے معلوم ہوتی ہے۔</w:t>
      </w:r>
    </w:p>
    <w:p>
      <w:r>
        <w:rPr>
          <w:b/>
        </w:rPr>
        <w:t xml:space="preserve">[35:57] </w:t>
      </w:r>
      <w:r>
        <w:t>to main samajhta hoon ke Allah taala ne christian community ke zariye musalmanon ke liye ek bohat bara</w:t>
      </w:r>
    </w:p>
    <w:p>
      <w:pPr>
        <w:jc w:val="right"/>
      </w:pPr>
      <w:r>
        <w:t>تو میں سمجھتا ہوں کہ اللہ تعالیٰ نے کرسچن کمیونٹی کے ذریعے مسلمانوں کے لیے ایک بہت بڑا</w:t>
      </w:r>
    </w:p>
    <w:p>
      <w:r>
        <w:rPr>
          <w:b/>
        </w:rPr>
        <w:t xml:space="preserve">[36:03] </w:t>
      </w:r>
      <w:r>
        <w:t>Example set kiya hai ke tum ro rahe ho state ke liye, Mughal saltanat ke liye, aur Turkey</w:t>
      </w:r>
    </w:p>
    <w:p>
      <w:pPr>
        <w:jc w:val="right"/>
      </w:pPr>
      <w:r>
        <w:t>ایگزامپل سیٹ کیا ہے کہ تم رو رہے ہو اسٹیٹ کے لیے، مغل سلطنت کے لیے، اور ترکی</w:t>
      </w:r>
    </w:p>
    <w:p>
      <w:r>
        <w:rPr>
          <w:b/>
        </w:rPr>
        <w:t xml:space="preserve">[36:09] </w:t>
      </w:r>
      <w:r>
        <w:t>ki khilafat ke</w:t>
      </w:r>
    </w:p>
    <w:p>
      <w:pPr>
        <w:jc w:val="right"/>
      </w:pPr>
      <w:r>
        <w:t>کی خلافت کے</w:t>
      </w:r>
    </w:p>
    <w:p>
      <w:r>
        <w:rPr>
          <w:b/>
        </w:rPr>
        <w:t xml:space="preserve">[36:15] </w:t>
      </w:r>
      <w:r>
        <w:t>liye, is liye ro rahe ho aaj tak.</w:t>
      </w:r>
    </w:p>
    <w:p>
      <w:pPr>
        <w:jc w:val="right"/>
      </w:pPr>
      <w:r>
        <w:t>لیے، اس لیے رو رہے ہو آج تک۔</w:t>
      </w:r>
    </w:p>
    <w:p>
      <w:r>
        <w:rPr>
          <w:b/>
        </w:rPr>
        <w:t xml:space="preserve">[36:20] </w:t>
      </w:r>
      <w:r>
        <w:t>aur sab se sab se nafrat karne lage ho.</w:t>
      </w:r>
    </w:p>
    <w:p>
      <w:pPr>
        <w:jc w:val="right"/>
      </w:pPr>
      <w:r>
        <w:t>اور سب سے سب سے نفرت کرنے لگے ہو۔</w:t>
      </w:r>
    </w:p>
    <w:p>
      <w:r>
        <w:rPr>
          <w:b/>
        </w:rPr>
        <w:t xml:space="preserve">[36:26] </w:t>
      </w:r>
      <w:r>
        <w:t>سب کچھ سمجھتے ہو کہ سازشی ہے، دشمن ہے، ہم کو گھیر رکھا ہے، we are under state siege.</w:t>
      </w:r>
    </w:p>
    <w:p>
      <w:pPr>
        <w:jc w:val="right"/>
      </w:pPr>
      <w:r>
        <w:t>سب کچھ سمجھتے ہو کہ سازشی ہے، دشمن ہے، ہم کو گھیر رکھا ہے، وی آر انڈر اسٹیٹ سیز۔</w:t>
      </w:r>
    </w:p>
    <w:p>
      <w:r>
        <w:rPr>
          <w:b/>
        </w:rPr>
        <w:t xml:space="preserve">[36:32] </w:t>
      </w:r>
      <w:r>
        <w:t>yeh sab chhod do, jo abhi bhi tum ko mila hua hai, us ko le kar re planning karo.</w:t>
      </w:r>
    </w:p>
    <w:p>
      <w:pPr>
        <w:jc w:val="right"/>
      </w:pPr>
      <w:r>
        <w:t>یہ سب چھوڑو، جو ابھی بھی تم کو ملا ہوا ہے، اس کو لے کر ری پلاننگ کرو۔</w:t>
      </w:r>
    </w:p>
    <w:p>
      <w:r>
        <w:rPr>
          <w:b/>
        </w:rPr>
        <w:t xml:space="preserve">[36:37] </w:t>
      </w:r>
      <w:r>
        <w:t>to main sochta hoon ke agar musalman is tarah sochen to vatican se zyada bari dunya musalmanon ko</w:t>
      </w:r>
    </w:p>
    <w:p>
      <w:pPr>
        <w:jc w:val="right"/>
      </w:pPr>
      <w:r>
        <w:t>تو میں سوچتا ہوں کہ اگر مسلمان اس طرح سوچیں تو ویٹیکن سے زیادہ بڑی دنیا مسلمانوں کو</w:t>
      </w:r>
    </w:p>
    <w:p>
      <w:r>
        <w:rPr>
          <w:b/>
        </w:rPr>
        <w:t xml:space="preserve">[36:43] </w:t>
      </w:r>
      <w:r>
        <w:t>mili hui hai.</w:t>
      </w:r>
    </w:p>
    <w:p>
      <w:pPr>
        <w:jc w:val="right"/>
      </w:pPr>
      <w:r>
        <w:t>ملی ہوئی ہے۔</w:t>
      </w:r>
    </w:p>
    <w:p>
      <w:r>
        <w:rPr>
          <w:b/>
        </w:rPr>
        <w:t xml:space="preserve">[36:49] </w:t>
      </w:r>
      <w:r>
        <w:t>vatican se zyada bari dunya musalmanon ko mili hui hai.</w:t>
      </w:r>
    </w:p>
    <w:p>
      <w:pPr>
        <w:jc w:val="right"/>
      </w:pPr>
      <w:r>
        <w:t>ویٹیکن سے زیادہ بڑی دنیا مسلمانوں کو ملی ہوئی ہے۔</w:t>
      </w:r>
    </w:p>
    <w:p>
      <w:r>
        <w:rPr>
          <w:b/>
        </w:rPr>
        <w:t xml:space="preserve">[36:55] </w:t>
      </w:r>
      <w:r>
        <w:t>to jo resident part hai, wahan planning karni hai, woh aur quran ka yahi jo musalmanon par farz</w:t>
      </w:r>
    </w:p>
    <w:p>
      <w:pPr>
        <w:jc w:val="right"/>
      </w:pPr>
      <w:r>
        <w:t>تو جو ریزیڈنٹ پارٹ ہے، وہاں پلاننگ کرنی ہے، وہ اور قرآن کا یہی جو مسلمانوں پر فرض</w:t>
      </w:r>
    </w:p>
    <w:p>
      <w:r>
        <w:rPr>
          <w:b/>
        </w:rPr>
        <w:t xml:space="preserve">[37:01] </w:t>
      </w:r>
      <w:r>
        <w:t>hai, yeh musalmanon par farz hai ke quran sari dunya mein pahunchana.</w:t>
      </w:r>
    </w:p>
    <w:p>
      <w:pPr>
        <w:jc w:val="right"/>
      </w:pPr>
      <w:r>
        <w:t>ہے، یہ مسلمانوں پر فرض ہے کہ قرآن ساری دنیا میں پہنچانا۔</w:t>
      </w:r>
    </w:p>
    <w:p>
      <w:r>
        <w:rPr>
          <w:b/>
        </w:rPr>
        <w:t xml:space="preserve">[37:07] </w:t>
      </w:r>
      <w:r>
        <w:t>to quran phailane ke maani kya hain? is ka text saaf saaf kar ke pahunchana.</w:t>
      </w:r>
    </w:p>
    <w:p>
      <w:pPr>
        <w:jc w:val="right"/>
      </w:pPr>
      <w:r>
        <w:t>تو قرآن پھیلانے کے معنی کیا ہیں؟ اس کا ٹیکسٹ صاف صاف کر کے پہنچانا۔</w:t>
      </w:r>
    </w:p>
    <w:p>
      <w:r>
        <w:rPr>
          <w:b/>
        </w:rPr>
        <w:t xml:space="preserve">[37:13] </w:t>
      </w:r>
      <w:r>
        <w:t>yeh nahin hai, aap agar text saaf kar ke pahunchayen to ya ya is ki ta</w:t>
      </w:r>
    </w:p>
    <w:p>
      <w:pPr>
        <w:jc w:val="right"/>
      </w:pPr>
      <w:r>
        <w:t>یہ نہیں ہے، آپ اگر ٹیکسٹ صاف کر کے پہنچائیں تو یا یا اس کی تع</w:t>
      </w:r>
    </w:p>
    <w:p>
      <w:r>
        <w:rPr>
          <w:b/>
        </w:rPr>
        <w:t xml:space="preserve">[37:19] </w:t>
      </w:r>
      <w:r>
        <w:t>meel nahin hui.</w:t>
      </w:r>
    </w:p>
    <w:p>
      <w:pPr>
        <w:jc w:val="right"/>
      </w:pPr>
      <w:r>
        <w:t>میل نہیں ہوئی۔</w:t>
      </w:r>
    </w:p>
    <w:p>
      <w:r>
        <w:rPr>
          <w:b/>
        </w:rPr>
        <w:t xml:space="preserve">[37:25] </w:t>
      </w:r>
      <w:r>
        <w:t>kyunke quran mein jo lafz hai, woh yeh hai ke bilsan quomi.</w:t>
      </w:r>
    </w:p>
    <w:p>
      <w:pPr>
        <w:jc w:val="right"/>
      </w:pPr>
      <w:r>
        <w:t>کیونکہ قرآن میں جو لفظ ہے، وہ یہ ہے کہ بلسان قومی۔</w:t>
      </w:r>
    </w:p>
    <w:p>
      <w:r>
        <w:rPr>
          <w:b/>
        </w:rPr>
        <w:t xml:space="preserve">[37:31] </w:t>
      </w:r>
      <w:r>
        <w:t>woh kya lafz hai? wa arsalna min rasool illa bilisani qaumihi liyubayyina lahum illa bilisani qaumi liyubayyina lahum taake samjhein.</w:t>
      </w:r>
    </w:p>
    <w:p>
      <w:pPr>
        <w:jc w:val="right"/>
      </w:pPr>
      <w:r>
        <w:t>وہ کیا لفظ ہے؟ وما أرسلنا من رسول إلا بلسان قومه ليبين لهم الا بلسان قوم ليبین لہم تاکہ سمجھیں۔</w:t>
      </w:r>
    </w:p>
    <w:p>
      <w:r>
        <w:rPr>
          <w:b/>
        </w:rPr>
        <w:t xml:space="preserve">[37:37] </w:t>
      </w:r>
      <w:r>
        <w:t>woh jo paighambar bheja Allah taala ne, sab un ki apni hi zabaan mein bheja taake insaan samjhe</w:t>
      </w:r>
    </w:p>
    <w:p>
      <w:pPr>
        <w:jc w:val="right"/>
      </w:pPr>
      <w:r>
        <w:t>وہ جو پیغمبر بھیجا اللہ تعالیٰ نے، سب ان کی اپنی ہی زبان میں بھیجا تاکہ انسان سمجھے</w:t>
      </w:r>
    </w:p>
    <w:p>
      <w:r>
        <w:rPr>
          <w:b/>
        </w:rPr>
        <w:t xml:space="preserve">[37:43] </w:t>
      </w:r>
      <w:r>
        <w:t>ke is ke paas kya hidayat aa</w:t>
      </w:r>
    </w:p>
    <w:p>
      <w:pPr>
        <w:jc w:val="right"/>
      </w:pPr>
      <w:r>
        <w:t>کہ اس کے پاس کیا ہدایت آ</w:t>
      </w:r>
    </w:p>
    <w:p>
      <w:r>
        <w:rPr>
          <w:b/>
        </w:rPr>
        <w:t xml:space="preserve">[37:49] </w:t>
      </w:r>
      <w:r>
        <w:t>yi hai. to jab tak aap quran ko logon ki apni hi zaban mein tarjuma kar ke logon tak na pahunchayen, aap ne Allah ka farz ada nahi kiya. fa ma balaghat risalata aap ko aap par chaspana hoga. aap par quran ki wo ayat chaspana hogi. fa ma balaghat risalata jo mission diya gaya tha tum ko, wo to tum</w:t>
      </w:r>
    </w:p>
    <w:p>
      <w:pPr>
        <w:jc w:val="right"/>
      </w:pPr>
      <w:r>
        <w:t>ئی ہے۔ تو جب تک آپ قرآن کو لوگوں کی اپنی ہی زبان میں ترجمہ کر کے لوگوں تک نہ پہنچائیں، آپ نے اللہ کا فرض ادا نہیں کیا۔ فما بلغت رسالت آپ کو آپ پر چسپاں ہوگا۔ آپ پر قرآن کی وہ آیت چسپاں ہوگی۔ فما بلغت رسالت جو مشن دیا گیا تھا تم کو، وہ تو تم</w:t>
      </w:r>
    </w:p>
    <w:p>
      <w:r>
        <w:rPr>
          <w:b/>
        </w:rPr>
        <w:t xml:space="preserve">[38:19] </w:t>
      </w:r>
      <w:r>
        <w:t>ne poora hi nahi kiya.</w:t>
      </w:r>
    </w:p>
    <w:p>
      <w:pPr>
        <w:jc w:val="right"/>
      </w:pPr>
      <w:r>
        <w:t>نے پورا ہی نہیں کیا۔</w:t>
      </w:r>
    </w:p>
    <w:p>
      <w:r>
        <w:rPr>
          <w:b/>
        </w:rPr>
        <w:t xml:space="preserve">[38:24] </w:t>
      </w:r>
      <w:r>
        <w:t>toh ek qissa hai ke maine qissa ek bataya tha aap ko jammu ka ke jammu mein</w:t>
      </w:r>
    </w:p>
    <w:p>
      <w:pPr>
        <w:jc w:val="right"/>
      </w:pPr>
      <w:r>
        <w:t>تو ایک قصہ ہے کہ میں نے قصہ ایک بتایا تھا آپ کو جموں کا کہ جموں میں</w:t>
      </w:r>
    </w:p>
    <w:p>
      <w:r>
        <w:rPr>
          <w:b/>
        </w:rPr>
        <w:t xml:space="preserve">[38:29] </w:t>
      </w:r>
      <w:r>
        <w:t>ek forester thay, musalman forester.</w:t>
      </w:r>
    </w:p>
    <w:p>
      <w:pPr>
        <w:jc w:val="right"/>
      </w:pPr>
      <w:r>
        <w:t>ایک فارسٹر تھے، مسلمان فارسٹر۔</w:t>
      </w:r>
    </w:p>
    <w:p>
      <w:r>
        <w:rPr>
          <w:b/>
        </w:rPr>
        <w:t xml:space="preserve">[38:34] </w:t>
      </w:r>
      <w:r>
        <w:t>toh woh secular qism ke thay.</w:t>
      </w:r>
    </w:p>
    <w:p>
      <w:pPr>
        <w:jc w:val="right"/>
      </w:pPr>
      <w:r>
        <w:t>تو وہ سیکولر قسم کے تھے۔</w:t>
      </w:r>
    </w:p>
    <w:p>
      <w:r>
        <w:rPr>
          <w:b/>
        </w:rPr>
        <w:t xml:space="preserve">[38:39] </w:t>
      </w:r>
      <w:r>
        <w:t>woh toh shaam ko aate thay, woh duty se toh kuch chakar waghera laate thay bachchon ke liye.</w:t>
      </w:r>
    </w:p>
    <w:p>
      <w:pPr>
        <w:jc w:val="right"/>
      </w:pPr>
      <w:r>
        <w:t>وہ تو شام کو آتے تھے، وہ ڈیوٹی سے تو کچھ چاکر وغیرہ لاتے تھے بچوں کے لیے۔</w:t>
      </w:r>
    </w:p>
    <w:p>
      <w:r>
        <w:rPr>
          <w:b/>
        </w:rPr>
        <w:t xml:space="preserve">[38:44] </w:t>
      </w:r>
      <w:r>
        <w:t>toh ek din aaye toh kuch nahi laaye.</w:t>
      </w:r>
    </w:p>
    <w:p>
      <w:pPr>
        <w:jc w:val="right"/>
      </w:pPr>
      <w:r>
        <w:t>تو ایک دن آئے تو کچھ نہیں لائے۔</w:t>
      </w:r>
    </w:p>
    <w:p>
      <w:r>
        <w:rPr>
          <w:b/>
        </w:rPr>
        <w:t xml:space="preserve">[38:49] </w:t>
      </w:r>
      <w:r>
        <w:t>toh chhota bachcha aaya un ke paas daud kar ke ke: "baap!</w:t>
      </w:r>
    </w:p>
    <w:p>
      <w:pPr>
        <w:jc w:val="right"/>
      </w:pPr>
      <w:r>
        <w:t>تو چھوٹا بچہ آیا ان کے پاس دوڑ کر کے کہ: "باپ!</w:t>
      </w:r>
    </w:p>
    <w:p>
      <w:r>
        <w:rPr>
          <w:b/>
        </w:rPr>
        <w:t xml:space="preserve">[38:56] </w:t>
      </w:r>
      <w:r>
        <w:t>aaj kya laaye hain hamare liye?" toh baap ne kaha ke: "aaj toh kuch nahi laaye." toh bete</w:t>
      </w:r>
    </w:p>
    <w:p>
      <w:pPr>
        <w:jc w:val="right"/>
      </w:pPr>
      <w:r>
        <w:t>آج کیا لائے ہیں ہمارے لیے؟" تو باپ نے کہا کہ: "آج تو کچھ نہیں لائے۔" تو بیٹے</w:t>
      </w:r>
    </w:p>
    <w:p>
      <w:r>
        <w:rPr>
          <w:b/>
        </w:rPr>
        <w:t xml:space="preserve">[39:04] </w:t>
      </w:r>
      <w:r>
        <w:t>ne kaha ke: "nahi laaye toh aaye kyun? agar toh hamare liye kuch nahi laaye toh aaye kyun</w:t>
      </w:r>
    </w:p>
    <w:p>
      <w:pPr>
        <w:jc w:val="right"/>
      </w:pPr>
      <w:r>
        <w:t>نے کہا کہ: "نہیں لائے تو آئے کیوں؟ اگر تو ہمارے لیے کچھ نہیں لائے تو آئے کیوں</w:t>
      </w:r>
    </w:p>
    <w:p>
      <w:r>
        <w:rPr>
          <w:b/>
        </w:rPr>
        <w:t xml:space="preserve">[39:11] </w:t>
      </w:r>
      <w:r>
        <w:t>yahan ghar mein?" toh Allah, agar Allah taala yeh keh de ke: "dekho, tum se achhe toh nikle</w:t>
      </w:r>
    </w:p>
    <w:p>
      <w:pPr>
        <w:jc w:val="right"/>
      </w:pPr>
      <w:r>
        <w:t>یہاں گھر میں؟" تو اللہ، اگر اللہ تعالیٰ یہ کہہ دے کہ: "دیکھو، تم سے اچھے تو نکلے</w:t>
      </w:r>
    </w:p>
    <w:p>
      <w:r>
        <w:rPr>
          <w:b/>
        </w:rPr>
        <w:t xml:space="preserve">[39:19] </w:t>
      </w:r>
      <w:r>
        <w:t>yeh christian, woh saare bible ko tarjuma karwa la, unhone aur phaila diya, unhone.</w:t>
      </w:r>
    </w:p>
    <w:p>
      <w:pPr>
        <w:jc w:val="right"/>
      </w:pPr>
      <w:r>
        <w:t>یہ کرسچن، وہ سارے بائبل کو ترجمہ کروا لا، انہوں نے اور پھیلا دیا، انہوں نے۔</w:t>
      </w:r>
    </w:p>
    <w:p>
      <w:r>
        <w:rPr>
          <w:b/>
        </w:rPr>
        <w:t xml:space="preserve">[39:25] </w:t>
      </w:r>
      <w:r>
        <w:t>tum ne quran ko nahi phailaya.</w:t>
      </w:r>
    </w:p>
    <w:p>
      <w:pPr>
        <w:jc w:val="right"/>
      </w:pPr>
      <w:r>
        <w:t>تم نے قرآن کو نہیں پھیلایا۔</w:t>
      </w:r>
    </w:p>
    <w:p>
      <w:r>
        <w:rPr>
          <w:b/>
        </w:rPr>
        <w:t xml:space="preserve">[39:31] </w:t>
      </w:r>
      <w:r>
        <w:t>jab quran nahi phailaya toh tum aaye kis liye? jab aap ne kaam hi nahi kiya?" toh is</w:t>
      </w:r>
    </w:p>
    <w:p>
      <w:pPr>
        <w:jc w:val="right"/>
      </w:pPr>
      <w:r>
        <w:t>جب قرآن نہیں پھیلایا تو تم آئے کس لیے؟ جب آپ نے کام ہی نہیں کیا؟" تو اس</w:t>
      </w:r>
    </w:p>
    <w:p>
      <w:r>
        <w:rPr>
          <w:b/>
        </w:rPr>
        <w:t xml:space="preserve">[39:37] </w:t>
      </w:r>
      <w:r>
        <w:t>liye ke musalmanon se jaante hain ke kaise uth gayi hai.</w:t>
      </w:r>
    </w:p>
    <w:p>
      <w:pPr>
        <w:jc w:val="right"/>
      </w:pPr>
      <w:r>
        <w:t>لیے کہ مسلمانوں سے جانتے ہیں کہ کیسے اٹھ گئی ہے۔</w:t>
      </w:r>
    </w:p>
    <w:p>
      <w:r>
        <w:rPr>
          <w:b/>
        </w:rPr>
        <w:t xml:space="preserve">[39:44] </w:t>
      </w:r>
      <w:r>
        <w:t>uth gayi hai spirit of inquiry.</w:t>
      </w:r>
    </w:p>
    <w:p>
      <w:pPr>
        <w:jc w:val="right"/>
      </w:pPr>
      <w:r>
        <w:t>اٹھ گئی ہے اسپرٹ آف انکوائری۔</w:t>
      </w:r>
    </w:p>
    <w:p>
      <w:r>
        <w:rPr>
          <w:b/>
        </w:rPr>
        <w:t xml:space="preserve">[39:50] </w:t>
      </w:r>
      <w:r>
        <w:t>spirit of inquiry yeh nahi uth gaya hai ke masjidain, woh kaha tha jo iqbal ne, masjidain nahi.</w:t>
      </w:r>
    </w:p>
    <w:p>
      <w:pPr>
        <w:jc w:val="right"/>
      </w:pPr>
      <w:r>
        <w:t>اسپرٹ آف انکوائری یہ نہیں اٹھ گیا ہے کہ مسجدیں، وہ کہا تھا جو اقبال نے، مسجدیں نہیں۔</w:t>
      </w:r>
    </w:p>
    <w:p>
      <w:r>
        <w:rPr>
          <w:b/>
        </w:rPr>
        <w:t xml:space="preserve">[40:00] </w:t>
      </w:r>
      <w:r>
        <w:t>akbar, akbar ne, akbar ilahabadi ne masjidain na ho, masjidain ke namazi na rahe.</w:t>
      </w:r>
    </w:p>
    <w:p>
      <w:pPr>
        <w:jc w:val="right"/>
      </w:pPr>
      <w:r>
        <w:t>اکبر، اکبر نے، اکبر الہ آبادی نے مسجدیں نہ ہو، مسجدیں کے نمازی نہ رہے۔</w:t>
      </w:r>
    </w:p>
    <w:p>
      <w:r>
        <w:rPr>
          <w:b/>
        </w:rPr>
        <w:t xml:space="preserve">[40:10] </w:t>
      </w:r>
      <w:r>
        <w:t>kya hai woh shair ke masjidain na ho padh rahi hain ke namazi na rahe?</w:t>
      </w:r>
    </w:p>
    <w:p>
      <w:pPr>
        <w:jc w:val="right"/>
      </w:pPr>
      <w:r>
        <w:t>کیا ہے وہ شعر کہ مسجدیں نہ ہو پڑھ رہی ہیں کہ نمازی نہ رہے؟</w:t>
      </w:r>
    </w:p>
    <w:p>
      <w:r>
        <w:rPr>
          <w:b/>
        </w:rPr>
        <w:t xml:space="preserve">[40:21] </w:t>
      </w:r>
      <w:r>
        <w:t>marsiya, masjid marsiya, khaak namazi na rahe, namazi na rahe masjidon mein toh saari zameen toh hai, bas</w:t>
      </w:r>
    </w:p>
    <w:p>
      <w:pPr>
        <w:jc w:val="right"/>
      </w:pPr>
      <w:r>
        <w:t>مرسیہ، مسجد مرسیہ، خاک نمازی نہ رہے، نمازی نہ رہے مسجدوں میں تو ساری زمین تو ہے، بس</w:t>
      </w:r>
    </w:p>
    <w:p>
      <w:r>
        <w:rPr>
          <w:b/>
        </w:rPr>
        <w:t xml:space="preserve">[40:28] </w:t>
      </w:r>
      <w:r>
        <w:t>namaz padhne ke liye.</w:t>
      </w:r>
    </w:p>
    <w:p>
      <w:pPr>
        <w:jc w:val="right"/>
      </w:pPr>
      <w:r>
        <w:t>نماز پڑھنے کے لیے۔</w:t>
      </w:r>
    </w:p>
    <w:p>
      <w:r>
        <w:rPr>
          <w:b/>
        </w:rPr>
        <w:t xml:space="preserve">[40:36] </w:t>
      </w:r>
      <w:r>
        <w:t>asal baat yeh hai ke Allah ne jo aap ko jo mission diya tha, jo jo farz kiya</w:t>
      </w:r>
    </w:p>
    <w:p>
      <w:pPr>
        <w:jc w:val="right"/>
      </w:pPr>
      <w:r>
        <w:t>اصل بات یہ ہے کہ اللہ نے جو آپ کو جو مشن دیا تھا، جو جو فرض کیا</w:t>
      </w:r>
    </w:p>
    <w:p>
      <w:r>
        <w:rPr>
          <w:b/>
        </w:rPr>
        <w:t xml:space="preserve">[40:43] </w:t>
      </w:r>
      <w:r>
        <w:t>tha, woh yeh tha ke Allah ki kitaab ko, quran ko, logon ki apni qabil-e-fehm zabaan</w:t>
      </w:r>
    </w:p>
    <w:p>
      <w:pPr>
        <w:jc w:val="right"/>
      </w:pPr>
      <w:r>
        <w:t>تھا، وہ یہ تھا کہ اللہ کی کتاب کو، قرآن کو، لوگوں کی اپنی قابل فہم زبان</w:t>
      </w:r>
    </w:p>
    <w:p>
      <w:r>
        <w:rPr>
          <w:b/>
        </w:rPr>
        <w:t xml:space="preserve">[40:51] </w:t>
      </w:r>
      <w:r>
        <w:t>میں، understandable language میں تیار کر کے ساری دنیا میں پھیلائے۔</w:t>
      </w:r>
    </w:p>
    <w:p>
      <w:pPr>
        <w:jc w:val="right"/>
      </w:pPr>
      <w:r>
        <w:t>میں، انڈرسٹینڈیبل لینگویج میں تیار کر کے ساری دنیا میں پھیلائے۔</w:t>
      </w:r>
    </w:p>
    <w:p>
      <w:r>
        <w:rPr>
          <w:b/>
        </w:rPr>
        <w:t xml:space="preserve">[40:56] </w:t>
      </w:r>
      <w:r>
        <w:t>sari dunya mein phailaye.</w:t>
      </w:r>
    </w:p>
    <w:p>
      <w:pPr>
        <w:jc w:val="right"/>
      </w:pPr>
      <w:r>
        <w:t>ساری دنیا میں پھیلائے۔</w:t>
      </w:r>
    </w:p>
    <w:p>
      <w:r>
        <w:rPr>
          <w:b/>
        </w:rPr>
        <w:t xml:space="preserve">[41:00] </w:t>
      </w:r>
      <w:r>
        <w:t>wohi kiya nahin? to musalman jo shikayat karte hain ke musalmanon par yeh museebat, woh museebat, sab isi</w:t>
      </w:r>
    </w:p>
    <w:p>
      <w:pPr>
        <w:jc w:val="right"/>
      </w:pPr>
      <w:r>
        <w:t>وہی کیا نہیں؟ تو مسلمان جو شکایت کرتے ہیں کہ مسلمانوں پر یہ مصیبت، وہ مصیبت، سب اسی</w:t>
      </w:r>
    </w:p>
    <w:p>
      <w:r>
        <w:rPr>
          <w:b/>
        </w:rPr>
        <w:t xml:space="preserve">[41:05] </w:t>
      </w:r>
      <w:r>
        <w:t>ka nateejah hai.</w:t>
      </w:r>
    </w:p>
    <w:p>
      <w:pPr>
        <w:jc w:val="right"/>
      </w:pPr>
      <w:r>
        <w:t>کا نتیجہ ہے۔</w:t>
      </w:r>
    </w:p>
    <w:p>
      <w:r>
        <w:rPr>
          <w:b/>
        </w:rPr>
        <w:t xml:space="preserve">[41:09] </w:t>
      </w:r>
      <w:r>
        <w:t>yeh farz to chhod rakha hai, to inaam kahan se aaye? Allah ne jo farz kiya tha, us</w:t>
      </w:r>
    </w:p>
    <w:p>
      <w:pPr>
        <w:jc w:val="right"/>
      </w:pPr>
      <w:r>
        <w:t>یہ فرض تو چھوڑ رکھا ہے، تو انعام کہاں سے آئے؟ اللہ نے جو فرض کیا تھا، اس</w:t>
      </w:r>
    </w:p>
    <w:p>
      <w:r>
        <w:rPr>
          <w:b/>
        </w:rPr>
        <w:t xml:space="preserve">[41:14] </w:t>
      </w:r>
      <w:r>
        <w:t>ko aap ne chhod rakha hai.</w:t>
      </w:r>
    </w:p>
    <w:p>
      <w:pPr>
        <w:jc w:val="right"/>
      </w:pPr>
      <w:r>
        <w:t>کو آپ نے چھوڑ رکھا ہے۔</w:t>
      </w:r>
    </w:p>
    <w:p>
      <w:r>
        <w:rPr>
          <w:b/>
        </w:rPr>
        <w:t xml:space="preserve">[41:18] </w:t>
      </w:r>
      <w:r>
        <w:t>to Allah ki taraf se inaam, inaam kaise aaye aap ko?</w:t>
      </w:r>
    </w:p>
    <w:p>
      <w:pPr>
        <w:jc w:val="right"/>
      </w:pPr>
      <w:r>
        <w:t>تو اللہ کی طرف سے انعام، انعام کیسے آئے آپ کو؟</w:t>
      </w:r>
    </w:p>
    <w:p>
      <w:r>
        <w:rPr>
          <w:b/>
        </w:rPr>
        <w:t xml:space="preserve">[41:23] </w:t>
      </w:r>
      <w:r>
        <w:t>is ko yaad rakhiye, yeh jo baat bohat hi important hai ke Allah ne aap ko yeh kaam</w:t>
      </w:r>
    </w:p>
    <w:p>
      <w:pPr>
        <w:jc w:val="right"/>
      </w:pPr>
      <w:r>
        <w:t>اس کو یاد رکھیے، یہ جو بات بہت ہی امپورٹنٹ ہے کہ اللہ نے آپ کو یہ کام</w:t>
      </w:r>
    </w:p>
    <w:p>
      <w:r>
        <w:rPr>
          <w:b/>
        </w:rPr>
        <w:t xml:space="preserve">[41:31] </w:t>
      </w:r>
      <w:r>
        <w:t>diya tha, yeh jo murad di thi ke Rasool Allah jis tarah se Quran ko phaila rahe the,</w:t>
      </w:r>
    </w:p>
    <w:p>
      <w:pPr>
        <w:jc w:val="right"/>
      </w:pPr>
      <w:r>
        <w:t>دیا تھا، یہ جو مراد دی تھی کہ رسول اللہ جس طرح سے قرآن کو پھیلا رہے تھے،</w:t>
      </w:r>
    </w:p>
    <w:p>
      <w:r>
        <w:rPr>
          <w:b/>
        </w:rPr>
        <w:t xml:space="preserve">[41:39] </w:t>
      </w:r>
      <w:r>
        <w:t>isi tarah tum phailate raho, phailate raho, phailate raho.</w:t>
      </w:r>
    </w:p>
    <w:p>
      <w:pPr>
        <w:jc w:val="right"/>
      </w:pPr>
      <w:r>
        <w:t>اسی طرح تم پھیلاتے رہو، پھیلاتے رہو، پھیلاتے رہو۔</w:t>
      </w:r>
    </w:p>
    <w:p>
      <w:r>
        <w:rPr>
          <w:b/>
        </w:rPr>
        <w:t xml:space="preserve">[41:47] </w:t>
      </w:r>
      <w:r>
        <w:t>lekin Quran ka sirf arabi matan nahin, kyunke</w:t>
      </w:r>
    </w:p>
    <w:p>
      <w:pPr>
        <w:jc w:val="right"/>
      </w:pPr>
      <w:r>
        <w:t>لیکن قرآن کا صرف عربی متن نہیں، کیونکہ</w:t>
      </w:r>
    </w:p>
    <w:p>
      <w:r>
        <w:rPr>
          <w:b/>
        </w:rPr>
        <w:t xml:space="preserve">[41:55] </w:t>
      </w:r>
      <w:r>
        <w:t>log samjhein, yeh bhi zaroori hai.</w:t>
      </w:r>
    </w:p>
    <w:p>
      <w:pPr>
        <w:jc w:val="right"/>
      </w:pPr>
      <w:r>
        <w:t>لوگ سمجھیں، یہ بھی ضروری ہے۔</w:t>
      </w:r>
    </w:p>
    <w:p>
      <w:r>
        <w:rPr>
          <w:b/>
        </w:rPr>
        <w:t xml:space="preserve">[42:03] </w:t>
      </w:r>
      <w:r>
        <w:t>to Quran ki jo baat hai, us ko logon ki qabil-e-fehm zaban mein tarjuma kar ke, us</w:t>
      </w:r>
    </w:p>
    <w:p>
      <w:pPr>
        <w:jc w:val="right"/>
      </w:pPr>
      <w:r>
        <w:t>تو قرآن کی جو بات ہے، اس کو لوگوں کی قابل فہم زبان میں ترجمہ کر کے، اس</w:t>
      </w:r>
    </w:p>
    <w:p>
      <w:r>
        <w:rPr>
          <w:b/>
        </w:rPr>
        <w:t xml:space="preserve">[42:11] </w:t>
      </w:r>
      <w:r>
        <w:t>ko logon tak qabil, logon tak phailana, aur yeh matloob hai.</w:t>
      </w:r>
    </w:p>
    <w:p>
      <w:pPr>
        <w:jc w:val="right"/>
      </w:pPr>
      <w:r>
        <w:t>کو لوگوں تک قابل، لوگوں تک پھیلانا، اور یہ مطلوب ہے۔</w:t>
      </w:r>
    </w:p>
    <w:p>
      <w:r>
        <w:rPr>
          <w:b/>
        </w:rPr>
        <w:t xml:space="preserve">[42:19] </w:t>
      </w:r>
      <w:r>
        <w:t>to goya ke</w:t>
      </w:r>
    </w:p>
    <w:p>
      <w:pPr>
        <w:jc w:val="right"/>
      </w:pPr>
      <w:r>
        <w:t>تو گویا کہ</w:t>
      </w:r>
    </w:p>
    <w:p>
      <w:r>
        <w:rPr>
          <w:b/>
        </w:rPr>
        <w:t xml:space="preserve">[42:27] </w:t>
      </w:r>
      <w:r>
        <w:t>ek model bana diya Allah taala ne Christian ko ke dekho, is tarah kar sakte ho, is tarah karo.</w:t>
      </w:r>
    </w:p>
    <w:p>
      <w:pPr>
        <w:jc w:val="right"/>
      </w:pPr>
      <w:r>
        <w:t>ایک ماڈل بنا دیا اللہ تعالیٰ نے کرسچن کو کہ دیکھو، اس طرح کر سکتے ہو، اس طرح کرو۔</w:t>
      </w:r>
    </w:p>
    <w:p>
      <w:r>
        <w:rPr>
          <w:b/>
        </w:rPr>
        <w:t xml:space="preserve">[42:33] </w:t>
      </w:r>
      <w:r>
        <w:t>Quran ki ek ayat, bohat ajeeb ayat hai ke Christian ko refer kiya gaya hai ke tum bhi</w:t>
      </w:r>
    </w:p>
    <w:p>
      <w:pPr>
        <w:jc w:val="right"/>
      </w:pPr>
      <w:r>
        <w:t>قرآن کی ایک آیت، بہت عجیب آیت ہے کہ کرسچن کو ریفر کیا گیا ہے کہ تم بھی</w:t>
      </w:r>
    </w:p>
    <w:p>
      <w:r>
        <w:rPr>
          <w:b/>
        </w:rPr>
        <w:t xml:space="preserve">[42:39] </w:t>
      </w:r>
      <w:r>
        <w:t>isi tarah karo.</w:t>
      </w:r>
    </w:p>
    <w:p>
      <w:pPr>
        <w:jc w:val="right"/>
      </w:pPr>
      <w:r>
        <w:t>اسی طرح کرو۔</w:t>
      </w:r>
    </w:p>
    <w:p>
      <w:r>
        <w:rPr>
          <w:b/>
        </w:rPr>
        <w:t xml:space="preserve">[42:45] </w:t>
      </w:r>
      <w:r>
        <w:t>woh ayat padhiye: ya ayyuhal ladheena amanoo koonoo ansar Allah kama qala Isa ibn Maryam lil hawariyyeen: man ansari</w:t>
      </w:r>
    </w:p>
    <w:p>
      <w:pPr>
        <w:jc w:val="right"/>
      </w:pPr>
      <w:r>
        <w:t>وہ آیت پڑھیے: يا ایہا الذین آمنوا کونوا انصار اللہ کما قال عیسی ابن مریم للحوارین: من انصاری</w:t>
      </w:r>
    </w:p>
    <w:p>
      <w:r>
        <w:rPr>
          <w:b/>
        </w:rPr>
        <w:t xml:space="preserve">[42:51] </w:t>
      </w:r>
      <w:r>
        <w:t>ilal Allah qala al hawariyyeen: nahnu ansar Allah fa amanat taifatun min Bani Israel wa kafarat</w:t>
      </w:r>
    </w:p>
    <w:p>
      <w:pPr>
        <w:jc w:val="right"/>
      </w:pPr>
      <w:r>
        <w:t>الی اللہ قال الحوارین: نحن انصار اللہ فامن الطائفۃ من بنی اسرائیل وکفر</w:t>
      </w:r>
    </w:p>
    <w:p>
      <w:r>
        <w:rPr>
          <w:b/>
        </w:rPr>
        <w:t xml:space="preserve">[42:57] </w:t>
      </w:r>
      <w:r>
        <w:t>al taifatu fa ayyatna alladheena amanoo ala aduwwehim fa asbahoo ghalibeen is ka tarjuma padhiye: aey iman walon!</w:t>
      </w:r>
    </w:p>
    <w:p>
      <w:pPr>
        <w:jc w:val="right"/>
      </w:pPr>
      <w:r>
        <w:t>الطائفہ فایتنا الذین آمنوا علی عدوہم فاصبحوا ظاہرین اس کا ترجمہ پڑھیے: اے ایمان والو!</w:t>
      </w:r>
    </w:p>
    <w:p>
      <w:r>
        <w:rPr>
          <w:b/>
        </w:rPr>
        <w:t xml:space="preserve">[43:04] </w:t>
      </w:r>
      <w:r>
        <w:t>aey woh log jo iman laye, Allah ke madadgar bano, jaisa ke Isa ibn Maryam ne hawariyon se</w:t>
      </w:r>
    </w:p>
    <w:p>
      <w:pPr>
        <w:jc w:val="right"/>
      </w:pPr>
      <w:r>
        <w:t>اے وہ لوگ جو ایمان لائے، اللہ کے مددگار بنو، جیسا کہ عیسی ابن مریم نے حواریوں سے</w:t>
      </w:r>
    </w:p>
    <w:p>
      <w:r>
        <w:rPr>
          <w:b/>
        </w:rPr>
        <w:t xml:space="preserve">[43:10] </w:t>
      </w:r>
      <w:r>
        <w:t>kaha: kaun hai mera madadgar Allah ke liye? hawariyon ne kaha: hum Allah ke madadgar hain.</w:t>
      </w:r>
    </w:p>
    <w:p>
      <w:pPr>
        <w:jc w:val="right"/>
      </w:pPr>
      <w:r>
        <w:t>کہا: کون ہے میرا مددگار اللہ کے لیے؟ حواریوں نے کہا: ہم اللہ کے مددگار ہیں۔</w:t>
      </w:r>
    </w:p>
    <w:p>
      <w:r>
        <w:rPr>
          <w:b/>
        </w:rPr>
        <w:t xml:space="preserve">[43:16] </w:t>
      </w:r>
      <w:r>
        <w:t>to Bani Israel mein se ek giroh iman laye aur ek giroh ne inkar kiya.</w:t>
      </w:r>
    </w:p>
    <w:p>
      <w:pPr>
        <w:jc w:val="right"/>
      </w:pPr>
      <w:r>
        <w:t>تو بنی اسرائیل میں سے ایک گروہ ایمان لائے اور ایک گروہ نے انکار کیا۔</w:t>
      </w:r>
    </w:p>
    <w:p>
      <w:r>
        <w:rPr>
          <w:b/>
        </w:rPr>
        <w:t xml:space="preserve">[43:22] </w:t>
      </w:r>
      <w:r>
        <w:t>to jo iman laye, hum ne un ki madad ki, un ke</w:t>
      </w:r>
    </w:p>
    <w:p>
      <w:pPr>
        <w:jc w:val="right"/>
      </w:pPr>
      <w:r>
        <w:t>تو جو ایمان لائے، ہم نے ان کی مدد کی، ان کے</w:t>
      </w:r>
    </w:p>
    <w:p>
      <w:r>
        <w:rPr>
          <w:b/>
        </w:rPr>
        <w:t xml:space="preserve">[43:28] </w:t>
      </w:r>
      <w:r>
        <w:t>mukhalifeen ke khilaf, pas woh ghalib ho gaye.</w:t>
      </w:r>
    </w:p>
    <w:p>
      <w:pPr>
        <w:jc w:val="right"/>
      </w:pPr>
      <w:r>
        <w:t>مخالفین کے خلاف، پس وہ غالب ہو گئے۔</w:t>
      </w:r>
    </w:p>
    <w:p>
      <w:r>
        <w:rPr>
          <w:b/>
        </w:rPr>
        <w:t xml:space="preserve">[43:36] </w:t>
      </w:r>
      <w:r>
        <w:t>ab dekhiye ke hazrat maseeh ne jo kaha tha ke meri madad karo, to woh kya madad thi?</w:t>
      </w:r>
    </w:p>
    <w:p>
      <w:pPr>
        <w:jc w:val="right"/>
      </w:pPr>
      <w:r>
        <w:t>اب دیکھیے کہ حضرت مسیح نے جو کہا تھا کہ میری مدد کرو، تو وہ کیا مدد تھی؟</w:t>
      </w:r>
    </w:p>
    <w:p>
      <w:r>
        <w:rPr>
          <w:b/>
        </w:rPr>
        <w:t xml:space="preserve">[43:43] </w:t>
      </w:r>
      <w:r>
        <w:t>woh yahi to thi jo kiya, yaani jo jo christian logon ne kiya, wahi madad thi ke bible</w:t>
      </w:r>
    </w:p>
    <w:p>
      <w:pPr>
        <w:jc w:val="right"/>
      </w:pPr>
      <w:r>
        <w:t>وہ یہی تو تھی جو کیا، یعنی جو جو کرسچن لوگوں نے کیا، وہی مدد تھی کہ بائبل</w:t>
      </w:r>
    </w:p>
    <w:p>
      <w:r>
        <w:rPr>
          <w:b/>
        </w:rPr>
        <w:t xml:space="preserve">[43:51] </w:t>
      </w:r>
      <w:r>
        <w:t>ko phailao, jo kitaab aayi hai mere paas</w:t>
      </w:r>
    </w:p>
    <w:p>
      <w:pPr>
        <w:jc w:val="right"/>
      </w:pPr>
      <w:r>
        <w:t>کو پھیلاؤ، جو کتاب آئی ہے میرے پاس</w:t>
      </w:r>
    </w:p>
    <w:p>
      <w:r>
        <w:rPr>
          <w:b/>
        </w:rPr>
        <w:t xml:space="preserve">[43:58] </w:t>
      </w:r>
      <w:r>
        <w:t>, is ko phailao.</w:t>
      </w:r>
    </w:p>
    <w:p>
      <w:pPr>
        <w:jc w:val="right"/>
      </w:pPr>
      <w:r>
        <w:t>، اس کو پھیلاؤ۔</w:t>
      </w:r>
    </w:p>
    <w:p>
      <w:r>
        <w:rPr>
          <w:b/>
        </w:rPr>
        <w:t xml:space="preserve">[44:03] </w:t>
      </w:r>
      <w:r>
        <w:t>to allah taala ne yahan par, main samajhta hoon ke christian ko hamare liye model, model bana diya.</w:t>
      </w:r>
    </w:p>
    <w:p>
      <w:pPr>
        <w:jc w:val="right"/>
      </w:pPr>
      <w:r>
        <w:t>تو اللہ تعالیٰ نے یہاں پر، میں سمجھتا ہوں کہ کرسچن کو ہمارے لیے ماڈل، ماڈل بنا دیا۔</w:t>
      </w:r>
    </w:p>
    <w:p>
      <w:r>
        <w:rPr>
          <w:b/>
        </w:rPr>
        <w:t xml:space="preserve">[44:08] </w:t>
      </w:r>
      <w:r>
        <w:t>model kaise? method ke ma'ne mein.</w:t>
      </w:r>
    </w:p>
    <w:p>
      <w:pPr>
        <w:jc w:val="right"/>
      </w:pPr>
      <w:r>
        <w:t>ماڈل کیسے؟ میتھڈ کے معنی میں۔</w:t>
      </w:r>
    </w:p>
    <w:p>
      <w:r>
        <w:rPr>
          <w:b/>
        </w:rPr>
        <w:t xml:space="preserve">[44:13] </w:t>
      </w:r>
      <w:r>
        <w:t>method ke maamle mein allah taala ne christian ko hamare liye model bana diya ke kaise organize kiya</w:t>
      </w:r>
    </w:p>
    <w:p>
      <w:pPr>
        <w:jc w:val="right"/>
      </w:pPr>
      <w:r>
        <w:t>میتھڈ کے معاملے میں اللہ تعالیٰ نے کرسچن کو ہمارے لیے ماڈل بنا دیا کہ کیسے ارگنائز کیا</w:t>
      </w:r>
    </w:p>
    <w:p>
      <w:r>
        <w:rPr>
          <w:b/>
        </w:rPr>
        <w:t xml:space="preserve">[44:19] </w:t>
      </w:r>
      <w:r>
        <w:t>jata hai, kaise tarjuma kiya jata hai, kaise is tarah duniya mein phailaya jata hai.</w:t>
      </w:r>
    </w:p>
    <w:p>
      <w:pPr>
        <w:jc w:val="right"/>
      </w:pPr>
      <w:r>
        <w:t>جاتا ہے، کیسے ترجمہ کیا جاتا ہے، کیسے اس طرح دنیا میں پھیلایا جاتا ہے۔</w:t>
      </w:r>
    </w:p>
    <w:p>
      <w:r>
        <w:rPr>
          <w:b/>
        </w:rPr>
        <w:t xml:space="preserve">[44:24] </w:t>
      </w:r>
      <w:r>
        <w:t>bahut hi well organized way mein,</w:t>
      </w:r>
    </w:p>
    <w:p>
      <w:pPr>
        <w:jc w:val="right"/>
      </w:pPr>
      <w:r>
        <w:t>بہت ہی ویل ارگنائزڈ وے میں،</w:t>
      </w:r>
    </w:p>
    <w:p>
      <w:r>
        <w:rPr>
          <w:b/>
        </w:rPr>
        <w:t xml:space="preserve">[44:29] </w:t>
      </w:r>
      <w:r>
        <w:t>woh bible ka tarjuma har zabaan mein kar ke duniya bhar mein phailana hai.</w:t>
      </w:r>
    </w:p>
    <w:p>
      <w:pPr>
        <w:jc w:val="right"/>
      </w:pPr>
      <w:r>
        <w:t>وہ بائبل کا ترجمہ ہر زبان میں کر کے دنیا بھر میں پھیلانا ہے۔</w:t>
      </w:r>
    </w:p>
    <w:p>
      <w:r>
        <w:rPr>
          <w:b/>
        </w:rPr>
        <w:t xml:space="preserve">[44:35] </w:t>
      </w:r>
      <w:r>
        <w:t>bahut hi well organized way mein, yeh model hai.</w:t>
      </w:r>
    </w:p>
    <w:p>
      <w:pPr>
        <w:jc w:val="right"/>
      </w:pPr>
      <w:r>
        <w:t>بہت ہی ویل ارگنائزڈ وے میں، یہ ماڈل ہے۔</w:t>
      </w:r>
    </w:p>
    <w:p>
      <w:r>
        <w:rPr>
          <w:b/>
        </w:rPr>
        <w:t xml:space="preserve">[44:41] </w:t>
      </w:r>
      <w:r>
        <w:t>is ko musalmanon ko pakadna tha in se.</w:t>
      </w:r>
    </w:p>
    <w:p>
      <w:pPr>
        <w:jc w:val="right"/>
      </w:pPr>
      <w:r>
        <w:t>اس کو مسلمانوں کو پکڑنا تھا ان سے۔</w:t>
      </w:r>
    </w:p>
    <w:p>
      <w:r>
        <w:rPr>
          <w:b/>
        </w:rPr>
        <w:t xml:space="preserve">[44:48] </w:t>
      </w:r>
      <w:r>
        <w:t>jab yeh karein, tab allah ki madad aayegi in ko.</w:t>
      </w:r>
    </w:p>
    <w:p>
      <w:pPr>
        <w:jc w:val="right"/>
      </w:pPr>
      <w:r>
        <w:t>جب یہ کریں، تب اللہ کی مدد آئے گی ان کو۔</w:t>
      </w:r>
    </w:p>
    <w:p>
      <w:r>
        <w:rPr>
          <w:b/>
        </w:rPr>
        <w:t xml:space="preserve">[44:54] </w:t>
      </w:r>
      <w:r>
        <w:t>to yahan par kam, yahan par hai kam, yahan par hai.</w:t>
      </w:r>
    </w:p>
    <w:p>
      <w:pPr>
        <w:jc w:val="right"/>
      </w:pPr>
      <w:r>
        <w:t>تو یہاں پر کم، یہاں پر ہے کم، یہاں پر ہے۔</w:t>
      </w:r>
    </w:p>
    <w:p>
      <w:r>
        <w:rPr>
          <w:b/>
        </w:rPr>
        <w:t xml:space="preserve">[45:00] </w:t>
      </w:r>
      <w:r>
        <w:t>to behal meri dua hai ke Allah taala hum ko tofeeq de samajhne ki, aur hum jo bhool ho rahi hai, us bhool ko hum samjhen, aur Allah ka jo kalam hai, us ko sari dunya mein well organized way mein tarjuma kar ke phailayen. ye hamara m</w:t>
      </w:r>
    </w:p>
    <w:p>
      <w:pPr>
        <w:jc w:val="right"/>
      </w:pPr>
      <w:r>
        <w:t>تو بہرحال میری دعا ہے کہ اللہ تعالیٰ ہم کو توفیق دے سمجھنے کی، اور ہم جو بھول ہو رہی ہے، اس بھول کو ہم سمجھیں، اور اللہ کا جو کلام ہے، اس کو ساری دنیا میں ویل ارگنائزڈ وے میں ترجمہ کر کے پھیلائیں۔ یہ ہمارا م</w:t>
      </w:r>
    </w:p>
    <w:p>
      <w:r>
        <w:rPr>
          <w:b/>
        </w:rPr>
        <w:t xml:space="preserve">[45:30] </w:t>
      </w:r>
      <w:r>
        <w:t>ission hai, sari ummat-e-muslima ka mission hai ke quran jo utra hai, us ko uska understandable language mein tarjuma karen, har zaban mein. phir us ko well organized way mein phailayen, har jagah. ye hamara mission hai, aur Allah taala ne is ka model qaim kar diya hai. kaise kiya jata hai?</w:t>
      </w:r>
    </w:p>
    <w:p>
      <w:pPr>
        <w:jc w:val="right"/>
      </w:pPr>
      <w:r>
        <w:t>شن ہے، ساری امت مسلمہ کا مشن ہے کہ قرآن جو اترا ہے، اس کو اس کا انڈرسٹینڈیبل لینگویج میں ترجمہ کریں، ہر زبان میں۔ پھر اس کو ویل ارگنائزڈ وے میں پھیلائیں، ہر جگہ۔ یہ ہمارا مشن ہے، اور اللہ تعالیٰ نے اس کا ماڈل قائم کر دیا ہے۔ کیسے کیا جاتا ہے؟</w:t>
      </w:r>
    </w:p>
    <w:p>
      <w:r>
        <w:rPr>
          <w:b/>
        </w:rPr>
        <w:t xml:space="preserve">[46:00] </w:t>
      </w:r>
      <w:r>
        <w:t>meri dua hai ke hum sab ko Allah tofeeq de samajhne ki, aur hum Allah ke is kaam ko pakaden, aur us ko right way mein hum anjam den, inshallah. assalamu alaikum wa rahmatullah. okay, bef</w:t>
      </w:r>
    </w:p>
    <w:p>
      <w:pPr>
        <w:jc w:val="right"/>
      </w:pPr>
      <w:r>
        <w:t>میری دعا ہے کہ ہم سب کو اللہ توفیق دے سمجھنے کی، اور ہم اللہ کے اس کام کو پکڑیں، اور اس کو رائٹ وے میں ہم انجام دیں، انشاءاللہ۔ السلام علیکم ورحمۃ اللہ اوکے، بیف</w:t>
      </w:r>
    </w:p>
    <w:p>
      <w:r>
        <w:rPr>
          <w:b/>
        </w:rPr>
        <w:t xml:space="preserve">[46:30] </w:t>
      </w:r>
      <w:r>
        <w:t>Before we start with the question-answer session, a very important announcement for everybody who is watching this program.</w:t>
      </w:r>
    </w:p>
    <w:p>
      <w:pPr>
        <w:jc w:val="right"/>
      </w:pPr>
      <w:r>
        <w:t>ور وی سٹارٹ ود دی کوئسچن انسر سیشن، ا ویری امپورٹنٹ اناؤنسمنٹ فار ایوری بڈی ہو واچنگ دس پروگرام۔</w:t>
      </w:r>
    </w:p>
    <w:p>
      <w:r>
        <w:rPr>
          <w:b/>
        </w:rPr>
        <w:t xml:space="preserve">[46:37] </w:t>
      </w:r>
      <w:r>
        <w:t>Maulana Wahiduddin Khan Sahib has time and again emphasized on our main objective, the main objective of</w:t>
      </w:r>
    </w:p>
    <w:p>
      <w:pPr>
        <w:jc w:val="right"/>
      </w:pPr>
      <w:r>
        <w:t>مولانا وحید الدین خان صاحب ہیز ٹائم اینڈ اگین ایمفسائزڈ ان اور مین ابجیکٹو، دا مین ابجیکٹو اف</w:t>
      </w:r>
    </w:p>
    <w:p>
      <w:r>
        <w:rPr>
          <w:b/>
        </w:rPr>
        <w:t xml:space="preserve">[46:43] </w:t>
      </w:r>
      <w:r>
        <w:t>all the CPS members globally, which is to distribute the Quran in all the languages that</w:t>
      </w:r>
    </w:p>
    <w:p>
      <w:pPr>
        <w:jc w:val="right"/>
      </w:pPr>
      <w:r>
        <w:t>ال دی سی پی ایس ممبرز گلوبلی، وچ از ٹو ڈسٹریبیوٹ دا قرآن ان ال دی لینگویجز دیٹ</w:t>
      </w:r>
    </w:p>
    <w:p>
      <w:r>
        <w:rPr>
          <w:b/>
        </w:rPr>
        <w:t xml:space="preserve">[46:49] </w:t>
      </w:r>
      <w:r>
        <w:t>is available today.</w:t>
      </w:r>
    </w:p>
    <w:p>
      <w:pPr>
        <w:jc w:val="right"/>
      </w:pPr>
      <w:r>
        <w:t>از اویلیبل ٹوڈے۔</w:t>
      </w:r>
    </w:p>
    <w:p>
      <w:r>
        <w:rPr>
          <w:b/>
        </w:rPr>
        <w:t xml:space="preserve">[46:55] </w:t>
      </w:r>
      <w:r>
        <w:t>taking this task as one of the most important tasks</w:t>
      </w:r>
    </w:p>
    <w:p>
      <w:pPr>
        <w:jc w:val="right"/>
      </w:pPr>
      <w:r>
        <w:t>ٹیکنگ دس ٹاسک ایز ون اف دا موسٹ امپورٹنٹ ٹاسک</w:t>
      </w:r>
    </w:p>
    <w:p>
      <w:r>
        <w:rPr>
          <w:b/>
        </w:rPr>
        <w:t xml:space="preserve">[47:01] </w:t>
      </w:r>
      <w:r>
        <w:t>، ڈاکٹر ثانیہ حسنین خان under the banner of Goodword Books has been translating the Quran in</w:t>
      </w:r>
    </w:p>
    <w:p>
      <w:pPr>
        <w:jc w:val="right"/>
      </w:pPr>
      <w:r>
        <w:t>، ڈاکٹر ثانیہ حسنین خان انڈر دی بینر اف گڈ ورڈ بکس ہیز بین ٹرانسلیٹنگ دی قرآن ان</w:t>
      </w:r>
    </w:p>
    <w:p>
      <w:r>
        <w:rPr>
          <w:b/>
        </w:rPr>
        <w:t xml:space="preserve">[47:06] </w:t>
      </w:r>
      <w:r>
        <w:t>many national and international languages.</w:t>
      </w:r>
    </w:p>
    <w:p>
      <w:pPr>
        <w:jc w:val="right"/>
      </w:pPr>
      <w:r>
        <w:t>مینی نیشنل اینڈ انٹرنیشنل لینگویجز۔</w:t>
      </w:r>
    </w:p>
    <w:p>
      <w:r>
        <w:rPr>
          <w:b/>
        </w:rPr>
        <w:t xml:space="preserve">[47:11] </w:t>
      </w:r>
      <w:r>
        <w:t>We are very pleased to share with all of you that 22nd translation of Quran today is</w:t>
      </w:r>
    </w:p>
    <w:p>
      <w:pPr>
        <w:jc w:val="right"/>
      </w:pPr>
      <w:r>
        <w:t>وی ار ویری پلیز ٹو شیئر ود ال اف یو دیٹ ٹونٹی سیکنڈ ٹرانسلیشن اف قرآن ٹوڈے از</w:t>
      </w:r>
    </w:p>
    <w:p>
      <w:r>
        <w:rPr>
          <w:b/>
        </w:rPr>
        <w:t xml:space="preserve">[47:16] </w:t>
      </w:r>
      <w:r>
        <w:t>ready for distribution.</w:t>
      </w:r>
    </w:p>
    <w:p>
      <w:pPr>
        <w:jc w:val="right"/>
      </w:pPr>
      <w:r>
        <w:t>ریڈی فار ڈسٹریبیوشن۔</w:t>
      </w:r>
    </w:p>
    <w:p>
      <w:r>
        <w:rPr>
          <w:b/>
        </w:rPr>
        <w:t xml:space="preserve">[47:21] </w:t>
      </w:r>
      <w:r>
        <w:t>This translation is in African language, which is Chichewa language.</w:t>
      </w:r>
    </w:p>
    <w:p>
      <w:pPr>
        <w:jc w:val="right"/>
      </w:pPr>
      <w:r>
        <w:t>دس ٹرانسلیشن از ان افریکن لینگویج، وچ از چیچوا لینگویج۔</w:t>
      </w:r>
    </w:p>
    <w:p>
      <w:r>
        <w:rPr>
          <w:b/>
        </w:rPr>
        <w:t xml:space="preserve">[47:27] </w:t>
      </w:r>
      <w:r>
        <w:t>This language is spoken by almost 15 million people</w:t>
      </w:r>
    </w:p>
    <w:p>
      <w:pPr>
        <w:jc w:val="right"/>
      </w:pPr>
      <w:r>
        <w:t>دس لینگویج از سپوکن بائے الموسٹ 15 ملین پیپل</w:t>
      </w:r>
    </w:p>
    <w:p>
      <w:r>
        <w:rPr>
          <w:b/>
        </w:rPr>
        <w:t xml:space="preserve">[47:32] </w:t>
      </w:r>
      <w:r>
        <w:t>, and this language is widely spoken in countries like South Africa, Zimbabwe, Malawi, Mozambique, Zambia, and other countries.</w:t>
      </w:r>
    </w:p>
    <w:p>
      <w:pPr>
        <w:jc w:val="right"/>
      </w:pPr>
      <w:r>
        <w:t>، اینڈ دس لینگویج از وائڈلی سپوکن ان کنٹریز لائک ساؤتھ افریقہ، زمبابوے، ملاوی، مونزامبک، زامبیا، اینڈ ادر کنٹریز۔</w:t>
      </w:r>
    </w:p>
    <w:p>
      <w:r>
        <w:rPr>
          <w:b/>
        </w:rPr>
        <w:t xml:space="preserve">[47:39] </w:t>
      </w:r>
      <w:r>
        <w:t>This translation of Quran would now be available at all good word bookstores.</w:t>
      </w:r>
    </w:p>
    <w:p>
      <w:pPr>
        <w:jc w:val="right"/>
      </w:pPr>
      <w:r>
        <w:t>دس ٹرانسلیشن اف قرآن وڈ ناو بی اویلیبل ایٹ ال گڈ ورڈ بک سٹورز۔</w:t>
      </w:r>
    </w:p>
    <w:p>
      <w:r>
        <w:rPr>
          <w:b/>
        </w:rPr>
        <w:t xml:space="preserve">[47:47] </w:t>
      </w:r>
      <w:r>
        <w:t>You can also source it from www.goodwordbooks.com.</w:t>
      </w:r>
    </w:p>
    <w:p>
      <w:pPr>
        <w:jc w:val="right"/>
      </w:pPr>
      <w:r>
        <w:t>یو کین السو سورس اٹ فرام www.goodwordbooks.com۔</w:t>
      </w:r>
    </w:p>
    <w:p>
      <w:r>
        <w:rPr>
          <w:b/>
        </w:rPr>
        <w:t xml:space="preserve">[47:54] </w:t>
      </w:r>
      <w:r>
        <w:t>One interesting development which has already happened is that the Ahmed Deedat scene</w:t>
      </w:r>
    </w:p>
    <w:p>
      <w:pPr>
        <w:jc w:val="right"/>
      </w:pPr>
      <w:r>
        <w:t>ون انٹرسٹنگ ڈیویلپمنٹ وچ از الریڈی ہیپنڈ از دیٹ دی احمد دیدار سین</w:t>
      </w:r>
    </w:p>
    <w:p>
      <w:r>
        <w:rPr>
          <w:b/>
        </w:rPr>
        <w:t xml:space="preserve">[48:02] </w:t>
      </w:r>
      <w:r>
        <w:t>تر، آئی پی سی آئی، ان Durban has already started distributing this Quran.</w:t>
      </w:r>
    </w:p>
    <w:p>
      <w:pPr>
        <w:jc w:val="right"/>
      </w:pPr>
      <w:r>
        <w:t>ٹر، ائی پی سی ائی، ان ڈربن ہیز الریڈی سٹارٹڈ ڈسٹریبیوٹنگ دس قرآن۔</w:t>
      </w:r>
    </w:p>
    <w:p>
      <w:r>
        <w:rPr>
          <w:b/>
        </w:rPr>
        <w:t xml:space="preserve">[48:08] </w:t>
      </w:r>
      <w:r>
        <w:t>سو، if you want to distribute this Quran to your family, friends in South Africa, or places where</w:t>
      </w:r>
    </w:p>
    <w:p>
      <w:pPr>
        <w:jc w:val="right"/>
      </w:pPr>
      <w:r>
        <w:t>سو، اف یو وانٹ ٹو ڈسٹریبیوٹ دس قرآن ٹو یور فیملی، فرینڈز ان ساؤتھ افریقہ، اور پلیسز ویر</w:t>
      </w:r>
    </w:p>
    <w:p>
      <w:r>
        <w:rPr>
          <w:b/>
        </w:rPr>
        <w:t xml:space="preserve">[48:15] </w:t>
      </w:r>
      <w:r>
        <w:t>You are working and you have people who speak this language, please source this Quran immediately.</w:t>
      </w:r>
    </w:p>
    <w:p>
      <w:pPr>
        <w:jc w:val="right"/>
      </w:pPr>
      <w:r>
        <w:t>یو ورکنگ اینڈ یو ہیو پیپل ہو سپیک دس لینگویج، پلیز سورس دس قرآن امیڈیٹلی۔</w:t>
      </w:r>
    </w:p>
    <w:p>
      <w:r>
        <w:rPr>
          <w:b/>
        </w:rPr>
        <w:t xml:space="preserve">[48:21] </w:t>
      </w:r>
      <w:r>
        <w:t>With this, I will request Maulana Wahiduddin Khan Sahib to release the new language of Quran translation.</w:t>
      </w:r>
    </w:p>
    <w:p>
      <w:pPr>
        <w:jc w:val="right"/>
      </w:pPr>
      <w:r>
        <w:t>ود دس، ائی ویل ریکویسٹ مولانا وحید الدین خان صاحب ٹو ریلیز دا نیو لینگویج اف قرآن ٹرانسلیشن</w:t>
      </w:r>
    </w:p>
    <w:p>
      <w:r>
        <w:rPr>
          <w:b/>
        </w:rPr>
        <w:t xml:space="preserve">[48:27] </w:t>
      </w:r>
      <w:r>
        <w:t>in chechewa language.</w:t>
      </w:r>
    </w:p>
    <w:p>
      <w:pPr>
        <w:jc w:val="right"/>
      </w:pPr>
      <w:r>
        <w:t>ان چیچوا لینگویج۔</w:t>
      </w:r>
    </w:p>
    <w:p>
      <w:r>
        <w:rPr>
          <w:b/>
        </w:rPr>
        <w:t xml:space="preserve">[48:34] </w:t>
      </w:r>
      <w:r>
        <w:t>ji ji, aisa hai. ye bahut hi Allah ki rehmat hai ke hum apne jo hamare paas resources hain, us ko istemal kar ke itni sari zabanon mein hum Allah ka kalam pahuncha pa rahe hain. to main shukr karta hoon Allah taala ka,</w:t>
      </w:r>
    </w:p>
    <w:p>
      <w:pPr>
        <w:jc w:val="right"/>
      </w:pPr>
      <w:r>
        <w:t>جی جی، ایسا ہے۔ یہ بہت ہی اللہ کی رحمت ہے کہ ہم اپنے جو ہمارے پاس ریسورسز ہیں، اس کو استعمال کر کے اتنی ساری زبانوں میں ہم اللہ کا کلام پہنچا پا رہے ہیں۔ تو میں شکر کرتا ہوں اللہ تعالیٰ کا،</w:t>
      </w:r>
    </w:p>
    <w:p>
      <w:r>
        <w:rPr>
          <w:b/>
        </w:rPr>
        <w:t xml:space="preserve">[49:04] </w:t>
      </w:r>
      <w:r>
        <w:t>aur main dua karta hoon ke Allah taala hum sab ko, aur jo log is kaam mein lage hue hain, un sab ko bahut zyada, bahut zyada reward de, bahut zyada un ko is ka sawab de, inshallah. there is one more translation of Maulana Wahiduddin Khan book which has been done in Malayalam language. we received this parcel today from</w:t>
      </w:r>
    </w:p>
    <w:p>
      <w:pPr>
        <w:jc w:val="right"/>
      </w:pPr>
      <w:r>
        <w:t>اور میں دعا کرتا ہوں کہ اللہ تعالیٰ ہم سب کو، اور جو لوگ اس کام میں لگے ہوئے ہیں، ان سب کو بہت زیادہ، بہت زیادہ ریوارڈ دے، بہت زیادہ ان کو اس کا ثواب دے، انشاءاللہ۔ دیر از ون مور ٹرانسلیشن اف مولانا وحید الدین خان بک وچ ہیز بین ڈن ان ملیالم لینگویج۔ وی ریسیوڈ دس پارسل ٹوڈے فرام</w:t>
      </w:r>
    </w:p>
    <w:p>
      <w:r>
        <w:rPr>
          <w:b/>
        </w:rPr>
        <w:t xml:space="preserve">[49:34] </w:t>
      </w:r>
      <w:r>
        <w:t>The CPS member Shabbir Ali Sahib from Kerala. This translation has been done in Malayalam language of Maulana's English book "Tazkiya Purification of the Soul". This translation has been done by an English professor Mr. C. K. K. Muhammad, who teaches in a college in Kerala. This book has already been uploaded in peace and spirituality in Malayalam dot com website. A</w:t>
      </w:r>
    </w:p>
    <w:p>
      <w:pPr>
        <w:jc w:val="right"/>
      </w:pPr>
      <w:r>
        <w:t>دا سی پی ایس ممبر شبیر علی صاحب فرام کیرلا۔ دس ٹرانسلیشن ہیز بین ڈن ان ملیالم لینگویج اف مولانا انگلش بک "تزکیہ پیوریفیکیشن اف دا سول"۔ دس ٹرانسلیشن ہیز بین ڈن بائے ان انگلش پروفیسر مسٹر سی کے کے محمد، ہو ٹیچز ان ا کالج ان کیرلا۔ دس بک ہیز الریڈی بین اپلوڈڈ ان پیس اینڈ سپرچویلٹی ان ملیالم ڈاٹ کام ویب سائٹ۔ ا</w:t>
      </w:r>
    </w:p>
    <w:p>
      <w:r>
        <w:rPr>
          <w:b/>
        </w:rPr>
        <w:t xml:space="preserve">[50:04] </w:t>
      </w:r>
      <w:r>
        <w:t>TV will also be uploaded shortly in CPS website. You can also source this book from Goodword Books. With this, I would request Maulana Wahiduddin Khan Sahib to also release this Malayalam book in "Tazkiya". Bahut ziyada Allah Taala ke shukr ki baat hai ke hum Malayalam zabaan mein is kitaab ko chhapne ke qabil ho sake, Allah ki</w:t>
      </w:r>
    </w:p>
    <w:p>
      <w:pPr>
        <w:jc w:val="right"/>
      </w:pPr>
      <w:r>
        <w:t>ٹ ویل السو بی اپلوڈڈ شارٹلی ان سی پی ایس ویب سائٹ۔ یو کین السو سورس دس بک فرام گڈ ورڈ بکس۔ ود دس، ائی وڈ ریکویسٹ مولانا وحید الدین خان صاحب ٹو السو ریلیز دس ملیالم بک ان "تزکیہ"۔ بہت زیادہ اللہ تعالیٰ کے شکر کی بات ہے کہ ہم ملیالم زبان میں اس کتاب کو چھاپنے کے قابل ہو سکے، اللہ کی</w:t>
      </w:r>
    </w:p>
    <w:p>
      <w:r>
        <w:rPr>
          <w:b/>
        </w:rPr>
        <w:t xml:space="preserve">[50:34] </w:t>
      </w:r>
      <w:r>
        <w:t>madad se.</w:t>
      </w:r>
    </w:p>
    <w:p>
      <w:pPr>
        <w:jc w:val="right"/>
      </w:pPr>
      <w:r>
        <w:t>مدد سے۔</w:t>
      </w:r>
    </w:p>
    <w:p>
      <w:r>
        <w:rPr>
          <w:b/>
        </w:rPr>
        <w:t xml:space="preserve">[50:40] </w:t>
      </w:r>
      <w:r>
        <w:t>to main is ke liye sab logon ko dua karta hoon, jo log is mein hissa liya hai,</w:t>
      </w:r>
    </w:p>
    <w:p>
      <w:pPr>
        <w:jc w:val="right"/>
      </w:pPr>
      <w:r>
        <w:t>تو میں اس کے لیے سب لوگوں کو دعا کرتا ہوں، جو لوگ اس میں حصہ لیا ہے،</w:t>
      </w:r>
    </w:p>
    <w:p>
      <w:r>
        <w:rPr>
          <w:b/>
        </w:rPr>
        <w:t xml:space="preserve">[50:46] </w:t>
      </w:r>
      <w:r>
        <w:t>aur allah se dua karta hoon ke woh hamein tofeeq de is silsile mein mazeed kaam karne ke liye.</w:t>
      </w:r>
    </w:p>
    <w:p>
      <w:pPr>
        <w:jc w:val="right"/>
      </w:pPr>
      <w:r>
        <w:t>اور اللہ سے دعا کرتا ہوں کہ وہ ہمیں توفیق دے اس سلسلے میں مزید کام کرنے کے لیے۔</w:t>
      </w:r>
    </w:p>
    <w:p>
      <w:r>
        <w:rPr>
          <w:b/>
        </w:rPr>
        <w:t xml:space="preserve">[50:52] </w:t>
      </w:r>
      <w:r>
        <w:t>Okay, so I will start with the comment section first.</w:t>
      </w:r>
    </w:p>
    <w:p>
      <w:pPr>
        <w:jc w:val="right"/>
      </w:pPr>
      <w:r>
        <w:t>اوکے، سو ائی ویل سٹارٹ ود دی کمنٹ اہ سیکشن فرسٹ۔</w:t>
      </w:r>
    </w:p>
    <w:p>
      <w:r>
        <w:rPr>
          <w:b/>
        </w:rPr>
        <w:t xml:space="preserve">[50:58] </w:t>
      </w:r>
      <w:r>
        <w:t>maulana, ek comment ah bheja hai asrar sahib ne</w:t>
      </w:r>
    </w:p>
    <w:p>
      <w:pPr>
        <w:jc w:val="right"/>
      </w:pPr>
      <w:r>
        <w:t>مولانا، ایک کمنٹ اہ بھیجا ہے اسرار صاحب نے</w:t>
      </w:r>
    </w:p>
    <w:p>
      <w:r>
        <w:rPr>
          <w:b/>
        </w:rPr>
        <w:t xml:space="preserve">[51:05] </w:t>
      </w:r>
      <w:r>
        <w:t>sri lanka se.</w:t>
      </w:r>
    </w:p>
    <w:p>
      <w:pPr>
        <w:jc w:val="right"/>
      </w:pPr>
      <w:r>
        <w:t>سری لنکا سے۔</w:t>
      </w:r>
    </w:p>
    <w:p>
      <w:r>
        <w:rPr>
          <w:b/>
        </w:rPr>
        <w:t xml:space="preserve">[51:11] </w:t>
      </w:r>
      <w:r>
        <w:t>انہوں نے لکھا ہے کہ "free distribution of translation of the Quran was done in good word stall</w:t>
      </w:r>
    </w:p>
    <w:p>
      <w:pPr>
        <w:jc w:val="right"/>
      </w:pPr>
      <w:r>
        <w:t>انہوں نے لکھا ہے کہ "فری ڈسٹریبیوشن اف ٹرانسلیشن اف دا قرآن واز ڈن ان گڈ ورڈ سٹال</w:t>
      </w:r>
    </w:p>
    <w:p>
      <w:r>
        <w:rPr>
          <w:b/>
        </w:rPr>
        <w:t xml:space="preserve">[51:17] </w:t>
      </w:r>
      <w:r>
        <w:t>in colombo international book fair".</w:t>
      </w:r>
    </w:p>
    <w:p>
      <w:pPr>
        <w:jc w:val="right"/>
      </w:pPr>
      <w:r>
        <w:t>ان کلومبو انٹرنیشنل بک فیئر"۔</w:t>
      </w:r>
    </w:p>
    <w:p>
      <w:r>
        <w:rPr>
          <w:b/>
        </w:rPr>
        <w:t xml:space="preserve">[51:23] </w:t>
      </w:r>
      <w:r>
        <w:t>مولانا, we got very good response and so eagerness of reading the Quran among people.</w:t>
      </w:r>
    </w:p>
    <w:p>
      <w:pPr>
        <w:jc w:val="right"/>
      </w:pPr>
      <w:r>
        <w:t>مولانا، وی گاٹ ویری گڈ رسپانس اینڈ سو ایگرنس اف ریڈنگ دا قرآن امنگ پیپل۔</w:t>
      </w:r>
    </w:p>
    <w:p>
      <w:r>
        <w:rPr>
          <w:b/>
        </w:rPr>
        <w:t xml:space="preserve">[51:29] </w:t>
      </w:r>
      <w:r>
        <w:t>More than 2000 copies of English, Tamil and Sinhalese Quran were distributed among the visitors to the stall.</w:t>
      </w:r>
    </w:p>
    <w:p>
      <w:pPr>
        <w:jc w:val="right"/>
      </w:pPr>
      <w:r>
        <w:t>مور دین 2000 کاپیز اف انگلش، تامل اینڈ سنہیلیز قرآن وار ڈسٹریبیوٹڈ امنگ دا وزٹرز ٹو دا سٹال۔</w:t>
      </w:r>
    </w:p>
    <w:p>
      <w:r>
        <w:rPr>
          <w:b/>
        </w:rPr>
        <w:t xml:space="preserve">[51:35] </w:t>
      </w:r>
      <w:r>
        <w:t>We gave Quran and Prophet of Peace to British Council Director to Sri Lanka, Mr. Gill Caldicott.</w:t>
      </w:r>
    </w:p>
    <w:p>
      <w:pPr>
        <w:jc w:val="right"/>
      </w:pPr>
      <w:r>
        <w:t>وی گیو قرآن اینڈ پرافٹ اف پیس ٹو برٹش کونسل ڈائریکٹر ٹو سری لنکا، مسٹر گل کیلڈی کاٹ۔</w:t>
      </w:r>
    </w:p>
    <w:p>
      <w:r>
        <w:rPr>
          <w:b/>
        </w:rPr>
        <w:t xml:space="preserve">[51:45] </w:t>
      </w:r>
      <w:r>
        <w:t>We also got the wonderful opportunity to gift the Quran and Islamic books to the Prime Minister of</w:t>
      </w:r>
    </w:p>
    <w:p>
      <w:pPr>
        <w:jc w:val="right"/>
      </w:pPr>
      <w:r>
        <w:t>وی السو گاٹ دی ونڈرفل اپرچونیٹی ٹو گفٹ دی قرآن اینڈ اسلامک بکس ٹو دی پرائم منسٹر اف</w:t>
      </w:r>
    </w:p>
    <w:p>
      <w:r>
        <w:rPr>
          <w:b/>
        </w:rPr>
        <w:t xml:space="preserve">[51:55] </w:t>
      </w:r>
      <w:r>
        <w:t>sri lanka, mr renel wickremesinghe, and to many highly intellectual personalities, including the present educational minister of sri lanka. alhamdulillah. ma</w:t>
      </w:r>
    </w:p>
    <w:p>
      <w:pPr>
        <w:jc w:val="right"/>
      </w:pPr>
      <w:r>
        <w:t>سری لنکا، مسٹر رینل وکرمہ سنگھے، اینڈ ٹو مینی ہائیلی انٹلیکچول پرسنیلٹیز، انکلوڈنگ دی پریزنٹ ایجوکیشنل منسٹر اف سری لنکا۔ الحمدللہ۔ ما</w:t>
      </w:r>
    </w:p>
    <w:p>
      <w:r>
        <w:rPr>
          <w:b/>
        </w:rPr>
        <w:t xml:space="preserve">[52:05] </w:t>
      </w:r>
      <w:r>
        <w:t>sha'allah. Ms. Raziya Siddiqi ne Maulana kal ke talk ke upar comment bheja hai, jo kal Saturday talk tha. Unhon ne likha hai: "The explanation of the hadith blew me away that pride and izzat are attributes of God alone, and anyone who defies this is doomed. Understanding this is like understanding the actual equation between man and God. Not only would this unders</w:t>
      </w:r>
    </w:p>
    <w:p>
      <w:pPr>
        <w:jc w:val="right"/>
      </w:pPr>
      <w:r>
        <w:t>شاءاللہ۔ مس راضیہ صدیقی نے مولانا کل کے ٹاک کے اوپر کمنٹ بھیجا ہے، جو کل سیٹرڈے ٹاک تھا۔ انہوں نے لکھا ہے: "دی ایکسپلینیشن اف دا حدیث بلیو می اوے دیٹ پرائیڈ اینڈ عزت ار ایٹریبیوٹس اف گاڈ الون، اینڈ اینی ون ہو ڈیفائیز دس از ڈومڈ۔ انڈرسٹینڈنگ دس از لائک انڈرسٹینڈنگ دی ایکچول ایکویشن بٹوین مین اینڈ گاڈ۔ ناٹ اونلی وڈ دس انڈرس</w:t>
      </w:r>
    </w:p>
    <w:p>
      <w:r>
        <w:rPr>
          <w:b/>
        </w:rPr>
        <w:t xml:space="preserve">[52:35] </w:t>
      </w:r>
      <w:r>
        <w:t>"Tandig mak van modest, but it is also the prerequisite to wisdom, and this entirely explains why God has ensured that man continuously undergoes tough experiences in life, and keeps getting an opportunity to remain modest. Man only has to accept the reality and be rewarded eternally in return." Ayaz Ahmad Sahib ne Jamshid</w:t>
      </w:r>
    </w:p>
    <w:p>
      <w:pPr>
        <w:jc w:val="right"/>
      </w:pPr>
      <w:r>
        <w:t>ٹینڈنگ میک ون ماڈیسٹ، بٹ اٹ از السو دی پری ریکوزٹ ٹو وزڈم، اینڈ دس انٹائرلی ایکسپلینز وائی گاڈ ہیز انشورڈ دیٹ مین کنٹینیوسلی انڈرگوز ٹف ایکسپیرینسز ان لائف، اینڈ کیپس گیٹنگ این اپرچونیٹی ٹو ریمین ماڈیسٹ۔ مین اونلی ہیز ٹو ایکسیپٹ دا ریلیٹی اینڈ بی ریوارڈڈ ایٹرنلی ان ریٹرن۔" ایاز احمد صاحب نے جمشید</w:t>
      </w:r>
    </w:p>
    <w:p>
      <w:r>
        <w:rPr>
          <w:b/>
        </w:rPr>
        <w:t xml:space="preserve">[53:05] </w:t>
      </w:r>
      <w:r>
        <w:t>pur se likha hai: "parhna nahi aata tab bhi parho." wonderful meaning through today talk.</w:t>
      </w:r>
    </w:p>
    <w:p>
      <w:pPr>
        <w:jc w:val="right"/>
      </w:pPr>
      <w:r>
        <w:t>پور سے لکھا ہے: "پڑھنا نہیں آتا تب بھی پڑھو۔" ونڈرفل میننگ تھرو ٹوڈے ٹاک۔</w:t>
      </w:r>
    </w:p>
    <w:p>
      <w:r>
        <w:rPr>
          <w:b/>
        </w:rPr>
        <w:t xml:space="preserve">[53:12] </w:t>
      </w:r>
      <w:r>
        <w:t>aaj samajh mein aaya ke parhne ka kya matlab hai. mashaa Allah.</w:t>
      </w:r>
    </w:p>
    <w:p>
      <w:pPr>
        <w:jc w:val="right"/>
      </w:pPr>
      <w:r>
        <w:t>آج سمجھ میں آیا کہ پڑھنے کا کیا مطلب ہے۔ ماشاءاللہ۔</w:t>
      </w:r>
    </w:p>
    <w:p>
      <w:r>
        <w:rPr>
          <w:b/>
        </w:rPr>
        <w:t xml:space="preserve">[53:20] </w:t>
      </w:r>
      <w:r>
        <w:t>phir unhon ne likha hai: "allah hum sab ko quran ko phailane ki tofeeq de, aur jo log</w:t>
      </w:r>
    </w:p>
    <w:p>
      <w:pPr>
        <w:jc w:val="right"/>
      </w:pPr>
      <w:r>
        <w:t>پھر انہوں نے لکھا ہے: "اللہ ہم سب کو قرآن کو پھیلانے کی توفیق دے، اور جو لوگ</w:t>
      </w:r>
    </w:p>
    <w:p>
      <w:r>
        <w:rPr>
          <w:b/>
        </w:rPr>
        <w:t xml:space="preserve">[53:28] </w:t>
      </w:r>
      <w:r>
        <w:t>یہ کام کرتے رہے ہیں، انہیں اس کام، ان کے اس کام کو قبول فرمائے۔" Mr. Nadeem Kap</w:t>
      </w:r>
    </w:p>
    <w:p>
      <w:pPr>
        <w:jc w:val="right"/>
      </w:pPr>
      <w:r>
        <w:t>یہ کام کرتے رہے ہیں، انہیں اس کام، ان کے اس کام کو قبول فرمائے۔" مسٹر نودیب کپ</w:t>
      </w:r>
    </w:p>
    <w:p>
      <w:r>
        <w:rPr>
          <w:b/>
        </w:rPr>
        <w:t xml:space="preserve">[53:35] </w:t>
      </w:r>
      <w:r>
        <w:t>Varun from Delhi has written: "Maulana, from today's lecture, I learned that God's greatest gift to human beings is brain. This is what helps us to think and evaluate. This is my eureka moment of the day." Ms. Shabana Ansari from Pakistan has written: "Muslims have left the first basic lesson, the spirit of inquiry. That is why they are</w:t>
      </w:r>
    </w:p>
    <w:p>
      <w:pPr>
        <w:jc w:val="right"/>
      </w:pPr>
      <w:r>
        <w:t>ور نے دلی سے لکھا ہے: "مولانا، فرام ٹوڈے لیکچر، ائی لرنڈ دیٹ گاڈز گریٹسٹ گفٹ ٹو ہیومن بینگز از برین۔ دس از واٹ ہیلپس اس ٹو تھنک اینڈ ایوالو۔ دس از مائی یوریکا موومنٹ اف دا ڈے۔" مس شبانہ انصاری نے پاکستان سے لکھا ہے: "مسلمز ہیو لیفٹ دی فرسٹ بیسک لیسن، دا سپرٹ اف انکوائری۔ دیٹ از وائی دے ای</w:t>
      </w:r>
    </w:p>
    <w:p>
      <w:r>
        <w:rPr>
          <w:b/>
        </w:rPr>
        <w:t xml:space="preserve">[54:05] </w:t>
      </w:r>
      <w:r>
        <w:t>"can't understand that they are not in the right path and following the negative thinking, and are far away from the wisdom." Dr. Naghma Siddiqi ne Delhi se likha hai: "Maulana, I realize today that God has given us guidance in the Quran, but we can get it only through contemplation, and I would like to confirm that it is only your Angrezi Quran translation"</w:t>
      </w:r>
    </w:p>
    <w:p>
      <w:pPr>
        <w:jc w:val="right"/>
      </w:pPr>
      <w:r>
        <w:t>ون کانٹ انڈرسٹینڈ دیٹ دے ار ناٹ ان دا رائٹ پاتھ اینڈ فالونگ دا نیگیٹیو تھنکنگ، اینڈ ار فار اوے فرام دا وزڈم۔" ڈاکٹر نغمہ صدیقی نے دلی سے لکھا ہے: "مولانا، ائی ریلائز ٹوڈے دیٹ گاڈ ہیز گیون اس گائیڈنس ان دا قرآن، بٹ وی کین گیٹ اٹ اونلی تھرو کنٹیمپلیشن، اینڈ ائی وڈ لائک ٹو کنفرم دیٹ اٹ از اونلی یور انگلش قرآن ٹرانسلی</w:t>
      </w:r>
    </w:p>
    <w:p>
      <w:r>
        <w:rPr>
          <w:b/>
        </w:rPr>
        <w:t xml:space="preserve">[54:35] </w:t>
      </w:r>
      <w:r>
        <w:t>شن that a person like me can read and easily understand and contemplate on.</w:t>
      </w:r>
    </w:p>
    <w:p>
      <w:pPr>
        <w:jc w:val="right"/>
      </w:pPr>
      <w:r>
        <w:t>شن دیٹ ا پرسن لائک می کین ریڈ اینڈ ایزیلی انڈرسٹینڈ اینڈ کنٹیمپلیٹ ان۔</w:t>
      </w:r>
    </w:p>
    <w:p>
      <w:r>
        <w:rPr>
          <w:b/>
        </w:rPr>
        <w:t xml:space="preserve">[54:41] </w:t>
      </w:r>
      <w:r>
        <w:t>I would like to also add that this could be done, this could not be done without Dr.</w:t>
      </w:r>
    </w:p>
    <w:p>
      <w:pPr>
        <w:jc w:val="right"/>
      </w:pPr>
      <w:r>
        <w:t>ائی وڈ لائک ٹو السو ایڈ دیٹ دس کڈ بی ڈن، دس کڈ ناٹ بی ڈن وداؤٹ ڈاکٹر</w:t>
      </w:r>
    </w:p>
    <w:p>
      <w:r>
        <w:rPr>
          <w:b/>
        </w:rPr>
        <w:t xml:space="preserve">[54:47] </w:t>
      </w:r>
      <w:r>
        <w:t>fareeda khanum and doctor saniya husnain khan.</w:t>
      </w:r>
    </w:p>
    <w:p>
      <w:pPr>
        <w:jc w:val="right"/>
      </w:pPr>
      <w:r>
        <w:t>فریدہ خانم اینڈ ڈاکٹر ثانیہ حسنین خان۔</w:t>
      </w:r>
    </w:p>
    <w:p>
      <w:r>
        <w:rPr>
          <w:b/>
        </w:rPr>
        <w:t xml:space="preserve">[54:54] </w:t>
      </w:r>
      <w:r>
        <w:t>may god bless your whole family." molana iqbal umri ne jo is waqt sri lanka mein hain, unhon</w:t>
      </w:r>
    </w:p>
    <w:p>
      <w:pPr>
        <w:jc w:val="right"/>
      </w:pPr>
      <w:r>
        <w:t>می گاڈ بلیس یور ہول فیملی۔" مولانا اقبال عمری نے جو اس وقت سری لنکا میں ہیں، انہوں</w:t>
      </w:r>
    </w:p>
    <w:p>
      <w:r>
        <w:rPr>
          <w:b/>
        </w:rPr>
        <w:t xml:space="preserve">[55:00] </w:t>
      </w:r>
      <w:r>
        <w:t>نے لکھا ہے: "مولانا، now I am at the airport of Sri Lanka</w:t>
      </w:r>
    </w:p>
    <w:p>
      <w:pPr>
        <w:jc w:val="right"/>
      </w:pPr>
      <w:r>
        <w:t>نے لکھا ہے: "مولانا، ناؤ ائی ایم ایٹ دی ایئرپورٹ اف سری لنکا</w:t>
      </w:r>
    </w:p>
    <w:p>
      <w:r>
        <w:rPr>
          <w:b/>
        </w:rPr>
        <w:t xml:space="preserve">[55:06] </w:t>
      </w:r>
      <w:r>
        <w:t>and listening to your today talk very clearly.</w:t>
      </w:r>
    </w:p>
    <w:p>
      <w:pPr>
        <w:jc w:val="right"/>
      </w:pPr>
      <w:r>
        <w:t>اینڈ لسننگ ٹو یور ٹوڈے ٹاک ویری کلیئرلی۔</w:t>
      </w:r>
    </w:p>
    <w:p>
      <w:r>
        <w:rPr>
          <w:b/>
        </w:rPr>
        <w:t xml:space="preserve">[55:12] </w:t>
      </w:r>
      <w:r>
        <w:t>I discovered after your talk today that what is our global goal, and that is to only spread</w:t>
      </w:r>
    </w:p>
    <w:p>
      <w:pPr>
        <w:jc w:val="right"/>
      </w:pPr>
      <w:r>
        <w:t>ائی ڈسکورڈ افٹر یور ٹاک ٹوڈے دیٹ واٹ از ار گلوبل گول، اینڈ دیٹ از ٹو اونلی سپریڈ</w:t>
      </w:r>
    </w:p>
    <w:p>
      <w:r>
        <w:rPr>
          <w:b/>
        </w:rPr>
        <w:t xml:space="preserve">[55:18] </w:t>
      </w:r>
      <w:r>
        <w:t>The translation of the Quran, other than all things are irrelevant activities.</w:t>
      </w:r>
    </w:p>
    <w:p>
      <w:pPr>
        <w:jc w:val="right"/>
      </w:pPr>
      <w:r>
        <w:t>دی ٹرانسلیشن اف دا قرآن، ادر دین ال تھنگز ار ار ریلیونٹ ایکٹیویٹیز۔</w:t>
      </w:r>
    </w:p>
    <w:p>
      <w:r>
        <w:rPr>
          <w:b/>
        </w:rPr>
        <w:t xml:space="preserve">[55:24] </w:t>
      </w:r>
      <w:r>
        <w:t>jazak allah molana." molana, sawal lete hain.</w:t>
      </w:r>
    </w:p>
    <w:p>
      <w:pPr>
        <w:jc w:val="right"/>
      </w:pPr>
      <w:r>
        <w:t>جزاک اللہ مولانا۔" مولانا، سوال لیتے ہیں۔</w:t>
      </w:r>
    </w:p>
    <w:p>
      <w:r>
        <w:rPr>
          <w:b/>
        </w:rPr>
        <w:t xml:space="preserve">[55:30] </w:t>
      </w:r>
      <w:r>
        <w:t>yeh ahmedabad se farooq kamal sahab ne samaan bheja, sawal bheja hai. unhon</w:t>
      </w:r>
    </w:p>
    <w:p>
      <w:pPr>
        <w:jc w:val="right"/>
      </w:pPr>
      <w:r>
        <w:t>یہ احمد آباد سے فاروق کمال صاحب نے سامان بھیجا، سوال بھیجا ہے۔ انہوں</w:t>
      </w:r>
    </w:p>
    <w:p>
      <w:r>
        <w:rPr>
          <w:b/>
        </w:rPr>
        <w:t xml:space="preserve">[55:36] </w:t>
      </w:r>
      <w:r>
        <w:t>نے لکھا ہے: "مولانا، you are the only scholar who encourages curiosity even in matters of spirituality and</w:t>
      </w:r>
    </w:p>
    <w:p>
      <w:pPr>
        <w:jc w:val="right"/>
      </w:pPr>
      <w:r>
        <w:t>نے لکھا ہے: "مولانا، یو ار دا اونلی سکالر ہو انکریجز کریوسٹی ایون ان میٹرز اف سپرچویلٹی اینڈ</w:t>
      </w:r>
    </w:p>
    <w:p>
      <w:r>
        <w:rPr>
          <w:b/>
        </w:rPr>
        <w:t xml:space="preserve">[55:44] </w:t>
      </w:r>
      <w:r>
        <w:t>religion, while many other scholars forbade to be curious in matters of Allah and religion.</w:t>
      </w:r>
    </w:p>
    <w:p>
      <w:pPr>
        <w:jc w:val="right"/>
      </w:pPr>
      <w:r>
        <w:t>ریلیجن، وائل مینی ادر سکالرز فاربیڈ ٹو بی کیوریس ان میٹرز اف اللہ اینڈ ریلیجن۔</w:t>
      </w:r>
    </w:p>
    <w:p>
      <w:r>
        <w:rPr>
          <w:b/>
        </w:rPr>
        <w:t xml:space="preserve">[55:51] </w:t>
      </w:r>
      <w:r>
        <w:t>My question is why the scholars don't allow average Muslim to explore and discover Islam? They think by</w:t>
      </w:r>
    </w:p>
    <w:p>
      <w:pPr>
        <w:jc w:val="right"/>
      </w:pPr>
      <w:r>
        <w:t>مائی کوئسچن از وائی دی سکالرز ڈونٹ الاؤ ایوریج مسلم ٹو ایکسپلور اینڈ ڈسکور اسلام؟ دے تھنک بائی</w:t>
      </w:r>
    </w:p>
    <w:p>
      <w:r>
        <w:rPr>
          <w:b/>
        </w:rPr>
        <w:t xml:space="preserve">[55:59] </w:t>
      </w:r>
      <w:r>
        <w:t>questioning religion, we will be doing</w:t>
      </w:r>
    </w:p>
    <w:p>
      <w:pPr>
        <w:jc w:val="right"/>
      </w:pPr>
      <w:r>
        <w:t>کوئسچننگ ریلیجن، وی ویل بی ڈوئنگ</w:t>
      </w:r>
    </w:p>
    <w:p>
      <w:r>
        <w:rPr>
          <w:b/>
        </w:rPr>
        <w:t xml:space="preserve">[56:06] </w:t>
      </w:r>
      <w:r>
        <w:t>a sun.</w:t>
      </w:r>
    </w:p>
    <w:p>
      <w:pPr>
        <w:jc w:val="right"/>
      </w:pPr>
      <w:r>
        <w:t>ا سن۔</w:t>
      </w:r>
    </w:p>
    <w:p>
      <w:r>
        <w:rPr>
          <w:b/>
        </w:rPr>
        <w:t xml:space="preserve">[56:13] </w:t>
      </w:r>
      <w:r>
        <w:t>"What is the source of their ignorance?" main to samajhta hun ke jab age badalta hai, zamana badalta</w:t>
      </w:r>
    </w:p>
    <w:p>
      <w:pPr>
        <w:jc w:val="right"/>
      </w:pPr>
      <w:r>
        <w:t>واٹ از دا سورس اف دیر اگنورنس؟" میں تو سمجھتا ہوں کہ جب ایج بدلتا ہے، زمانہ بدلتا</w:t>
      </w:r>
    </w:p>
    <w:p>
      <w:r>
        <w:rPr>
          <w:b/>
        </w:rPr>
        <w:t xml:space="preserve">[56:19] </w:t>
      </w:r>
      <w:r>
        <w:t>hai to hamesha yeh phenomenon paida hota hai ke log bekhabar ho jate hain.</w:t>
      </w:r>
    </w:p>
    <w:p>
      <w:pPr>
        <w:jc w:val="right"/>
      </w:pPr>
      <w:r>
        <w:t>ہے تو ہمیشہ یہ فیناومینا پیدا ہوتا ہے کہ لوگ بے خبر ہو جاتے ہیں۔</w:t>
      </w:r>
    </w:p>
    <w:p>
      <w:r>
        <w:rPr>
          <w:b/>
        </w:rPr>
        <w:t xml:space="preserve">[56:26] </w:t>
      </w:r>
      <w:r>
        <w:t>yani phenomenon of unawareness hamesha isi waqt aata hai.</w:t>
      </w:r>
    </w:p>
    <w:p>
      <w:pPr>
        <w:jc w:val="right"/>
      </w:pPr>
      <w:r>
        <w:t>یعنی فیناومینا اف ان ایویرنس ہمیشہ اسی وقت آتا ہے۔</w:t>
      </w:r>
    </w:p>
    <w:p>
      <w:r>
        <w:rPr>
          <w:b/>
        </w:rPr>
        <w:t xml:space="preserve">[56:33] </w:t>
      </w:r>
      <w:r>
        <w:t>to is zamane mein</w:t>
      </w:r>
    </w:p>
    <w:p>
      <w:pPr>
        <w:jc w:val="right"/>
      </w:pPr>
      <w:r>
        <w:t>تو اس زمانے میں</w:t>
      </w:r>
    </w:p>
    <w:p>
      <w:r>
        <w:rPr>
          <w:b/>
        </w:rPr>
        <w:t xml:space="preserve">[56:39] </w:t>
      </w:r>
      <w:r>
        <w:t>zamana badal gaya, sab kuch badal gaya, lekin logon ne zamane ki tabdeeli ko jana nahin.</w:t>
      </w:r>
    </w:p>
    <w:p>
      <w:pPr>
        <w:jc w:val="right"/>
      </w:pPr>
      <w:r>
        <w:t>زمانہ بدل گیا، سب کچھ بدل گیا، لیکن لوگوں نے زمانے کی تبدیلی کو جانا نہیں۔</w:t>
      </w:r>
    </w:p>
    <w:p>
      <w:r>
        <w:rPr>
          <w:b/>
        </w:rPr>
        <w:t xml:space="preserve">[56:49] </w:t>
      </w:r>
      <w:r>
        <w:t>woh samajhte hain ke bas wohi zamana abhi bhi chal raha hai.</w:t>
      </w:r>
    </w:p>
    <w:p>
      <w:pPr>
        <w:jc w:val="right"/>
      </w:pPr>
      <w:r>
        <w:t>وہ سمجھتے ہیں کہ بس وہی زمانہ ابھی بھی چل رہا ہے۔</w:t>
      </w:r>
    </w:p>
    <w:p>
      <w:r>
        <w:rPr>
          <w:b/>
        </w:rPr>
        <w:t xml:space="preserve">[56:59] </w:t>
      </w:r>
      <w:r>
        <w:t>to is, is, is, is yani yeh awareness</w:t>
      </w:r>
    </w:p>
    <w:p>
      <w:pPr>
        <w:jc w:val="right"/>
      </w:pPr>
      <w:r>
        <w:t>تو اس، اس، اس، اس یعنی یہ اویرنس</w:t>
      </w:r>
    </w:p>
    <w:p>
      <w:r>
        <w:rPr>
          <w:b/>
        </w:rPr>
        <w:t xml:space="preserve">[57:09] </w:t>
      </w:r>
      <w:r>
        <w:t>chunki nahin hai logon mein, is liye yeh baat hai.</w:t>
      </w:r>
    </w:p>
    <w:p>
      <w:pPr>
        <w:jc w:val="right"/>
      </w:pPr>
      <w:r>
        <w:t>چونکہ نہیں ہے لوگوں میں، اس لیے یہ بات ہے۔</w:t>
      </w:r>
    </w:p>
    <w:p>
      <w:r>
        <w:rPr>
          <w:b/>
        </w:rPr>
        <w:t xml:space="preserve">[57:17] </w:t>
      </w:r>
      <w:r>
        <w:t>to hum ko batana hai ke zamana badal gaya, tab inshallah logon ki yeh kamzori khatm ho jayegi.</w:t>
      </w:r>
    </w:p>
    <w:p>
      <w:pPr>
        <w:jc w:val="right"/>
      </w:pPr>
      <w:r>
        <w:t>تو ہم کو بتانا ہے کہ زمانہ بدل گیا، تب انشاءاللہ لوگوں کی یہ کمزوری ختم ہو جائے گی۔</w:t>
      </w:r>
    </w:p>
    <w:p>
      <w:r>
        <w:rPr>
          <w:b/>
        </w:rPr>
        <w:t xml:space="preserve">[57:24] </w:t>
      </w:r>
      <w:r>
        <w:t>molana abdul aziz sahab ne nanded maharashtra se sawal kiya hai.</w:t>
      </w:r>
    </w:p>
    <w:p>
      <w:pPr>
        <w:jc w:val="right"/>
      </w:pPr>
      <w:r>
        <w:t>مولانا عبدالعزیز صاحب نے ناندیر مہاراشٹر سے سوال کیا ہے۔</w:t>
      </w:r>
    </w:p>
    <w:p>
      <w:r>
        <w:rPr>
          <w:b/>
        </w:rPr>
        <w:t xml:space="preserve">[57:32] </w:t>
      </w:r>
      <w:r>
        <w:t>انہوں نے لکھا ہے کہ: "مولانا، what is mod</w:t>
      </w:r>
    </w:p>
    <w:p>
      <w:pPr>
        <w:jc w:val="right"/>
      </w:pPr>
      <w:r>
        <w:t>انہوں نے لکھا ہے کہ: "مولانا، واٹ از ماڈ</w:t>
      </w:r>
    </w:p>
    <w:p>
      <w:r>
        <w:rPr>
          <w:b/>
        </w:rPr>
        <w:t xml:space="preserve">[57:39] </w:t>
      </w:r>
      <w:r>
        <w:t>"Yes, please explain with examples." Modesty, look, was in all the companions.</w:t>
      </w:r>
    </w:p>
    <w:p>
      <w:pPr>
        <w:jc w:val="right"/>
      </w:pPr>
      <w:r>
        <w:t>یسٹی؟ پلیز ایکسپلین ود ایگزیمپلز۔" ماڈیسٹی دیکھیں، تمام صحابہ میں تھی۔</w:t>
      </w:r>
    </w:p>
    <w:p>
      <w:r>
        <w:rPr>
          <w:b/>
        </w:rPr>
        <w:t xml:space="preserve">[57:49] </w:t>
      </w:r>
      <w:r>
        <w:t>jaise hazrat umar ke bare mein aata hai ke: "kaana yata'allamu min kulli ahad".</w:t>
      </w:r>
    </w:p>
    <w:p>
      <w:pPr>
        <w:jc w:val="right"/>
      </w:pPr>
      <w:r>
        <w:t>جیسے حضرت عمر کے بارے میں آتا ہے کہ: "کان یتعلم من کل احد"۔</w:t>
      </w:r>
    </w:p>
    <w:p>
      <w:r>
        <w:rPr>
          <w:b/>
        </w:rPr>
        <w:t xml:space="preserve">[58:00] </w:t>
      </w:r>
      <w:r>
        <w:t>woh har ek se learn</w:t>
      </w:r>
    </w:p>
    <w:p>
      <w:pPr>
        <w:jc w:val="right"/>
      </w:pPr>
      <w:r>
        <w:t>وہ ہر ایک سے لرن</w:t>
      </w:r>
    </w:p>
    <w:p>
      <w:r>
        <w:rPr>
          <w:b/>
        </w:rPr>
        <w:t xml:space="preserve">[58:10] </w:t>
      </w:r>
      <w:r>
        <w:t>ing karte the.</w:t>
      </w:r>
    </w:p>
    <w:p>
      <w:pPr>
        <w:jc w:val="right"/>
      </w:pPr>
      <w:r>
        <w:t>نگ کرتے تھے۔</w:t>
      </w:r>
    </w:p>
    <w:p>
      <w:r>
        <w:rPr>
          <w:b/>
        </w:rPr>
        <w:t xml:space="preserve">[58:15] </w:t>
      </w:r>
      <w:r>
        <w:t>hazrat umar jo itna bada darja tha, un ka islam mein to un ke bare mein yeh aata</w:t>
      </w:r>
    </w:p>
    <w:p>
      <w:pPr>
        <w:jc w:val="right"/>
      </w:pPr>
      <w:r>
        <w:t>حضرت عمر جو اتنا بڑا درجہ تھا، ان کا اسلام میں تو ان کے بارے میں یہ آتا</w:t>
      </w:r>
    </w:p>
    <w:p>
      <w:r>
        <w:rPr>
          <w:b/>
        </w:rPr>
        <w:t xml:space="preserve">[58:20] </w:t>
      </w:r>
      <w:r>
        <w:t>ہے کہ وہ ہر ایک سے learning کرتے تھے۔</w:t>
      </w:r>
    </w:p>
    <w:p>
      <w:pPr>
        <w:jc w:val="right"/>
      </w:pPr>
      <w:r>
        <w:t>ہے کہ وہ ہر ایک سے لرننگ کرتے تھے۔</w:t>
      </w:r>
    </w:p>
    <w:p>
      <w:r>
        <w:rPr>
          <w:b/>
        </w:rPr>
        <w:t xml:space="preserve">[58:26] </w:t>
      </w:r>
      <w:r>
        <w:t>to bohat bari baat hai.</w:t>
      </w:r>
    </w:p>
    <w:p>
      <w:pPr>
        <w:jc w:val="right"/>
      </w:pPr>
      <w:r>
        <w:t>تو بہت بڑی بات ہے۔</w:t>
      </w:r>
    </w:p>
    <w:p>
      <w:r>
        <w:rPr>
          <w:b/>
        </w:rPr>
        <w:t xml:space="preserve">[58:31] </w:t>
      </w:r>
      <w:r>
        <w:t>to yeh kab hota hai? jab aap ko apne jaane hue par nazar na ho, na jaane hue</w:t>
      </w:r>
    </w:p>
    <w:p>
      <w:pPr>
        <w:jc w:val="right"/>
      </w:pPr>
      <w:r>
        <w:t>تو یہ کب ہوتا ہے؟ جب آپ کو اپنے جانے ہوئے پر نظر نہ ہو، نہ جانے ہوئے</w:t>
      </w:r>
    </w:p>
    <w:p>
      <w:r>
        <w:rPr>
          <w:b/>
        </w:rPr>
        <w:t xml:space="preserve">[58:37] </w:t>
      </w:r>
      <w:r>
        <w:t>par nazar ho.</w:t>
      </w:r>
    </w:p>
    <w:p>
      <w:pPr>
        <w:jc w:val="right"/>
      </w:pPr>
      <w:r>
        <w:t>پر نظر ہو۔</w:t>
      </w:r>
    </w:p>
    <w:p>
      <w:r>
        <w:rPr>
          <w:b/>
        </w:rPr>
        <w:t xml:space="preserve">[58:42] </w:t>
      </w:r>
      <w:r>
        <w:t>modesty ka matlab yeh hai ke aap ko apne na jaane wala item jo hai, woh aap ka focus ho, jaana hua nahin. agar aap ka focus ho jaane hue item par to aap ka arrogance paida hoga, aur aap focus ho na jaane hue item par to aap ke andar learning ki sprit jayegi. to mahaz mod</w:t>
      </w:r>
    </w:p>
    <w:p>
      <w:pPr>
        <w:jc w:val="right"/>
      </w:pPr>
      <w:r>
        <w:t>ماڈیسٹی کا مطلب یہ ہے کہ آپ کو اپنے نہ جانے والا آئٹم جو ہے، وہ آپ کا فوکس ہو، جانا ہوا نہیں۔ اگر آپ کا فوکس ہو جانے ہوئے آئٹم پر تو آپ کا اروگنس پیدا ہوگا، اور آپ فوکس ہو نہ جانے ہوئے آئٹم پر تو آپ کے اندر لرننگ کی سپرٹ جائے گی۔ تو محض ما</w:t>
      </w:r>
    </w:p>
    <w:p>
      <w:r>
        <w:rPr>
          <w:b/>
        </w:rPr>
        <w:t xml:space="preserve">[59:12] </w:t>
      </w:r>
      <w:r>
        <w:t>Destiny ka yani practical term mein yeh matlab hai ke apne ilm mein har din badhana, apne</w:t>
      </w:r>
    </w:p>
    <w:p>
      <w:pPr>
        <w:jc w:val="right"/>
      </w:pPr>
      <w:r>
        <w:t>ڈیسٹی کا یعنی پریکٹیکل ٹرم میں یہ مطلب مطلب ہے کہ اپنے علم میں ہر دن بڑھانا، اپنے</w:t>
      </w:r>
    </w:p>
    <w:p>
      <w:r>
        <w:rPr>
          <w:b/>
        </w:rPr>
        <w:t xml:space="preserve">[59:18] </w:t>
      </w:r>
      <w:r>
        <w:t>ilm mein barhate rehna.</w:t>
      </w:r>
    </w:p>
    <w:p>
      <w:pPr>
        <w:jc w:val="right"/>
      </w:pPr>
      <w:r>
        <w:t>علم میں بڑھاتے رہنا۔</w:t>
      </w:r>
    </w:p>
    <w:p>
      <w:r>
        <w:rPr>
          <w:b/>
        </w:rPr>
        <w:t xml:space="preserve">[59:24] </w:t>
      </w:r>
      <w:r>
        <w:t>modesty hogi to ilm barhta rahega, barhta rahega, barhta rahega.</w:t>
      </w:r>
    </w:p>
    <w:p>
      <w:pPr>
        <w:jc w:val="right"/>
      </w:pPr>
      <w:r>
        <w:t>ماڈیسٹی ہوگی تو علم بڑھتا رہے گا، بڑھتا رہے گا، بڑھتا رہے گا۔</w:t>
      </w:r>
    </w:p>
    <w:p>
      <w:r>
        <w:rPr>
          <w:b/>
        </w:rPr>
        <w:t xml:space="preserve">[59:30] </w:t>
      </w:r>
      <w:r>
        <w:t>تو ماڈیسٹی کب آتی ہے؟ جب آپ کا تو arrogance نہ ہو۔</w:t>
      </w:r>
    </w:p>
    <w:p>
      <w:pPr>
        <w:jc w:val="right"/>
      </w:pPr>
      <w:r>
        <w:t>تو ماڈیسٹی کب آتی ہے؟ جب آپ کا تو اروگنس نہ ہو۔</w:t>
      </w:r>
    </w:p>
    <w:p>
      <w:r>
        <w:rPr>
          <w:b/>
        </w:rPr>
        <w:t xml:space="preserve">[59:36] </w:t>
      </w:r>
      <w:r>
        <w:t>allah ki barhai dekhen, allah ki barhai ko agar</w:t>
      </w:r>
    </w:p>
    <w:p>
      <w:pPr>
        <w:jc w:val="right"/>
      </w:pPr>
      <w:r>
        <w:t>اللہ کی بڑائی دیکھیں، اللہ کی بڑائی کو اگر</w:t>
      </w:r>
    </w:p>
    <w:p>
      <w:r>
        <w:rPr>
          <w:b/>
        </w:rPr>
        <w:t xml:space="preserve">[59:42] </w:t>
      </w:r>
      <w:r>
        <w:t>aap diskavar kar len, Allah ki barai ko agar aap diskavar kar len to apne aap hi aisa hota hai ke modesty aap ke andar aa jati hai, arrogance khatam ho jata hai. to modesty nam hai Allah ko diskavar karne ka, jo result ka. jitna aap Allah ko diskavar karenge, utni modesty aayeg</w:t>
      </w:r>
    </w:p>
    <w:p>
      <w:pPr>
        <w:jc w:val="right"/>
      </w:pPr>
      <w:r>
        <w:t>آپ ڈسکور کر لیں، اللہ کی بڑائی کو اگر آپ ڈسکور کر لیں تو اپنے آپ ہی ایسا ہوتا ہے کہ ماڈیسٹی آپ کے اندر آ جاتی ہے، اروگنس ختم ہو جاتا ہے۔ تو ماڈیسٹی نام ہے اللہ کو ڈسکور کرنے کا، جو رزلٹ کا۔ جتنا آپ اللہ کو ڈسکور کریں گے، اتنی ماڈیسٹی آئے گ</w:t>
      </w:r>
    </w:p>
    <w:p>
      <w:r>
        <w:rPr>
          <w:b/>
        </w:rPr>
        <w:t xml:space="preserve">[1:00:12] </w:t>
      </w:r>
      <w:r>
        <w:t>ی، اور جتنا آپ نے اللہ کو discover نہیں کیا ہو، وہ اسی قدر modesty کم ہوگی آپ کے اندر۔</w:t>
      </w:r>
    </w:p>
    <w:p>
      <w:pPr>
        <w:jc w:val="right"/>
      </w:pPr>
      <w:r>
        <w:t>ی، اور جتنا آپ نے اللہ کو ڈسکور نہیں کیا ہو، وہ اسی قدر ماڈیسٹی کم ہوگی آپ کے اندر۔</w:t>
      </w:r>
    </w:p>
    <w:p>
      <w:r>
        <w:rPr>
          <w:b/>
        </w:rPr>
        <w:t xml:space="preserve">[1:00:20] </w:t>
      </w:r>
      <w:r>
        <w:t>to jarr ki baat yeh hai ke aap allah rab ul alameen ko discover kiya hai ke nahi kiya hai.</w:t>
      </w:r>
    </w:p>
    <w:p>
      <w:pPr>
        <w:jc w:val="right"/>
      </w:pPr>
      <w:r>
        <w:t>تو جڑ کی بات یہ ہے کہ آپ اللہ رب العالمین کو ڈسکور کیا ہے کہ نہیں کیا ہے۔</w:t>
      </w:r>
    </w:p>
    <w:p>
      <w:r>
        <w:rPr>
          <w:b/>
        </w:rPr>
        <w:t xml:space="preserve">[1:00:27] </w:t>
      </w:r>
      <w:r>
        <w:t>agar discover kiya hai to modesty aayegi, aur discover nahi kiya hai to modesty nahi aayegi,</w:t>
      </w:r>
    </w:p>
    <w:p>
      <w:pPr>
        <w:jc w:val="right"/>
      </w:pPr>
      <w:r>
        <w:t>اگر ڈسکور کیا ہے تو ماڈیسٹی آئے گی، اور ڈسکور نہیں کیا ہے تو ماڈیسٹی نہیں آئے گی،</w:t>
      </w:r>
    </w:p>
    <w:p>
      <w:r>
        <w:rPr>
          <w:b/>
        </w:rPr>
        <w:t xml:space="preserve">[1:00:34] </w:t>
      </w:r>
      <w:r>
        <w:t>balkay aap ke andar arrogance aayega.</w:t>
      </w:r>
    </w:p>
    <w:p>
      <w:pPr>
        <w:jc w:val="right"/>
      </w:pPr>
      <w:r>
        <w:t>بلکہ آپ کے اندر اروگنس آئے گا۔</w:t>
      </w:r>
    </w:p>
    <w:p>
      <w:r>
        <w:rPr>
          <w:b/>
        </w:rPr>
        <w:t xml:space="preserve">[1:00:42] </w:t>
      </w:r>
      <w:r>
        <w:t>maulana, kuch aur comments parhna chahenge?</w:t>
      </w:r>
    </w:p>
    <w:p>
      <w:pPr>
        <w:jc w:val="right"/>
      </w:pPr>
      <w:r>
        <w:t>مولانا، کچھ اور کمنٹس پڑھنا چاہیں گے؟</w:t>
      </w:r>
    </w:p>
    <w:p>
      <w:r>
        <w:rPr>
          <w:b/>
        </w:rPr>
        <w:t xml:space="preserve">[1:00:49] </w:t>
      </w:r>
      <w:r>
        <w:t>"مولانا صاحب، today's talk is a much awakened one for me،</w:t>
      </w:r>
    </w:p>
    <w:p>
      <w:pPr>
        <w:jc w:val="right"/>
      </w:pPr>
      <w:r>
        <w:t>وکرانت ڈاگر نے دلی سے لکھا ہے: "مولانا صاحب، ٹوڈے ٹاک از ا مچ اویکن ون فار می،</w:t>
      </w:r>
    </w:p>
    <w:p>
      <w:r>
        <w:rPr>
          <w:b/>
        </w:rPr>
        <w:t xml:space="preserve">[1:00:57] </w:t>
      </w:r>
      <w:r>
        <w:t>specially for two points.</w:t>
      </w:r>
    </w:p>
    <w:p>
      <w:pPr>
        <w:jc w:val="right"/>
      </w:pPr>
      <w:r>
        <w:t>اسپیشلی فار ٹو پوائنٹس۔</w:t>
      </w:r>
    </w:p>
    <w:p>
      <w:r>
        <w:rPr>
          <w:b/>
        </w:rPr>
        <w:t xml:space="preserve">[1:01:05] </w:t>
      </w:r>
      <w:r>
        <w:t>Firstly, we have to focus on thinking more than reading, which helps us to discover learning from all sources.</w:t>
      </w:r>
    </w:p>
    <w:p>
      <w:pPr>
        <w:jc w:val="right"/>
      </w:pPr>
      <w:r>
        <w:t>فرسٹلی، وی ہیو ٹو فوکس ان تھنکنگ مور دین ریڈنگ، وچ ہیلپس اس ٹو ڈسکور لرننگ فرام ال سورسز۔</w:t>
      </w:r>
    </w:p>
    <w:p>
      <w:r>
        <w:rPr>
          <w:b/>
        </w:rPr>
        <w:t xml:space="preserve">[1:01:12] </w:t>
      </w:r>
      <w:r>
        <w:t>سیکنڈلی، ڈسٹریبیوشن آف قرآن وِل بِی دا وَن اینڈ اونلی مِشن وِچ وِل ٹیک می ٹو ڈیسٹینیشن ڈیسائیڈڈ بائی گاڈ۔"</w:t>
      </w:r>
    </w:p>
    <w:p>
      <w:pPr>
        <w:jc w:val="right"/>
      </w:pPr>
      <w:r>
        <w:t>سیکنڈلی، ڈسٹریبیوشن اف قرآن ول بی دا ون اینڈ اونلی مشن وچ ول ٹیک می ٹو ڈیسٹینیشن ڈیسائیڈڈ بائی گاڈ۔"</w:t>
      </w:r>
    </w:p>
    <w:p>
      <w:r>
        <w:rPr>
          <w:b/>
        </w:rPr>
        <w:t xml:space="preserve">[1:01:20] </w:t>
      </w:r>
      <w:r>
        <w:t>Mister Faraz Khan ne Delhi se likha hai: "Maulana, today I understood that even the ability to read is not important, rather it is the ability to think, which helps us develop our personality. Jazak Allah Maulana for emphasizing on the value of thinking." Miss Tuty Malhotra ne Delhi se likha hai: "Maulana, today it is very clear that the problem of Muslims will not end till the time their</w:t>
      </w:r>
    </w:p>
    <w:p>
      <w:pPr>
        <w:jc w:val="right"/>
      </w:pPr>
      <w:r>
        <w:t>مسٹر فراز خان نے دلی سے لکھا ہے: "مولانا، ٹوڈے ائی انڈرسٹوڈ دیٹ ایون دی ایبیلیٹی ٹو ریڈ از ناٹ امپورٹنٹ، رادر اٹ از دی ایبیلیٹی ٹو تھنک، وچ ہیلپس اس ڈیویلپ اور پرسنیلٹی۔ جزاک اللہ مولانا فار ایمفسائزنگ ان دا ویلیو اف تھنکنگ۔" مس طوطی ملوترا نے دلی سے لکھا ہے: "مولانا، ٹوڈے اٹ از ویری کلیئر دیٹ دا پرابلم اف مسلمز ول ناٹ اینڈ ٹل دا ٹائم داور</w:t>
      </w:r>
    </w:p>
    <w:p>
      <w:r>
        <w:rPr>
          <w:b/>
        </w:rPr>
        <w:t xml:space="preserve">[1:01:50] </w:t>
      </w:r>
      <w:r>
        <w:t>work becomes their number one priority." mashallah.</w:t>
      </w:r>
    </w:p>
    <w:p>
      <w:pPr>
        <w:jc w:val="right"/>
      </w:pPr>
      <w:r>
        <w:t>ورک بیکمز دیر نمبر ون پرائرٹی۔" ماشاءاللہ۔</w:t>
      </w:r>
    </w:p>
    <w:p>
      <w:r>
        <w:rPr>
          <w:b/>
        </w:rPr>
        <w:t xml:space="preserve">[1:01:56] </w:t>
      </w:r>
      <w:r>
        <w:t>maulana, aap questions lete hain.</w:t>
      </w:r>
    </w:p>
    <w:p>
      <w:pPr>
        <w:jc w:val="right"/>
      </w:pPr>
      <w:r>
        <w:t>مولانا، آپ کوئسچن لیتے ہیں۔</w:t>
      </w:r>
    </w:p>
    <w:p>
      <w:r>
        <w:rPr>
          <w:b/>
        </w:rPr>
        <w:t xml:space="preserve">[1:02:02] </w:t>
      </w:r>
      <w:r>
        <w:t>yeh aamir mauri sahib ne bheja hai srinagar se.</w:t>
      </w:r>
    </w:p>
    <w:p>
      <w:pPr>
        <w:jc w:val="right"/>
      </w:pPr>
      <w:r>
        <w:t>یہ عامر موری صاحب نے بھیجا ہے سری نگر سے۔</w:t>
      </w:r>
    </w:p>
    <w:p>
      <w:r>
        <w:rPr>
          <w:b/>
        </w:rPr>
        <w:t xml:space="preserve">[1:02:08] </w:t>
      </w:r>
      <w:r>
        <w:t>انہوں نے لکھا ہے: "مولانا، what is the most important thing that one should take in top priority</w:t>
      </w:r>
    </w:p>
    <w:p>
      <w:pPr>
        <w:jc w:val="right"/>
      </w:pPr>
      <w:r>
        <w:t>انہوں نے لکھا ہے: "مولانا، واٹ از دا موسٹ امپورٹنٹ تھنگ دیٹ ون شوڈ ٹیک ان ٹاپ پرائرٹی</w:t>
      </w:r>
    </w:p>
    <w:p>
      <w:r>
        <w:rPr>
          <w:b/>
        </w:rPr>
        <w:t xml:space="preserve">[1:02:14] </w:t>
      </w:r>
      <w:r>
        <w:t>while striving to achieve any mission? What is your guidance for all of us</w:t>
      </w:r>
    </w:p>
    <w:p>
      <w:pPr>
        <w:jc w:val="right"/>
      </w:pPr>
      <w:r>
        <w:t>وائل سٹرائیونگ ٹو اچیو اینی مشن؟ واٹ از یور گائیڈنس فار ال اف اس</w:t>
      </w:r>
    </w:p>
    <w:p>
      <w:r>
        <w:rPr>
          <w:b/>
        </w:rPr>
        <w:t xml:space="preserve">[1:02:20] </w:t>
      </w:r>
      <w:r>
        <w:t>"discovery of god.</w:t>
      </w:r>
    </w:p>
    <w:p>
      <w:pPr>
        <w:jc w:val="right"/>
      </w:pPr>
      <w:r>
        <w:t>؟" ڈسکوری اف گاڈ۔</w:t>
      </w:r>
    </w:p>
    <w:p>
      <w:r>
        <w:rPr>
          <w:b/>
        </w:rPr>
        <w:t xml:space="preserve">[1:02:29] </w:t>
      </w:r>
      <w:r>
        <w:t>jab aap allah rab ul alameen ko jaan lete hain to har cheez aap ke andar aa jati hai, har cheez.</w:t>
      </w:r>
    </w:p>
    <w:p>
      <w:pPr>
        <w:jc w:val="right"/>
      </w:pPr>
      <w:r>
        <w:t>جب آپ اللہ رب العالمین کو جان لیتے ہیں تو ہر چیز آپ کے اندر آ جاتی ہے، ہر چیز۔</w:t>
      </w:r>
    </w:p>
    <w:p>
      <w:r>
        <w:rPr>
          <w:b/>
        </w:rPr>
        <w:t xml:space="preserve">[1:02:38] </w:t>
      </w:r>
      <w:r>
        <w:t>aur jab tak aap allah rab ul alameen se bekhabar rehte hain, tab tak har cheez aap ke</w:t>
      </w:r>
    </w:p>
    <w:p>
      <w:pPr>
        <w:jc w:val="right"/>
      </w:pPr>
      <w:r>
        <w:t>اور جب تک آپ اللہ رب العالمین سے بے خبر رہتے ہیں، تب تک ہر چیز آپ کے</w:t>
      </w:r>
    </w:p>
    <w:p>
      <w:r>
        <w:rPr>
          <w:b/>
        </w:rPr>
        <w:t xml:space="preserve">[1:02:46] </w:t>
      </w:r>
      <w:r>
        <w:t>andar nahi aati.</w:t>
      </w:r>
    </w:p>
    <w:p>
      <w:pPr>
        <w:jc w:val="right"/>
      </w:pPr>
      <w:r>
        <w:t>اندر نہیں آتی۔</w:t>
      </w:r>
    </w:p>
    <w:p>
      <w:r>
        <w:rPr>
          <w:b/>
        </w:rPr>
        <w:t xml:space="preserve">[1:02:55] </w:t>
      </w:r>
      <w:r>
        <w:t>maulana, comment bheja hai abdul rehman sahib ne ghaziabad se.</w:t>
      </w:r>
    </w:p>
    <w:p>
      <w:pPr>
        <w:jc w:val="right"/>
      </w:pPr>
      <w:r>
        <w:t>مولانا، کمنٹ بھیجا ہے عبدالرحمن صاحب نے غازی آباد سے۔</w:t>
      </w:r>
    </w:p>
    <w:p>
      <w:r>
        <w:rPr>
          <w:b/>
        </w:rPr>
        <w:t xml:space="preserve">[1:03:01] </w:t>
      </w:r>
      <w:r>
        <w:t>انہوں نے لکھا ہے: "What I derive from today's talk is that we can't go ahead in our</w:t>
      </w:r>
    </w:p>
    <w:p>
      <w:pPr>
        <w:jc w:val="right"/>
      </w:pPr>
      <w:r>
        <w:t>انہوں نے لکھا ہے: "واٹ ائی ڈرائیو فرام ٹوڈے ٹاک از دیٹ وی کانٹ گو ہیڈ ان داور</w:t>
      </w:r>
    </w:p>
    <w:p>
      <w:r>
        <w:rPr>
          <w:b/>
        </w:rPr>
        <w:t xml:space="preserve">[1:03:07] </w:t>
      </w:r>
      <w:r>
        <w:t>work without developing the spirit of inquiry.</w:t>
      </w:r>
    </w:p>
    <w:p>
      <w:pPr>
        <w:jc w:val="right"/>
      </w:pPr>
      <w:r>
        <w:t>ورک وداؤٹ ڈیویلپنگ دا سپرٹ اف انکوائری۔</w:t>
      </w:r>
    </w:p>
    <w:p>
      <w:r>
        <w:rPr>
          <w:b/>
        </w:rPr>
        <w:t xml:space="preserve">[1:03:13] </w:t>
      </w:r>
      <w:r>
        <w:t>May Allah keep our spirit of inquiry intact so that things are discovered in the right direction." Sajid Anwar</w:t>
      </w:r>
    </w:p>
    <w:p>
      <w:pPr>
        <w:jc w:val="right"/>
      </w:pPr>
      <w:r>
        <w:t>می اللہ کیپ اور سپرٹ اف انکوائری انٹیکٹ سو دیٹ تھنگز ار ڈسکورڈ ان رائٹ ڈائریکشن۔" ساجد انور</w:t>
      </w:r>
    </w:p>
    <w:p>
      <w:r>
        <w:rPr>
          <w:b/>
        </w:rPr>
        <w:t xml:space="preserve">[1:03:19] </w:t>
      </w:r>
      <w:r>
        <w:t>صاحب نے لکھا ہے کہ: "مولانا صاحب، Mumbai team is collectively listening to</w:t>
      </w:r>
    </w:p>
    <w:p>
      <w:pPr>
        <w:jc w:val="right"/>
      </w:pPr>
      <w:r>
        <w:t>صاحب نے لکھا ہے کہ: "مولانا صاحب، ممبئی ٹیم از کلیکٹیولی لسننگ ٹو</w:t>
      </w:r>
    </w:p>
    <w:p>
      <w:r>
        <w:rPr>
          <w:b/>
        </w:rPr>
        <w:t xml:space="preserve">[1:03:25] </w:t>
      </w:r>
      <w:r>
        <w:t>your today talk on our meeting location." bohat acha, yeh sab logon ko karna chahiye.</w:t>
      </w:r>
    </w:p>
    <w:p>
      <w:pPr>
        <w:jc w:val="right"/>
      </w:pPr>
      <w:r>
        <w:t>یور ٹوڈے ٹاک ان اور میٹنگ لوکیشن۔" بہت اچھا، یہ سب لوگوں کو کرنا چاہیے۔</w:t>
      </w:r>
    </w:p>
    <w:p>
      <w:r>
        <w:rPr>
          <w:b/>
        </w:rPr>
        <w:t xml:space="preserve">[1:03:33] </w:t>
      </w:r>
      <w:r>
        <w:t>yeh jo tareeqa hai, collectively sunna, yeh sab ko karna chahiye.</w:t>
      </w:r>
    </w:p>
    <w:p>
      <w:pPr>
        <w:jc w:val="right"/>
      </w:pPr>
      <w:r>
        <w:t>یہ جو طریقہ ہے، کلیکٹیولی سننا، یہ سب کو کرنا چاہیے۔</w:t>
      </w:r>
    </w:p>
    <w:p>
      <w:r>
        <w:rPr>
          <w:b/>
        </w:rPr>
        <w:t xml:space="preserve">[1:03:40] </w:t>
      </w:r>
      <w:r>
        <w:t>sab ko apne program ko reschedule karna chahiye.</w:t>
      </w:r>
    </w:p>
    <w:p>
      <w:pPr>
        <w:jc w:val="right"/>
      </w:pPr>
      <w:r>
        <w:t>سب کو اپنے پروگرام کو ری شیڈیول کرنا چاہیے۔</w:t>
      </w:r>
    </w:p>
    <w:p>
      <w:r>
        <w:rPr>
          <w:b/>
        </w:rPr>
        <w:t xml:space="preserve">[1:03:48] </w:t>
      </w:r>
      <w:r>
        <w:t>har sunday ko aap ko chahiye ke har jagah ke, har jagah ke logon ko ke aap apne</w:t>
      </w:r>
    </w:p>
    <w:p>
      <w:pPr>
        <w:jc w:val="right"/>
      </w:pPr>
      <w:r>
        <w:t>ہر سنڈے کو آپ کو چاہیے کہ ہر جگہ کے، ہر جگہ کے لوگوں کو کہ آپ اپنے</w:t>
      </w:r>
    </w:p>
    <w:p>
      <w:r>
        <w:rPr>
          <w:b/>
        </w:rPr>
        <w:t xml:space="preserve">[1:03:56] </w:t>
      </w:r>
      <w:r>
        <w:t>program ko reschedule karen aur collectively is ko sunen.</w:t>
      </w:r>
    </w:p>
    <w:p>
      <w:pPr>
        <w:jc w:val="right"/>
      </w:pPr>
      <w:r>
        <w:t>پروگرام کو ری شیڈیول کریں اور کلیکٹیولی اس کو سنیں۔</w:t>
      </w:r>
    </w:p>
    <w:p>
      <w:r>
        <w:rPr>
          <w:b/>
        </w:rPr>
        <w:t xml:space="preserve">[1:04:03] </w:t>
      </w:r>
      <w:r>
        <w:t>is mein aap ka, aap ka masjidon ka reward bohat barh jayega.</w:t>
      </w:r>
    </w:p>
    <w:p>
      <w:pPr>
        <w:jc w:val="right"/>
      </w:pPr>
      <w:r>
        <w:t>اس میں آپ کا، آپ کا مسجدوں کا ریوارڈ بہت بڑھ جائے گا۔</w:t>
      </w:r>
    </w:p>
    <w:p>
      <w:r>
        <w:rPr>
          <w:b/>
        </w:rPr>
        <w:t xml:space="preserve">[1:04:11] </w:t>
      </w:r>
      <w:r>
        <w:t>mohammad irfan rashidi sahib ne nagpur se likha hai: "maulana sahib, maujooda halaat ne non muslims mein quran</w:t>
      </w:r>
    </w:p>
    <w:p>
      <w:pPr>
        <w:jc w:val="right"/>
      </w:pPr>
      <w:r>
        <w:t>محمد عرفان رشیدی صاحب نے ناکپور سے لکھا ہے: "مولانا صاحب، موجودہ حالات نے نان مسلمز میں قرآن</w:t>
      </w:r>
    </w:p>
    <w:p>
      <w:r>
        <w:rPr>
          <w:b/>
        </w:rPr>
        <w:t xml:space="preserve">[1:04:18] </w:t>
      </w:r>
      <w:r>
        <w:t>aur Islam se mutaliq spirit of inquiry create kar di</w:t>
      </w:r>
    </w:p>
    <w:p>
      <w:pPr>
        <w:jc w:val="right"/>
      </w:pPr>
      <w:r>
        <w:t>اور اسلام سے متعلق سپرٹ اف انکوائری کریٹ کر دی</w:t>
      </w:r>
    </w:p>
    <w:p>
      <w:r>
        <w:rPr>
          <w:b/>
        </w:rPr>
        <w:t xml:space="preserve">[1:04:26] </w:t>
      </w:r>
      <w:r>
        <w:t>hai. hamein daur work ke douran kai baar yeh experience hua ke logon ne khud hi hum se quran ki demand ki. they were very eager to read it. it made daur work very easy." mashallah, mashallah. maulana, ab sawal lena chahenge. yeh sawal bheja hai tamil nadu se faiz qadri sahab. faiz qadri sahab</w:t>
      </w:r>
    </w:p>
    <w:p>
      <w:pPr>
        <w:jc w:val="right"/>
      </w:pPr>
      <w:r>
        <w:t>ہے۔ ہمیں داور ورک کے دوران کئی بار یہ ایکسپیرینس ہوا کہ لوگوں نے خود ہی ہم سے قرآن کی ڈیمانڈ کی۔ دے وار ویری ایگر ٹو ریڈ اٹ۔ اٹ میڈ داور ورک ویری ایزی۔" ماشاءاللہ، ماشاءاللہ۔ مولانا، اب سوال لینا چاہیں گے۔ یہ سوال بھیجا ہے تمل ناڈو سے فیض قادری صاحب۔ فیض قادری صاحب</w:t>
      </w:r>
    </w:p>
    <w:p>
      <w:r>
        <w:rPr>
          <w:b/>
        </w:rPr>
        <w:t xml:space="preserve">[1:04:56] </w:t>
      </w:r>
      <w:r>
        <w:t>ne bheja hai coimbatore se.</w:t>
      </w:r>
    </w:p>
    <w:p>
      <w:pPr>
        <w:jc w:val="right"/>
      </w:pPr>
      <w:r>
        <w:t>نے بھیجا ہے کوئمبٹور سے۔</w:t>
      </w:r>
    </w:p>
    <w:p>
      <w:r>
        <w:rPr>
          <w:b/>
        </w:rPr>
        <w:t xml:space="preserve">[1:05:02] </w:t>
      </w:r>
      <w:r>
        <w:t>انہوں نے لکھا ہے: "تمل ناڈو کی ایک جماعت spiritual Islam کی ٹرم کو بہت زیادہ استعمال کر رہی ہے۔</w:t>
      </w:r>
    </w:p>
    <w:p>
      <w:pPr>
        <w:jc w:val="right"/>
      </w:pPr>
      <w:r>
        <w:t>انہوں نے لکھا ہے: "تمل ناڈو کی ایک جماعت سپرچول اسلام کی ٹرم کو بہت زیادہ استعمال کر رہی ہے۔</w:t>
      </w:r>
    </w:p>
    <w:p>
      <w:r>
        <w:rPr>
          <w:b/>
        </w:rPr>
        <w:t xml:space="preserve">[1:05:08] </w:t>
      </w:r>
      <w:r>
        <w:t>yeh term kitni sahi hai, is ke baray mein batayen." maulana, unhon ne ek term istemal ki hai:</w:t>
      </w:r>
    </w:p>
    <w:p>
      <w:pPr>
        <w:jc w:val="right"/>
      </w:pPr>
      <w:r>
        <w:t>یہ ٹرم کتنی صحیح ہے، اس کے بارے میں بتائیں۔" مولانا، انہوں نے ایک ٹرم استعمال کی ہے:</w:t>
      </w:r>
    </w:p>
    <w:p>
      <w:r>
        <w:rPr>
          <w:b/>
        </w:rPr>
        <w:t xml:space="preserve">[1:05:14] </w:t>
      </w:r>
      <w:r>
        <w:t>"spiritual islam." spiritual islam.</w:t>
      </w:r>
    </w:p>
    <w:p>
      <w:pPr>
        <w:jc w:val="right"/>
      </w:pPr>
      <w:r>
        <w:t>"سپرچول اسلام۔" سپرچول اسلام۔</w:t>
      </w:r>
    </w:p>
    <w:p>
      <w:r>
        <w:rPr>
          <w:b/>
        </w:rPr>
        <w:t xml:space="preserve">[1:05:20] </w:t>
      </w:r>
      <w:r>
        <w:t>to un ka kehna yeh hai ke tamil nadu ki ek jamaat</w:t>
      </w:r>
    </w:p>
    <w:p>
      <w:pPr>
        <w:jc w:val="right"/>
      </w:pPr>
      <w:r>
        <w:t>تو ان کا کہنا یہ ہے کہ تمل ناڈو کی ایک جماعت</w:t>
      </w:r>
    </w:p>
    <w:p>
      <w:r>
        <w:rPr>
          <w:b/>
        </w:rPr>
        <w:t xml:space="preserve">[1:05:26] </w:t>
      </w:r>
      <w:r>
        <w:t>is trm ko boht zyada istemal kr rhi hain.</w:t>
      </w:r>
    </w:p>
    <w:p>
      <w:pPr>
        <w:jc w:val="right"/>
      </w:pPr>
      <w:r>
        <w:t>اس ٹرم کو بہت زیادہ استعمال کر رہی ہے۔</w:t>
      </w:r>
    </w:p>
    <w:p>
      <w:r>
        <w:rPr>
          <w:b/>
        </w:rPr>
        <w:t xml:space="preserve">[1:05:30] </w:t>
      </w:r>
      <w:r>
        <w:t>to kia yeh sahi hai? spiritual islam? bhai, mein is pe koi comment nahi kr skta kyunke mujhe</w:t>
      </w:r>
    </w:p>
    <w:p>
      <w:pPr>
        <w:jc w:val="right"/>
      </w:pPr>
      <w:r>
        <w:t>تو کیا یہ صحیح ہے؟ سپرچول اسلام؟ بھئی، میں اس پہ کوئی کمنٹ نہیں کر سکتا کیونکہ مجھے</w:t>
      </w:r>
    </w:p>
    <w:p>
      <w:r>
        <w:rPr>
          <w:b/>
        </w:rPr>
        <w:t xml:space="preserve">[1:05:35] </w:t>
      </w:r>
      <w:r>
        <w:t>is ki detail nahi maloom hai.</w:t>
      </w:r>
    </w:p>
    <w:p>
      <w:pPr>
        <w:jc w:val="right"/>
      </w:pPr>
      <w:r>
        <w:t>اس کی ڈیٹیل نہیں معلوم ہے۔</w:t>
      </w:r>
    </w:p>
    <w:p>
      <w:r>
        <w:rPr>
          <w:b/>
        </w:rPr>
        <w:t xml:space="preserve">[1:05:39] </w:t>
      </w:r>
      <w:r>
        <w:t>mujhe is ki detail ka kuch pata nahi.</w:t>
      </w:r>
    </w:p>
    <w:p>
      <w:pPr>
        <w:jc w:val="right"/>
      </w:pPr>
      <w:r>
        <w:t>مجھے اس کی ڈیٹیل کا کچھ پتہ نہیں۔</w:t>
      </w:r>
    </w:p>
    <w:p>
      <w:r>
        <w:rPr>
          <w:b/>
        </w:rPr>
        <w:t xml:space="preserve">[1:05:44] </w:t>
      </w:r>
      <w:r>
        <w:t>jo bhi kr rhe hon, hum ko hum dua krte hain Allah taala se ke Allah taala un</w:t>
      </w:r>
    </w:p>
    <w:p>
      <w:pPr>
        <w:jc w:val="right"/>
      </w:pPr>
      <w:r>
        <w:t>جو بھی کر رہے ہوں، ہم کو ہم دعا کرتے ہیں اللہ تعالی سے کہ اللہ تعالی ان</w:t>
      </w:r>
    </w:p>
    <w:p>
      <w:r>
        <w:rPr>
          <w:b/>
        </w:rPr>
        <w:t xml:space="preserve">[1:05:48] </w:t>
      </w:r>
      <w:r>
        <w:t>ko sahi kaam krne ki tofeeq de.</w:t>
      </w:r>
    </w:p>
    <w:p>
      <w:pPr>
        <w:jc w:val="right"/>
      </w:pPr>
      <w:r>
        <w:t>کو صحیح کام کرنے کی توفیق دے۔</w:t>
      </w:r>
    </w:p>
    <w:p>
      <w:r>
        <w:rPr>
          <w:b/>
        </w:rPr>
        <w:t xml:space="preserve">[1:05:52] </w:t>
      </w:r>
      <w:r>
        <w:t>hum yahi dua krte hain.</w:t>
      </w:r>
    </w:p>
    <w:p>
      <w:pPr>
        <w:jc w:val="right"/>
      </w:pPr>
      <w:r>
        <w:t>ہم یہی دعا کرتے ہیں۔</w:t>
      </w:r>
    </w:p>
    <w:p>
      <w:r>
        <w:rPr>
          <w:b/>
        </w:rPr>
        <w:t xml:space="preserve">[1:05:57] </w:t>
      </w:r>
      <w:r>
        <w:t>molana, agla sawal lete hain.</w:t>
      </w:r>
    </w:p>
    <w:p>
      <w:pPr>
        <w:jc w:val="right"/>
      </w:pPr>
      <w:r>
        <w:t>مولانا، اگلا سوال لیتے ہیں۔</w:t>
      </w:r>
    </w:p>
    <w:p>
      <w:r>
        <w:rPr>
          <w:b/>
        </w:rPr>
        <w:t xml:space="preserve">[1:06:02] </w:t>
      </w:r>
      <w:r>
        <w:t>yeh bheja hai ayaz sahib ne Jamshedpur se.</w:t>
      </w:r>
    </w:p>
    <w:p>
      <w:pPr>
        <w:jc w:val="right"/>
      </w:pPr>
      <w:r>
        <w:t>یہ بھیجا ہے ایاز صاحب نے جمشید پور سے۔</w:t>
      </w:r>
    </w:p>
    <w:p>
      <w:r>
        <w:rPr>
          <w:b/>
        </w:rPr>
        <w:t xml:space="preserve">[1:06:07] </w:t>
      </w:r>
      <w:r>
        <w:t>انہوں نے لکھا ہے: "مولana, tadabbur aur tafakkur kabhi kabhi ghalat simt mein bhi le jata hai.</w:t>
      </w:r>
    </w:p>
    <w:p>
      <w:pPr>
        <w:jc w:val="right"/>
      </w:pPr>
      <w:r>
        <w:t>انہوں نے لکھا ہے: "مولانا، تدبر اور تفکر کبھی کبھی غلط سمت میں بھی لے جاتا ہے۔</w:t>
      </w:r>
    </w:p>
    <w:p>
      <w:r>
        <w:rPr>
          <w:b/>
        </w:rPr>
        <w:t xml:space="preserve">[1:06:12] </w:t>
      </w:r>
      <w:r>
        <w:t>sahi simt mein sochne ke liye kon kon si baatein zaroori hain? is is ko wazeh karen. kuch</w:t>
      </w:r>
    </w:p>
    <w:p>
      <w:pPr>
        <w:jc w:val="right"/>
      </w:pPr>
      <w:r>
        <w:t>صحیح سمت میں سوچنے کے لیے کون کون سی باتیں ضروری ہیں؟ اس اس کو واضح کریں۔" کچھ</w:t>
      </w:r>
    </w:p>
    <w:p>
      <w:r>
        <w:rPr>
          <w:b/>
        </w:rPr>
        <w:t xml:space="preserve">[1:06:17] </w:t>
      </w:r>
      <w:r>
        <w:t>nahi, aap tadabbur krte rahen.</w:t>
      </w:r>
    </w:p>
    <w:p>
      <w:pPr>
        <w:jc w:val="right"/>
      </w:pPr>
      <w:r>
        <w:t>نہیں، آپ تدبر کرتے رہیے۔</w:t>
      </w:r>
    </w:p>
    <w:p>
      <w:r>
        <w:rPr>
          <w:b/>
        </w:rPr>
        <w:t xml:space="preserve">[1:06:22] </w:t>
      </w:r>
      <w:r>
        <w:t>yeh koi baat nahi ke ghalt simt pe le aata hai.</w:t>
      </w:r>
    </w:p>
    <w:p>
      <w:pPr>
        <w:jc w:val="right"/>
      </w:pPr>
      <w:r>
        <w:t>یہ کوئی بات نہیں کہ غلط سمت پہ لے آتا ہے۔</w:t>
      </w:r>
    </w:p>
    <w:p>
      <w:r>
        <w:rPr>
          <w:b/>
        </w:rPr>
        <w:t xml:space="preserve">[1:06:27] </w:t>
      </w:r>
      <w:r>
        <w:t>le bhi jaye, agar farz kiye to woh temporary hota hai.</w:t>
      </w:r>
    </w:p>
    <w:p>
      <w:pPr>
        <w:jc w:val="right"/>
      </w:pPr>
      <w:r>
        <w:t>لے بھی جائے، اگر فرض کیے تو وہ ٹیمپریری ہوتا ہے۔</w:t>
      </w:r>
    </w:p>
    <w:p>
      <w:r>
        <w:rPr>
          <w:b/>
        </w:rPr>
        <w:t xml:space="preserve">[1:06:34] </w:t>
      </w:r>
      <w:r>
        <w:t>aap sochte rahen, sochte rahen, rediscover karen.</w:t>
      </w:r>
    </w:p>
    <w:p>
      <w:pPr>
        <w:jc w:val="right"/>
      </w:pPr>
      <w:r>
        <w:t>آپ سوچتے رہیں، سوچتے رہیں، ری ڈسکور کریں۔</w:t>
      </w:r>
    </w:p>
    <w:p>
      <w:r>
        <w:rPr>
          <w:b/>
        </w:rPr>
        <w:t xml:space="preserve">[1:06:40] </w:t>
      </w:r>
      <w:r>
        <w:t>yeh koi uzar nahi, yeh koi excuse nahi hai.</w:t>
      </w:r>
    </w:p>
    <w:p>
      <w:pPr>
        <w:jc w:val="right"/>
      </w:pPr>
      <w:r>
        <w:t>یہ کوئی عذر نہیں، یہ کوئی ایکسکیوز نہیں ہے۔</w:t>
      </w:r>
    </w:p>
    <w:p>
      <w:r>
        <w:rPr>
          <w:b/>
        </w:rPr>
        <w:t xml:space="preserve">[1:06:47] </w:t>
      </w:r>
      <w:r>
        <w:t>khawamkhwah kaise le jaye ga aap ko jo aap sochte rahen ge? recheck kijiye, sochiye, rethinking</w:t>
      </w:r>
    </w:p>
    <w:p>
      <w:pPr>
        <w:jc w:val="right"/>
      </w:pPr>
      <w:r>
        <w:t>خوامخواہ کیسے لے جائے گا آپ کو جو آپ سوچتے رہیں گے؟ ری چیک کیجئے، سوچیے، ری تھنکنگ</w:t>
      </w:r>
    </w:p>
    <w:p>
      <w:r>
        <w:rPr>
          <w:b/>
        </w:rPr>
        <w:t xml:space="preserve">[1:06:53] </w:t>
      </w:r>
      <w:r>
        <w:t>kijiye, recheck kijiye, phir sab theek ho jaye ga.</w:t>
      </w:r>
    </w:p>
    <w:p>
      <w:pPr>
        <w:jc w:val="right"/>
      </w:pPr>
      <w:r>
        <w:t>کیجئے، ری چیک کیجئے، پھر سب ٹھیک ہو جائے گا۔</w:t>
      </w:r>
    </w:p>
    <w:p>
      <w:r>
        <w:rPr>
          <w:b/>
        </w:rPr>
        <w:t xml:space="preserve">[1:07:00] </w:t>
      </w:r>
      <w:r>
        <w:t>Maulana, agla sawal bheja hai Miss Karotulin ne Srinagar se. Unhone likha hai: "Maulana, what is the reason that most of the religious persons having sufficient knowledge of Hadith as well as Arabic language are not aware of the importance of Daur work? They seem to be hardly aware of the significance of translating Quran in different languages and also its dist</w:t>
      </w:r>
    </w:p>
    <w:p>
      <w:pPr>
        <w:jc w:val="right"/>
      </w:pPr>
      <w:r>
        <w:t>مولانا، اگلا سوال بھیجا ہے مس کروتولین نے سری نگر سے۔ انہوں نے لکھا ہے: "مولانا، واٹ از دا ریزن دیٹ موسٹ اف دا ریلیجیس پرسنز ہیونگ سفیشنٹ نالج اف حدیث ایز ویل ایز عربک لینگویج ار ناٹ اویئر اف دی امپورٹنس اف داور ورک؟ دے سیم ٹو بی ہارڈلی اویئر اف دا سگنیفیکنس اف ٹرانسلیٹنگ قرآن ان ڈفرنٹ لینگویجز اینڈ السو اٹس ڈسٹ</w:t>
      </w:r>
    </w:p>
    <w:p>
      <w:r>
        <w:rPr>
          <w:b/>
        </w:rPr>
        <w:t xml:space="preserve">[1:07:30] </w:t>
      </w:r>
      <w:r>
        <w:t>ribution. how can they be sensitized about this aspect of daur?" dekhein, ek ajib baat hui hai ke hadith ke andar to dawah ki baatein bahut zyada hain. hadith mein, seerat mein. dekhein, ek ajib baat yeh hui ke itna zakheera hai hadith ka lekin is mein kitab dawah o tabligh hai hi nahi. kitab wuzu hai, kitab salat</w:t>
      </w:r>
    </w:p>
    <w:p>
      <w:pPr>
        <w:jc w:val="right"/>
      </w:pPr>
      <w:r>
        <w:t>ریبیوشن۔ ہاؤ کین دے بی سینسٹائزڈ اباؤٹ دس ایسپیکٹ اف داور؟" دیکھیں، ایک عجیب بات ہوئی ہے کہ حدیث کے اندر تو دعوت کی باتیں بہت زیادہ ہیں۔ حدیث میں، سیرت میں۔ دیکھیں، ایک عجیب بات یہ ہوئی کہ اتنا ذخیرہ ہے حدیث کا لیکن اس میں کتاب الدعویٰ و تبلیغ ہے ہی نہیں۔ کتاب الوضو ہے، کتاب الصلوۃ</w:t>
      </w:r>
    </w:p>
    <w:p>
      <w:r>
        <w:rPr>
          <w:b/>
        </w:rPr>
        <w:t xml:space="preserve">[1:08:00] </w:t>
      </w:r>
      <w:r>
        <w:t>hai, kitab al-hajj hai lekin kitab al-da'wah wa al-tabligh hai hi nahi.</w:t>
      </w:r>
    </w:p>
    <w:p>
      <w:pPr>
        <w:jc w:val="right"/>
      </w:pPr>
      <w:r>
        <w:t>ہے، کتاب الحج ہے لیکن کتاب الدعویٰ و تبلیغ ہے ہی نہیں۔</w:t>
      </w:r>
    </w:p>
    <w:p>
      <w:r>
        <w:rPr>
          <w:b/>
        </w:rPr>
        <w:t xml:space="preserve">[1:08:06] </w:t>
      </w:r>
      <w:r>
        <w:t>halankeh hadith ke andar boht zyada hadith hain jo da'wah pe hain.</w:t>
      </w:r>
    </w:p>
    <w:p>
      <w:pPr>
        <w:jc w:val="right"/>
      </w:pPr>
      <w:r>
        <w:t>حالانکہ حدیث کے اندر بہت زیادہ حدیثیں ہیں جو دعوت پر ہیں۔</w:t>
      </w:r>
    </w:p>
    <w:p>
      <w:r>
        <w:rPr>
          <w:b/>
        </w:rPr>
        <w:t xml:space="preserve">[1:08:12] </w:t>
      </w:r>
      <w:r>
        <w:t>da'wah, kyunke da'wah ko bator chapter, jo chapterization kehte hain, is ko jo tarjuma ahbab, jo chapterization hua</w:t>
      </w:r>
    </w:p>
    <w:p>
      <w:pPr>
        <w:jc w:val="right"/>
      </w:pPr>
      <w:r>
        <w:t>دعوت، کیونکہ دعوت کو بطور چیپٹر، جو چیپٹرائزیشن کہتے ہیں، اس کو جو ترجمہ احباب، جو چیپٹرائزیشن ہوا</w:t>
      </w:r>
    </w:p>
    <w:p>
      <w:r>
        <w:rPr>
          <w:b/>
        </w:rPr>
        <w:t xml:space="preserve">[1:08:19] </w:t>
      </w:r>
      <w:r>
        <w:t>hai, is mein shamil hi nahi kiya.</w:t>
      </w:r>
    </w:p>
    <w:p>
      <w:pPr>
        <w:jc w:val="right"/>
      </w:pPr>
      <w:r>
        <w:t>ہے، اس میں شامل ہی نہیں کیا۔</w:t>
      </w:r>
    </w:p>
    <w:p>
      <w:r>
        <w:rPr>
          <w:b/>
        </w:rPr>
        <w:t xml:space="preserve">[1:08:25] </w:t>
      </w:r>
      <w:r>
        <w:t>pata nahi kia wajah hui is ki jabke hadith ke andar maujood hai.</w:t>
      </w:r>
    </w:p>
    <w:p>
      <w:pPr>
        <w:jc w:val="right"/>
      </w:pPr>
      <w:r>
        <w:t>پتہ نہیں کیا وجہ ہوئی اس کی جبکہ حدیث کے اندر موجود ہے۔</w:t>
      </w:r>
    </w:p>
    <w:p>
      <w:r>
        <w:rPr>
          <w:b/>
        </w:rPr>
        <w:t xml:space="preserve">[1:08:31] </w:t>
      </w:r>
      <w:r>
        <w:t>to mein logon se kehta hoon ke chapterization ki jo escape hai, us ko mat talash karo, khud</w:t>
      </w:r>
    </w:p>
    <w:p>
      <w:pPr>
        <w:jc w:val="right"/>
      </w:pPr>
      <w:r>
        <w:t>تو میں لوگوں سے کہتا ہوں کہ چیپٹرائزیشن کی جو اسکیپ ہے، اس کو مت تلاش کرو، خود</w:t>
      </w:r>
    </w:p>
    <w:p>
      <w:r>
        <w:rPr>
          <w:b/>
        </w:rPr>
        <w:t xml:space="preserve">[1:08:37] </w:t>
      </w:r>
      <w:r>
        <w:t>hadith mein talash karo, hadith ko parho, is mein aap ko sab cheez mil jaye gi.</w:t>
      </w:r>
    </w:p>
    <w:p>
      <w:pPr>
        <w:jc w:val="right"/>
      </w:pPr>
      <w:r>
        <w:t>حدیث میں تلاش کرو، حدیث کو پڑھو، اس میں آپ کو سب چیز مل جائے گی۔</w:t>
      </w:r>
    </w:p>
    <w:p>
      <w:r>
        <w:rPr>
          <w:b/>
        </w:rPr>
        <w:t xml:space="preserve">[1:08:43] </w:t>
      </w:r>
      <w:r>
        <w:t>molana, agla sawal bheja hai Masood Syed sahib ne.</w:t>
      </w:r>
    </w:p>
    <w:p>
      <w:pPr>
        <w:jc w:val="right"/>
      </w:pPr>
      <w:r>
        <w:t>مولانا، اگلا سوال بھیجا ہے مسعود سید صاحب نے۔</w:t>
      </w:r>
    </w:p>
    <w:p>
      <w:r>
        <w:rPr>
          <w:b/>
        </w:rPr>
        <w:t xml:space="preserve">[1:08:49] </w:t>
      </w:r>
      <w:r>
        <w:t>unhon ne location nahi likhi hai apni.</w:t>
      </w:r>
    </w:p>
    <w:p>
      <w:pPr>
        <w:jc w:val="right"/>
      </w:pPr>
      <w:r>
        <w:t>انہوں نے لوکیشن نہیں لکھی ہے اپنی۔</w:t>
      </w:r>
    </w:p>
    <w:p>
      <w:r>
        <w:rPr>
          <w:b/>
        </w:rPr>
        <w:t xml:space="preserve">[1:08:56] </w:t>
      </w:r>
      <w:r>
        <w:t>un ka sawal hai ke unhon ne pehle likha hai ke "excellent discussion"</w:t>
      </w:r>
    </w:p>
    <w:p>
      <w:pPr>
        <w:jc w:val="right"/>
      </w:pPr>
      <w:r>
        <w:t>ان کا سوال ہے کہ انہوں نے پہلے لکھا ہے کہ "ایکسیلنٹ ڈسکشن"</w:t>
      </w:r>
    </w:p>
    <w:p>
      <w:r>
        <w:rPr>
          <w:b/>
        </w:rPr>
        <w:t xml:space="preserve">[1:09:02] </w:t>
      </w:r>
      <w:r>
        <w:t>, phir unhone likha hai ke "the real essence of holy quran lies in the Arabic language. How can I appreciate its beauty when I am not well versed with this language? I am pursuing PhD physics in China and want to know how can I approach the Quran to appreciate its deep structure and coherence. I believe translation partially does this job. I want your suggestion</w:t>
      </w:r>
    </w:p>
    <w:p>
      <w:pPr>
        <w:jc w:val="right"/>
      </w:pPr>
      <w:r>
        <w:t>، پھر انہوں نے لکھا ہے کہ "دا ریئل ایسنس اف ہولی قرآن لائز ان دی عربک لینگویج۔ ہاؤ کین ائی ایپریشیٹ اٹس بیوٹی وین ائی ایم ناٹ ویل ورسڈ ود دس لینگویج؟ ائی ایم پرسوئنگ پی ایچ ڈی فزکس ان چائنہ اینڈ وانٹ ٹو نو ہاؤ کین ائی اپروچ دا قرآن ٹو ایپریشیٹ اٹس ڈیپ سٹرکچر اینڈ کوہرنس۔ ائی بیلیو ٹرانسلیشن پارشلی ڈز دس جاب۔ ائی وانٹ یور سجیشن</w:t>
      </w:r>
    </w:p>
    <w:p>
      <w:r>
        <w:rPr>
          <w:b/>
        </w:rPr>
        <w:t xml:space="preserve">[1:09:32] </w:t>
      </w:r>
      <w:r>
        <w:t>in this regard." bhai, sab se zaroori cheez hai contemplation, ghor karna. aap sari zabano ko jaanein, kuch bhi bade aap scholar hon lekin aap aap ke andar contemplation ka mizaj na ho, tadabbur ka mizaj na ho to aap kuch nahi paayenge. sara jo khazana hai aql ka, ilm ka, sara khazana</w:t>
      </w:r>
    </w:p>
    <w:p>
      <w:pPr>
        <w:jc w:val="right"/>
      </w:pPr>
      <w:r>
        <w:t>ان دس ریگارڈ۔" بھئی، سب سے ضروری چیز ہے کنٹمپلیشن، غور کرنا۔ آپ ساری زبانوں کو جانیں، کچھ بھی بڑے آپ اسکالر ہوں لیکن آپ آپ کے اندر کنٹمپلیشن کا مزاج نہ ہو، تدبر کا مزاج نہ ہو تو آپ کچھ نہیں پائیں گے۔ سارا جو خزانہ ہے عقل کا، علم کا، سارا خزان</w:t>
      </w:r>
    </w:p>
    <w:p>
      <w:r>
        <w:rPr>
          <w:b/>
        </w:rPr>
        <w:t xml:space="preserve">[1:10:02] </w:t>
      </w:r>
      <w:r>
        <w:t>h woh contemplation mein hai, yani tadabbur mein, apni aqal ko istemal karne mein.</w:t>
      </w:r>
    </w:p>
    <w:p>
      <w:pPr>
        <w:jc w:val="right"/>
      </w:pPr>
      <w:r>
        <w:t>ہ وہ کنٹمپلیشن میں ہے، یعنی تدبر میں، اپنی عقل کو استعمال کرنے میں۔</w:t>
      </w:r>
    </w:p>
    <w:p>
      <w:r>
        <w:rPr>
          <w:b/>
        </w:rPr>
        <w:t xml:space="preserve">[1:10:09] </w:t>
      </w:r>
      <w:r>
        <w:t>kis kis cheez ki kami masla nahi hai.</w:t>
      </w:r>
    </w:p>
    <w:p>
      <w:pPr>
        <w:jc w:val="right"/>
      </w:pPr>
      <w:r>
        <w:t>کس کس چیز کی کمی مسئلہ نہیں ہے۔</w:t>
      </w:r>
    </w:p>
    <w:p>
      <w:r>
        <w:rPr>
          <w:b/>
        </w:rPr>
        <w:t xml:space="preserve">[1:10:17] </w:t>
      </w:r>
      <w:r>
        <w:t>maqsad yeh hai ke aap ghor o fikr na karein, contribution na karein.</w:t>
      </w:r>
    </w:p>
    <w:p>
      <w:pPr>
        <w:jc w:val="right"/>
      </w:pPr>
      <w:r>
        <w:t>مقصد یہ ہے کہ آپ غور و فکر نہ کریں، کنٹریبیوشن نہ کریں۔</w:t>
      </w:r>
    </w:p>
    <w:p>
      <w:r>
        <w:rPr>
          <w:b/>
        </w:rPr>
        <w:t xml:space="preserve">[1:10:25] </w:t>
      </w:r>
      <w:r>
        <w:t>asal cheez jo jo</w:t>
      </w:r>
    </w:p>
    <w:p>
      <w:pPr>
        <w:jc w:val="right"/>
      </w:pPr>
      <w:r>
        <w:t>اصل چیز جو جو</w:t>
      </w:r>
    </w:p>
    <w:p>
      <w:r>
        <w:rPr>
          <w:b/>
        </w:rPr>
        <w:t xml:space="preserve">[1:10:32] </w:t>
      </w:r>
      <w:r>
        <w:t>waja banti hai, woh yahi hai.</w:t>
      </w:r>
    </w:p>
    <w:p>
      <w:pPr>
        <w:jc w:val="right"/>
      </w:pPr>
      <w:r>
        <w:t>وجہ بنتی ہے، وہ یہی ہے۔</w:t>
      </w:r>
    </w:p>
    <w:p>
      <w:r>
        <w:rPr>
          <w:b/>
        </w:rPr>
        <w:t xml:space="preserve">[1:10:41] </w:t>
      </w:r>
      <w:r>
        <w:t>maulana, miss dania mustafa ne karachi pakistan se sawal bheja hai.</w:t>
      </w:r>
    </w:p>
    <w:p>
      <w:pPr>
        <w:jc w:val="right"/>
      </w:pPr>
      <w:r>
        <w:t>مولانا، مس دانیا مصطفی نے کراچی پاکستان سے سوال بھیجا ہے۔</w:t>
      </w:r>
    </w:p>
    <w:p>
      <w:r>
        <w:rPr>
          <w:b/>
        </w:rPr>
        <w:t xml:space="preserve">[1:10:49] </w:t>
      </w:r>
      <w:r>
        <w:t>انہوں نے آپ سے پوچھا ہے کہ "مولانا صاحب، how did this happen that the work of spreading</w:t>
      </w:r>
    </w:p>
    <w:p>
      <w:pPr>
        <w:jc w:val="right"/>
      </w:pPr>
      <w:r>
        <w:t>انہوں نے آپ سے پوچھا ہے کہ "مولانا صاحب، ہاؤ ڈیڈ دس ہیپن دیٹ دی ورک اف سپریڈنگ</w:t>
      </w:r>
    </w:p>
    <w:p>
      <w:r>
        <w:rPr>
          <w:b/>
        </w:rPr>
        <w:t xml:space="preserve">[1:10:57] </w:t>
      </w:r>
      <w:r>
        <w:t>Quran has been so neglected by people today?"</w:t>
      </w:r>
    </w:p>
    <w:p>
      <w:pPr>
        <w:jc w:val="right"/>
      </w:pPr>
      <w:r>
        <w:t>قرآن ہیز بین سو نگلیکٹڈ بائے پیپل ٹوڈے؟"</w:t>
      </w:r>
    </w:p>
    <w:p>
      <w:r>
        <w:rPr>
          <w:b/>
        </w:rPr>
        <w:t xml:space="preserve">[1:11:05] </w:t>
      </w:r>
      <w:r>
        <w:t>bhai, yeh mat sochiye, yeh ulta sochna hai.</w:t>
      </w:r>
    </w:p>
    <w:p>
      <w:pPr>
        <w:jc w:val="right"/>
      </w:pPr>
      <w:r>
        <w:t>بھائی، یہ مت سوچیے، یہ الٹا سوچنا ہے۔</w:t>
      </w:r>
    </w:p>
    <w:p>
      <w:r>
        <w:rPr>
          <w:b/>
        </w:rPr>
        <w:t xml:space="preserve">[1:11:10] </w:t>
      </w:r>
      <w:r>
        <w:t>یہ یہ precedent card before the horse ہے۔</w:t>
      </w:r>
    </w:p>
    <w:p>
      <w:pPr>
        <w:jc w:val="right"/>
      </w:pPr>
      <w:r>
        <w:t>یہ یہ پریڈنٹ کارڈ بیفور دی ہارس ہے۔</w:t>
      </w:r>
    </w:p>
    <w:p>
      <w:r>
        <w:rPr>
          <w:b/>
        </w:rPr>
        <w:t xml:space="preserve">[1:11:15] </w:t>
      </w:r>
      <w:r>
        <w:t>bhai, aap agar dekhein ke woh kaam kam ho raha hai to aap apna time aur zyada dijiye,</w:t>
      </w:r>
    </w:p>
    <w:p>
      <w:pPr>
        <w:jc w:val="right"/>
      </w:pPr>
      <w:r>
        <w:t>بھئی، آپ اگر دیکھیں کہ وہ کام کم ہو رہا ہے تو آپ اپنا ٹائم اور زیادہ دیجئے،</w:t>
      </w:r>
    </w:p>
    <w:p>
      <w:r>
        <w:rPr>
          <w:b/>
        </w:rPr>
        <w:t xml:space="preserve">[1:11:20] </w:t>
      </w:r>
      <w:r>
        <w:t>aap aur zyada apni energy lagaiye.</w:t>
      </w:r>
    </w:p>
    <w:p>
      <w:pPr>
        <w:jc w:val="right"/>
      </w:pPr>
      <w:r>
        <w:t>آپ اور زیادہ اپنی انرجی لگائیے۔</w:t>
      </w:r>
    </w:p>
    <w:p>
      <w:r>
        <w:rPr>
          <w:b/>
        </w:rPr>
        <w:t xml:space="preserve">[1:11:25] </w:t>
      </w:r>
      <w:r>
        <w:t>yeh ulta soch rahe hain aap, yani doosron ko le kar soch rahe hain, apne ko le kar sochiye.</w:t>
      </w:r>
    </w:p>
    <w:p>
      <w:pPr>
        <w:jc w:val="right"/>
      </w:pPr>
      <w:r>
        <w:t>یہ الٹا سوچ رہے ہیں آپ، یعنی دوسروں کو لے کر سوچ رہے ہیں، اپنے کو لے کر سوچیے۔</w:t>
      </w:r>
    </w:p>
    <w:p>
      <w:r>
        <w:rPr>
          <w:b/>
        </w:rPr>
        <w:t xml:space="preserve">[1:11:30] </w:t>
      </w:r>
      <w:r>
        <w:t>agar kisi kisi</w:t>
      </w:r>
    </w:p>
    <w:p>
      <w:pPr>
        <w:jc w:val="right"/>
      </w:pPr>
      <w:r>
        <w:t>اگر کسی کسی</w:t>
      </w:r>
    </w:p>
    <w:p>
      <w:r>
        <w:rPr>
          <w:b/>
        </w:rPr>
        <w:t xml:space="preserve">[1:11:35] </w:t>
      </w:r>
      <w:r>
        <w:t>basti mein farz kijiye ke masjid nahi hai, us waqt ba-jamaat namaz nahi hoti to yeh mat kijiye</w:t>
      </w:r>
    </w:p>
    <w:p>
      <w:pPr>
        <w:jc w:val="right"/>
      </w:pPr>
      <w:r>
        <w:t>بستی میں فرض کیجئے کہ مسجد نہیں ہے، اس وقت باجماعت نماز نہیں ہوتی تو یہ مت کیجئے</w:t>
      </w:r>
    </w:p>
    <w:p>
      <w:r>
        <w:rPr>
          <w:b/>
        </w:rPr>
        <w:t xml:space="preserve">[1:11:43] </w:t>
      </w:r>
      <w:r>
        <w:t>ke haan masjid nahi hai, haan masjid nahi hai.</w:t>
      </w:r>
    </w:p>
    <w:p>
      <w:pPr>
        <w:jc w:val="right"/>
      </w:pPr>
      <w:r>
        <w:t>کہ ہاں مسجد نہیں ہے، ہاں مسجد نہیں ہے۔</w:t>
      </w:r>
    </w:p>
    <w:p>
      <w:r>
        <w:rPr>
          <w:b/>
        </w:rPr>
        <w:t xml:space="preserve">[1:11:51] </w:t>
      </w:r>
      <w:r>
        <w:t>nahi, aap khud uthiye aur koi spot talash kijiye, is ke liye fundraising kijiye aur masjid bana daliye.</w:t>
      </w:r>
    </w:p>
    <w:p>
      <w:pPr>
        <w:jc w:val="right"/>
      </w:pPr>
      <w:r>
        <w:t>نہیں، آپ خود اٹھیے اور کوئی سپاٹ تلاش کیجئے، اس کے لیے فنڈ ریزنگ کیجئے اور مسجد بنا ڈالیے۔</w:t>
      </w:r>
    </w:p>
    <w:p>
      <w:r>
        <w:rPr>
          <w:b/>
        </w:rPr>
        <w:t xml:space="preserve">[1:11:58] </w:t>
      </w:r>
      <w:r>
        <w:t>yani jab koi cheez lacking hai to aap ko apni zimmedari par</w:t>
      </w:r>
    </w:p>
    <w:p>
      <w:pPr>
        <w:jc w:val="right"/>
      </w:pPr>
      <w:r>
        <w:t>یعنی جب کوئی چیز لائک کر رہی ہے تو آپ کو اپنی ذمہ داری پر</w:t>
      </w:r>
    </w:p>
    <w:p>
      <w:r>
        <w:rPr>
          <w:b/>
        </w:rPr>
        <w:t xml:space="preserve">[1:12:06] </w:t>
      </w:r>
      <w:r>
        <w:t>stick karna chahiye. Dr. Najma Siddiqui ne Delhi se comment bheja hai. Unhone likha hai: "Maulana, you are you are the only one who focuses on spirit of inquiry in religion. Reading Quran with spirit of inquiry to think, understand and get wisdom is the greatest thing I learned. Padhna nahi aata to sochna to aata hai. Socho, so</w:t>
      </w:r>
    </w:p>
    <w:p>
      <w:pPr>
        <w:jc w:val="right"/>
      </w:pPr>
      <w:r>
        <w:t>اسٹک کرنا چاہیے۔ ڈاکٹر نجمہ صدیقی نے دلی سے کمنٹ بھیجا ہے۔ انہوں نے لکھا ہے: "مولانا، یو آر یو آر دا اونلی ون ہو فوکسز ان سپرٹ اف انکوائری ان ریلیجن۔ ریڈنگ قرآن ود سپرٹ اف انکوائری ٹو تھنک، انڈرسٹینڈ اینڈ گیٹ وزڈم از دا گریٹسٹ تھنگ ائی لرنڈ۔ پڑھنا نہیں آتا تو سوچنا تو آتا ہے۔ سوچو، سو</w:t>
      </w:r>
    </w:p>
    <w:p>
      <w:r>
        <w:rPr>
          <w:b/>
        </w:rPr>
        <w:t xml:space="preserve">[1:12:36] </w:t>
      </w:r>
      <w:r>
        <w:t>cho is also a great lesson." doctor hina ne london se likha hai: "jazak allah maulana, may allah give you a long life to fulfill this peaceful mission. amongst muslim, there is a general understanding that distribution of quran is not the duty of professional</w:t>
      </w:r>
    </w:p>
    <w:p>
      <w:pPr>
        <w:jc w:val="right"/>
      </w:pPr>
      <w:r>
        <w:t>چو از السو ا گریٹ لیسن۔" ڈاکٹر حنا نے لندن سے لکھا ہے: "جزاک اللہ مولانا، می اللہ گیو یو ا لانگ لائف ٹو فلفل دس پیس فل مشن۔ امنگز مسلم، دیر از ا جنرل انڈرسٹینڈنگ دیٹ ڈسٹریبیوشن اف قرآن از ناٹ دا ڈیوٹی اف پروفیشنل</w:t>
      </w:r>
    </w:p>
    <w:p>
      <w:r>
        <w:rPr>
          <w:b/>
        </w:rPr>
        <w:t xml:space="preserve">[1:13:06] </w:t>
      </w:r>
      <w:r>
        <w:t>z ho are working and doing jobs.</w:t>
      </w:r>
    </w:p>
    <w:p>
      <w:pPr>
        <w:jc w:val="right"/>
      </w:pPr>
      <w:r>
        <w:t>ز ہو آر ورکنگ اینڈ ڈوئنگ جابز۔</w:t>
      </w:r>
    </w:p>
    <w:p>
      <w:r>
        <w:rPr>
          <w:b/>
        </w:rPr>
        <w:t xml:space="preserve">[1:13:12] </w:t>
      </w:r>
      <w:r>
        <w:t>Only there are certain Muslims who are dedicated to Masjid or dedicated to deen who should do this job.</w:t>
      </w:r>
    </w:p>
    <w:p>
      <w:pPr>
        <w:jc w:val="right"/>
      </w:pPr>
      <w:r>
        <w:t>اونلی دیر ار سرٹن مسلمز ہو آر ڈیڈیکیٹڈ ٹو مسجد اور ڈیڈیکیٹڈ ٹو دین ہو شوڈ ڈو دس جاب۔</w:t>
      </w:r>
    </w:p>
    <w:p>
      <w:r>
        <w:rPr>
          <w:b/>
        </w:rPr>
        <w:t xml:space="preserve">[1:13:18] </w:t>
      </w:r>
      <w:r>
        <w:t>If people like doctors, teachers, engineers do this work, they are looked at with doubt that why are</w:t>
      </w:r>
    </w:p>
    <w:p>
      <w:pPr>
        <w:jc w:val="right"/>
      </w:pPr>
      <w:r>
        <w:t>اف پیپل لائک ڈاکٹرز، ٹیچرز، انجینئرز ڈو دس ورک، دے ار لوکڈ ایٹ ود ڈاؤٹ دیٹ وائی ار</w:t>
      </w:r>
    </w:p>
    <w:p>
      <w:r>
        <w:rPr>
          <w:b/>
        </w:rPr>
        <w:t xml:space="preserve">[1:13:24] </w:t>
      </w:r>
      <w:r>
        <w:t>Are they doing this? Are they paid? Are they radicalized? Are they psycho? Etc.</w:t>
      </w:r>
    </w:p>
    <w:p>
      <w:pPr>
        <w:jc w:val="right"/>
      </w:pPr>
      <w:r>
        <w:t>دے ڈوئنگ دس؟ ار دے پیڈ؟ ار دے ریڈیکلائزڈ؟ ار دے سائیکو؟ ایٹسٹرہ۔</w:t>
      </w:r>
    </w:p>
    <w:p>
      <w:r>
        <w:rPr>
          <w:b/>
        </w:rPr>
        <w:t xml:space="preserve">[1:13:30] </w:t>
      </w:r>
      <w:r>
        <w:t>I was wondering whether in Christianity only P</w:t>
      </w:r>
    </w:p>
    <w:p>
      <w:pPr>
        <w:jc w:val="right"/>
      </w:pPr>
      <w:r>
        <w:t>ائی واز وانڈرنگ ویدر ان کرسچینٹی اونلی پی</w:t>
      </w:r>
    </w:p>
    <w:p>
      <w:r>
        <w:rPr>
          <w:b/>
        </w:rPr>
        <w:t xml:space="preserve">[1:13:36] </w:t>
      </w:r>
      <w:r>
        <w:t>"people connected directly with church do this job, or common people also take time out for this." Is</w:t>
      </w:r>
    </w:p>
    <w:p>
      <w:pPr>
        <w:jc w:val="right"/>
      </w:pPr>
      <w:r>
        <w:t>پل کنیکٹڈ ڈائریکٹلی ود چرچ ڈو دس جاب اور کامن پیپل السو ٹیک ٹائم آؤٹ فار دس۔" اس</w:t>
      </w:r>
    </w:p>
    <w:p>
      <w:r>
        <w:rPr>
          <w:b/>
        </w:rPr>
        <w:t xml:space="preserve">[1:13:44] </w:t>
      </w:r>
      <w:r>
        <w:t>zamane mein to yeh kaam itna aasan hai.</w:t>
      </w:r>
    </w:p>
    <w:p>
      <w:pPr>
        <w:jc w:val="right"/>
      </w:pPr>
      <w:r>
        <w:t>زمانے میں تو یہ کام اتنا آسان ہے۔</w:t>
      </w:r>
    </w:p>
    <w:p>
      <w:r>
        <w:rPr>
          <w:b/>
        </w:rPr>
        <w:t xml:space="preserve">[1:13:51] </w:t>
      </w:r>
      <w:r>
        <w:t>aap doctor hain, engineer hain, dukandar hain, kuch bhi hain.</w:t>
      </w:r>
    </w:p>
    <w:p>
      <w:pPr>
        <w:jc w:val="right"/>
      </w:pPr>
      <w:r>
        <w:t>آپ ڈاکٹر ہیں، انجینئر ہیں، دکاندار ہیں، کچھ بھی ہیں۔</w:t>
      </w:r>
    </w:p>
    <w:p>
      <w:r>
        <w:rPr>
          <w:b/>
        </w:rPr>
        <w:t xml:space="preserve">[1:13:59] </w:t>
      </w:r>
      <w:r>
        <w:t>wahan par aik aik aik space, aik jagah bana lijiye aur wahan par aap quran mukhtalif zubanon mein</w:t>
      </w:r>
    </w:p>
    <w:p>
      <w:pPr>
        <w:jc w:val="right"/>
      </w:pPr>
      <w:r>
        <w:t>وہاں پر ایک ایک ایک سپیس، ایک جگہ بنا لیجئے اور وہاں پر آپ قرآن مختلف زبانوں میں</w:t>
      </w:r>
    </w:p>
    <w:p>
      <w:r>
        <w:rPr>
          <w:b/>
        </w:rPr>
        <w:t xml:space="preserve">[1:14:06] </w:t>
      </w:r>
      <w:r>
        <w:t>rakh dijiye.</w:t>
      </w:r>
    </w:p>
    <w:p>
      <w:pPr>
        <w:jc w:val="right"/>
      </w:pPr>
      <w:r>
        <w:t>رکھ دیجئے۔</w:t>
      </w:r>
    </w:p>
    <w:p>
      <w:r>
        <w:rPr>
          <w:b/>
        </w:rPr>
        <w:t xml:space="preserve">[1:14:14] </w:t>
      </w:r>
      <w:r>
        <w:t>jo aayenge aap ke paas log, woh apne aap hi lete rehte hain, aap hi lete rehte hain.</w:t>
      </w:r>
    </w:p>
    <w:p>
      <w:pPr>
        <w:jc w:val="right"/>
      </w:pPr>
      <w:r>
        <w:t>جو آئیں گے آپ کے پاس لوگ، وہ اپنے آپ ہی لیتے رہتے ہیں، آپ ہی لیتے رہتے ہیں۔</w:t>
      </w:r>
    </w:p>
    <w:p>
      <w:r>
        <w:rPr>
          <w:b/>
        </w:rPr>
        <w:t xml:space="preserve">[1:14:21] </w:t>
      </w:r>
      <w:r>
        <w:t>abhi hamare aik sahab hain, hamare aik saathi hain, aik doctor ke paas jate hain.</w:t>
      </w:r>
    </w:p>
    <w:p>
      <w:pPr>
        <w:jc w:val="right"/>
      </w:pPr>
      <w:r>
        <w:t>ابھی ہمارے ایک صاحب ہیں، ہمارے ایک ساتھی ہیں، ایک ڈاکٹر کے پاس جاتے ہیں۔</w:t>
      </w:r>
    </w:p>
    <w:p>
      <w:r>
        <w:rPr>
          <w:b/>
        </w:rPr>
        <w:t xml:space="preserve">[1:14:29] </w:t>
      </w:r>
      <w:r>
        <w:t>woh to unhon ne wahan par aik pamphlet rakhwa diya tha jis ka naam hai "purpose of life".</w:t>
      </w:r>
    </w:p>
    <w:p>
      <w:pPr>
        <w:jc w:val="right"/>
      </w:pPr>
      <w:r>
        <w:t>وہ تو انہوں نے وہاں پر ایک پمفلیٹ رکھوا دیا تھا جس کا نام ہے "پرپس اف لائف"۔</w:t>
      </w:r>
    </w:p>
    <w:p>
      <w:r>
        <w:rPr>
          <w:b/>
        </w:rPr>
        <w:t xml:space="preserve">[1:14:36] </w:t>
      </w:r>
      <w:r>
        <w:t>to doosri baar woh wahan gaye to doctor ne khud kaha, doctor ne khud kaha ke bhai yeh kitab to bahut popular ho rahi hai aur aur bhejiyega. to log to khud hi chahte hain, aap ab rakh to dijiye, aap apne jahan aap hain, wahan us ko rakh to dijiye, khud hi log lete rahenge."</w:t>
      </w:r>
    </w:p>
    <w:p>
      <w:pPr>
        <w:jc w:val="right"/>
      </w:pPr>
      <w:r>
        <w:t>تو دوسری بار وہ وہاں گئے تو ڈاکٹر نے خود کہا، ڈاکٹر نے خود کہا کہ بھئی یہ کتاب تو بہت پاپولر ہو رہی ہے اور اور بھیجیا۔ تو لوگ تو خود ہی چاہتے ہیں، آپ اب رکھ تو دیجئے، آپ اپنے جہاں آپ ہیں، وہاں اس کو رکھ تو دیجئے، خود ہی لوگ لیتے رہیں گے۔</w:t>
      </w:r>
    </w:p>
    <w:p>
      <w:r>
        <w:rPr>
          <w:b/>
        </w:rPr>
        <w:t xml:space="preserve">[1:15:06] </w:t>
      </w:r>
      <w:r>
        <w:t>maulana, agla sawal sri nagar se bheja hai muhammad ashraf sahab ne.</w:t>
      </w:r>
    </w:p>
    <w:p>
      <w:pPr>
        <w:jc w:val="right"/>
      </w:pPr>
      <w:r>
        <w:t>مولانا، اگلا سوال سری نگر سے بھیجا ہے محمد اشرف صاحب نے۔</w:t>
      </w:r>
    </w:p>
    <w:p>
      <w:r>
        <w:rPr>
          <w:b/>
        </w:rPr>
        <w:t xml:space="preserve">[1:15:12] </w:t>
      </w:r>
      <w:r>
        <w:t>انہوں نے آپ سے پوچھا ہے کہ "Can we take good lessons from Communism, Capitalism and Socialism?"</w:t>
      </w:r>
    </w:p>
    <w:p>
      <w:pPr>
        <w:jc w:val="right"/>
      </w:pPr>
      <w:r>
        <w:t>انہوں نے آپ سے پوچھا ہے کہ "کین وی ٹیک ا گڈ لیسنز فرام کمیونزم، کیپیٹلزم اینڈ سوشلزم؟"</w:t>
      </w:r>
    </w:p>
    <w:p>
      <w:r>
        <w:rPr>
          <w:b/>
        </w:rPr>
        <w:t xml:space="preserve">[1:15:17] </w:t>
      </w:r>
      <w:r>
        <w:t>is ke bare mein bataein.</w:t>
      </w:r>
    </w:p>
    <w:p>
      <w:pPr>
        <w:jc w:val="right"/>
      </w:pPr>
      <w:r>
        <w:t>اس کے بارے میں بتائیں۔</w:t>
      </w:r>
    </w:p>
    <w:p>
      <w:r>
        <w:rPr>
          <w:b/>
        </w:rPr>
        <w:t xml:space="preserve">[1:15:23] </w:t>
      </w:r>
      <w:r>
        <w:t>bhai, lesson ke liye koi koi condition nahi hoti.</w:t>
      </w:r>
    </w:p>
    <w:p>
      <w:pPr>
        <w:jc w:val="right"/>
      </w:pPr>
      <w:r>
        <w:t>بھئی، لیسن کے لیے کوئی کوئی کنڈیشن نہیں ہوتی۔</w:t>
      </w:r>
    </w:p>
    <w:p>
      <w:r>
        <w:rPr>
          <w:b/>
        </w:rPr>
        <w:t xml:space="preserve">[1:15:28] </w:t>
      </w:r>
      <w:r>
        <w:t>jahan mile, wahin le lijiye, jahan mile, wahin lijie.</w:t>
      </w:r>
    </w:p>
    <w:p>
      <w:pPr>
        <w:jc w:val="right"/>
      </w:pPr>
      <w:r>
        <w:t>جہاں ملے، وہیں لے لیجئے، جہاں ملے، وہیں لیجئے۔</w:t>
      </w:r>
    </w:p>
    <w:p>
      <w:r>
        <w:rPr>
          <w:b/>
        </w:rPr>
        <w:t xml:space="preserve">[1:15:34] </w:t>
      </w:r>
      <w:r>
        <w:t>is mein koi koi puchne ki baat hi nahin.</w:t>
      </w:r>
    </w:p>
    <w:p>
      <w:pPr>
        <w:jc w:val="right"/>
      </w:pPr>
      <w:r>
        <w:t>اس میں کوئی کوئی پوچھنے کی بات ہی نہیں۔</w:t>
      </w:r>
    </w:p>
    <w:p>
      <w:r>
        <w:rPr>
          <w:b/>
        </w:rPr>
        <w:t xml:space="preserve">[1:15:39] </w:t>
      </w:r>
      <w:r>
        <w:t>logon ka, yani aap apna soch jo hai, aap ka jo theory hai, aap aap ki jo nazariya</w:t>
      </w:r>
    </w:p>
    <w:p>
      <w:pPr>
        <w:jc w:val="right"/>
      </w:pPr>
      <w:r>
        <w:t>لوگوں کا، یعنی آپ اپنا سوچ جو ہے، آپ کا جو تھیوری ہے، آپ آپ کی جو نظریہ</w:t>
      </w:r>
    </w:p>
    <w:p>
      <w:r>
        <w:rPr>
          <w:b/>
        </w:rPr>
        <w:t xml:space="preserve">[1:15:45] </w:t>
      </w:r>
      <w:r>
        <w:t>hai, woh to aap quran se lijie.</w:t>
      </w:r>
    </w:p>
    <w:p>
      <w:pPr>
        <w:jc w:val="right"/>
      </w:pPr>
      <w:r>
        <w:t>ہے، وہ تو آپ قرآن سے لیجئے۔</w:t>
      </w:r>
    </w:p>
    <w:p>
      <w:r>
        <w:rPr>
          <w:b/>
        </w:rPr>
        <w:t xml:space="preserve">[1:15:52] </w:t>
      </w:r>
      <w:r>
        <w:t>method ke mamle mein, aap jahan bhi aap ko koi tareeqa mile, us ko le lijie.</w:t>
      </w:r>
    </w:p>
    <w:p>
      <w:pPr>
        <w:jc w:val="right"/>
      </w:pPr>
      <w:r>
        <w:t>میتھڈ کے معاملے میں، آپ جہاں بھی آپ کو کوئی طریقہ ملے، اس کو لے لیجئے۔</w:t>
      </w:r>
    </w:p>
    <w:p>
      <w:r>
        <w:rPr>
          <w:b/>
        </w:rPr>
        <w:t xml:space="preserve">[1:15:58] </w:t>
      </w:r>
      <w:r>
        <w:t>maulana, agla sawal mumbai se bheja hai javed hayat sahab ne.</w:t>
      </w:r>
    </w:p>
    <w:p>
      <w:pPr>
        <w:jc w:val="right"/>
      </w:pPr>
      <w:r>
        <w:t>مولانا، اگلا سوال ممبئی سے بھیجا ہے جاوید حیات صاحب نے۔</w:t>
      </w:r>
    </w:p>
    <w:p>
      <w:r>
        <w:rPr>
          <w:b/>
        </w:rPr>
        <w:t xml:space="preserve">[1:16:04] </w:t>
      </w:r>
      <w:r>
        <w:t>unhon ne likha hai: "maulana, nabi dawah work pure yaqeen ke sath karte the kyon</w:t>
      </w:r>
    </w:p>
    <w:p>
      <w:pPr>
        <w:jc w:val="right"/>
      </w:pPr>
      <w:r>
        <w:t>انہوں نے لکھا ہے: "مولانا، نبی دعویٰ ورک پورے یقین کے ساتھ کرتے تھے کیون</w:t>
      </w:r>
    </w:p>
    <w:p>
      <w:r>
        <w:rPr>
          <w:b/>
        </w:rPr>
        <w:t xml:space="preserve">[1:16:10] </w:t>
      </w:r>
      <w:r>
        <w:t>ke woh farishton ko dekhte aur ghayeb ki bohat si baaton ko un ka mushahida karaya jata tha.</w:t>
      </w:r>
    </w:p>
    <w:p>
      <w:pPr>
        <w:jc w:val="right"/>
      </w:pPr>
      <w:r>
        <w:t>کہ وہ فرشتوں کو دیکھتے اور غائب کی بہت سی باتوں کو ان کا مشاہدہ کرایا جاتا تھا۔</w:t>
      </w:r>
    </w:p>
    <w:p>
      <w:r>
        <w:rPr>
          <w:b/>
        </w:rPr>
        <w:t xml:space="preserve">[1:16:17] </w:t>
      </w:r>
      <w:r>
        <w:t>hum sirf belief ki buniyad par dawah work kaise karein?" is ke bare mein bataein.</w:t>
      </w:r>
    </w:p>
    <w:p>
      <w:pPr>
        <w:jc w:val="right"/>
      </w:pPr>
      <w:r>
        <w:t>ہم صرف بیلیف کی بنیاد پر دعویٰ ورک کیسے کریں؟" اس کے بارے میں بتائیں۔</w:t>
      </w:r>
    </w:p>
    <w:p>
      <w:r>
        <w:rPr>
          <w:b/>
        </w:rPr>
        <w:t xml:space="preserve">[1:16:25] </w:t>
      </w:r>
      <w:r>
        <w:t>کیسے کریں؟ کس belief means discovery؟ belief means discovery؟ کیا فرق ہے اس میں؟ آپ اللہ رب العالمین</w:t>
      </w:r>
    </w:p>
    <w:p>
      <w:pPr>
        <w:jc w:val="right"/>
      </w:pPr>
      <w:r>
        <w:t>کیسے کریں؟ کس بیلیف مینز ڈسکوری؟ بیلیف مینز ڈسکوری؟ کیا فرق ہے اس میں؟ آپ اللہ رب العالمین</w:t>
      </w:r>
    </w:p>
    <w:p>
      <w:r>
        <w:rPr>
          <w:b/>
        </w:rPr>
        <w:t xml:space="preserve">[1:16:32] </w:t>
      </w:r>
      <w:r>
        <w:t>ko discover kijie, sirf belief ka</w:t>
      </w:r>
    </w:p>
    <w:p>
      <w:pPr>
        <w:jc w:val="right"/>
      </w:pPr>
      <w:r>
        <w:t>کو ڈسکور کیجئے، صرف بیلیف کا</w:t>
      </w:r>
    </w:p>
    <w:p>
      <w:r>
        <w:rPr>
          <w:b/>
        </w:rPr>
        <w:t xml:space="preserve">[1:16:40] </w:t>
      </w:r>
      <w:r>
        <w:t>darja mat rakhiye.</w:t>
      </w:r>
    </w:p>
    <w:p>
      <w:pPr>
        <w:jc w:val="right"/>
      </w:pPr>
      <w:r>
        <w:t>درجہ مت رکھیے۔</w:t>
      </w:r>
    </w:p>
    <w:p>
      <w:r>
        <w:rPr>
          <w:b/>
        </w:rPr>
        <w:t xml:space="preserve">[1:16:45] </w:t>
      </w:r>
      <w:r>
        <w:t>allah rab ul alameen aap ki discovery ho, sirf belief na ho.</w:t>
      </w:r>
    </w:p>
    <w:p>
      <w:pPr>
        <w:jc w:val="right"/>
      </w:pPr>
      <w:r>
        <w:t>اللہ رب العالمین آپ کی ڈسکوری ہو، صرف بیلیف نہ ہو۔</w:t>
      </w:r>
    </w:p>
    <w:p>
      <w:r>
        <w:rPr>
          <w:b/>
        </w:rPr>
        <w:t xml:space="preserve">[1:16:50] </w:t>
      </w:r>
      <w:r>
        <w:t>yeh to aap abhi imani mein kami hai.</w:t>
      </w:r>
    </w:p>
    <w:p>
      <w:pPr>
        <w:jc w:val="right"/>
      </w:pPr>
      <w:r>
        <w:t>یہ تو آپ ابھی ایمانی میں کمی ہے۔</w:t>
      </w:r>
    </w:p>
    <w:p>
      <w:r>
        <w:rPr>
          <w:b/>
        </w:rPr>
        <w:t xml:space="preserve">[1:16:55] </w:t>
      </w:r>
      <w:r>
        <w:t>agar kisi ka iman sirf belief hai to kami hai is mein.</w:t>
      </w:r>
    </w:p>
    <w:p>
      <w:pPr>
        <w:jc w:val="right"/>
      </w:pPr>
      <w:r>
        <w:t>اگر کسی کا ایمان صرف بیلیف ہے تو کمی ہے اس میں۔</w:t>
      </w:r>
    </w:p>
    <w:p>
      <w:r>
        <w:rPr>
          <w:b/>
        </w:rPr>
        <w:t xml:space="preserve">[1:17:00] </w:t>
      </w:r>
      <w:r>
        <w:t>is ko apne iman ko discovery banana chahiye, tab is ka iman mukammal hoga.</w:t>
      </w:r>
    </w:p>
    <w:p>
      <w:pPr>
        <w:jc w:val="right"/>
      </w:pPr>
      <w:r>
        <w:t>اس کو اپنے ایمان کو ڈسکوری بنانا چاہیے، تب اس کا ایمان مکمل ہوگا۔</w:t>
      </w:r>
    </w:p>
    <w:p>
      <w:r>
        <w:rPr>
          <w:b/>
        </w:rPr>
        <w:t xml:space="preserve">[1:17:05] </w:t>
      </w:r>
      <w:r>
        <w:t>yeh koi do raah nahi is mamle mein ho sakti.</w:t>
      </w:r>
    </w:p>
    <w:p>
      <w:pPr>
        <w:jc w:val="right"/>
      </w:pPr>
      <w:r>
        <w:t>یہ کوئی دو راہ نہیں اس معاملے میں ہو سکتی۔</w:t>
      </w:r>
    </w:p>
    <w:p>
      <w:r>
        <w:rPr>
          <w:b/>
        </w:rPr>
        <w:t xml:space="preserve">[1:17:10] </w:t>
      </w:r>
      <w:r>
        <w:t>maulana rawalpindi pakistan se wajid sahab ne sawal bheja hai.</w:t>
      </w:r>
    </w:p>
    <w:p>
      <w:pPr>
        <w:jc w:val="right"/>
      </w:pPr>
      <w:r>
        <w:t>مولانا راولپنڈی پاکستان سے واجد صاحب نے سوال بھیجا ہے۔</w:t>
      </w:r>
    </w:p>
    <w:p>
      <w:r>
        <w:rPr>
          <w:b/>
        </w:rPr>
        <w:t xml:space="preserve">[1:17:16] </w:t>
      </w:r>
      <w:r>
        <w:t>انہوں نے لکھا ہے: "مولانا، in today's busy life, time management is the big issue.</w:t>
      </w:r>
    </w:p>
    <w:p>
      <w:pPr>
        <w:jc w:val="right"/>
      </w:pPr>
      <w:r>
        <w:t>انہوں نے لکھا ہے: "مولانا، ان ٹوڈے بزی لائف، ٹائم مینجمنٹ از دا بگ ایشو۔</w:t>
      </w:r>
    </w:p>
    <w:p>
      <w:r>
        <w:rPr>
          <w:b/>
        </w:rPr>
        <w:t xml:space="preserve">[1:17:22] </w:t>
      </w:r>
      <w:r>
        <w:t>we always have excuses.</w:t>
      </w:r>
    </w:p>
    <w:p>
      <w:pPr>
        <w:jc w:val="right"/>
      </w:pPr>
      <w:r>
        <w:t>وی الویز ہیو ایکسکیوزز۔</w:t>
      </w:r>
    </w:p>
    <w:p>
      <w:r>
        <w:rPr>
          <w:b/>
        </w:rPr>
        <w:t xml:space="preserve">[1:17:28] </w:t>
      </w:r>
      <w:r>
        <w:t>how can we overcome this attitude?" yeh kuch nahi, main is ko nahi manta.</w:t>
      </w:r>
    </w:p>
    <w:p>
      <w:pPr>
        <w:jc w:val="right"/>
      </w:pPr>
      <w:r>
        <w:t>ہاؤ کین وی اوورکم دس ایٹیٹیوڈ؟" یہ کچھ نہیں، میں اس کو نہیں مانتا۔</w:t>
      </w:r>
    </w:p>
    <w:p>
      <w:r>
        <w:rPr>
          <w:b/>
        </w:rPr>
        <w:t xml:space="preserve">[1:17:34] </w:t>
      </w:r>
      <w:r>
        <w:t>jab hum parhte the bachpan mein urdu reader, us waqt hum ne parha</w:t>
      </w:r>
    </w:p>
    <w:p>
      <w:pPr>
        <w:jc w:val="right"/>
      </w:pPr>
      <w:r>
        <w:t>جب ہم پڑھتے تھے بچپن میں اردو ریڈر، اس وقت ہم نے پڑھا</w:t>
      </w:r>
    </w:p>
    <w:p>
      <w:r>
        <w:rPr>
          <w:b/>
        </w:rPr>
        <w:t xml:space="preserve">[1:17:40] </w:t>
      </w:r>
      <w:r>
        <w:t>tha: "waqt mein tangi farakhi dono hain, jaise rubber khenchne se barhti hai, chhod jati hai sikar." to</w:t>
      </w:r>
    </w:p>
    <w:p>
      <w:pPr>
        <w:jc w:val="right"/>
      </w:pPr>
      <w:r>
        <w:t>تھا: "وقت میں تنگی فراخی دونوں ہیں، جیسے ربڑ کھینچنے سے بڑھتی ہے، چھوڑ جاتی ہے سکڑ۔" تو</w:t>
      </w:r>
    </w:p>
    <w:p>
      <w:r>
        <w:rPr>
          <w:b/>
        </w:rPr>
        <w:t xml:space="preserve">[1:17:46] </w:t>
      </w:r>
      <w:r>
        <w:t>time aap ke hath mein hai, manage kijie.</w:t>
      </w:r>
    </w:p>
    <w:p>
      <w:pPr>
        <w:jc w:val="right"/>
      </w:pPr>
      <w:r>
        <w:t>ٹائم آپ کے ہاتھ میں ہے، مینج کیجئے۔</w:t>
      </w:r>
    </w:p>
    <w:p>
      <w:r>
        <w:rPr>
          <w:b/>
        </w:rPr>
        <w:t xml:space="preserve">[1:17:52] </w:t>
      </w:r>
      <w:r>
        <w:t>اصل چیز ہے مینج کرنا، اصل چیز ہے you to learn the art of management.</w:t>
      </w:r>
    </w:p>
    <w:p>
      <w:pPr>
        <w:jc w:val="right"/>
      </w:pPr>
      <w:r>
        <w:t>اصل چیز ہے مینج کرنا، اصل چیز ہے یو ٹو لرن دی آرٹ اف مینجمنٹ۔</w:t>
      </w:r>
    </w:p>
    <w:p>
      <w:r>
        <w:rPr>
          <w:b/>
        </w:rPr>
        <w:t xml:space="preserve">[1:17:58] </w:t>
      </w:r>
      <w:r>
        <w:t>time sab ke paas hota hai, yaad rakhiye.</w:t>
      </w:r>
    </w:p>
    <w:p>
      <w:pPr>
        <w:jc w:val="right"/>
      </w:pPr>
      <w:r>
        <w:t>ٹائم سب کے پاس ہوتا ہے، یاد رکھیے۔</w:t>
      </w:r>
    </w:p>
    <w:p>
      <w:r>
        <w:rPr>
          <w:b/>
        </w:rPr>
        <w:t xml:space="preserve">[1:18:04] </w:t>
      </w:r>
      <w:r>
        <w:t>aap ghor kijiye to aap ko maloom hoga ke</w:t>
      </w:r>
    </w:p>
    <w:p>
      <w:pPr>
        <w:jc w:val="right"/>
      </w:pPr>
      <w:r>
        <w:t>آپ غور کیجئے تو آپ کو معلوم ہوگا کہ</w:t>
      </w:r>
    </w:p>
    <w:p>
      <w:r>
        <w:rPr>
          <w:b/>
        </w:rPr>
        <w:t xml:space="preserve">[1:18:10] </w:t>
      </w:r>
      <w:r>
        <w:t>time sab ke paas hota hai.</w:t>
      </w:r>
    </w:p>
    <w:p>
      <w:pPr>
        <w:jc w:val="right"/>
      </w:pPr>
      <w:r>
        <w:t>ٹائم سب کے پاس ہوتا ہے۔</w:t>
      </w:r>
    </w:p>
    <w:p>
      <w:r>
        <w:rPr>
          <w:b/>
        </w:rPr>
        <w:t xml:space="preserve">[1:18:15] </w:t>
      </w:r>
      <w:r>
        <w:t>جو چیز like کرتی ہے، وہ art of management ہے۔</w:t>
      </w:r>
    </w:p>
    <w:p>
      <w:pPr>
        <w:jc w:val="right"/>
      </w:pPr>
      <w:r>
        <w:t>جو چیز لائک کرتی ہے، وہ آرٹ اف مینجمنٹ ہے۔</w:t>
      </w:r>
    </w:p>
    <w:p>
      <w:r>
        <w:rPr>
          <w:b/>
        </w:rPr>
        <w:t xml:space="preserve">[1:18:20] </w:t>
      </w:r>
      <w:r>
        <w:t>yeh poore yaqeen ke sath mein keh sakta hoon ke time sab ke paas hai.</w:t>
      </w:r>
    </w:p>
    <w:p>
      <w:pPr>
        <w:jc w:val="right"/>
      </w:pPr>
      <w:r>
        <w:t>یہ پورے یقین کے ساتھ میں کہہ سکتا ہوں کہ ٹائم سب کے پاس ہے۔</w:t>
      </w:r>
    </w:p>
    <w:p>
      <w:r>
        <w:rPr>
          <w:b/>
        </w:rPr>
        <w:t xml:space="preserve">[1:18:25] </w:t>
      </w:r>
      <w:r>
        <w:t>جو چیز like کر رہی ہے، وہ ہے Art of Management.</w:t>
      </w:r>
    </w:p>
    <w:p>
      <w:pPr>
        <w:jc w:val="right"/>
      </w:pPr>
      <w:r>
        <w:t>جو چیز لائک کر رہی ہے، وہ ہے آرٹ اف مینجمنٹ۔</w:t>
      </w:r>
    </w:p>
    <w:p>
      <w:r>
        <w:rPr>
          <w:b/>
        </w:rPr>
        <w:t xml:space="preserve">[1:18:30] </w:t>
      </w:r>
      <w:r>
        <w:t>muhammad yaqoob umri sahib ne comment bheja hai.</w:t>
      </w:r>
    </w:p>
    <w:p>
      <w:pPr>
        <w:jc w:val="right"/>
      </w:pPr>
      <w:r>
        <w:t>محمد یعقوب عمری صاحب نے کمنٹ بھیجا ہے۔</w:t>
      </w:r>
    </w:p>
    <w:p>
      <w:r>
        <w:rPr>
          <w:b/>
        </w:rPr>
        <w:t xml:space="preserve">[1:18:35] </w:t>
      </w:r>
      <w:r>
        <w:t>انہوں نے لکھا ہے: "The key to understanding Quran is only spirit of inquiry." مولانا، it is a great wisdom. جزاک</w:t>
      </w:r>
    </w:p>
    <w:p>
      <w:pPr>
        <w:jc w:val="right"/>
      </w:pPr>
      <w:r>
        <w:t>انہوں نے لکھا ہے: "دا کی ٹو انڈرسٹینڈنگ قرآن از اونلی سپرٹ اف انکوائری۔" مولانا، اٹ از ا گریٹ وزڈم۔ جزاک</w:t>
      </w:r>
    </w:p>
    <w:p>
      <w:r>
        <w:rPr>
          <w:b/>
        </w:rPr>
        <w:t xml:space="preserve">[1:18:40] </w:t>
      </w:r>
      <w:r>
        <w:t>allah, masha allah. okay, we will end the session now. thank you.</w:t>
      </w:r>
    </w:p>
    <w:p>
      <w:pPr>
        <w:jc w:val="right"/>
      </w:pPr>
      <w:r>
        <w:t>اللہ، ماشاءاللہ۔ اوکے، وی ویل اینڈ دی سیشن ناو۔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