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God and Man (In Conversation with Maulana)</w:t>
      </w:r>
    </w:p>
    <w:p>
      <w:r>
        <w:t>https://www.youtube.com/watch?v=Ph_e8wSolqU</w:t>
      </w:r>
    </w:p>
    <w:p>
      <w:r>
        <w:rPr>
          <w:b/>
        </w:rPr>
        <w:t xml:space="preserve">[00:11] </w:t>
      </w:r>
      <w:r>
        <w:t>this question is from doctor naseem siddiqui. how can we remove the curtains between man and god, and between muslims and islam?</w:t>
      </w:r>
    </w:p>
    <w:p>
      <w:pPr>
        <w:jc w:val="right"/>
      </w:pPr>
      <w:r>
        <w:t>دس کوئسچن از فرام ڈاکٹر نسیم صدیقی۔ ہاؤ کین وی ریموو دا کرٹنز بٹوین مین اینڈ گاڈ، اینڈ بٹوین مسلمز اینڈ اسلام؟</w:t>
      </w:r>
    </w:p>
    <w:p>
      <w:r>
        <w:rPr>
          <w:b/>
        </w:rPr>
        <w:t xml:space="preserve">[00:27] </w:t>
      </w:r>
      <w:r>
        <w:t>dekhein, yeh subject jo hai, is par main bohat likh chuka hoon. aisa nahin ke khali aaj taqreer kar di hai. kam az kam do sau kitabein hain, woh sab direct indirect isi pe ghoomti hain.</w:t>
      </w:r>
    </w:p>
    <w:p>
      <w:pPr>
        <w:jc w:val="right"/>
      </w:pPr>
      <w:r>
        <w:t>دیکھیں، یہ سبجیکٹ جو ہے، اس پر میں بہت لکھ چکا ہوں۔ ایسا نہیں کہ خالی آج تقریر کر دی ہے۔ کم از کم دو سو کتابیں ہیں، وہ سب ڈائریکٹ ان ڈائریکٹ اسی پہ گھومتی ہیں۔</w:t>
      </w:r>
    </w:p>
    <w:p>
      <w:r>
        <w:rPr>
          <w:b/>
        </w:rPr>
        <w:t xml:space="preserve">[00:42] </w:t>
      </w:r>
      <w:r>
        <w:t>aap hamari literature parhiye, ya yeh jo main ne baatein kahi hain, to is ka detail mein agar aap study karna chahein to hamari kitabein parhiye, hamari tafsir parhiye, seerat ki kitab parhiye, hadith ki kitab parhiye.</w:t>
      </w:r>
    </w:p>
    <w:p>
      <w:pPr>
        <w:jc w:val="right"/>
      </w:pPr>
      <w:r>
        <w:t>آپ ہماری لٹریچر پڑھیے، یا یہ جو میں نے باتیں کہی ہیں، تو اس کا ڈیٹیل میں اگر آپ اسٹڈی کرنا چاہیں تو ہماری کتابیں پڑھیے، ہماری تفسیر پڑھیے، سیرت کی کتاب پڑھیے، حدیث کی کتاب پڑھیے۔</w:t>
      </w:r>
    </w:p>
    <w:p>
      <w:r>
        <w:rPr>
          <w:b/>
        </w:rPr>
        <w:t xml:space="preserve">[01:06] </w:t>
      </w:r>
      <w:r>
        <w:t>to ek taraf to hamein yeh batana hai jo insan ke bare mein jo logon ko galat fehmi hoti hai ke insan kyun fasad karta hai.</w:t>
      </w:r>
    </w:p>
    <w:p>
      <w:pPr>
        <w:jc w:val="right"/>
      </w:pPr>
      <w:r>
        <w:t>تو ایک طرف تو ہمیں یہ بتانا ہے جو انسان کے بارے میں جو لوگوں کو غلط فہمی ہوتی ہے کہ انسان کیوں فساد کرتا ہے۔</w:t>
      </w:r>
    </w:p>
    <w:p>
      <w:r>
        <w:rPr>
          <w:b/>
        </w:rPr>
        <w:t xml:space="preserve">[01:15] </w:t>
      </w:r>
      <w:r>
        <w:t>is liye ke khuda ne azadi di hai, yani khuda ke sanction se nahin ho raha hai woh. to yeh batana parega ke physical world mein chuki azadi nahin hai, to wahan dekhiye fasad bhi nahin hai.</w:t>
      </w:r>
    </w:p>
    <w:p>
      <w:pPr>
        <w:jc w:val="right"/>
      </w:pPr>
      <w:r>
        <w:t>اس لیے کہ خدا نے آزادی دی ہے، یعنی خدا کے سینکشن سے نہیں ہو رہا ہے وہ۔ تو یہ بتانا پڑے گا کہ فزیکل ورلڈ میں چونکہ آزادی نہیں ہے، تو وہاں دیکھیے فساد بھی نہیں ہے۔</w:t>
      </w:r>
    </w:p>
    <w:p>
      <w:r>
        <w:rPr>
          <w:b/>
        </w:rPr>
        <w:t xml:space="preserve">[01:31] </w:t>
      </w:r>
      <w:r>
        <w:t>quran mein jo hai ek hal tarab min futoor isi ke bare mein hai. woh quran mein hai ke dekho, universe ko kahin zara bhi tum ko defect dikhai deta hai?</w:t>
      </w:r>
    </w:p>
    <w:p>
      <w:pPr>
        <w:jc w:val="right"/>
      </w:pPr>
      <w:r>
        <w:t>قرآن میں جو ہے ایک حل تراب من فتور اسی کے بارے میں ہے۔ وہ قرآن میں ہے کہ دیکھو، یونیورس کو کہیں ذرا بھی تم کو ڈیفیکٹ دکھائی دیتا ہے؟</w:t>
      </w:r>
    </w:p>
    <w:p>
      <w:r>
        <w:rPr>
          <w:b/>
        </w:rPr>
        <w:t xml:space="preserve">[01:40] </w:t>
      </w:r>
      <w:r>
        <w:t>defect yeh challenge ke zaban mein hai quran mein ke dekho, khoob dekho, khoob dekho, sare universe mein itna bara universe hai, kahin tum ko defect nahin dikhai dega.</w:t>
      </w:r>
    </w:p>
    <w:p>
      <w:pPr>
        <w:jc w:val="right"/>
      </w:pPr>
      <w:r>
        <w:t>ڈیفیکٹ یہ چیلنج کے زبان میں ہے قرآن میں کہ دیکھو، خوب دیکھو، خوب دیکھو، سارے یونیورس میں اتنا بڑا یونیورس ہے، کہیں تم کو ڈیفیکٹ نہیں دکھائی دے گا۔</w:t>
      </w:r>
    </w:p>
    <w:p>
      <w:r>
        <w:rPr>
          <w:b/>
        </w:rPr>
        <w:t xml:space="preserve">[01:54] </w:t>
      </w:r>
      <w:r>
        <w:t>aur jo insan ke bare mein ke zahir hai fasad par bahar kasabat al nas, yani ek hi quran mein do ayatein hain. ek taraf physical world ke bare mein quran kehta hai ke dekho, jitna chaho dekho, jitna chaho dekho,</w:t>
      </w:r>
    </w:p>
    <w:p>
      <w:pPr>
        <w:jc w:val="right"/>
      </w:pPr>
      <w:r>
        <w:t>اور جو انسان کے بارے میں کہ ظاہر ہے فساد پر بحر کسبت الناس، یعنی ایک ہی قرآن میں دو آیتیں ہیں۔ ایک طرف فزیکل ورلڈ کے بارے میں قرآن کہتا ہے کہ دیکھو، جتنا چاہو دیکھو، جتنا چاہو دیکھو،</w:t>
      </w:r>
    </w:p>
    <w:p>
      <w:r>
        <w:rPr>
          <w:b/>
        </w:rPr>
        <w:t xml:space="preserve">[02:10] </w:t>
      </w:r>
      <w:r>
        <w:t>lekin tum koi defect nahin paoge. aur insan ke bare mein khuda keh raha hai ke zahir hai fasad fil barri wal bahri kasabat al nas.</w:t>
      </w:r>
    </w:p>
    <w:p>
      <w:pPr>
        <w:jc w:val="right"/>
      </w:pPr>
      <w:r>
        <w:t>لیکن تم کوئی ڈیفیکٹ نہیں پاؤ گے۔ اور انسان کے بارے میں خدا کہہ رہا ہے کہ ظاہر ہے فساد فی البر والبحر کسبت الناس۔</w:t>
      </w:r>
    </w:p>
    <w:p>
      <w:r>
        <w:rPr>
          <w:b/>
        </w:rPr>
        <w:t xml:space="preserve">[02:21] </w:t>
      </w:r>
      <w:r>
        <w:t>to kyun yeh batana hai insan ko, logon ko ke physical world direct tor par khuda ke control mein hai, kyunke is ko freedom nahin mila hua hai.</w:t>
      </w:r>
    </w:p>
    <w:p>
      <w:pPr>
        <w:jc w:val="right"/>
      </w:pPr>
      <w:r>
        <w:t>تو کیوں یہ بتانا ہے انسان کو، لوگوں کو کہ فزیکل ورلڈ ڈائریکٹ طور پر خدا کے کنٹرول میں ہے، کیونکہ اس کو فریڈم نہیں ملا ہوا ہے۔</w:t>
      </w:r>
    </w:p>
    <w:p>
      <w:r>
        <w:rPr>
          <w:b/>
        </w:rPr>
        <w:t xml:space="preserve">[02:32] </w:t>
      </w:r>
      <w:r>
        <w:t>aur jo insani duniya hai, woh woh azadi di hai allah taala ne un ko, kyunke yahan par reward aur punishment ka principle hai. material world mein ya physical world mein reward aur punishment nahin hai.</w:t>
      </w:r>
    </w:p>
    <w:p>
      <w:pPr>
        <w:jc w:val="right"/>
      </w:pPr>
      <w:r>
        <w:t>اور جو انسانی دنیا ہے، وہ وہ آزادی دی ہے اللہ تعالی نے ان کو، کیونکہ یہاں پر ریوارڈ اور پنشمنٹ کا پرنسپل ہے۔ مٹیریل ورلڈ میں یا فزیکل ورلڈ میں ریوارڈ اور پنشمنٹ نہیں ہے۔</w:t>
      </w:r>
    </w:p>
    <w:p>
      <w:r>
        <w:rPr>
          <w:b/>
        </w:rPr>
        <w:t xml:space="preserve">[02:46] </w:t>
      </w:r>
      <w:r>
        <w:t>insan ke liye reward aur punishment hai, is liye yahan azadi di hai. is azadi ko misuse karne se sari baatein bigadti hain.</w:t>
      </w:r>
    </w:p>
    <w:p>
      <w:pPr>
        <w:jc w:val="right"/>
      </w:pPr>
      <w:r>
        <w:t>انسان کے لیے ریوارڈ اور پنشمنٹ ہے، اس لیے یہاں آزادی دی ہے۔ اس آزادی کو مس یوز کرنے سے ساری باتیں بگڑتی ہیں۔</w:t>
      </w:r>
    </w:p>
    <w:p>
      <w:r>
        <w:rPr>
          <w:b/>
        </w:rPr>
        <w:t xml:space="preserve">[02:58] </w:t>
      </w:r>
      <w:r>
        <w:t>jahan tak musalmanon ka taluq hai, to hamein batana hai ke ke quran islam ko janna hai to quran ko parho.</w:t>
      </w:r>
    </w:p>
    <w:p>
      <w:pPr>
        <w:jc w:val="right"/>
      </w:pPr>
      <w:r>
        <w:t>جہاں تک مسلمانوں کا تعلق ہے، تو ہمیں بتانا ہے کہ کہ قرآن اسلام کو جاننا ہے تو قرآن کو پڑھو۔</w:t>
      </w:r>
    </w:p>
    <w:p>
      <w:r>
        <w:rPr>
          <w:b/>
        </w:rPr>
        <w:t xml:space="preserve">[03:10] </w:t>
      </w:r>
      <w:r>
        <w:t>musalmanon ko dekh kar mat rai banao ke islam kya hai.</w:t>
      </w:r>
    </w:p>
    <w:p>
      <w:pPr>
        <w:jc w:val="right"/>
      </w:pPr>
      <w:r>
        <w:t>مسلمانوں کو دیکھ کر مت رائے بناؤ کہ اسلام کیا ہے۔</w:t>
      </w:r>
    </w:p>
    <w:p>
      <w:r>
        <w:rPr>
          <w:b/>
        </w:rPr>
        <w:t xml:space="preserve">[03:17] </w:t>
      </w:r>
      <w:r>
        <w:t>jaise main ek misaal deta hoon aap ko, yeh bataiye sari duniya ko bataiye ke musalman jahan jahan bhi aaj kal larai chhede hue hain jihad ke naam par, woh sab ke sab fasad hai.</w:t>
      </w:r>
    </w:p>
    <w:p>
      <w:pPr>
        <w:jc w:val="right"/>
      </w:pPr>
      <w:r>
        <w:t>جیسے میں ایک مثال دیتا ہوں آپ کو، یہ بتائیے ساری دنیا کو بتائیے کہ مسلمان جہاں جہاں بھی آج کل لڑائی چھڑے ہوئے ہیں جہاد کے نام پر، وہ سب کے سب فساد ہے۔</w:t>
      </w:r>
    </w:p>
    <w:p>
      <w:r>
        <w:rPr>
          <w:b/>
        </w:rPr>
        <w:t xml:space="preserve">[03:28] </w:t>
      </w:r>
      <w:r>
        <w:t>koi bhi jihad nahin hai. kyun? woh kehte hain ke hum dushman ke khilaf lad rahe hain. logon ko dushman declare kar ke un ke sath larai chhede hue hain, aur islam mein dushman ke khilaf larai hai hi nahin.</w:t>
      </w:r>
    </w:p>
    <w:p>
      <w:pPr>
        <w:jc w:val="right"/>
      </w:pPr>
      <w:r>
        <w:t>کوئی بھی جہاد نہیں ہے۔ کیوں؟ وہ کہتے ہیں کہ ہم دشمن کے خلاف لڑ رہے ہیں۔ لوگوں کو دشمن ڈیکلیئر کر کے ان کے ساتھ لڑائی چھڑے ہوئے ہیں، اور اسلام میں دشمن کے خلاف لڑائی ہے ہی نہیں۔</w:t>
      </w:r>
    </w:p>
    <w:p>
      <w:r>
        <w:rPr>
          <w:b/>
        </w:rPr>
        <w:t xml:space="preserve">[03:46] </w:t>
      </w:r>
      <w:r>
        <w:t>yaad rakhiye, islam differentiates between attacker and enemy</w:t>
      </w:r>
    </w:p>
    <w:p>
      <w:pPr>
        <w:jc w:val="right"/>
      </w:pPr>
      <w:r>
        <w:t>یاد رکھیے، اسلام ڈیفرنشیٹس بٹوین اٹیکر اینڈ اینمی</w:t>
      </w:r>
    </w:p>
    <w:p>
      <w:r>
        <w:rPr>
          <w:b/>
        </w:rPr>
        <w:t xml:space="preserve">[03:55] </w:t>
      </w:r>
      <w:r>
        <w:t>keh aik hai woh jo hamla kar de, attack kar de, jo aggression kare, to defence ke taur par aap use ladne ki ijazat hai.</w:t>
      </w:r>
    </w:p>
    <w:p>
      <w:pPr>
        <w:jc w:val="right"/>
      </w:pPr>
      <w:r>
        <w:t>کہ ایک ہے وہ جو حملہ کر دے، اٹیک کر دے، جو ایگریشن کرے، تو ڈیفنس کے طور پر آپ اسے لڑنے کی اجازت ہے۔</w:t>
      </w:r>
    </w:p>
    <w:p>
      <w:r>
        <w:rPr>
          <w:b/>
        </w:rPr>
        <w:t xml:space="preserve">[04:09] </w:t>
      </w:r>
      <w:r>
        <w:t>aur sirf yeh keh aap kisi ko dushman samajh rahe hain, to aap attack nahi kar sakte us ke upar. bilkul haram hai Islam mein keh kisi ko dushman declare kar ke aap attack kar dein us ke upar.</w:t>
      </w:r>
    </w:p>
    <w:p>
      <w:pPr>
        <w:jc w:val="right"/>
      </w:pPr>
      <w:r>
        <w:t>اور صرف یہ کہ آپ کسی کو دشمن سمجھ رہے ہیں، تو آپ اٹیک نہیں کر سکتے اس کے اوپر۔ بالکل حرام ہے اسلام میں کہ کسی کو دشمن ڈیکلیئر کر کے آپ اٹیک کر دیں اس کے اوپر۔</w:t>
      </w:r>
    </w:p>
    <w:p>
      <w:r>
        <w:rPr>
          <w:b/>
        </w:rPr>
        <w:t xml:space="preserve">[04:31] </w:t>
      </w:r>
      <w:r>
        <w:t>yani dushman ko dost banao. yani every, yani dushman jo hai, potentially tumhara friend hai. yeh hai Islam concept.</w:t>
      </w:r>
    </w:p>
    <w:p>
      <w:pPr>
        <w:jc w:val="right"/>
      </w:pPr>
      <w:r>
        <w:t>یعنی دشمن کو دوست بناؤ۔ یعنی ایوری، یعنی دشمن جو ہے، پوٹینشلی تمہارا فرینڈ ہے۔ یہ ہے اسلام کانسیپٹ۔</w:t>
      </w:r>
    </w:p>
    <w:p>
      <w:r>
        <w:rPr>
          <w:b/>
        </w:rPr>
        <w:t xml:space="preserve">[04:42] </w:t>
      </w:r>
      <w:r>
        <w:t>doosri baat yeh hai keh Islam mein yeh bilkul jaiz hi nahi hai keh other deen state koi hathiyar uthaye. ar-raheelu lil-imam, hathiyar uthana sirf state ka kaam hai.</w:t>
      </w:r>
    </w:p>
    <w:p>
      <w:pPr>
        <w:jc w:val="right"/>
      </w:pPr>
      <w:r>
        <w:t>دوسری بات یہ ہے کہ اسلام میں یہ بالکل جائز ہی نہیں ہے کہ ادر دین اسٹیٹ کوئی ہتھیار اٹھائے۔ الرحیل للامام، ہتھیار اٹھانا صرف اسٹیٹ کا کام ہے۔</w:t>
      </w:r>
    </w:p>
    <w:p>
      <w:r>
        <w:rPr>
          <w:b/>
        </w:rPr>
        <w:t xml:space="preserve">[04:58] </w:t>
      </w:r>
      <w:r>
        <w:t>aaj kal kya hai? jo hathiyar jo log uthaye hue hain, kahin bhi state nahi hai. duniya mein is waqt 57 Muslim states hain, un mein se koi aik bhi state involve nahi hai is mein.</w:t>
      </w:r>
    </w:p>
    <w:p>
      <w:pPr>
        <w:jc w:val="right"/>
      </w:pPr>
      <w:r>
        <w:t>آج کل کیا ہے؟ جو ہتھیار جو لوگ اٹھائے ہوئے ہیں، کہیں بھی اسٹیٹ نہیں ہے۔ دنیا میں اس وقت 57 مسلم اسٹیٹس ہیں، ان میں سے کوئی ایک بھی اسٹیٹ انوالو نہیں ہے اس میں۔</w:t>
      </w:r>
    </w:p>
    <w:p>
      <w:r>
        <w:rPr>
          <w:b/>
        </w:rPr>
        <w:t xml:space="preserve">[05:09] </w:t>
      </w:r>
      <w:r>
        <w:t>logon ne khud hi khud banai organization aur khud hi khud hathiyar utha ke marne lage ladai karne. state kahan involve hai is mein?</w:t>
      </w:r>
    </w:p>
    <w:p>
      <w:pPr>
        <w:jc w:val="right"/>
      </w:pPr>
      <w:r>
        <w:t>لوگوں نے خود ہی خود بنائی ارگنائزیشن اور خود ہی خود ہتھیار اٹھا کے مارنے لگے لڑائی کرنے۔ اسٹیٹ کہاں انوالو ہے اس میں؟</w:t>
      </w:r>
    </w:p>
    <w:p>
      <w:r>
        <w:rPr>
          <w:b/>
        </w:rPr>
        <w:t xml:space="preserve">[05:19] </w:t>
      </w:r>
      <w:r>
        <w:t>to do baatein samajh lijiye, kisi ko dushman declare kar ke agar aap ladai chhoden to yeh Islam mein bilkul jaiz nahi hai. aur khud hi khud aap hathiyar utha rahe hain, tab bhi Islam mein jaiz nahi hai.</w:t>
      </w:r>
    </w:p>
    <w:p>
      <w:pPr>
        <w:jc w:val="right"/>
      </w:pPr>
      <w:r>
        <w:t>تو دو باتیں سمجھ لیجئے، کسی کو دشمن ڈیکلیئر کر کے اگر آپ لڑائی چھوڑیں تو یہ اسلام میں بالکل جائز نہیں ہے۔ اور خود ہی خود آپ ہتھیار اٹھا رہے ہیں، تب بھی اسلام میں جائز نہیں ہے۔</w:t>
      </w:r>
    </w:p>
    <w:p>
      <w:r>
        <w:rPr>
          <w:b/>
        </w:rPr>
        <w:t xml:space="preserve">[05:30] </w:t>
      </w:r>
      <w:r>
        <w:t>state aggression ke waqt as a defence hathiyar utha sakti hai. yeh bataiye logon ko keh jo log kar rahe hain, jo Musalman yeh sab kar rahe hain, is ka Islam se koi talluq nahi hai.</w:t>
      </w:r>
    </w:p>
    <w:p>
      <w:pPr>
        <w:jc w:val="right"/>
      </w:pPr>
      <w:r>
        <w:t>اسٹیٹ ایگریشن کے وقت ایز اے ڈیفنس ہتھیار اٹھا سکتی ہے۔ یہ بتائیے لوگوں کو کہ جو لوگ کر رہے ہیں، جو مسلمان یہ سب کر رہے ہیں، اس کا اسلام سے کوئی تعلق نہیں ہے۔</w:t>
      </w:r>
    </w:p>
    <w:p>
      <w:r>
        <w:rPr>
          <w:b/>
        </w:rPr>
        <w:t xml:space="preserve">[05:46] </w:t>
      </w:r>
      <w:r>
        <w:t>mushkil yeh hai keh is waqt jo ho raha hai, saare ulama chup hain. main akela hoon jo is ke khilaf openly declare karta hoon, is ko openly condemn karta hoon.</w:t>
      </w:r>
    </w:p>
    <w:p>
      <w:pPr>
        <w:jc w:val="right"/>
      </w:pPr>
      <w:r>
        <w:t>مشکل یہ ہے کہ اس وقت جو ہو رہا ہے، سارے علماء چپ ہیں۔ میں اکیلا ہوں جو اس کے خلاف اوپنلی ڈیکلیئر کرتا ہوں، اس کو اوپنلی کنڈیم کرتا ہوں۔</w:t>
      </w:r>
    </w:p>
    <w:p>
      <w:r>
        <w:rPr>
          <w:b/>
        </w:rPr>
        <w:t xml:space="preserve">[05:55] </w:t>
      </w:r>
      <w:r>
        <w:t>is ko ulama is ko jihad samjhe hue hain, jihad bata diye hue hain. yeh jihad nahi hai, yeh to fasad hai sab ka sab.</w:t>
      </w:r>
    </w:p>
    <w:p>
      <w:pPr>
        <w:jc w:val="right"/>
      </w:pPr>
      <w:r>
        <w:t>اس کو علماء اس کو جہاد سمجھے ہوئے ہیں، جہاد بتا دیے ہوئے ہیں۔ یہ جہاد نہیں ہے، یہ تو فساد ہے سب کا سب۔</w:t>
      </w:r>
    </w:p>
    <w:p>
      <w:r>
        <w:rPr>
          <w:b/>
        </w:rPr>
        <w:t xml:space="preserve">[06:06] </w:t>
      </w:r>
      <w:r>
        <w:t>to beharhaal hamein jo karna hai, woh yeh hai keh hum Musalmanon ke Musalmanon jo hijack kar rakha hai Islam ko, woh insaan ko bataein.</w:t>
      </w:r>
    </w:p>
    <w:p>
      <w:pPr>
        <w:jc w:val="right"/>
      </w:pPr>
      <w:r>
        <w:t>تو بہرحال ہمیں جو کرنا ہے، وہ یہ ہے کہ ہم مسلمانوں کے مسلمانوں جو ہائی جیک کر رکھا ہے اسلام کو، وہ انسان کو بتائیں۔</w:t>
      </w:r>
    </w:p>
    <w:p>
      <w:r>
        <w:rPr>
          <w:b/>
        </w:rPr>
        <w:t xml:space="preserve">[06:19] </w:t>
      </w:r>
      <w:r>
        <w:t>yeh do point jo maine diya hai aap ko, is par aap ko kaam karna hai. aur is ki detail aap janna chahein to hamari literature padhiye aap.</w:t>
      </w:r>
    </w:p>
    <w:p>
      <w:pPr>
        <w:jc w:val="right"/>
      </w:pPr>
      <w:r>
        <w:t>یہ دو پوائنٹ جو میں نے دیا ہے آپ کو، اس پر آپ کو کام کرنا ہے۔ اور اس کی ڈیٹیل آپ جاننا چاہیں تو ہماری لٹریچر پڑھیے آپ۔</w:t>
      </w:r>
    </w:p>
    <w:p>
      <w:r>
        <w:rPr>
          <w:b/>
        </w:rPr>
        <w:t xml:space="preserve">[06:31] </w:t>
      </w:r>
      <w:r>
        <w:t>das question is from Qazi Muhammad Mian. what is the difference between deen and mazhab?</w:t>
      </w:r>
    </w:p>
    <w:p>
      <w:pPr>
        <w:jc w:val="right"/>
      </w:pPr>
      <w:r>
        <w:t>دس کوئسچن از فرام قاضی محمد میاں۔ واٹ از دا ڈیفرنس بٹوین دین اینڈ مذہب؟</w:t>
      </w:r>
    </w:p>
    <w:p>
      <w:r>
        <w:rPr>
          <w:b/>
        </w:rPr>
        <w:t xml:space="preserve">[06:45] </w:t>
      </w:r>
      <w:r>
        <w:t>ab dekhen, mazhab to koi well defined term nahi hai. deen to well defined term hai.</w:t>
      </w:r>
    </w:p>
    <w:p>
      <w:pPr>
        <w:jc w:val="right"/>
      </w:pPr>
      <w:r>
        <w:t>اب دیکھیں، مذہب تو کوئی ویل ڈیفائنڈ ٹرم نہیں ہے۔ دین تو ویل ڈیفائنڈ ٹرم ہے۔</w:t>
      </w:r>
    </w:p>
    <w:p>
      <w:r>
        <w:rPr>
          <w:b/>
        </w:rPr>
        <w:t xml:space="preserve">[06:55] </w:t>
      </w:r>
      <w:r>
        <w:t>baqi general jo istemal hai, us ke lehaz se log deen ko mazhab bolte hain.</w:t>
      </w:r>
    </w:p>
    <w:p>
      <w:pPr>
        <w:jc w:val="right"/>
      </w:pPr>
      <w:r>
        <w:t>باقی جنرل جو استعمال ہے، اس کے لحاظ سے لوگ دین کو مذہب بولتے ہیں۔</w:t>
      </w:r>
    </w:p>
    <w:p>
      <w:r>
        <w:rPr>
          <w:b/>
        </w:rPr>
        <w:t xml:space="preserve">[07:07] </w:t>
      </w:r>
      <w:r>
        <w:t>baqi deen jo hai, yeh Qurani word hai, mazhab Qurani word nahi hai.</w:t>
      </w:r>
    </w:p>
    <w:p>
      <w:pPr>
        <w:jc w:val="right"/>
      </w:pPr>
      <w:r>
        <w:t>باقی دین جو ہے، یہ قرآنی ورڈ ہے، مذہب قرآنی ورڈ نہیں ہے۔</w:t>
      </w:r>
    </w:p>
    <w:p>
      <w:r>
        <w:rPr>
          <w:b/>
        </w:rPr>
        <w:t xml:space="preserve">[07:15] </w:t>
      </w:r>
      <w:r>
        <w:t>Musalmanon mein jo mazhab ka jo word istemal hota hai, woh fiqhi mazhab ke ma'ne mein istemal hota hai, yani school ke ma'ne mein. Musalmanon mein jo istemal hota hai, woh fiqhi school ke bare mein bolte hain.</w:t>
      </w:r>
    </w:p>
    <w:p>
      <w:pPr>
        <w:jc w:val="right"/>
      </w:pPr>
      <w:r>
        <w:t>مسلمانوں میں جو مذہب کا جو ورڈ استعمال ہوتا ہے، وہ فقہی مذہب کے معنی میں استعمال ہوتا ہے، یعنی اسکول کے معنی میں۔ مسلمانوں میں جو استعمال ہوتا ہے، وہ فقہی اسکول کے بارے میں بولتے ہیں۔</w:t>
      </w:r>
    </w:p>
    <w:p>
      <w:r>
        <w:rPr>
          <w:b/>
        </w:rPr>
        <w:t xml:space="preserve">[07:27] </w:t>
      </w:r>
      <w:r>
        <w:t>fiqhi mazhab, jaise Hanafi school aur Shafi'i school aur Hanbali school, school of fiqh hai. to Musalmanon mein jo istemal hota hai, woh Hanafi, woh fiqhi mazhab ke bare mein istemal hota hai, fiqhi school ke ma'ne mein.</w:t>
      </w:r>
    </w:p>
    <w:p>
      <w:pPr>
        <w:jc w:val="right"/>
      </w:pPr>
      <w:r>
        <w:t>فقہی مذہب، جیسے حنفی اسکول اور شافعی اسکول اور حنبلی اسکول، اسکول اف فقہ ہے۔ تو مسلمانوں میں جو استعمال ہوتا ہے، وہ حنفی، وہ فقہی مذہب کے بارے میں استعمال ہوتا ہے، فقہی اسکول کے معنی میں۔</w:t>
      </w:r>
    </w:p>
    <w:p>
      <w:r>
        <w:rPr>
          <w:b/>
        </w:rPr>
        <w:t xml:space="preserve">[07:43] </w:t>
      </w:r>
      <w:r>
        <w:t>baqi general istemal mein mazhab ko main samajhta hoon keh aik tradition ke ma'ne mein lete hain, tradition ke ma'ne mein. to us ke extended sense mein hum is ko deen ke ma'ne mein bol sakte hain.</w:t>
      </w:r>
    </w:p>
    <w:p>
      <w:pPr>
        <w:jc w:val="right"/>
      </w:pPr>
      <w:r>
        <w:t>باقی جنرل استعمال میں مذہب کو میں سمجھتا ہوں کہ ایک ٹریڈیشن کے معنی میں لیتے ہیں، ٹریڈیشن کے معنی میں۔ تو اس کے ایکسٹینڈڈ سینس میں ہم اس کو دین کے معنی میں بول سکتے ہیں۔</w:t>
      </w:r>
    </w:p>
    <w:p>
      <w:r>
        <w:rPr>
          <w:b/>
        </w:rPr>
        <w:t xml:space="preserve">[07:57] </w:t>
      </w:r>
      <w:r>
        <w:t>baqi deen well defined term hai aur mazhab koi is tarah se well defined term nahi hai.</w:t>
      </w:r>
    </w:p>
    <w:p>
      <w:pPr>
        <w:jc w:val="right"/>
      </w:pPr>
      <w:r>
        <w:t>باقی دین ویل ڈیفائنڈ ٹرم ہے اور مذہب کوئی اس طرح سے ویل ڈیفائنڈ ٹرم نہیں ہے۔</w:t>
      </w:r>
    </w:p>
    <w:p>
      <w:r>
        <w:rPr>
          <w:b/>
        </w:rPr>
        <w:t xml:space="preserve">[08:05] </w:t>
      </w:r>
      <w:r>
        <w:t>his other question is what is the importance of jaziya in Islamic state and non Islamic state?</w:t>
      </w:r>
    </w:p>
    <w:p>
      <w:pPr>
        <w:jc w:val="right"/>
      </w:pPr>
      <w:r>
        <w:t>ہز ادر کوئسچن از واٹ از دی امپورٹنس اف جزیہ ان اسلامی اسٹیٹ اینڈ نان اسلامی اسٹیٹ؟</w:t>
      </w:r>
    </w:p>
    <w:p>
      <w:r>
        <w:rPr>
          <w:b/>
        </w:rPr>
        <w:t xml:space="preserve">[08:15] </w:t>
      </w:r>
      <w:r>
        <w:t>dekhen, main jaziya ko nahi manta keh hamesha ke liye hai. woh waqti tha, woh</w:t>
      </w:r>
    </w:p>
    <w:p>
      <w:pPr>
        <w:jc w:val="right"/>
      </w:pPr>
      <w:r>
        <w:t>دیکھیں، میں جزیہ کو نہیں مانتا کہ ہمیشہ کے لیے ہے۔ وہ وقتی تھا، وہ</w:t>
      </w:r>
    </w:p>
    <w:p>
      <w:r>
        <w:rPr>
          <w:b/>
        </w:rPr>
        <w:t xml:space="preserve">[08:23] </w:t>
      </w:r>
      <w:r>
        <w:t>yeh to ghulami waqti thi. qadeem zamane mein ghulami thi to Islam mein kuch din baqi rahi woh, aur gradual to par Islam mein khatm kiya is ko.</w:t>
      </w:r>
    </w:p>
    <w:p>
      <w:pPr>
        <w:jc w:val="right"/>
      </w:pPr>
      <w:r>
        <w:t>یہ تو غلامی وقتی تھی۔ قدیم زمانے میں غلامی تھی تو اسلام میں کچھ دن باقی رہی وہ، اور گریجول طور پر اسلام میں ختم کیا اس کو۔</w:t>
      </w:r>
    </w:p>
    <w:p>
      <w:r>
        <w:rPr>
          <w:b/>
        </w:rPr>
        <w:t xml:space="preserve">[08:33] </w:t>
      </w:r>
      <w:r>
        <w:t>to aisi jaziya ka mu'amla hai. ab jo hai, taxation ki jo policy hogi Islam ki, wahi hogi jo aaj ki duniya mein raij hai. yeh jo kiya hai aaj kal kuch logon ne, is se pehle Aurangzeb ne kiya tha, woh bhi galat tha.</w:t>
      </w:r>
    </w:p>
    <w:p>
      <w:pPr>
        <w:jc w:val="right"/>
      </w:pPr>
      <w:r>
        <w:t>تو ایسی جزیہ کا معاملہ ہے۔ اب جو ہے، ٹیکسیشن کی جو پالیسی ہوگی اسلام کی، وہی ہوگی جو آج کی دنیا میں رائج ہے۔ یہ جو کیا ہے آج کل کچھ لوگوں نے، اس سے پہلے اورنگزیب نے کیا تھا، وہ بھی غلط تھا۔</w:t>
      </w:r>
    </w:p>
    <w:p>
      <w:r>
        <w:rPr>
          <w:b/>
        </w:rPr>
        <w:t xml:space="preserve">[08:47] </w:t>
      </w:r>
      <w:r>
        <w:t>mas'ala yeh hai keh ulama ne Aurangzeb ke fe'l ko condemn nahi kiya, to woh abhi chala ja raha hai. woh agar ulama ne condemn kiya hota Aurangzeb ke mu'amle ko, to aaj hum na dekhte keh yeh jo aaj kal khabrein aa rahi hain.</w:t>
      </w:r>
    </w:p>
    <w:p>
      <w:pPr>
        <w:jc w:val="right"/>
      </w:pPr>
      <w:r>
        <w:t>مسئلہ یہ ہے کہ علماء نے اورنگزیب کے فعل کو کنڈم نہیں کیا، تو وہ ابھی چلا جا رہا ہے۔ وہ اگر علماء نے کنڈم کیا ہوتا اورنگزیب کے معاملے کو، تو آج ہم نہ دیکھتے کہ یہ جو آج کل خبریں آ رہی ہیں۔</w:t>
      </w:r>
    </w:p>
    <w:p>
      <w:r>
        <w:rPr>
          <w:b/>
        </w:rPr>
        <w:t xml:space="preserve">[09:01] </w:t>
      </w:r>
      <w:r>
        <w:t>behral, mera jo mutala hai, jo meri study hai, mein yeh manta hoon ke jaziya waqti tha, jis tarah slavery waqti thi, ab koi jaziya nahi hai.</w:t>
      </w:r>
    </w:p>
    <w:p>
      <w:pPr>
        <w:jc w:val="right"/>
      </w:pPr>
      <w:r>
        <w:t>بہرحال، میرا جو مطالعہ ہے، جو میری سٹڈی ہے، میں یہ مانتا ہوں کہ جزیہ وقتی تھا، جس طرح سلیوری وقتی تھی، اب کوئی جزیہ نہیں ہے۔</w:t>
      </w:r>
    </w:p>
    <w:p>
      <w:r>
        <w:rPr>
          <w:b/>
        </w:rPr>
        <w:t xml:space="preserve">[09:10] </w:t>
      </w:r>
      <w:r>
        <w:t>aik hi, aik hi taxation ki aik hi policy hogi, woh muslim ke liye bhi, non muslim ke liye bhi, do policy nahi hogi.</w:t>
      </w:r>
    </w:p>
    <w:p>
      <w:pPr>
        <w:jc w:val="right"/>
      </w:pPr>
      <w:r>
        <w:t>ایک ہی، ایک ہی ٹیکسیشن کی ایک ہی پالیسی ہوگی، وہ مسلم کے لیے بھی، نان مسلم کے لیے بھی، دو پالیسی نہیں ہوگی۔</w:t>
      </w:r>
    </w:p>
    <w:p>
      <w:r>
        <w:rPr>
          <w:b/>
        </w:rPr>
        <w:t xml:space="preserve">[09:19] </w:t>
      </w:r>
      <w:r>
        <w:t>das question is from mr nafees shiraz. aik hai deen dari, doosra hai dunya dari. kya khuda ne do qism ke nizam banaye hain?</w:t>
      </w:r>
    </w:p>
    <w:p>
      <w:pPr>
        <w:jc w:val="right"/>
      </w:pPr>
      <w:r>
        <w:t>دس کوئسچن از فرام مسٹر نفیس شیراز۔ ایک ہے دین داری، دوسرا ہے دنیا داری۔ کیا خدا نے دو قسم کے نظام بنائے ہیں؟</w:t>
      </w:r>
    </w:p>
    <w:p>
      <w:r>
        <w:rPr>
          <w:b/>
        </w:rPr>
        <w:t xml:space="preserve">[09:31] </w:t>
      </w:r>
      <w:r>
        <w:t>insan deendari follow kare ya dono?</w:t>
      </w:r>
    </w:p>
    <w:p>
      <w:pPr>
        <w:jc w:val="right"/>
      </w:pPr>
      <w:r>
        <w:t>انسان دیداری فالو کرے یا دونوں؟</w:t>
      </w:r>
    </w:p>
    <w:p>
      <w:r>
        <w:rPr>
          <w:b/>
        </w:rPr>
        <w:t xml:space="preserve">[09:35] </w:t>
      </w:r>
      <w:r>
        <w:t>yeh dono word jo hain, woh koi, yani quran mein hain, yani hadith mein hain. yeh to istemal mein hai logon ke. dunya dari aur deen dari dono jo hain, yani koi rawaji words hain.</w:t>
      </w:r>
    </w:p>
    <w:p>
      <w:pPr>
        <w:jc w:val="right"/>
      </w:pPr>
      <w:r>
        <w:t>یہ دونوں ورڈ جو ہیں، وہ کوئی، یعنی قرآن میں ہیں، یعنی حدیث میں ہیں۔ یہ تو استعمال میں ہے لوگوں کے۔ دنیا داری اور دین داری دونوں جو ہیں، یعنی کوئی رواجی ورڈز ہیں۔</w:t>
      </w:r>
    </w:p>
    <w:p>
      <w:r>
        <w:rPr>
          <w:b/>
        </w:rPr>
        <w:t xml:space="preserve">[09:52] </w:t>
      </w:r>
      <w:r>
        <w:t>koi quran o hadith mein yeh word nahi aaya hai. ji haan, is liye agar aap is se quran o hadith ke jo term hain, us mein aap koi sawal karenge to inshallah mein is ka jawab doon ga.</w:t>
      </w:r>
    </w:p>
    <w:p>
      <w:pPr>
        <w:jc w:val="right"/>
      </w:pPr>
      <w:r>
        <w:t>کوئی قرآن و حدیث میں یہ ورڈ نہیں آیا ہے۔ جی ہاں، اس لیے اگر آپ اس سے قرآن و حدیث کے جو ٹرم ہیں، اس میں آپ کوئی سوال کریں گے تو انشاءاللہ میں اس کا جواب دوں گا۔</w:t>
      </w:r>
    </w:p>
    <w:p>
      <w:r>
        <w:rPr>
          <w:b/>
        </w:rPr>
        <w:t xml:space="preserve">[10:06] </w:t>
      </w:r>
      <w:r>
        <w:t>yeh to ab log istemal karte hain, to log janen kis kis ke bare mein bolte hain. woh mein to dono lafz theek nahi samajhta. na deen dari ka word bhi theek nahi, mere nazdeek dunya dari ka word bhi theek nahi hai.</w:t>
      </w:r>
    </w:p>
    <w:p>
      <w:pPr>
        <w:jc w:val="right"/>
      </w:pPr>
      <w:r>
        <w:t>یہ تو اب لوگ استعمال کرتے ہیں، تو لوگ جانیں کس کس کے بارے میں بولتے ہیں۔ وہ میں تو دونوں لفظ ٹھیک نہیں سمجھتا۔ نہ دین داری کا ورڈ بھی ٹھیک نہیں، میرے نزدیک دنیا داری کا ورڈ بھی ٹھیک نہیں ہے۔</w:t>
      </w:r>
    </w:p>
    <w:p>
      <w:r>
        <w:rPr>
          <w:b/>
        </w:rPr>
        <w:t xml:space="preserve">[10:16] </w:t>
      </w:r>
      <w:r>
        <w:t>mere nazdeek to mein is sawal ke bare mein bol sakta hoon jo well defined term mein ho. is tarah ka yeh, yeh koi well defined term nahi hai.</w:t>
      </w:r>
    </w:p>
    <w:p>
      <w:pPr>
        <w:jc w:val="right"/>
      </w:pPr>
      <w:r>
        <w:t>میرے نزدیک تو میں اس سوال کے بارے میں بول سکتا ہوں جو ویل ڈیفائنڈ ٹرم میں ہو۔ اس طرح کا یہ، یہ کوئی ویل ڈیفائنڈ ٹرم نہیں ہے۔</w:t>
      </w:r>
    </w:p>
    <w:p>
      <w:r>
        <w:rPr>
          <w:b/>
        </w:rPr>
        <w:t xml:space="preserve">[10:27] </w:t>
      </w:r>
      <w:r>
        <w:t>aam, aam log istemal karte hain is ko.</w:t>
      </w:r>
    </w:p>
    <w:p>
      <w:pPr>
        <w:jc w:val="right"/>
      </w:pPr>
      <w:r>
        <w:t>عام، عام لوگ استعمال کرتے ہیں اس کو۔</w:t>
      </w:r>
    </w:p>
    <w:p>
      <w:r>
        <w:rPr>
          <w:b/>
        </w:rPr>
        <w:t xml:space="preserve">[10:31] </w:t>
      </w:r>
      <w:r>
        <w:t>das question is from dr farida khanoom. muslims believe that one who resides a kalma will surely find entry into paradise.</w:t>
      </w:r>
    </w:p>
    <w:p>
      <w:pPr>
        <w:jc w:val="right"/>
      </w:pPr>
      <w:r>
        <w:t>دس کوئسچن از فرام ڈاکٹر فریدہ خانم۔ مسلمز بیلیو دیٹ ون ہو ریسائیڈس ا کلمہ ول شورلی فائنڈ انٹری انٹو پیراڈائز۔</w:t>
      </w:r>
    </w:p>
    <w:p>
      <w:r>
        <w:rPr>
          <w:b/>
        </w:rPr>
        <w:t xml:space="preserve">[10:42] </w:t>
      </w:r>
      <w:r>
        <w:t>please comment.</w:t>
      </w:r>
    </w:p>
    <w:p>
      <w:pPr>
        <w:jc w:val="right"/>
      </w:pPr>
      <w:r>
        <w:t>پلیز کمنٹ۔</w:t>
      </w:r>
    </w:p>
    <w:p>
      <w:r>
        <w:rPr>
          <w:b/>
        </w:rPr>
        <w:t xml:space="preserve">[10:44] </w:t>
      </w:r>
      <w:r>
        <w:t>dekhen, aisa hai ke bukhari mein aik riwayat hai: "man qala la ilaha illallah dakhala al jannah". jis ne kaha ke la ilaha illallah to woh jannat mein jaye ga.</w:t>
      </w:r>
    </w:p>
    <w:p>
      <w:pPr>
        <w:jc w:val="right"/>
      </w:pPr>
      <w:r>
        <w:t>دیکھیں، ایسا ہے کہ بخاری میں ایک روایت ہے: "من قال لا الہ الا اللہ دخل الجنہ"۔ جس نے کہا کہ لا الہ الا اللہ تو وہ جنت میں جائے گا۔</w:t>
      </w:r>
    </w:p>
    <w:p>
      <w:r>
        <w:rPr>
          <w:b/>
        </w:rPr>
        <w:t xml:space="preserve">[10:59] </w:t>
      </w:r>
      <w:r>
        <w:t>yeh hadith sahi hai, lekin is ka matlab kya hai, woh janna hai. kyun ke doosri hadith aik aur hai: "man araf Allah illallah dakhala al jannah".</w:t>
      </w:r>
    </w:p>
    <w:p>
      <w:pPr>
        <w:jc w:val="right"/>
      </w:pPr>
      <w:r>
        <w:t>یہ حدیث صحیح ہے، لیکن اس کا مطلب کیا ہے، وہ جاننا ہے۔ کیونکہ دوسری حدیث ایک اور ہے: "من عرف اللہ الا اللہ دخل الجنہ"۔</w:t>
      </w:r>
    </w:p>
    <w:p>
      <w:r>
        <w:rPr>
          <w:b/>
        </w:rPr>
        <w:t xml:space="preserve">[11:09] </w:t>
      </w:r>
      <w:r>
        <w:t>"man araf Allah illallah dakhala al jannah". jis ko discovery ho gayi, jis ko marifat ho gayi, jis ko realize ho gaya ke Allah ke sath koi ilah nahi, woh jaye ga jannat mein.</w:t>
      </w:r>
    </w:p>
    <w:p>
      <w:pPr>
        <w:jc w:val="right"/>
      </w:pPr>
      <w:r>
        <w:t>"من عرف اللہ الا اللہ دخل الجنہ"۔ جس کو ڈسکوری ہو گئی، جس کو معرفت ہو گئی، جس کو ریلائز ہو گیا کہ اللہ کے ساتھ کوئی الہ نہیں، وہ جائے گا جنت میں۔</w:t>
      </w:r>
    </w:p>
    <w:p>
      <w:r>
        <w:rPr>
          <w:b/>
        </w:rPr>
        <w:t xml:space="preserve">[11:21] </w:t>
      </w:r>
      <w:r>
        <w:t>to mein yeh manta hoon ke yeh jo bukhari ki riwayat hai, yahan qaul marifat ke mani mein hai. yahan jo qaul hai, woh marifat ke mani mein hai. yani discovery ke darje mein jo islam pa jaye,</w:t>
      </w:r>
    </w:p>
    <w:p>
      <w:pPr>
        <w:jc w:val="right"/>
      </w:pPr>
      <w:r>
        <w:t>تو میں یہ مانتا ہوں کہ یہ جو بخاری کی روایت ہے، یہاں قول معرفت کے معنی میں ہے۔ یہاں جو قول ہے، وہ معرفت کے معنی میں ہے۔ یعنی ڈسکوری کے درجے میں جو اسلام پا جائے،</w:t>
      </w:r>
    </w:p>
    <w:p>
      <w:r>
        <w:rPr>
          <w:b/>
        </w:rPr>
        <w:t xml:space="preserve">[11:34] </w:t>
      </w:r>
      <w:r>
        <w:t>discovery ke darje mein jo Allah ko pa jaye, discovery ke darje mein jis ko iman mil jaye, us ke liye jannat hai. aap jante hain ke discovery ke darje mein agar milta hai kisi ko koi baat to poori zindagi mein woh cha jata hai.</w:t>
      </w:r>
    </w:p>
    <w:p>
      <w:pPr>
        <w:jc w:val="right"/>
      </w:pPr>
      <w:r>
        <w:t>ڈسکوری کے درجے میں جو اللہ کو پا جائے، ڈسکوری کے درجے میں جس کو ایمان مل جائے، اس کے لیے جنت ہے۔ آپ جانتے ہیں کہ ڈسکوری کے درجے میں اگر ملتا ہے کسی کو کوئی بات تو پوری زندگی میں وہ چھا جاتا ہے۔</w:t>
      </w:r>
    </w:p>
    <w:p>
      <w:r>
        <w:rPr>
          <w:b/>
        </w:rPr>
        <w:t xml:space="preserve">[11:47] </w:t>
      </w:r>
      <w:r>
        <w:t>woh</w:t>
      </w:r>
    </w:p>
    <w:p>
      <w:pPr>
        <w:jc w:val="right"/>
      </w:pPr>
      <w:r>
        <w:t>وہ</w:t>
      </w:r>
    </w:p>
    <w:p>
      <w:r>
        <w:rPr>
          <w:b/>
        </w:rPr>
        <w:t xml:space="preserve">[11:51] </w:t>
      </w:r>
      <w:r>
        <w:t>koi bhi cheez ho, chahe koi bhi cheez ho, agar discovery ke darje mein aap is ko jaan len to phir woh, woh sirf lip service nahi rehti hai. woh, woh poori rag o jaan mein utar jati hai aap ke.</w:t>
      </w:r>
    </w:p>
    <w:p>
      <w:pPr>
        <w:jc w:val="right"/>
      </w:pPr>
      <w:r>
        <w:t>کوئی بھی چیز ہو، چاہے کوئی بھی چیز ہو، اگر ڈسکوری کے درجے میں آپ اس کو جان لیں تو پھر وہ، وہ صرف لپ سروس نہیں رہتی ہے۔ وہ، وہ پوری رگ و جان میں اتر جاتی ہے آپ کے۔</w:t>
      </w:r>
    </w:p>
    <w:p>
      <w:r>
        <w:rPr>
          <w:b/>
        </w:rPr>
        <w:t xml:space="preserve">[12:05] </w:t>
      </w:r>
      <w:r>
        <w:t>aur is ko aap mazeed samajhna chahen to surah jo woh hai, woh para saat jo hai, wada samoo, wada samoo ke jo shuru ki ayaten hain, us ko padhen.</w:t>
      </w:r>
    </w:p>
    <w:p>
      <w:pPr>
        <w:jc w:val="right"/>
      </w:pPr>
      <w:r>
        <w:t>اور اس کو آپ مزید سمجھنا چاہیں تو سورہ جو وہ ہے، وہ پارہ سات جو ہے، وعدہ سمعو، وعدہ سموع کے جو شروع کی آیتیں ہیں، اس کو پڑھیے۔</w:t>
      </w:r>
    </w:p>
    <w:p>
      <w:r>
        <w:rPr>
          <w:b/>
        </w:rPr>
        <w:t xml:space="preserve">[12:17] </w:t>
      </w:r>
      <w:r>
        <w:t>saatveen paray ki wahan par qaul aur marifat dono ka istemal kiya gaya hai. dono ka lafz istemal aya to wahan qaul ke, qaul ke woh ka explanation wahin mil jata hai.</w:t>
      </w:r>
    </w:p>
    <w:p>
      <w:pPr>
        <w:jc w:val="right"/>
      </w:pPr>
      <w:r>
        <w:t>ساتویں پارے کی وہاں پر قول اور معرفت دونوں کا استعمال کیا گیا ہے۔ دونوں کا لفظ استعمال آیا تو وہاں قول کے، قول کے وہ کا ایکسپلینیشن وہیں مل جاتا ہے۔</w:t>
      </w:r>
    </w:p>
    <w:p>
      <w:r>
        <w:rPr>
          <w:b/>
        </w:rPr>
        <w:t xml:space="preserve">[12:31] </w:t>
      </w:r>
      <w:r>
        <w:t>isi aik, aik hi jagah, aik hi jagah mil jata hai. woh aap is ko ja kar padhe ga. wada samoo ka jo shuru ki ayaten hain to aap ko mil jaye ga ke wahan khud hi quran bata raha hai ke qaul se murad hai marifat.</w:t>
      </w:r>
    </w:p>
    <w:p>
      <w:pPr>
        <w:jc w:val="right"/>
      </w:pPr>
      <w:r>
        <w:t>اسی ایک، ایک ہی جگہ، ایک ہی جگہ مل جاتا ہے۔ وہ آپ اس کو جا کر پڑھیے گا۔ وعدہ سموع کا جو شروع کی آیتیں ہیں تو آپ کو مل جائے گا کہ وہاں خود ہی قرآن بتا رہا ہے کہ قول سے مراد ہے معرفت۔</w:t>
      </w:r>
    </w:p>
    <w:p>
      <w:r>
        <w:rPr>
          <w:b/>
        </w:rPr>
        <w:t xml:space="preserve">[12:48] </w:t>
      </w:r>
      <w:r>
        <w:t>qaul se murad hai marifat.</w:t>
      </w:r>
    </w:p>
    <w:p>
      <w:pPr>
        <w:jc w:val="right"/>
      </w:pPr>
      <w:r>
        <w:t>قول سے مراد ہے معرفت۔</w:t>
      </w:r>
    </w:p>
    <w:p>
      <w:r>
        <w:rPr>
          <w:b/>
        </w:rPr>
        <w:t xml:space="preserve">[12:52] </w:t>
      </w:r>
      <w:r>
        <w:t>das question is from mr nafees shiraz. mushahida kiya hota hai aur murakaba kise kehte hain?</w:t>
      </w:r>
    </w:p>
    <w:p>
      <w:pPr>
        <w:jc w:val="right"/>
      </w:pPr>
      <w:r>
        <w:t>دس کوئسچن از فرام مسٹر نفیس شیراز۔ مشاہدہ کیا ہوتا ہے اور مراقبہ کسے کہتے ہیں؟</w:t>
      </w:r>
    </w:p>
    <w:p>
      <w:r>
        <w:rPr>
          <w:b/>
        </w:rPr>
        <w:t xml:space="preserve">[13:00] </w:t>
      </w:r>
      <w:r>
        <w:t>kripa is ki tafseeli wajahat farmayen. yeh sab soofiyon ka hai. mein to is ko kuch bhi nahi samajhta. na mushahida hai, na murakaba hai. hum in cheezon ko nahi mante.</w:t>
      </w:r>
    </w:p>
    <w:p>
      <w:pPr>
        <w:jc w:val="right"/>
      </w:pPr>
      <w:r>
        <w:t>कृپا اس کی تفصیلی وجاہت فرمائیں۔ یہ سب صوفیوں کا ہے۔ میں تو اس کو کچھ بھی نہیں سمجھتا۔ نہ مشاہدہ ہے، نہ مراقبہ ہے۔ ہم ان چیزوں کو نہیں مانتے۔</w:t>
      </w:r>
    </w:p>
    <w:p>
      <w:r>
        <w:rPr>
          <w:b/>
        </w:rPr>
        <w:t xml:space="preserve">[13:14] </w:t>
      </w:r>
      <w:r>
        <w:t>das question is from mr michel lemay. molana, what should one think of ibn arabs philosophy of wahdat al wajood?</w:t>
      </w:r>
    </w:p>
    <w:p>
      <w:pPr>
        <w:jc w:val="right"/>
      </w:pPr>
      <w:r>
        <w:t>دس کوئسچن از فرام مسٹر میشل لیمی۔ مولانا، واٹ شوڈ ون تھنک اف ابن عربس فلاسفی اف وحدت الوجود؟</w:t>
      </w:r>
    </w:p>
    <w:p>
      <w:r>
        <w:rPr>
          <w:b/>
        </w:rPr>
        <w:t xml:space="preserve">[13:28] </w:t>
      </w:r>
      <w:r>
        <w:t>hmm,</w:t>
      </w:r>
    </w:p>
    <w:p>
      <w:pPr>
        <w:jc w:val="right"/>
      </w:pPr>
      <w:r>
        <w:t>ہمم،</w:t>
      </w:r>
    </w:p>
    <w:p>
      <w:r>
        <w:rPr>
          <w:b/>
        </w:rPr>
        <w:t xml:space="preserve">[13:31] </w:t>
      </w:r>
      <w:r>
        <w:t>dekhen, ibn arabi jo tha, bohat bara aalim, bohat bara qabil aadmi tha, aur woh wahdat-e-wujood ko manta tha.</w:t>
      </w:r>
    </w:p>
    <w:p>
      <w:pPr>
        <w:jc w:val="right"/>
      </w:pPr>
      <w:r>
        <w:t>دیکھیں، ابن العربی جو تھا، بہت بڑا عالم، بہت بڑا قابل آدمی تھا، اور وہ وحدت وجود کو مانتا تھا۔</w:t>
      </w:r>
    </w:p>
    <w:p>
      <w:r>
        <w:rPr>
          <w:b/>
        </w:rPr>
        <w:t xml:space="preserve">[13:48] </w:t>
      </w:r>
      <w:r>
        <w:t>main to us ko nahin manta. i don't believe in wahdat-e-wujood. the english equivalent to this word is monism.</w:t>
      </w:r>
    </w:p>
    <w:p>
      <w:pPr>
        <w:jc w:val="right"/>
      </w:pPr>
      <w:r>
        <w:t>میں تو اس کو نہیں مانتا۔ آئی ڈونٹ بیلیو ان وحدت وجود۔ دا انگلش ایکولنٹ ٹو دس ورڈ از مونزم۔</w:t>
      </w:r>
    </w:p>
    <w:p>
      <w:r>
        <w:rPr>
          <w:b/>
        </w:rPr>
        <w:t xml:space="preserve">[13:58] </w:t>
      </w:r>
      <w:r>
        <w:t>monism, monism means wahdat-e-wujood. so, the two different concepts of god, monism or monotheism, the two different concepts of god.</w:t>
      </w:r>
    </w:p>
    <w:p>
      <w:pPr>
        <w:jc w:val="right"/>
      </w:pPr>
      <w:r>
        <w:t>مونزم، مونزم مینز وحدت وجود۔ سو، دا ٹو ڈفرنٹ کانسیپٹ اف گاڈ، مونزم اور مونوتھیزم، دا ٹو ڈفرنٹ کانسیپٹ اف گاڈ۔</w:t>
      </w:r>
    </w:p>
    <w:p>
      <w:r>
        <w:rPr>
          <w:b/>
        </w:rPr>
        <w:t xml:space="preserve">[14:17] </w:t>
      </w:r>
      <w:r>
        <w:t>one is based on monism and the second is based on monotheism. so, monism means those who believe in monism, they believe in god but in spirit.</w:t>
      </w:r>
    </w:p>
    <w:p>
      <w:pPr>
        <w:jc w:val="right"/>
      </w:pPr>
      <w:r>
        <w:t>ون از بیسڈ ان مونزم اینڈ دا سیکنڈ از بیسڈ ان مونوتھیزم۔ سو، مونزم مینز دو جو بیلیو ان مونزم، دے بیلیو ان گاڈ بٹ ان اسپیریٹ۔</w:t>
      </w:r>
    </w:p>
    <w:p>
      <w:r>
        <w:rPr>
          <w:b/>
        </w:rPr>
        <w:t xml:space="preserve">[14:30] </w:t>
      </w:r>
      <w:r>
        <w:t>god as a spirit. but in those who believe in monotheism, they also believe in god but god as a person.</w:t>
      </w:r>
    </w:p>
    <w:p>
      <w:pPr>
        <w:jc w:val="right"/>
      </w:pPr>
      <w:r>
        <w:t>گاڈ ایز اے اسپیریٹ۔ بٹ ان دو جو بیلیو ان مونوتھیزم، دے السو بیلیو ان گاڈ بٹ گاڈ ایز اے پرسن۔</w:t>
      </w:r>
    </w:p>
    <w:p>
      <w:r>
        <w:rPr>
          <w:b/>
        </w:rPr>
        <w:t xml:space="preserve">[14:40] </w:t>
      </w:r>
      <w:r>
        <w:t>so, one group believe in god as a person, or the other group believes in god as a spirit, like gravity. as for myself concern, you know,</w:t>
      </w:r>
    </w:p>
    <w:p>
      <w:pPr>
        <w:jc w:val="right"/>
      </w:pPr>
      <w:r>
        <w:t>سو، ون گروپ بیلیو ان گاڈ ایز اے پرسن، اور دا ادر گروپ بیلیوز ان گاڈ ایز اے اسپیریٹ، لائک گریویٹی۔ ایز فار مائی سیلف کنسرن، یو نو،</w:t>
      </w:r>
    </w:p>
    <w:p>
      <w:r>
        <w:rPr>
          <w:b/>
        </w:rPr>
        <w:t xml:space="preserve">[14:53] </w:t>
      </w:r>
      <w:r>
        <w:t>the majority of sufi people were believers of wahdat-e-wujood. that is monism, but i don't believe it.</w:t>
      </w:r>
    </w:p>
    <w:p>
      <w:pPr>
        <w:jc w:val="right"/>
      </w:pPr>
      <w:r>
        <w:t>دا میجورٹی اف صوفی پیپل ویر بیلیور اف وحدت وجود۔ دیٹ از مونزم، بٹ آئی ڈونٹ بیلیو اٹ۔</w:t>
      </w:r>
    </w:p>
    <w:p>
      <w:r>
        <w:rPr>
          <w:b/>
        </w:rPr>
        <w:t xml:space="preserve">[15:02] </w:t>
      </w:r>
      <w:r>
        <w:t>i think that it is wrong. only monistic, monotheistic concept is right. i am a believer in, i believe in monotheism and not monism.</w:t>
      </w:r>
    </w:p>
    <w:p>
      <w:pPr>
        <w:jc w:val="right"/>
      </w:pPr>
      <w:r>
        <w:t>آئی تھنک دیٹ اٹ از رونگ۔ اونلی مونسٹک، مونوتھیسٹک کانسیپٹ از رائٹ۔ آئی ایم ا بیلیور ان، آئی بیلیو ان مونوتھیزم اینڈ ناٹ مونزم۔</w:t>
      </w:r>
    </w:p>
    <w:p>
      <w:r>
        <w:rPr>
          <w:b/>
        </w:rPr>
        <w:t xml:space="preserve">[15:17] </w:t>
      </w:r>
      <w:r>
        <w:t>according to my study, monism is a philosophical concept. it is not a religious concept.</w:t>
      </w:r>
    </w:p>
    <w:p>
      <w:pPr>
        <w:jc w:val="right"/>
      </w:pPr>
      <w:r>
        <w:t>اکارڈنگ ٹو مائی سٹڈی، مونزم از اے فلاسفیکل کانسیپٹ۔ اٹ از ناٹ اے ریلیجیس کانسیپٹ۔</w:t>
      </w:r>
    </w:p>
    <w:p>
      <w:r>
        <w:rPr>
          <w:b/>
        </w:rPr>
        <w:t xml:space="preserve">[15:27] </w:t>
      </w:r>
      <w:r>
        <w:t>monism is a, according to my study, monism, that is wahdat-e-wujood, is a philosophical concept. is not a religious concept.</w:t>
      </w:r>
    </w:p>
    <w:p>
      <w:pPr>
        <w:jc w:val="right"/>
      </w:pPr>
      <w:r>
        <w:t>مونزم از ا، اکارڈنگ ٹو مائی سٹڈی، مونزم، دیٹ از وحدت وجود، از اے فلاسفیکل کانسیپٹ۔ از ناٹ اے ریلیجیس کانسیپٹ۔</w:t>
      </w:r>
    </w:p>
    <w:p>
      <w:r>
        <w:rPr>
          <w:b/>
        </w:rPr>
        <w:t xml:space="preserve">[15:38] </w:t>
      </w:r>
      <w:r>
        <w:t>religious concept is based on monotheism. that is tauheed. so, there are three religions that believe in monotheism: christianity, islam and judaism.</w:t>
      </w:r>
    </w:p>
    <w:p>
      <w:pPr>
        <w:jc w:val="right"/>
      </w:pPr>
      <w:r>
        <w:t>ریلیجیس کانسیپٹ از بیسڈ ان مونوتھیزم۔ دیٹ از توحید۔ تو، دیر ار تھری ریلیجنز دیٹ بیلیو ان مونوتھیزم: کرسچینٹی، اسلام اینڈ جڈائزم۔</w:t>
      </w:r>
    </w:p>
    <w:p>
      <w:r>
        <w:rPr>
          <w:b/>
        </w:rPr>
        <w:t xml:space="preserve">[15:54] </w:t>
      </w:r>
      <w:r>
        <w:t>and pagan religions, yani mostly believe in monism, but i think that is not religious concept. it is a, is a philosophical concept, basically.</w:t>
      </w:r>
    </w:p>
    <w:p>
      <w:pPr>
        <w:jc w:val="right"/>
      </w:pPr>
      <w:r>
        <w:t>اینڈ ارین ریلیجنز، یعنی موسٹلی بیلیو ان مونزم، بٹ آئی تھنک دٹ از ناٹ ریلیجیس کانسیپٹ۔ اٹ از ا، از ا فلاسفیکل کانسیپٹ، بیسیکلی۔</w:t>
      </w:r>
    </w:p>
    <w:p>
      <w:r>
        <w:rPr>
          <w:b/>
        </w:rPr>
        <w:t xml:space="preserve">[16:08] </w:t>
      </w:r>
      <w:r>
        <w:t>this question is from mr ghulam nabi. molana sahib, is it possible for science to prove each and every thing in islam?</w:t>
      </w:r>
    </w:p>
    <w:p>
      <w:pPr>
        <w:jc w:val="right"/>
      </w:pPr>
      <w:r>
        <w:t>دس کوئسچن از فرام مسٹر غلام نبی۔ مولانا صاحب، از اٹ پوسیبل فار سائنس ٹو پروف ایچ اینڈ ایوری تھنگ ان اسلام؟</w:t>
      </w:r>
    </w:p>
    <w:p>
      <w:r>
        <w:rPr>
          <w:b/>
        </w:rPr>
        <w:t xml:space="preserve">[16:19] </w:t>
      </w:r>
      <w:r>
        <w:t>what about the terms like intuition, miracle, karamat, ilham, etcetera?</w:t>
      </w:r>
    </w:p>
    <w:p>
      <w:pPr>
        <w:jc w:val="right"/>
      </w:pPr>
      <w:r>
        <w:t>واٹ اباؤٹ دا ٹرمز لائک انٹیوشن، میریکل، کرامت، الہام، ایٹسیدرا؟</w:t>
      </w:r>
    </w:p>
    <w:p>
      <w:r>
        <w:rPr>
          <w:b/>
        </w:rPr>
        <w:t xml:space="preserve">[16:29] </w:t>
      </w:r>
      <w:r>
        <w:t>capital se parhiye.</w:t>
      </w:r>
    </w:p>
    <w:p>
      <w:pPr>
        <w:jc w:val="right"/>
      </w:pPr>
      <w:r>
        <w:t>کیپٹل سے پڑھیے۔</w:t>
      </w:r>
    </w:p>
    <w:p>
      <w:r>
        <w:rPr>
          <w:b/>
        </w:rPr>
        <w:t xml:space="preserve">[16:31] </w:t>
      </w:r>
      <w:r>
        <w:t>molana sahib, is it possible for science to prove each and every thing in islam? what about the terms like intuition, miracle, karamat, ilham, etcetera?</w:t>
      </w:r>
    </w:p>
    <w:p>
      <w:pPr>
        <w:jc w:val="right"/>
      </w:pPr>
      <w:r>
        <w:t>مولانا صاحب، از اٹ پوسیبل فار سائنس ٹو پروف ایچ اینڈ ایوری تھنگ ان اسلام؟ واٹ اباؤٹ دا ٹرمز لائک انٹیوشن، میریکل، کرامت، الہام، ایٹسیدرا؟</w:t>
      </w:r>
    </w:p>
    <w:p>
      <w:r>
        <w:rPr>
          <w:b/>
        </w:rPr>
        <w:t xml:space="preserve">[16:46] </w:t>
      </w:r>
      <w:r>
        <w:t>yeh karamat to baseless cheez hai. karamat is nothing. karamat</w:t>
      </w:r>
    </w:p>
    <w:p>
      <w:pPr>
        <w:jc w:val="right"/>
      </w:pPr>
      <w:r>
        <w:t>یہ کرامت تو بیسلیس چیز ہے۔ کرامت از نتھنگ۔ کرامت</w:t>
      </w:r>
    </w:p>
    <w:p>
      <w:r>
        <w:rPr>
          <w:b/>
        </w:rPr>
        <w:t xml:space="preserve">[16:50] </w:t>
      </w:r>
      <w:r>
        <w:t>? haan, karamat. ji, dekhen, miracle ka doosra naam hai karamat. jab aap bolte hain paighambar ke bare mein to aap miracle bolte hain, moajza.</w:t>
      </w:r>
    </w:p>
    <w:p>
      <w:pPr>
        <w:jc w:val="right"/>
      </w:pPr>
      <w:r>
        <w:t>؟ ہاں، کرامت۔ جی، دیکھیں، میریکلی کا دوسرا نام ہے کرامت۔ جب آپ بولتے ہیں پیغمبر کے بارے میں تو آپ میریکل بولتے ہیں، معجزہ۔</w:t>
      </w:r>
    </w:p>
    <w:p>
      <w:r>
        <w:rPr>
          <w:b/>
        </w:rPr>
        <w:t xml:space="preserve">[17:01] </w:t>
      </w:r>
      <w:r>
        <w:t>aur jab aam log bolte hain jin ko buzurg samajhte hain log to un ko karamat bolte hain. magar main is ko bilkul absurd samajhta hoon. koi karamat nahin.</w:t>
      </w:r>
    </w:p>
    <w:p>
      <w:pPr>
        <w:jc w:val="right"/>
      </w:pPr>
      <w:r>
        <w:t>اور جب عام لوگ بولتے ہیں جن کو بزرگ سمجھتے ہیں لوگ تو ان کو کرامت بولتے ہیں۔ مگر میں اس کو بالکل ایبسورٹ سمجھتا ہوں۔ کوئی کرامت نہیں۔</w:t>
      </w:r>
    </w:p>
    <w:p>
      <w:r>
        <w:rPr>
          <w:b/>
        </w:rPr>
        <w:t xml:space="preserve">[17:10] </w:t>
      </w:r>
      <w:r>
        <w:t>karamat is nothing. miracle bhi sirf kuch paighambaron ke liye diya gaya tha. rasool allah ke paas koi miracle nahin tha. to is ke baad aap samajhna chahen to meri kitab parhen.</w:t>
      </w:r>
    </w:p>
    <w:p>
      <w:pPr>
        <w:jc w:val="right"/>
      </w:pPr>
      <w:r>
        <w:t>کرامت از نتھنگ۔ میریکل بھی صرف کچھ پیغمبروں کے لیے دیا گیا تھا۔ رسول اللہ کے پاس کوئی میریکل نہیں تھا۔ تو اس کے بعد آپ سمجھنا چاہیں تو میری کتاب پڑھیں۔</w:t>
      </w:r>
    </w:p>
    <w:p>
      <w:r>
        <w:rPr>
          <w:b/>
        </w:rPr>
        <w:t xml:space="preserve">[17:20] </w:t>
      </w:r>
      <w:r>
        <w:t>aap is ki detail agar janna chahen, aap seerat par meri kitab hai.</w:t>
      </w:r>
    </w:p>
    <w:p>
      <w:pPr>
        <w:jc w:val="right"/>
      </w:pPr>
      <w:r>
        <w:t>آپ اس کی ڈیٹیل اگر جاننا چاہیں، آپ سیرت پر میری کتاب ہے۔</w:t>
      </w:r>
    </w:p>
    <w:p>
      <w:r>
        <w:rPr>
          <w:b/>
        </w:rPr>
        <w:t xml:space="preserve">[17:24] </w:t>
      </w:r>
      <w:r>
        <w:t>molana, the first part of the question was: is it possible for science to prove each and every thing in islam?</w:t>
      </w:r>
    </w:p>
    <w:p>
      <w:pPr>
        <w:jc w:val="right"/>
      </w:pPr>
      <w:r>
        <w:t>مولانا، دا فرسٹ پارٹ اف دا کوئسچن واز: از اٹ پوسیبل فار سائنس ٹو پروف ایچ اینڈ ایوری تھنگ ان اسلام؟</w:t>
      </w:r>
    </w:p>
    <w:p>
      <w:r>
        <w:rPr>
          <w:b/>
        </w:rPr>
        <w:t xml:space="preserve">[17:30] </w:t>
      </w:r>
      <w:r>
        <w:t>bhai, science mein proof ka matlab kya hai, woh bhi kal maine bataya tha. aap shayad aaj nahin aaye the wahan par. methodology jo science ki hai, woh kya hai, us ko samjhiye. proof ke maani kya hain?</w:t>
      </w:r>
    </w:p>
    <w:p>
      <w:pPr>
        <w:jc w:val="right"/>
      </w:pPr>
      <w:r>
        <w:t>بھئی، سائنس میں پروف کا مطلب کیا ہے، وہ بھی کل میں نے بتایا تھا۔ آپ شاید آج نہیں آئے تھے وہاں پر۔ میتھڈالوجی جو سائنس کی ہے، وہ کیا ہے، اس کو سمجھیے۔ پروف کے معنی کیا ہیں؟</w:t>
      </w:r>
    </w:p>
    <w:p>
      <w:r>
        <w:rPr>
          <w:b/>
        </w:rPr>
        <w:t xml:space="preserve">[17:42] </w:t>
      </w:r>
      <w:r>
        <w:t>yani scientifically prove karna kya matlab is ka hai? is ke liye aap ko janna chahiye ke what is the scientific method?</w:t>
      </w:r>
    </w:p>
    <w:p>
      <w:pPr>
        <w:jc w:val="right"/>
      </w:pPr>
      <w:r>
        <w:t>یعنی سائنٹیفیکلی پروف کرنا کیا مطلب اس کا ہے؟ اس کے لیے آپ کو جاننا چاہیے کہ واٹ از دا سائنٹیفک میتھڈ؟</w:t>
      </w:r>
    </w:p>
    <w:p>
      <w:r>
        <w:rPr>
          <w:b/>
        </w:rPr>
        <w:t xml:space="preserve">[17:51] </w:t>
      </w:r>
      <w:r>
        <w:t>to kal shayad aap nahi aaye wahan. aap mein ne is ki batai thi ke scientific method kya hai. to ek hai knowledge of thing, ek knowledge of truth. dono ka alag alag woh hai.</w:t>
      </w:r>
    </w:p>
    <w:p>
      <w:pPr>
        <w:jc w:val="right"/>
      </w:pPr>
      <w:r>
        <w:t>تو کل شاید آپ نہیں آئے وہاں۔ آپ میں نے اس کی بتائی تھی کہ سائنٹیفک میتھڈ کیا ہے۔ تو ایک ہے نالج اف تھنگ، ایک نالج اف ٹروتھ۔ دونوں کا الگ الگ وہ ہے۔</w:t>
      </w:r>
    </w:p>
    <w:p>
      <w:r>
        <w:rPr>
          <w:b/>
        </w:rPr>
        <w:t xml:space="preserve">[18:00] </w:t>
      </w:r>
      <w:r>
        <w:t>to in se cheezon ko jo jo scientific method hai, is par aap jaanchn sakte hain. lekin is ka tareeqa hai.</w:t>
      </w:r>
    </w:p>
    <w:p>
      <w:pPr>
        <w:jc w:val="right"/>
      </w:pPr>
      <w:r>
        <w:t>تو ان سے چیزوں کو جو جو سائنٹیفک میتھڈ ہے، اس پر آپ جانچ سکتے ہیں۔ لیکن اس کا طریقہ ہے۔</w:t>
      </w:r>
    </w:p>
    <w:p>
      <w:r>
        <w:rPr>
          <w:b/>
        </w:rPr>
        <w:t xml:space="preserve">[18:11] </w:t>
      </w:r>
      <w:r>
        <w:t>ab is waqt mein detail nahi kar sakta.</w:t>
      </w:r>
    </w:p>
    <w:p>
      <w:pPr>
        <w:jc w:val="right"/>
      </w:pPr>
      <w:r>
        <w:t>اب اس وقت میں ڈیٹیل نہیں کر سکتا۔</w:t>
      </w:r>
    </w:p>
    <w:p>
      <w:r>
        <w:rPr>
          <w:b/>
        </w:rPr>
        <w:t xml:space="preserve">[18:14] </w:t>
      </w:r>
      <w:r>
        <w:t>his second question is: how and when a person can feel that he or she has realized God? is there any stage or any special feeling about it?</w:t>
      </w:r>
    </w:p>
    <w:p>
      <w:pPr>
        <w:jc w:val="right"/>
      </w:pPr>
      <w:r>
        <w:t>ہز سیکنڈ کوئسچن از: ہاؤ اینڈ وین ا پرسن کین فیل دیٹ ہی اور شی ہیز ریلائزڈ گاڈ؟ از دیر اینی سٹیج اور اینی سپیشل فیلنگ اباؤٹ اٹ؟</w:t>
      </w:r>
    </w:p>
    <w:p>
      <w:r>
        <w:rPr>
          <w:b/>
        </w:rPr>
        <w:t xml:space="preserve">[18:29] </w:t>
      </w:r>
      <w:r>
        <w:t>dekhen, aap apni maan ko mante honge to kya, yani pooch kisi se poochne ke liye jayenge aap ke main jaan gaya apni maan ko?</w:t>
      </w:r>
    </w:p>
    <w:p>
      <w:pPr>
        <w:jc w:val="right"/>
      </w:pPr>
      <w:r>
        <w:t>دیکھیں، آپ اپنی ماں کو مانتے ہوں گے تو کیا، یعنی پوچھ کسی سے پوچھنے کے لیے جائیں گے آپ کہ میں جان گیا اپنی ماں کو؟</w:t>
      </w:r>
    </w:p>
    <w:p>
      <w:r>
        <w:rPr>
          <w:b/>
        </w:rPr>
        <w:t xml:space="preserve">[18:39] </w:t>
      </w:r>
      <w:r>
        <w:t>yeh sawal kyun karte hain log? meri samajh mein aata hai. har aadmi apni maan ke bare mein yaqeen rakhta hai, halanke us ne apni maan ke pait se nikalte hue nahi dekha apne aap ko.</w:t>
      </w:r>
    </w:p>
    <w:p>
      <w:pPr>
        <w:jc w:val="right"/>
      </w:pPr>
      <w:r>
        <w:t>یہ سوال کیوں کرتے ہیں لوگ؟ میری سمجھ میں آتا ہے۔ ہر آدمی اپنی ماں کے بارے میں یقین رکھتا ہے، حالانکہ اس نے اپنی ماں کے پیٹ سے نکلتے ہوئے نہیں دیکھا اپنے آپ کو۔</w:t>
      </w:r>
    </w:p>
    <w:p>
      <w:r>
        <w:rPr>
          <w:b/>
        </w:rPr>
        <w:t xml:space="preserve">[18:49] </w:t>
      </w:r>
      <w:r>
        <w:t>kaun hai jis ne dekha apne aap ko ke main maan ke pait se nikal raha hoon? baghair dekhe manta hai woh. to jo yaqeen aap ko apni maan par hota hai, wohi yaqeen Khuda par hota hai.</w:t>
      </w:r>
    </w:p>
    <w:p>
      <w:pPr>
        <w:jc w:val="right"/>
      </w:pPr>
      <w:r>
        <w:t>کون ہے جس نے دیکھا اپنے آپ کو کہ میں ماں کے پیٹ سے نکل رہا ہوں؟ بغیر دیکھے مانتا ہے وہ۔ تو جو یقین آپ کو اپنی ماں پر ہوتا ہے، وہی یقین خدا پر ہوتا ہے۔</w:t>
      </w:r>
    </w:p>
    <w:p>
      <w:r>
        <w:rPr>
          <w:b/>
        </w:rPr>
        <w:t xml:space="preserve">[19:01] </w:t>
      </w:r>
      <w:r>
        <w:t>agar aap is ko discover kar len, maan ko discover kar chuke hain to is liye baghair poochhe hue aap is par aap yaqeen kiye hue hain.</w:t>
      </w:r>
    </w:p>
    <w:p>
      <w:pPr>
        <w:jc w:val="right"/>
      </w:pPr>
      <w:r>
        <w:t>اگر آپ اس کو ڈسکور کر لیں، ماں کو ڈسکور کر چکے ہیں تو اس لیے بغیر پوچھے ہوئے آپ اس پر آپ یقین کیے ہوئے ہیں۔</w:t>
      </w:r>
    </w:p>
    <w:p>
      <w:r>
        <w:rPr>
          <w:b/>
        </w:rPr>
        <w:t xml:space="preserve">[19:10] </w:t>
      </w:r>
      <w:r>
        <w:t>Khuda ko discovery chunke nahi hui hai, to log Khuda ke bare mein se sawalat karte hain. jis din maan ki tarah discovery ho jayegi Khuda ki, to phir is ke upar koi sawal bhi nahi karega.</w:t>
      </w:r>
    </w:p>
    <w:p>
      <w:pPr>
        <w:jc w:val="right"/>
      </w:pPr>
      <w:r>
        <w:t>خدا کو ڈسکوری چونکہ نہیں ہوئی ہے، تو لوگ خدا کے بارے میں سے سوالات کرتے ہیں۔ جس دن ماں کی طرح ڈسکوری ہو جائے گی خدا کی، تو پھر اس کے اوپر کوئی سوال بھی نہیں کرے گا۔</w:t>
      </w:r>
    </w:p>
    <w:p>
      <w:r>
        <w:rPr>
          <w:b/>
        </w:rPr>
        <w:t xml:space="preserve">[19:24] </w:t>
      </w:r>
      <w:r>
        <w:t>this question is from Mr Khalid Ansari. a few years ago, Dr Abdul Karim, who is Dr Zakir Naik's father, wrote a letter to Muslims media professionals about his son's mission and urge them to support him as he is clearing the misconceptions about Islam through debate.</w:t>
      </w:r>
    </w:p>
    <w:p>
      <w:pPr>
        <w:jc w:val="right"/>
      </w:pPr>
      <w:r>
        <w:t>دس کوئسچن از فرام مسٹر خالد انصاری۔ ا فیو ایئرز ایگو، ڈاکٹر عبدالکریم، ہو از ڈاکٹر ذاکر نائیکس فادر، روٹ ا لیٹر ٹو مسلمز میڈیا پروفیشنلز اباؤٹ ہز سنز مشن اینڈ ارج دیم ٹو سپورٹ ہم ایز ہی از کلیئرنگ دا مس کنسیپشنز اباؤٹ اسلام تھرو ڈیبیٹ۔</w:t>
      </w:r>
    </w:p>
    <w:p>
      <w:r>
        <w:rPr>
          <w:b/>
        </w:rPr>
        <w:t xml:space="preserve">[19:47] </w:t>
      </w:r>
      <w:r>
        <w:t>he also appreciated Dr Zakir Naik's debate method by referring it to munazra incidents, munazra incidents that Prophet of Islam himself used in some occasions.</w:t>
      </w:r>
    </w:p>
    <w:p>
      <w:pPr>
        <w:jc w:val="right"/>
      </w:pPr>
      <w:r>
        <w:t>ہی السو ایپریشیٹڈ ڈاکٹر ذاکر نائیکس ڈیبیٹ میتھڈ بائے ریفرنگ اٹ ٹو منازیہ انسیڈنٹس، مناظرہ انسیڈنٹس دیٹ پرافٹ اف اسلام ہم سیلف یوزڈ ان سم اوکیژنز۔</w:t>
      </w:r>
    </w:p>
    <w:p>
      <w:r>
        <w:rPr>
          <w:b/>
        </w:rPr>
        <w:t xml:space="preserve">[20:03] </w:t>
      </w:r>
      <w:r>
        <w:t>do you think Dr Zakir Naik's debate method, which is based on winning and making Hindus, Christians and Jews speechless, is sanctioned by Islam?</w:t>
      </w:r>
    </w:p>
    <w:p>
      <w:pPr>
        <w:jc w:val="right"/>
      </w:pPr>
      <w:r>
        <w:t>ڈو یو تھنک ڈاکٹر ذاکر نائیکس ڈیبیٹ میتھڈ، وچ از بیسڈ ان وننگ اینڈ میکنگ ہندوز، کرسچنز اینڈ جیوز سپیچ لیس، از سینکشن بائے اسلام؟</w:t>
      </w:r>
    </w:p>
    <w:p>
      <w:r>
        <w:rPr>
          <w:b/>
        </w:rPr>
        <w:t xml:space="preserve">[20:16] </w:t>
      </w:r>
      <w:r>
        <w:t>dekhen, is mein Rasool Allah ka jo reference hai, bilkul galat hai. Rasool Allah ne koi munazra nahi kiya. bilkul aisi baat nahi kahani chahiye aadmi ko without any reference.</w:t>
      </w:r>
    </w:p>
    <w:p>
      <w:pPr>
        <w:jc w:val="right"/>
      </w:pPr>
      <w:r>
        <w:t>دیکھیں، اس میں رسول اللہ کا جو ریفرنس ہے، بالکل غلط ہے۔ رسول اللہ نے کوئی مناظرہ نہیں کیا۔ بالکل ایسی بات نہیں کہانی چاہیے آدمی کو ودا آؤٹ اینی ریفرنس۔</w:t>
      </w:r>
    </w:p>
    <w:p>
      <w:r>
        <w:rPr>
          <w:b/>
        </w:rPr>
        <w:t xml:space="preserve">[20:28] </w:t>
      </w:r>
      <w:r>
        <w:t>baqi munazra jo hai, is ko kehte hain debate. debate to there is no room for debate in Islam.</w:t>
      </w:r>
    </w:p>
    <w:p>
      <w:pPr>
        <w:jc w:val="right"/>
      </w:pPr>
      <w:r>
        <w:t>باقی مناظرہ جو ہے، اس کو کہتے ہیں ڈیبیٹ۔ ڈیبیٹ تو دیر از نو روم فار ڈیبیٹ ان اسلام۔</w:t>
      </w:r>
    </w:p>
    <w:p>
      <w:r>
        <w:rPr>
          <w:b/>
        </w:rPr>
        <w:t xml:space="preserve">[20:39] </w:t>
      </w:r>
      <w:r>
        <w:t>debate jo hai, Islam mein nahi hai. Islam mein dawah hai. there is a great difference between dawah and debate.</w:t>
      </w:r>
    </w:p>
    <w:p>
      <w:pPr>
        <w:jc w:val="right"/>
      </w:pPr>
      <w:r>
        <w:t>ڈیبیٹ جو ہے، اسلام میں نہیں ہے۔ اسلام میں دعوت ہے۔ دیر از اے گریٹ ڈیفرنس بٹوین دعوت اینڈ ڈیبیٹ۔</w:t>
      </w:r>
    </w:p>
    <w:p>
      <w:r>
        <w:rPr>
          <w:b/>
        </w:rPr>
        <w:t xml:space="preserve">[20:48] </w:t>
      </w:r>
      <w:r>
        <w:t>debate to ek ek woh hai, Musalmanon ko khush karne ke liye debate hota hai. Musalman khush hote hain. debate means to establish your pride.</w:t>
      </w:r>
    </w:p>
    <w:p>
      <w:pPr>
        <w:jc w:val="right"/>
      </w:pPr>
      <w:r>
        <w:t>ڈیبیٹ تو ایک ایک وہ ہے، مسلمانوں کو خوش کرنے کے لیے ڈیبیٹ ہوتا ہے۔ مسلمان خوش ہوتے ہیں۔ ڈیبیٹ مینز ٹو اسٹیبلش یور پرائیڈ۔</w:t>
      </w:r>
    </w:p>
    <w:p>
      <w:r>
        <w:rPr>
          <w:b/>
        </w:rPr>
        <w:t xml:space="preserve">[21:00] </w:t>
      </w:r>
      <w:r>
        <w:t>is liye khoob taliyan bajti hain wahan par.</w:t>
      </w:r>
    </w:p>
    <w:p>
      <w:pPr>
        <w:jc w:val="right"/>
      </w:pPr>
      <w:r>
        <w:t>اس لیے خوب تالیاں بجتی ہیں وہاں پر۔</w:t>
      </w:r>
    </w:p>
    <w:p>
      <w:r>
        <w:rPr>
          <w:b/>
        </w:rPr>
        <w:t xml:space="preserve">[21:05] </w:t>
      </w:r>
      <w:r>
        <w:t>ek sahab jo jate the bahut zyada is mein, to mere paas aaye to main ne kaha ke aap yeh bataiye ke wahan taliyan bajti hain? unhone kaha ke haan, aap bajate hain?</w:t>
      </w:r>
    </w:p>
    <w:p>
      <w:pPr>
        <w:jc w:val="right"/>
      </w:pPr>
      <w:r>
        <w:t>ایک صاحب جو جاتے تھے بہت زیادہ اس میں، تو میرے پاس آئے تو میں نے کہا کہ آپ یہ بتائیے کہ وہاں تالیاں بجتی ہیں؟ انہوں نے کہا کہ ہاں، آپ بجاتے ہیں؟</w:t>
      </w:r>
    </w:p>
    <w:p>
      <w:r>
        <w:rPr>
          <w:b/>
        </w:rPr>
        <w:t xml:space="preserve">[21:14] </w:t>
      </w:r>
      <w:r>
        <w:t>unhone kaha haan. to main ne kaha Rasool Allah ke haan taliyan bajti thin? kaha nahi. to Rasool Allah ke hawale kyun dete ho? yani karna ek galat kaam aur Rasool Allah ke hawale se karna.</w:t>
      </w:r>
    </w:p>
    <w:p>
      <w:pPr>
        <w:jc w:val="right"/>
      </w:pPr>
      <w:r>
        <w:t>انہوں نے کہا ہاں۔ تو میں نے کہا رسول اللہ کے ہاں تالیاں بجتی تھیں؟ کہا نہیں۔ تو رسول اللہ کے حوالے کیوں دیتے ہو؟ یعنی کرنا ایک غلط کام اور رسول اللہ کے حوالے سے کرنا۔</w:t>
      </w:r>
    </w:p>
    <w:p>
      <w:r>
        <w:rPr>
          <w:b/>
        </w:rPr>
        <w:t xml:space="preserve">[21:24] </w:t>
      </w:r>
      <w:r>
        <w:t>is ko apna pride establish karna, that is not dawah. that is not dawah.</w:t>
      </w:r>
    </w:p>
    <w:p>
      <w:pPr>
        <w:jc w:val="right"/>
      </w:pPr>
      <w:r>
        <w:t>اس کو اپنا پرائیڈ اسٹیبلش کرنا، دیٹ از ناٹ دعویٰ۔ دیٹ از ناٹ دعویٰ۔</w:t>
      </w:r>
    </w:p>
    <w:p>
      <w:r>
        <w:rPr>
          <w:b/>
        </w:rPr>
        <w:t xml:space="preserve">[21:32] </w:t>
      </w:r>
      <w:r>
        <w:t>yeh to ek business kar sakte hain, kuch bhi kar lijiye aap is ko. dawah to doosre ke gham mein ghulne ka naam hai. dawah doosron ko jahannum se nikalne ka, ke liye tadapne ka naam hai.</w:t>
      </w:r>
    </w:p>
    <w:p>
      <w:pPr>
        <w:jc w:val="right"/>
      </w:pPr>
      <w:r>
        <w:t>یہ تو ایک بزنس کر سکتے ہیں، کچھ بھی کر لیجئے آپ اس کو۔ دعویٰ تو دوسرے کے غم میں گھلنے کا نام ہے۔ دعویٰ دوسروں کو جہنم سے نکالنے کا، کے لیے تڑپنے کا نام ہے۔</w:t>
      </w:r>
    </w:p>
    <w:p>
      <w:r>
        <w:rPr>
          <w:b/>
        </w:rPr>
        <w:t xml:space="preserve">[21:44] </w:t>
      </w:r>
      <w:r>
        <w:t>dawah Khuda ke khauf se paida hota hai. is mein taliyan bajane ka koi matlab hi nahi hai. aap Khuda se daren to aap taliyan bajayenge? aap introspection aayega aap ke andar to taliyan bajayenge?</w:t>
      </w:r>
    </w:p>
    <w:p>
      <w:pPr>
        <w:jc w:val="right"/>
      </w:pPr>
      <w:r>
        <w:t>دعویٰ خدا کے خوف سے پیدا ہوتا ہے۔ اس میں تالیاں بجانے کا کوئی مطلب ہی نہیں ہے۔ آپ خدا سے ڈریں تو آپ تالیاں بجائیں گے؟ آپ انٹروسپیکشن آئے گا آپ کے اندر تو تالیاں بجائیں گے؟</w:t>
      </w:r>
    </w:p>
    <w:p>
      <w:r>
        <w:rPr>
          <w:b/>
        </w:rPr>
        <w:t xml:space="preserve">[21:56] </w:t>
      </w:r>
      <w:r>
        <w:t>aap</w:t>
      </w:r>
    </w:p>
    <w:p>
      <w:pPr>
        <w:jc w:val="right"/>
      </w:pPr>
      <w:r>
        <w:t>آپ</w:t>
      </w:r>
    </w:p>
    <w:p>
      <w:r>
        <w:rPr>
          <w:b/>
        </w:rPr>
        <w:t xml:space="preserve">[21:59] </w:t>
      </w:r>
      <w:r>
        <w:t>jo sachi Islami taqreer hoti hai, usi logon ke andar introspection aata hai. Khuda ka khauf paida hota hai, jahannum ka dar paida hota hai.</w:t>
      </w:r>
    </w:p>
    <w:p>
      <w:pPr>
        <w:jc w:val="right"/>
      </w:pPr>
      <w:r>
        <w:t>جو سچی اسلامی تقریر ہوتی ہے، اسی لوگوں کے اندر انٹروسپیکشن آتا ہے۔ خدا کا خوف پیدا ہوتا ہے، جہنم کا ڈر پیدا ہوتا ہے۔</w:t>
      </w:r>
    </w:p>
    <w:p>
      <w:r>
        <w:rPr>
          <w:b/>
        </w:rPr>
        <w:t xml:space="preserve">[22:10] </w:t>
      </w:r>
      <w:r>
        <w:t>yeh sab baaten accountability ka ehsas aata hai. to wahan taliyan ko bajayenge log? yeh debate mein hota hai aisa kuch. to main baharhal jo main ne parha hai Islam ko, to main yeh kahunga ke Islam mein debate nahi hai.</w:t>
      </w:r>
    </w:p>
    <w:p>
      <w:pPr>
        <w:jc w:val="right"/>
      </w:pPr>
      <w:r>
        <w:t>یہ سب باتیں اکاؤنٹیبلٹی کا احساس آتا ہے۔ تو وہاں تالیاں کو بجائیں گے لوگ؟ یہ ڈیبیٹ میں ہوتا ہے ایسا کچھ۔ تو میں بہرحال جو میں نے پڑھا ہے اسلام کو، تو میں یہ کہوں گا کہ اسلام میں ڈیبیٹ نہیں ہے۔</w:t>
      </w:r>
    </w:p>
    <w:p>
      <w:r>
        <w:rPr>
          <w:b/>
        </w:rPr>
        <w:t xml:space="preserve">[22:24] </w:t>
      </w:r>
      <w:r>
        <w:t>agarche hamare ulama karte the munazra angrezon ke zamane mein, woh aryon se karte the aur aur qadiyaniyon se karte the.</w:t>
      </w:r>
    </w:p>
    <w:p>
      <w:pPr>
        <w:jc w:val="right"/>
      </w:pPr>
      <w:r>
        <w:t>اگرچہ ہمارے علماء کرتے تھے مناظرہ انگریزوں کے زمانے میں، وہ آریوں سے کرتے تھے اور اور قادیانیوں سے کرتے تھے۔</w:t>
      </w:r>
    </w:p>
    <w:p>
      <w:r>
        <w:rPr>
          <w:b/>
        </w:rPr>
        <w:t xml:space="preserve">[22:35] </w:t>
      </w:r>
      <w:r>
        <w:t>lekin main is ko bilkul galat samajhta hoon. ulama karte the, is ki wajah se woh sahi nahi ho jayega. main ek lateefa bataoon ke debate kya cheez hai?</w:t>
      </w:r>
    </w:p>
    <w:p>
      <w:pPr>
        <w:jc w:val="right"/>
      </w:pPr>
      <w:r>
        <w:t>لیکن میں اس کو بالکل غلط سمجھتا ہوں۔ علماء کرتے تھے، اس کی وجہ سے وہ صحیح نہیں ہو جائے گا۔ میں ایک لطیفہ بتاؤں کہ ڈیبیٹ کیا چیز ہے؟</w:t>
      </w:r>
    </w:p>
    <w:p>
      <w:r>
        <w:rPr>
          <w:b/>
        </w:rPr>
        <w:t xml:space="preserve">[22:46] </w:t>
      </w:r>
      <w:r>
        <w:t>ek ek alam ne likha ke</w:t>
      </w:r>
    </w:p>
    <w:p>
      <w:pPr>
        <w:jc w:val="right"/>
      </w:pPr>
      <w:r>
        <w:t>ایک ایک عالم نے لکھا کہ</w:t>
      </w:r>
    </w:p>
    <w:p>
      <w:r>
        <w:rPr>
          <w:b/>
        </w:rPr>
        <w:t xml:space="preserve">[22:53] </w:t>
      </w:r>
      <w:r>
        <w:t>bahut se dilchasp qisse hain. to is mein se ek qissa yeh hai ke arya mein aur aur ek molana sahab mein munazre mein munazra hua.</w:t>
      </w:r>
    </w:p>
    <w:p>
      <w:pPr>
        <w:jc w:val="right"/>
      </w:pPr>
      <w:r>
        <w:t>بہت سے دلچسپ قصے ہیں۔ تو اس میں سے ایک قصہ یہ ہے کہ اریہ میں اور اور ایک مولانا صاحب میں مناظر میں مناظرہ ہوا۔</w:t>
      </w:r>
    </w:p>
    <w:p>
      <w:r>
        <w:rPr>
          <w:b/>
        </w:rPr>
        <w:t xml:space="preserve">[23:04] </w:t>
      </w:r>
      <w:r>
        <w:t>to arya ne kaha, woh arabi janta tha ke bataiye ke yeh bukhari hai ke nahi? unhon ne kaha ke haan, bukhari hai. mante hain? ke haan, mante hain. dekhiye, is mein likha hua hai: "man qala la ilaha illallah dakhala al jannah".</w:t>
      </w:r>
    </w:p>
    <w:p>
      <w:pPr>
        <w:jc w:val="right"/>
      </w:pPr>
      <w:r>
        <w:t>تو اریہ نے کہا، وہ عربی جانتا تھا کہ بتائیے کہ یہ بخاری ہے کہ نہیں؟ انہوں نے کہا کہ ہاں، بخاری ہے۔ مانتے ہیں؟ کہ ہاں، مانتے ہیں۔ دیکھیں، اس میں لکھا ہوا ہے: "من قال لا الہ الا اللہ دخل الجنہ"۔</w:t>
      </w:r>
    </w:p>
    <w:p>
      <w:r>
        <w:rPr>
          <w:b/>
        </w:rPr>
        <w:t xml:space="preserve">[23:16] </w:t>
      </w:r>
      <w:r>
        <w:t>jo la ilaha kahega, woh jannat mein jayega. to molana sahab ne kaha ke haan, sahi hai. to phir woh arya ne audience ko mukhatib kar ke kaha: "suno bhai, main kehta hoon la ilaha illallah".</w:t>
      </w:r>
    </w:p>
    <w:p>
      <w:pPr>
        <w:jc w:val="right"/>
      </w:pPr>
      <w:r>
        <w:t>جو لا الہ کہے گا، وہ جنت میں جائے گا۔ تو مولانا صاحب نے کہا کہ ہاں، صحیح ہے۔ تو پھر وہ اریہ نے اڈینس کو مخاطب کر کے کہا: "سنو بھائی، میں کہتا ہوں لا الہ الا اللہ"۔</w:t>
      </w:r>
    </w:p>
    <w:p>
      <w:r>
        <w:rPr>
          <w:b/>
        </w:rPr>
        <w:t xml:space="preserve">[23:30] </w:t>
      </w:r>
      <w:r>
        <w:t>ab in ke in ke paas koi jawab nahi raha. to debate mein yahi sab chalta hai. jo zyada hoshiyar hota hai, woh jeet jata hai. yeh debate hoshiyari ka khel hai.</w:t>
      </w:r>
    </w:p>
    <w:p>
      <w:pPr>
        <w:jc w:val="right"/>
      </w:pPr>
      <w:r>
        <w:t>اب ان کے ان کے پاس کوئی جواب نہیں رہا۔ تو ڈیبیٹ میں یہی سب چلتا ہے۔ جو زیادہ ہوشیار ہوتا ہے، وہ جیت جاتا ہے۔ یہ ڈیبیٹ ہوشیاری کا کھیل ہے۔</w:t>
      </w:r>
    </w:p>
    <w:p>
      <w:r>
        <w:rPr>
          <w:b/>
        </w:rPr>
        <w:t xml:space="preserve">[23:41] </w:t>
      </w:r>
      <w:r>
        <w:t>main ne dekha aise tamashe. debate hoshiyari ka khel hai. yeh to ek pehlwani hai. jis ke paas zyada kartab hoga, woh jeet jayega. yeh debate jo hai, debate yeh pehlwani hai,</w:t>
      </w:r>
    </w:p>
    <w:p>
      <w:pPr>
        <w:jc w:val="right"/>
      </w:pPr>
      <w:r>
        <w:t>میں نے دیکھا ایسے تماشے۔ ڈیبیٹ ہوشیاری کا کھیل ہے۔ یہ تو ایک پہلوانی ہے۔ جس کے پاس زیادہ کرتب ہوگا، وہ جیت جائے گا۔ یہ ڈیبیٹ جو ہے، ڈیبیٹ یہ پہلوانی ہے،</w:t>
      </w:r>
    </w:p>
    <w:p>
      <w:r>
        <w:rPr>
          <w:b/>
        </w:rPr>
        <w:t xml:space="preserve">[23:54] </w:t>
      </w:r>
      <w:r>
        <w:t>intellectual pehlwani. jis ko zyada kartab aayega, woh jeet jayega. jaise ke main ne misaal di aap ko ke arya samaj ka jo aadmi tha, woh zyada kartab aata tha.</w:t>
      </w:r>
    </w:p>
    <w:p>
      <w:pPr>
        <w:jc w:val="right"/>
      </w:pPr>
      <w:r>
        <w:t>انٹلیکچول پہلوانی۔ جس کو زیادہ کرتب آئے گا، وہ جیت جائے گا۔ جیسے کہ میں نے مثال دی آپ کو کہ اریہ سماج کا جو آدمی تھا، وہ زیادہ کرتب آتا تھا۔</w:t>
      </w:r>
    </w:p>
    <w:p>
      <w:r>
        <w:rPr>
          <w:b/>
        </w:rPr>
        <w:t xml:space="preserve">[24:03] </w:t>
      </w:r>
      <w:r>
        <w:t>us ko doosre molana sahab ko hara diya. yeh yeh yeh kartab bazi harana jeetana, yeh islam mein nahi hai. islam to naam hai dawat ka.</w:t>
      </w:r>
    </w:p>
    <w:p>
      <w:pPr>
        <w:jc w:val="right"/>
      </w:pPr>
      <w:r>
        <w:t>اس کو دوسرے مولانا صاحب کو ہرا دیا۔ یہ یہ یہ کرتب بازی ہرانا جیتانا، یہ اسلام میں نہیں ہے۔ اسلام تو نام ہے دعوت کا۔</w:t>
      </w:r>
    </w:p>
    <w:p>
      <w:r>
        <w:rPr>
          <w:b/>
        </w:rPr>
        <w:t xml:space="preserve">[24:15] </w:t>
      </w:r>
      <w:r>
        <w:t>dawat naam hai logon ki khair khwahi ka, logon ke liye tadapne ka. the work bilkul alag cheez hai aur debate bilkul alag cheez hai.</w:t>
      </w:r>
    </w:p>
    <w:p>
      <w:pPr>
        <w:jc w:val="right"/>
      </w:pPr>
      <w:r>
        <w:t>دعوت نام ہے لوگوں کی خیر خواہی کا، لوگوں کے لیے تڑپنے کا۔ دا ورک بالکل الگ چیز ہے اور ڈیبیٹ بالکل الگ چیز ہے۔</w:t>
      </w:r>
    </w:p>
    <w:p>
      <w:r>
        <w:rPr>
          <w:b/>
        </w:rPr>
        <w:t xml:space="preserve">[24:26] </w:t>
      </w:r>
      <w:r>
        <w:t>das question is from doctor farida khanoom: "how can we convince people that being born in a muslim family does not guarantee paradise in the hereafter?"</w:t>
      </w:r>
    </w:p>
    <w:p>
      <w:pPr>
        <w:jc w:val="right"/>
      </w:pPr>
      <w:r>
        <w:t>دس کوئسچن از فرام ڈاکٹر فریدہ خانم: "ہاؤ کین وی کنونس پیپل دیٹ بینگ بورن ان ا مسلم فیملی ڈز ناٹ گارنٹی پیراڈائز ان دا ہیر افٹر؟"</w:t>
      </w:r>
    </w:p>
    <w:p>
      <w:r>
        <w:rPr>
          <w:b/>
        </w:rPr>
        <w:t xml:space="preserve">[24:40] </w:t>
      </w:r>
      <w:r>
        <w:t>yeh to quran mein hadith bilkul wazeh hai: "bahut si ayaten hain, bahut si hadisen hain ke yani birth se kisi ko iman nahi mil jata.</w:t>
      </w:r>
    </w:p>
    <w:p>
      <w:pPr>
        <w:jc w:val="right"/>
      </w:pPr>
      <w:r>
        <w:t>یہ تو قرآن میں حدیث بالکل واضح ہے: "بہت سی آیتیں ہیں، بہت سی حدیثیں ہیں کہ یعنی برتھ سے کسی کو ایمان نہیں مل جاتا۔</w:t>
      </w:r>
    </w:p>
    <w:p>
      <w:r>
        <w:rPr>
          <w:b/>
        </w:rPr>
        <w:t xml:space="preserve">[25:00] </w:t>
      </w:r>
      <w:r>
        <w:t>iman marifat se milta hai. yaad rakhiye, ek hai accident of birth, ittefaq se aap paida ho gaye kisi family mein.</w:t>
      </w:r>
    </w:p>
    <w:p>
      <w:pPr>
        <w:jc w:val="right"/>
      </w:pPr>
      <w:r>
        <w:t>ایمان معرفت سے ملتا ہے۔ یاد رکھیے، ایک ہے ایکسیڈنٹ اف برتھ، اتفاق سے آپ پیدا ہوگئے کسی فیملی میں۔</w:t>
      </w:r>
    </w:p>
    <w:p>
      <w:r>
        <w:rPr>
          <w:b/>
        </w:rPr>
        <w:t xml:space="preserve">[25:09] </w:t>
      </w:r>
      <w:r>
        <w:t>is se aadmi ko islam nahi milta hai. islam milta hai marifat se. marifat milta hai, study karta hai aadmi, samajhta hai baaton ko.</w:t>
      </w:r>
    </w:p>
    <w:p>
      <w:pPr>
        <w:jc w:val="right"/>
      </w:pPr>
      <w:r>
        <w:t>اس سے آدمی کو اسلام نہیں ملتا ہے۔ اسلام ملتا ہے معرفت سے۔ معرفت ملتا ہے، اسٹڈی کرتا ہے آدمی، سمجھتا ہے باتوں کو۔</w:t>
      </w:r>
    </w:p>
    <w:p>
      <w:r>
        <w:rPr>
          <w:b/>
        </w:rPr>
        <w:t xml:space="preserve">[25:19] </w:t>
      </w:r>
      <w:r>
        <w:t>jab us ki discovery hoti hai to us ke dil mein utarti hai baat. to behal yeh baat quran hadith mein bahut hi clear hai ke iman milta hai marifat se, magar kahin janam lene se nahi milta islam.</w:t>
      </w:r>
    </w:p>
    <w:p>
      <w:pPr>
        <w:jc w:val="right"/>
      </w:pPr>
      <w:r>
        <w:t>جب اس کی ڈسکوری ہوتی ہے تو اس کے دل میں اترتی ہے بات۔ تو بہرحال یہ بات قرآن حدیث میں بہت ہی کلیئر ہے کہ ایمان ملتا ہے معرفت سے، مگر کہیں جنم لینے سے نہیں ملتا اسلام۔</w:t>
      </w:r>
    </w:p>
    <w:p>
      <w:r>
        <w:rPr>
          <w:b/>
        </w:rPr>
        <w:t xml:space="preserve">[25:34] </w:t>
      </w:r>
      <w:r>
        <w:t>yeh to khud sakhta logon ka tareeqa hai aur is par hum ne bahut kuch likha hai. is par koi samajhna chahe to parh sakta hai.</w:t>
      </w:r>
    </w:p>
    <w:p>
      <w:pPr>
        <w:jc w:val="right"/>
      </w:pPr>
      <w:r>
        <w:t>یہ تو خود ساختہ لوگوں کا طریقہ ہے اور اس پر ہم نے بہت کچھ لکھا ہے۔ اس پر کوئی سمجھنا چاہے تو پڑھ سکتا ہے۔</w:t>
      </w:r>
    </w:p>
    <w:p>
      <w:r>
        <w:rPr>
          <w:b/>
        </w:rPr>
        <w:t xml:space="preserve">[25:44] </w:t>
      </w:r>
      <w:r>
        <w:t>woh hamari kitab hai tazkir ul quran mein. parh sakta hai woh jo tafsir hai.</w:t>
      </w:r>
    </w:p>
    <w:p>
      <w:pPr>
        <w:jc w:val="right"/>
      </w:pPr>
      <w:r>
        <w:t>وہ ہماری کتاب ہے تذکر القرآن میں۔ پڑھ سکتا ہے وہ جو تفسیر ہے۔</w:t>
      </w:r>
    </w:p>
    <w:p>
      <w:r>
        <w:rPr>
          <w:b/>
        </w:rPr>
        <w:t xml:space="preserve">[25:51] </w:t>
      </w:r>
      <w:r>
        <w:t>das question is from miss raziya: "what is humanism? how does it support atheism?" dekhiye, humanism ka jo ek woh hai insaniyat nawazi, woh ek alag cheez hai.</w:t>
      </w:r>
    </w:p>
    <w:p>
      <w:pPr>
        <w:jc w:val="right"/>
      </w:pPr>
      <w:r>
        <w:t>دس کوئسچن از فرام مس راضیہ: "واٹ از ہیومنزم؟ ہاؤ ڈز اٹ سپورٹ ایتھزم؟" دیکھیں، ہیومنزم کا جو ایک وہ ہے انسانیت نوازی، وہ ایک الگ چیز ہے۔</w:t>
      </w:r>
    </w:p>
    <w:p>
      <w:r>
        <w:rPr>
          <w:b/>
        </w:rPr>
        <w:t xml:space="preserve">[26:08] </w:t>
      </w:r>
      <w:r>
        <w:t>humanism philosophy mein ek term use hota hai. is ke maani maine kaha log insaniyat ke maani bhi humanism bolte hain ke logon ka social work karna, logon ke kaam aana, woh woh ek alag cheez hai.</w:t>
      </w:r>
    </w:p>
    <w:p>
      <w:pPr>
        <w:jc w:val="right"/>
      </w:pPr>
      <w:r>
        <w:t>ہیومنزم فلاسفی میں ایک ٹرم یوز ہوتا ہے۔ اس کے معنی میں نے کہا لوگ انسانیت کے معنی بھی ہیومنزم بولتے ہیں کہ لوگوں کا سوشل ورک کرنا، لوگوں کے کام آنا، وہ وہ ایک الگ چیز ہے۔</w:t>
      </w:r>
    </w:p>
    <w:p>
      <w:r>
        <w:rPr>
          <w:b/>
        </w:rPr>
        <w:t xml:space="preserve">[26:24] </w:t>
      </w:r>
      <w:r>
        <w:t>yani welfare ka kaam karna, jis ko kehte hain woh philanthropy ka kaam karna. philanthropy ek alag cheez hai. main jo word term use kiya hai, woh philanthropy ke maani mein nahi hai, woh philosophical sense mein hai.</w:t>
      </w:r>
    </w:p>
    <w:p>
      <w:pPr>
        <w:jc w:val="right"/>
      </w:pPr>
      <w:r>
        <w:t>یعنی ویلفیئر کا کام کرنا، جس کو کہتے ہیں وہ فلانترافی کا کام کرنا۔ فلانترافی ایک الگ چیز ہے۔ میں جو ورڈ ٹرم یوز کیا ہے، وہ فلانترافی کے معنی میں نہیں ہے، وہ فلاسفیکل سینس میں ہے۔</w:t>
      </w:r>
    </w:p>
    <w:p>
      <w:r>
        <w:rPr>
          <w:b/>
        </w:rPr>
        <w:t xml:space="preserve">[26:38] </w:t>
      </w:r>
      <w:r>
        <w:t>to is maani humanism jo hai, is ka matlab hota hai transfer of seed from god to man. yani god ka koi matlab nahi hai, hum khud apne malik hain.</w:t>
      </w:r>
    </w:p>
    <w:p>
      <w:pPr>
        <w:jc w:val="right"/>
      </w:pPr>
      <w:r>
        <w:t>تو اس معنی ہیومنزم جو ہے، اس کا مطلب ہوتا ہے ٹرانسفر اف سیڈ فرام گاڈ ٹو مین۔ یعنی گاڈ کا کوئی مطلب نہیں ہے، ہم خود اپنے مالک ہیں۔</w:t>
      </w:r>
    </w:p>
    <w:p>
      <w:r>
        <w:rPr>
          <w:b/>
        </w:rPr>
        <w:t xml:space="preserve">[26:49] </w:t>
      </w:r>
      <w:r>
        <w:t>is par aap kitab aap parhna chahein to julian huxley ek kitab hai: "religion without revelation". religion without revelation yani ab tak jo mazhab tha, woh revelation based hota tha, yani ilham aur wahi par.</w:t>
      </w:r>
    </w:p>
    <w:p>
      <w:pPr>
        <w:jc w:val="right"/>
      </w:pPr>
      <w:r>
        <w:t>اس پر آپ کتاب آپ پڑھنا چاہیں تو جولن ہکسل ایک کتاب ہے: "ریلیجن ودا آؤٹ ریولیشن"۔ ریلیجن ودا آؤٹ ریولیشن یعنی اب تک جو مذہب تھا، وہ ریولیشن بیس ہوتا تھا، یعنی الہام اور وحی پر۔</w:t>
      </w:r>
    </w:p>
    <w:p>
      <w:r>
        <w:rPr>
          <w:b/>
        </w:rPr>
        <w:t xml:space="preserve">[27:05] </w:t>
      </w:r>
      <w:r>
        <w:t>ab woh kehte hain ke nahi, hamein koi zaroorat nahi hai. hamare apni jo science hai, hamara apna jo janna hai, wahi kafi hai aur hum ab khud, yani insan, insan made mazhab banayenge, usi par hum chalenge.</w:t>
      </w:r>
    </w:p>
    <w:p>
      <w:pPr>
        <w:jc w:val="right"/>
      </w:pPr>
      <w:r>
        <w:t>اب وہ کہتے ہیں کہ نہیں، ہمیں کوئی ضرورت نہیں ہے۔ ہمارے اپنی جو سائنس ہے، ہمارا اپنا جو جاننا ہے، وہی کافی ہے اور ہم اب خود، یعنی انسان، انسان میڈ مذہب بنائیں گے، اسی پر ہم چلیں گے۔</w:t>
      </w:r>
    </w:p>
    <w:p>
      <w:r>
        <w:rPr>
          <w:b/>
        </w:rPr>
        <w:t xml:space="preserve">[27:21] </w:t>
      </w:r>
      <w:r>
        <w:t>to humans ka matlab hota hai wohi transfer of seed from god to man. to philanthropy wale sense mein main bhi log istemal karte hain, lekin woh ek alag cheez hai.</w:t>
      </w:r>
    </w:p>
    <w:p>
      <w:pPr>
        <w:jc w:val="right"/>
      </w:pPr>
      <w:r>
        <w:t>تو ہیومنز کا مطلب ہوتا ہے وہی ٹرانسفر اف سیڈ فرام گاڈ ٹو مین۔ تو فلانترافی والے سینس میں میں بھی لوگ استعمال کرتے ہیں، لیکن وہ ایک الگ چیز ہے۔</w:t>
      </w:r>
    </w:p>
    <w:p>
      <w:r>
        <w:rPr>
          <w:b/>
        </w:rPr>
        <w:t xml:space="preserve">[27:31] </w:t>
      </w:r>
      <w:r>
        <w:t>mein jo istemal kiya hai, is ko falsafa, falsafa, philosophical term ke aitbar se istemal kiya hai.</w:t>
      </w:r>
    </w:p>
    <w:p>
      <w:pPr>
        <w:jc w:val="right"/>
      </w:pPr>
      <w:r>
        <w:t>میں جو استعمال کیا ہے، اس کو فلسفہ، فلسفہ، فلسفیکل ٹرم کے اعتبار سے استعمال کیا ہے۔</w:t>
      </w:r>
    </w:p>
    <w:p>
      <w:r>
        <w:rPr>
          <w:b/>
        </w:rPr>
        <w:t xml:space="preserve">[27:38] </w:t>
      </w:r>
      <w:r>
        <w:t>das question is from Maulana Zakwan Nadvi: "Maulana, I found that you always live in helplessness. How is it possible and what is the reason behind this helplessness?"</w:t>
      </w:r>
    </w:p>
    <w:p>
      <w:pPr>
        <w:jc w:val="right"/>
      </w:pPr>
      <w:r>
        <w:t>دس کوئسچن از فرام مولانا زکوان ندوی: "مولانا، آئی فاؤنڈ دیٹ یو الویز لیو ان ہیلپ لیسنس۔ ہاؤ از اٹ پوسیبل اینڈ واٹ از دا ریزن بیہائنڈ دس ہیلپ لیسنس؟"</w:t>
      </w:r>
    </w:p>
    <w:p>
      <w:r>
        <w:rPr>
          <w:b/>
        </w:rPr>
        <w:t xml:space="preserve">[27:53] </w:t>
      </w:r>
      <w:r>
        <w:t>dekhein, fact kya hai aur reality kya hai?</w:t>
      </w:r>
    </w:p>
    <w:p>
      <w:pPr>
        <w:jc w:val="right"/>
      </w:pPr>
      <w:r>
        <w:t>دیکھیں، فیکٹ کیا ہے اور ریلیٹی کیا ہے؟</w:t>
      </w:r>
    </w:p>
    <w:p>
      <w:r>
        <w:rPr>
          <w:b/>
        </w:rPr>
        <w:t xml:space="preserve">[28:01] </w:t>
      </w:r>
      <w:r>
        <w:t>fact yeh hai ke insaan, har ek insaan, chahe woh king ho ya koi koi billionaire ho, koi bhi, woh poore poore maani mein helpless hai.</w:t>
      </w:r>
    </w:p>
    <w:p>
      <w:pPr>
        <w:jc w:val="right"/>
      </w:pPr>
      <w:r>
        <w:t>فیکٹ یہ ہے کہ انسان، ہر ایک انسان، چاہے وہ کنگ ہو یا کوئی کوئی بلینئر ہو، کوئی بھی، وہ پورے پورے معنی میں ہیلپ لیس ہے۔</w:t>
      </w:r>
    </w:p>
    <w:p>
      <w:r>
        <w:rPr>
          <w:b/>
        </w:rPr>
        <w:t xml:space="preserve">[28:14] </w:t>
      </w:r>
      <w:r>
        <w:t>poore poore maani mein achaanak us ki sehat kharab ho jati hai, achaanak woh mar jata hai, achaanak uska heart fail kar jata hai, achaanak mind stop kar jata hai, achaanak brain hemorrhage hota hai.</w:t>
      </w:r>
    </w:p>
    <w:p>
      <w:pPr>
        <w:jc w:val="right"/>
      </w:pPr>
      <w:r>
        <w:t>پورے پورے معنی میں اچانک اس کی صحت خراب ہو جاتی ہے، اچانک وہ مر جاتا ہے، اچانک اس کا ہارٹ فیل کر جاتا ہے، اچانک مائنڈ سٹاپ کر جاتا ہے، اچانک برین ہیمریج ہوتا ہے۔</w:t>
      </w:r>
    </w:p>
    <w:p>
      <w:r>
        <w:rPr>
          <w:b/>
        </w:rPr>
        <w:t xml:space="preserve">[28:30] </w:t>
      </w:r>
      <w:r>
        <w:t>hamare ek sahab the Banaras mein, un ko dekh kar main sochta tha ke kitni achi health hai un ki. bilkul jis ko kehte hain na Urdu mein surkh o safed, bohat hi shandar un ki health thi.</w:t>
      </w:r>
    </w:p>
    <w:p>
      <w:pPr>
        <w:jc w:val="right"/>
      </w:pPr>
      <w:r>
        <w:t>ہمارے ایک صاحب تھے بنارس میں، ان کو دیکھ کر میں سوچتا تھا کہ کتنی اچھی ہیلتھ ہے ان کی۔ بالکل جس کو کہتے ہیں نا اردو میں سرخ و سفید، بہت ہی شاندار ان کی ہیلتھ تھی۔</w:t>
      </w:r>
    </w:p>
    <w:p>
      <w:r>
        <w:rPr>
          <w:b/>
        </w:rPr>
        <w:t xml:space="preserve">[28:46] </w:t>
      </w:r>
      <w:r>
        <w:t>surkh o safed lagte the dekhne mein. to main sochta tha ke ke kaash meri bhi aisi sehat hoti, lekin un ko brain hemorrhage hua, achaanak mar gaye.</w:t>
      </w:r>
    </w:p>
    <w:p>
      <w:pPr>
        <w:jc w:val="right"/>
      </w:pPr>
      <w:r>
        <w:t>سرخ و سفید لگتے تھے دیکھنے میں۔ تو میں سوچتا تھا کہ کہ کاش میری بھی ایسی صحت ہوتی، لیکن ان کو برین ہیمریج ہوا، اچانک مر گئے۔</w:t>
      </w:r>
    </w:p>
    <w:p>
      <w:r>
        <w:rPr>
          <w:b/>
        </w:rPr>
        <w:t xml:space="preserve">[28:57] </w:t>
      </w:r>
      <w:r>
        <w:t>to Khuda kuch insaanon ke andar is ko dikhata hai ke tum kitna helpless ho. in fact to har aadmi helpless hai, har aadmi.</w:t>
      </w:r>
    </w:p>
    <w:p>
      <w:pPr>
        <w:jc w:val="right"/>
      </w:pPr>
      <w:r>
        <w:t>تو خدا کچھ انسانوں کے اندر اس کو دکھاتا ہے کہ تم کتنا ہیلپ لیس ہو۔ ان فیکٹ تو ہر آدمی ہیلپ لیس ہے، ہر آدمی۔</w:t>
      </w:r>
    </w:p>
    <w:p>
      <w:r>
        <w:rPr>
          <w:b/>
        </w:rPr>
        <w:t xml:space="preserve">[29:10] </w:t>
      </w:r>
      <w:r>
        <w:t>aap dekhein jo system hamare andar hai, digestive system ke aap khud chalate hain is ko. kaun aadmi hai jo keh sakta hai ke main khud apne, jaise ke aap ek industry lagate honge aur chalate honge, waise aap chala rahe hain.</w:t>
      </w:r>
    </w:p>
    <w:p>
      <w:pPr>
        <w:jc w:val="right"/>
      </w:pPr>
      <w:r>
        <w:t>آپ دیکھیں جو سسٹم ہمارے اندر ہے، ڈائجسٹو سسٹم کہ آپ خود چلاتے ہیں اس کو۔ کون آدمی ہے جو کہہ سکتا ہے کہ میں خود اپنے، جیسے کہ آپ ایک انڈسٹری لگاتے ہوں گے اور چلاتے ہوں گے، ویسے آپ چلا رہے ہیں۔</w:t>
      </w:r>
    </w:p>
    <w:p>
      <w:r>
        <w:rPr>
          <w:b/>
        </w:rPr>
        <w:t xml:space="preserve">[29:27] </w:t>
      </w:r>
      <w:r>
        <w:t>koi jagah ek automatic system hai, apne aap chalta hai. digestive system aise hi dekhiye jo saans ka nizam hai, respiratory system jo hai, kya aap chalate hain?</w:t>
      </w:r>
    </w:p>
    <w:p>
      <w:pPr>
        <w:jc w:val="right"/>
      </w:pPr>
      <w:r>
        <w:t>کوئی جگہ ایک آٹومیٹک سسٹم ہے، اپنے آپ چلتا ہے۔ ڈائجسٹو سسٹم ایسے ہی دیکھیے جو سانس کا نظام ہے، ریسپیریٹری سسٹم جو ہے، کیا آپ چلاتے ہیں؟</w:t>
      </w:r>
    </w:p>
    <w:p>
      <w:r>
        <w:rPr>
          <w:b/>
        </w:rPr>
        <w:t xml:space="preserve">[29:39] </w:t>
      </w:r>
      <w:r>
        <w:t>yani saans inhale karna aur aur aur exhale karna, yani aap lete hain oxygen, nikalte hain carbon, kya aap khud se chalate hain?</w:t>
      </w:r>
    </w:p>
    <w:p>
      <w:pPr>
        <w:jc w:val="right"/>
      </w:pPr>
      <w:r>
        <w:t>یعنی سانس انہیل کرنا اور اور اور ایکسہیل کرنا، یعنی آپ لیتے ہیں اکسیجن، نکالتے ہیں کاربن، کیا آپ خود سے چلاتے ہیں؟</w:t>
      </w:r>
    </w:p>
    <w:p>
      <w:r>
        <w:rPr>
          <w:b/>
        </w:rPr>
        <w:t xml:space="preserve">[29:50] </w:t>
      </w:r>
      <w:r>
        <w:t>yeh to apne aap hota hai. kya jo jo heart, jo aap ka heart jo blood ko pump karta hai, kya aap khud se chalate hain?</w:t>
      </w:r>
    </w:p>
    <w:p>
      <w:pPr>
        <w:jc w:val="right"/>
      </w:pPr>
      <w:r>
        <w:t>یہ تو اپنے آپ ہوتا ہے۔ کیا جو جو ہارٹ، جو آپ کا ہارٹ جو بلڈ کو پمپ کرتا ہے، کیا آپ خود سے چلاتے ہیں؟</w:t>
      </w:r>
    </w:p>
    <w:p>
      <w:r>
        <w:rPr>
          <w:b/>
        </w:rPr>
        <w:t xml:space="preserve">[30:01] </w:t>
      </w:r>
      <w:r>
        <w:t>woh to apne aap chal raha hai. to jo jo cheez aap dekhein, woh aap ko, yani aap khud nahi chala rahe hain.</w:t>
      </w:r>
    </w:p>
    <w:p>
      <w:pPr>
        <w:jc w:val="right"/>
      </w:pPr>
      <w:r>
        <w:t>وہ تو اپنے آپ چل رہا ہے۔ تو جو جو چیز آپ دیکھیں، وہ آپ کو، یعنی آپ خود نہیں چلا رہے ہیں۔</w:t>
      </w:r>
    </w:p>
    <w:p>
      <w:r>
        <w:rPr>
          <w:b/>
        </w:rPr>
        <w:t xml:space="preserve">[30:11] </w:t>
      </w:r>
      <w:r>
        <w:t>woh har jagah helpless ka maamla hai.</w:t>
      </w:r>
    </w:p>
    <w:p>
      <w:pPr>
        <w:jc w:val="right"/>
      </w:pPr>
      <w:r>
        <w:t>وہ ہر جگہ ہیلپ لیس کا معاملہ ہے۔</w:t>
      </w:r>
    </w:p>
    <w:p>
      <w:r>
        <w:rPr>
          <w:b/>
        </w:rPr>
        <w:t xml:space="preserve">[30:17] </w:t>
      </w:r>
      <w:r>
        <w:t>to to in fact har aadmi hai helpless bilkul, lekin kuch logon ki discovery hoti hai, kuch logon ki discovery nahi hoti. masla yeh hai, mujhe Khuda ke fazal se is ki discovery ho gayi hai ke main sach much hi helpless hoon.</w:t>
      </w:r>
    </w:p>
    <w:p>
      <w:pPr>
        <w:jc w:val="right"/>
      </w:pPr>
      <w:r>
        <w:t>تو تو ان فیکٹ ہر آدمی ہے ہیلپ لیس بالکل، لیکن کچھ لوگوں کی ڈسکوری ہوتی ہے، کچھ لوگوں کی ڈسکوری نہیں ہوتی۔ مسئلہ یہ ہے، مجھے خدا کے فضل سے اس کی ڈسکوری ہو گئی ہے کہ میں سچ مچ ہی ہیلپ لیس ہوں۔</w:t>
      </w:r>
    </w:p>
    <w:p>
      <w:r>
        <w:rPr>
          <w:b/>
        </w:rPr>
        <w:t xml:space="preserve">[30:34] </w:t>
      </w:r>
      <w:r>
        <w:t>main har waqt yeh sochta hoon ke yeh saans jo hai, Khuda rok de to saans nahi aayegi. mera dil ko Khuda rok de to woh pump nahi karega.</w:t>
      </w:r>
    </w:p>
    <w:p>
      <w:pPr>
        <w:jc w:val="right"/>
      </w:pPr>
      <w:r>
        <w:t>میں ہر وقت یہ سوچتا ہوں کہ یہ سانس جو ہے، خدا روک دے تو سانس نہیں آئے گی۔ میرا دل کو خدا روک دے تو وہ پمپ نہیں کرے گا۔</w:t>
      </w:r>
    </w:p>
    <w:p>
      <w:r>
        <w:rPr>
          <w:b/>
        </w:rPr>
        <w:t xml:space="preserve">[30:43] </w:t>
      </w:r>
      <w:r>
        <w:t>mere mind ko Khuda rok de to soch nahi soch payega. woh to fact yeh hai ke har aadmi helpless hai.</w:t>
      </w:r>
    </w:p>
    <w:p>
      <w:pPr>
        <w:jc w:val="right"/>
      </w:pPr>
      <w:r>
        <w:t>میرے مائنڈ کو خدا روک دے تو سوچ نہیں سوچ پائے گا۔ وہ تو فیکٹ یہی ہے کہ ہر آدمی ہیلپ لیس ہے۔</w:t>
      </w:r>
    </w:p>
    <w:p>
      <w:r>
        <w:rPr>
          <w:b/>
        </w:rPr>
        <w:t xml:space="preserve">[30:56] </w:t>
      </w:r>
      <w:r>
        <w:t>main ne kai top ke logon ko dekha hai, is jo bohat hi brilliant aadmi the, maslan Doctor Raja Krishan, bohat hi brilliant aadmi the.</w:t>
      </w:r>
    </w:p>
    <w:p>
      <w:pPr>
        <w:jc w:val="right"/>
      </w:pPr>
      <w:r>
        <w:t>میں نے کئی ٹاپ کے لوگوں کو دیکھا ہے، اس جو بہت ہی بریلینٹ آدمی تھے، مثلاً ڈاکٹر راجہ کرشن، بہت ہی بریلینٹ آدمی تھے۔</w:t>
      </w:r>
    </w:p>
    <w:p>
      <w:r>
        <w:rPr>
          <w:b/>
        </w:rPr>
        <w:t xml:space="preserve">[31:06] </w:t>
      </w:r>
      <w:r>
        <w:t>un ki memory chali gayi, aakhir yani jab yani un ki umar mein abhi boorhe nahi hue the, bohat zyada achhe the, yani mujh se kam umar, mujh se kam umar thi un ki.</w:t>
      </w:r>
    </w:p>
    <w:p>
      <w:pPr>
        <w:jc w:val="right"/>
      </w:pPr>
      <w:r>
        <w:t>ان کی میموری چلی گئی، آخر یعنی جب یعنی ان کی عمر میں ابھی بوڑھے نہیں ہوئے تھے، بہت زیادہ اچھے تھے، یعنی مجھ سے کم عمر، مجھ سے کم عمر تھی ان کی۔</w:t>
      </w:r>
    </w:p>
    <w:p>
      <w:r>
        <w:rPr>
          <w:b/>
        </w:rPr>
        <w:t xml:space="preserve">[31:17] </w:t>
      </w:r>
      <w:r>
        <w:t>abhi memory chali gayi to bilkul jaise lagta tha ke aadmi nahi hai, bilkul koi koi aur cheez hai. yeh isi Dilli mein Professor Mujeeb the, bohat hi brilliant aadmi the.</w:t>
      </w:r>
    </w:p>
    <w:p>
      <w:pPr>
        <w:jc w:val="right"/>
      </w:pPr>
      <w:r>
        <w:t>ابھی میموری چلی گئی تو بالکل جیسے لگتا تھا کہ آدمی نہیں ہے، بالکل کوئی کوئی اور چیز ہے۔ یہ اسی دلی میں پروفیسر مجیب تھے، بہت ہی بریلینٹ آدمی تھے۔</w:t>
      </w:r>
    </w:p>
    <w:p>
      <w:r>
        <w:rPr>
          <w:b/>
        </w:rPr>
        <w:t xml:space="preserve">[31:28] </w:t>
      </w:r>
      <w:r>
        <w:t>un ki memory chali gayi to kisi ko pehchante nahi the. woh aise kai logon ko main ne dekha hai ke achaanak un ka maamla bigad gaya to phir woh kuch nahi kar paye.</w:t>
      </w:r>
    </w:p>
    <w:p>
      <w:pPr>
        <w:jc w:val="right"/>
      </w:pPr>
      <w:r>
        <w:t>ان کی میموری چلی گئی تو کسی کو پہچانتے نہیں تھے۔ وہ ایسے کئی لوگوں کو میں نے دیکھا ہے کہ اچانک ان کا معاملہ بگڑ گیا تو پھر وہ کچھ نہیں کر پائے۔</w:t>
      </w:r>
    </w:p>
    <w:p>
      <w:r>
        <w:rPr>
          <w:b/>
        </w:rPr>
        <w:t xml:space="preserve">[31:39] </w:t>
      </w:r>
      <w:r>
        <w:t>woh to hamare karne wala Khuda hai, hum nahi hain. hamare paas sirf helplessness hi hai aur kuch hai hi nahi hamare paas.</w:t>
      </w:r>
    </w:p>
    <w:p>
      <w:pPr>
        <w:jc w:val="right"/>
      </w:pPr>
      <w:r>
        <w:t>وہ تو ہمارے کرنے والا خدا ہے، ہم نہیں ہیں۔ ہمارے پاس صرف ہیلپ لیسنس ہی ہے اور کچھ ہے ہی نہیں ہمارے پاس۔</w:t>
      </w:r>
    </w:p>
    <w:p>
      <w:r>
        <w:rPr>
          <w:b/>
        </w:rPr>
        <w:t xml:space="preserve">[31:51] </w:t>
      </w:r>
      <w:r>
        <w:t>hum Khuda ki blessing pe jee rahe hain. to mujh mein aur doosron mein jo difference hai, woh yeh hai ke I have discovered my helplessness.</w:t>
      </w:r>
    </w:p>
    <w:p>
      <w:pPr>
        <w:jc w:val="right"/>
      </w:pPr>
      <w:r>
        <w:t>ہم خدا کی بلیسنگ پہ جی رہے ہیں۔ تو مجھ میں اور دوسروں میں جو ڈیفرنس ہے، وہ یہ ہے کہ آئی ہیو ڈسکورڈ مائی ہیلپ لیسنس۔</w:t>
      </w:r>
    </w:p>
    <w:p>
      <w:r>
        <w:rPr>
          <w:b/>
        </w:rPr>
        <w:t xml:space="preserve">[32:02] </w:t>
      </w:r>
      <w:r>
        <w:t>main apne helplessness ko discover kar rakha hai aur doosre logon ko khabar nahi hai is ki. aise hi woh animal ki tarah jee rahe hain.</w:t>
      </w:r>
    </w:p>
    <w:p>
      <w:pPr>
        <w:jc w:val="right"/>
      </w:pPr>
      <w:r>
        <w:t>میں اپنے ہیلپ لیسنس کو ڈسکور کر رکھا ہے اور دوسرے لوگوں کو خبر نہیں ہے اس کی۔ ایسے ہی وہ اینیمل کی طرح جی رہے ہیں۔</w:t>
      </w:r>
    </w:p>
    <w:p>
      <w:r>
        <w:rPr>
          <w:b/>
        </w:rPr>
        <w:t xml:space="preserve">[32:13] </w:t>
      </w:r>
      <w:r>
        <w:t>animal jo hai, woh kya hai? is ko kuch pata nahi ke main helpless hoon ke nahi helpless hoon, kuch pata nahi is ko. insaan ko mind diya gaya hai, is mind ko use kar ke woh is ko discover kar sakta hai.</w:t>
      </w:r>
    </w:p>
    <w:p>
      <w:pPr>
        <w:jc w:val="right"/>
      </w:pPr>
      <w:r>
        <w:t>اینیمل جو ہے، وہ کیا ہے؟ اس کو کچھ پتہ نہیں کہ میں ہیلپ لیس ہوں کہ نہیں ہیلپ لیس ہوں، کچھ پتہ نہیں اس کو۔ انسان کو مائنڈ دیا گیا ہے، اس مائنڈ کو یوز کر کے وہ اس کو ڈسکور کر سکتا ہے۔</w:t>
      </w:r>
    </w:p>
    <w:p>
      <w:r>
        <w:rPr>
          <w:b/>
        </w:rPr>
        <w:t xml:space="preserve">[32:26] </w:t>
      </w:r>
      <w:r>
        <w:t>to mein yeh kahoon ga ke in fact every one, every human being, men and women, both are totally helpless.</w:t>
      </w:r>
    </w:p>
    <w:p>
      <w:pPr>
        <w:jc w:val="right"/>
      </w:pPr>
      <w:r>
        <w:t>تو میں یہ کہوں گا کہ ان فیکٹ ایوری ون، ایوری ہیومن بینگ، مین اینڈ وومن، بوتھ آر ٹوٹلی ہیلپ لیس۔</w:t>
      </w:r>
    </w:p>
    <w:p>
      <w:r>
        <w:rPr>
          <w:b/>
        </w:rPr>
        <w:t xml:space="preserve">[32:40] </w:t>
      </w:r>
      <w:r>
        <w:t>magar farq kya hai ke mein Khuda ki tofeeq se mein is ko discover kar liya to mein apni discovery pe jeeta hoon.</w:t>
      </w:r>
    </w:p>
    <w:p>
      <w:pPr>
        <w:jc w:val="right"/>
      </w:pPr>
      <w:r>
        <w:t>مگر فرق کیا ہے کہ میں خدا کی توفیق سے میں اس کو ڈسکور کر لیا تو میں اپنی ڈسکوری پہ جیتا ہوں۔</w:t>
      </w:r>
    </w:p>
    <w:p>
      <w:r>
        <w:rPr>
          <w:b/>
        </w:rPr>
        <w:t xml:space="preserve">[32:50] </w:t>
      </w:r>
      <w:r>
        <w:t>doosre log abhi discover nahi kar paaye hain. woh samajhte hain ke mein bhi kuch hoon, mein bhi kuch hoon, mein bhi, mein bhi kuch bhi nahi hoon. mein aik qissa shayad mein ne bataya hua hai aap ko is se pehle ke mein purane dilli mein raha karta tha.</w:t>
      </w:r>
    </w:p>
    <w:p>
      <w:pPr>
        <w:jc w:val="right"/>
      </w:pPr>
      <w:r>
        <w:t>دوسرے لوگ ابھی ڈسکور نہیں کر پائے ہیں۔ وہ سمجھتے ہیں کہ میں بھی کچھ ہوں، میں بھی کچھ ہوں، میں بھی، میں بھی کچھ بھی نہیں ہوں۔ میں ایک قصہ شاید میں نے بتایا ہوا ہے آپ کو اس سے پہلے کہ میں پرانے دلی میں رہا کرتا تھا۔</w:t>
      </w:r>
    </w:p>
    <w:p>
      <w:r>
        <w:rPr>
          <w:b/>
        </w:rPr>
        <w:t xml:space="preserve">[33:06] </w:t>
      </w:r>
      <w:r>
        <w:t>pehlay to wahan aik mullah ji thay, woh hamare paros mein thay. woh bhains ka karobar karte thay, bhains doodh bechte thay.</w:t>
      </w:r>
    </w:p>
    <w:p>
      <w:pPr>
        <w:jc w:val="right"/>
      </w:pPr>
      <w:r>
        <w:t>پہلے تو وہاں ایک ملا جی تھے، وہ ہمارے پڑوس میں تھے۔ وہ بھینس کا کاروبار کرتے تھے، بھینس دودھ بیچتے تھے۔</w:t>
      </w:r>
    </w:p>
    <w:p>
      <w:r>
        <w:rPr>
          <w:b/>
        </w:rPr>
        <w:t xml:space="preserve">[33:18] </w:t>
      </w:r>
      <w:r>
        <w:t>to un ka milna julna tha aik hindu se tha jo lohay ka karobar karta tha purane dilli mein. to mullah ji ki aik bhains mar gayi.</w:t>
      </w:r>
    </w:p>
    <w:p>
      <w:pPr>
        <w:jc w:val="right"/>
      </w:pPr>
      <w:r>
        <w:t>تو ان کا ملنا جلنا تھا ایک ہندو سے تھا جو لوہے کا کاروبار کرتا تھا پرانے دلی میں۔ تو ملا جی کی ایک بھینس مر گئی۔</w:t>
      </w:r>
    </w:p>
    <w:p>
      <w:r>
        <w:rPr>
          <w:b/>
        </w:rPr>
        <w:t xml:space="preserve">[33:28] </w:t>
      </w:r>
      <w:r>
        <w:t>to mullah ji un se mulaqat hui to unhon ne kaha ke bhai meri aik bhains mar gayi. to is hindu ne jo lohay ka karobar karta tha, us ne kaha ke mullah ji, tumhara karobar to saans ka karobar hai.</w:t>
      </w:r>
    </w:p>
    <w:p>
      <w:pPr>
        <w:jc w:val="right"/>
      </w:pPr>
      <w:r>
        <w:t>تو ملا جی ان سے ملاقات ہوئی تو انہوں نے کہا کہ بھئی میری ایک بھینس مر گئی۔ تو اس ہندو نے جو لوہے کا کاروبار کرتا تھا، اس نے کہا کہ ملا جی، تمہارا کاروبار تو سانس کا کاروبار ہے۔</w:t>
      </w:r>
    </w:p>
    <w:p>
      <w:r>
        <w:rPr>
          <w:b/>
        </w:rPr>
        <w:t xml:space="preserve">[33:41] </w:t>
      </w:r>
      <w:r>
        <w:t>aaya aaya na aaya,</w:t>
      </w:r>
    </w:p>
    <w:p>
      <w:pPr>
        <w:jc w:val="right"/>
      </w:pPr>
      <w:r>
        <w:t>آیا آیا نہ آیا،</w:t>
      </w:r>
    </w:p>
    <w:p>
      <w:r>
        <w:rPr>
          <w:b/>
        </w:rPr>
        <w:t xml:space="preserve">[33:46] </w:t>
      </w:r>
      <w:r>
        <w:t>mullah ji, tumhara to karobar saans ka karobar hai. aaya aaya na aaya. to mein ne kaha ke is aadmi ko pata nahi ke is ka apna bhi yahi hai mamla.</w:t>
      </w:r>
    </w:p>
    <w:p>
      <w:pPr>
        <w:jc w:val="right"/>
      </w:pPr>
      <w:r>
        <w:t>ملا جی، تمہارا تو کاروبار سانس کا کاروبار ہے۔ آیا آیا نہ آیا۔ تو میں نے کہا کہ اس آدمی کو پتہ نہیں کہ اس کا اپنا بھی یہی ہے معاملہ۔</w:t>
      </w:r>
    </w:p>
    <w:p>
      <w:r>
        <w:rPr>
          <w:b/>
        </w:rPr>
        <w:t xml:space="preserve">[33:57] </w:t>
      </w:r>
      <w:r>
        <w:t>usay usay kehna chahiye tha ke mullah ji, mein aur tum kya hain? saans par jee rahe hain, saans aa raha hai to jee rahe hain, saans na aaye to nahi jiyenge.</w:t>
      </w:r>
    </w:p>
    <w:p>
      <w:pPr>
        <w:jc w:val="right"/>
      </w:pPr>
      <w:r>
        <w:t>اسے اسے کہنا چاہیے تھا کہ ملا جی، میں اور تم کیا ہیں؟ سانس پر جی رہے ہیں، سانس آ رہا ہے تو جی رہے ہیں، سانس نہ آئے تو نہیں جیئیں گے۔</w:t>
      </w:r>
    </w:p>
    <w:p>
      <w:r>
        <w:rPr>
          <w:b/>
        </w:rPr>
        <w:t xml:space="preserve">[34:06] </w:t>
      </w:r>
      <w:r>
        <w:t>to hum to hum dono, hum to mera aur tumhara dono ka karobar yahi hai ke saans aaya aaya na aaya. lekin bhains ke baray mein woh aware tha, apne baray mein woh aware nahi tha.</w:t>
      </w:r>
    </w:p>
    <w:p>
      <w:pPr>
        <w:jc w:val="right"/>
      </w:pPr>
      <w:r>
        <w:t>تو ہم تو ہم دونوں، ہم تو میرا اور تمہارا دونوں کا کاروبار یہی ہے کہ سانس آیا آیا نہ آیا۔ لیکن بھینس کے بارے میں وہ اویئر تھا، اپنے بارے میں وہ اویئر نہیں تھا۔</w:t>
      </w:r>
    </w:p>
    <w:p>
      <w:r>
        <w:rPr>
          <w:b/>
        </w:rPr>
        <w:t xml:space="preserve">[34:17] </w:t>
      </w:r>
      <w:r>
        <w:t>woh yeh farq hai. woh aadmi jo hai, bhains ke baray mein janta tha ke saans ka karobar hai. mein Khuda ke fazal se janta hoon ke ke yahi yahi mamla mera apna bhi hai, yahi sab ka hai.</w:t>
      </w:r>
    </w:p>
    <w:p>
      <w:pPr>
        <w:jc w:val="right"/>
      </w:pPr>
      <w:r>
        <w:t>وہ یہ فرق ہے۔ وہ آدمی جو ہے، بھینس کے بارے میں جانتا تھا کہ سانس کا کاروبار ہے۔ میں خدا کے فضل سے جانتا ہوں کہ کہ یہی یہی معاملہ میرا اپنا بھی ہے، یہی سب کا ہے۔</w:t>
      </w:r>
    </w:p>
    <w:p>
      <w:r>
        <w:rPr>
          <w:b/>
        </w:rPr>
        <w:t xml:space="preserve">[34:34] </w:t>
      </w:r>
      <w:r>
        <w:t>abhi hamare aik saathi thay meerut mein, doctor shahzad sahib, un ka death ho gayi sirf 45 age mein.</w:t>
      </w:r>
    </w:p>
    <w:p>
      <w:pPr>
        <w:jc w:val="right"/>
      </w:pPr>
      <w:r>
        <w:t>ابھی ہمارے ایک ساتھی تھے میرٹ میں، ڈاکٹر شہزاد صاحب، ان کا ڈیتھ ہو گئی صرف 45 ایج میں۔</w:t>
      </w:r>
    </w:p>
    <w:p>
      <w:r>
        <w:rPr>
          <w:b/>
        </w:rPr>
        <w:t xml:space="preserve">[34:42] </w:t>
      </w:r>
      <w:r>
        <w:t>45 yaani mujh se bohat chotay. to un ko cancer ho gaya. un ka haal yeh tha, un ka ke na pani pi sakte thay, na khana kha sakte thay.</w:t>
      </w:r>
    </w:p>
    <w:p>
      <w:pPr>
        <w:jc w:val="right"/>
      </w:pPr>
      <w:r>
        <w:t>45 یعنی مجھ سے بہت چھوٹے۔ تو ان کو کینسر ہو گیا۔ ان کا حال یہ تھا، ان کا کہ نہ پانی پی سکتے تھے، نہ کھانا کھا سکتے تھے۔</w:t>
      </w:r>
    </w:p>
    <w:p>
      <w:r>
        <w:rPr>
          <w:b/>
        </w:rPr>
        <w:t xml:space="preserve">[34:55] </w:t>
      </w:r>
      <w:r>
        <w:t>yaani glass, aik aik glass pani peena un ke liye bohat hi mushkil tha. to jo aata tha un ke paas, un ki dekhnay ke liye, to un ko woh kehte thay ke mujhe kehte hain, aik to apnay aap ko dekho,</w:t>
      </w:r>
    </w:p>
    <w:p>
      <w:pPr>
        <w:jc w:val="right"/>
      </w:pPr>
      <w:r>
        <w:t>یعنی گلاس، ایک ایک گلاس پانی پینا ان کے لیے بہت ہی مشکل تھا۔ تو جو آتا تھا ان کے پاس، ان کی دیکھنے کے لیے، تو ان کو وہ کہتے تھے کہ مجھے کہتے ہیں، ایک تو اپنے آپ کو دیکھو،</w:t>
      </w:r>
    </w:p>
    <w:p>
      <w:r>
        <w:rPr>
          <w:b/>
        </w:rPr>
        <w:t xml:space="preserve">[35:10] </w:t>
      </w:r>
      <w:r>
        <w:t>yaani meri shakal mein Khuda tum ko dikha raha hai ke tum kitna ziyada aajiz ho, kitna helpless ho ke pani ka glass bhi Khuda chahe to pi sakte hain, nahi nahi nahi pi sakte.</w:t>
      </w:r>
    </w:p>
    <w:p>
      <w:pPr>
        <w:jc w:val="right"/>
      </w:pPr>
      <w:r>
        <w:t>یعنی میری شکل میں خدا تم کو دکھا رہا ہے کہ تم کتنا زیادہ عاجز ہو، کتنا ہیلپ لیس ہو کہ پانی کا گلاس بھی خدا چاہے تو پی سکتے ہیں، نہیں نہیں نہیں پی سکتے۔</w:t>
      </w:r>
    </w:p>
    <w:p>
      <w:r>
        <w:rPr>
          <w:b/>
        </w:rPr>
        <w:t xml:space="preserve">[35:23] </w:t>
      </w:r>
      <w:r>
        <w:t>aap roti ka tukra bhi Khuda chahe to kha sakte hain, nahi to nahi kha sakte. aap</w:t>
      </w:r>
    </w:p>
    <w:p>
      <w:pPr>
        <w:jc w:val="right"/>
      </w:pPr>
      <w:r>
        <w:t>آپ روٹی کا ٹکڑا بھی خدا چاہے تو کھا سکتے ہیں، نہیں تو نہیں کھا سکتے۔ آپ</w:t>
      </w:r>
    </w:p>
    <w:p>
      <w:r>
        <w:rPr>
          <w:b/>
        </w:rPr>
        <w:t xml:space="preserve">[35:30] </w:t>
      </w:r>
      <w:r>
        <w:t>to dekhen, in fact har aadmi helpless hai Khuda ke muqablay mein. Khuda all powerful hai, hum all powerless hain.</w:t>
      </w:r>
    </w:p>
    <w:p>
      <w:pPr>
        <w:jc w:val="right"/>
      </w:pPr>
      <w:r>
        <w:t>تو دیکھیں، ان فیکٹ ہر آدمی ہیلپ لیس ہے خدا کے مقابلے میں۔ خدا ال پاور فل ہے، ہم ال پاور لیس ہیں۔</w:t>
      </w:r>
    </w:p>
    <w:p>
      <w:r>
        <w:rPr>
          <w:b/>
        </w:rPr>
        <w:t xml:space="preserve">[35:40] </w:t>
      </w:r>
      <w:r>
        <w:t>yaad rakhiye, in fact jo jo position hai, yaani in fact every one is all powerless and God is all powerful.</w:t>
      </w:r>
    </w:p>
    <w:p>
      <w:pPr>
        <w:jc w:val="right"/>
      </w:pPr>
      <w:r>
        <w:t>یاد رکھیے، ان فیکٹ جو جو پوزیشن ہے، یعنی ان فیکٹ ایوری ون از ال پاور لیس اینڈ گاڈ از ال پاور فل۔</w:t>
      </w:r>
    </w:p>
    <w:p>
      <w:r>
        <w:rPr>
          <w:b/>
        </w:rPr>
        <w:t xml:space="preserve">[35:54] </w:t>
      </w:r>
      <w:r>
        <w:t>jo difference kiya hai, kuch log is ko jaan letay hain, kuch log nahi jantay. bas to jananay aur na jananay ka farq hai, yeh yeh reality ka farq nahi hai.</w:t>
      </w:r>
    </w:p>
    <w:p>
      <w:pPr>
        <w:jc w:val="right"/>
      </w:pPr>
      <w:r>
        <w:t>جو ڈیفرنس کیا ہے، کچھ لوگ اس کو جان لیتے ہیں، کچھ لوگ نہیں جانتے۔ بس تو جاننے اور نہ جاننے کا فرق ہے، یہ یہ ریلیٹی کا فرق نہیں ہے۔</w:t>
      </w:r>
    </w:p>
    <w:p>
      <w:r>
        <w:rPr>
          <w:b/>
        </w:rPr>
        <w:t xml:space="preserve">[36:06] </w:t>
      </w:r>
      <w:r>
        <w:t>jo reality hai, us mein koi difference nahi hai. koi jaan leta hai, koi nahi janta. ab mujhe Allah taala ne yeh tofeeq di ke mein ne is ko discover kar liya.</w:t>
      </w:r>
    </w:p>
    <w:p>
      <w:pPr>
        <w:jc w:val="right"/>
      </w:pPr>
      <w:r>
        <w:t>جو ریلیٹی ہے، اس میں کوئی ڈیفرنس نہیں ہے۔ کوئی جان لیتا ہے، کوئی نہیں جانتا۔ اب مجھے اللہ تعالی نے یہ توفیق دی کہ میں نے اس کو ڈسکور کر لیا۔</w:t>
      </w:r>
    </w:p>
    <w:p>
      <w:r>
        <w:rPr>
          <w:b/>
        </w:rPr>
        <w:t xml:space="preserve">[36:17] </w:t>
      </w:r>
      <w:r>
        <w:t>bas yeh farq hai aur kuch nahi.</w:t>
      </w:r>
    </w:p>
    <w:p>
      <w:pPr>
        <w:jc w:val="right"/>
      </w:pPr>
      <w:r>
        <w:t>بس یہ فرق ہے اور کچھ نہیں۔</w:t>
      </w:r>
    </w:p>
    <w:p>
      <w:r>
        <w:rPr>
          <w:b/>
        </w:rPr>
        <w:t xml:space="preserve">[36:21] </w:t>
      </w:r>
      <w:r>
        <w:t>this question is from miss raziya: "you mentioned that kufr is based on aql. please elaborate."</w:t>
      </w:r>
    </w:p>
    <w:p>
      <w:pPr>
        <w:jc w:val="right"/>
      </w:pPr>
      <w:r>
        <w:t>دس کوئسچن از فرام مس راضیہ: "یو مینشنڈ دیٹ کفر از بیسڈ ان عقل۔ پلیز ایلیبریٹ۔"</w:t>
      </w:r>
    </w:p>
    <w:p>
      <w:r>
        <w:rPr>
          <w:b/>
        </w:rPr>
        <w:t xml:space="preserve">[36:33] </w:t>
      </w:r>
      <w:r>
        <w:t>yeh mein ne aisay hi kaha ke jo log Khuda ko nahi mantay, tab bhi kisi aik to mantay hain. woh aql hoti hai, woh matter hota hai.</w:t>
      </w:r>
    </w:p>
    <w:p>
      <w:pPr>
        <w:jc w:val="right"/>
      </w:pPr>
      <w:r>
        <w:t>یہ میں نے ایسے ہی کہا کہ جو لوگ خدا کو نہیں مانتے، تب بھی کسی ایک تو مانتے ہیں۔ وہ عقل ہوتی ہے، وہ میٹر ہوتا ہے۔</w:t>
      </w:r>
    </w:p>
    <w:p>
      <w:r>
        <w:rPr>
          <w:b/>
        </w:rPr>
        <w:t xml:space="preserve">[36:45] </w:t>
      </w:r>
      <w:r>
        <w:t>woh jantay hain ke hum aik aik aik momin sochay ga ke bhai Khuda chahe ga to hoga, nahi to nahi hoga. lekin jo jo Khuda ko nahi manta, woh samjhe ga ke material jo cheezain hain, un ko mujhe ikatha karna paray ga.</w:t>
      </w:r>
    </w:p>
    <w:p>
      <w:pPr>
        <w:jc w:val="right"/>
      </w:pPr>
      <w:r>
        <w:t>وہ جانتے ہیں کہ ہم ایک ایک ایک مومن سوچے گا کہ بھئی خدا چاہے گا تو ہوگا، نہیں تو نہیں ہوگا۔ لیکن جو جو خدا کو نہیں مانتا، وہ سمجھے گا کہ مٹیریل جو چیزیں ہیں، ان کو مجھے اکٹھا کرنا پڑے گا۔</w:t>
      </w:r>
    </w:p>
    <w:p>
      <w:r>
        <w:rPr>
          <w:b/>
        </w:rPr>
        <w:t xml:space="preserve">[37:01] </w:t>
      </w:r>
      <w:r>
        <w:t>woh cause and effect par</w:t>
      </w:r>
    </w:p>
    <w:p>
      <w:pPr>
        <w:jc w:val="right"/>
      </w:pPr>
      <w:r>
        <w:t>وہ کاز اینڈ ایفیکٹ پر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