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Right Path May 24, 2015</w:t>
      </w:r>
    </w:p>
    <w:p>
      <w:r>
        <w:t>https://youtu.be/XrsNdAp9PJA</w:t>
      </w:r>
    </w:p>
    <w:p>
      <w:r>
        <w:rPr>
          <w:b/>
        </w:rPr>
        <w:t xml:space="preserve">[00:13] </w:t>
      </w:r>
      <w:r>
        <w:t>Bismillah hir Rahman nir Rahim, wa salli Allahu ala Nabi il Kareem. Rabb ishrah li sadri, wa yassir li amri,</w:t>
      </w:r>
    </w:p>
    <w:p>
      <w:pPr>
        <w:jc w:val="right"/>
      </w:pPr>
      <w:r>
        <w:t>بسم اللہ الرحمن الرحیم، وصلی اللہ علی نبی الکریم۔ رب اشرح لی صدری، ویسر لی امری،</w:t>
      </w:r>
    </w:p>
    <w:p>
      <w:r>
        <w:rPr>
          <w:b/>
        </w:rPr>
        <w:t xml:space="preserve">[00:28] </w:t>
      </w:r>
      <w:r>
        <w:t>wahlul uqdatan min lisani, yafqahu qawli.</w:t>
      </w:r>
    </w:p>
    <w:p>
      <w:pPr>
        <w:jc w:val="right"/>
      </w:pPr>
      <w:r>
        <w:t>واحل العقدۃ من لسانی، یفقہ قولی۔</w:t>
      </w:r>
    </w:p>
    <w:p>
      <w:r>
        <w:rPr>
          <w:b/>
        </w:rPr>
        <w:t xml:space="preserve">[00:38] </w:t>
      </w:r>
      <w:r>
        <w:t>aaj</w:t>
      </w:r>
    </w:p>
    <w:p>
      <w:pPr>
        <w:jc w:val="right"/>
      </w:pPr>
      <w:r>
        <w:t>آج</w:t>
      </w:r>
    </w:p>
    <w:p>
      <w:r>
        <w:rPr>
          <w:b/>
        </w:rPr>
        <w:t xml:space="preserve">[00:42] </w:t>
      </w:r>
      <w:r>
        <w:t>ka</w:t>
      </w:r>
    </w:p>
    <w:p>
      <w:pPr>
        <w:jc w:val="right"/>
      </w:pPr>
      <w:r>
        <w:t>کا</w:t>
      </w:r>
    </w:p>
    <w:p>
      <w:r>
        <w:rPr>
          <w:b/>
        </w:rPr>
        <w:t xml:space="preserve">[00:46] </w:t>
      </w:r>
      <w:r>
        <w:t>unwan hai "Sirat-e-Mustaqeem", yaani "Right Path".</w:t>
      </w:r>
    </w:p>
    <w:p>
      <w:pPr>
        <w:jc w:val="right"/>
      </w:pPr>
      <w:r>
        <w:t>عنوان ہے "صراط مستقیم"، یعنی "رائٹ پاتھ"۔</w:t>
      </w:r>
    </w:p>
    <w:p>
      <w:r>
        <w:rPr>
          <w:b/>
        </w:rPr>
        <w:t xml:space="preserve">[00:55] </w:t>
      </w:r>
      <w:r>
        <w:t>Quran ki pehli surah Al-Fatiha mein aaya hai ke "Ihdina al-sirat al-mustaqeem", yaani aey Allah hum ko</w:t>
      </w:r>
    </w:p>
    <w:p>
      <w:pPr>
        <w:jc w:val="right"/>
      </w:pPr>
      <w:r>
        <w:t>قرآن کی پہلی سورہ الفاتحہ میں آیا ہے کہ "اہدنا الصراط المستقیم"، یعنی اے اللہ ہم کو</w:t>
      </w:r>
    </w:p>
    <w:p>
      <w:r>
        <w:rPr>
          <w:b/>
        </w:rPr>
        <w:t xml:space="preserve">[01:08] </w:t>
      </w:r>
      <w:r>
        <w:t>seedha rasta dikha.</w:t>
      </w:r>
    </w:p>
    <w:p>
      <w:pPr>
        <w:jc w:val="right"/>
      </w:pPr>
      <w:r>
        <w:t>سیدھا راستہ دکھا۔</w:t>
      </w:r>
    </w:p>
    <w:p>
      <w:r>
        <w:rPr>
          <w:b/>
        </w:rPr>
        <w:t xml:space="preserve">[01:13] </w:t>
      </w:r>
      <w:r>
        <w:t>yeh alfaaz Quran mein taqreeban 50 baar aaye hain.</w:t>
      </w:r>
    </w:p>
    <w:p>
      <w:pPr>
        <w:jc w:val="right"/>
      </w:pPr>
      <w:r>
        <w:t>یہ الفاظ قرآن میں تقریباً 50 بار آئے ہیں۔</w:t>
      </w:r>
    </w:p>
    <w:p>
      <w:r>
        <w:rPr>
          <w:b/>
        </w:rPr>
        <w:t xml:space="preserve">[01:22] </w:t>
      </w:r>
      <w:r>
        <w:t>ab sawal yeh hai ke "Sirat-e-Mustaqeem" ka matlab kya hai?</w:t>
      </w:r>
    </w:p>
    <w:p>
      <w:pPr>
        <w:jc w:val="right"/>
      </w:pPr>
      <w:r>
        <w:t>اب سوال یہ ہے کہ "صراط مستقیم" کا مطلب کیا ہے؟</w:t>
      </w:r>
    </w:p>
    <w:p>
      <w:r>
        <w:rPr>
          <w:b/>
        </w:rPr>
        <w:t xml:space="preserve">[01:26] </w:t>
      </w:r>
      <w:r>
        <w:t>lafzi tarjuma to is ka hai ke seedha rasta ya "straight path",</w:t>
      </w:r>
    </w:p>
    <w:p>
      <w:pPr>
        <w:jc w:val="right"/>
      </w:pPr>
      <w:r>
        <w:t>لفظی ترجمہ تو اس کا ہے کہ سیدھا راستہ یا "اسٹریٹ پاتھ"،</w:t>
      </w:r>
    </w:p>
    <w:p>
      <w:r>
        <w:rPr>
          <w:b/>
        </w:rPr>
        <w:t xml:space="preserve">[01:35] </w:t>
      </w:r>
      <w:r>
        <w:t>lekin yeh bohat hi ziyada ba-maani alfaaz hain. yeh kisi mehdood maani mein nahi hai.</w:t>
      </w:r>
    </w:p>
    <w:p>
      <w:pPr>
        <w:jc w:val="right"/>
      </w:pPr>
      <w:r>
        <w:t>لیکن یہ بہت ہی زیادہ بامعنی الفاظ ہیں۔ یہ کسی محدود معنی میں نہیں ہے۔</w:t>
      </w:r>
    </w:p>
    <w:p>
      <w:r>
        <w:rPr>
          <w:b/>
        </w:rPr>
        <w:t xml:space="preserve">[01:45] </w:t>
      </w:r>
      <w:r>
        <w:t>mein ne is par ghhor kiya to mujhe samajh mein aaya ke is ka matlab yeh hai ke khaliq ke naqsha takhleeq ke mutabiq zindagi ka jo sahih rasta hai,</w:t>
      </w:r>
    </w:p>
    <w:p>
      <w:pPr>
        <w:jc w:val="right"/>
      </w:pPr>
      <w:r>
        <w:t>میں نے اس پر غور کیا تو مجھے سمجھ میں آیا کہ اس کا مطلب یہ ہے کہ خالق کے نقشہ تخلیق کے مطابق زندگی کا جو صحیح راستہ ہے،</w:t>
      </w:r>
    </w:p>
    <w:p>
      <w:r>
        <w:rPr>
          <w:b/>
        </w:rPr>
        <w:t xml:space="preserve">[02:06] </w:t>
      </w:r>
      <w:r>
        <w:t>hum ko is raste par chalne ki tofeeq de.</w:t>
      </w:r>
    </w:p>
    <w:p>
      <w:pPr>
        <w:jc w:val="right"/>
      </w:pPr>
      <w:r>
        <w:t>ہم کو اس راستے پر چلنے کی توفیق دے۔</w:t>
      </w:r>
    </w:p>
    <w:p>
      <w:r>
        <w:rPr>
          <w:b/>
        </w:rPr>
        <w:t xml:space="preserve">[02:12] </w:t>
      </w:r>
      <w:r>
        <w:t>yaani khaliq ne yeh poori kainat banai hai, phir zameen banai hai, phir insaan ko yahan abad kiya. to is ka apna aik naqsha takhleeq hai, "creation plan".</w:t>
      </w:r>
    </w:p>
    <w:p>
      <w:pPr>
        <w:jc w:val="right"/>
      </w:pPr>
      <w:r>
        <w:t>یعنی خالق نے یہ پوری کائنات بنائی ہے، پھر زمین بنائی ہے، پھر انسان کو یہاں آباد کیا۔ تو اس کا اپنا ایک نقشہ تخلیق ہے، "کریشن پلان"۔</w:t>
      </w:r>
    </w:p>
    <w:p>
      <w:r>
        <w:rPr>
          <w:b/>
        </w:rPr>
        <w:t xml:space="preserve">[02:25] </w:t>
      </w:r>
      <w:r>
        <w:t>to is ka matlab yeh hai ke ay Allah hum ko tofeeq de ke hum tere naqsha takhleeq ke mutabiq zindagi guzarein taake duniya aur aakhirat mein hum ko teri rehmat milay.</w:t>
      </w:r>
    </w:p>
    <w:p>
      <w:pPr>
        <w:jc w:val="right"/>
      </w:pPr>
      <w:r>
        <w:t>تو اس کا مطلب یہ ہے کہ اے اللہ ہم کو توفیق دے کہ ہم تیرے نقشہ تخلیق کے مطابق زندگی گزاریں تاکہ دنیا اور آخرت میں ہم کو تیری رحمت ملے۔</w:t>
      </w:r>
    </w:p>
    <w:p>
      <w:r>
        <w:rPr>
          <w:b/>
        </w:rPr>
        <w:t xml:space="preserve">[02:42] </w:t>
      </w:r>
      <w:r>
        <w:t>is tarah jab mein ne ghhor kiya to bohat si baatein samajh mein aayin. mislan dekhiye, aik baat yeh samajh mein aayi ke duniya mein aadmi jo zindagi guzarta hai,</w:t>
      </w:r>
    </w:p>
    <w:p>
      <w:pPr>
        <w:jc w:val="right"/>
      </w:pPr>
      <w:r>
        <w:t>اس طرح جب میں نے غور کیا تو بہت سی باتیں سمجھ میں آئیں۔ مثلاً دیکھیے، ایک بات یہ سمجھ میں آئی کہ دنیا میں آدمی جو زندگی گزارتا ہے،</w:t>
      </w:r>
    </w:p>
    <w:p>
      <w:r>
        <w:rPr>
          <w:b/>
        </w:rPr>
        <w:t xml:space="preserve">[03:00] </w:t>
      </w:r>
      <w:r>
        <w:t>is ke do pehlu hain.</w:t>
      </w:r>
    </w:p>
    <w:p>
      <w:pPr>
        <w:jc w:val="right"/>
      </w:pPr>
      <w:r>
        <w:t>اس کے دو پہلو ہیں۔</w:t>
      </w:r>
    </w:p>
    <w:p>
      <w:r>
        <w:rPr>
          <w:b/>
        </w:rPr>
        <w:t xml:space="preserve">[03:04] </w:t>
      </w:r>
      <w:r>
        <w:t>aik to hai "personal pehlu", jo aadmi ki "personal will" par depend karta hai.</w:t>
      </w:r>
    </w:p>
    <w:p>
      <w:pPr>
        <w:jc w:val="right"/>
      </w:pPr>
      <w:r>
        <w:t>ایک تو ہے "پرسنل پہلو"، جو آدمی کی "پرسنل ول" پر ڈیپینڈ کرتا ہے۔</w:t>
      </w:r>
    </w:p>
    <w:p>
      <w:r>
        <w:rPr>
          <w:b/>
        </w:rPr>
        <w:t xml:space="preserve">[03:15] </w:t>
      </w:r>
      <w:r>
        <w:t>lekin isi ke sath sath aik "lock nature" hai, hum se bahar aik duniya hai. hamein is ko bhi dekh kar duniya mein chalna hai.</w:t>
      </w:r>
    </w:p>
    <w:p>
      <w:pPr>
        <w:jc w:val="right"/>
      </w:pPr>
      <w:r>
        <w:t>لیکن اسی کے ساتھ ساتھ ایک "لاک نیچر" ہے، ہم سے باہر ایک دنیا ہے۔ ہمیں اس کو بھی دیکھ کر دنیا میں چلنا ہے۔</w:t>
      </w:r>
    </w:p>
    <w:p>
      <w:r>
        <w:rPr>
          <w:b/>
        </w:rPr>
        <w:t xml:space="preserve">[03:29] </w:t>
      </w:r>
      <w:r>
        <w:t>ise misaal ke tor par dekhiye,</w:t>
      </w:r>
    </w:p>
    <w:p>
      <w:pPr>
        <w:jc w:val="right"/>
      </w:pPr>
      <w:r>
        <w:t>اسے مثال کے طور پر دیکھیے،</w:t>
      </w:r>
    </w:p>
    <w:p>
      <w:r>
        <w:rPr>
          <w:b/>
        </w:rPr>
        <w:t xml:space="preserve">[03:36] </w:t>
      </w:r>
      <w:r>
        <w:t>hamein aankh di gayi hai jis se hum dekhte hain. to dekhna hamara zaati fe'l hai. hum chahein to aankh band kar dein, hum chahein to apni aankh band kar lein aur kuch dikhai deta hai hum ko.</w:t>
      </w:r>
    </w:p>
    <w:p>
      <w:pPr>
        <w:jc w:val="right"/>
      </w:pPr>
      <w:r>
        <w:t>ہمیں آنکھ دی گئی ہے جس سے ہم دیکھتے ہیں۔ تو دیکھنا ہمارا ذاتی فعل ہے۔ ہم چاہیں تو آنکھ بند کر دیں، ہم چاہیں تو اپنی آنکھ بند کر لیں اور کچھ دکھائی دیتا ہے ہم کو۔</w:t>
      </w:r>
    </w:p>
    <w:p>
      <w:r>
        <w:rPr>
          <w:b/>
        </w:rPr>
        <w:t xml:space="preserve">[03:50] </w:t>
      </w:r>
      <w:r>
        <w:t>aur aankh kholien to sab kuch dikhai dega.</w:t>
      </w:r>
    </w:p>
    <w:p>
      <w:pPr>
        <w:jc w:val="right"/>
      </w:pPr>
      <w:r>
        <w:t>اور آنکھ کھولیں تو سب کچھ دکھائی دے گا۔</w:t>
      </w:r>
    </w:p>
    <w:p>
      <w:r>
        <w:rPr>
          <w:b/>
        </w:rPr>
        <w:t xml:space="preserve">[03:54] </w:t>
      </w:r>
      <w:r>
        <w:t>lekin aap jante hain ke dekhne ke liye hum se hamari aankhon se bahar light chahiye. agar hamari hamare bahar light na ho to hum aankh ke bawajood kuch bhi dekh nahi sakte.</w:t>
      </w:r>
    </w:p>
    <w:p>
      <w:pPr>
        <w:jc w:val="right"/>
      </w:pPr>
      <w:r>
        <w:t>لیکن آپ جانتے ہیں کہ دیکھنے کے لیے ہم سے ہماری آنکھوں سے باہر لائٹ چاہیے۔ اگر ہماری ہمارے باہر لائٹ نہ ہو تو ہم آنکھ کے باوجود کچھ بھی دیکھ نہیں سکتے۔</w:t>
      </w:r>
    </w:p>
    <w:p>
      <w:r>
        <w:rPr>
          <w:b/>
        </w:rPr>
        <w:t xml:space="preserve">[04:11] </w:t>
      </w:r>
      <w:r>
        <w:t>lekin aankh par to hum ko ikhtiyar hai, lekin light par ikhtiyar nahi hai. light ka jo bhandar hai, woh to suraj hai.</w:t>
      </w:r>
    </w:p>
    <w:p>
      <w:pPr>
        <w:jc w:val="right"/>
      </w:pPr>
      <w:r>
        <w:t>لیکن آنکھ پر تو ہم کو اختیار ہے، لیکن لائٹ پر اختیار نہیں ہے۔ لائٹ کا جو بھنڈار ہے، وہ تو سورج ہے۔</w:t>
      </w:r>
    </w:p>
    <w:p>
      <w:r>
        <w:rPr>
          <w:b/>
        </w:rPr>
        <w:t xml:space="preserve">[04:23] </w:t>
      </w:r>
      <w:r>
        <w:t>suraj ko suraj ko Allah ne paida kiya, isi ke tabe hai woh, is ka poora muamla. to kya aik aik pehlu hai hamari zaat ka, jahan hamein ikhtiyar hasil hai ke hum kya karein aur kya na karein?</w:t>
      </w:r>
    </w:p>
    <w:p>
      <w:pPr>
        <w:jc w:val="right"/>
      </w:pPr>
      <w:r>
        <w:t>سورج کو سورج کو اللہ نے پیدا کیا، اسی کے تابع ہے وہ، اس کا پورا معاملہ۔ تو کیا ایک ایک پہلو ہے ہماری ذات کا، جہاں ہمیں اختیار حاصل ہے کہ ہم کیا کریں اور کیا نہ کریں؟</w:t>
      </w:r>
    </w:p>
    <w:p>
      <w:r>
        <w:rPr>
          <w:b/>
        </w:rPr>
        <w:t xml:space="preserve">[04:45] </w:t>
      </w:r>
      <w:r>
        <w:t>doosra pehlu woh hai ke jo hamare ikhtiyar se bahar hai. Khuda ne yahan solar system ka nizam banaya hai, wohi is ko chala raha hai.</w:t>
      </w:r>
    </w:p>
    <w:p>
      <w:pPr>
        <w:jc w:val="right"/>
      </w:pPr>
      <w:r>
        <w:t>دوسرا پہلو وہ ہے کہ جو ہمارے اختیار سے باہر ہے۔ خدا نے یہاں سولر سسٹم کا نظام بنایا ہے، وہی اس کو چلا رہا ہے۔</w:t>
      </w:r>
    </w:p>
    <w:p>
      <w:r>
        <w:rPr>
          <w:b/>
        </w:rPr>
        <w:t xml:space="preserve">[04:59] </w:t>
      </w:r>
      <w:r>
        <w:t>isi tarah dekhiye, hum saans lete hain. aik aik poora nizam hai saans ka hamare andar.</w:t>
      </w:r>
    </w:p>
    <w:p>
      <w:pPr>
        <w:jc w:val="right"/>
      </w:pPr>
      <w:r>
        <w:t>اسی طرح دیکھیے، ہم سانس لیتے ہیں۔ ایک ایک پورا نظام ہے سانس کا ہمارے اندر۔</w:t>
      </w:r>
    </w:p>
    <w:p>
      <w:r>
        <w:rPr>
          <w:b/>
        </w:rPr>
        <w:t xml:space="preserve">[05:12] </w:t>
      </w:r>
      <w:r>
        <w:t>saans lete hain hum kisi hawa se oxygen lene ke liye. to saans lena to hamare ikhtiyar ki cheez hai, lekin oxygen hamare ikhtiyar ki cheez nahi hai.</w:t>
      </w:r>
    </w:p>
    <w:p>
      <w:pPr>
        <w:jc w:val="right"/>
      </w:pPr>
      <w:r>
        <w:t>سانس لیتے ہیں ہم کسی ہوا سے آکسیجن لینے کے لیے۔ تو سانس لینا تو ہمارے اختیار کی چیز ہے، لیکن آکسیجن ہمارے اختیار کی چیز نہیں ہے۔</w:t>
      </w:r>
    </w:p>
    <w:p>
      <w:r>
        <w:rPr>
          <w:b/>
        </w:rPr>
        <w:t xml:space="preserve">[05:26] </w:t>
      </w:r>
      <w:r>
        <w:t>woh Allah paida karta hai.</w:t>
      </w:r>
    </w:p>
    <w:p>
      <w:pPr>
        <w:jc w:val="right"/>
      </w:pPr>
      <w:r>
        <w:t>وہ اللہ پیدا کرتا ہے۔</w:t>
      </w:r>
    </w:p>
    <w:p>
      <w:r>
        <w:rPr>
          <w:b/>
        </w:rPr>
        <w:t xml:space="preserve">[05:31] </w:t>
      </w:r>
      <w:r>
        <w:t>Allah paida kare to oxygen paida hoga, paida nahi hoga.</w:t>
      </w:r>
    </w:p>
    <w:p>
      <w:pPr>
        <w:jc w:val="right"/>
      </w:pPr>
      <w:r>
        <w:t>اللہ پیدا کرے تو آکسیجن پیدا ہوگا، پیدا نہیں ہوگا۔</w:t>
      </w:r>
    </w:p>
    <w:p>
      <w:r>
        <w:rPr>
          <w:b/>
        </w:rPr>
        <w:t xml:space="preserve">[05:36] </w:t>
      </w:r>
      <w:r>
        <w:t>to yahi muamla poori zindagi ka hai. deen ke muamle mein aksar yeh ghalti karte hain log ke is farq ko بروز nahi rakhte, jis ko mein kaha karta hoon aksar ke lazim ko mutadab bana lete hain.</w:t>
      </w:r>
    </w:p>
    <w:p>
      <w:pPr>
        <w:jc w:val="right"/>
      </w:pPr>
      <w:r>
        <w:t>تو یہی معاملہ پوری زندگی کا ہے۔ دین کے معاملے میں اکثر یہ غلطی کرتے ہیں لوگ کہ اس فرق کو بروز نہیں رکھتے، جس کو میں کہا کرتا ہوں اکثر کہ لازم کو متدب بنا لیتے ہیں۔</w:t>
      </w:r>
    </w:p>
    <w:p>
      <w:r>
        <w:rPr>
          <w:b/>
        </w:rPr>
        <w:t xml:space="preserve">[05:53] </w:t>
      </w:r>
      <w:r>
        <w:t>yaani jo cheez jo hukum diya gaya hai ke hum follow karein, is ko is ki pairwi karein, is ko hum mutadab bana lete hain. yaani hum yeh mani is ko bana lete hain ke duniya mein nizam qaim karein, logon se larr kar ke is ka nafaz karein.</w:t>
      </w:r>
    </w:p>
    <w:p>
      <w:pPr>
        <w:jc w:val="right"/>
      </w:pPr>
      <w:r>
        <w:t>یعنی جو چیز جو حکم دیا گیا ہے کہ ہم فالو کریں، اس کو اس کی پیروی کریں، اس کو ہم متدب بنا لیتے ہیں۔ یعنی ہم یہ معنی اس کو بنا لیتے ہیں کہ دنیا میں نظام قائم کریں، لوگوں سے لڑ کر کے اس کا نفاذ کریں۔</w:t>
      </w:r>
    </w:p>
    <w:p>
      <w:r>
        <w:rPr>
          <w:b/>
        </w:rPr>
        <w:t xml:space="preserve">[06:10] </w:t>
      </w:r>
      <w:r>
        <w:t>to aise hi hoga jaise ke hum yeh apna maqsad banayein ke hamein larr kar suraj ko apne tabe banana hai, larr kar hawaon par qabza karna hai.</w:t>
      </w:r>
    </w:p>
    <w:p>
      <w:pPr>
        <w:jc w:val="right"/>
      </w:pPr>
      <w:r>
        <w:t>تو ایسے ہی ہوگا جیسے کہ ہم یہ اپنا مقصد بنائیں کہ ہمیں لڑ کر سورج کو اپنے تابع بنانا ہے، لڑ کر ہواؤں پر قبضہ کرنا ہے۔</w:t>
      </w:r>
    </w:p>
    <w:p>
      <w:r>
        <w:rPr>
          <w:b/>
        </w:rPr>
        <w:t xml:space="preserve">[06:21] </w:t>
      </w:r>
      <w:r>
        <w:t>to yeh bilkul ridiculous baat hogi.</w:t>
      </w:r>
    </w:p>
    <w:p>
      <w:pPr>
        <w:jc w:val="right"/>
      </w:pPr>
      <w:r>
        <w:t>تو یہ بالکل ڈیڈیکولس بات ہوگی۔</w:t>
      </w:r>
    </w:p>
    <w:p>
      <w:r>
        <w:rPr>
          <w:b/>
        </w:rPr>
        <w:t xml:space="preserve">[06:24] </w:t>
      </w:r>
      <w:r>
        <w:t>hum larr kar hawaon par qabza nahi kar sakte. hum larr kar suraj par apna hukum nahi chala sakte. haan, yeh hamare bas mein hai ke hum apni aankh ko, apne jo is tanffus ka nizam hai, is ko aap istemal kar ke faida uthayein.</w:t>
      </w:r>
    </w:p>
    <w:p>
      <w:pPr>
        <w:jc w:val="right"/>
      </w:pPr>
      <w:r>
        <w:t>ہم لڑ کر ہواؤں پر قبضہ نہیں کر سکتے۔ ہم لڑ کر سورج پر اپنا حکم نہیں چلا سکتے۔ ہاں، یہ ہمارے بس میں ہے کہ ہم اپنی آنکھ کو، اپنے جو اس تنفس کا نظام ہے، اس کو آپ استعمال کر کے فائدہ اٹھائیں۔</w:t>
      </w:r>
    </w:p>
    <w:p>
      <w:r>
        <w:rPr>
          <w:b/>
        </w:rPr>
        <w:t xml:space="preserve">[06:43] </w:t>
      </w:r>
      <w:r>
        <w:t>to maujooda zamane mein yeh bohat bara aik masla paida hua hai ke logon ne deen ko nafaz ka mani de diya.</w:t>
      </w:r>
    </w:p>
    <w:p>
      <w:pPr>
        <w:jc w:val="right"/>
      </w:pPr>
      <w:r>
        <w:t>تو موجودہ زمانے میں یہ بہت بڑا ایک مسئلہ پیدا ہوا ہے کہ لوگوں نے دین کو نفاذ کا معنی دے دیا۔</w:t>
      </w:r>
    </w:p>
    <w:p>
      <w:r>
        <w:rPr>
          <w:b/>
        </w:rPr>
        <w:t xml:space="preserve">[06:56] </w:t>
      </w:r>
      <w:r>
        <w:t>aaj kal jo aap dekhte hain ke har jagah musalman lad rahe hain, rozana aap jante hain media mein khabrein aati hain musalmanon ke gun culture ki, suicide bombing ki.</w:t>
      </w:r>
    </w:p>
    <w:p>
      <w:pPr>
        <w:jc w:val="right"/>
      </w:pPr>
      <w:r>
        <w:t>آج کل جو آپ دیکھتے ہیں کہ ہر جگہ مسلمان لڑ رہے ہیں، روزانہ آپ جانتے ہیں میڈیا میں خبریں آتی ہیں مسلمانوں کے گن کلچر کی، سوسائیڈ بمبنگ کی۔</w:t>
      </w:r>
    </w:p>
    <w:p>
      <w:r>
        <w:rPr>
          <w:b/>
        </w:rPr>
        <w:t xml:space="preserve">[07:09] </w:t>
      </w:r>
      <w:r>
        <w:t>woh kis liye hai?</w:t>
      </w:r>
    </w:p>
    <w:p>
      <w:pPr>
        <w:jc w:val="right"/>
      </w:pPr>
      <w:r>
        <w:t>وہ کس لیے ہے؟</w:t>
      </w:r>
    </w:p>
    <w:p>
      <w:r>
        <w:rPr>
          <w:b/>
        </w:rPr>
        <w:t xml:space="preserve">[07:11] </w:t>
      </w:r>
      <w:r>
        <w:t>woh is liye ke is domain mein dakhil ho gaye hain jis jo domain un ka hai nahin. yaani hukoomat ka domain, hukoomat ka domain musalmanon ka domain nahin hai.</w:t>
      </w:r>
    </w:p>
    <w:p>
      <w:pPr>
        <w:jc w:val="right"/>
      </w:pPr>
      <w:r>
        <w:t>وہ اس لیے کہ اس ڈومین میں داخل ہو گئے ہیں جس جو ڈومین ان کا ہے نہیں۔ یعنی حکومت کا ڈومین، حکومت کا ڈومین مسلمانوں کا ڈومین نہیں ہے۔</w:t>
      </w:r>
    </w:p>
    <w:p>
      <w:r>
        <w:rPr>
          <w:b/>
        </w:rPr>
        <w:t xml:space="preserve">[07:24] </w:t>
      </w:r>
      <w:r>
        <w:t>woh Allah ka hai. Allahu malik ul mulk tuti ul mulk man tasha'u wa tadha'u ul mulk min tasha'u yaani Allah yahan mulk malik hai, political power, siyasi iqtadar.</w:t>
      </w:r>
    </w:p>
    <w:p>
      <w:pPr>
        <w:jc w:val="right"/>
      </w:pPr>
      <w:r>
        <w:t>وہ اللہ کا ہے۔ اللّٰهُ مَالِكَ الْمُلْكِ تُوتِ الْمُلْكِ مَنْتَشَاءُ وَتَضْعُ الْمُلْكِ مِنْتَشَاءُ یعنی اللہ یہاں ملک مالک ہے، پولیٹیکل پاور، سیاسی اقتدار۔</w:t>
      </w:r>
    </w:p>
    <w:p>
      <w:r>
        <w:rPr>
          <w:b/>
        </w:rPr>
        <w:t xml:space="preserve">[07:38] </w:t>
      </w:r>
      <w:r>
        <w:t>yaani political power jo hai, woh Allah ka mamla hai, woh Allah ke domain ki cheez hai. jisko chahe de, jisko chahe chheen le.</w:t>
      </w:r>
    </w:p>
    <w:p>
      <w:pPr>
        <w:jc w:val="right"/>
      </w:pPr>
      <w:r>
        <w:t>یعنی پولیٹیکل پاور جو ہے، وہ اللہ کا معاملہ ہے، وہ اللہ کے ڈومین کی چیز ہے۔ جس کو چاہے دے، جس کو چاہے چھینے۔</w:t>
      </w:r>
    </w:p>
    <w:p>
      <w:r>
        <w:rPr>
          <w:b/>
        </w:rPr>
        <w:t xml:space="preserve">[07:50] </w:t>
      </w:r>
      <w:r>
        <w:t>jaise India mein dekhiye, bohat pehle rajaon ki hukoomat thi, bohat se raja the yahan, woh poore India mein hukoomat karte the.</w:t>
      </w:r>
    </w:p>
    <w:p>
      <w:pPr>
        <w:jc w:val="right"/>
      </w:pPr>
      <w:r>
        <w:t>جیسے انڈیا میں دیکھیے، بہت پہلے راجاؤں کی حکومت تھی، بہت سے راجہ تھے یہاں، وہ پورے انڈیا میں حکومت کرتے تھے۔</w:t>
      </w:r>
    </w:p>
    <w:p>
      <w:r>
        <w:rPr>
          <w:b/>
        </w:rPr>
        <w:t xml:space="preserve">[08:02] </w:t>
      </w:r>
      <w:r>
        <w:t>phir Mughlon ka daur aaya, Mughal rule karne lage.</w:t>
      </w:r>
    </w:p>
    <w:p>
      <w:pPr>
        <w:jc w:val="right"/>
      </w:pPr>
      <w:r>
        <w:t>پھر مغلوں کا دور آیا، مغل رول کرنے لگے۔</w:t>
      </w:r>
    </w:p>
    <w:p>
      <w:r>
        <w:rPr>
          <w:b/>
        </w:rPr>
        <w:t xml:space="preserve">[08:08] </w:t>
      </w:r>
      <w:r>
        <w:t>is ke baad phir British daur aaya, British rule karne lage. is ke baad phir national government bani, national parties rule karne lagi.</w:t>
      </w:r>
    </w:p>
    <w:p>
      <w:pPr>
        <w:jc w:val="right"/>
      </w:pPr>
      <w:r>
        <w:t>اس کے بعد پھر برٹش دور آیا، برٹش رول کرنے لگے۔ اس کے بعد پھر نیشنل گورنمنٹ بنی، نیشنل پارٹیاں رول کرنے لگی۔</w:t>
      </w:r>
    </w:p>
    <w:p>
      <w:r>
        <w:rPr>
          <w:b/>
        </w:rPr>
        <w:t xml:space="preserve">[08:19] </w:t>
      </w:r>
      <w:r>
        <w:t>yeh sab yahan se wahan tak jo hai, yeh sab Khuda ka nizam hai.</w:t>
      </w:r>
    </w:p>
    <w:p>
      <w:pPr>
        <w:jc w:val="right"/>
      </w:pPr>
      <w:r>
        <w:t>یہ سب یہاں سے وہاں تک جو ہے، یہ سب خدا کا نظام ہے۔</w:t>
      </w:r>
    </w:p>
    <w:p>
      <w:r>
        <w:rPr>
          <w:b/>
        </w:rPr>
        <w:t xml:space="preserve">[08:25] </w:t>
      </w:r>
      <w:r>
        <w:t>yeh sab isi kitaab tehat hai ke Allahu malik ul mulk tuti ul mulk man tasha'u wa tadha'u ul mulk min tasha'u aye Allah, political power ka ikhtiyar tujh hi ko hai,</w:t>
      </w:r>
    </w:p>
    <w:p>
      <w:pPr>
        <w:jc w:val="right"/>
      </w:pPr>
      <w:r>
        <w:t>یہ سب اسی کتاب تحت ہے کہ اللّٰهُ مَالِكَ الْمُلْكِ تُوتِ الْمُلْكِ مَنْتَشَاءُ وَتَضْعُ الْمُلْكِ مِنْتَشَاءُ اے اللہ، پولیٹیکل پاور کا اختیار تجھ ہی کو ہے،</w:t>
      </w:r>
    </w:p>
    <w:p>
      <w:r>
        <w:rPr>
          <w:b/>
        </w:rPr>
        <w:t xml:space="preserve">[08:39] </w:t>
      </w:r>
      <w:r>
        <w:t>tu jisko chahe deta hai aur jisse chahe wapas leta hai. tanza'u ke maani wapas lena, yaani diya tha phir aap us ko le kar kisi aur ko dena.</w:t>
      </w:r>
    </w:p>
    <w:p>
      <w:pPr>
        <w:jc w:val="right"/>
      </w:pPr>
      <w:r>
        <w:t>تو جس کو چاہے دیتا ہے اور جس سے چاہے واپس لیتا ہے۔ تنزوع کے معنی واپس لینا، یعنی دیا تھا پھر آپ اس کو لے کر کسی اور کو دینا۔</w:t>
      </w:r>
    </w:p>
    <w:p>
      <w:r>
        <w:rPr>
          <w:b/>
        </w:rPr>
        <w:t xml:space="preserve">[08:53] </w:t>
      </w:r>
      <w:r>
        <w:t>is raaz ko na samajhne ki wajah se dunya ko logon ne tashaddud se bhar diya hai. dunya ko logon ne tashaddud se bhar diya hai aur sirf Quran ke naam par kar rahe hain.</w:t>
      </w:r>
    </w:p>
    <w:p>
      <w:pPr>
        <w:jc w:val="right"/>
      </w:pPr>
      <w:r>
        <w:t>اس راز کو نہ سمجھنے کی وجہ سے دنیا کو لوگوں نے تشدد سے بھر دیا ہے۔ دنیا کو لوگوں نے تشدد سے بھر دیا ہے اور صرف قرآن کے نام پر کر رہے ہیں۔</w:t>
      </w:r>
    </w:p>
    <w:p>
      <w:r>
        <w:rPr>
          <w:b/>
        </w:rPr>
        <w:t xml:space="preserve">[09:09] </w:t>
      </w:r>
      <w:r>
        <w:t>halanke dekhiye, Quran mein kahin bhi is qism ke ahkam nahin aaye hain.</w:t>
      </w:r>
    </w:p>
    <w:p>
      <w:pPr>
        <w:jc w:val="right"/>
      </w:pPr>
      <w:r>
        <w:t>حالانکہ دیکھیں، قرآن میں کہیں بھی اس قسم کے احکام نہیں آئے ہیں۔</w:t>
      </w:r>
    </w:p>
    <w:p>
      <w:r>
        <w:rPr>
          <w:b/>
        </w:rPr>
        <w:t xml:space="preserve">[09:15] </w:t>
      </w:r>
      <w:r>
        <w:t>Quran mein kahin bhi is tarah ke ahkam nahin aaye hain jis ko khud sakhta taur par unhon ne bana rakha hai.</w:t>
      </w:r>
    </w:p>
    <w:p>
      <w:pPr>
        <w:jc w:val="right"/>
      </w:pPr>
      <w:r>
        <w:t>قرآن میں کہیں بھی اس طرح کے احکام نہیں آئے ہیں جس کو خود ساختہ طور پر انہوں نے بنا رکھا ہے۔</w:t>
      </w:r>
    </w:p>
    <w:p>
      <w:r>
        <w:rPr>
          <w:b/>
        </w:rPr>
        <w:t xml:space="preserve">[09:23] </w:t>
      </w:r>
      <w:r>
        <w:t>misal ke taur par dekhiye, Quran mein hai ke aqim ul salat namaz ada karo. aqim ul salat ka matlab hai namaz ada karo.</w:t>
      </w:r>
    </w:p>
    <w:p>
      <w:pPr>
        <w:jc w:val="right"/>
      </w:pPr>
      <w:r>
        <w:t>مثلاً دیکھیے، قرآن میں ہے کہ اقيموا الصلوۃ نماز ادا کرو۔ اقیموا الصلوۃ کا مطلب ہے نماز ادا کرو۔</w:t>
      </w:r>
    </w:p>
    <w:p>
      <w:r>
        <w:rPr>
          <w:b/>
        </w:rPr>
        <w:t xml:space="preserve">[09:38] </w:t>
      </w:r>
      <w:r>
        <w:t>lekin Quran mein kahin bhi nahin hai ke aqim ul dawlat ul Islam</w:t>
      </w:r>
    </w:p>
    <w:p>
      <w:pPr>
        <w:jc w:val="right"/>
      </w:pPr>
      <w:r>
        <w:t>لیکن قرآن میں کہیں بھی نہیں ہے کہ اقيموا دولة الاسلام</w:t>
      </w:r>
    </w:p>
    <w:p>
      <w:r>
        <w:rPr>
          <w:b/>
        </w:rPr>
        <w:t xml:space="preserve">[09:45] </w:t>
      </w:r>
      <w:r>
        <w:t>yaani Islami hukoomat qaim karo. yeh to kahin hai hi nahin.</w:t>
      </w:r>
    </w:p>
    <w:p>
      <w:pPr>
        <w:jc w:val="right"/>
      </w:pPr>
      <w:r>
        <w:t>یعنی اسلامی حکومت قائم کرو۔ یہ تو کہیں ہے ہی نہیں۔</w:t>
      </w:r>
    </w:p>
    <w:p>
      <w:r>
        <w:rPr>
          <w:b/>
        </w:rPr>
        <w:t xml:space="preserve">[09:51] </w:t>
      </w:r>
      <w:r>
        <w:t>to namaz jo hai, aap ka zaati fe'l hai. aap chahein to namaz ada karein ge, nahin to nahin karein ge. to aap ke zaati daire ki cheez hai namaz ada karna.</w:t>
      </w:r>
    </w:p>
    <w:p>
      <w:pPr>
        <w:jc w:val="right"/>
      </w:pPr>
      <w:r>
        <w:t>تو نماز جو ہے، آپ کا ذاتی فعل ہے۔ آپ چاہیں تو نماز ادا کریں گے، نہیں تو نہیں کریں گے۔ تو آپ کے ذاتی دائرے کی چیز ہے نماز ادا کرنا۔</w:t>
      </w:r>
    </w:p>
    <w:p>
      <w:r>
        <w:rPr>
          <w:b/>
        </w:rPr>
        <w:t xml:space="preserve">[10:05] </w:t>
      </w:r>
      <w:r>
        <w:t>lekin agar aap yeh kahein ke hukoomat qaim karna mera kaam hai, logon se lad kar unhein inced karna, yeh meri zimmedari hai, to aap Khuda ke domain mein dakhil ho gaye.</w:t>
      </w:r>
    </w:p>
    <w:p>
      <w:pPr>
        <w:jc w:val="right"/>
      </w:pPr>
      <w:r>
        <w:t>لیکن اگر آپ یہ کہیں کہ حکومت قائم کرنا میرا کام ہے، لوگوں سے لڑ کر انہیں انسیڈ کرنا، یہ میری ذمہ داری ہے، تو آپ خدا کے ڈومین میں داخل ہو گئے۔</w:t>
      </w:r>
    </w:p>
    <w:p>
      <w:r>
        <w:rPr>
          <w:b/>
        </w:rPr>
        <w:t xml:space="preserve">[10:17] </w:t>
      </w:r>
      <w:r>
        <w:t>main dekhiye, wasee se aap kahein ke main suraj se ladunga, main hawaon se ladunga, main samundaron se ladunga.</w:t>
      </w:r>
    </w:p>
    <w:p>
      <w:pPr>
        <w:jc w:val="right"/>
      </w:pPr>
      <w:r>
        <w:t>میں دیکھیں، وسیع سے آپ کہیں کہ میں سورج سے لڑوں گا، میں ہواؤں سے لڑوں گا، میں سمندروں سے لڑوں گا۔</w:t>
      </w:r>
    </w:p>
    <w:p>
      <w:r>
        <w:rPr>
          <w:b/>
        </w:rPr>
        <w:t xml:space="preserve">[10:26] </w:t>
      </w:r>
      <w:r>
        <w:t>itni hi ridiculous baat hai yeh. woh itni hi ridiculous baat hai ke jin logon ke haath mein political power hai, us se ladein aap.</w:t>
      </w:r>
    </w:p>
    <w:p>
      <w:pPr>
        <w:jc w:val="right"/>
      </w:pPr>
      <w:r>
        <w:t>اتنی ہی ڈیڈیکولس بات ہے یہ۔ وہ اتنی ہی ڈیڈیکولس بات ہے کہ جن لوگوں کے ہاتھ میں پولیٹیکل پاور ہے، اس سے لڑیں آپ۔</w:t>
      </w:r>
    </w:p>
    <w:p>
      <w:r>
        <w:rPr>
          <w:b/>
        </w:rPr>
        <w:t xml:space="preserve">[10:38] </w:t>
      </w:r>
      <w:r>
        <w:t>yeh Allah ka, is ko main kahunga ke yeh is ka ta'alluq hai management of history se. yaani political power part of history hai aur Allah apne ilm ke mutabiq, apne mansha ke mutabiq history ko manage kar raha hai.</w:t>
      </w:r>
    </w:p>
    <w:p>
      <w:pPr>
        <w:jc w:val="right"/>
      </w:pPr>
      <w:r>
        <w:t>یہ اللہ کا، اس کو میں کہوں گا کہ یہ اس کا تعلق ہے مینجمنٹ آف ہسٹری سے۔ یعنی پولیٹیکل پاور پارٹ آف ہسٹری ہے اور اللہ اپنے علم کے مطابق، اپنے منشا کے مطابق ہسٹری کو مینج کر رہا ہے۔</w:t>
      </w:r>
    </w:p>
    <w:p>
      <w:r>
        <w:rPr>
          <w:b/>
        </w:rPr>
        <w:t xml:space="preserve">[11:01] </w:t>
      </w:r>
      <w:r>
        <w:t>history ko manage kar raha hai.</w:t>
      </w:r>
    </w:p>
    <w:p>
      <w:pPr>
        <w:jc w:val="right"/>
      </w:pPr>
      <w:r>
        <w:t>ہسٹری کو مینج کر رہا ہے۔</w:t>
      </w:r>
    </w:p>
    <w:p>
      <w:r>
        <w:rPr>
          <w:b/>
        </w:rPr>
        <w:t xml:space="preserve">[11:04] </w:t>
      </w:r>
      <w:r>
        <w:t>namaz to aap khud parhte hain, namaz aap ki apni hoti hai. lekin jo history ke mamlaat hain, jis mein shamil hai political power, woh Allah manage kar raha hai.</w:t>
      </w:r>
    </w:p>
    <w:p>
      <w:pPr>
        <w:jc w:val="right"/>
      </w:pPr>
      <w:r>
        <w:t>نماز تو آپ خود پڑھتے ہیں، نماز آپ کی اپنی ہوتی ہے۔ لیکن جو ہسٹری کے معاملات ہیں، جس میں شامل ہے پولیٹیکل پاور، وہ اللہ مینج کر رہا ہے۔</w:t>
      </w:r>
    </w:p>
    <w:p>
      <w:r>
        <w:rPr>
          <w:b/>
        </w:rPr>
        <w:t xml:space="preserve">[11:15] </w:t>
      </w:r>
      <w:r>
        <w:t>aap ke kehne se kuch nahin hoga.</w:t>
      </w:r>
    </w:p>
    <w:p>
      <w:pPr>
        <w:jc w:val="right"/>
      </w:pPr>
      <w:r>
        <w:t>آپ کے کہنے سے کچھ نہیں ہوگا۔</w:t>
      </w:r>
    </w:p>
    <w:p>
      <w:r>
        <w:rPr>
          <w:b/>
        </w:rPr>
        <w:t xml:space="preserve">[11:22] </w:t>
      </w:r>
      <w:r>
        <w:t>isi liye quran mein aisi koi ayat nahi hai jis mein yeh nikle ke tumhari zimmedari ke tum hukoomat qaim karo. aqeemu dawlatul islam yeh kahin nahi hai.</w:t>
      </w:r>
    </w:p>
    <w:p>
      <w:pPr>
        <w:jc w:val="right"/>
      </w:pPr>
      <w:r>
        <w:t>اسی لیے قرآن میں ایسی کوئی آیت نہیں ہے جس میں یہ نکلے کہ تمہاری ذمہ داری کہ تم حکومت قائم کرو۔ اقيموا دولة الاسلام یہ کہیں نہیں ہے۔</w:t>
      </w:r>
    </w:p>
    <w:p>
      <w:r>
        <w:rPr>
          <w:b/>
        </w:rPr>
        <w:t xml:space="preserve">[11:35] </w:t>
      </w:r>
      <w:r>
        <w:t>quran mein yeh to hai ke insaaf par chalo, adl par chalo. jaise quran mein hai ke</w:t>
      </w:r>
    </w:p>
    <w:p>
      <w:pPr>
        <w:jc w:val="right"/>
      </w:pPr>
      <w:r>
        <w:t>قرآن میں یہ تو ہے کہ انصاف پر چلو، عدل پر چلو۔ جیسے قرآن میں ہے کہ</w:t>
      </w:r>
    </w:p>
    <w:p>
      <w:r>
        <w:rPr>
          <w:b/>
        </w:rPr>
        <w:t xml:space="preserve">[11:52] </w:t>
      </w:r>
      <w:r>
        <w:t>inna arsalna rusula bilbayyinati wa anzalna ma'al kitabi walmizani liyقوم الناس بالقسط</w:t>
      </w:r>
    </w:p>
    <w:p>
      <w:pPr>
        <w:jc w:val="right"/>
      </w:pPr>
      <w:r>
        <w:t>انا ارسلنا رسلا بالبینات وانزلنا ماؤ الکتاب والمیدان لیکوم الناس بالقسط</w:t>
      </w:r>
    </w:p>
    <w:p>
      <w:r>
        <w:rPr>
          <w:b/>
        </w:rPr>
        <w:t xml:space="preserve">[12:02] </w:t>
      </w:r>
      <w:r>
        <w:t>taake log qist par qist manen, insaaf, justice. taake log insaaf ki pairvi karen, insaaf ke pehrokar banen.</w:t>
      </w:r>
    </w:p>
    <w:p>
      <w:pPr>
        <w:jc w:val="right"/>
      </w:pPr>
      <w:r>
        <w:t>تاکہ لوگ قسط پر قسط مانیں، انصاف، جسٹس۔ تاکہ لوگ انصاف کی پیروی کریں، انصاف کے پیروکار بنیں۔</w:t>
      </w:r>
    </w:p>
    <w:p>
      <w:r>
        <w:rPr>
          <w:b/>
        </w:rPr>
        <w:t xml:space="preserve">[12:12] </w:t>
      </w:r>
      <w:r>
        <w:t>yaani apne aap, apni zindagi ko insaaf pe bithaa len. apne aap ko, apni zindagi ko justice pe bithaa len. yeh kahin nahi hai ke justice ka nizam qaim karo.</w:t>
      </w:r>
    </w:p>
    <w:p>
      <w:pPr>
        <w:jc w:val="right"/>
      </w:pPr>
      <w:r>
        <w:t>یعنی اپنے آپ، اپنی زندگی کو انصاف پہ بٹھا لیں۔ اپنے آپ کو، اپنی زندگی کو جسٹس پہ بٹھا لیں۔ یہ کہیں نہیں ہے کہ جسٹس کا نظام قائم کرو۔</w:t>
      </w:r>
    </w:p>
    <w:p>
      <w:r>
        <w:rPr>
          <w:b/>
        </w:rPr>
        <w:t xml:space="preserve">[12:29] </w:t>
      </w:r>
      <w:r>
        <w:t>yaani liyقوم الناس بالقسط to hai, lekin yeh nahi hai ke nafizoo sharaaitul qist nafizoo sharaaitul qist.</w:t>
      </w:r>
    </w:p>
    <w:p>
      <w:pPr>
        <w:jc w:val="right"/>
      </w:pPr>
      <w:r>
        <w:t>یعنی لیکوم الناس بالقسط تو ہے، لیکن یہ نہیں ہے کہ نفذوا شرائط القسط نفذوا شرائط القسط۔</w:t>
      </w:r>
    </w:p>
    <w:p>
      <w:r>
        <w:rPr>
          <w:b/>
        </w:rPr>
        <w:t xml:space="preserve">[12:40] </w:t>
      </w:r>
      <w:r>
        <w:t>qist ke qanoon naafiz karo, yeh to kahin hai hi nahi.</w:t>
      </w:r>
    </w:p>
    <w:p>
      <w:pPr>
        <w:jc w:val="right"/>
      </w:pPr>
      <w:r>
        <w:t>قسط کے قوانین نافذ کرو، یہ تو کہیں ہے ہی نہیں۔</w:t>
      </w:r>
    </w:p>
    <w:p>
      <w:r>
        <w:rPr>
          <w:b/>
        </w:rPr>
        <w:t xml:space="preserve">[12:45] </w:t>
      </w:r>
      <w:r>
        <w:t>to yeh bohat bari fallacy hai ke logon ne lazim ko mutadd kar diya.</w:t>
      </w:r>
    </w:p>
    <w:p>
      <w:pPr>
        <w:jc w:val="right"/>
      </w:pPr>
      <w:r>
        <w:t>تو یہ بہت بڑی فالیسی ہے کہ لوگوں نے لازم کو متدد کر کر دیا۔</w:t>
      </w:r>
    </w:p>
    <w:p>
      <w:r>
        <w:rPr>
          <w:b/>
        </w:rPr>
        <w:t xml:space="preserve">[12:51] </w:t>
      </w:r>
      <w:r>
        <w:t>jo hukum diya gaya hai quran majeed mein pairvi ke liye, us ko yeh mani le liya ke is ko implement karo, is ko enforce karo, is ko logon par laagu karo.</w:t>
      </w:r>
    </w:p>
    <w:p>
      <w:pPr>
        <w:jc w:val="right"/>
      </w:pPr>
      <w:r>
        <w:t>جو حکم دیا گیا ہے قرآن مجید میں پیروی کے لیے، اس کو یہ معنی لے لیا کہ اس کو امپلیمنٹ کرو، اس کو انفورس کرو، اس کو لوگوں پر لاگو کرو۔</w:t>
      </w:r>
    </w:p>
    <w:p>
      <w:r>
        <w:rPr>
          <w:b/>
        </w:rPr>
        <w:t xml:space="preserve">[13:03] </w:t>
      </w:r>
      <w:r>
        <w:t>yeh to kahin hai hi nahi. isi case se is saare tashaddud jo paida hua hai, isi ki wajah se. misaal ke taur par dekhiye, aap ek ek hukum hai, us ko khud follow karen to yeh aap ka zaati mamla hai.</w:t>
      </w:r>
    </w:p>
    <w:p>
      <w:pPr>
        <w:jc w:val="right"/>
      </w:pPr>
      <w:r>
        <w:t>یہ تو کہیں ہے ہی نہیں۔ اسی کیس سے اس سارے تشدد جو پیدا ہوا ہے، اسی کی وجہ سے۔ مثلاً دیکھیے، آپ ایک ایک حکم ہے، اس کو خود فالو کریں تو یہ آپ کا ذاتی معاملہ ہے۔</w:t>
      </w:r>
    </w:p>
    <w:p>
      <w:r>
        <w:rPr>
          <w:b/>
        </w:rPr>
        <w:t xml:space="preserve">[13:22] </w:t>
      </w:r>
      <w:r>
        <w:t>peeche case aap ko ladne ki zaroorat nahi hai. lekin agar aap yeh matlab nikal len ke mujhe justice ka nizam qaim karna hai, justice ka qanoon naafiz karna hai, to foran aap ke samne kya aayega?</w:t>
      </w:r>
    </w:p>
    <w:p>
      <w:pPr>
        <w:jc w:val="right"/>
      </w:pPr>
      <w:r>
        <w:t>پیچھے کیس آپ کو لڑنے کی ضرورت نہیں ہے۔ لیکن اگر آپ یہ مطلب نکال لیں کہ مجھے جسٹس کا نظام قائم کرنا ہے، جسٹس کا قانون نافذ کرنا ہے، تو فوراً آپ کے سامنے کیا آئے گا؟</w:t>
      </w:r>
    </w:p>
    <w:p>
      <w:r>
        <w:rPr>
          <w:b/>
        </w:rPr>
        <w:t xml:space="preserve">[13:36] </w:t>
      </w:r>
      <w:r>
        <w:t>ke kuch log power mein hain, kuch log administration chala rahe hain, to mujhe hatana padega un ko.</w:t>
      </w:r>
    </w:p>
    <w:p>
      <w:pPr>
        <w:jc w:val="right"/>
      </w:pPr>
      <w:r>
        <w:t>کہ کچھ لوگ پاور میں ہیں، کچھ لوگ ایڈمیشن چلا رہے ہیں، تو مجھے ہٹانا پڑے گا ان کو۔</w:t>
      </w:r>
    </w:p>
    <w:p>
      <w:r>
        <w:rPr>
          <w:b/>
        </w:rPr>
        <w:t xml:space="preserve">[13:46] </w:t>
      </w:r>
      <w:r>
        <w:t>to aap ke kaam ki beginning yahan se ho jati hai ke jo log power mein hain, un se un ko incite karen. ya kisi paighambar ne aisa nahi kiya, rasool Allah ne aisa nahi kiya ke jo log power mein hain, un ko incite karen.</w:t>
      </w:r>
    </w:p>
    <w:p>
      <w:pPr>
        <w:jc w:val="right"/>
      </w:pPr>
      <w:r>
        <w:t>تو آپ کے کام کی بگننگ یہاں سے ہو جاتی ہے کہ جو لوگ پاور میں ہیں، ان سے ان کو انسیڈ کریں۔ یا کسی پیغمبر نے ایسا نہیں کیا، رسول اللہ نے ایسا نہیں کیا کہ جو لوگ پاور ہیں، ان کو انسیڈ کریں۔</w:t>
      </w:r>
    </w:p>
    <w:p>
      <w:r>
        <w:rPr>
          <w:b/>
        </w:rPr>
        <w:t xml:space="preserve">[14:04] </w:t>
      </w:r>
      <w:r>
        <w:t>yeh koi beginning, yeh koi starting point nahi hai.</w:t>
      </w:r>
    </w:p>
    <w:p>
      <w:pPr>
        <w:jc w:val="right"/>
      </w:pPr>
      <w:r>
        <w:t>یہ کوئی بگننگ، یہ کوئی سٹارٹنگ پوائنٹ نہیں ہے۔</w:t>
      </w:r>
    </w:p>
    <w:p>
      <w:r>
        <w:rPr>
          <w:b/>
        </w:rPr>
        <w:t xml:space="preserve">[14:10] </w:t>
      </w:r>
      <w:r>
        <w:t>lekin jab aap yeh lazim mutadd karte hain, jab aap yeh maan lete hain ke hukoomat qaim karo aur qist ka system qaim karo, to phir aap bilkul, yaani fitri taur par aisa hota hai ke aap dekhte hain ke kuch log hain jo already occupy ki hui hain seat ko, ke mujhe hatana padega,</w:t>
      </w:r>
    </w:p>
    <w:p>
      <w:pPr>
        <w:jc w:val="right"/>
      </w:pPr>
      <w:r>
        <w:t>لیکن جب آپ یہ لازم متدد کرتے ہیں، جب آپ یہ مان لیتے ہیں کہ حکومت قائم کرو اور قسط کا سسٹم قائم کرو، تو پھر آپ بالکل، یعنی فطری طور پر ایسا ہوتا ہے کہ آپ دیکھتے ہیں کہ کچھ لوگ ہیں جو الریڈی اکوپائی کی ہوئی ہیں سیٹ کو، کہ مجھے ہٹانا پڑے گا،</w:t>
      </w:r>
    </w:p>
    <w:p>
      <w:r>
        <w:rPr>
          <w:b/>
        </w:rPr>
        <w:t xml:space="preserve">[14:38] </w:t>
      </w:r>
      <w:r>
        <w:t>warna main kaise implement karunga. to yeh jo is, yeh jo soch hai, apne aap mein yeh militancy ki taraf le aati hai, violence ki taraf le aati hai.</w:t>
      </w:r>
    </w:p>
    <w:p>
      <w:pPr>
        <w:jc w:val="right"/>
      </w:pPr>
      <w:r>
        <w:t>ورنہ میں کیسے امپلیمنٹ کروں گا۔ تو یہ جو اس، یہ جو سوچ ہے، اپنے آپ میں یہ ملٹریسی کی طرف لے آتی ہے، وائیلنس کی طرف لے آتی ہے۔</w:t>
      </w:r>
    </w:p>
    <w:p>
      <w:r>
        <w:rPr>
          <w:b/>
        </w:rPr>
        <w:t xml:space="preserve">[14:51] </w:t>
      </w:r>
      <w:r>
        <w:t>aur saari duniya mein is waqt violence ka mahol bana hua hai.</w:t>
      </w:r>
    </w:p>
    <w:p>
      <w:pPr>
        <w:jc w:val="right"/>
      </w:pPr>
      <w:r>
        <w:t>اور ساری دنیا میں اس وقت وائیلنس کا ماحول بنا ہوا ہے۔</w:t>
      </w:r>
    </w:p>
    <w:p>
      <w:r>
        <w:rPr>
          <w:b/>
        </w:rPr>
        <w:t xml:space="preserve">[15:00] </w:t>
      </w:r>
      <w:r>
        <w:t>to main samajhta hoon ke is waqt jo musalmanon, muslim duniya mein jo violence jihad ke naam par ho raha hai, mera dekhen, yeh jihad nahi hai.</w:t>
      </w:r>
    </w:p>
    <w:p>
      <w:pPr>
        <w:jc w:val="right"/>
      </w:pPr>
      <w:r>
        <w:t>تو میں سمجھتا ہوں کہ اس وقت جو مسلمانوں، مسلم دنیا میں جو وائیلنس جہاد کے نام پر ہو رہا ہے، میرا دیکھیں، یہ جہاد نہیں ہے۔</w:t>
      </w:r>
    </w:p>
    <w:p>
      <w:r>
        <w:rPr>
          <w:b/>
        </w:rPr>
        <w:t xml:space="preserve">[15:13] </w:t>
      </w:r>
      <w:r>
        <w:t>jihad to peaceful struggle ka naam hai. jihad peaceful struggle ka naam hai, is ka koi ta'alluq tashaddud se nahi hai.</w:t>
      </w:r>
    </w:p>
    <w:p>
      <w:pPr>
        <w:jc w:val="right"/>
      </w:pPr>
      <w:r>
        <w:t>جہاد تو پیس فل سٹرگل کا نام ہے۔ جہاد پیس فل سٹرگل کا نام ہے، اس کا کوئی تعلق تشدد سے نہیں ہے۔</w:t>
      </w:r>
    </w:p>
    <w:p>
      <w:r>
        <w:rPr>
          <w:b/>
        </w:rPr>
        <w:t xml:space="preserve">[15:25] </w:t>
      </w:r>
      <w:r>
        <w:t>to yeh jo duniya mein ho raha hai, yeh ek quran ke galat mani le lene ki wajah se hai. qadeem zamane ke yahood the, un ke bare mein quran mein yaad aayi hai ke yahrifoona al-kalima 'an mawadihi yahrifoona al-kalima 'an mawadihi ke woh baat ko us ki jagah se hata dete hain.</w:t>
      </w:r>
    </w:p>
    <w:p>
      <w:pPr>
        <w:jc w:val="right"/>
      </w:pPr>
      <w:r>
        <w:t>تو یہ جو دنیا میں ہو رہا ہے، یہ ایک قرآن کے غلط معنی لے لینے کی وجہ سے ہے۔ قدیم زمانے کے یہود تھے، ان کے بارے میں قرآن میں یاد آئی ہے کہ يَهْرِفُونَ الْكَلِمَ مَوَادِهِ یَهْرِفُونَ الْكَلِمَ مَوَادِهِ کہ وہ بات کو اس کی جگہ سے ہٹا دیتے ہیں۔</w:t>
      </w:r>
    </w:p>
    <w:p>
      <w:r>
        <w:rPr>
          <w:b/>
        </w:rPr>
        <w:t xml:space="preserve">[15:55] </w:t>
      </w:r>
      <w:r>
        <w:t>yaani Khuda ke hukum ko us ki jagah se hata dete hain. to log is ko kuch ajeeb o ghareeb qism ke mysterious mani mein le lete hain.</w:t>
      </w:r>
    </w:p>
    <w:p>
      <w:pPr>
        <w:jc w:val="right"/>
      </w:pPr>
      <w:r>
        <w:t>یعنی خدا کے حکم کو اس کی جگہ سے ہٹا دیتے ہیں۔ تو لوگ اس کو کچھ عجیب و غریب قسم کے مسٹیریس معنی میں لے لیتے ہیں۔</w:t>
      </w:r>
    </w:p>
    <w:p>
      <w:r>
        <w:rPr>
          <w:b/>
        </w:rPr>
        <w:t xml:space="preserve">[16:05] </w:t>
      </w:r>
      <w:r>
        <w:t>lekin woh yahi hai ke Allah ne jo hukum diya hai, lazim ke seeghe mein, us ko mutadd banana yahi to hai.</w:t>
      </w:r>
    </w:p>
    <w:p>
      <w:pPr>
        <w:jc w:val="right"/>
      </w:pPr>
      <w:r>
        <w:t>لیکن وہ یہی ہے کہ اللہ نے جو حکم دیا ہے، لازم کے صیغے میں، اس کو متدب بنانا یہی تو ہے۔</w:t>
      </w:r>
    </w:p>
    <w:p>
      <w:r>
        <w:rPr>
          <w:b/>
        </w:rPr>
        <w:t xml:space="preserve">[16:14] </w:t>
      </w:r>
      <w:r>
        <w:t>jis ko Allah ne hukum diya hai ke fard ki pairvi ke mani mein, us ko is mani mein le lete hain ke is ko socio-political system jo hai, us mein lad kar ke is ko naafiz karo.</w:t>
      </w:r>
    </w:p>
    <w:p>
      <w:pPr>
        <w:jc w:val="right"/>
      </w:pPr>
      <w:r>
        <w:t>جس کو اللہ نے حکم دیا ہے کہ فرد کی پیروی کے معنی میں، اس کو اس معنی میں لے لیتے ہیں کہ اس کو سوشیو پولیٹیکل سسٹم جو ہے، اس میں لڑ کر کے اس کو نافذ کرو۔</w:t>
      </w:r>
    </w:p>
    <w:p>
      <w:r>
        <w:rPr>
          <w:b/>
        </w:rPr>
        <w:t xml:space="preserve">[16:25] </w:t>
      </w:r>
      <w:r>
        <w:t>yahi hai yahrifoona al-kalima 'an mawadihi yaani baat ko us ke jagah se hata dena.</w:t>
      </w:r>
    </w:p>
    <w:p>
      <w:pPr>
        <w:jc w:val="right"/>
      </w:pPr>
      <w:r>
        <w:t>یہی ہے يَهْرِفُونَ الْكَلِمَ مَوَادِهِ یعنی بات کو اس کے جگہ سے ہٹا دینا۔</w:t>
      </w:r>
    </w:p>
    <w:p>
      <w:r>
        <w:rPr>
          <w:b/>
        </w:rPr>
        <w:t xml:space="preserve">[16:38] </w:t>
      </w:r>
      <w:r>
        <w:t>to saara is waqt jo mamla hai, woh yahi hai yahrifoona al-kalima 'an mawadihi ka. aur is ki wajah se duniya mein tashaddud phaila hua hai.</w:t>
      </w:r>
    </w:p>
    <w:p>
      <w:pPr>
        <w:jc w:val="right"/>
      </w:pPr>
      <w:r>
        <w:t>تو سارا اس وقت جو معاملہ ہے، وہ یہی ہے يَهْرِفُونَ الْكَلِمَ مَوَادِهِ کا۔ اور اس کی وجہ سے دنیا میں تشدد پھیلا ہوا ہے۔</w:t>
      </w:r>
    </w:p>
    <w:p>
      <w:r>
        <w:rPr>
          <w:b/>
        </w:rPr>
        <w:t xml:space="preserve">[16:52] </w:t>
      </w:r>
      <w:r>
        <w:t>yeh bohat, is ki waja se Islam bad-dabab ho raha hai. Log aam taur par samajhne lage hain ke</w:t>
      </w:r>
    </w:p>
    <w:p>
      <w:pPr>
        <w:jc w:val="right"/>
      </w:pPr>
      <w:r>
        <w:t>یہ بہت، اس کی وجہ سے اسلام بدداب ہو رہا ہے۔ لوگ عام طور پر سمجھنے لگے ہیں کہ</w:t>
      </w:r>
    </w:p>
    <w:p>
      <w:r>
        <w:rPr>
          <w:b/>
        </w:rPr>
        <w:t xml:space="preserve">[17:03] </w:t>
      </w:r>
      <w:r>
        <w:t>ke Islam is religion of violence.</w:t>
      </w:r>
    </w:p>
    <w:p>
      <w:pPr>
        <w:jc w:val="right"/>
      </w:pPr>
      <w:r>
        <w:t>کہ اسلام از ریلیجن آف وائیلنس۔</w:t>
      </w:r>
    </w:p>
    <w:p>
      <w:r>
        <w:rPr>
          <w:b/>
        </w:rPr>
        <w:t xml:space="preserve">[17:07] </w:t>
      </w:r>
      <w:r>
        <w:t>Aam taur par samajhne lage hain ke Islam is religion of violence. To main samajhta hoon ke is waqt sab se bara masla image building ka hai.</w:t>
      </w:r>
    </w:p>
    <w:p>
      <w:pPr>
        <w:jc w:val="right"/>
      </w:pPr>
      <w:r>
        <w:t>عام طور پر سمجھنے لگے ہیں کہ اسلام از ریلیجن آف وائیلنس۔ تو میں سمجھتا ہوں کہ اس وقت سب سے بڑا مسئلہ امیج بلڈنگ کا ہے۔</w:t>
      </w:r>
    </w:p>
    <w:p>
      <w:r>
        <w:rPr>
          <w:b/>
        </w:rPr>
        <w:t xml:space="preserve">[17:18] </w:t>
      </w:r>
      <w:r>
        <w:t>Image building, Islam ki jo image kharab ho gayi hai, us ko durust karna.</w:t>
      </w:r>
    </w:p>
    <w:p>
      <w:pPr>
        <w:jc w:val="right"/>
      </w:pPr>
      <w:r>
        <w:t>امیج بلڈنگ، اسلام کی جو امیج خراب ہو گئی ہے، اس کو درست کرنا۔</w:t>
      </w:r>
    </w:p>
    <w:p>
      <w:r>
        <w:rPr>
          <w:b/>
        </w:rPr>
        <w:t xml:space="preserve">[17:28] </w:t>
      </w:r>
      <w:r>
        <w:t>Image ka kharab hone ka hamara mamla itna nazuk hai ke Rasool Allah ke zamane mein Madine mein ek shakhs tha, Abdullah bin Ubay.</w:t>
      </w:r>
    </w:p>
    <w:p>
      <w:pPr>
        <w:jc w:val="right"/>
      </w:pPr>
      <w:r>
        <w:t>امیج کا خراب ہونے کا ہمارا معاملہ اتنا نازک ہے کہ رسول اللہ کے زمانے میں مدینے میں ایک شخص تھا، عبداللہ بن ابی۔</w:t>
      </w:r>
    </w:p>
    <w:p>
      <w:r>
        <w:rPr>
          <w:b/>
        </w:rPr>
        <w:t xml:space="preserve">[17:41] </w:t>
      </w:r>
      <w:r>
        <w:t>Woh itna zyada galat tha, itna zyada woh mujrimana sargarmi mein mulawwis tha ke us ke apne bete ne kaha ke us ko qatl kar diya</w:t>
      </w:r>
    </w:p>
    <w:p>
      <w:pPr>
        <w:jc w:val="right"/>
      </w:pPr>
      <w:r>
        <w:t>وہ اتنا زیادہ غلط تھا، اتنا زیادہ وہ مجرمانہ سرگرمی میں ملوث تھا کہ اس کے اپنے بیٹے نے کہا کہ اس کو قتل کر دیا</w:t>
      </w:r>
    </w:p>
    <w:p>
      <w:r>
        <w:rPr>
          <w:b/>
        </w:rPr>
        <w:t xml:space="preserve">[17:54] </w:t>
      </w:r>
      <w:r>
        <w:t>jaye. Us ke apne bete ne Rasool Allah se kaha ke us ko qatl kar dena chahiye. Lekin Rasool Allah ne kya jawab diya?</w:t>
      </w:r>
    </w:p>
    <w:p>
      <w:pPr>
        <w:jc w:val="right"/>
      </w:pPr>
      <w:r>
        <w:t>جائے۔ اس کے اپنے بیٹے نے رسول اللہ سے کہا کہ اس کو قتل کر دینا چاہیے۔ لیکن رسول اللہ نے کیا جواب دیا؟</w:t>
      </w:r>
    </w:p>
    <w:p>
      <w:r>
        <w:rPr>
          <w:b/>
        </w:rPr>
        <w:t xml:space="preserve">[18:05] </w:t>
      </w:r>
      <w:r>
        <w:t>Rasool Allah ne kaha nahi. Log kahenge ke in Muhammadun yaqtulu ashabahu kyunke woh ilzaam ko qabool kar ke Musalman bana hua tha.</w:t>
      </w:r>
    </w:p>
    <w:p>
      <w:pPr>
        <w:jc w:val="right"/>
      </w:pPr>
      <w:r>
        <w:t>رسول اللہ نے کہا نہیں۔ لوگ کہیں گے کہ إن محمداً يقتل أصحابه کیونکہ وہ الزام کو قبول کر کے مسلمان بنا ہوا تھا۔</w:t>
      </w:r>
    </w:p>
    <w:p>
      <w:r>
        <w:rPr>
          <w:b/>
        </w:rPr>
        <w:t xml:space="preserve">[18:16] </w:t>
      </w:r>
      <w:r>
        <w:t>Woh aadmi, woh Muslim samaj ka hissa tha.</w:t>
      </w:r>
    </w:p>
    <w:p>
      <w:pPr>
        <w:jc w:val="right"/>
      </w:pPr>
      <w:r>
        <w:t>وہ آدمی، وہ مسلم سماج کا حصہ تھا۔</w:t>
      </w:r>
    </w:p>
    <w:p>
      <w:r>
        <w:rPr>
          <w:b/>
        </w:rPr>
        <w:t xml:space="preserve">[18:21] </w:t>
      </w:r>
      <w:r>
        <w:t>To aap ne kaha ke log kahenge ke in Muhammadun yaqtulu ashabahu ke mohabbat to apne sathiyon ko qatl karte hain. To image ke tahaffuz ke liye aap ne us ko apne bete tak ke kehne ke bawajood qatl nahi karwaya.</w:t>
      </w:r>
    </w:p>
    <w:p>
      <w:pPr>
        <w:jc w:val="right"/>
      </w:pPr>
      <w:r>
        <w:t>تو آپ نے کہا کہ لوگ کہیں گے کہ إن محمداً يقتل أصحابه کہ محبت تو اپنے ساتھیوں کو قتل کرتے ہیں۔ تو امیج کے تحفظ کے لیے آپ نے اس کو اپنے بیٹے تک کے کہنے کے باوجود قتل نہیں کروایا۔</w:t>
      </w:r>
    </w:p>
    <w:p>
      <w:r>
        <w:rPr>
          <w:b/>
        </w:rPr>
        <w:t xml:space="preserve">[18:39] </w:t>
      </w:r>
      <w:r>
        <w:t>Woh zinda raha, apni natural death us ki hui. To yeh bohat zyada kanpne ki baat hai ke hamari waja se Islam ki image kharab ho.</w:t>
      </w:r>
    </w:p>
    <w:p>
      <w:pPr>
        <w:jc w:val="right"/>
      </w:pPr>
      <w:r>
        <w:t>وہ زندہ رہا، اپنی نیچرل ڈیتھ اس کی ہوئی۔ تو یہ بہت زیادہ کانپنے کی بات ہے کہ ہماری وجہ سے اسلام کی امیج خراب ہو۔</w:t>
      </w:r>
    </w:p>
    <w:p>
      <w:r>
        <w:rPr>
          <w:b/>
        </w:rPr>
        <w:t xml:space="preserve">[18:52] </w:t>
      </w:r>
      <w:r>
        <w:t>Dekhiye, ek to yeh hai ke main namaz, khuda na khwasta, be-nam namaz na parhoon.</w:t>
      </w:r>
    </w:p>
    <w:p>
      <w:pPr>
        <w:jc w:val="right"/>
      </w:pPr>
      <w:r>
        <w:t>دیکھیے، ایک تو یہ ہے کہ میں نماز، خدانخواستہ، بے نام نماز نہ پڑھوں۔</w:t>
      </w:r>
    </w:p>
    <w:p>
      <w:r>
        <w:rPr>
          <w:b/>
        </w:rPr>
        <w:t xml:space="preserve">[19:03] </w:t>
      </w:r>
      <w:r>
        <w:t>Lekin agar meri image yeh bane ke main logon ko namaz rokta hoon, main kehta hoon ke namaz farz hi nahi hai, namaz parhne ki zarurat hi nahi hai,</w:t>
      </w:r>
    </w:p>
    <w:p>
      <w:pPr>
        <w:jc w:val="right"/>
      </w:pPr>
      <w:r>
        <w:t>لیکن اگر میری امیج یہ بنے کہ میں لوگوں کو نماز روکتا ہوں، میں کہتا ہوں کہ نماز فرض ہی نہیں ہے، نماز پڑھنے کی ضرورت ہی نہیں ہے،</w:t>
      </w:r>
    </w:p>
    <w:p>
      <w:r>
        <w:rPr>
          <w:b/>
        </w:rPr>
        <w:t xml:space="preserve">[19:18] </w:t>
      </w:r>
      <w:r>
        <w:t>to yeh bohat jurm bohat barh jaate hain.</w:t>
      </w:r>
    </w:p>
    <w:p>
      <w:pPr>
        <w:jc w:val="right"/>
      </w:pPr>
      <w:r>
        <w:t>تو یہ بہت جرم بہت بڑھ جاتے ہیں۔</w:t>
      </w:r>
    </w:p>
    <w:p>
      <w:r>
        <w:rPr>
          <w:b/>
        </w:rPr>
        <w:t xml:space="preserve">[19:22] </w:t>
      </w:r>
      <w:r>
        <w:t>Yaani ek shakhs agar khud namaz na parhe to woh, woh bhi ek jurm hai, lekin woh ek jurm hai. Lekin agar woh yeh kehne lage ke namaz ka hukum to Quran mein hai hi nahi, namaz ki farz hai hi nahi, namaz parhne ki zarurat hai hi nahi,</w:t>
      </w:r>
    </w:p>
    <w:p>
      <w:pPr>
        <w:jc w:val="right"/>
      </w:pPr>
      <w:r>
        <w:t>یعنی ایک شخص اگر خود نماز نہ پڑھے تو وہ، وہ بھی ایک جرم ہے، لیکن وہ ایک جرم ہے۔ لیکن اگر وہ یہ کہنے لگے کہ نماز کا حکم تو قرآن میں ہے ہی نہیں، نماز کی فرض ہے ہی نہیں، نماز پڑھنے کی ضرورت ہے ہی نہیں،</w:t>
      </w:r>
    </w:p>
    <w:p>
      <w:r>
        <w:rPr>
          <w:b/>
        </w:rPr>
        <w:t xml:space="preserve">[19:39] </w:t>
      </w:r>
      <w:r>
        <w:t>to us ne bohat bara jurm kiya. Yaani billion time zyada bara jurm kiya us ne.</w:t>
      </w:r>
    </w:p>
    <w:p>
      <w:pPr>
        <w:jc w:val="right"/>
      </w:pPr>
      <w:r>
        <w:t>تو اس نے بہت بڑا جرم کیا۔ یعنی بلین ٹائم زیادہ بڑا جرم کیا اس نے۔</w:t>
      </w:r>
    </w:p>
    <w:p>
      <w:r>
        <w:rPr>
          <w:b/>
        </w:rPr>
        <w:t xml:space="preserve">[19:48] </w:t>
      </w:r>
      <w:r>
        <w:t>To aadmi ko, aur phir yeh image banegi ke Islam mein namaz hi nahi hai, Islam mein ibadat nahi hai, Islam mein ibadat ka koi tasawwur hi nahi hai.</w:t>
      </w:r>
    </w:p>
    <w:p>
      <w:pPr>
        <w:jc w:val="right"/>
      </w:pPr>
      <w:r>
        <w:t>تو آدمی کو، اور پھر یہ امیج بنے گی کہ اسلام میں نماز ہی نہیں ہے، اسلام میں عبادت نہیں ہے، اسلام میں عبادت کا کوئی تصور ہی نہیں ہے۔</w:t>
      </w:r>
    </w:p>
    <w:p>
      <w:r>
        <w:rPr>
          <w:b/>
        </w:rPr>
        <w:t xml:space="preserve">[20:01] </w:t>
      </w:r>
      <w:r>
        <w:t>Islam to bas samaji nizam hai aur khidmat-e-khalq karo, aur us ke baad Islam ke taqaze poore ho jayenge.</w:t>
      </w:r>
    </w:p>
    <w:p>
      <w:pPr>
        <w:jc w:val="right"/>
      </w:pPr>
      <w:r>
        <w:t>اسلام تو بس سماجی نظام ہے اور خدمت خلق کرو، اور اس کے بعد اسلام کے تقاضے پورے ہو جائیں گے۔</w:t>
      </w:r>
    </w:p>
    <w:p>
      <w:r>
        <w:rPr>
          <w:b/>
        </w:rPr>
        <w:t xml:space="preserve">[20:11] </w:t>
      </w:r>
      <w:r>
        <w:t>Kyunke Islam ki image bigadi us ne. To yeh, yeh to bohat bara jurm hai.</w:t>
      </w:r>
    </w:p>
    <w:p>
      <w:pPr>
        <w:jc w:val="right"/>
      </w:pPr>
      <w:r>
        <w:t>کیونکہ اسلام کی امیج بگاڑی اس نے۔ تو یہ، یہ تو بہت بڑا جرم ہے۔</w:t>
      </w:r>
    </w:p>
    <w:p>
      <w:r>
        <w:rPr>
          <w:b/>
        </w:rPr>
        <w:t xml:space="preserve">[20:20] </w:t>
      </w:r>
      <w:r>
        <w:t>To is waqt jo Musalman masroof hain jihad ke naam par militancy mein, woh yahi kar rahe hain.</w:t>
      </w:r>
    </w:p>
    <w:p>
      <w:pPr>
        <w:jc w:val="right"/>
      </w:pPr>
      <w:r>
        <w:t>تو اس وقت جو مسلمان مشغول ہیں جہاد کے نام پر ملٹریسی میں، وہ یہی کر رہے ہیں۔</w:t>
      </w:r>
    </w:p>
    <w:p>
      <w:r>
        <w:rPr>
          <w:b/>
        </w:rPr>
        <w:t xml:space="preserve">[20:32] </w:t>
      </w:r>
      <w:r>
        <w:t>Achha, dekhiye, koi amal aap ka Allah ke haan qabool hua hua hai ya nahi, us ka aakhri faisla to aakhirat mein hoga.</w:t>
      </w:r>
    </w:p>
    <w:p>
      <w:pPr>
        <w:jc w:val="right"/>
      </w:pPr>
      <w:r>
        <w:t>اچھا، دیکھیے، کوئی عمل آپ کا اللہ کے ہاں قبول ہوا ہوا ہے یا نہیں، اس کا آخری فیصلہ تو آخرت میں ہوگا۔</w:t>
      </w:r>
    </w:p>
    <w:p>
      <w:r>
        <w:rPr>
          <w:b/>
        </w:rPr>
        <w:t xml:space="preserve">[20:47] </w:t>
      </w:r>
      <w:r>
        <w:t>Aap ka koi amal Allah ke haan qabool hua ya nahi, us ka aakhri faisla to aakhirat mein hoga. Lekin us ki kuch alamaten duniya hi mein paida ho jati hain.</w:t>
      </w:r>
    </w:p>
    <w:p>
      <w:pPr>
        <w:jc w:val="right"/>
      </w:pPr>
      <w:r>
        <w:t>آپ کا کوئی عمل اللہ کے ہاں قبول ہوا یا نہیں، اس کا آخری فیصلہ تو آخرت میں ہوگا۔ لیکن اس کی کچھ علامتیں دنیا ہی میں پیدا ہو جاتی ہیں۔</w:t>
      </w:r>
    </w:p>
    <w:p>
      <w:r>
        <w:rPr>
          <w:b/>
        </w:rPr>
        <w:t xml:space="preserve">[21:01] </w:t>
      </w:r>
      <w:r>
        <w:t>Us ki kuch alamaten duniya hi mein paida ho jati hain. Masalan, main aap ko misaal deta hoon.</w:t>
      </w:r>
    </w:p>
    <w:p>
      <w:pPr>
        <w:jc w:val="right"/>
      </w:pPr>
      <w:r>
        <w:t>اس کی کچھ علامتیں دنیا ہی میں پیدا ہو جاتی ہیں۔ مثلاً، میں آپ کو مثال دیتا ہوں۔</w:t>
      </w:r>
    </w:p>
    <w:p>
      <w:r>
        <w:rPr>
          <w:b/>
        </w:rPr>
        <w:t xml:space="preserve">[21:10] </w:t>
      </w:r>
      <w:r>
        <w:t>Quran mein hai ke in al-salata tanha 'an al-fashaa'i wa al-munkar</w:t>
      </w:r>
    </w:p>
    <w:p>
      <w:pPr>
        <w:jc w:val="right"/>
      </w:pPr>
      <w:r>
        <w:t>قرآن میں ہے کہ إن الصلاة تنهى عن الفاشاء والمنكر</w:t>
      </w:r>
    </w:p>
    <w:p>
      <w:r>
        <w:rPr>
          <w:b/>
        </w:rPr>
        <w:t xml:space="preserve">[21:17] </w:t>
      </w:r>
      <w:r>
        <w:t>In al-salata tanha 'an al-fashaa'i wa al-munkar namaz aadmi ko rokti hai bure kamon se, fash aur munkar kamon se.</w:t>
      </w:r>
    </w:p>
    <w:p>
      <w:pPr>
        <w:jc w:val="right"/>
      </w:pPr>
      <w:r>
        <w:t>إن الصلاة تنهى عن الفاشاء والمنكر نماز آدمی کو روکتی ہے برے کاموں سے، فاش اور منکر کاموں سے۔</w:t>
      </w:r>
    </w:p>
    <w:p>
      <w:r>
        <w:rPr>
          <w:b/>
        </w:rPr>
        <w:t xml:space="preserve">[21:28] </w:t>
      </w:r>
      <w:r>
        <w:t>agar ek shakhs namaz bahut pabandi se parhe, panch waqt, lekin woh burai mein phansa hua ho, fash aur munkir kaam pe mulawwis ho, to is baat ka pehchan hai ke us ki namaz qabool nahi hui.</w:t>
      </w:r>
    </w:p>
    <w:p>
      <w:pPr>
        <w:jc w:val="right"/>
      </w:pPr>
      <w:r>
        <w:t>اگر ایک شخص نماز بہت پابندی سے پڑھے، پانچ وقت، لیکن وہ برائی میں پھنسا ہوا ہو، فاش اور منکر کام پہ ملوث ہو، تو اس بات کا پہچان ہے کہ اس کی نماز قبول نہیں ہوئی۔</w:t>
      </w:r>
    </w:p>
    <w:p>
      <w:r>
        <w:rPr>
          <w:b/>
        </w:rPr>
        <w:t xml:space="preserve">[21:46] </w:t>
      </w:r>
      <w:r>
        <w:t>kyun ke namaz jab qabool hoti hai to Allah ki taraf se tofeeq aati hai aamal e saleh ki namaz.</w:t>
      </w:r>
    </w:p>
    <w:p>
      <w:pPr>
        <w:jc w:val="right"/>
      </w:pPr>
      <w:r>
        <w:t>کیونکہ نماز جب قبول ہوتی ہے تو اللہ کی طرف سے توفیق آتی ہے اعمال صالح کی نماز۔</w:t>
      </w:r>
    </w:p>
    <w:p>
      <w:r>
        <w:rPr>
          <w:b/>
        </w:rPr>
        <w:t xml:space="preserve">[21:54] </w:t>
      </w:r>
      <w:r>
        <w:t>jab qabool hoti hai to Allah ki taraf se tofeeq aati hai ke aadmi ke andar</w:t>
      </w:r>
    </w:p>
    <w:p>
      <w:pPr>
        <w:jc w:val="right"/>
      </w:pPr>
      <w:r>
        <w:t>جب قبول ہوتی ہے تو اللہ کی طرف سے توفیق آتی ہے کہ آدمی کے اند</w:t>
      </w:r>
    </w:p>
    <w:p>
      <w:r>
        <w:rPr>
          <w:b/>
        </w:rPr>
        <w:t xml:space="preserve">[21:58] </w:t>
      </w:r>
      <w:r>
        <w:t>khauf e Khuda paida ho, mohabbat e Khuda paida ho, buraiyon se bachne ka mizaj paida ho. Yeh tofeeq aati hai Allah ki taraf se.</w:t>
      </w:r>
    </w:p>
    <w:p>
      <w:pPr>
        <w:jc w:val="right"/>
      </w:pPr>
      <w:r>
        <w:t>ر خوف خدا پیدا ہو، محبت خدا پیدا ہو، برائیوں سے بچنے کا مزاج پیدا ہو۔ یہ توفیق آتی ہے اللہ کی طرف سے۔</w:t>
      </w:r>
    </w:p>
    <w:p>
      <w:r>
        <w:rPr>
          <w:b/>
        </w:rPr>
        <w:t xml:space="preserve">[22:09] </w:t>
      </w:r>
      <w:r>
        <w:t>to yeh ayat Surah Ankabut mein hai ke innal salata tanhaa 'anil fashaa'i wal munkar namaz rokti hai aadmi ko, namaz parhne wale ko, fash aur munkir kaamon se.</w:t>
      </w:r>
    </w:p>
    <w:p>
      <w:pPr>
        <w:jc w:val="right"/>
      </w:pPr>
      <w:r>
        <w:t>تو یہ آیت سورہ عنکبوت میں ہے کہ إن الصلاة تنهى عن الفاشاء والمنكر نماز روکتی ہے آدمی کو، نماز پڑھنے والے کو، فاش اور منکر کاموں سے۔</w:t>
      </w:r>
    </w:p>
    <w:p>
      <w:r>
        <w:rPr>
          <w:b/>
        </w:rPr>
        <w:t xml:space="preserve">[22:27] </w:t>
      </w:r>
      <w:r>
        <w:t>to ab jo shakhs namaz parhe, is ke bawajood woh fash aur munkir kaam mein mubtala ho, to is ke ma'ne kya hue? Us ki namaz Allah ne qabool nahi ki.</w:t>
      </w:r>
    </w:p>
    <w:p>
      <w:pPr>
        <w:jc w:val="right"/>
      </w:pPr>
      <w:r>
        <w:t>تو اب جو شخص نماز پڑھے، اس کے باوجود وہ فاش اور منکر کام میں مبتلا ہو، تو اس کے معنی کیا ہوئے؟ اس کی نماز اللہ نے قبول نہیں کی۔</w:t>
      </w:r>
    </w:p>
    <w:p>
      <w:r>
        <w:rPr>
          <w:b/>
        </w:rPr>
        <w:t xml:space="preserve">[22:38] </w:t>
      </w:r>
      <w:r>
        <w:t>isi liye is ke andar koi change nahi aaya. Is ke andar woh sifat paida nahi huin jo namaziyon ke liye andar honi chahiye.</w:t>
      </w:r>
    </w:p>
    <w:p>
      <w:pPr>
        <w:jc w:val="right"/>
      </w:pPr>
      <w:r>
        <w:t>اسی لیے اس کے اندر کوئی چینج نہیں آیا۔ اس کے اندر وہ صفات پیدا نہیں ہوئیں جو نمازیوں کے لیے اندر ہونی چاہیے۔</w:t>
      </w:r>
    </w:p>
    <w:p>
      <w:r>
        <w:rPr>
          <w:b/>
        </w:rPr>
        <w:t xml:space="preserve">[22:50] </w:t>
      </w:r>
      <w:r>
        <w:t>isi tarah dekhiye, jo log Islam mein hukoomat qaim karo, Islam mein qanoon naafiz karo, aur justice ka nizam qaim karo, in naamon par jo log militancy kar rahe hain, in naamon par jo log duniya mein ladai, gun culture, bomb culture chalaye hue hain,</w:t>
      </w:r>
    </w:p>
    <w:p>
      <w:pPr>
        <w:jc w:val="right"/>
      </w:pPr>
      <w:r>
        <w:t>اسی طرح دیکھیے، جو لوگ اسلام میں حکومت قائم کرو، اسلام میں قانون نافذ کرو، اور جسٹس کا نظام قائم کرو، ان ناموں پر جو لوگ ملٹریسی کر رہے ہیں، ان ناموں پر جو لوگ دنیا میں لڑائی، گن کلچر، بم کلچر چلائے ہوئے ہیں،</w:t>
      </w:r>
    </w:p>
    <w:p>
      <w:r>
        <w:rPr>
          <w:b/>
        </w:rPr>
        <w:t xml:space="preserve">[23:11] </w:t>
      </w:r>
      <w:r>
        <w:t>in ko, is ko bhi isi criteria par jaanchien.</w:t>
      </w:r>
    </w:p>
    <w:p>
      <w:pPr>
        <w:jc w:val="right"/>
      </w:pPr>
      <w:r>
        <w:t>ان کو، اس کو بھی اسی کرائٹیریا پر جانچیں۔</w:t>
      </w:r>
    </w:p>
    <w:p>
      <w:r>
        <w:rPr>
          <w:b/>
        </w:rPr>
        <w:t xml:space="preserve">[23:16] </w:t>
      </w:r>
      <w:r>
        <w:t>yani bahut lambi muddat ho gayi, kinsien beet gayeen ke is is koshish ko, yeh jo koshish hai ke jihad ke naam par ladai, jihad ke naam par takrao, Islam ke naam par political power ke liye ki jang, is par muddaten guzar gayeen, kai naslein khatam ho gayeen,</w:t>
      </w:r>
    </w:p>
    <w:p>
      <w:pPr>
        <w:jc w:val="right"/>
      </w:pPr>
      <w:r>
        <w:t>یعنی بہت لمبی مدت ہو گئی، کنسیں بیت گئیں کہ اس اس کوشش کو، یہ جو کوشش ہے کہ جہاد کے نام پر لڑائی، جہاد کے نام پر ٹکراؤ، اسلام کے نام پر پولیٹیکل پاور کے لیے کی جنگ، اس پر مدتیں گزر گئی، کئی نسلیں ختم ہوگئیں،</w:t>
      </w:r>
    </w:p>
    <w:p>
      <w:r>
        <w:rPr>
          <w:b/>
        </w:rPr>
        <w:t xml:space="preserve">[23:40] </w:t>
      </w:r>
      <w:r>
        <w:t>lekin abhi tak in ka nishana poora nahi hua.</w:t>
      </w:r>
    </w:p>
    <w:p>
      <w:pPr>
        <w:jc w:val="right"/>
      </w:pPr>
      <w:r>
        <w:t>لیکن ابھی تک ان کا نشانہ پورا نہیں ہوا۔</w:t>
      </w:r>
    </w:p>
    <w:p>
      <w:r>
        <w:rPr>
          <w:b/>
        </w:rPr>
        <w:t xml:space="preserve">[23:44] </w:t>
      </w:r>
      <w:r>
        <w:t>kisi ek chote, kisi ek chote se khatte mein bhi woh kamyab nahi hui ke woh jo nishana un ka hai, woh poora ho.</w:t>
      </w:r>
    </w:p>
    <w:p>
      <w:pPr>
        <w:jc w:val="right"/>
      </w:pPr>
      <w:r>
        <w:t>کسی ایک چھوٹے، کسی ایک چھوٹے سے خطے میں بھی وہ کامیاب نہیں ہوئی کہ وہ جو نشانہ ان کا ہے، وہ پورا ہو۔</w:t>
      </w:r>
    </w:p>
    <w:p>
      <w:r>
        <w:rPr>
          <w:b/>
        </w:rPr>
        <w:t xml:space="preserve">[23:56] </w:t>
      </w:r>
      <w:r>
        <w:t>to yeh kya hai? Yeh alamat hai.</w:t>
      </w:r>
    </w:p>
    <w:p>
      <w:pPr>
        <w:jc w:val="right"/>
      </w:pPr>
      <w:r>
        <w:t>تو یہ کیا ہے؟ یہ علامت ہے۔</w:t>
      </w:r>
    </w:p>
    <w:p>
      <w:r>
        <w:rPr>
          <w:b/>
        </w:rPr>
        <w:t xml:space="preserve">[24:00] </w:t>
      </w:r>
      <w:r>
        <w:t>kyun ke Quran mein hai 'kana haqqan 'alayna nusrul momineen' 'kana haqqan 'alayna nusrul momineen' yani hamare upar haq hai ke hum momineen ki madad kar ke unhein kamyab banayen.</w:t>
      </w:r>
    </w:p>
    <w:p>
      <w:pPr>
        <w:jc w:val="right"/>
      </w:pPr>
      <w:r>
        <w:t>کیونکہ قرآن میں ہے کان حقا علینا نصر المومنین کان حقا علینا نصر المومنین یعنی ہمارے اوپر حق ہے کہ ہم مومنین کی مدد کر کے انہیں کامیاب بنائیں۔</w:t>
      </w:r>
    </w:p>
    <w:p>
      <w:r>
        <w:rPr>
          <w:b/>
        </w:rPr>
        <w:t xml:space="preserve">[24:18] </w:t>
      </w:r>
      <w:r>
        <w:t>to agar dekhiye, yeh yeh in ka, yani self-styled jihad, agar waqe'atan jihad hota to zaroor is ka nishana poora hota,</w:t>
      </w:r>
    </w:p>
    <w:p>
      <w:pPr>
        <w:jc w:val="right"/>
      </w:pPr>
      <w:r>
        <w:t>تو اگر دیکھیے، یہ یہ ان کا، یعنی سیلف اسٹائل جہاد، اگر واقعتا جہاد ہوتا تو ضرور اس کا نشانہ پورا ہوتا،</w:t>
      </w:r>
    </w:p>
    <w:p>
      <w:r>
        <w:rPr>
          <w:b/>
        </w:rPr>
        <w:t xml:space="preserve">[24:32] </w:t>
      </w:r>
      <w:r>
        <w:t>zaroor is ka goal poora hota. Lekin hum dekhte hain ke ulta nateeja nikal raha hai. Musalman tabaah ho rahe hain, musalman maare ja rahe hain,</w:t>
      </w:r>
    </w:p>
    <w:p>
      <w:pPr>
        <w:jc w:val="right"/>
      </w:pPr>
      <w:r>
        <w:t>ضرور اس کا گول پورا ہوتا۔ لیکن ہم دیکھتے ہیں کہ الٹا نتیجہ نکل رہا ہے۔ مسلمان تباہ ہو رہے ہیں، مسلمان مارے جا رہے ہیں،</w:t>
      </w:r>
    </w:p>
    <w:p>
      <w:r>
        <w:rPr>
          <w:b/>
        </w:rPr>
        <w:t xml:space="preserve">[24:47] </w:t>
      </w:r>
      <w:r>
        <w:t>ulta nateeja nikal raha hai.</w:t>
      </w:r>
    </w:p>
    <w:p>
      <w:pPr>
        <w:jc w:val="right"/>
      </w:pPr>
      <w:r>
        <w:t>الٹا نتیجہ نکل رہا ہے۔</w:t>
      </w:r>
    </w:p>
    <w:p>
      <w:r>
        <w:rPr>
          <w:b/>
        </w:rPr>
        <w:t xml:space="preserve">[24:50] </w:t>
      </w:r>
      <w:r>
        <w:t>to yeh is baat ka saboot hai ke yeh yeh 'haq 'alayna nusrul momineen' ka qist nahi bana in logon ka, warna in in ka nishana poora hota.</w:t>
      </w:r>
    </w:p>
    <w:p>
      <w:pPr>
        <w:jc w:val="right"/>
      </w:pPr>
      <w:r>
        <w:t>تو یہ اس بات کا ثبوت ہے کہ یہ یہ حق کان حقا علینا نصر المومنین کا قسط نہیں بنا ان لوگوں کا، ورنہ ان ان کا نشانہ پورا ہوتا۔</w:t>
      </w:r>
    </w:p>
    <w:p>
      <w:r>
        <w:rPr>
          <w:b/>
        </w:rPr>
        <w:t xml:space="preserve">[25:01] </w:t>
      </w:r>
      <w:r>
        <w:t>to yeh alamat hai, yeh alamat hai is baat ki. To jab yeh baat zahir ho jaye ba taur alamat ke kya karna chahiye?</w:t>
      </w:r>
    </w:p>
    <w:p>
      <w:pPr>
        <w:jc w:val="right"/>
      </w:pPr>
      <w:r>
        <w:t>تو یہ علامت ہے، یہ علامت ہے اس بات کی۔ تو جب یہ بات ظاہر ہو جائے بطور علامت کہ کیا کرنا چاہیے؟</w:t>
      </w:r>
    </w:p>
    <w:p>
      <w:r>
        <w:rPr>
          <w:b/>
        </w:rPr>
        <w:t xml:space="preserve">[25:10] </w:t>
      </w:r>
      <w:r>
        <w:t>reassessment, revision, jis ko jis ko Quran mein tauba kaha gaya hai, yani you-turn lena, you-turn lena.</w:t>
      </w:r>
    </w:p>
    <w:p>
      <w:pPr>
        <w:jc w:val="right"/>
      </w:pPr>
      <w:r>
        <w:t>ری اسیسمنٹ، ریویژن، جس کو جس کو قرآن میں توبہ کہا گیا ہے، یعنی یو ٹرن لینا، یو ٹرن لینا۔</w:t>
      </w:r>
    </w:p>
    <w:p>
      <w:r>
        <w:rPr>
          <w:b/>
        </w:rPr>
        <w:t xml:space="preserve">[25:22] </w:t>
      </w:r>
      <w:r>
        <w:t>ab saare Musalmanon ke liye farz hai, farz hai, farz hai ke woh</w:t>
      </w:r>
    </w:p>
    <w:p>
      <w:pPr>
        <w:jc w:val="right"/>
      </w:pPr>
      <w:r>
        <w:t>اب سارے مسلمانوں کے لیے فرض ہے، فرض ہے، فرض ہے کہ وہ</w:t>
      </w:r>
    </w:p>
    <w:p>
      <w:r>
        <w:rPr>
          <w:b/>
        </w:rPr>
        <w:t xml:space="preserve">[25:29] </w:t>
      </w:r>
      <w:r>
        <w:t>band karen, is in sargarmion ko jo Allah ka qabool nahi ho saki. Kyun ke jab nateeja nahi nikla to is ka matlab hai ke Allah ka qabool nahi ho saki.</w:t>
      </w:r>
    </w:p>
    <w:p>
      <w:pPr>
        <w:jc w:val="right"/>
      </w:pPr>
      <w:r>
        <w:t>اس بند کریں، اس ان سرگرمیوں کو جو اللہ کا قبول نہیں ہو سکی۔ کیونکہ جب نتیجہ نہیں نکلا تو اس کا مطلب ہے کہ اللہ کا قبول نہیں ہو سکی۔</w:t>
      </w:r>
    </w:p>
    <w:p>
      <w:r>
        <w:rPr>
          <w:b/>
        </w:rPr>
        <w:t xml:space="preserve">[25:42] </w:t>
      </w:r>
      <w:r>
        <w:t>band kar ke sochein. Quran ki ek ayat hai ke 'taubo ilallahi jamee'an ayyuhal muslimoon' yeh tauba jamee' ka waqt hai,</w:t>
      </w:r>
    </w:p>
    <w:p>
      <w:pPr>
        <w:jc w:val="right"/>
      </w:pPr>
      <w:r>
        <w:t>بند کر کے سوچیں۔ قرآن کی ایک آیت ہے کہ توبوا لله جمیعا ایہا المسلمون یہ توبہ جمیع کا وقت ہے،</w:t>
      </w:r>
    </w:p>
    <w:p>
      <w:r>
        <w:rPr>
          <w:b/>
        </w:rPr>
        <w:t xml:space="preserve">[25:55] </w:t>
      </w:r>
      <w:r>
        <w:t>yani saare Musalmanon ke liye tauba farz ho gayi hai. 'taubo ilallahi jamee'an ayyuhal muslimoon' yeh tauba jamee' ka waqt hai, yani collective repentance ka waqt hai.</w:t>
      </w:r>
    </w:p>
    <w:p>
      <w:pPr>
        <w:jc w:val="right"/>
      </w:pPr>
      <w:r>
        <w:t>یعنی سارے مسلمانوں کے لیے توبہ فرض ہو گئی ہے۔ توبوا لله جمیعا ایہا المسلمون یہ توبہ جمیع کا وقت ہے، یعنی کلیکٹیو ریپنٹنس کا وقت ہے۔</w:t>
      </w:r>
    </w:p>
    <w:p>
      <w:r>
        <w:rPr>
          <w:b/>
        </w:rPr>
        <w:t xml:space="preserve">[26:14] </w:t>
      </w:r>
      <w:r>
        <w:t>to saare hi Musalmanon ko chahiye ke apni violent activities ko band kar ke sochein ke kahan ghalti ho rahi hai.</w:t>
      </w:r>
    </w:p>
    <w:p>
      <w:pPr>
        <w:jc w:val="right"/>
      </w:pPr>
      <w:r>
        <w:t>تو سارے ہی مسلمانوں کو چاہیے کہ اپنی وائلنٹ ایکٹیویٹیز کو بند کر کے سوچیں کہ کہاں غلطی ہو رہی ہے۔</w:t>
      </w:r>
    </w:p>
    <w:p>
      <w:r>
        <w:rPr>
          <w:b/>
        </w:rPr>
        <w:t xml:space="preserve">[26:26] </w:t>
      </w:r>
      <w:r>
        <w:t>kyun? hamara jo koshishein hain, woh jo kehte hain angrezi mein "counter productive" ho rahi hain, yeh sochein.</w:t>
      </w:r>
    </w:p>
    <w:p>
      <w:pPr>
        <w:jc w:val="right"/>
      </w:pPr>
      <w:r>
        <w:t>کیوں؟ ہمارا جو کوششیں ہیں، وہ جو کہتے ہیں انگریزی میں "کاؤنٹر پروڈکٹیو" ہو رہی ہیں، یہ سوچیں۔</w:t>
      </w:r>
    </w:p>
    <w:p>
      <w:r>
        <w:rPr>
          <w:b/>
        </w:rPr>
        <w:t xml:space="preserve">[26:37] </w:t>
      </w:r>
      <w:r>
        <w:t>isi sochne ke naam mein repentance, isi ka naam hai tauba.</w:t>
      </w:r>
    </w:p>
    <w:p>
      <w:pPr>
        <w:jc w:val="right"/>
      </w:pPr>
      <w:r>
        <w:t>اسی سوچنے کے نام میں ریپنٹنس، اسی کا نام ہے توبہ۔</w:t>
      </w:r>
    </w:p>
    <w:p>
      <w:r>
        <w:rPr>
          <w:b/>
        </w:rPr>
        <w:t xml:space="preserve">[26:43] </w:t>
      </w:r>
      <w:r>
        <w:t>ab woh waqt nahi hai ke in activities ko continue rakha jaye, in continue in activities ko jaari rakha jaye, balkeh waqt hai in ko roka jaye, khatam kiya jaye.</w:t>
      </w:r>
    </w:p>
    <w:p>
      <w:pPr>
        <w:jc w:val="right"/>
      </w:pPr>
      <w:r>
        <w:t>اب وہ وقت نہیں ہے کہ ان ایکٹیویٹیز کو کنٹینیو رکھا جائے، ان کنٹینیو ان ایکٹیویٹیز کو جاری رکھا جائے، بلکہ وقت ہے ان کو روکا جائے، ختم کیا جائے۔</w:t>
      </w:r>
    </w:p>
    <w:p>
      <w:r>
        <w:rPr>
          <w:b/>
        </w:rPr>
        <w:t xml:space="preserve">[27:00] </w:t>
      </w:r>
      <w:r>
        <w:t>jaise matma ghazi ke mutalliq aap jante hain ke woh apni tehreek chalai thi, unhon ne non-violence ke usool par, yaani adam tashaddud ke usool par.</w:t>
      </w:r>
    </w:p>
    <w:p>
      <w:pPr>
        <w:jc w:val="right"/>
      </w:pPr>
      <w:r>
        <w:t>جیسے ماتما غازی کے متعلق آپ جانتے ہیں کہ وہ اپنی تحریک چلائی تھی، انہوں نے نان وائیلنس کے اصول پر، یعنی عدم تشدد کے اصول پر۔</w:t>
      </w:r>
    </w:p>
    <w:p>
      <w:r>
        <w:rPr>
          <w:b/>
        </w:rPr>
        <w:t xml:space="preserve">[27:14] </w:t>
      </w:r>
      <w:r>
        <w:t>to ek martaba unhon ne yeh civil disobedience ki tehreek chalai. to kuch logon ne juloos nikala.</w:t>
      </w:r>
    </w:p>
    <w:p>
      <w:pPr>
        <w:jc w:val="right"/>
      </w:pPr>
      <w:r>
        <w:t>تو ایک مرتبہ انہوں نے یہ سول ڈس اوبیڈینس کی تحریک چلائی۔ تو کچھ لوگوں نے جلوس نکالا۔</w:t>
      </w:r>
    </w:p>
    <w:p>
      <w:r>
        <w:rPr>
          <w:b/>
        </w:rPr>
        <w:t xml:space="preserve">[27:25] </w:t>
      </w:r>
      <w:r>
        <w:t>is juloos ke douran woh ek maqam tha, chaar chori, wahan woh ghus gaye thane mein aur kai police walon ko maar dala, aag aag laga di.</w:t>
      </w:r>
    </w:p>
    <w:p>
      <w:pPr>
        <w:jc w:val="right"/>
      </w:pPr>
      <w:r>
        <w:t>اس جلوس کے دوران وہ ایک مقام تھا، چار چوری، وہاں وہ گھس گئے تھانے میں اور کئی پولیس والوں کو مار ڈالا، آگ آگ لگا دی۔</w:t>
      </w:r>
    </w:p>
    <w:p>
      <w:r>
        <w:rPr>
          <w:b/>
        </w:rPr>
        <w:t xml:space="preserve">[27:37] </w:t>
      </w:r>
      <w:r>
        <w:t>to isi waqt gandhi ne ailaan kar diya ke hum stop karte hain, khatam karte hain, rokte hain apni is tehreek ko.</w:t>
      </w:r>
    </w:p>
    <w:p>
      <w:pPr>
        <w:jc w:val="right"/>
      </w:pPr>
      <w:r>
        <w:t>تو اسی وقت گاندھی نے اعلان کر دیا کہ ہم اسٹاپ کرتے ہیں، ختم کرتے ہیں، روکتے ہیں اپنی اس تحریک کو۔</w:t>
      </w:r>
    </w:p>
    <w:p>
      <w:r>
        <w:rPr>
          <w:b/>
        </w:rPr>
        <w:t xml:space="preserve">[27:46] </w:t>
      </w:r>
      <w:r>
        <w:t>rok diya unhon ne civil disobedience ki tehreek ko, khatam kar di unhon ne. kyunke nateeja ulta nikla, nateeja ulta nikalta tha.</w:t>
      </w:r>
    </w:p>
    <w:p>
      <w:pPr>
        <w:jc w:val="right"/>
      </w:pPr>
      <w:r>
        <w:t>روک دیا انہوں نے سول ڈس اوبیڈینس کی تحریک کو، ختم کر دی انہوں نے۔ کیونکہ نتیجہ الٹا نکلا، نتیجہ الٹا نکلتا تھا۔</w:t>
      </w:r>
    </w:p>
    <w:p>
      <w:r>
        <w:rPr>
          <w:b/>
        </w:rPr>
        <w:t xml:space="preserve">[27:59] </w:t>
      </w:r>
      <w:r>
        <w:t>to musalmanon ko bhi chahiye ke woh woh ek ek collective declaration karein, sab mil kar ailaan karein, saare ulma fatwa dein,</w:t>
      </w:r>
    </w:p>
    <w:p>
      <w:pPr>
        <w:jc w:val="right"/>
      </w:pPr>
      <w:r>
        <w:t>تو مسلمانوں کو بھی چاہیے کہ وہ وہ ایک ایک کلیکٹیو ڈیکلریشن کریں، سب مل کر اعلان کریں، سارے علماء فتوی دیں،</w:t>
      </w:r>
    </w:p>
    <w:p>
      <w:r>
        <w:rPr>
          <w:b/>
        </w:rPr>
        <w:t xml:space="preserve">[28:15] </w:t>
      </w:r>
      <w:r>
        <w:t>saare muqarririn stage pe bolein, khayal likhne wali kitabein likhein, mazmoon likhein ke hum apni is koshishon ko khatam karte hain, apni violent activities ko khatam karte hain.</w:t>
      </w:r>
    </w:p>
    <w:p>
      <w:pPr>
        <w:jc w:val="right"/>
      </w:pPr>
      <w:r>
        <w:t>سارے مقررین اسٹیج پہ بولیں، خیال لکھنے والی کتابیں لکھیں، مضمون لکھیں کہ ہم اپنی اس کوششوں کو ختم کرتے ہیں، اپنی وائلنٹ ایکٹیویٹیز کو ختم کرتے ہیں۔</w:t>
      </w:r>
    </w:p>
    <w:p>
      <w:r>
        <w:rPr>
          <w:b/>
        </w:rPr>
        <w:t xml:space="preserve">[28:31] </w:t>
      </w:r>
      <w:r>
        <w:t>humein reassess karna hai, humein replanning karni hai, humein phir se sochna hai ke woh kaun sa tareeqa hai jis mein Allah ki madad hamein milegi.</w:t>
      </w:r>
    </w:p>
    <w:p>
      <w:pPr>
        <w:jc w:val="right"/>
      </w:pPr>
      <w:r>
        <w:t>ہمیں ری اسیس کرنا ہے، ہمیں ری پلاننگ کرنی ہے، ہمیں پھر سے سوچنا ہے کہ وہ کون سا طریقہ ہے جس میں اللہ کی مدد ہمیں ملے گی۔</w:t>
      </w:r>
    </w:p>
    <w:p>
      <w:r>
        <w:rPr>
          <w:b/>
        </w:rPr>
        <w:t xml:space="preserve">[28:49] </w:t>
      </w:r>
      <w:r>
        <w:t>ek qissa maine padha tha muslim tareekh mein ke ek zamane mein ek muslim fauj thi, woh kisi qale'a ka muhasra kiye hue thi.</w:t>
      </w:r>
    </w:p>
    <w:p>
      <w:pPr>
        <w:jc w:val="right"/>
      </w:pPr>
      <w:r>
        <w:t>ایک قصہ میں نے پڑھا تھا مسلم تاریخ میں کہ ایک زمانے میں ایک مسلم فوج تھی، وہ کسی قلعے کا محاصرہ کی ہوئی تھی۔</w:t>
      </w:r>
    </w:p>
    <w:p>
      <w:r>
        <w:rPr>
          <w:b/>
        </w:rPr>
        <w:t xml:space="preserve">[29:05] </w:t>
      </w:r>
      <w:r>
        <w:t>to qale'a fateh nahi ho raha tha, bohat lambi muddat guzar gayi.</w:t>
      </w:r>
    </w:p>
    <w:p>
      <w:pPr>
        <w:jc w:val="right"/>
      </w:pPr>
      <w:r>
        <w:t>تو قلعہ فتح نہیں ہو رہا تھا، بہت لمبی مدت گزر گئی۔</w:t>
      </w:r>
    </w:p>
    <w:p>
      <w:r>
        <w:rPr>
          <w:b/>
        </w:rPr>
        <w:t xml:space="preserve">[29:11] </w:t>
      </w:r>
      <w:r>
        <w:t>to saare logon ne barh kar socha ke yeh kyun aisa hai ke itne din se hum yahan qale'a ka muhasra kiye hue hain aur qale'a fateh nahi ho raha?</w:t>
      </w:r>
    </w:p>
    <w:p>
      <w:pPr>
        <w:jc w:val="right"/>
      </w:pPr>
      <w:r>
        <w:t>تو سارے لوگوں نے بڑھ کر سوچا کہ یہ کیوں ایسا ہے کہ اتنے دن سے ہم یہاں قلعے کا محاصرہ کیے ہوئے ہیں اور قلعہ فتح نہیں ہو رہا؟</w:t>
      </w:r>
    </w:p>
    <w:p>
      <w:r>
        <w:rPr>
          <w:b/>
        </w:rPr>
        <w:t xml:space="preserve">[29:26] </w:t>
      </w:r>
      <w:r>
        <w:t>to kuch logon ne kaha ke dekhiye, is ka raaz yeh hai ke hum se koi sunnat chhoot gayi hai. yaani masla tha qale'a ke fateh ka, magar unhon ne kya socha?</w:t>
      </w:r>
    </w:p>
    <w:p>
      <w:pPr>
        <w:jc w:val="right"/>
      </w:pPr>
      <w:r>
        <w:t>تو کچھ لوگوں نے کہا کہ دیکھیے، اس کا راز یہ ہے کہ ہم سے کوئی سنت چھوٹ گئی ہے۔ یعنی مسئلہ تھا قلعے کے فتح کا، مگر انہوں نے کیا سوچا؟</w:t>
      </w:r>
    </w:p>
    <w:p>
      <w:r>
        <w:rPr>
          <w:b/>
        </w:rPr>
        <w:t xml:space="preserve">[29:36] </w:t>
      </w:r>
      <w:r>
        <w:t>koi sunnat chhoot gayi hai.</w:t>
      </w:r>
    </w:p>
    <w:p>
      <w:pPr>
        <w:jc w:val="right"/>
      </w:pPr>
      <w:r>
        <w:t>کوئی سنت چھوٹ گئی ہے۔</w:t>
      </w:r>
    </w:p>
    <w:p>
      <w:r>
        <w:rPr>
          <w:b/>
        </w:rPr>
        <w:t xml:space="preserve">[29:42] </w:t>
      </w:r>
      <w:r>
        <w:t>to unhon ne sochna shuru kiya ke sunnat kya hai jo chhoot gayi hai. to unhon ne sunnat ko daryaft kiya, us par amal kiya, aur phir qale'a fateh ho gaya.</w:t>
      </w:r>
    </w:p>
    <w:p>
      <w:pPr>
        <w:jc w:val="right"/>
      </w:pPr>
      <w:r>
        <w:t>تو انہوں نے سوچنا شروع کیا کہ سنت کیا ہے جو چھوٹ گئی ہے۔ تو انہوں نے سنت کو دریافت کیا، اس پر عمل کیا، اور پھر قلعہ فتح ہو گیا۔</w:t>
      </w:r>
    </w:p>
    <w:p>
      <w:r>
        <w:rPr>
          <w:b/>
        </w:rPr>
        <w:t xml:space="preserve">[29:54] </w:t>
      </w:r>
      <w:r>
        <w:t>to is waqt saare dunya ke musalmanon ko yeh sochna chahiye ke kya wajah hai ke hamari koshishein rayegan ho rahi hain?</w:t>
      </w:r>
    </w:p>
    <w:p>
      <w:pPr>
        <w:jc w:val="right"/>
      </w:pPr>
      <w:r>
        <w:t>تو اس وقت سارے دنیا کے مسلمانوں کو یہ سوچنا چاہیے کہ کیا وجہ ہے کہ ہماری کوششیں رائیگاں ہو رہی ہیں؟</w:t>
      </w:r>
    </w:p>
    <w:p>
      <w:r>
        <w:rPr>
          <w:b/>
        </w:rPr>
        <w:t xml:space="preserve">[30:03] </w:t>
      </w:r>
      <w:r>
        <w:t>qurbani de rahe hain hum aur nateeja kuch nahi, nateeja kuch nahi.</w:t>
      </w:r>
    </w:p>
    <w:p>
      <w:pPr>
        <w:jc w:val="right"/>
      </w:pPr>
      <w:r>
        <w:t>قربانی دے رہے ہیں ہم اور نتیجہ کچھ نہیں، نتیجہ کچھ نہیں۔</w:t>
      </w:r>
    </w:p>
    <w:p>
      <w:r>
        <w:rPr>
          <w:b/>
        </w:rPr>
        <w:t xml:space="preserve">[30:11] </w:t>
      </w:r>
      <w:r>
        <w:t>to koi na koi ghalti ho rahi hai, kahin na kahin hum se koi chook ho rahi hai. to main samajhta hoon ke jab is par ghore kareinge to ek bohat bari haqeeqat daryaft hogi,</w:t>
      </w:r>
    </w:p>
    <w:p>
      <w:pPr>
        <w:jc w:val="right"/>
      </w:pPr>
      <w:r>
        <w:t>تو کوئی نہ کوئی غلطی ہو رہی ہے، کہیں نہ کہیں ہم سے کوئی چوک ہو رہی ہے۔ تو میں سمجھتا ہوں کہ جب اس غور کریں گے اس پر تو ایک بہت بڑی حقیقت دریافت ہوگی،</w:t>
      </w:r>
    </w:p>
    <w:p>
      <w:r>
        <w:rPr>
          <w:b/>
        </w:rPr>
        <w:t xml:space="preserve">[30:27] </w:t>
      </w:r>
      <w:r>
        <w:t>bohat bari haqeeqat daryaft hogi. woh kya? ke jin logon ke khilaf hum jihad kar rahe hain, woh to badu thay, unhein to dawat dena tha, hum ladne ke liye lad rahe hain un se.</w:t>
      </w:r>
    </w:p>
    <w:p>
      <w:pPr>
        <w:jc w:val="right"/>
      </w:pPr>
      <w:r>
        <w:t>بہت بڑی حقیقت دریافت ہوگی۔ وہ کیا؟ کہ جن لوگوں کے خلاف ہم جہاد کر رہے ہیں، وہ تو بدو تھے، انہیں تو دعوت دینا تھا، ہم لڑنے کے لیے لڑ رہے ہیں ان سے۔</w:t>
      </w:r>
    </w:p>
    <w:p>
      <w:r>
        <w:rPr>
          <w:b/>
        </w:rPr>
        <w:t xml:space="preserve">[30:38] </w:t>
      </w:r>
      <w:r>
        <w:t>yeh daryaft kareinge woh</w:t>
      </w:r>
    </w:p>
    <w:p>
      <w:pPr>
        <w:jc w:val="right"/>
      </w:pPr>
      <w:r>
        <w:t>یہ دریافت کریں گے وہ</w:t>
      </w:r>
    </w:p>
    <w:p>
      <w:r>
        <w:rPr>
          <w:b/>
        </w:rPr>
        <w:t xml:space="preserve">[30:42] </w:t>
      </w:r>
      <w:r>
        <w:t>jahan jahan musalman lad rahe hain, har jagah kaise yeh ke kuch logon ko ba-taur khud unhon ne declare kiya ke dushman hain, aur phir ladai shuru kar di,</w:t>
      </w:r>
    </w:p>
    <w:p>
      <w:pPr>
        <w:jc w:val="right"/>
      </w:pPr>
      <w:r>
        <w:t>جہاں جہاں مسلمان لڑ رہے ہیں، ہر جگہ کیسے یہ کہ کچھ لوگوں کو بطور خود انہوں نے ڈیکلیئر کیا کہ دشمن ہیں، اور پھر لڑائی شروع کر دی،</w:t>
      </w:r>
    </w:p>
    <w:p>
      <w:r>
        <w:rPr>
          <w:b/>
        </w:rPr>
        <w:t xml:space="preserve">[30:55] </w:t>
      </w:r>
      <w:r>
        <w:t>gun culture aur bomb culture chala diya. to agar woh un ke andar tauba aaye, repentance aaye, aur woh ghore karein ke koi cheez chhooti hai hum se jis ki wajah se yeh baat ho rahi hai,</w:t>
      </w:r>
    </w:p>
    <w:p>
      <w:pPr>
        <w:jc w:val="right"/>
      </w:pPr>
      <w:r>
        <w:t>گن کلچر اور بم کلچر چلا دیا۔ تو اگر وہ ان کے اندر توبہ آئے، ریپنٹنس آئے، اور وہ غور کریں کہ کوئی چیز چھوٹی ہے ہم سے جس کی وجہ سے یہ بات ہو رہی ہے،</w:t>
      </w:r>
    </w:p>
    <w:p>
      <w:r>
        <w:rPr>
          <w:b/>
        </w:rPr>
        <w:t xml:space="preserve">[31:08] </w:t>
      </w:r>
      <w:r>
        <w:t>to un ko yeh discovery hogi, discovery ke jin ke khilaf hum ne dushman declare kar rakha hai, woh to badu hain. ab badu se ladna jaiz hi nahi,</w:t>
      </w:r>
    </w:p>
    <w:p>
      <w:pPr>
        <w:jc w:val="right"/>
      </w:pPr>
      <w:r>
        <w:t>تو ان کو یہ ڈسکوری ہوگی، ڈسکوری کہ جن کے خلاف ہم نے دشمن ڈیکلیئر کر رکھا ہے، وہ تو بدو ہیں۔ اب بدو سے لڑنا جائز ہی نہیں،</w:t>
      </w:r>
    </w:p>
    <w:p>
      <w:r>
        <w:rPr>
          <w:b/>
        </w:rPr>
        <w:t xml:space="preserve">[31:23] </w:t>
      </w:r>
      <w:r>
        <w:t>baddo se ladna jaiz hi nahin. baddo baddo ke mamle mein to hamein dawat dena hai, peaceful dawat. to kahenge musalman ke gun aur bomb ko phenko samandar mein.</w:t>
      </w:r>
    </w:p>
    <w:p>
      <w:pPr>
        <w:jc w:val="right"/>
      </w:pPr>
      <w:r>
        <w:t>بدو سے لڑنا جائز ہی نہیں۔ بدو بدو کے معاملے میں تو ہمیں دعوت دینا ہے، پیس فل دعوت۔ تو کہیں گے مسلمان کہ گن اور بم کو پھینکو سمندر میں۔</w:t>
      </w:r>
    </w:p>
    <w:p>
      <w:r>
        <w:rPr>
          <w:b/>
        </w:rPr>
        <w:t xml:space="preserve">[31:36] </w:t>
      </w:r>
      <w:r>
        <w:t>ab lo, utho quran le kar ke, quran le ke utho. aur sahaba jo the, muqri ban gaye the, yaani quran ko padh kar sunane wale, tum distributor bano,</w:t>
      </w:r>
    </w:p>
    <w:p>
      <w:pPr>
        <w:jc w:val="right"/>
      </w:pPr>
      <w:r>
        <w:t>اب لو، اٹھو قرآن لے کر کے، قرآن لے کے اٹھو۔ اور صحابہ جو تھے، مقری بن گئے تھے، یعنی قرآن کو پڑھ کر سنانے والے، تم ڈسٹریبیوٹر بنو،</w:t>
      </w:r>
    </w:p>
    <w:p>
      <w:r>
        <w:rPr>
          <w:b/>
        </w:rPr>
        <w:t xml:space="preserve">[31:50] </w:t>
      </w:r>
      <w:r>
        <w:t>yaani quran ki tarjume chhapo har zaban mein, chhupa chhupa kar sab ko pahunchao har zaban mein, har zaban mein, har zaban mein. to ek naya daur shuru ho jayega, yaani daur tashaddud ke bajaye daur dawat,</w:t>
      </w:r>
    </w:p>
    <w:p>
      <w:pPr>
        <w:jc w:val="right"/>
      </w:pPr>
      <w:r>
        <w:t>یعنی قرآن کی ترجمے چھپاؤ ہر زبان میں، چھپا چھپا کر سب کو پہنچاؤ ہر زبان میں، ہر زبان میں، ہر زبان میں۔ تو ایک نیا دور شروع ہو جائے گا، یعنی دور تشدد کے بجائے دور دعوت،</w:t>
      </w:r>
    </w:p>
    <w:p>
      <w:r>
        <w:rPr>
          <w:b/>
        </w:rPr>
        <w:t xml:space="preserve">[32:08] </w:t>
      </w:r>
      <w:r>
        <w:t>daur sa'adat ke bajaye daur aman, ek naya daur. aur phir woh waqt hoga ke Allah ki naseehaten hamare upar aayengi, Allah ki madad aayegi.</w:t>
      </w:r>
    </w:p>
    <w:p>
      <w:pPr>
        <w:jc w:val="right"/>
      </w:pPr>
      <w:r>
        <w:t>دور سعادت کے بجائے دور امن، ایک نیا دور۔ اور پھر وہ وقت ہوگا کہ اللہ کی نصیحتیں ہمارے اوپر آئیں گی، اللہ کی مدد آئے گی۔</w:t>
      </w:r>
    </w:p>
    <w:p>
      <w:r>
        <w:rPr>
          <w:b/>
        </w:rPr>
        <w:t xml:space="preserve">[32:20] </w:t>
      </w:r>
      <w:r>
        <w:t>ab woh ayat poori hogi ka haqqan alaina nasr al momineen wa yansurullah wa yansuru yeh sab is tarah ki jo aayatein quran majeed mein hain, woh poori ho jayengi, inshallah.</w:t>
      </w:r>
    </w:p>
    <w:p>
      <w:pPr>
        <w:jc w:val="right"/>
      </w:pPr>
      <w:r>
        <w:t>اب وہ آیت پوری ہوگی کان حقا علینا نصر المومنین وینصرن اللہ وینصرو یہ سب اس طرح کی جو آیتیں قرآن مجید میں ہیں، وہ پوری ہو جائیں گی، انشاءاللہ۔</w:t>
      </w:r>
    </w:p>
    <w:p>
      <w:r>
        <w:rPr>
          <w:b/>
        </w:rPr>
        <w:t xml:space="preserve">[32:36] </w:t>
      </w:r>
      <w:r>
        <w:t>kyun ke hadith mein aata hai ke banda jab mere paas chal kar aata hai to main us ke andar daud kar aata hoon.</w:t>
      </w:r>
    </w:p>
    <w:p>
      <w:pPr>
        <w:jc w:val="right"/>
      </w:pPr>
      <w:r>
        <w:t>کیونکہ حدیث میں آتا ہے کہ بندہ جب میرے پاس چل کر آتا ہے تو میں اس کے اندر دوڑ کر آتا ہوں۔</w:t>
      </w:r>
    </w:p>
    <w:p>
      <w:r>
        <w:rPr>
          <w:b/>
        </w:rPr>
        <w:t xml:space="preserve">[32:46] </w:t>
      </w:r>
      <w:r>
        <w:t>yeh hadith mein hai ke banda meri taraf jab chal kar aata hai to main us ke andar daud kar aata hoon. to agar musalman you turn lein, apna correction karein, aur yeh gun culture aur bomb culture ko bilkul khatm kar dein,</w:t>
      </w:r>
    </w:p>
    <w:p>
      <w:pPr>
        <w:jc w:val="right"/>
      </w:pPr>
      <w:r>
        <w:t>یہ حدیث میں ہے کہ بندہ میری طرف جب چل کر آتا ہے تو میں اس کے اندر دوڑ کر آتا ہوں۔ تو اگر مسلمان یو ٹرن لیں، اپنا کریکشن کریں، اور یہ گن کلچر اور بم کلچر کو بالکل ختم کر دیں،</w:t>
      </w:r>
    </w:p>
    <w:p>
      <w:r>
        <w:rPr>
          <w:b/>
        </w:rPr>
        <w:t xml:space="preserve">[33:01] </w:t>
      </w:r>
      <w:r>
        <w:t>aur peaceful dua work shuru karein, jo ke un par farz hai, to Khuda daud kar aayega, Khuda ki madad toot padegi un ke upar.</w:t>
      </w:r>
    </w:p>
    <w:p>
      <w:pPr>
        <w:jc w:val="right"/>
      </w:pPr>
      <w:r>
        <w:t>اور پیس فل دعا ورک شروع کریں، جو کہ ان پر فرض ہے، تو خدا دوڑ کر آئے گا، خدا کی مدد ٹوٹ پڑے گی ان کے اوپر۔</w:t>
      </w:r>
    </w:p>
    <w:p>
      <w:r>
        <w:rPr>
          <w:b/>
        </w:rPr>
        <w:t xml:space="preserve">[33:15] </w:t>
      </w:r>
      <w:r>
        <w:t>to yeh hai sab se zyada sochne ki baat,</w:t>
      </w:r>
    </w:p>
    <w:p>
      <w:pPr>
        <w:jc w:val="right"/>
      </w:pPr>
      <w:r>
        <w:t>تو یہ ہے سب سے زیادہ سوچنے کی بات،</w:t>
      </w:r>
    </w:p>
    <w:p>
      <w:r>
        <w:rPr>
          <w:b/>
        </w:rPr>
        <w:t xml:space="preserve">[33:22] </w:t>
      </w:r>
      <w:r>
        <w:t>yeh hai sab se zyada sochne ki baat.</w:t>
      </w:r>
    </w:p>
    <w:p>
      <w:pPr>
        <w:jc w:val="right"/>
      </w:pPr>
      <w:r>
        <w:t>یہ ہے سب سے زیادہ سوچنے کی بات۔</w:t>
      </w:r>
    </w:p>
    <w:p>
      <w:r>
        <w:rPr>
          <w:b/>
        </w:rPr>
        <w:t xml:space="preserve">[33:33] </w:t>
      </w:r>
      <w:r>
        <w:t>main ek martaba</w:t>
      </w:r>
    </w:p>
    <w:p>
      <w:pPr>
        <w:jc w:val="right"/>
      </w:pPr>
      <w:r>
        <w:t>میں ایک مرتبہ</w:t>
      </w:r>
    </w:p>
    <w:p>
      <w:r>
        <w:rPr>
          <w:b/>
        </w:rPr>
        <w:t xml:space="preserve">[33:39] </w:t>
      </w:r>
      <w:r>
        <w:t>1219 se 42 mein, 1942 mein lahore chala gaya</w:t>
      </w:r>
    </w:p>
    <w:p>
      <w:pPr>
        <w:jc w:val="right"/>
      </w:pPr>
      <w:r>
        <w:t>1219 سے 42 میں، 1942 میں لاہور چلا گیا</w:t>
      </w:r>
    </w:p>
    <w:p>
      <w:r>
        <w:rPr>
          <w:b/>
        </w:rPr>
        <w:t xml:space="preserve">[33:45] </w:t>
      </w:r>
      <w:r>
        <w:t>tha, woh naujawani ki umr thi, aise hi chala gaya tha.</w:t>
      </w:r>
    </w:p>
    <w:p>
      <w:pPr>
        <w:jc w:val="right"/>
      </w:pPr>
      <w:r>
        <w:t>تھا، وہ نوجوانی کی عمر تھی، ایسے ہی چلا گیا تھا۔</w:t>
      </w:r>
    </w:p>
    <w:p>
      <w:r>
        <w:rPr>
          <w:b/>
        </w:rPr>
        <w:t xml:space="preserve">[33:51] </w:t>
      </w:r>
      <w:r>
        <w:t>to aise paidal sadkon par paidal chalta tha. to ek martaba main ek sadak par chalta chal raha tha to main ne dekha ke ghar ke upar takhti lagi hui hai, woh Muhammad Iqbal jin ko hum Allama Iqbal kehte hain, un ka ghar tha, woh macleod road par.</w:t>
      </w:r>
    </w:p>
    <w:p>
      <w:pPr>
        <w:jc w:val="right"/>
      </w:pPr>
      <w:r>
        <w:t>تو ایسے پیدل سڑکوں پر پیدل چلتا تھا۔ تو ایک مرتبہ میں ایک سڑک پر چلتا چل رہا تھا تو میں نے دیکھا کہ گھر کے اوپر تختی لگی ہوئی ہے، وہ محمد اقبال جن کو ہم علامہ اقبال کہتے ہیں، ان کا گھر تھا، وہ مکلوٹ روڈ پر۔</w:t>
      </w:r>
    </w:p>
    <w:p>
      <w:r>
        <w:rPr>
          <w:b/>
        </w:rPr>
        <w:t xml:space="preserve">[34:13] </w:t>
      </w:r>
      <w:r>
        <w:t>woh thi macleod road.</w:t>
      </w:r>
    </w:p>
    <w:p>
      <w:pPr>
        <w:jc w:val="right"/>
      </w:pPr>
      <w:r>
        <w:t>وہ تھی مکلوٹ روڈ۔</w:t>
      </w:r>
    </w:p>
    <w:p>
      <w:r>
        <w:rPr>
          <w:b/>
        </w:rPr>
        <w:t xml:space="preserve">[34:16] </w:t>
      </w:r>
      <w:r>
        <w:t>to main ne socha ke yeh Allama Iqbal ka ghar hai, to wahan theher gaya main. to ghar ke bilkul mili hui ek chhoti si masjid thi.</w:t>
      </w:r>
    </w:p>
    <w:p>
      <w:pPr>
        <w:jc w:val="right"/>
      </w:pPr>
      <w:r>
        <w:t>تو میں نے سوچا کہ یہ علامہ اقبال کا گھر ہے، تو وہاں ٹھہر گیا میں۔ تو گھر کے بالکل ملی ہوئی ایک چھوٹی سی مسجد تھی۔</w:t>
      </w:r>
    </w:p>
    <w:p>
      <w:r>
        <w:rPr>
          <w:b/>
        </w:rPr>
        <w:t xml:space="preserve">[34:27] </w:t>
      </w:r>
      <w:r>
        <w:t>to mujhe us waqt bahut pyas lag rahi thi, pyas. to main ne dekha ke ghar ki nal, jo masjid hai, us mein ek nal hai,</w:t>
      </w:r>
    </w:p>
    <w:p>
      <w:pPr>
        <w:jc w:val="right"/>
      </w:pPr>
      <w:r>
        <w:t>تو مجھے اس وقت بہت پیاس لگ رہی تھی، پیاس۔ تو میں نے دیکھا کہ گھر کی نل، جو مسجد ہے، اس میں ایک نل ہے،</w:t>
      </w:r>
    </w:p>
    <w:p>
      <w:r>
        <w:rPr>
          <w:b/>
        </w:rPr>
        <w:t xml:space="preserve">[34:39] </w:t>
      </w:r>
      <w:r>
        <w:t>ek tap laga hua hai.</w:t>
      </w:r>
    </w:p>
    <w:p>
      <w:pPr>
        <w:jc w:val="right"/>
      </w:pPr>
      <w:r>
        <w:t>ایک ٹیپ لگا ہوا ہے۔</w:t>
      </w:r>
    </w:p>
    <w:p>
      <w:r>
        <w:rPr>
          <w:b/>
        </w:rPr>
        <w:t xml:space="preserve">[34:41] </w:t>
      </w:r>
      <w:r>
        <w:t>to main us ke paas gaya, aur woh hand pump tha, woh hand pump. to main hand pump laga chalane laga.</w:t>
      </w:r>
    </w:p>
    <w:p>
      <w:pPr>
        <w:jc w:val="right"/>
      </w:pPr>
      <w:r>
        <w:t>تو میں اس کے پاس گیا، اور وہ ہینڈ پمپ تھا، وہ ہینڈ پمپ۔ تو میں ہینڈ پمپ لگا چلانے لگا۔</w:t>
      </w:r>
    </w:p>
    <w:p>
      <w:r>
        <w:rPr>
          <w:b/>
        </w:rPr>
        <w:t xml:space="preserve">[34:52] </w:t>
      </w:r>
      <w:r>
        <w:t>main samajhta tha ke woh jo nal hai, jo tap hai, us se pani aayega. ab main chala raha hoon, chala raha hoon, pani aa hi nahin raha.</w:t>
      </w:r>
    </w:p>
    <w:p>
      <w:pPr>
        <w:jc w:val="right"/>
      </w:pPr>
      <w:r>
        <w:t>میں سمجھتا تھا کہ وہ جو نل ہے، جو ٹیپ ہے، اس سے پانی آئے گا۔ اب میں چلا رہا ہوں، چلا رہا ہوں، پانی آ ہی نہیں رہا۔</w:t>
      </w:r>
    </w:p>
    <w:p>
      <w:r>
        <w:rPr>
          <w:b/>
        </w:rPr>
        <w:t xml:space="preserve">[35:03] </w:t>
      </w:r>
      <w:r>
        <w:t>ab tak woh manzar mujhe yaad hai ke main us hand pump ko chala raha hoon, chala raha hoon, chala raha hoon, pani nahin aa raha.</w:t>
      </w:r>
    </w:p>
    <w:p>
      <w:pPr>
        <w:jc w:val="right"/>
      </w:pPr>
      <w:r>
        <w:t>اب تک وہ منظر مجھے یاد ہے کہ میں اس ہینڈ پمپ کو چلا رہا ہوں، چلا رہا ہوں، چلا رہا ہوں، پانی نہیں آ رہا۔</w:t>
      </w:r>
    </w:p>
    <w:p>
      <w:r>
        <w:rPr>
          <w:b/>
        </w:rPr>
        <w:t xml:space="preserve">[35:12] </w:t>
      </w:r>
      <w:r>
        <w:t>to ek musafir guzra wahan se, us ne dekha ke yeh ladka jo hai,</w:t>
      </w:r>
    </w:p>
    <w:p>
      <w:pPr>
        <w:jc w:val="right"/>
      </w:pPr>
      <w:r>
        <w:t>تو ایک مسافر گزرا وہاں سے، اس نے دیکھا کہ یہ لڑکا جو ہے،</w:t>
      </w:r>
    </w:p>
    <w:p>
      <w:r>
        <w:rPr>
          <w:b/>
        </w:rPr>
        <w:t xml:space="preserve">[35:18] </w:t>
      </w:r>
      <w:r>
        <w:t>yaani phansa hua hai is mein. woh janta tha ke yeh galti kahan ho rahi hai. to asal yeh tha ke woh jo, woh jo, woh jo hand pump tha, woh ek house se juda hua tha.</w:t>
      </w:r>
    </w:p>
    <w:p>
      <w:pPr>
        <w:jc w:val="right"/>
      </w:pPr>
      <w:r>
        <w:t>یعنی پھنسا ہوا ہے اس میں۔ وہ جانتا تھا کہ یہ غلطی کہاں ہو رہی ہے۔ تو اصل یہ تھا کہ وہ جو، وہ جو، وہ جو ہینڈ پمپ تھا، وہ ایک ہاؤس سے جڑا ہوا تھا۔</w:t>
      </w:r>
    </w:p>
    <w:p>
      <w:r>
        <w:rPr>
          <w:b/>
        </w:rPr>
        <w:t xml:space="preserve">[35:33] </w:t>
      </w:r>
      <w:r>
        <w:t>house mein pani aata tha, to main idhar chalata tha, pani sara pani jata tha house mein.</w:t>
      </w:r>
    </w:p>
    <w:p>
      <w:pPr>
        <w:jc w:val="right"/>
      </w:pPr>
      <w:r>
        <w:t>ہاؤس میں پانی آتا تھا، تو میں ادھر چلاتا تھا، پانی سارا پانی جاتا تھا ہاؤس میں۔</w:t>
      </w:r>
    </w:p>
    <w:p>
      <w:r>
        <w:rPr>
          <w:b/>
        </w:rPr>
        <w:t xml:space="preserve">[35:39] </w:t>
      </w:r>
      <w:r>
        <w:t>hamari taraf jo tap tha, wahan nahin aata tha. to us ne kya kiya ke house ki taraf woh band kar diya, house ki taraf jo tap tha, us ko band kar diya.</w:t>
      </w:r>
    </w:p>
    <w:p>
      <w:pPr>
        <w:jc w:val="right"/>
      </w:pPr>
      <w:r>
        <w:t>ہماری طرف جو ٹیپ تھا، وہاں نہیں آتا تھا۔ تو اس نے کیا کیا کہ ہاؤس کی طرف وہ بند کر دیا، ہاؤس کی طرف جو ٹیپ تھا، اس کو بند کر دیا۔</w:t>
      </w:r>
    </w:p>
    <w:p>
      <w:r>
        <w:rPr>
          <w:b/>
        </w:rPr>
        <w:t xml:space="preserve">[35:53] </w:t>
      </w:r>
      <w:r>
        <w:t>to meri taraf pani anay laga parha. to mein ne pani piya phir. to kabhi aisa hota hai ke koi ghalti hoti hai jis ki wajah se aap ko pani nahi pahunch raha hota, aap ko Allah ki madad nahi pahunch rahi hoti</w:t>
      </w:r>
    </w:p>
    <w:p>
      <w:pPr>
        <w:jc w:val="right"/>
      </w:pPr>
      <w:r>
        <w:t>تو میری طرف پانی آنے لگا پڑا۔ تو میں نے پانی پیا پھر۔ تو کبھی ایسا ہوتا ہے کہ کوئی غلطی ہوتی ہے جس کی وجہ سے آپ کو پانی نہیں پہنچ رہا ہوتا، آپ کو اللہ کی مدد نہیں پہنچ رہی ہوتی</w:t>
      </w:r>
    </w:p>
    <w:p>
      <w:r>
        <w:rPr>
          <w:b/>
        </w:rPr>
        <w:t xml:space="preserve">[36:08] </w:t>
      </w:r>
      <w:r>
        <w:t>hai, aap ka kaam jo hai ban nahi raha hota hai. to is sabab ko daryaft kijiye.</w:t>
      </w:r>
    </w:p>
    <w:p>
      <w:pPr>
        <w:jc w:val="right"/>
      </w:pPr>
      <w:r>
        <w:t>ہے، آپ کا کام جو ہے بن نہیں رہا ہوتا ہے۔ تو اس سبب کو دریافت کیجئے۔</w:t>
      </w:r>
    </w:p>
    <w:p>
      <w:r>
        <w:rPr>
          <w:b/>
        </w:rPr>
        <w:t xml:space="preserve">[36:16] </w:t>
      </w:r>
      <w:r>
        <w:t>is zamane mein sabab kya hai ke Allah ne jin ko hamare liye badu ka darja de rakha tha, is ko hum ne dushman bana liya aur lage is se larai karne.</w:t>
      </w:r>
    </w:p>
    <w:p>
      <w:pPr>
        <w:jc w:val="right"/>
      </w:pPr>
      <w:r>
        <w:t>اس زمانے میں سبب کیا ہے کہ اللہ نے جن کو ہمارے لیے بدو کا درجہ دے رکھا تھا، اس کو ہم نے دشمن بنا لیا اور لگے اس سے لڑائی کرنے۔</w:t>
      </w:r>
    </w:p>
    <w:p>
      <w:r>
        <w:rPr>
          <w:b/>
        </w:rPr>
        <w:t xml:space="preserve">[36:30] </w:t>
      </w:r>
      <w:r>
        <w:t>halankay badu ke liye sirf dawat hai, dawat hai, dawat hai, peaceful dawat hai, aur kuch nahi hai.</w:t>
      </w:r>
    </w:p>
    <w:p>
      <w:pPr>
        <w:jc w:val="right"/>
      </w:pPr>
      <w:r>
        <w:t>حالانکہ بدو کے لیے صرف دعوت ہے، دعوت ہے، دعوت ہے، پیس فل دعوت ہے، اور کچھ نہیں ہے۔</w:t>
      </w:r>
    </w:p>
    <w:p>
      <w:r>
        <w:rPr>
          <w:b/>
        </w:rPr>
        <w:t xml:space="preserve">[36:40] </w:t>
      </w:r>
      <w:r>
        <w:t>to is daur mein jo bhi aap musalmanon ke kisi jalsay mein jaiye, un ki kisi perche ko parhiye, un ki majlis mein baithiye, har jagah aap sunenge negative baatein</w:t>
      </w:r>
    </w:p>
    <w:p>
      <w:pPr>
        <w:jc w:val="right"/>
      </w:pPr>
      <w:r>
        <w:t>تو اس دور میں جو بھی آپ مسلمانوں کے کسی جلسے میں جائیے، ان کی کسی پرچے کو پڑھیے، ان کی مجلس میں بیٹھیے، ہر جگہ آپ سنیں گے نیگیٹیو باتیں</w:t>
      </w:r>
    </w:p>
    <w:p>
      <w:r>
        <w:rPr>
          <w:b/>
        </w:rPr>
        <w:t xml:space="preserve">[36:53] </w:t>
      </w:r>
      <w:r>
        <w:t>ke musalmanon par zulm ho raha hai, musalman under siege hain,</w:t>
      </w:r>
    </w:p>
    <w:p>
      <w:pPr>
        <w:jc w:val="right"/>
      </w:pPr>
      <w:r>
        <w:t>کہ مسلمانوں پر ظلم ہو رہا ہے، مسلمان انڈر سیز ہیں،</w:t>
      </w:r>
    </w:p>
    <w:p>
      <w:r>
        <w:rPr>
          <w:b/>
        </w:rPr>
        <w:t xml:space="preserve">[37:00] </w:t>
      </w:r>
      <w:r>
        <w:t>musalmanon ke sath discrimination hota hai.</w:t>
      </w:r>
    </w:p>
    <w:p>
      <w:pPr>
        <w:jc w:val="right"/>
      </w:pPr>
      <w:r>
        <w:t>مسلمانوں کے ساتھ ڈسکریمینیشن ہوتا ہے۔</w:t>
      </w:r>
    </w:p>
    <w:p>
      <w:r>
        <w:rPr>
          <w:b/>
        </w:rPr>
        <w:t xml:space="preserve">[37:08] </w:t>
      </w:r>
      <w:r>
        <w:t>abhi kal mere pas aik sahib ka telephone aya, unhon ne kaha ke aik aalim jo Britain mein rehte hain, woh aye India, un ki taqreer hui.</w:t>
      </w:r>
    </w:p>
    <w:p>
      <w:pPr>
        <w:jc w:val="right"/>
      </w:pPr>
      <w:r>
        <w:t>ابھی کل میرے پاس ایک صاحب کا ٹیلی فون آیا، انہوں نے کہا کہ ایک عالم جو برٹن میں رہتے ہیں، وہ آئے انڈیا، ان کی تقریر ہوئی۔</w:t>
      </w:r>
    </w:p>
    <w:p>
      <w:r>
        <w:rPr>
          <w:b/>
        </w:rPr>
        <w:t xml:space="preserve">[37:21] </w:t>
      </w:r>
      <w:r>
        <w:t>to unhon ne kaha ke Europe mein bohat ziyada musalmanon ke sath discrimination hota hai. to misal kya di unhon ne ke wahan ki press mein yeh haal hai ke kisi waqeye ki report aye aur us mein koi musalman agar ne kuch ghalt kaam kiya ho to uska naam rahega,</w:t>
      </w:r>
    </w:p>
    <w:p>
      <w:pPr>
        <w:jc w:val="right"/>
      </w:pPr>
      <w:r>
        <w:t>تو انہوں نے کہا کہ یورپ میں بہت زیادہ مسلمانوں کے ساتھ ڈسکریمینیشن ہوتا ہے۔ تو مثال کیا دی انہوں نے کہ وہاں کی پریس میں یہ حال ہے کہ کسی واقعے کی رپورٹ آئے اور اس میں کوئی مسلمان اگر نے کچھ غلط کام کیا ہو تو اس کا نام رہے گا،</w:t>
      </w:r>
    </w:p>
    <w:p>
      <w:r>
        <w:rPr>
          <w:b/>
        </w:rPr>
        <w:t xml:space="preserve">[37:40] </w:t>
      </w:r>
      <w:r>
        <w:t>musalman ka naam rahega. aur agar kisi non-muslim ka mamla ho to wahan aik person, aik person, aik shakhs ka rahega,</w:t>
      </w:r>
    </w:p>
    <w:p>
      <w:pPr>
        <w:jc w:val="right"/>
      </w:pPr>
      <w:r>
        <w:t>مسلمان کا نام رہے گا۔ اور اگر کسی نان مسلم کا معاملہ ہو تو وہاں ایک پرسن، ایک پرسن، ایک شخص کا رہے گا،</w:t>
      </w:r>
    </w:p>
    <w:p>
      <w:r>
        <w:rPr>
          <w:b/>
        </w:rPr>
        <w:t xml:space="preserve">[37:50] </w:t>
      </w:r>
      <w:r>
        <w:t>yani musalman ka naam rahega aur doosra aik person.</w:t>
      </w:r>
    </w:p>
    <w:p>
      <w:pPr>
        <w:jc w:val="right"/>
      </w:pPr>
      <w:r>
        <w:t>یعنی مسلمان کا نام رہے گا اور دوسرا ایک شخص۔</w:t>
      </w:r>
    </w:p>
    <w:p>
      <w:r>
        <w:rPr>
          <w:b/>
        </w:rPr>
        <w:t xml:space="preserve">[37:56] </w:t>
      </w:r>
      <w:r>
        <w:t>mein ne dekha, bilkul ghalt baat hai ke mein to ziyada zindagi angrezi akhbar parhta raha, mein ne kabhi aisa nahi paya. ab aik adh, aik adh cheez kahin dekhi hogi, us ko generalize kar diya unhon ne, aik adh waqeye ko generalize kar diya.</w:t>
      </w:r>
    </w:p>
    <w:p>
      <w:pPr>
        <w:jc w:val="right"/>
      </w:pPr>
      <w:r>
        <w:t>میں نے دیکھا، بالکل غلط بات ہے کہ میں تو زیادہ زندگی انگریزی اخبار پڑھتا رہا، میں نے کبھی ایسا نہیں پایا۔ اب ایک ادھ، ایک ادھ چیز کہیں دیکھی ہوگی، اس کو جنرلائز کر دیا انہوں نے، ایک ادھ واقعے کو جنرلائز کر دیا۔</w:t>
      </w:r>
    </w:p>
    <w:p>
      <w:r>
        <w:rPr>
          <w:b/>
        </w:rPr>
        <w:t xml:space="preserve">[38:14] </w:t>
      </w:r>
      <w:r>
        <w:t>to yeh halat hai logon ki.</w:t>
      </w:r>
    </w:p>
    <w:p>
      <w:pPr>
        <w:jc w:val="right"/>
      </w:pPr>
      <w:r>
        <w:t>تو یہ حالت ہے لوگوں کی۔</w:t>
      </w:r>
    </w:p>
    <w:p>
      <w:r>
        <w:rPr>
          <w:b/>
        </w:rPr>
        <w:t xml:space="preserve">[38:17] </w:t>
      </w:r>
      <w:r>
        <w:t>to yeh jo tasawwur hai ke hamare sath zulm ho raha hai, hamare sath discrimination kiya jata hai, hum under siege hain, is ko khatam karne ki shakal yeh nahi hai ke hum protest karein, complaint karein, ehtejaj karein,</w:t>
      </w:r>
    </w:p>
    <w:p>
      <w:pPr>
        <w:jc w:val="right"/>
      </w:pPr>
      <w:r>
        <w:t>تو یہ جو تصور ہے کہ ہمارے ساتھ ظلم ہو رہا ہے، ہمارے ساتھ ڈسکریمینیشن کیا جاتا ہے، ہم انڈر سیز ہیں، اس کو ختم کرنے کی شکل یہ نہیں ہے کہ ہم پروٹیسٹ کریں، کمپلینٹ کریں، احتجاج کریں،</w:t>
      </w:r>
    </w:p>
    <w:p>
      <w:r>
        <w:rPr>
          <w:b/>
        </w:rPr>
        <w:t xml:space="preserve">[38:35] </w:t>
      </w:r>
      <w:r>
        <w:t>balkay sochen ke ghalti kahan hai, sochen ghalti kahan hai.</w:t>
      </w:r>
    </w:p>
    <w:p>
      <w:pPr>
        <w:jc w:val="right"/>
      </w:pPr>
      <w:r>
        <w:t>بلکہ سوچیں کہ غلطی کہاں ہے، سوچیں غلطی کہاں ہے۔</w:t>
      </w:r>
    </w:p>
    <w:p>
      <w:r>
        <w:rPr>
          <w:b/>
        </w:rPr>
        <w:t xml:space="preserve">[38:46] </w:t>
      </w:r>
      <w:r>
        <w:t>to ghalti yeh hai ke hum ne apne, hamara jo farz hai Allah ki taraf se ummat-e-muslima ke upar, uska tasawwur hi ghalt kar rakha hai,</w:t>
      </w:r>
    </w:p>
    <w:p>
      <w:pPr>
        <w:jc w:val="right"/>
      </w:pPr>
      <w:r>
        <w:t>تو غلطی یہ ہے کہ ہم نے اپنے، ہمارا جو فرض ہے اللہ کی طرف سے امت مسلمہ کے اوپر، اس کا تصور ہی غلط کر رکھا ہے،</w:t>
      </w:r>
    </w:p>
    <w:p>
      <w:r>
        <w:rPr>
          <w:b/>
        </w:rPr>
        <w:t xml:space="preserve">[38:58] </w:t>
      </w:r>
      <w:r>
        <w:t>isi ka apne, apne nasb ul aun ka tasawwur ghalt bana rakha hai. hamare upar jo farz hai, woh yeh hai ke hum tamam insanon ko Allah ka paigham pahunchayein, kyunke woh hamare liye madu hain, hum dawi hain, woh madu hain.</w:t>
      </w:r>
    </w:p>
    <w:p>
      <w:pPr>
        <w:jc w:val="right"/>
      </w:pPr>
      <w:r>
        <w:t>اسی کا اپنے، اپنے نصب العون کا تصور غلط بنا رکھا ہے۔ ہمارے اوپر جو فرض ہے، وہ یہ ہے کہ ہم تمام انسانوں کو اللہ کا پیغام پہنچائیں، کیونکہ وہ ہمارے لیے مدعو ہیں، ہم داعی ہیں، وہ مدعو ہیں۔</w:t>
      </w:r>
    </w:p>
    <w:p>
      <w:r>
        <w:rPr>
          <w:b/>
        </w:rPr>
        <w:t xml:space="preserve">[39:14] </w:t>
      </w:r>
      <w:r>
        <w:t>lekin is ko ghalt, is ko badal kar ke yeh bana rakha hai ke hum, hum mazloom hain ya zalim hain. yani jo equation dawi o madu ka tha, us equation ko zalim mazloom bana diya,</w:t>
      </w:r>
    </w:p>
    <w:p>
      <w:pPr>
        <w:jc w:val="right"/>
      </w:pPr>
      <w:r>
        <w:t>لیکن اس کو غلط، اس کو بدل کر کے یہ بنا رکھا ہے کہ ہم، ہم مظلوم ہیں یا ظالم ہیں۔ یعنی جو ایکویشن داعی و مدعو کا تھا، اس ایکویشن کو ظالم مظلوم بنا دیا،</w:t>
      </w:r>
    </w:p>
    <w:p>
      <w:r>
        <w:rPr>
          <w:b/>
        </w:rPr>
        <w:t xml:space="preserve">[39:30] </w:t>
      </w:r>
      <w:r>
        <w:t>aur phir lad rahe hain, lad rahe hain. to yahan, yahan par hamein islaah karni padegi, yahan par hamein islaah karni padegi.</w:t>
      </w:r>
    </w:p>
    <w:p>
      <w:pPr>
        <w:jc w:val="right"/>
      </w:pPr>
      <w:r>
        <w:t>اور پھر لڑ رہے ہیں، لڑ رہے ہیں۔ تو یہاں، یہاں پر ہمیں اصلاح کرنی پڑے گی، یہاں پر ہمیں اصلاح کرنی پڑے گی۔</w:t>
      </w:r>
    </w:p>
    <w:p>
      <w:r>
        <w:rPr>
          <w:b/>
        </w:rPr>
        <w:t xml:space="preserve">[39:41] </w:t>
      </w:r>
      <w:r>
        <w:t>kab ja kar yeh surat-e-haal badlegi? kab ja kar hamara mamla durust hoga? kab ja kar Allah ki nasrat hamari taraf aye gi?</w:t>
      </w:r>
    </w:p>
    <w:p>
      <w:pPr>
        <w:jc w:val="right"/>
      </w:pPr>
      <w:r>
        <w:t>کب جا کر یہ صورتحال بدلے گی؟ کب جا کر ہمارا معاملہ درست ہوگا؟ کب جا کر اللہ کی نصرت ہماری طرف آئے گی؟</w:t>
      </w:r>
    </w:p>
    <w:p>
      <w:r>
        <w:rPr>
          <w:b/>
        </w:rPr>
        <w:t xml:space="preserve">[39:56] </w:t>
      </w:r>
      <w:r>
        <w:t>yeh hai sara mamla.</w:t>
      </w:r>
    </w:p>
    <w:p>
      <w:pPr>
        <w:jc w:val="right"/>
      </w:pPr>
      <w:r>
        <w:t>یہ ہے سارا معاملہ۔</w:t>
      </w:r>
    </w:p>
    <w:p>
      <w:r>
        <w:rPr>
          <w:b/>
        </w:rPr>
        <w:t xml:space="preserve">[40:00] </w:t>
      </w:r>
      <w:r>
        <w:t>yeh jo mein ne misal di ke woh Europe mein rehte hain, aur kya bataya unhon ne? aa kar ke ke wahan ke akhbaron ka yeh haal hai ke koi musalman ki baat ho to Muslim naam likhein ge, aur kisi non-muslim ki baat ho to aik person likhein ge.</w:t>
      </w:r>
    </w:p>
    <w:p>
      <w:pPr>
        <w:jc w:val="right"/>
      </w:pPr>
      <w:r>
        <w:t>یہ جو میں نے مثال دی کہ وہ یورپ میں رہتے ہیں، اور کیا بتایا انہوں نے؟ آ کر کے کہ وہاں کے اخباروں کا یہ حال ہے کہ کوئی مسلمان کی بات ہو تو مسلم نام لکھیں گے، اور کسی نان مسلم کی بات ہو تو ایک پرسن لکھیں گے۔</w:t>
      </w:r>
    </w:p>
    <w:p>
      <w:r>
        <w:rPr>
          <w:b/>
        </w:rPr>
        <w:t xml:space="preserve">[40:19] </w:t>
      </w:r>
      <w:r>
        <w:t>yeh, yeh bilkul ghalt baat hai. yani yeh is ko kahenge wrong generalization. koi aik waqea aisa hua hoga to usi ko generalize</w:t>
      </w:r>
    </w:p>
    <w:p>
      <w:pPr>
        <w:jc w:val="right"/>
      </w:pPr>
      <w:r>
        <w:t>یہ، یہ بالکل غلط بات ہے۔ یعنی یہ اس کو کہیں گے رانگ جنرلائزیشن۔ کوئی ایک واقعہ ایسا ہوا ہوگا تو اسی کو جنرلائز</w:t>
      </w:r>
    </w:p>
    <w:p>
      <w:r>
        <w:rPr>
          <w:b/>
        </w:rPr>
        <w:t xml:space="preserve">[40:29] </w:t>
      </w:r>
      <w:r>
        <w:t>kar diya unhon ne, kyunke mein bhi to parhta hoon. to jo log is tareeqay se bat, yani musalmanon ko</w:t>
      </w:r>
    </w:p>
    <w:p>
      <w:pPr>
        <w:jc w:val="right"/>
      </w:pPr>
      <w:r>
        <w:t>کر دیا انہوں نے، کیونکہ میں بھی تو پڑھتا ہوں۔ تو جو لوگ اس طریقے سے بت، یعنی مسلمانوں کو</w:t>
      </w:r>
    </w:p>
    <w:p>
      <w:r>
        <w:rPr>
          <w:b/>
        </w:rPr>
        <w:t xml:space="preserve">[40:40] </w:t>
      </w:r>
      <w:r>
        <w:t>batate hain, woh musalmanon ko, yani ghalt zehn banate hain, ghalt zehn. haqeeqat hai ke sari duniya ke musalman jo hain, jo likhne aur bolne wale log hain, woh ghalt zehn hi bana rahe hain,</w:t>
      </w:r>
    </w:p>
    <w:p>
      <w:pPr>
        <w:jc w:val="right"/>
      </w:pPr>
      <w:r>
        <w:t>بتاتے ہیں، وہ مسلمانوں کو، یعنی غلط ذہن بناتے ہیں، غلط ذہن۔ حقیقت ہے کہ ساری دنیا کے مسلمان جو ہیں، جو لکھنے اور بولنے والے لوگ ہیں، وہ غلط ذہن ہی بنا رہے ہیں،</w:t>
      </w:r>
    </w:p>
    <w:p>
      <w:r>
        <w:rPr>
          <w:b/>
        </w:rPr>
        <w:t xml:space="preserve">[40:55] </w:t>
      </w:r>
      <w:r>
        <w:t>ghalat zehan bana rahe hain.</w:t>
      </w:r>
    </w:p>
    <w:p>
      <w:pPr>
        <w:jc w:val="right"/>
      </w:pPr>
      <w:r>
        <w:t>غلط ذہن بنا رہے ہیں۔</w:t>
      </w:r>
    </w:p>
    <w:p>
      <w:r>
        <w:rPr>
          <w:b/>
        </w:rPr>
        <w:t xml:space="preserve">[40:57] </w:t>
      </w:r>
      <w:r>
        <w:t>aur isi ghalat zehan ki waja se sare dunya ke musalman negative ho gaye hain, protest karte hain, complaint karte hain.</w:t>
      </w:r>
    </w:p>
    <w:p>
      <w:pPr>
        <w:jc w:val="right"/>
      </w:pPr>
      <w:r>
        <w:t>اور اسی غلط ذہن کی وجہ سے سارے دنیا کے مسلمان نیگیٹیو ہو گئے ہیں، پروٹیسٹ کرتے ہیں، کمپلینٹ کرتے ہیں۔</w:t>
      </w:r>
    </w:p>
    <w:p>
      <w:r>
        <w:rPr>
          <w:b/>
        </w:rPr>
        <w:t xml:space="preserve">[41:09] </w:t>
      </w:r>
      <w:r>
        <w:t>iski meri zimmedari hai inhi logon par jo leader hain, jo jis ko mein kaha karta hoon likhne aur bolne wala tabqa.</w:t>
      </w:r>
    </w:p>
    <w:p>
      <w:pPr>
        <w:jc w:val="right"/>
      </w:pPr>
      <w:r>
        <w:t>اس کی میری ذمہ داری ہے انہی لوگوں پر جو لیڈر ہیں، جو جس کو میں کہا کرتا ہوں لکھنے اور بولنے والا طبقہ۔</w:t>
      </w:r>
    </w:p>
    <w:p>
      <w:r>
        <w:rPr>
          <w:b/>
        </w:rPr>
        <w:t xml:space="preserve">[41:20] </w:t>
      </w:r>
      <w:r>
        <w:t>yani musalmanon ka jo likhne aur bolne wala tabqa hai, wo asal zimmedar hai.</w:t>
      </w:r>
    </w:p>
    <w:p>
      <w:pPr>
        <w:jc w:val="right"/>
      </w:pPr>
      <w:r>
        <w:t>یعنی مسلمانوں کا جو لکھنے اور بولنے والا طبقہ ہے، وہ اصل ذمہ دار ہے۔</w:t>
      </w:r>
    </w:p>
    <w:p>
      <w:r>
        <w:rPr>
          <w:b/>
        </w:rPr>
        <w:t xml:space="preserve">[41:24] </w:t>
      </w:r>
      <w:r>
        <w:t>isne logon ke zehan ko kharab kiya hai,</w:t>
      </w:r>
    </w:p>
    <w:p>
      <w:pPr>
        <w:jc w:val="right"/>
      </w:pPr>
      <w:r>
        <w:t>اس نے لوگوں کے ذہن کو خراب کیا ہے،</w:t>
      </w:r>
    </w:p>
    <w:p>
      <w:r>
        <w:rPr>
          <w:b/>
        </w:rPr>
        <w:t xml:space="preserve">[41:33] </w:t>
      </w:r>
      <w:r>
        <w:t>aur kharabi ki jar mein dekhein yahi hai ke inhone Quran ki ayaton ko ghalat interpretation de diya, ghalat mani isko bata diya.</w:t>
      </w:r>
    </w:p>
    <w:p>
      <w:pPr>
        <w:jc w:val="right"/>
      </w:pPr>
      <w:r>
        <w:t>اور خرابی کی جڑ میں دیکھیں یہی ہے کہ انہوں نے قرآن کی آیتوں کو غلط انٹرپریٹیشن دے دیا، غلط معنی اس کو بتا دیا۔</w:t>
      </w:r>
    </w:p>
    <w:p>
      <w:r>
        <w:rPr>
          <w:b/>
        </w:rPr>
        <w:t xml:space="preserve">[41:42] </w:t>
      </w:r>
      <w:r>
        <w:t>to ye bohat hi serious baat hai.</w:t>
      </w:r>
    </w:p>
    <w:p>
      <w:pPr>
        <w:jc w:val="right"/>
      </w:pPr>
      <w:r>
        <w:t>تو یہ بہت ہی سیریس بات ہے۔</w:t>
      </w:r>
    </w:p>
    <w:p>
      <w:r>
        <w:rPr>
          <w:b/>
        </w:rPr>
        <w:t xml:space="preserve">[41:47] </w:t>
      </w:r>
      <w:r>
        <w:t>hum sab ko is par sochna hai,</w:t>
      </w:r>
    </w:p>
    <w:p>
      <w:pPr>
        <w:jc w:val="right"/>
      </w:pPr>
      <w:r>
        <w:t>ہم سب کو اس پر سوچنا ہے،</w:t>
      </w:r>
    </w:p>
    <w:p>
      <w:r>
        <w:rPr>
          <w:b/>
        </w:rPr>
        <w:t xml:space="preserve">[41:52] </w:t>
      </w:r>
      <w:r>
        <w:t>hum sab ko is par sochna hai. Hamein apni islaah karni hai, aur doosron ko batana hai ke wo bhi islaah karein</w:t>
      </w:r>
    </w:p>
    <w:p>
      <w:pPr>
        <w:jc w:val="right"/>
      </w:pPr>
      <w:r>
        <w:t>ہم سب کو اس پر سوچنا ہے۔ ہمیں اپنی اصلاح کرنی ہے، اور دوسروں کو بتانا ہے کہ وہ بھی اصلاح کریں</w:t>
      </w:r>
    </w:p>
    <w:p>
      <w:r>
        <w:rPr>
          <w:b/>
        </w:rPr>
        <w:t xml:space="preserve">[42:03] </w:t>
      </w:r>
      <w:r>
        <w:t>taake Allah ki rehmat unki taraf mutawajjah ho.</w:t>
      </w:r>
    </w:p>
    <w:p>
      <w:pPr>
        <w:jc w:val="right"/>
      </w:pPr>
      <w:r>
        <w:t>تاکہ اللہ کی رحمت ان کی طرف متوجہ ہو۔</w:t>
      </w:r>
    </w:p>
    <w:p>
      <w:r>
        <w:rPr>
          <w:b/>
        </w:rPr>
        <w:t xml:space="preserve">[42:11] </w:t>
      </w:r>
      <w:r>
        <w:t>yaad rahe ke is tarah ki soorat-e-haal mein koi doosra option nahi</w:t>
      </w:r>
    </w:p>
    <w:p>
      <w:pPr>
        <w:jc w:val="right"/>
      </w:pPr>
      <w:r>
        <w:t>یاد رہے کہ اس طرح کی صورتحال میں کوئی دوسرا آپشن نہیں</w:t>
      </w:r>
    </w:p>
    <w:p>
      <w:r>
        <w:rPr>
          <w:b/>
        </w:rPr>
        <w:t xml:space="preserve">[42:16] </w:t>
      </w:r>
      <w:r>
        <w:t>. Kehte hain, "ye zyada protest kijiye", kehte hain, "as a complaint kijiye", kehte hain, "as a media mein tere tand bahana dete rahiye".</w:t>
      </w:r>
    </w:p>
    <w:p>
      <w:pPr>
        <w:jc w:val="right"/>
      </w:pPr>
      <w:r>
        <w:t>۔ کہتے ہیں، "یہ زیادہ پروٹیسٹ کیجئے"، کہتے ہیں، "ایز ا کمپلینٹ کیجئے"، کہتے ہیں، "ایز ا میڈیا میں تیرے تند بہانہ دیتے رہیے"۔</w:t>
      </w:r>
    </w:p>
    <w:p>
      <w:r>
        <w:rPr>
          <w:b/>
        </w:rPr>
        <w:t xml:space="preserve">[42:26] </w:t>
      </w:r>
      <w:r>
        <w:t>is se kuch hone wala nahi hai, kuch bhi is se nahi hone wala hai. Asal ghalati ko daryaft karna padega, asal ghalati ko correct karna padega, asal ghalati ki islaah karni padegi, tab ja kar soorat-e-haal badlegi.</w:t>
      </w:r>
    </w:p>
    <w:p>
      <w:pPr>
        <w:jc w:val="right"/>
      </w:pPr>
      <w:r>
        <w:t>اس سے کچھ ہونے والا نہیں ہے، کچھ بھی اس سے نہیں ہونے والا ہے۔ اصل غلطی کو دریافت کرنا پڑے گا، اصل غلطی کو کریکٹ کرنا پڑے گا، اصل غلطی کی اصلاح کرنی پڑے گی، تب جا کر صورتحال بدلے گی۔</w:t>
      </w:r>
    </w:p>
    <w:p>
      <w:r>
        <w:rPr>
          <w:b/>
        </w:rPr>
        <w:t xml:space="preserve">[42:46] </w:t>
      </w:r>
      <w:r>
        <w:t>sirf shikayat aur ehtejaj se koi badlav aane wala nahi hai. Mujh ko rozana is tarah ki baatein hain, ya to telephone milti hain, ya koi mulaqat karta hai, aisi baatein karta hai wo,</w:t>
      </w:r>
    </w:p>
    <w:p>
      <w:pPr>
        <w:jc w:val="right"/>
      </w:pPr>
      <w:r>
        <w:t>صرف شکایت اور احتجاج سے کوئی بدلاؤ آنے والا نہیں ہے۔ مجھ کو روزانہ اس طرح کی باتیں ہیں، یا تو ٹیلی فون ملتی ہیں، یا کوئی ملاقات کرتا ہے، ایسی باتیں کرتا ہے وہ،</w:t>
      </w:r>
    </w:p>
    <w:p>
      <w:r>
        <w:rPr>
          <w:b/>
        </w:rPr>
        <w:t xml:space="preserve">[43:06] </w:t>
      </w:r>
      <w:r>
        <w:t>aur sab hamesha negative baatein karte</w:t>
      </w:r>
    </w:p>
    <w:p>
      <w:pPr>
        <w:jc w:val="right"/>
      </w:pPr>
      <w:r>
        <w:t>اور سب ہمیشہ نیگیٹیو باتیں کرتے</w:t>
      </w:r>
    </w:p>
    <w:p>
      <w:r>
        <w:rPr>
          <w:b/>
        </w:rPr>
        <w:t xml:space="preserve">[43:09] </w:t>
      </w:r>
      <w:r>
        <w:t>hain. Yani ek aadmi Britain mein baitha hua hai, wahan bohat aaram se rehta hoga wo, kyunke agar isko India mein aaram ho to use chhod kar wahan kyun jayega wo?</w:t>
      </w:r>
    </w:p>
    <w:p>
      <w:pPr>
        <w:jc w:val="right"/>
      </w:pPr>
      <w:r>
        <w:t>ہیں۔ یعنی ایک آدمی برٹن میں بیٹھا ہوا ہے، وہاں بہت آرام سے رہتا ہوگا وہ، کیونکہ اگر اس کو انڈیا میں آرام ہو تو اسے چھوڑ کر وہاں کیوں جائے گا وہ؟</w:t>
      </w:r>
    </w:p>
    <w:p>
      <w:r>
        <w:rPr>
          <w:b/>
        </w:rPr>
        <w:t xml:space="preserve">[43:22] </w:t>
      </w:r>
      <w:r>
        <w:t>to India mein iski jo zindagi thi, us se behtar isko mili hui hai Britain. Tab wahan thehar, wahan rehta hai, lekin</w:t>
      </w:r>
    </w:p>
    <w:p>
      <w:pPr>
        <w:jc w:val="right"/>
      </w:pPr>
      <w:r>
        <w:t>تو انڈیا میں اس کی جو زندگی تھی، اس سے بہتر اس کو ملی ہوئی ہے برٹن۔ تب وہاں ٹھہر، وہاں رہتا ہے، لیکن</w:t>
      </w:r>
    </w:p>
    <w:p>
      <w:r>
        <w:rPr>
          <w:b/>
        </w:rPr>
        <w:t xml:space="preserve">[43:29] </w:t>
      </w:r>
      <w:r>
        <w:t>baatein karta hai, kaha negative, negative baatein karta hai.</w:t>
      </w:r>
    </w:p>
    <w:p>
      <w:pPr>
        <w:jc w:val="right"/>
      </w:pPr>
      <w:r>
        <w:t>باتیں کرتا ہے، کہا نیگیٹیو، نیگیٹیو باتیں کرتا ہے۔</w:t>
      </w:r>
    </w:p>
    <w:p>
      <w:r>
        <w:rPr>
          <w:b/>
        </w:rPr>
        <w:t xml:space="preserve">[43:37] </w:t>
      </w:r>
      <w:r>
        <w:t>to negative baat hai is liye nahi ke sach much negative news wahan par hai. News ko ghalat andaaz mein padhna, news ko ghalat andaaz mein interpret karna, ghalat news ko ghalat andaaz mein pesh karna.</w:t>
      </w:r>
    </w:p>
    <w:p>
      <w:pPr>
        <w:jc w:val="right"/>
      </w:pPr>
      <w:r>
        <w:t>تو نیگیٹیو بات ہے اس لیے نہیں کہ سچ مچ نیگیٹیو نیوز وہاں پر ہے۔ نیوز کو غلط انداز میں پڑھنا، نیوز کو غلط انداز میں انٹرپریٹ کرنا، غلط نیوز کو غلط انداز میں پیش کرنا۔</w:t>
      </w:r>
    </w:p>
    <w:p>
      <w:r>
        <w:rPr>
          <w:b/>
        </w:rPr>
        <w:t xml:space="preserve">[43:52] </w:t>
      </w:r>
      <w:r>
        <w:t>jaise maine arz kiya ke ek adh baar agar aisa ho jaye to us ko generalize karna.</w:t>
      </w:r>
    </w:p>
    <w:p>
      <w:pPr>
        <w:jc w:val="right"/>
      </w:pPr>
      <w:r>
        <w:t>جیسے میں نے عرض کیا کہ ایک ادھ بار اگر ایسا ہو جائے تو اس کو جنرلائز کرنا۔</w:t>
      </w:r>
    </w:p>
    <w:p>
      <w:r>
        <w:rPr>
          <w:b/>
        </w:rPr>
        <w:t xml:space="preserve">[43:59] </w:t>
      </w:r>
      <w:r>
        <w:t>to ek baar, ek adh baar to har ek ke bare mein hoga, har ek ka kabhi naam aayega, kabhi naam nahi aayega.</w:t>
      </w:r>
    </w:p>
    <w:p>
      <w:pPr>
        <w:jc w:val="right"/>
      </w:pPr>
      <w:r>
        <w:t>تو ایک بار، ایک ادھ بار تو ہر ایک کے بارے میں ہوگا، ہر ایک کا کبھی نام آئے گا، کبھی نام نہیں آئے گا۔</w:t>
      </w:r>
    </w:p>
    <w:p>
      <w:r>
        <w:rPr>
          <w:b/>
        </w:rPr>
        <w:t xml:space="preserve">[44:09] </w:t>
      </w:r>
      <w:r>
        <w:t>lekin ye baatein itni zyada kahi ja rahi hain, itni zyada kahi ja rahi hain ke logon ka zehan bilkul negative ho gaya hai, bilkul log provoke hue baithe hain,</w:t>
      </w:r>
    </w:p>
    <w:p>
      <w:pPr>
        <w:jc w:val="right"/>
      </w:pPr>
      <w:r>
        <w:t>لیکن یہ باتیں اتنی زیادہ کہی جا رہی ہیں، اتنی زیادہ کہی جا رہی ہیں کہ لوگوں کا ذہن بالکل نیگیٹیو ہو گیا ہے، بالکل لوگ پرووک ہوئے بیٹھے ہیں،</w:t>
      </w:r>
    </w:p>
    <w:p>
      <w:r>
        <w:rPr>
          <w:b/>
        </w:rPr>
        <w:t xml:space="preserve">[44:25] </w:t>
      </w:r>
      <w:r>
        <w:t>ghusse mein baithe hue hain.</w:t>
      </w:r>
    </w:p>
    <w:p>
      <w:pPr>
        <w:jc w:val="right"/>
      </w:pPr>
      <w:r>
        <w:t>غصے میں بیٹھے ہوئے ہیں۔</w:t>
      </w:r>
    </w:p>
    <w:p>
      <w:r>
        <w:rPr>
          <w:b/>
        </w:rPr>
        <w:t xml:space="preserve">[44:31] </w:t>
      </w:r>
      <w:r>
        <w:t>kal mein radio mein ek report sun raha tha</w:t>
      </w:r>
    </w:p>
    <w:p>
      <w:pPr>
        <w:jc w:val="right"/>
      </w:pPr>
      <w:r>
        <w:t>کل میں ریڈیو میں ایک رپورٹ سن رہا تھا</w:t>
      </w:r>
    </w:p>
    <w:p>
      <w:r>
        <w:rPr>
          <w:b/>
        </w:rPr>
        <w:t xml:space="preserve">[44:37] </w:t>
      </w:r>
      <w:r>
        <w:t>to mujhe mehman mein ye aaya ke jo log gun culture aur bomb culture chala rahe hain, wo wo asal mein ghasse mein hain hi.</w:t>
      </w:r>
    </w:p>
    <w:p>
      <w:pPr>
        <w:jc w:val="right"/>
      </w:pPr>
      <w:r>
        <w:t>تو مجھے مہمان میں یہ آیا کہ جو لوگ گن کلچر اور بم کلچر چلا رہے ہیں، وہ وہ اصل میں غصے میں ہیں ہی۔</w:t>
      </w:r>
    </w:p>
    <w:p>
      <w:r>
        <w:rPr>
          <w:b/>
        </w:rPr>
        <w:t xml:space="preserve">[44:47] </w:t>
      </w:r>
      <w:r>
        <w:t>to apna ghussa doosre ke upar undel rahe hain, apna ghussa doosre ke upar undel rahe hain, aur ghussa jo hai farzi baaton par,</w:t>
      </w:r>
    </w:p>
    <w:p>
      <w:pPr>
        <w:jc w:val="right"/>
      </w:pPr>
      <w:r>
        <w:t>تو اپنا غصہ دوسرے کے اوپر انڈیل رہے ہیں، اپنا غصہ دوسرے کے اوپر انڈیل رہے ہیں، اور غصہ جو ہے فرضی باتوں پر،</w:t>
      </w:r>
    </w:p>
    <w:p>
      <w:r>
        <w:rPr>
          <w:b/>
        </w:rPr>
        <w:t xml:space="preserve">[44:58] </w:t>
      </w:r>
      <w:r>
        <w:t>kisi sahi baat par nahi hai,</w:t>
      </w:r>
    </w:p>
    <w:p>
      <w:pPr>
        <w:jc w:val="right"/>
      </w:pPr>
      <w:r>
        <w:t>کسی صحیح بات پر نہیں ہے،</w:t>
      </w:r>
    </w:p>
    <w:p>
      <w:r>
        <w:rPr>
          <w:b/>
        </w:rPr>
        <w:t xml:space="preserve">[45:04] </w:t>
      </w:r>
      <w:r>
        <w:t>farzi baaton par.</w:t>
      </w:r>
    </w:p>
    <w:p>
      <w:pPr>
        <w:jc w:val="right"/>
      </w:pPr>
      <w:r>
        <w:t>فرضی باتوں پر۔</w:t>
      </w:r>
    </w:p>
    <w:p>
      <w:r>
        <w:rPr>
          <w:b/>
        </w:rPr>
        <w:t xml:space="preserve">[45:08] </w:t>
      </w:r>
      <w:r>
        <w:t>aakhir mein bhi to wahi akhbar parta hoon, mein bhi wahi media mein jo baatein aati hain, us ko mein bhi dekhta hoon, kyunke mere andar to Allah ke fazl se negative zehan nahi bana.</w:t>
      </w:r>
    </w:p>
    <w:p>
      <w:pPr>
        <w:jc w:val="right"/>
      </w:pPr>
      <w:r>
        <w:t>آخر میں بھی تو وہی اخبار پڑھتا ہوں، میں بھی وہی میڈیا میں جو باتیں آتی ہیں، اس کو میں بھی دیکھتا ہوں، کیونکہ میرے اندر تو اللہ کے فضل سے نیگیٹیو ذہن نہیں بنا۔</w:t>
      </w:r>
    </w:p>
    <w:p>
      <w:r>
        <w:rPr>
          <w:b/>
        </w:rPr>
        <w:t xml:space="preserve">[45:23] </w:t>
      </w:r>
      <w:r>
        <w:t>to log, log ke yaani galat angle se dekhte hain chezon ko, galat angle se. to meri dua hai ke Allah taala mujh ko aur aap ko tofeeq de ke hum is burai se bachein,</w:t>
      </w:r>
    </w:p>
    <w:p>
      <w:pPr>
        <w:jc w:val="right"/>
      </w:pPr>
      <w:r>
        <w:t>تو لوگ، لوگ کے یعنی غلط اینگل سے دیکھتے ہیں چیزوں کو، غلط اینگل سے۔ تو میری دعا ہے کہ اللہ تعالی مجھ کو اور آپ کو توفیق دے کہ ہم اس برائی سے بچیں،</w:t>
      </w:r>
    </w:p>
    <w:p>
      <w:r>
        <w:rPr>
          <w:b/>
        </w:rPr>
        <w:t xml:space="preserve">[45:39] </w:t>
      </w:r>
      <w:r>
        <w:t>aur dawat ka jo farz hai hamare upar, us ko hum poori karein taake Allah ki rehmat hamein hasil ho.</w:t>
      </w:r>
    </w:p>
    <w:p>
      <w:pPr>
        <w:jc w:val="right"/>
      </w:pPr>
      <w:r>
        <w:t>اور دعوت کا جو فرض ہے ہمارے اوپر، اس کو ہم پوری کریں تاکہ اللہ کی رحمت ہمیں حاصل ہو۔</w:t>
      </w:r>
    </w:p>
    <w:p>
      <w:r>
        <w:rPr>
          <w:b/>
        </w:rPr>
        <w:t xml:space="preserve">[45:50] </w:t>
      </w:r>
      <w:r>
        <w:t>Assalam o alaikum wa rehmatullahi wa barakatuh.</w:t>
      </w:r>
    </w:p>
    <w:p>
      <w:pPr>
        <w:jc w:val="right"/>
      </w:pPr>
      <w:r>
        <w:t>السلام علیکم ورحمۃ اللہ وبرکاتہ۔</w:t>
      </w:r>
    </w:p>
    <w:p>
      <w:r>
        <w:rPr>
          <w:b/>
        </w:rPr>
        <w:t xml:space="preserve">[46:08] </w:t>
      </w:r>
      <w:r>
        <w:t>We are starting with the question answer session now. I request our online viewers to please send in their questions at info@cpsglobal.org.</w:t>
      </w:r>
    </w:p>
    <w:p>
      <w:pPr>
        <w:jc w:val="right"/>
      </w:pPr>
      <w:r>
        <w:t>We are starting with the question answer session now. I request our online viewers to please send in their questions at info@cpsglobal.org.</w:t>
      </w:r>
    </w:p>
    <w:p>
      <w:r>
        <w:rPr>
          <w:b/>
        </w:rPr>
        <w:t xml:space="preserve">[46:22] </w:t>
      </w:r>
      <w:r>
        <w:t>wohan sahib, yeh pehla question kya hai ah Dr. Fareeda Khanam ne Delhi se. Muslims in Muslims general mentality is that they are on theright path.</w:t>
      </w:r>
    </w:p>
    <w:p>
      <w:pPr>
        <w:jc w:val="right"/>
      </w:pPr>
      <w:r>
        <w:t>وہاں صاحب، یہ پہلا question کیا ہے آہ ڈاکٹر فریدہ خانم نے دہلی سے۔ Muslims in Muslims general mentality is that they are on theright path.</w:t>
      </w:r>
    </w:p>
    <w:p>
      <w:r>
        <w:rPr>
          <w:b/>
        </w:rPr>
        <w:t xml:space="preserve">[46:37] </w:t>
      </w:r>
      <w:r>
        <w:t>That they do not need any advice. Due to this mentality, they have become resistant to change.</w:t>
      </w:r>
    </w:p>
    <w:p>
      <w:pPr>
        <w:jc w:val="right"/>
      </w:pPr>
      <w:r>
        <w:t>That they do not need any advice. Due to this mentality, they have become resistant to change.</w:t>
      </w:r>
    </w:p>
    <w:p>
      <w:r>
        <w:rPr>
          <w:b/>
        </w:rPr>
        <w:t xml:space="preserve">[46:48] </w:t>
      </w:r>
      <w:r>
        <w:t>They are not willing to reassess the situation.</w:t>
      </w:r>
    </w:p>
    <w:p>
      <w:pPr>
        <w:jc w:val="right"/>
      </w:pPr>
      <w:r>
        <w:t>They are not willing to reassess the situation.</w:t>
      </w:r>
    </w:p>
    <w:p>
      <w:r>
        <w:rPr>
          <w:b/>
        </w:rPr>
        <w:t xml:space="preserve">[46:53] </w:t>
      </w:r>
      <w:r>
        <w:t>With this state of affairs, what strategy should we adopt to reform them?</w:t>
      </w:r>
    </w:p>
    <w:p>
      <w:pPr>
        <w:jc w:val="right"/>
      </w:pPr>
      <w:r>
        <w:t>With this state of affairs, what strategy should we adopt to reform them?</w:t>
      </w:r>
    </w:p>
    <w:p>
      <w:r>
        <w:rPr>
          <w:b/>
        </w:rPr>
        <w:t xml:space="preserve">[47:03] </w:t>
      </w:r>
      <w:r>
        <w:t>dekhein, baat to sahi hai. Self-righteousness jis ko kehte hain, woh saare Musalmanon mein wahi zehan paida ho gaya hai.</w:t>
      </w:r>
    </w:p>
    <w:p>
      <w:pPr>
        <w:jc w:val="right"/>
      </w:pPr>
      <w:r>
        <w:t>دیکھیں، بات تو صحیح ہے۔ Self-righteousness جس کو کہتے ہیں، وہ سارے مسلمانوں میں وہی ذہن پیدا ہو گیا ہے۔</w:t>
      </w:r>
    </w:p>
    <w:p>
      <w:r>
        <w:rPr>
          <w:b/>
        </w:rPr>
        <w:t xml:space="preserve">[47:16] </w:t>
      </w:r>
      <w:r>
        <w:t>apne ko sahi samajhna aur false buniyad par</w:t>
      </w:r>
    </w:p>
    <w:p>
      <w:pPr>
        <w:jc w:val="right"/>
      </w:pPr>
      <w:r>
        <w:t>اپنے کو صحیح سمجھنا اور false بنیاد پر</w:t>
      </w:r>
    </w:p>
    <w:p>
      <w:r>
        <w:rPr>
          <w:b/>
        </w:rPr>
        <w:t xml:space="preserve">[47:21] </w:t>
      </w:r>
      <w:r>
        <w:t>. to baat to sahi hai, lekin is ki islaah ka tareeqa to hamesha ek hi rahega. aur woh yeh hai ke logon ko Quran o Hadees ka ilm phailaya jaye logon ke darmiyan.</w:t>
      </w:r>
    </w:p>
    <w:p>
      <w:pPr>
        <w:jc w:val="right"/>
      </w:pPr>
      <w:r>
        <w:t>۔ تو بات تو صحیح ہے، لیکن اس کی اصلاح کا طریقہ تو ہمیشہ ایک ہی رہے گا۔ اور وہ یہ ہے کہ لوگوں کو قرآن و حدیث کا علم پھیلایا جائے لوگوں کے درمیان۔</w:t>
      </w:r>
    </w:p>
    <w:p>
      <w:r>
        <w:rPr>
          <w:b/>
        </w:rPr>
        <w:t xml:space="preserve">[47:38] </w:t>
      </w:r>
      <w:r>
        <w:t>Imam Malik ne apne ustad ke hawale se yeh baat kahi hai ke لن یصلح آخر هذه الأمة إلا ببعضها is ummat ke baad ke zamane mein jo bigaad aayega,</w:t>
      </w:r>
    </w:p>
    <w:p>
      <w:pPr>
        <w:jc w:val="right"/>
      </w:pPr>
      <w:r>
        <w:t>امام مالک نے اپنے استاد کے حوالے سے یہ بات کہی ہے کہ لن یصلح آخر هذه الأمة إلا ببعضها اس امت کے بعد کے زمانے میں جو بگاڑ آئے گا،</w:t>
      </w:r>
    </w:p>
    <w:p>
      <w:r>
        <w:rPr>
          <w:b/>
        </w:rPr>
        <w:t xml:space="preserve">[47:55] </w:t>
      </w:r>
      <w:r>
        <w:t>is ki islaah bhi is tarah hogi jis tarah ummat ke pehle hisse ki islaah hui thi. to pehle hisse ki islaah kis tarah hui thi?</w:t>
      </w:r>
    </w:p>
    <w:p>
      <w:pPr>
        <w:jc w:val="right"/>
      </w:pPr>
      <w:r>
        <w:t>اس کی اصلاح بھی اس طرح ہوگی جس طرح امت کے پہلے حصے کی اصلاح ہوئی۔ تو پہلے حصے کی اصلاح کس طرح ہوئی تھی؟</w:t>
      </w:r>
    </w:p>
    <w:p>
      <w:r>
        <w:rPr>
          <w:b/>
        </w:rPr>
        <w:t xml:space="preserve">[48:06] </w:t>
      </w:r>
      <w:r>
        <w:t>Quran un ko bataya jata</w:t>
      </w:r>
    </w:p>
    <w:p>
      <w:pPr>
        <w:jc w:val="right"/>
      </w:pPr>
      <w:r>
        <w:t>قرآن ان کو بتایا جاتا</w:t>
      </w:r>
    </w:p>
    <w:p>
      <w:r>
        <w:rPr>
          <w:b/>
        </w:rPr>
        <w:t xml:space="preserve">[48:08] </w:t>
      </w:r>
      <w:r>
        <w:t>tha, Quran ki taleemat un ko batai jati theen.</w:t>
      </w:r>
    </w:p>
    <w:p>
      <w:pPr>
        <w:jc w:val="right"/>
      </w:pPr>
      <w:r>
        <w:t>تھا، قرآن کی تعلیمات ان کو بتائی جاتی تھیں۔</w:t>
      </w:r>
    </w:p>
    <w:p>
      <w:r>
        <w:rPr>
          <w:b/>
        </w:rPr>
        <w:t xml:space="preserve">[48:13] </w:t>
      </w:r>
      <w:r>
        <w:t>to aaj bhi hamein yahi karna hai aur plus dua karte rehna hai. koi naya tareeqa to ho nahi sakta hai. aur inshallah dua ke sath yeh kaam jab barabar kiya jayega to inshallah is ka faida bhi hoga.</w:t>
      </w:r>
    </w:p>
    <w:p>
      <w:pPr>
        <w:jc w:val="right"/>
      </w:pPr>
      <w:r>
        <w:t>تو آج بھی ہمیں یہی کرنا ہے اور پلس دعا کرتے رہنا ہے۔ کوئی نیا طریقہ تو ہو نہیں سکتا ہے۔ اور انشاءاللہ دعا کے ساتھ یہ کام جب برابر کیا جائے گا تو انشاءاللہ اس کا فائدہ بھی ہوگا۔</w:t>
      </w:r>
    </w:p>
    <w:p>
      <w:r>
        <w:rPr>
          <w:b/>
        </w:rPr>
        <w:t xml:space="preserve">[48:31] </w:t>
      </w:r>
      <w:r>
        <w:t>Maulana, yeh agla question aaya hai Mr. Asim ka Delhi se</w:t>
      </w:r>
    </w:p>
    <w:p>
      <w:pPr>
        <w:jc w:val="right"/>
      </w:pPr>
      <w:r>
        <w:t>مولانا، یہ اگلا question آیا ہے مسٹر عاصم کا دہلی سے</w:t>
      </w:r>
    </w:p>
    <w:p>
      <w:r>
        <w:rPr>
          <w:b/>
        </w:rPr>
        <w:t xml:space="preserve">[48:36] </w:t>
      </w:r>
      <w:r>
        <w:t>. Maulana sahib Recently a news came in media that ISIS is growing stronger day by day, and there might come a time when they are able to get hands on nuclear weapons.</w:t>
      </w:r>
    </w:p>
    <w:p>
      <w:pPr>
        <w:jc w:val="right"/>
      </w:pPr>
      <w:r>
        <w:t>۔ مولانا صاحب Recently a news came in media that ISIS is growing stronger day by day, and there might come a time when they are able to get hands on nuclear weapons.</w:t>
      </w:r>
    </w:p>
    <w:p>
      <w:r>
        <w:rPr>
          <w:b/>
        </w:rPr>
        <w:t xml:space="preserve">[48:51] </w:t>
      </w:r>
      <w:r>
        <w:t>Maulana sahib Why are young Muslims from the West getting attracted to the jihadist theory of ISIS?</w:t>
      </w:r>
    </w:p>
    <w:p>
      <w:pPr>
        <w:jc w:val="right"/>
      </w:pPr>
      <w:r>
        <w:t>مولانا صاحب Why are young Muslims from the West getting attracted to the jihadist theory of ISIS?</w:t>
      </w:r>
    </w:p>
    <w:p>
      <w:r>
        <w:rPr>
          <w:b/>
        </w:rPr>
        <w:t xml:space="preserve">[49:01] </w:t>
      </w:r>
      <w:r>
        <w:t>dekhein, bahar se yeh umeed nahi karta ke woh un ke qabze mein nuclear bomb aa jayega. yeh to ek exaggeration hai.</w:t>
      </w:r>
    </w:p>
    <w:p>
      <w:pPr>
        <w:jc w:val="right"/>
      </w:pPr>
      <w:r>
        <w:t>دیکھیں، باہر سے یہ توقع نہیں کرتا کہ وہ ان کے قبضے میں نیوکلیئر بم آ جائے گا۔ یہ تو ایک ایگزیجریشن ہے۔</w:t>
      </w:r>
    </w:p>
    <w:p>
      <w:r>
        <w:rPr>
          <w:b/>
        </w:rPr>
        <w:t xml:space="preserve">[49:12] </w:t>
      </w:r>
      <w:r>
        <w:t>baqi yeh kyunke log ghusse mein jeete hain, nafi manfi zehan ke sath jeete hain, to jo leader hain, us ko capitalize karte hain.</w:t>
      </w:r>
    </w:p>
    <w:p>
      <w:pPr>
        <w:jc w:val="right"/>
      </w:pPr>
      <w:r>
        <w:t>باقی یہ کیونکہ لوگ غصے میں جیتے ہیں، نفی منفی ذہن کے ساتھ جیتے ہیں، تو جو لیڈر ہیں، اس کو کیپیٹلائز کرتے ہیں۔</w:t>
      </w:r>
    </w:p>
    <w:p>
      <w:r>
        <w:rPr>
          <w:b/>
        </w:rPr>
        <w:t xml:space="preserve">[49:26] </w:t>
      </w:r>
      <w:r>
        <w:t>aam log to thori baton ko le kar ke ghusse mein hain, nafrat mein hain, negative thinking aage un ke sath. lekin jo leader log hain, woh woh to zehen hotay hain hamesha,</w:t>
      </w:r>
    </w:p>
    <w:p>
      <w:pPr>
        <w:jc w:val="right"/>
      </w:pPr>
      <w:r>
        <w:t>عام لوگ تو تھوڑی باتوں کو لے کر کے غصے میں ہیں، نفرت میں ہیں، نیگیٹیو تھنکنگ آگے ان کے ساتھ۔ لیکن جو لیڈر لوگ ہیں، وہ وہ تو ذہین ہوتے ہیں ہمیشہ،</w:t>
      </w:r>
    </w:p>
    <w:p>
      <w:r>
        <w:rPr>
          <w:b/>
        </w:rPr>
        <w:t xml:space="preserve">[49:40] </w:t>
      </w:r>
      <w:r>
        <w:t>to woh is ko capitalize karte hain. aisi taqreerein karte hain ke bheer jama ho jaye un ke paas. to yeh isi qism ki bheer hai jo un logon ke paas jama ho gayi hai.</w:t>
      </w:r>
    </w:p>
    <w:p>
      <w:pPr>
        <w:jc w:val="right"/>
      </w:pPr>
      <w:r>
        <w:t>تو وہ اس کو کیپیٹلائز کرتے ہیں۔ ایسی تقریریں کرتے ہیں کہ بھیڑ اکٹھا ہو جائے ان کے پاس۔ تو یہ اسی قسم کی بھیڑ ہے جو ان لوگوں کے پاس اکٹھا ہو گئی ہے۔</w:t>
      </w:r>
    </w:p>
    <w:p>
      <w:r>
        <w:rPr>
          <w:b/>
        </w:rPr>
        <w:t xml:space="preserve">[49:54] </w:t>
      </w:r>
      <w:r>
        <w:t>baqi mein nahi samajhta ke yeh log koi bomb par qabza kar len ge aur dunya ko bhai se daramon girayen ge.</w:t>
      </w:r>
    </w:p>
    <w:p>
      <w:pPr>
        <w:jc w:val="right"/>
      </w:pPr>
      <w:r>
        <w:t>باقی میں نہیں سمجھتا کہ یہ لوگ کوئی بم پر قبضہ کر لیں گے اور دنیا کو بھائی سے ڈرموں گرائیں گے۔</w:t>
      </w:r>
    </w:p>
    <w:p>
      <w:r>
        <w:rPr>
          <w:b/>
        </w:rPr>
        <w:t xml:space="preserve">[50:02] </w:t>
      </w:r>
      <w:r>
        <w:t>yeh yeh to mein samajhta hoon ke exaggeration hai, aisa hone wala nahi hai.</w:t>
      </w:r>
    </w:p>
    <w:p>
      <w:pPr>
        <w:jc w:val="right"/>
      </w:pPr>
      <w:r>
        <w:t>یہ یہ تو میں سمجھتا ہوں کہ ایگزیجریشن ہے، ایسا ہونے والا نہیں ہے۔</w:t>
      </w:r>
    </w:p>
    <w:p>
      <w:r>
        <w:rPr>
          <w:b/>
        </w:rPr>
        <w:t xml:space="preserve">[50:10] </w:t>
      </w:r>
      <w:r>
        <w:t>aur yeh agla question aaya hai shafi daar sahib ka kashmir se</w:t>
      </w:r>
    </w:p>
    <w:p>
      <w:pPr>
        <w:jc w:val="right"/>
      </w:pPr>
      <w:r>
        <w:t>اور یہ اگلا question آیا ہے شفیع دار صاحب کا کشمیر سے</w:t>
      </w:r>
    </w:p>
    <w:p>
      <w:r>
        <w:rPr>
          <w:b/>
        </w:rPr>
        <w:t xml:space="preserve">[50:15] </w:t>
      </w:r>
      <w:r>
        <w:t>Maulana sahib On nineteenth of May, two hundred Pakistani Muslim clergics condemned the suicide attacks and declared suicide attacks un-Islamic.</w:t>
      </w:r>
    </w:p>
    <w:p>
      <w:pPr>
        <w:jc w:val="right"/>
      </w:pPr>
      <w:r>
        <w:t>۔ مولانا صاحب On nineteenth of May, two hundred Pakistani Muslim clergics condemned the suicide attacks and declared suicide attacks un-Islamic.</w:t>
      </w:r>
    </w:p>
    <w:p>
      <w:r>
        <w:rPr>
          <w:b/>
        </w:rPr>
        <w:t xml:space="preserve">[50:30] </w:t>
      </w:r>
      <w:r>
        <w:t>After two days, Saudi Arabia faced the worst suicide attack in a mosque where nineteen people got killed and many others were injured.</w:t>
      </w:r>
    </w:p>
    <w:p>
      <w:pPr>
        <w:jc w:val="right"/>
      </w:pPr>
      <w:r>
        <w:t>After two days, Saudi Arabia faced the worst suicide attack in a mosque where nineteen people got killed and many others were injured.</w:t>
      </w:r>
    </w:p>
    <w:p>
      <w:r>
        <w:rPr>
          <w:b/>
        </w:rPr>
        <w:t xml:space="preserve">[50:43] </w:t>
      </w:r>
      <w:r>
        <w:t>Maulana sahib, you said some days back, "Condemnation is not enough." Now my question is, what should Muslim scholars and ulemas do more to control such attacks?</w:t>
      </w:r>
    </w:p>
    <w:p>
      <w:pPr>
        <w:jc w:val="right"/>
      </w:pPr>
      <w:r>
        <w:t>مولانا صاحب, you said some days back, "Condemnation is not enough." Now my question is, what should Muslim scholars and ulemas do more to control such attacks?</w:t>
      </w:r>
    </w:p>
    <w:p>
      <w:r>
        <w:rPr>
          <w:b/>
        </w:rPr>
        <w:t xml:space="preserve">[50:57] </w:t>
      </w:r>
      <w:r>
        <w:t>And is there any role for common Muslims other than condemnation?</w:t>
      </w:r>
    </w:p>
    <w:p>
      <w:pPr>
        <w:jc w:val="right"/>
      </w:pPr>
      <w:r>
        <w:t>And is there any role for common Muslims other than condemnation?</w:t>
      </w:r>
    </w:p>
    <w:p>
      <w:r>
        <w:rPr>
          <w:b/>
        </w:rPr>
        <w:t xml:space="preserve">[51:05] </w:t>
      </w:r>
      <w:r>
        <w:t>daikhen, meri jo jo mein jaanta hoon woh yeh hai ke present situation yeh hai ke tamam musalmanon ke akhbar negative news chhap rahe hain.</w:t>
      </w:r>
    </w:p>
    <w:p>
      <w:pPr>
        <w:jc w:val="right"/>
      </w:pPr>
      <w:r>
        <w:t>دیکھیں، میری جو جو میں جانتا ہوں وہ یہ ہے کہ present situation یہ ہے کہ تمام مسلمانوں کے اخبار negative news چھاپ رہے ہیں۔</w:t>
      </w:r>
    </w:p>
    <w:p>
      <w:r>
        <w:rPr>
          <w:b/>
        </w:rPr>
        <w:t xml:space="preserve">[51:17] </w:t>
      </w:r>
      <w:r>
        <w:t>musalmanon ki jo kitabein chapti hain is zamanay mein, un sab mein negative baatein hoti hain. misaal ke tor par kal mein aik kitab dekh raha tha, us mein bilad al-kuffar, bilad al-kuffar ki baat thi.</w:t>
      </w:r>
    </w:p>
    <w:p>
      <w:pPr>
        <w:jc w:val="right"/>
      </w:pPr>
      <w:r>
        <w:t>مسلمانوں کی جو کتابیں چھپتی ہیں اس زمانے میں، ان سب میں negative باتیں ہوتی ہیں۔ مثلاً کل میں ایک کتاب دیکھ رہا تھا، اس میں بلاد الکفار، بلاد الکفار کی بات تھی۔</w:t>
      </w:r>
    </w:p>
    <w:p>
      <w:r>
        <w:rPr>
          <w:b/>
        </w:rPr>
        <w:t xml:space="preserve">[51:29] </w:t>
      </w:r>
      <w:r>
        <w:t>kaha sari dunya jo hai, bilad al-kuffar hai.</w:t>
      </w:r>
    </w:p>
    <w:p>
      <w:pPr>
        <w:jc w:val="right"/>
      </w:pPr>
      <w:r>
        <w:t>کہا ساری دنیا جو ہے، بلاد الکفار ہے۔</w:t>
      </w:r>
    </w:p>
    <w:p>
      <w:r>
        <w:rPr>
          <w:b/>
        </w:rPr>
        <w:t xml:space="preserve">[51:34] </w:t>
      </w:r>
      <w:r>
        <w:t>hum jo thori si dunya hamari hai, woh to bilad al-muslimin hai, baqi sab bilad al-kuffar hai. to is tarah ki baatein daily un ke ilm mein aa rahi hain, masjidon mein, madrason mein, kitabon mein, akhbaron mein.</w:t>
      </w:r>
    </w:p>
    <w:p>
      <w:pPr>
        <w:jc w:val="right"/>
      </w:pPr>
      <w:r>
        <w:t>ہم جو تھوڑی سی دنیا ہماری ہے، وہ تو بلاد المسلمین ہے، باقی سب بلاد الکفار ہے۔ تو اس طرح کی باتیں daily ان کے علم میں آ رہی ہیں، مسجدوں میں، مدرسوں میں، کتابوں میں، اخباروں میں۔</w:t>
      </w:r>
    </w:p>
    <w:p>
      <w:r>
        <w:rPr>
          <w:b/>
        </w:rPr>
        <w:t xml:space="preserve">[51:48] </w:t>
      </w:r>
      <w:r>
        <w:t>to aik statement chhapne se surat-e-haal badal nahi jaye gi.</w:t>
      </w:r>
    </w:p>
    <w:p>
      <w:pPr>
        <w:jc w:val="right"/>
      </w:pPr>
      <w:r>
        <w:t>تو ایک statement چھاپنے سے صورتحال بدل نہیں جائے گی۔</w:t>
      </w:r>
    </w:p>
    <w:p>
      <w:r>
        <w:rPr>
          <w:b/>
        </w:rPr>
        <w:t xml:space="preserve">[51:56] </w:t>
      </w:r>
      <w:r>
        <w:t>statement chhapne se badal nahi jaye gi. aap ko bohat serious effort karni pare gi.</w:t>
      </w:r>
    </w:p>
    <w:p>
      <w:pPr>
        <w:jc w:val="right"/>
      </w:pPr>
      <w:r>
        <w:t>Statement چھاپنے سے بدل نہیں جائے گی۔ آپ کو بہت serious effort کرنی پڑے گی۔</w:t>
      </w:r>
    </w:p>
    <w:p>
      <w:r>
        <w:rPr>
          <w:b/>
        </w:rPr>
        <w:t xml:space="preserve">[52:03] </w:t>
      </w:r>
      <w:r>
        <w:t>misaal ke tor par jo mein ne misaal di aap ko ke wahan aik aadmi baitha hua hai aur kehta hai ke wahan par bohat baais hai ke musalman ki koi news ho to musalman ke naam ke sath chhape gi, aur doosron ki baat ho to aik person ke hawale se chhape gi.</w:t>
      </w:r>
    </w:p>
    <w:p>
      <w:pPr>
        <w:jc w:val="right"/>
      </w:pPr>
      <w:r>
        <w:t>مثلاً جو میں نے مثال دی آپ کو کہ وہاں ایک آدمی بیٹھا ہوا ہے اور کہتا ہے کہ وہاں پر بہت باعث ہے کہ مسلمان کی کوئی news ہو تو مسلمان کے نام کے ساتھ چھپے گی، اور دوسروں کی بات ہو تو ایک person کے حوالے سے چھپے گی۔</w:t>
      </w:r>
    </w:p>
    <w:p>
      <w:r>
        <w:rPr>
          <w:b/>
        </w:rPr>
        <w:t xml:space="preserve">[52:25] </w:t>
      </w:r>
      <w:r>
        <w:t>to bataiye ke ghalat hai yeh. tum generalize kar rahe ho. kisi aik waqeye ko dekha hoga to tum generalize kar rahe ho.</w:t>
      </w:r>
    </w:p>
    <w:p>
      <w:pPr>
        <w:jc w:val="right"/>
      </w:pPr>
      <w:r>
        <w:t>تو بتائیے کہ غلط ہے یہ۔ تم جنرلائز کر رہے ہو۔ کسی ایک واقعے کو دیکھا ہوگا تو تم جنرلائز کر رہے ہو۔</w:t>
      </w:r>
    </w:p>
    <w:p>
      <w:r>
        <w:rPr>
          <w:b/>
        </w:rPr>
        <w:t xml:space="preserve">[52:34] </w:t>
      </w:r>
      <w:r>
        <w:t>is ko bataiye ke kahan hai, mein bhi akhbar parta hoon, kahan hai woh jo tum keh rahe ho. to is tarah se tajeziya kar ke, analyze kar ke logon ko batana pare ga, aur is mein aik bohat si sustained effort karni pare gi.</w:t>
      </w:r>
    </w:p>
    <w:p>
      <w:pPr>
        <w:jc w:val="right"/>
      </w:pPr>
      <w:r>
        <w:t>اس کو بتائیے کہ کہاں ہے، میں بھی اخبار پڑھتا ہوں، کہاں ہے وہ جو تم کہہ رہے ہو۔ تو اس طرح سے تجزیہ کر کے، analyze کر کے لوگوں کو بتانا پڑے گا، اور اس میں ایک بہت سی sustained effort کرنی پڑے گی۔</w:t>
      </w:r>
    </w:p>
    <w:p>
      <w:r>
        <w:rPr>
          <w:b/>
        </w:rPr>
        <w:t xml:space="preserve">[52:50] </w:t>
      </w:r>
      <w:r>
        <w:t>tab ja kar ke zehen badle ga. sirf aik statement chhapne se badalne wala nahi hai. Maulana, inhi ka aik aur sawal aaya hai.</w:t>
      </w:r>
    </w:p>
    <w:p>
      <w:pPr>
        <w:jc w:val="right"/>
      </w:pPr>
      <w:r>
        <w:t>تب جا کر کے ذہن بدلے گا۔ صرف ایک statement چھاپنے سے بدلنے والا نہیں ہے۔ مولانا، انہی کا ایک اور سوال آیا ہے۔</w:t>
      </w:r>
    </w:p>
    <w:p>
      <w:r>
        <w:rPr>
          <w:b/>
        </w:rPr>
        <w:t xml:space="preserve">[53:02] </w:t>
      </w:r>
      <w:r>
        <w:t>I am regularly reading your books, Al-Risalah, and watching audios. Your ideology brings peace in my home.</w:t>
      </w:r>
    </w:p>
    <w:p>
      <w:pPr>
        <w:jc w:val="right"/>
      </w:pPr>
      <w:r>
        <w:t>I am regularly reading your books, Al-Risalah, and watching audios. Your ideology brings peace in my home.</w:t>
      </w:r>
    </w:p>
    <w:p>
      <w:r>
        <w:rPr>
          <w:b/>
        </w:rPr>
        <w:t xml:space="preserve">[53:13] </w:t>
      </w:r>
      <w:r>
        <w:t>Maulana sahib, you said in your recent lecture that peace begins at home. What does it mean for me?</w:t>
      </w:r>
    </w:p>
    <w:p>
      <w:pPr>
        <w:jc w:val="right"/>
      </w:pPr>
      <w:r>
        <w:t>مولانا صاحب، you said in your recent lecture that peace begins at home. What does it mean for me?</w:t>
      </w:r>
    </w:p>
    <w:p>
      <w:r>
        <w:rPr>
          <w:b/>
        </w:rPr>
        <w:t xml:space="preserve">[53:34] </w:t>
      </w:r>
      <w:r>
        <w:t>mein jis mani mein kaha tha, woh yeh tha ke apne andar positive soch lani pare gi. sirf doosron ko hum bura kahein, is se kuch nahi hoga.</w:t>
      </w:r>
    </w:p>
    <w:p>
      <w:pPr>
        <w:jc w:val="right"/>
      </w:pPr>
      <w:r>
        <w:t>میں جس معنی میں کہا تھا، وہ یہ تھا کہ اپنے اندر positive سوچ لانی پڑے گی۔ صرف دوسروں کو ہم برا کہیں، اس سے کچھ نہیں ہوگا۔</w:t>
      </w:r>
    </w:p>
    <w:p>
      <w:r>
        <w:rPr>
          <w:b/>
        </w:rPr>
        <w:t xml:space="preserve">[53:46] </w:t>
      </w:r>
      <w:r>
        <w:t>to aap ke ghar mein agar positive soch aa gayi to bohat khushi ki baat hai. is ka matlab hai ke aap ke haan beginning ho gayi hai. agar aap ke ghar mein beginning, aap ke ghar mein positive soch aa gayi to phir yeh saboot hai ke beginning ho gayi.</w:t>
      </w:r>
    </w:p>
    <w:p>
      <w:pPr>
        <w:jc w:val="right"/>
      </w:pPr>
      <w:r>
        <w:t>تو آپ کے گھر میں اگر positive سوچ آ گئی تو بڑی خوشی کی بات ہے۔ اس کا مطلب ہے کہ آپ کے ہاں beginning ہو گئی ہے۔ اگر آپ کے گھر میں beginning، آپ کے گھر میں positive سوچ آ گئی تو پھر یہ ثبوت ہے کہ beginning ہو گئی۔</w:t>
      </w:r>
    </w:p>
    <w:p>
      <w:r>
        <w:rPr>
          <w:b/>
        </w:rPr>
        <w:t xml:space="preserve">[54:00] </w:t>
      </w:r>
      <w:r>
        <w:t>aur jab beginning ho gayi to phir aage kaam barhe ga.</w:t>
      </w:r>
    </w:p>
    <w:p>
      <w:pPr>
        <w:jc w:val="right"/>
      </w:pPr>
      <w:r>
        <w:t>اور جب beginning ہو گئی تو پھر آگے کام بڑھے گا۔</w:t>
      </w:r>
    </w:p>
    <w:p>
      <w:r>
        <w:rPr>
          <w:b/>
        </w:rPr>
        <w:t xml:space="preserve">[54:03] </w:t>
      </w:r>
      <w:r>
        <w:t>to aap is ka shukr kijiye aur is ko aur barhaiye.</w:t>
      </w:r>
    </w:p>
    <w:p>
      <w:pPr>
        <w:jc w:val="right"/>
      </w:pPr>
      <w:r>
        <w:t>تو آپ اس کا شکر کیجیے اور اس کو اور بڑھائیے۔</w:t>
      </w:r>
    </w:p>
    <w:p>
      <w:r>
        <w:rPr>
          <w:b/>
        </w:rPr>
        <w:t xml:space="preserve">[54:12] </w:t>
      </w:r>
      <w:r>
        <w:t>kyunke jab beginning ho jaye to phir end bhi ata hai, inshallah.</w:t>
      </w:r>
    </w:p>
    <w:p>
      <w:pPr>
        <w:jc w:val="right"/>
      </w:pPr>
      <w:r>
        <w:t>کیونکہ جب beginning ہو جائے تو پھر end بھی آتا ہے، انشاءاللہ۔</w:t>
      </w:r>
    </w:p>
    <w:p>
      <w:r>
        <w:rPr>
          <w:b/>
        </w:rPr>
        <w:t xml:space="preserve">[54:19] </w:t>
      </w:r>
      <w:r>
        <w:t>maulana, yeh agla question aya hai syed atahar ali ka. unhon ne apni location mention nahi ki hai.</w:t>
      </w:r>
    </w:p>
    <w:p>
      <w:pPr>
        <w:jc w:val="right"/>
      </w:pPr>
      <w:r>
        <w:t>مولانا، یہ اگلا question آیا ہے سید اطہر علی کا۔ انہوں نے اپنی location mention نہیں کی ہے۔</w:t>
      </w:r>
    </w:p>
    <w:p>
      <w:r>
        <w:rPr>
          <w:b/>
        </w:rPr>
        <w:t xml:space="preserve">[54:26] </w:t>
      </w:r>
      <w:r>
        <w:t>maulana sahib, kya wajah hai ke musalmanon mein scientific zehn paida nahi ho saka? aur musalmanon mein is pehmane ke scientist paida nahi ho sake jo maghrib mein paida hue?</w:t>
      </w:r>
    </w:p>
    <w:p>
      <w:pPr>
        <w:jc w:val="right"/>
      </w:pPr>
      <w:r>
        <w:t>مولانا صاحب، کیا وجہ ہے کہ مسلمانوں میں scientific ذہن پیدا نہیں ہو سکا؟ اور مسلمانوں میں اس پیمانے کے scientist پیدا نہیں ہو سکے جو مغرب میں پیدا ہوئے؟</w:t>
      </w:r>
    </w:p>
    <w:p>
      <w:r>
        <w:rPr>
          <w:b/>
        </w:rPr>
        <w:t xml:space="preserve">[54:43] </w:t>
      </w:r>
      <w:r>
        <w:t>kya is ki wajah yeh hai ke marfat ka markaz qalb ko samajh liya?</w:t>
      </w:r>
    </w:p>
    <w:p>
      <w:pPr>
        <w:jc w:val="right"/>
      </w:pPr>
      <w:r>
        <w:t>کیا اس کی وجہ یہ ہے کہ معرفت کا مرکز قلب کو سمجھ لیا؟</w:t>
      </w:r>
    </w:p>
    <w:p>
      <w:r>
        <w:rPr>
          <w:b/>
        </w:rPr>
        <w:t xml:space="preserve">[54:55] </w:t>
      </w:r>
      <w:r>
        <w:t>bhai, main khair to yeh daur-e-zawal ka phenomena hai. hadith se sabit hai ke ummat-e-muslima daur-e-zawal ka shikar hogi. hum jo samajhte hain ke musalman khair-ul-ummah hain, yeh to kisi hadith mein hai nahi ke yahi musalman jo zawal-aafat-a musalman hain, yahi khair-ul-ummah bane rahenge.</w:t>
      </w:r>
    </w:p>
    <w:p>
      <w:pPr>
        <w:jc w:val="right"/>
      </w:pPr>
      <w:r>
        <w:t>بھئی، میں خیر تو یہ دور زوال کا phenomena ہے۔ حدیث سے ثابت ہے کہ امت مسلمہ دور زوال کا شکار ہوگی۔ ہم جو سمجھتے ہیں کہ مسلمان خیر امت ہیں، یہ تو کسی حدیث میں ہے نہیں کہ یہی مسلمان جو زوال آفتہ مسلمان ہیں، یہی خیر امت بنے رہیں گے۔</w:t>
      </w:r>
    </w:p>
    <w:p>
      <w:r>
        <w:rPr>
          <w:b/>
        </w:rPr>
        <w:t xml:space="preserve">[55:12] </w:t>
      </w:r>
      <w:r>
        <w:t>aisa kisi hadith mein nahi hai. hadith mein to is ke bar aks baat hai. latataba'un sunan man kan qablakum</w:t>
      </w:r>
    </w:p>
    <w:p>
      <w:pPr>
        <w:jc w:val="right"/>
      </w:pPr>
      <w:r>
        <w:t>ایسا کسی حدیث میں نہیں ہے۔ حدیث میں تو اس کے برعکس بات ہے۔ لتتبون سنن من کان قبلکم</w:t>
      </w:r>
    </w:p>
    <w:p>
      <w:r>
        <w:rPr>
          <w:b/>
        </w:rPr>
        <w:t xml:space="preserve">[55:22] </w:t>
      </w:r>
      <w:r>
        <w:t>hata ke ek hadith se maloom hota hai ke rasool Allah ke zamane hi mein zawal shuru ho gaya tha.</w:t>
      </w:r>
    </w:p>
    <w:p>
      <w:pPr>
        <w:jc w:val="right"/>
      </w:pPr>
      <w:r>
        <w:t>حتیٰ کہ ایک حدیث سے معلوم ہوتا ہے کہ رسول اللہ کے زمانے ہی میں زوال شروع ہو گیا تھا۔</w:t>
      </w:r>
    </w:p>
    <w:p>
      <w:r>
        <w:rPr>
          <w:b/>
        </w:rPr>
        <w:t xml:space="preserve">[55:28] </w:t>
      </w:r>
      <w:r>
        <w:t>dubbat ilaikum da'u al-umam to jab zawal aye ga to is ke zahir bhi honge. yeh yeh to isi ke zahir hain.</w:t>
      </w:r>
    </w:p>
    <w:p>
      <w:pPr>
        <w:jc w:val="right"/>
      </w:pPr>
      <w:r>
        <w:t>دب الیکم دعا الامم تو جب زوال آئے گا تو اس کے ظواہر بھی ہوں گے۔ یہ یہ تو اسی کے ظواہر ہیں۔</w:t>
      </w:r>
    </w:p>
    <w:p>
      <w:r>
        <w:rPr>
          <w:b/>
        </w:rPr>
        <w:t xml:space="preserve">[55:37] </w:t>
      </w:r>
      <w:r>
        <w:t>jab zawal-aafat-a qaum, zawal-aafat-a qaum to kuch bhi nahi kar sakti. science ka koi bhi positive kaam nahi kar sakti. to musalmanon ke zawal ko asal is zamane ke jo muzdaham uthe, un ko regeneration se aghaz karna tha.</w:t>
      </w:r>
    </w:p>
    <w:p>
      <w:pPr>
        <w:jc w:val="right"/>
      </w:pPr>
      <w:r>
        <w:t>جب زوال آفتہ قوم، زوال آفتہ قوم تو کچھ بھی نہیں کر سکتی۔ سائنس کا کوئی بھی positive کام نہیں کر سکتی۔ تو مسلمانوں کے زوال کو اصل اس زمانے کے جو مزدحم اٹھے، ان کو ری جنریشن سے آغاز کرنا تھا۔</w:t>
      </w:r>
    </w:p>
    <w:p>
      <w:r>
        <w:rPr>
          <w:b/>
        </w:rPr>
        <w:t xml:space="preserve">[55:56] </w:t>
      </w:r>
      <w:r>
        <w:t>lekin unhon ne kya kiya</w:t>
      </w:r>
    </w:p>
    <w:p>
      <w:pPr>
        <w:jc w:val="right"/>
      </w:pPr>
      <w:r>
        <w:t>لیکن انہوں نے کیا کیا</w:t>
      </w:r>
    </w:p>
    <w:p>
      <w:r>
        <w:rPr>
          <w:b/>
        </w:rPr>
        <w:t xml:space="preserve">[55:57] </w:t>
      </w:r>
      <w:r>
        <w:t>? hukumat qaim karna, idare qaim karna. is mein yahi musalman bhar gaye. islah-yafta musalman hon tab idara qaim kare ga, mulk qaim acha banega,</w:t>
      </w:r>
    </w:p>
    <w:p>
      <w:pPr>
        <w:jc w:val="right"/>
      </w:pPr>
      <w:r>
        <w:t>؟ حکومت قائم کرنا، ادارے قائم کرنا۔ اس میں یہی مسلمان بھر گئے۔ اصلاح یافتہ مسلمان ہوں تب ادارہ قائم کرے گا، ملک قائم اچھا بنے گا،</w:t>
      </w:r>
    </w:p>
    <w:p>
      <w:r>
        <w:rPr>
          <w:b/>
        </w:rPr>
        <w:t xml:space="preserve">[56:10] </w:t>
      </w:r>
      <w:r>
        <w:t>to society achi banegi. to musalmanon ko regenerate karna, yeh kaam to kisi ne kiya hi nahi. balke is ko khair-ul-awam ka darja de kar ke kaam shuru</w:t>
      </w:r>
    </w:p>
    <w:p>
      <w:pPr>
        <w:jc w:val="right"/>
      </w:pPr>
      <w:r>
        <w:t>تو سوسائٹی اچھی بنے گی۔ تو مسلمانوں کو ری جنریٹ کرنا، یہ کام تو کسی نے کیا ہی نہیں۔ بلکہ اس کو خیر و عوام کا درجہ دے کر کے کام شروع</w:t>
      </w:r>
    </w:p>
    <w:p>
      <w:r>
        <w:rPr>
          <w:b/>
        </w:rPr>
        <w:t xml:space="preserve">[56:22] </w:t>
      </w:r>
      <w:r>
        <w:t>kiya unhon ne. jaise Iqbal ne kaha tha ke zara num hoti hai mitti, bohat zar-khez hota hai. yani zar-khez jab zawal-aafat-a ummat hai, to zar-khez kahan se ho jayegi?</w:t>
      </w:r>
    </w:p>
    <w:p>
      <w:pPr>
        <w:jc w:val="right"/>
      </w:pPr>
      <w:r>
        <w:t>کیا انہوں نے۔ جیسے اقبال نے کہا تھا کہ ذرا نم ہوتی ہے مٹی، بہت زرخیز ہوتا ہے۔ یعنی زرخیز جب زوال یافتہ امت ہے، تو زرخیز کہاں سے ہو جائے گی؟</w:t>
      </w:r>
    </w:p>
    <w:p>
      <w:r>
        <w:rPr>
          <w:b/>
        </w:rPr>
        <w:t xml:space="preserve">[56:32] </w:t>
      </w:r>
      <w:r>
        <w:t>woh zar-khez hi to khatam ho chuki hai. to main samajhta hoon ke sare hi is daur ke musallheen ne yeh ghalati ki hai ke regeneration se aghaz nahi kiya, balke zawal-aafat-a qaum mein jo nafsiyat hoti hai, usi nafsiyat ko le kar ke un ke andar kaam karne lage.</w:t>
      </w:r>
    </w:p>
    <w:p>
      <w:pPr>
        <w:jc w:val="right"/>
      </w:pPr>
      <w:r>
        <w:t>وہ زرخیز ہی تو ختم ہو چکی ہے۔ تو میں سمجھتا ہوں کہ سارے ہی اس دور کے مسلحین نے یہ غلطی کی ہے کہ ری جنریشن سے آغاز نہیں کیا، بلکہ زوال یافتہ قوم میں جو نفسیات ہوتی ہے، اسی نفسیات کو لے کر کے ان کے اندر کام کرنے لگے۔</w:t>
      </w:r>
    </w:p>
    <w:p>
      <w:r>
        <w:rPr>
          <w:b/>
        </w:rPr>
        <w:t xml:space="preserve">[56:51] </w:t>
      </w:r>
      <w:r>
        <w:t>phir bheerh akatha hone lagi to samjhiye ga kamyab hain. zawal-aafat-a qaum ki nafsiyat ko feed kar ke unhon ne kamyabi hasil ki.</w:t>
      </w:r>
    </w:p>
    <w:p>
      <w:pPr>
        <w:jc w:val="right"/>
      </w:pPr>
      <w:r>
        <w:t>پھر بھیڑ اکٹھا ہونے لگی تو سمجھیے گا کامیاب ہیں۔ زوال یافتہ قوم کی نفسیات کو فیڈ کر کے انہوں نے کامیابی حاصل کی۔</w:t>
      </w:r>
    </w:p>
    <w:p>
      <w:r>
        <w:rPr>
          <w:b/>
        </w:rPr>
        <w:t xml:space="preserve">[57:01] </w:t>
      </w:r>
      <w:r>
        <w:t>yeh ghalati hai hamare muzdaham ki hai. maulana, yeh agla question aya hai maulana iqbal umri sahib ka chennai se.</w:t>
      </w:r>
    </w:p>
    <w:p>
      <w:pPr>
        <w:jc w:val="right"/>
      </w:pPr>
      <w:r>
        <w:t>یہ غلطی ہے ہمارے مزدحم کی ہے۔ مولانا، یہ اگلا question آیا ہے مولانا اقبال عمری صاحب کا چنئی سے۔</w:t>
      </w:r>
    </w:p>
    <w:p>
      <w:r>
        <w:rPr>
          <w:b/>
        </w:rPr>
        <w:t xml:space="preserve">[57:11] </w:t>
      </w:r>
      <w:r>
        <w:t>maulana, kufr ko is zameen mein maghloob rehna hai aur islam ko ghalib</w:t>
      </w:r>
    </w:p>
    <w:p>
      <w:pPr>
        <w:jc w:val="right"/>
      </w:pPr>
      <w:r>
        <w:t>مولانا، کفر کو اس زمین میں مغلوب رہنا ہے اور اسلام کو غالب</w:t>
      </w:r>
    </w:p>
    <w:p>
      <w:r>
        <w:rPr>
          <w:b/>
        </w:rPr>
        <w:t xml:space="preserve">[57:19] </w:t>
      </w:r>
      <w:r>
        <w:t>. maulana, is mein jo mughalta hai, usay wazeh karen. yeh kahan, kaun si ayat hai, kaun si hadith hai? kufr ko maghloob rehna hai, islam ko ghalib rehna hai, yeh kahan hai?</w:t>
      </w:r>
    </w:p>
    <w:p>
      <w:pPr>
        <w:jc w:val="right"/>
      </w:pPr>
      <w:r>
        <w:t>۔ مولانا، اس میں جو مغالطہ ہے، اسے واضح کریں۔ یہ کہاں، کون سی آیت ہے، کون سی حدیث ہے؟ کفر کو مغلوب رہنا ہے، اسلام کو غالب رہنا ہے، یہ کہاں ہے؟</w:t>
      </w:r>
    </w:p>
    <w:p>
      <w:r>
        <w:rPr>
          <w:b/>
        </w:rPr>
        <w:t xml:space="preserve">[57:32] </w:t>
      </w:r>
      <w:r>
        <w:t>jo is silsile mein jo ayaten padhi jati hain, us mein peghambar ke mission ki baat hai.</w:t>
      </w:r>
    </w:p>
    <w:p>
      <w:pPr>
        <w:jc w:val="right"/>
      </w:pPr>
      <w:r>
        <w:t>جو اس سلسلے میں جو آیتیں پڑھی جاتی ہیں، اس میں پیغمبر کے مشن کی بات ہے۔</w:t>
      </w:r>
    </w:p>
    <w:p>
      <w:r>
        <w:rPr>
          <w:b/>
        </w:rPr>
        <w:t xml:space="preserve">[57:41] </w:t>
      </w:r>
      <w:r>
        <w:t>yani peghambar, peghambar ka mission zaroor ghalib hoga. peghambar ka mission kabhi maghloob nahi ho sakta hai.</w:t>
      </w:r>
    </w:p>
    <w:p>
      <w:pPr>
        <w:jc w:val="right"/>
      </w:pPr>
      <w:r>
        <w:t>یعنی پیغمبر، پیغمبر کا مشن ضرور غالب ہوگا۔ پیغمبر کا مشن کبھی مغلوب نہیں ہو سکتا ہے۔</w:t>
      </w:r>
    </w:p>
    <w:p>
      <w:r>
        <w:rPr>
          <w:b/>
        </w:rPr>
        <w:t xml:space="preserve">[57:49] </w:t>
      </w:r>
      <w:r>
        <w:t>lekin yeh hum nahi keh sakte ke kufr ko ghulub nahi mile ga aur musalman ko ghulub mile ga. yeh to kahin Quran majeed mein hai nahi.</w:t>
      </w:r>
    </w:p>
    <w:p>
      <w:pPr>
        <w:jc w:val="right"/>
      </w:pPr>
      <w:r>
        <w:t>لیکن یہ ہم نہیں کہہ سکتے کہ کفر کو غلبہ نہیں ملے گا اور مسلمان کو غلبہ ملے گا۔ یہ تو کہیں قرآن مجید میں ہے نہیں۔</w:t>
      </w:r>
    </w:p>
    <w:p>
      <w:r>
        <w:rPr>
          <w:b/>
        </w:rPr>
        <w:t xml:space="preserve">[57:58] </w:t>
      </w:r>
      <w:r>
        <w:t>sirf jo baat peghambar ke mission ke aitbar se hai, us ko musalmanon ne apni tehrikon ke liye chaspah kar rakha hai. maulana, agla question aya hai mister imran ka bahrain se.</w:t>
      </w:r>
    </w:p>
    <w:p>
      <w:pPr>
        <w:jc w:val="right"/>
      </w:pPr>
      <w:r>
        <w:t>صرف جو بات پیغمبر کے مشن کے اعتبار سے ہے، اس کو مسلمانوں نے اپنی تحریکوں کے لیے چسپہ کر رکھا ہے۔ مولانا، اگلا question آیا ہے مسٹر عمران کا بحرین سے۔</w:t>
      </w:r>
    </w:p>
    <w:p>
      <w:r>
        <w:rPr>
          <w:b/>
        </w:rPr>
        <w:t xml:space="preserve">[58:11] </w:t>
      </w:r>
      <w:r>
        <w:t>maulana sahib There is a verse in Quran that after every hardship there is ease. hain? After every hardship there is ease. humm.</w:t>
      </w:r>
    </w:p>
    <w:p>
      <w:pPr>
        <w:jc w:val="right"/>
      </w:pPr>
      <w:r>
        <w:t>مولانا صاحب There is a verse in Quran that after every hardship there is ease. ہیں؟ After every hardship there is ease. ہمم۔</w:t>
      </w:r>
    </w:p>
    <w:p>
      <w:r>
        <w:rPr>
          <w:b/>
        </w:rPr>
        <w:t xml:space="preserve">[58:20] </w:t>
      </w:r>
      <w:r>
        <w:t>But why hardships of prophets never ended? dekhiye, hardship kya cheez hai?</w:t>
      </w:r>
    </w:p>
    <w:p>
      <w:pPr>
        <w:jc w:val="right"/>
      </w:pPr>
      <w:r>
        <w:t>But why hardships of prophets never ended? دیکھیے، hardship کیا چیز ہے؟</w:t>
      </w:r>
    </w:p>
    <w:p>
      <w:r>
        <w:rPr>
          <w:b/>
        </w:rPr>
        <w:t xml:space="preserve">[58:28] </w:t>
      </w:r>
      <w:r>
        <w:t>woh challenge hai. challenge is liye ata hai ke aap us ko response den. to challenge response mechanism hi se woh taraqqi hoti hai.</w:t>
      </w:r>
    </w:p>
    <w:p>
      <w:pPr>
        <w:jc w:val="right"/>
      </w:pPr>
      <w:r>
        <w:t>وہ challenge ہے۔ Challenge اس لیے آتا ہے کہ آپ اس کو response دیں۔ تو challenge response mechanism ہی سے وہ ترقی ہوتی ہے۔</w:t>
      </w:r>
    </w:p>
    <w:p>
      <w:r>
        <w:rPr>
          <w:b/>
        </w:rPr>
        <w:t xml:space="preserve">[58:41] </w:t>
      </w:r>
      <w:r>
        <w:t>woh hardship ne kahi hai, woh challenge kahi hai is ko. aur challenge ka matlab yeh hai ke is se aap ke, aap ko, aap ko mind activate hota hai. aap ke yeh salahiyatein jaagti hain.</w:t>
      </w:r>
    </w:p>
    <w:p>
      <w:pPr>
        <w:jc w:val="right"/>
      </w:pPr>
      <w:r>
        <w:t>وہ hardship نے کہی ہے، وہ challenge کہی ہے اس کو۔ اور challenge کا مطلب یہ ہے کہ اس سے آپ کے، آپ کو، آپ کو mind activate ہوتا ہے۔ آپ کے یہ صلاحیتیں جاگتی ہیں۔</w:t>
      </w:r>
    </w:p>
    <w:p>
      <w:r>
        <w:rPr>
          <w:b/>
        </w:rPr>
        <w:t xml:space="preserve">[58:56] </w:t>
      </w:r>
      <w:r>
        <w:t>agar dunya mein challenges na hon to koi taraqqi na ho.</w:t>
      </w:r>
    </w:p>
    <w:p>
      <w:pPr>
        <w:jc w:val="right"/>
      </w:pPr>
      <w:r>
        <w:t>اگر دنیا میں challenges نہ ہوں تو کوئی ترقی نہ ہو۔</w:t>
      </w:r>
    </w:p>
    <w:p>
      <w:r>
        <w:rPr>
          <w:b/>
        </w:rPr>
        <w:t xml:space="preserve">[59:02] </w:t>
      </w:r>
      <w:r>
        <w:t>baghair challenge ke kabhi koi taraqqi nahi ho sakti.</w:t>
      </w:r>
    </w:p>
    <w:p>
      <w:pPr>
        <w:jc w:val="right"/>
      </w:pPr>
      <w:r>
        <w:t>بغیر challenge کے کبھی کوئی ترقی نہیں ہو سکتی۔</w:t>
      </w:r>
    </w:p>
    <w:p>
      <w:r>
        <w:rPr>
          <w:b/>
        </w:rPr>
        <w:t xml:space="preserve">[59:05] </w:t>
      </w:r>
      <w:r>
        <w:t>to is ko, is ko negative sense mein mat lijiye, is ko positive sense mein lijiye. aur yeh agla question hai miss tuti malhotra ka delhi se.</w:t>
      </w:r>
    </w:p>
    <w:p>
      <w:pPr>
        <w:jc w:val="right"/>
      </w:pPr>
      <w:r>
        <w:t>تو اس کو، اس کو negative sense میں مت لیجیے، اس کو positive sense میں لیجیے۔ اور یہ اگلا question ہے مس توتی ملوترا کا دہلی سے۔</w:t>
      </w:r>
    </w:p>
    <w:p>
      <w:r>
        <w:rPr>
          <w:b/>
        </w:rPr>
        <w:t xml:space="preserve">[59:19] </w:t>
      </w:r>
      <w:r>
        <w:t>Maulana You have many times mentioned on the importance of keeping patience. But when we tell this to people, they say that patience till when?</w:t>
      </w:r>
    </w:p>
    <w:p>
      <w:pPr>
        <w:jc w:val="right"/>
      </w:pPr>
      <w:r>
        <w:t>مولانا You have many times mentioned on the importance of keeping patience. But when we tell this to people, they say that patience till when?</w:t>
      </w:r>
    </w:p>
    <w:p>
      <w:r>
        <w:rPr>
          <w:b/>
        </w:rPr>
        <w:t xml:space="preserve">[59:33] </w:t>
      </w:r>
      <w:r>
        <w:t>What is your advice on this?</w:t>
      </w:r>
    </w:p>
    <w:p>
      <w:pPr>
        <w:jc w:val="right"/>
      </w:pPr>
      <w:r>
        <w:t>What is your advice on this?</w:t>
      </w:r>
    </w:p>
    <w:p>
      <w:r>
        <w:rPr>
          <w:b/>
        </w:rPr>
        <w:t xml:space="preserve">[59:37] </w:t>
      </w:r>
      <w:r>
        <w:t>yani sabr kab tak? yeh matlab hai? ji.</w:t>
      </w:r>
    </w:p>
    <w:p>
      <w:pPr>
        <w:jc w:val="right"/>
      </w:pPr>
      <w:r>
        <w:t>یعنی صبر کب تک؟ یہ مطلب ہے؟ جی۔</w:t>
      </w:r>
    </w:p>
    <w:p>
      <w:r>
        <w:rPr>
          <w:b/>
        </w:rPr>
        <w:t xml:space="preserve">[59:47] </w:t>
      </w:r>
      <w:r>
        <w:t>dekhiye, quran mein hai ke</w:t>
      </w:r>
    </w:p>
    <w:p>
      <w:pPr>
        <w:jc w:val="right"/>
      </w:pPr>
      <w:r>
        <w:t>دیکھیے، قرآن میں ہے کہ</w:t>
      </w:r>
    </w:p>
    <w:p>
      <w:r>
        <w:rPr>
          <w:b/>
        </w:rPr>
        <w:t xml:space="preserve">[59:54] </w:t>
      </w:r>
      <w:r>
        <w:t>mein hai ke jannat sabr walon ke liye hai.</w:t>
      </w:r>
    </w:p>
    <w:p>
      <w:pPr>
        <w:jc w:val="right"/>
      </w:pPr>
      <w:r>
        <w:t>میں ہے کہ جنت صبر والوں کے لیے ہے۔</w:t>
      </w:r>
    </w:p>
    <w:p>
      <w:r>
        <w:rPr>
          <w:b/>
        </w:rPr>
        <w:t xml:space="preserve">[1:00:01] </w:t>
      </w:r>
      <w:r>
        <w:t>jo sabr karega, us ke liye jannat hai.</w:t>
      </w:r>
    </w:p>
    <w:p>
      <w:pPr>
        <w:jc w:val="right"/>
      </w:pPr>
      <w:r>
        <w:t>جو صبر کرے گا، اس کے لیے جنت ہے۔</w:t>
      </w:r>
    </w:p>
    <w:p>
      <w:r>
        <w:rPr>
          <w:b/>
        </w:rPr>
        <w:t xml:space="preserve">[1:00:06] </w:t>
      </w:r>
      <w:r>
        <w:t>yeh quran ki aik aayat hai.</w:t>
      </w:r>
    </w:p>
    <w:p>
      <w:pPr>
        <w:jc w:val="right"/>
      </w:pPr>
      <w:r>
        <w:t>یہ قرآن کی ایک آیت ہے۔</w:t>
      </w:r>
    </w:p>
    <w:p>
      <w:r>
        <w:rPr>
          <w:b/>
        </w:rPr>
        <w:t xml:space="preserve">[1:00:12] </w:t>
      </w:r>
      <w:r>
        <w:t>to jannat to eternal maqam hai, abadi jagah hai. to kya aap sari umar sabr karenge, tabhi to eternal jannat milegi?</w:t>
      </w:r>
    </w:p>
    <w:p>
      <w:pPr>
        <w:jc w:val="right"/>
      </w:pPr>
      <w:r>
        <w:t>تو جنت تو eternal مقام ہے، ابدی جگہ ہے۔ تو کیا آپ ساری عمر صبر کریں گے، تبھی تو eternal جنت ملے گی؟</w:t>
      </w:r>
    </w:p>
    <w:p>
      <w:r>
        <w:rPr>
          <w:b/>
        </w:rPr>
        <w:t xml:space="preserve">[1:00:26] </w:t>
      </w:r>
      <w:r>
        <w:t>waqti agar aap sabr karenge to jannat bhi thori si milegi aap ko. aik din ke liye ya aik mahine ke liye.</w:t>
      </w:r>
    </w:p>
    <w:p>
      <w:pPr>
        <w:jc w:val="right"/>
      </w:pPr>
      <w:r>
        <w:t>وقتی اگر آپ صبر کریں گے تو جنت بھی تھوڑی سی ملے گی آپ کو۔ ایک دن کے لیے یا ایک مہینے کے لیے۔</w:t>
      </w:r>
    </w:p>
    <w:p>
      <w:r>
        <w:rPr>
          <w:b/>
        </w:rPr>
        <w:t xml:space="preserve">[1:00:36] </w:t>
      </w:r>
      <w:r>
        <w:t>mein samajhta hoon ke jannat ka eternal tasawwur jo hai, woh apne aap mein yeh batata hai ke sabr zindagi bhar karte rehna hai, karte rehna hai, karte rehna hai.</w:t>
      </w:r>
    </w:p>
    <w:p>
      <w:pPr>
        <w:jc w:val="right"/>
      </w:pPr>
      <w:r>
        <w:t>میں سمجھتا ہوں کہ جنت کا eternal تصور جو ہے، وہ اپنے آپ میں یہ بتاتا ہے کہ صبر زندگی بھر کرتے رہنا ہے، کرتے رہنا ہے، کرتے رہنا ہے۔</w:t>
      </w:r>
    </w:p>
    <w:p>
      <w:r>
        <w:rPr>
          <w:b/>
        </w:rPr>
        <w:t xml:space="preserve">[1:00:48] </w:t>
      </w:r>
      <w:r>
        <w:t>quran mein zaliq jazaanahum bima sabroo jannat hum ne di un ko is liye ke unhon ne zindagi bhar sabr kiya tha.</w:t>
      </w:r>
    </w:p>
    <w:p>
      <w:pPr>
        <w:jc w:val="right"/>
      </w:pPr>
      <w:r>
        <w:t>قرآن میں ذالک جزانہم بما صبرو جنت ہم نے دی ان کو اس لیے کہ انہوں نے زندگی بھر صبر کیا تھا۔</w:t>
      </w:r>
    </w:p>
    <w:p>
      <w:r>
        <w:rPr>
          <w:b/>
        </w:rPr>
        <w:t xml:space="preserve">[1:00:58] </w:t>
      </w:r>
      <w:r>
        <w:t>to sari umar sabr karne se aap ko yani eternal paradise milti hai.</w:t>
      </w:r>
    </w:p>
    <w:p>
      <w:pPr>
        <w:jc w:val="right"/>
      </w:pPr>
      <w:r>
        <w:t>تو ساری عمر صبر کرنے سے آپ کو یعنی eternal paradise ملتی ہے۔</w:t>
      </w:r>
    </w:p>
    <w:p>
      <w:r>
        <w:rPr>
          <w:b/>
        </w:rPr>
        <w:t xml:space="preserve">[1:01:05] </w:t>
      </w:r>
      <w:r>
        <w:t>agar aap yeh kahein ke bhai sari umar nahi karna hai, mujhe to aik mahina karna hai, aik saal karna hai, to phir yeh bhi maan lijiye ke aap ko aik saal ke liye jannat mile, us ke baad jannat se jannat se nikaal diya jayega.</w:t>
      </w:r>
    </w:p>
    <w:p>
      <w:pPr>
        <w:jc w:val="right"/>
      </w:pPr>
      <w:r>
        <w:t>اگر آپ یہ کہیں کہ بھئی ساری عمر نہیں کرنا ہے، مجھے تو ایک مہینہ کرنا ہے، ایک سال کرنا ہے، تو پھر یہ بھی مان لیجیے کہ آپ کو ایک سال کے لیے جنت ملے، اس کے بعد جنت سے جنت سے نکال دیا جائے گا۔</w:t>
      </w:r>
    </w:p>
    <w:p>
      <w:r>
        <w:rPr>
          <w:b/>
        </w:rPr>
        <w:t xml:space="preserve">[1:01:19] </w:t>
      </w:r>
      <w:r>
        <w:t>mein samajhta hoon jo log yeh kehte hain ke sabr kab tak, woh is ke consequences sochte nahi. chunke jannat un ke liye hai jo sabr karein, is liye jannat ka jannat se sabr karte hi rehna hai.</w:t>
      </w:r>
    </w:p>
    <w:p>
      <w:pPr>
        <w:jc w:val="right"/>
      </w:pPr>
      <w:r>
        <w:t>میں سمجھتا ہوں جو لوگ یہ کہتے ہیں کہ صبر کب تک، وہ اس کے consequences سوچتے نہیں۔ چونکہ جنت ان کے لیے ہے جو صبر کریں، اس لیے جنت کا جنت سے صبر کرتے ہی رہنا ہے۔</w:t>
      </w:r>
    </w:p>
    <w:p>
      <w:r>
        <w:rPr>
          <w:b/>
        </w:rPr>
        <w:t xml:space="preserve">[1:01:36] </w:t>
      </w:r>
      <w:r>
        <w:t>dekhein, sabr ka matlab kya hai? sabr ka matlab yeh hai ke positive behavior par qaim rehna, react na karna.</w:t>
      </w:r>
    </w:p>
    <w:p>
      <w:pPr>
        <w:jc w:val="right"/>
      </w:pPr>
      <w:r>
        <w:t>دیکھیں، صبر کا مطلب کیا ہے؟ صبر کا مطلب یہ ہے کہ positive behavior پر قائم رہنا، react نہ کرنا۔</w:t>
      </w:r>
    </w:p>
    <w:p>
      <w:r>
        <w:rPr>
          <w:b/>
        </w:rPr>
        <w:t xml:space="preserve">[1:01:50] </w:t>
      </w:r>
      <w:r>
        <w:t>to isi se to sari sifatain paida hoti hain. agar aap react karein to aap ke andar aala quality ka development nahi hoga.</w:t>
      </w:r>
    </w:p>
    <w:p>
      <w:pPr>
        <w:jc w:val="right"/>
      </w:pPr>
      <w:r>
        <w:t>تو اسی سے تو ساری صفتیں پیدا ہوتی ہیں۔ اگر آپ react کریں تو آپ کے اندر اعلیٰ quality کا development نہیں ہوگا۔</w:t>
      </w:r>
    </w:p>
    <w:p>
      <w:r>
        <w:rPr>
          <w:b/>
        </w:rPr>
        <w:t xml:space="preserve">[1:02:01] </w:t>
      </w:r>
      <w:r>
        <w:t>lekin jab aap sabr karenge, tabhi woh process aap ke andar jaari hoga jis mein aala quality paida hoti hai. to sabr ko log samajhte hain ke koi negative baat hai.</w:t>
      </w:r>
    </w:p>
    <w:p>
      <w:pPr>
        <w:jc w:val="right"/>
      </w:pPr>
      <w:r>
        <w:t>لیکن جب آپ صبر کریں گے، تبھی وہ process آپ کے اندر جاری ہوگا جس میں اعلیٰ quality پیدا ہوتی ہے۔ تو صبر کو لوگ سمجھتے ہیں کہ کوئی negative بات ہے۔</w:t>
      </w:r>
    </w:p>
    <w:p>
      <w:r>
        <w:rPr>
          <w:b/>
        </w:rPr>
        <w:t xml:space="preserve">[1:02:12] </w:t>
      </w:r>
      <w:r>
        <w:t>sabr negative baat nahi hai. sabr to aik positive baat hai. sabr na ho to aadmi ke andar aala akhlaq paida na ho, oonchi soch paida na ho.</w:t>
      </w:r>
    </w:p>
    <w:p>
      <w:pPr>
        <w:jc w:val="right"/>
      </w:pPr>
      <w:r>
        <w:t>صبر negative بات نہیں ہے۔ صبر تو ایک positive بات ہے۔ صبر نہ ہو تو آدمی کے اندر اعلیٰ اخلاق پیدا نہ ہو، اونچی سوچ پیدا نہ ہو۔</w:t>
      </w:r>
    </w:p>
    <w:p>
      <w:r>
        <w:rPr>
          <w:b/>
        </w:rPr>
        <w:t xml:space="preserve">[1:02:23] </w:t>
      </w:r>
      <w:r>
        <w:t>bilkul zindagi jo hai, oonchi baton se khaali ho jaye.</w:t>
      </w:r>
    </w:p>
    <w:p>
      <w:pPr>
        <w:jc w:val="right"/>
      </w:pPr>
      <w:r>
        <w:t>بالکل زندگی جو ہے، اونچی باتوں سے خالی ہو جائے۔</w:t>
      </w:r>
    </w:p>
    <w:p>
      <w:r>
        <w:rPr>
          <w:b/>
        </w:rPr>
        <w:t xml:space="preserve">[1:02:31] </w:t>
      </w:r>
      <w:r>
        <w:t>Maulana, yeh aik comment hai Muhammad Amir Siddiqui sahib ka Noida se. He has quoted an example from Quran. It was not Musa who wanted to take away political power from Pharaoh.</w:t>
      </w:r>
    </w:p>
    <w:p>
      <w:pPr>
        <w:jc w:val="right"/>
      </w:pPr>
      <w:r>
        <w:t>مولانا، یہ ایک کمنٹ ہے محمد عامر صدیقی صاحب کا نوئیڈا سے۔ He has quoted an example from Quran. It was not Musa who wanted to take away political power from Pharaoh.</w:t>
      </w:r>
    </w:p>
    <w:p>
      <w:r>
        <w:rPr>
          <w:b/>
        </w:rPr>
        <w:t xml:space="preserve">[1:02:48] </w:t>
      </w:r>
      <w:r>
        <w:t>It was Pharaoh who said to Musa that he wants to unseat him and his clan</w:t>
      </w:r>
    </w:p>
    <w:p>
      <w:pPr>
        <w:jc w:val="right"/>
      </w:pPr>
      <w:r>
        <w:t>It was Pharaoh who said to Musa that he wants to unseat him and his clan</w:t>
      </w:r>
    </w:p>
    <w:p>
      <w:r>
        <w:rPr>
          <w:b/>
        </w:rPr>
        <w:t xml:space="preserve">[1:02:56] </w:t>
      </w:r>
      <w:r>
        <w:t>. Musa was only there for peaceful daawa as approved by Allah. theek baat hai, sahi kaha aap ne.</w:t>
      </w:r>
    </w:p>
    <w:p>
      <w:pPr>
        <w:jc w:val="right"/>
      </w:pPr>
      <w:r>
        <w:t>. Musa was only there for peaceful دعویٰ as approved by Allah. ٹھیک بات ہے، صحیح کہا آپ نے۔</w:t>
      </w:r>
    </w:p>
    <w:p>
      <w:r>
        <w:rPr>
          <w:b/>
        </w:rPr>
        <w:t xml:space="preserve">[1:03:09] </w:t>
      </w:r>
      <w:r>
        <w:t>Maulana sahib, yeh agla question aaya hai Mahtab sahib ka Dhampur se. Maulana sahib, Khuda ke yahan namaz kaise qabool ho?</w:t>
      </w:r>
    </w:p>
    <w:p>
      <w:pPr>
        <w:jc w:val="right"/>
      </w:pPr>
      <w:r>
        <w:t>مولانا صاحب، یہ اگلا question آیا ہے مہتاب صاحب کا دھامپور سے۔ مولانا صاحب، خدا کے یہاں نماز کیسے قبول ہو؟</w:t>
      </w:r>
    </w:p>
    <w:p>
      <w:r>
        <w:rPr>
          <w:b/>
        </w:rPr>
        <w:t xml:space="preserve">[1:03:18] </w:t>
      </w:r>
      <w:r>
        <w:t>Meharbani kar ke bataein.</w:t>
      </w:r>
    </w:p>
    <w:p>
      <w:pPr>
        <w:jc w:val="right"/>
      </w:pPr>
      <w:r>
        <w:t>مہربانی کر کے بتائیں۔</w:t>
      </w:r>
    </w:p>
    <w:p>
      <w:r>
        <w:rPr>
          <w:b/>
        </w:rPr>
        <w:t xml:space="preserve">[1:03:29] </w:t>
      </w:r>
      <w:r>
        <w:t>Dekhiye, qabool hone ka mamla woh Allah ka mamla hai. Peshgi taur par yeh nahin maloom hota ke meri namaz qabool ho gayi.</w:t>
      </w:r>
    </w:p>
    <w:p>
      <w:pPr>
        <w:jc w:val="right"/>
      </w:pPr>
      <w:r>
        <w:t>دیکھیے، قبول ہونے کا معاملہ وہ اللہ کا معاملہ ہے۔ پیشگی طور پر یہ نہیں معلوم ہوتا کہ میری نماز قبول ہو گئی۔</w:t>
      </w:r>
    </w:p>
    <w:p>
      <w:r>
        <w:rPr>
          <w:b/>
        </w:rPr>
        <w:t xml:space="preserve">[1:03:38] </w:t>
      </w:r>
      <w:r>
        <w:t>Yeh soch galat hai. Kisi kisi Sahabi ne yeh nahin kaha hai ke meri namaz to qabool ho jati hai. Yeh yeh yeh yeh lafz kabhi Sahabi ne nahin bola.</w:t>
      </w:r>
    </w:p>
    <w:p>
      <w:pPr>
        <w:jc w:val="right"/>
      </w:pPr>
      <w:r>
        <w:t>یہ سوچ غلط ہے۔ کسی کسی صحابی نے یہ نہیں کہا ہے کہ میری نماز تو قبول ہو جاتی ہے۔ یہ یہ یہ یہ لفظ کبھی صحابی نے نہیں بولا۔</w:t>
      </w:r>
    </w:p>
    <w:p>
      <w:r>
        <w:rPr>
          <w:b/>
        </w:rPr>
        <w:t xml:space="preserve">[1:03:51] </w:t>
      </w:r>
      <w:r>
        <w:t>To kisi Sahabi ko pata nahin tha ke meri namazein qabool ho rahi hain. Aap koshish karna hai.</w:t>
      </w:r>
    </w:p>
    <w:p>
      <w:pPr>
        <w:jc w:val="right"/>
      </w:pPr>
      <w:r>
        <w:t>تو کسی صحابی کو پتہ نہیں تھا کہ میری نمازیں قبول ہو رہی ہیں۔ آپ کوشش کرنا ہے۔</w:t>
      </w:r>
    </w:p>
    <w:p>
      <w:r>
        <w:rPr>
          <w:b/>
        </w:rPr>
        <w:t xml:space="preserve">[1:03:58] </w:t>
      </w:r>
      <w:r>
        <w:t>Al-salih minni wal-ihtimam min Allah ke mujhe koshish karna hai aur baqi kaam Allah ka hai. To hamein koshish karna hai ke hamari namaz sahi namaz ho.</w:t>
      </w:r>
    </w:p>
    <w:p>
      <w:pPr>
        <w:jc w:val="right"/>
      </w:pPr>
      <w:r>
        <w:t>الصالح منی والاہتمام من اللہ کہ مجھے کوشش کرنا ہے اور باقی کام اللہ کا ہے۔ تو ہمیں کوشش کرنا ہے کہ ہماری نماز صحیح نماز ہو۔</w:t>
      </w:r>
    </w:p>
    <w:p>
      <w:r>
        <w:rPr>
          <w:b/>
        </w:rPr>
        <w:t xml:space="preserve">[1:04:10] </w:t>
      </w:r>
      <w:r>
        <w:t>Is ke andar spirit ho, is ke andar khushu ho aur taqwa ho. Is ki koshish karte rehna hai. Baqi yeh Allah ka domain hai ke woh woh us ko kya darja dega.</w:t>
      </w:r>
    </w:p>
    <w:p>
      <w:pPr>
        <w:jc w:val="right"/>
      </w:pPr>
      <w:r>
        <w:t>اس کے اندر اسپرٹ ہو، اس کے اندر خشوع ہو اور تقویٰ ہو۔ اس کی کوشش کرتے رہنا ہے۔ باقی یہ اللہ کا ڈومین ہے کہ وہ کہ وہ اس کو کیا درجہ دے گا۔</w:t>
      </w:r>
    </w:p>
    <w:p>
      <w:r>
        <w:rPr>
          <w:b/>
        </w:rPr>
        <w:t xml:space="preserve">[1:04:22] </w:t>
      </w:r>
      <w:r>
        <w:t>To Allah ke domain mein kabhi bhi dakhil nahin hona chahiye.</w:t>
      </w:r>
    </w:p>
    <w:p>
      <w:pPr>
        <w:jc w:val="right"/>
      </w:pPr>
      <w:r>
        <w:t>تو اللہ کے ڈومین میں کبھی بھی داخل نہیں ہونا چاہیے۔</w:t>
      </w:r>
    </w:p>
    <w:p>
      <w:r>
        <w:rPr>
          <w:b/>
        </w:rPr>
        <w:t xml:space="preserve">[1:04:28] </w:t>
      </w:r>
      <w:r>
        <w:t>Aur yeh agla question Maulana Farhad Ahmed sahib ka hai Delhi se. Maulana How should I keep myself away from extremism in the religion?</w:t>
      </w:r>
    </w:p>
    <w:p>
      <w:pPr>
        <w:jc w:val="right"/>
      </w:pPr>
      <w:r>
        <w:t>اور یہ اگلا question مولانا فرہاد احمد صاحب کا ہے دہلی سے۔ مولانا How should I keep myself away from extremism in the religion?</w:t>
      </w:r>
    </w:p>
    <w:p>
      <w:r>
        <w:rPr>
          <w:b/>
        </w:rPr>
        <w:t xml:space="preserve">[1:04:45] </w:t>
      </w:r>
      <w:r>
        <w:t>Bas sochna chahiye ke Rasool Allah ne farmaya ke iyyakum wal-ghulu fid-deen fa innama halaka man kana min qawmin bil-ghulu fid-deen yani Hadees mein bataya gaya hai ke ghulu ma'ni extremism.</w:t>
      </w:r>
    </w:p>
    <w:p>
      <w:pPr>
        <w:jc w:val="right"/>
      </w:pPr>
      <w:r>
        <w:t>بس سوچنا چاہیے کہ رسول اللہ نے فرمایا کہ ایاکم والغلو فی الدین فانما ہلک من کان من قوم بالغلو فی الدین یعنی حدیث میں بتایا گیا ہے کہ غلو معنی ایکسٹریمزم۔</w:t>
      </w:r>
    </w:p>
    <w:p>
      <w:r>
        <w:rPr>
          <w:b/>
        </w:rPr>
        <w:t xml:space="preserve">[1:04:59] </w:t>
      </w:r>
      <w:r>
        <w:t>Ke Hadees mein bataya gaya hai ke jo pichli qoumein tabah huin, woh ghulu ki wajah se tabah huin, halak ho gayin.</w:t>
      </w:r>
    </w:p>
    <w:p>
      <w:pPr>
        <w:jc w:val="right"/>
      </w:pPr>
      <w:r>
        <w:t>کہ حدیث میں بتایا گیا ہے کہ جو پچھلی قومیں تباہ ہوئیں، وہ غلو کی وجہ سے تباہ ہوئیں، ہلاک ہو گئیں۔</w:t>
      </w:r>
    </w:p>
    <w:p>
      <w:r>
        <w:rPr>
          <w:b/>
        </w:rPr>
        <w:t xml:space="preserve">[1:05:09] </w:t>
      </w:r>
      <w:r>
        <w:t>To is tarah ki jo Hadeeshein hain aur Quran mein bhi yeh baat aayi hai, us ko jitna hum yaad karenge, utna hi hum is se bachenge. Aur doosri baat yeh hai ke hamein tajziya karna seekhna chahiye.</w:t>
      </w:r>
    </w:p>
    <w:p>
      <w:pPr>
        <w:jc w:val="right"/>
      </w:pPr>
      <w:r>
        <w:t>تو اس طرح کی جو حدیثیں ہیں اور قرآن میں بھی یہ بات آئی ہے، اس کو جتنا ہم یاد کریں گے، اتنا ہی ہم اس سے بچیں گے۔ اور دوسری بات یہ ہے کہ ہمیں تجزیہ کرنا سیکھنا چاہیے۔</w:t>
      </w:r>
    </w:p>
    <w:p>
      <w:r>
        <w:rPr>
          <w:b/>
        </w:rPr>
        <w:t xml:space="preserve">[1:05:20] </w:t>
      </w:r>
      <w:r>
        <w:t>Tajziya ek baat ho sakta hai ke ghulu ho aur hum us ko ghulu na samajhte hon. To jab tajziya karenge aur introspection karenge, tab hamein maloom hoga ke yeh to yeh to ghulu kab ka hum kab hum kar rahe hain.</w:t>
      </w:r>
    </w:p>
    <w:p>
      <w:pPr>
        <w:jc w:val="right"/>
      </w:pPr>
      <w:r>
        <w:t>تجزیہ ایک بات ہو سکتا ہے کہ غلو ہو اور ہم اس کو غلو نہ سمجھتے ہوں۔ تو جب تجزیہ کریں گے اور انٹروسپیکشن کریں گے، تب ہمیں معلوم ہوگا کہ یہ تو یہ تو غلو کب کا ہم کب ہم کر رہے ہیں۔</w:t>
      </w:r>
    </w:p>
    <w:p>
      <w:r>
        <w:rPr>
          <w:b/>
        </w:rPr>
        <w:t xml:space="preserve">[1:05:39] </w:t>
      </w:r>
      <w:r>
        <w:t>To ek taraf Hadeeson se sabak lena aur doosri taraf musalsal taur par sochte rehna, tajziya karte rehna, yahi tareeqa hai jis se aap aadmi bach sakta hai ghulu se ya extremism se.</w:t>
      </w:r>
    </w:p>
    <w:p>
      <w:pPr>
        <w:jc w:val="right"/>
      </w:pPr>
      <w:r>
        <w:t>تو ایک طرف حدیثوں سے سبق لینا اور دوسری طرف مسلسل طور پر سوچتے رہنا، تجزیہ کرتے رہنا، یہی طریقہ ہے جس سے آپ آدمی بچ سکتا ہے غلو سے یا ایکسٹریمزم سے۔</w:t>
      </w:r>
    </w:p>
    <w:p>
      <w:r>
        <w:rPr>
          <w:b/>
        </w:rPr>
        <w:t xml:space="preserve">[1:05:54] </w:t>
      </w:r>
      <w:r>
        <w:t>Aur yeh agla question Mr. Ajay ka hai Gurgaon se. Maulana As per one hadith, Prophet said we should stop wrongdoing by any means possible</w:t>
      </w:r>
    </w:p>
    <w:p>
      <w:pPr>
        <w:jc w:val="right"/>
      </w:pPr>
      <w:r>
        <w:t>اور یہ اگلا question مسٹر اجے کا ہے گڑگاؤں سے۔ مولانا As per one hadith, Prophet said we should stop wrongdoing by any means possible</w:t>
      </w:r>
    </w:p>
    <w:p>
      <w:r>
        <w:rPr>
          <w:b/>
        </w:rPr>
        <w:t xml:space="preserve">[1:06:09] </w:t>
      </w:r>
      <w:r>
        <w:t>. How can we understand it in current situation? Nahin bhai, is Hadees ko unhon ne sahi tareeqe se naqal nahin kiya hai. Woh Hadees is tarah nahin hai ke bas hum kaise bhi us ko rokein.</w:t>
      </w:r>
    </w:p>
    <w:p>
      <w:pPr>
        <w:jc w:val="right"/>
      </w:pPr>
      <w:r>
        <w:t>. How can we understand it in current situation? نہیں بھئی، اس حدیث کو انہوں نے صحیح طریقے سے نقل نہیں کیا ہے۔ وہ حدیث اس طرح نہیں ہے کہ بس ہم کیسے بھی اس کو روکیں۔</w:t>
      </w:r>
    </w:p>
    <w:p>
      <w:r>
        <w:rPr>
          <w:b/>
        </w:rPr>
        <w:t xml:space="preserve">[1:06:21] </w:t>
      </w:r>
      <w:r>
        <w:t>Nahin, is mein yeh hai ke according to our capacity. Agar rokne ka har mumkin hai to rokein, bolna mumkin hai to bolein, nahin bol sakte to dil se maanein.</w:t>
      </w:r>
    </w:p>
    <w:p>
      <w:pPr>
        <w:jc w:val="right"/>
      </w:pPr>
      <w:r>
        <w:t>نہیں، اس میں یہ ہے کہ according to our capacity۔ اگر روکنے کا ہر ممکن ہے تو روکیں، بولنا ممکن ہے تو بولیں، نہیں بول سکتے تو دل سے مانیں۔</w:t>
      </w:r>
    </w:p>
    <w:p>
      <w:r>
        <w:rPr>
          <w:b/>
        </w:rPr>
        <w:t xml:space="preserve">[1:06:34] </w:t>
      </w:r>
      <w:r>
        <w:t>Is ka matlab hai ke aisi koshish jo counter productive ho, yani aur bigaad mein izafa ho jaye, log lad jayein to chup rehna chahiye, dua karna chahiye.</w:t>
      </w:r>
    </w:p>
    <w:p>
      <w:pPr>
        <w:jc w:val="right"/>
      </w:pPr>
      <w:r>
        <w:t>اس کا مطلب ہے کہ ایسی کوشش جو counter productive ہو، یعنی اور بگاڑ میں اضافہ ہو جائے، لوگ لڑ جائیں تو چپ رہنا چاہیے، دعا کرنا چاہیے۔</w:t>
      </w:r>
    </w:p>
    <w:p>
      <w:r>
        <w:rPr>
          <w:b/>
        </w:rPr>
        <w:t xml:space="preserve">[1:06:49] </w:t>
      </w:r>
      <w:r>
        <w:t>Is is jo naqal kiya unhon ne, mujhe lagta hai ke har haal mein hamein khud padhna chahiye. To yeh Hadees nahin</w:t>
      </w:r>
    </w:p>
    <w:p>
      <w:pPr>
        <w:jc w:val="right"/>
      </w:pPr>
      <w:r>
        <w:t>اس اس جو نقل کیا انہوں نے، مجھے لگتا ہے کہ ہر حال میں ہمیں خود پڑھنا چاہیے۔ تو یہ حدیث نہیں</w:t>
      </w:r>
    </w:p>
    <w:p>
      <w:r>
        <w:rPr>
          <w:b/>
        </w:rPr>
        <w:t xml:space="preserve">[1:06:56] </w:t>
      </w:r>
      <w:r>
        <w:t>hai. Hadees yeh hai ke agar tumhare bas mein hai ke tum koi bigaad paida kiye baghair us ko durust kar do to durust karo.</w:t>
      </w:r>
    </w:p>
    <w:p>
      <w:pPr>
        <w:jc w:val="right"/>
      </w:pPr>
      <w:r>
        <w:t>ہے۔ حدیث یہ ہے کہ اگر تمہارے بس میں ہے کہ تم کوئی بگاڑ پیدا کیے بغیر اس کو درست کر دو تو درست کرو۔</w:t>
      </w:r>
    </w:p>
    <w:p>
      <w:r>
        <w:rPr>
          <w:b/>
        </w:rPr>
        <w:t xml:space="preserve">[1:07:07] </w:t>
      </w:r>
      <w:r>
        <w:t>Aur agar yeh bas mein tumhare nahin hai to zabaan se bolo. Aur zabaan bolne mein bhi khatra ho ke bigaad paida hoga to phir dil dil se bura samjho aur dua karo.</w:t>
      </w:r>
    </w:p>
    <w:p>
      <w:pPr>
        <w:jc w:val="right"/>
      </w:pPr>
      <w:r>
        <w:t>اور اگر یہ بس میں تمہارے نہیں ہے تو زبان سے بولو۔ اور زبان بولنے میں بھی خطرہ ہو کہ بگاڑ پیدا ہوگا تو پھر دل دل سے برا سمجھو اور دعا کرو۔</w:t>
      </w:r>
    </w:p>
    <w:p>
      <w:r>
        <w:rPr>
          <w:b/>
        </w:rPr>
        <w:t xml:space="preserve">[1:07:21] </w:t>
      </w:r>
      <w:r>
        <w:t>To dekhiye, Islam mein jitne bhi ahkam hain, sab according to your capacity hain.</w:t>
      </w:r>
    </w:p>
    <w:p>
      <w:pPr>
        <w:jc w:val="right"/>
      </w:pPr>
      <w:r>
        <w:t>تو دیکھیے، اسلام میں جتنے بھی احکام ہیں، سب according to your capacity ہیں۔</w:t>
      </w:r>
    </w:p>
    <w:p>
      <w:r>
        <w:rPr>
          <w:b/>
        </w:rPr>
        <w:t xml:space="preserve">[1:07:27] </w:t>
      </w:r>
      <w:r>
        <w:t>Capacity ke baghair kudna yeh Islam mein nahin hai. Jaise Muslim mulkon mein log har jagah kude hue hain ke hum yahan justice qaim karenge, hum yahan qanoon nafiz karenge.</w:t>
      </w:r>
    </w:p>
    <w:p>
      <w:pPr>
        <w:jc w:val="right"/>
      </w:pPr>
      <w:r>
        <w:t>Capacity کے بغیر کودنا یہ اسلام میں نہیں ہے۔ جیسے مسلم ملکوں میں لوگ ہر جگہ کودے ہوئے ہیں کہ ہم یہاں justice قائم کریں گے، ہم یہاں قانون نافذ کریں گے۔</w:t>
      </w:r>
    </w:p>
    <w:p>
      <w:r>
        <w:rPr>
          <w:b/>
        </w:rPr>
        <w:t xml:space="preserve">[1:07:45] </w:t>
      </w:r>
      <w:r>
        <w:t>Aur practical taur par kya hota hai ke khud hi ladte marte hain, kuch hota nahin, sirf ladai bhadai hoti hai. To yeh Islam ki taleem nahin hai.</w:t>
      </w:r>
    </w:p>
    <w:p>
      <w:pPr>
        <w:jc w:val="right"/>
      </w:pPr>
      <w:r>
        <w:t>اور practical طور پر کیا ہوتا ہے کہ خود ہی لڑتے مڑتے ہیں، کچھ ہوتا نہیں، صرف لڑائی بھڑائی ہوتی ہے۔ تو یہ اسلام کی تعلیم نہیں ہے۔</w:t>
      </w:r>
    </w:p>
    <w:p>
      <w:r>
        <w:rPr>
          <w:b/>
        </w:rPr>
        <w:t xml:space="preserve">[1:07:59] </w:t>
      </w:r>
      <w:r>
        <w:t>aap ko apni capacity ke aitbar se karna hai, is se bahar nahi hai. Maulana, woh jo question jis mein naam aur location mention nahi thi, haan, unhon ne wapas reply kiya, woh Mr. Idrees ka hai Raipur se.</w:t>
      </w:r>
    </w:p>
    <w:p>
      <w:pPr>
        <w:jc w:val="right"/>
      </w:pPr>
      <w:r>
        <w:t>آپ کو اپنی capacity کے اعتبار سے کرنا ہے، اس سے باہر نہیں ہے۔ مولانا، وہ جو question جس میں نام اور location mention نہیں تھی، ہاں، انہوں نے واپس reply کیا، وہ مسٹر ادریس کا ہے رائے پور سے۔</w:t>
      </w:r>
    </w:p>
    <w:p>
      <w:r>
        <w:rPr>
          <w:b/>
        </w:rPr>
        <w:t xml:space="preserve">[1:08:12] </w:t>
      </w:r>
      <w:r>
        <w:t>Muslim world has become zawaal yafta. My question is, how US and Europe could save themselves from being zawaal yafta?</w:t>
      </w:r>
    </w:p>
    <w:p>
      <w:pPr>
        <w:jc w:val="right"/>
      </w:pPr>
      <w:r>
        <w:t>Muslim world has become جبال یافتہ۔ My question is, how US and Europe could save themselves from being جبال یافتہ؟</w:t>
      </w:r>
    </w:p>
    <w:p>
      <w:r>
        <w:rPr>
          <w:b/>
        </w:rPr>
        <w:t xml:space="preserve">[1:08:25] </w:t>
      </w:r>
      <w:r>
        <w:t>zawaal, zawaal, degen</w:t>
      </w:r>
    </w:p>
    <w:p>
      <w:pPr>
        <w:jc w:val="right"/>
      </w:pPr>
      <w:r>
        <w:t>زوال، زوال، degen</w:t>
      </w:r>
    </w:p>
    <w:p>
      <w:r>
        <w:rPr>
          <w:b/>
        </w:rPr>
        <w:t xml:space="preserve">[1:08:28] </w:t>
      </w:r>
      <w:r>
        <w:t>eration. To degeneration to sab mein, jaise misaal ke taur par dekhiye, ek zamana tha jab ke Europe mein freedom ek bahut achhi cheez thi, to praai thi, ek positive phenomena ke taur par.</w:t>
      </w:r>
    </w:p>
    <w:p>
      <w:pPr>
        <w:jc w:val="right"/>
      </w:pPr>
      <w:r>
        <w:t>eration۔ تو degeneration تو سب میں، جیسے مثال کے طور پر دیکھیے، ایک زمانہ تھا جب کہ یورپ میں freedom ایک بہت اچھی چیز تھی، تو پرائی تھی، ایک positive phenomena کے طور پر۔</w:t>
      </w:r>
    </w:p>
    <w:p>
      <w:r>
        <w:rPr>
          <w:b/>
        </w:rPr>
        <w:t xml:space="preserve">[1:08:45] </w:t>
      </w:r>
      <w:r>
        <w:t>Abhi aaj ki khabar hai ke Europe ke country mein ek baqayda referendum hua to 62% logon ne is par rai di ke same sex mein merger marriage hona chahiye.</w:t>
      </w:r>
    </w:p>
    <w:p>
      <w:pPr>
        <w:jc w:val="right"/>
      </w:pPr>
      <w:r>
        <w:t>ابھی آج کی خبر ہے کہ یورپ کے country میں ایک باقاعدہ referendum ہوا تو 62% لوگوں نے اس پر رائے دی کہ same sex میں merger marriage ہونا چاہیے۔</w:t>
      </w:r>
    </w:p>
    <w:p>
      <w:r>
        <w:rPr>
          <w:b/>
        </w:rPr>
        <w:t xml:space="preserve">[1:09:02] </w:t>
      </w:r>
      <w:r>
        <w:t>Yeh freedom ko misuse kar rahe hain. Ek zamana tha ke Europe mein tasawwur nahi tha ke freedom ko misuse kiya jaye.</w:t>
      </w:r>
    </w:p>
    <w:p>
      <w:pPr>
        <w:jc w:val="right"/>
      </w:pPr>
      <w:r>
        <w:t>یہ freedom کو misuse کر رہے ہیں۔ ایک زمانہ تھا کہ یورپ میں تصور نہیں تھا کہ freedom کو misuse کیا جائے۔</w:t>
      </w:r>
    </w:p>
    <w:p>
      <w:r>
        <w:rPr>
          <w:b/>
        </w:rPr>
        <w:t xml:space="preserve">[1:09:12] </w:t>
      </w:r>
      <w:r>
        <w:t>To Europe, America mein aaj zawaal ho chuka hai, yaani zawaal shuru ho chuka hai. Zawaal shuru ho chuka hai.</w:t>
      </w:r>
    </w:p>
    <w:p>
      <w:pPr>
        <w:jc w:val="right"/>
      </w:pPr>
      <w:r>
        <w:t>تو یورپ، امریکہ میں آج زوال ہو چکا ہے، یعنی زوال شروع ہو چکا ہے۔ زوال شروع ہو چکا ہے۔</w:t>
      </w:r>
    </w:p>
    <w:p>
      <w:r>
        <w:rPr>
          <w:b/>
        </w:rPr>
        <w:t xml:space="preserve">[1:09:21] </w:t>
      </w:r>
      <w:r>
        <w:t>Aisa nahi ke unka zawaal nahi hota. Ek zamana tha ke jab woh urooj par thay, bolo urooj par. Ab to har jagah zawaal hai.</w:t>
      </w:r>
    </w:p>
    <w:p>
      <w:pPr>
        <w:jc w:val="right"/>
      </w:pPr>
      <w:r>
        <w:t>ایسا نہیں کہ ان کا زوال نہیں ہوتا۔ ایک زمانہ تھا کہ جب وہ عروج پر تھے، بولو عروج پر۔ اب تو ہر جگہ زوال ہے۔</w:t>
      </w:r>
    </w:p>
    <w:p>
      <w:r>
        <w:rPr>
          <w:b/>
        </w:rPr>
        <w:t xml:space="preserve">[1:09:31] </w:t>
      </w:r>
      <w:r>
        <w:t>Europe mein bhi, America mein bhi.</w:t>
      </w:r>
    </w:p>
    <w:p>
      <w:pPr>
        <w:jc w:val="right"/>
      </w:pPr>
      <w:r>
        <w:t>یورپ میں بھی، امریکہ میں بھی۔</w:t>
      </w:r>
    </w:p>
    <w:p>
      <w:r>
        <w:rPr>
          <w:b/>
        </w:rPr>
        <w:t xml:space="preserve">[1:09:36] </w:t>
      </w:r>
      <w:r>
        <w:t>Aur yeh agla question Dr. Pradhan ka hai Delhi se</w:t>
      </w:r>
    </w:p>
    <w:p>
      <w:pPr>
        <w:jc w:val="right"/>
      </w:pPr>
      <w:r>
        <w:t>اور یہ اگلا question ڈاکٹر پردھان کا ہے دہلی سے</w:t>
      </w:r>
    </w:p>
    <w:p>
      <w:r>
        <w:rPr>
          <w:b/>
        </w:rPr>
        <w:t xml:space="preserve">[1:09:41] </w:t>
      </w:r>
      <w:r>
        <w:t>. If somebody is facing discrimination in worldly affairs, how should he stay positive in such situation?</w:t>
      </w:r>
    </w:p>
    <w:p>
      <w:pPr>
        <w:jc w:val="right"/>
      </w:pPr>
      <w:r>
        <w:t>۔ If somebody is facing discrimination in worldly affairs, how should he stay positive in such situation?</w:t>
      </w:r>
    </w:p>
    <w:p>
      <w:r>
        <w:rPr>
          <w:b/>
        </w:rPr>
        <w:t xml:space="preserve">[1:09:53] </w:t>
      </w:r>
      <w:r>
        <w:t>Dekhiye, mera manna yeh hai ke discrimination is nothing.</w:t>
      </w:r>
    </w:p>
    <w:p>
      <w:pPr>
        <w:jc w:val="right"/>
      </w:pPr>
      <w:r>
        <w:t>دیکھیے، میرا ماننا یہ ہے کہ discrimination is nothing۔</w:t>
      </w:r>
    </w:p>
    <w:p>
      <w:r>
        <w:rPr>
          <w:b/>
        </w:rPr>
        <w:t xml:space="preserve">[1:09:59] </w:t>
      </w:r>
      <w:r>
        <w:t>Ek fitri, yaani ek natural phenomena hai jis ko log kehte hain discrimination. Kyun ke jab zindagi ka nizam bana hai competition par, to koi aage badhega, koi peeche hatega.</w:t>
      </w:r>
    </w:p>
    <w:p>
      <w:pPr>
        <w:jc w:val="right"/>
      </w:pPr>
      <w:r>
        <w:t>ایک فطری، یعنی ایک natural phenomena ہے جس کو لوگ کہتے ہیں discrimination۔ کیونکہ جب زندگی کا نظام بنا ہے competition پر، تو کوئی آگے بڑھے گا، کوئی پیچھے ہٹے گا۔</w:t>
      </w:r>
    </w:p>
    <w:p>
      <w:r>
        <w:rPr>
          <w:b/>
        </w:rPr>
        <w:t xml:space="preserve">[1:10:13] </w:t>
      </w:r>
      <w:r>
        <w:t>Koi aage badhega, koi peeche ho jayega. To peeche wale kahenge ke mujhe discrimination ho raha hai. Nahi, woh that is due to competition. That is due to challenge.</w:t>
      </w:r>
    </w:p>
    <w:p>
      <w:pPr>
        <w:jc w:val="right"/>
      </w:pPr>
      <w:r>
        <w:t>کوئی آگے بڑھے گا، کوئی پیچھے ہو جائے گا۔ تو پیچھے والے کہیں گے کہ مجھے discrimination ہو رہا ہے۔ نہیں، وہ that is due to competition. That is due to challenge.</w:t>
      </w:r>
    </w:p>
    <w:p>
      <w:r>
        <w:rPr>
          <w:b/>
        </w:rPr>
        <w:t xml:space="preserve">[1:10:26] </w:t>
      </w:r>
      <w:r>
        <w:t>To apni ghalti ko dekh jaanna chahiye. Jab bhi koi aisa waqea ho to apni ghalti ko daryaft kijiye. Woh discrimination ka qissa nahi hota hai.</w:t>
      </w:r>
    </w:p>
    <w:p>
      <w:pPr>
        <w:jc w:val="right"/>
      </w:pPr>
      <w:r>
        <w:t>تو اپنی غلطی کو دیکھ جاننا چاہیے۔ جب بھی کوئی ایسا واقعہ ہو تو اپنی غلطی کو دریافت کیجیے۔ وہ discrimination کا قصہ نہیں ہوتا ہے۔</w:t>
      </w:r>
    </w:p>
    <w:p>
      <w:r>
        <w:rPr>
          <w:b/>
        </w:rPr>
        <w:t xml:space="preserve">[1:10:36] </w:t>
      </w:r>
      <w:r>
        <w:t>Meri zindagi mein bahut se waqeat aise hue hain, main unko discrimination nahi samjha. Maine apni kisi kotahi ko daryaft kiya.</w:t>
      </w:r>
    </w:p>
    <w:p>
      <w:pPr>
        <w:jc w:val="right"/>
      </w:pPr>
      <w:r>
        <w:t>میری زندگی میں بہت سے واقعات ایسے ہوئے ہیں، میں ان کو discrimination نہیں سمجھا۔ میں نے اپنی کسی کوتاہی کو دریافت کیا۔</w:t>
      </w:r>
    </w:p>
    <w:p>
      <w:r>
        <w:rPr>
          <w:b/>
        </w:rPr>
        <w:t xml:space="preserve">[1:10:46] </w:t>
      </w:r>
      <w:r>
        <w:t>Maine to phir main ga, phir dobara main kamyab ho gaya.</w:t>
      </w:r>
    </w:p>
    <w:p>
      <w:pPr>
        <w:jc w:val="right"/>
      </w:pPr>
      <w:r>
        <w:t>میں نے تو پھر میں گا، پھر دوبارہ میں کامیاب ہو گیا۔</w:t>
      </w:r>
    </w:p>
    <w:p>
      <w:r>
        <w:rPr>
          <w:b/>
        </w:rPr>
        <w:t xml:space="preserve">[1:10:50] </w:t>
      </w:r>
      <w:r>
        <w:t>To mere dictionary mein, dictionary mein, dictionary mein discrimination lafz hai hi nahi. Aur saare Quran mein kahin bhi yeh lafz nahi hai. Discrimination ke lafz Quran majeed mein nahi hai.</w:t>
      </w:r>
    </w:p>
    <w:p>
      <w:pPr>
        <w:jc w:val="right"/>
      </w:pPr>
      <w:r>
        <w:t>تو میرے ڈکشنری میں، ڈکشنری میں، ڈکشنری میں discrimination لفظ ہے ہی نہیں۔ اور سارے قرآن میں کہیں بھی یہ لفظ نہیں ہے۔ Discrimination کے لفظ قرآن مجید میں نہیں ہے۔</w:t>
      </w:r>
    </w:p>
    <w:p>
      <w:r>
        <w:rPr>
          <w:b/>
        </w:rPr>
        <w:t xml:space="preserve">[1:11:01] </w:t>
      </w:r>
      <w:r>
        <w:t>Yeh to is zamane mein logon ne garh rakha hai, galat taur par. Aur kyun ke woh sahi sahi analysis nahi kar paate waqeat ka, to kehte hain ke discrimination ho raha hai.</w:t>
      </w:r>
    </w:p>
    <w:p>
      <w:pPr>
        <w:jc w:val="right"/>
      </w:pPr>
      <w:r>
        <w:t>یہ تو اس زمانے میں لوگوں نے گڑھ رکھا ہے، غلط طور پر۔ اور کیونکہ وہ صحیح صحیح analysis نہیں کر پاتے واقعات کا، تو کہتے ہیں کہ discrimination ہو رہا ہے۔</w:t>
      </w:r>
    </w:p>
    <w:p>
      <w:r>
        <w:rPr>
          <w:b/>
        </w:rPr>
        <w:t xml:space="preserve">[1:11:16] </w:t>
      </w:r>
      <w:r>
        <w:t>Main is ko nahi manta.</w:t>
      </w:r>
    </w:p>
    <w:p>
      <w:pPr>
        <w:jc w:val="right"/>
      </w:pPr>
      <w:r>
        <w:t>میں اس کو نہیں مانتا۔</w:t>
      </w:r>
    </w:p>
    <w:p>
      <w:r>
        <w:rPr>
          <w:b/>
        </w:rPr>
        <w:t xml:space="preserve">[1:11:17] </w:t>
      </w:r>
      <w:r>
        <w:t>Aap agar specific misaal dein to main is ko tajziya kar ke bataunga ke yeh discrimination nahi hai. Yeh koi bhi, kisi bhi field ki aap specific misaal dijiye ke wahan Musalmanon ke sath discrimination hua, to main bataunga, Insha Allah.</w:t>
      </w:r>
    </w:p>
    <w:p>
      <w:pPr>
        <w:jc w:val="right"/>
      </w:pPr>
      <w:r>
        <w:t>آپ اگر specific مثال دیں تو میں اس کو تجزیہ کر کے بتاؤں گا کہ یہ discrimination نہیں ہے۔ یہ کوئی بھی، کسی بھی field کی آپ specific مثال دیجیے کہ وہاں مسلمانوں کے ساتھ discrimination ہوا، تو میں بتاؤں گا، انشاءاللہ۔</w:t>
      </w:r>
    </w:p>
    <w:p>
      <w:r>
        <w:rPr>
          <w:b/>
        </w:rPr>
        <w:t xml:space="preserve">[1:11:32] </w:t>
      </w:r>
      <w:r>
        <w:t>Kyun ke main manta hi nahi ke discrimination hota hai.</w:t>
      </w:r>
    </w:p>
    <w:p>
      <w:pPr>
        <w:jc w:val="right"/>
      </w:pPr>
      <w:r>
        <w:t>کیونکہ میں مانتا ہی نہیں کہ discrimination ہوتا ہے۔</w:t>
      </w:r>
    </w:p>
    <w:p>
      <w:r>
        <w:rPr>
          <w:b/>
        </w:rPr>
        <w:t xml:space="preserve">[1:11:36] </w:t>
      </w:r>
      <w:r>
        <w:t>Aap ne apni, apni yaani incompetent hota hai, us ki praai bhugatni padti hai.</w:t>
      </w:r>
    </w:p>
    <w:p>
      <w:pPr>
        <w:jc w:val="right"/>
      </w:pPr>
      <w:r>
        <w:t>آپ نے اپنی، اپنی یعنی incompetent ہوتا ہے، اس کی پرائیوت بھگتنی پڑتی ہے۔</w:t>
      </w:r>
    </w:p>
    <w:p>
      <w:r>
        <w:rPr>
          <w:b/>
        </w:rPr>
        <w:t xml:space="preserve">[1:11:45] </w:t>
      </w:r>
      <w:r>
        <w:t>Aur woh kehta hai ke discrimination ho raha hai. To main nahi manta discrimination ki theory ko.</w:t>
      </w:r>
    </w:p>
    <w:p>
      <w:pPr>
        <w:jc w:val="right"/>
      </w:pPr>
      <w:r>
        <w:t>اور وہ کہتا ہے کہ discrimination ہو رہا ہے۔ تو میں نہیں مانتا discrimination کی تھیوری کو۔</w:t>
      </w:r>
    </w:p>
    <w:p>
      <w:r>
        <w:rPr>
          <w:b/>
        </w:rPr>
        <w:t xml:space="preserve">[1:11:53] </w:t>
      </w:r>
      <w:r>
        <w:t>Main manta hoon ke aadmi apni hi kami ko bhugatta hai. Jaise Quran majeed mein bataya ke la yuslih al-insan illa ma sa to jab tak koi misaal na de, koi aadmi, main is ko manne ko tayyar nahi hoon.</w:t>
      </w:r>
    </w:p>
    <w:p>
      <w:pPr>
        <w:jc w:val="right"/>
      </w:pPr>
      <w:r>
        <w:t>میں مانتا ہوں کہ آدمی اپنی ہی کمی کو بھگتتا ہے۔ جیسے قرآن مجید میں بتایا کہ لا يصلح الإنسان إلا ما صا تو جب تک کوئی مثال نہ دے، کوئی آدمی، میں اس کو ماننے کو تیار نہیں ہوں۔</w:t>
      </w:r>
    </w:p>
    <w:p>
      <w:r>
        <w:rPr>
          <w:b/>
        </w:rPr>
        <w:t xml:space="preserve">[1:12:10] </w:t>
      </w:r>
      <w:r>
        <w:t>maulana, yeh comment aaya hai miss aaliya farooqi ka pakistan se.</w:t>
      </w:r>
    </w:p>
    <w:p>
      <w:pPr>
        <w:jc w:val="right"/>
      </w:pPr>
      <w:r>
        <w:t>مولانا، یہ کمنٹ آیا ہے مس عالیہ فاروقی کا پاکستان سے۔</w:t>
      </w:r>
    </w:p>
    <w:p>
      <w:r>
        <w:rPr>
          <w:b/>
        </w:rPr>
        <w:t xml:space="preserve">[1:12:17] </w:t>
      </w:r>
      <w:r>
        <w:t>maulana sahib From your every lecture, I take energy, positive thinking, and sabr. aur yeh agla question aaya hai doctor farida khanum ka dehli se.</w:t>
      </w:r>
    </w:p>
    <w:p>
      <w:pPr>
        <w:jc w:val="right"/>
      </w:pPr>
      <w:r>
        <w:t>مولانا صاحب From your every lecture, I take energy, positive thinking, and sabr. اور یہ اگلا question آیا ہے ڈاکٹر فریدہ خانم کا دہلی سے۔</w:t>
      </w:r>
    </w:p>
    <w:p>
      <w:r>
        <w:rPr>
          <w:b/>
        </w:rPr>
        <w:t xml:space="preserve">[1:12:31] </w:t>
      </w:r>
      <w:r>
        <w:t>Why is it that everyone remains patient at home and everyone remains patient at workplace,</w:t>
      </w:r>
    </w:p>
    <w:p>
      <w:pPr>
        <w:jc w:val="right"/>
      </w:pPr>
      <w:r>
        <w:t>Why is it that everyone remains patient at home and everyone remains patient at workplace,</w:t>
      </w:r>
    </w:p>
    <w:p>
      <w:r>
        <w:rPr>
          <w:b/>
        </w:rPr>
        <w:t xml:space="preserve">[1:12:42] </w:t>
      </w:r>
      <w:r>
        <w:t>but when it comes to be patient to Madhu for the cause of God, he is not willing to do so? dekhiye, main samajhta hoon ke jahan compulsion ho, wahan theek ho jata hai.</w:t>
      </w:r>
    </w:p>
    <w:p>
      <w:pPr>
        <w:jc w:val="right"/>
      </w:pPr>
      <w:r>
        <w:t>but when it comes to be patient to Madhu for the cause of God, he is not willing to do so? دیکھیے، میں سمجھتا ہوں کہ جہاں compulsion ہو، وہاں ٹھیک ہو جاتا ہے۔</w:t>
      </w:r>
    </w:p>
    <w:p>
      <w:r>
        <w:rPr>
          <w:b/>
        </w:rPr>
        <w:t xml:space="preserve">[1:12:58] </w:t>
      </w:r>
      <w:r>
        <w:t>jahan compulsion na ho, wahan woh theek nahi rehta. jaise office hai, to ek shakhs ghar mein to ladega, office mein theek rahega.</w:t>
      </w:r>
    </w:p>
    <w:p>
      <w:pPr>
        <w:jc w:val="right"/>
      </w:pPr>
      <w:r>
        <w:t>جہاں compulsion نہ ہو، وہاں وہ ٹھیک نہیں رہتا۔ جیسے آفس ہے، تو ایک شخص گھر میں تو لڑے گا، آفس میں ٹھیک رہے گا۔</w:t>
      </w:r>
    </w:p>
    <w:p>
      <w:r>
        <w:rPr>
          <w:b/>
        </w:rPr>
        <w:t xml:space="preserve">[1:13:09] </w:t>
      </w:r>
      <w:r>
        <w:t>kyunke office mein compulsion hai.</w:t>
      </w:r>
    </w:p>
    <w:p>
      <w:pPr>
        <w:jc w:val="right"/>
      </w:pPr>
      <w:r>
        <w:t>کیونکہ آفس میں compulsion ہے۔</w:t>
      </w:r>
    </w:p>
    <w:p>
      <w:r>
        <w:rPr>
          <w:b/>
        </w:rPr>
        <w:t xml:space="preserve">[1:13:12] </w:t>
      </w:r>
      <w:r>
        <w:t>office mein woh ladega to us ko farigh kar diya jayega. to bahar nikalta hai, nikla hai to apni achi image banane ke liye woh theek thaak rahega.</w:t>
      </w:r>
    </w:p>
    <w:p>
      <w:pPr>
        <w:jc w:val="right"/>
      </w:pPr>
      <w:r>
        <w:t>آفس میں وہ لڑے گا تو اس کو فارغ کر دیا جائے گا۔ تو باہر نکلتا ہے، نکلا ہے تو اپنی اچھی image بنانے کے لیے وہ ٹھیک ٹھاک رہے گا۔</w:t>
      </w:r>
    </w:p>
    <w:p>
      <w:r>
        <w:rPr>
          <w:b/>
        </w:rPr>
        <w:t xml:space="preserve">[1:13:24] </w:t>
      </w:r>
      <w:r>
        <w:t>to main samajhta hoon ke yeh sari baatein is liye hoti hain ke jahan compulsion hai, wahan to theek thaak rehte hain log. jahan compulsion nahi hai, wahan woh yaani theek thaak nahi reh paate.</w:t>
      </w:r>
    </w:p>
    <w:p>
      <w:pPr>
        <w:jc w:val="right"/>
      </w:pPr>
      <w:r>
        <w:t>تو میں سمجھتا ہوں کہ یہ ساری باتیں اس لیے ہوتی ہیں کہ جہاں compulsion ہے، وہاں تو ٹھیک ٹھاک رہتے ہیں لوگ۔ جہاں compulsion نہیں ہے، وہاں وہ یعنی ٹھیک ٹھاک نہیں رہ پاتے۔</w:t>
      </w:r>
    </w:p>
    <w:p>
      <w:r>
        <w:rPr>
          <w:b/>
        </w:rPr>
        <w:t xml:space="preserve">[1:13:38] </w:t>
      </w:r>
      <w:r>
        <w:t>to sahi insan woh hai jo jo apne, yaani jis ko jo intellectually developed ho, uska shaoor hai, taraqqi yafta ho ke har jagah woh ek sa rahe.</w:t>
      </w:r>
    </w:p>
    <w:p>
      <w:pPr>
        <w:jc w:val="right"/>
      </w:pPr>
      <w:r>
        <w:t>تو صحیح انسان وہ ہے جو جو اپنے، یعنی جس کو جو intellectually developed ہو، اس کا شعور ہے، ترقی یافتہ ہو کہ ہر جگہ وہ ایک سا رہے۔</w:t>
      </w:r>
    </w:p>
    <w:p>
      <w:r>
        <w:rPr>
          <w:b/>
        </w:rPr>
        <w:t xml:space="preserve">[1:13:54] </w:t>
      </w:r>
      <w:r>
        <w:t>compulsion ho ya na ho, har jagah woh theek thaak rahe. isi ko main samajhta hoon ke aala insan hai. aur yeh agla question bhi doctor farida khanum ka hai dehli se.</w:t>
      </w:r>
    </w:p>
    <w:p>
      <w:pPr>
        <w:jc w:val="right"/>
      </w:pPr>
      <w:r>
        <w:t>compulsion ہو یا نہ ہو، ہر جگہ وہ ٹھیک ٹھاک رہے۔ اسی کو میں سمجھتا ہوں کہ اعلیٰ انسان ہے۔ اور یہ اگلا question بھی ڈاکٹر فریدہ خانم کا ہے دہلی سے۔</w:t>
      </w:r>
    </w:p>
    <w:p>
      <w:r>
        <w:rPr>
          <w:b/>
        </w:rPr>
        <w:t xml:space="preserve">[1:14:09] </w:t>
      </w:r>
      <w:r>
        <w:t>From my interaction with Muslims, I have learned that Muslims are totally unaware of logical thinking.</w:t>
      </w:r>
    </w:p>
    <w:p>
      <w:pPr>
        <w:jc w:val="right"/>
      </w:pPr>
      <w:r>
        <w:t>From my interaction with Muslims, I have learned that Muslims are totally unaware of logical thinking.</w:t>
      </w:r>
    </w:p>
    <w:p>
      <w:r>
        <w:rPr>
          <w:b/>
        </w:rPr>
        <w:t xml:space="preserve">[1:14:19] </w:t>
      </w:r>
      <w:r>
        <w:t>They can't think on any point logically and rationally. Why is it so? dekhiye, is ka mujhe bhi tajurba hai ke musalman logical thinking ya scientific analysis jante nahi.</w:t>
      </w:r>
    </w:p>
    <w:p>
      <w:pPr>
        <w:jc w:val="right"/>
      </w:pPr>
      <w:r>
        <w:t>They can't think on any point logically and rationally. Why is it so? دیکھیے، اس کا مجھے بھی تجربہ ہے کہ مسلمان logical thinking یا scientific analysis جانتے نہیں۔</w:t>
      </w:r>
    </w:p>
    <w:p>
      <w:r>
        <w:rPr>
          <w:b/>
        </w:rPr>
        <w:t xml:space="preserve">[1:14:39] </w:t>
      </w:r>
      <w:r>
        <w:t>is ki wajah yeh hai ke modern education mein bhi dakhil na hue musalman sahi tor par. hatta ke unhon ne jo college university banai, wahan bhi sahi maene mein modern education nahi aai.</w:t>
      </w:r>
    </w:p>
    <w:p>
      <w:pPr>
        <w:jc w:val="right"/>
      </w:pPr>
      <w:r>
        <w:t>اس کی وجہ یہ ہے کہ modern education میں بھی داخل نہ ہوئے مسلمان صحیح طور پر۔ حتیٰ کہ انہوں نے جو کالج یونیورسٹی بنائی، وہاں بھی صحیح معنی میں modern education نہیں آئی۔</w:t>
      </w:r>
    </w:p>
    <w:p>
      <w:r>
        <w:rPr>
          <w:b/>
        </w:rPr>
        <w:t xml:space="preserve">[1:14:49] </w:t>
      </w:r>
      <w:r>
        <w:t>kyunke kyunke bohat zyada favor tha. bohat zyada favor. jahan favor rahega, wahan scientific education nahi ho sakti hai. jo jo main janta hoon, musalman idare, wahan competition nahi hai, wahan par.</w:t>
      </w:r>
    </w:p>
    <w:p>
      <w:pPr>
        <w:jc w:val="right"/>
      </w:pPr>
      <w:r>
        <w:t>کیونکہ کیونکہ بہت زیادہ favor تھا۔ بہت زیادہ favor۔ جہاں favor رہے گا، وہاں scientific education نہیں ہو سکتی ہے۔ جو جو میں جانتا ہوں، مسلمان ادارے، وہاں competition نہیں ہے، وہاں پر۔</w:t>
      </w:r>
    </w:p>
    <w:p>
      <w:r>
        <w:rPr>
          <w:b/>
        </w:rPr>
        <w:t xml:space="preserve">[1:15:02] </w:t>
      </w:r>
      <w:r>
        <w:t>favor, favor, favor. to</w:t>
      </w:r>
    </w:p>
    <w:p>
      <w:pPr>
        <w:jc w:val="right"/>
      </w:pPr>
      <w:r>
        <w:t>Favor، favor، favor۔ تو</w:t>
      </w:r>
    </w:p>
    <w:p>
      <w:r>
        <w:rPr>
          <w:b/>
        </w:rPr>
        <w:t xml:space="preserve">[1:15:05] </w:t>
      </w:r>
      <w:r>
        <w:t>modern education is maene mein, jis maene mein ke western countries mein hui, is maene mein musalmanon mein kabhi aai nahi. na aaj bhi nahi hai.</w:t>
      </w:r>
    </w:p>
    <w:p>
      <w:pPr>
        <w:jc w:val="right"/>
      </w:pPr>
      <w:r>
        <w:t>modern education اس معنی میں، جس معنی میں کہ western countries میں ہوئی، اس معنی میں مسلمانوں میں کبھی آئی نہیں۔ نہ آج بھی نہیں ہے۔</w:t>
      </w:r>
    </w:p>
    <w:p>
      <w:r>
        <w:rPr>
          <w:b/>
        </w:rPr>
        <w:t xml:space="preserve">[1:15:14] </w:t>
      </w:r>
      <w:r>
        <w:t>to is wajah se scientific thinking un ki qadar nahi.</w:t>
      </w:r>
    </w:p>
    <w:p>
      <w:pPr>
        <w:jc w:val="right"/>
      </w:pPr>
      <w:r>
        <w:t>تو اس وجہ سے scientific thinking ان کی قدر نہیں۔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