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Fiqh in Islam (Prophetic Wisdom) November 24, 2006</w:t>
      </w:r>
    </w:p>
    <w:p>
      <w:r>
        <w:t>https://www.youtube.com/watch?v=magXxJDsM8c</w:t>
      </w:r>
    </w:p>
    <w:p>
      <w:r>
        <w:rPr>
          <w:b/>
        </w:rPr>
        <w:t xml:space="preserve">[00:10] </w:t>
      </w:r>
      <w:r>
        <w:t>bismillah rehman rehim, wasalli allah ala nabiy al-karim.</w:t>
      </w:r>
    </w:p>
    <w:p>
      <w:pPr>
        <w:jc w:val="right"/>
      </w:pPr>
      <w:r>
        <w:t>بسم اللہ الرحمن الرحیم، وصلی اللہ علی النبی الکریم۔</w:t>
      </w:r>
    </w:p>
    <w:p>
      <w:r>
        <w:rPr>
          <w:b/>
        </w:rPr>
        <w:t xml:space="preserve">[00:20] </w:t>
      </w:r>
      <w:r>
        <w:t>yeh dars hadith ka silsila hai.</w:t>
      </w:r>
    </w:p>
    <w:p>
      <w:pPr>
        <w:jc w:val="right"/>
      </w:pPr>
      <w:r>
        <w:t>یہ درس حدیث کا سلسلہ ہے۔</w:t>
      </w:r>
    </w:p>
    <w:p>
      <w:r>
        <w:rPr>
          <w:b/>
        </w:rPr>
        <w:t xml:space="preserve">[00:31] </w:t>
      </w:r>
      <w:r>
        <w:t>ek hadith rasool allah sallallahu alaihi wasallam ki ishtiraki hai ke: "al-fiqhu minal-iman".</w:t>
      </w:r>
    </w:p>
    <w:p>
      <w:pPr>
        <w:jc w:val="right"/>
      </w:pPr>
      <w:r>
        <w:t>ایک حدیث رسول اللہ صلی اللہ علیہ وسلم کی اشتراعی ہے کہ: "الفقہ من الایمان"۔</w:t>
      </w:r>
    </w:p>
    <w:p>
      <w:r>
        <w:rPr>
          <w:b/>
        </w:rPr>
        <w:t xml:space="preserve">[00:42] </w:t>
      </w:r>
      <w:r>
        <w:t>fiqh imaan mein se hai, fiqh imaan ka hissa hai.</w:t>
      </w:r>
    </w:p>
    <w:p>
      <w:pPr>
        <w:jc w:val="right"/>
      </w:pPr>
      <w:r>
        <w:t>فقہ ایمان میں سے ہے، فقہ ایمان کا حصہ ہے۔</w:t>
      </w:r>
    </w:p>
    <w:p>
      <w:r>
        <w:rPr>
          <w:b/>
        </w:rPr>
        <w:t xml:space="preserve">[00:50] </w:t>
      </w:r>
      <w:r>
        <w:t>fiqh ka matlab kya hai? fiqh ka matlab hai, urdu mein hum kahenge faham o baseerat.</w:t>
      </w:r>
    </w:p>
    <w:p>
      <w:pPr>
        <w:jc w:val="right"/>
      </w:pPr>
      <w:r>
        <w:t>فقہ کا مطلب کیا ہے؟ فقہ کا مطلب ہے، اردو میں ہم کہیں گے فہم و بصیرت۔</w:t>
      </w:r>
    </w:p>
    <w:p>
      <w:r>
        <w:rPr>
          <w:b/>
        </w:rPr>
        <w:t xml:space="preserve">[00:57] </w:t>
      </w:r>
      <w:r>
        <w:t>english mein fiqh ka matlab hai Understanding, Learning, Realization.</w:t>
      </w:r>
    </w:p>
    <w:p>
      <w:pPr>
        <w:jc w:val="right"/>
      </w:pPr>
      <w:r>
        <w:t>انگلش میں فقہ کا مطلب ہے Understanding, Learning, Realization۔</w:t>
      </w:r>
    </w:p>
    <w:p>
      <w:r>
        <w:rPr>
          <w:b/>
        </w:rPr>
        <w:t xml:space="preserve">[01:05] </w:t>
      </w:r>
      <w:r>
        <w:t>ab is se dekhen ek bohat hi zyada aham baat maloom hoti hai ke imaan jo hai</w:t>
      </w:r>
    </w:p>
    <w:p>
      <w:pPr>
        <w:jc w:val="right"/>
      </w:pPr>
      <w:r>
        <w:t>اب اس سے دیکھیں ایک بہت ہی زیادہ اہم بات معلوم ہوتی ہے کہ ایمان جو ہے</w:t>
      </w:r>
    </w:p>
    <w:p>
      <w:r>
        <w:rPr>
          <w:b/>
        </w:rPr>
        <w:t xml:space="preserve">[01:13] </w:t>
      </w:r>
      <w:r>
        <w:t>kisi qism ki harkat lisani yaani lip service ka naam nahi hai. kuch words hain, kuch shabd hain, un ko aap zaban se dohra den to mysteriously aap ko iman mil jayega, aisa nahi hai. yaani iman koi munter ki cheez nahi hai. iman fiqh ka naam hai, yaani iman samajh ka naam hai, understand karne</w:t>
      </w:r>
    </w:p>
    <w:p>
      <w:pPr>
        <w:jc w:val="right"/>
      </w:pPr>
      <w:r>
        <w:t>کسی قسم کے حرکت لسانی یعنی Lip Service کا نام نہیں ہے۔ کچھ Words ہیں، کچھ शब्द ہیں، ان کو آپ زبان سے دہرا دیں تو Mysteriously آپ کو ایمان مل جائے گا، ایسا نہیں ہے۔ یعنی ایمان کوئی منتر کی چیز نہیں ہے۔ ایمان فقہ کا نام ہے، یعنی ایمان سمجھ کا نام ہے، Understand کرنے</w:t>
      </w:r>
    </w:p>
    <w:p>
      <w:r>
        <w:rPr>
          <w:b/>
        </w:rPr>
        <w:t xml:space="preserve">[01:43] </w:t>
      </w:r>
      <w:r>
        <w:t>ka naam hai, realize karne ka naam hai. to iman ki jo beginning hai woh is tarah nahi hoti ke kuch lafz ko aap zaban se dohra den. iman ki beginning hoti hai ke aap divine reality ko samajhne lagen, divine truth ko aap understand karen. khuda</w:t>
      </w:r>
    </w:p>
    <w:p>
      <w:pPr>
        <w:jc w:val="right"/>
      </w:pPr>
      <w:r>
        <w:t>کا نام ہے، Realize کرنے کا نام ہے۔ تو ایمان کی جو Beginning ہے وہ اس طرح نہیں ہوتی کہ کچھ لفظ کو آپ زبان سے دہرا دیں۔ ایمان کی Beginning ہوتی ہے کہ آپ Divine Reality کو سمجھنے لگیں، Divine Truth کو آپ Understand کریں۔ خدا</w:t>
      </w:r>
    </w:p>
    <w:p>
      <w:r>
        <w:rPr>
          <w:b/>
        </w:rPr>
        <w:t xml:space="preserve">[02:13] </w:t>
      </w:r>
      <w:r>
        <w:t>ki jo sachai hai, Eternal sachai, is ko aap Realize kar len.</w:t>
      </w:r>
    </w:p>
    <w:p>
      <w:pPr>
        <w:jc w:val="right"/>
      </w:pPr>
      <w:r>
        <w:t>کی جو سچائی ہے، Eternal سچائی، اس کو آپ Realize کر لیں۔</w:t>
      </w:r>
    </w:p>
    <w:p>
      <w:r>
        <w:rPr>
          <w:b/>
        </w:rPr>
        <w:t xml:space="preserve">[02:19] </w:t>
      </w:r>
      <w:r>
        <w:t>yahan se imaan shuru hota hai.</w:t>
      </w:r>
    </w:p>
    <w:p>
      <w:pPr>
        <w:jc w:val="right"/>
      </w:pPr>
      <w:r>
        <w:t>یہاں سے ایمان شروع ہوتا ہے۔</w:t>
      </w:r>
    </w:p>
    <w:p>
      <w:r>
        <w:rPr>
          <w:b/>
        </w:rPr>
        <w:t xml:space="preserve">[02:25] </w:t>
      </w:r>
      <w:r>
        <w:t>al-fiqhu minal-iman.</w:t>
      </w:r>
    </w:p>
    <w:p>
      <w:pPr>
        <w:jc w:val="right"/>
      </w:pPr>
      <w:r>
        <w:t>الفقہ من الایمان۔</w:t>
      </w:r>
    </w:p>
    <w:p>
      <w:r>
        <w:rPr>
          <w:b/>
        </w:rPr>
        <w:t xml:space="preserve">[02:32] </w:t>
      </w:r>
      <w:r>
        <w:t>fiqh, imaan jo hai woh fiqh se shuru hota hai, na ke talaffuz lisani se, na ke Lip Service se.</w:t>
      </w:r>
    </w:p>
    <w:p>
      <w:pPr>
        <w:jc w:val="right"/>
      </w:pPr>
      <w:r>
        <w:t>فقہ، ایمان جو ہے وہ فقہ سے شروع ہوتا ہے، نہ کہ تلفظ لسانی سے، نہ کہ Lip Service سے۔</w:t>
      </w:r>
    </w:p>
    <w:p>
      <w:r>
        <w:rPr>
          <w:b/>
        </w:rPr>
        <w:t xml:space="preserve">[02:38] </w:t>
      </w:r>
      <w:r>
        <w:t>yeh bohat aham baat hai.</w:t>
      </w:r>
    </w:p>
    <w:p>
      <w:pPr>
        <w:jc w:val="right"/>
      </w:pPr>
      <w:r>
        <w:t>یہ بہت اہم بات ہے۔</w:t>
      </w:r>
    </w:p>
    <w:p>
      <w:r>
        <w:rPr>
          <w:b/>
        </w:rPr>
        <w:t xml:space="preserve">[02:44] </w:t>
      </w:r>
      <w:r>
        <w:t>imaan ka ta'alluq yahan par samajh se jod diya gaya, yaani Intellectual Awakening se jod diya gaya, Intellectual</w:t>
      </w:r>
    </w:p>
    <w:p>
      <w:pPr>
        <w:jc w:val="right"/>
      </w:pPr>
      <w:r>
        <w:t>ایمان کا تعلق یہاں پر سمجھ سے جوڑ دیا گیا، یعنی Intellectual Awakening سے جوڑ دیا گیا، Intellectual</w:t>
      </w:r>
    </w:p>
    <w:p>
      <w:r>
        <w:rPr>
          <w:b/>
        </w:rPr>
        <w:t xml:space="preserve">[02:52] </w:t>
      </w:r>
      <w:r>
        <w:t>Revolution se jod diya gaya.</w:t>
      </w:r>
    </w:p>
    <w:p>
      <w:pPr>
        <w:jc w:val="right"/>
      </w:pPr>
      <w:r>
        <w:t>Revolution سے جوڑ دیا گیا۔</w:t>
      </w:r>
    </w:p>
    <w:p>
      <w:r>
        <w:rPr>
          <w:b/>
        </w:rPr>
        <w:t xml:space="preserve">[03:00] </w:t>
      </w:r>
      <w:r>
        <w:t>yeh kitni badi baat hai.</w:t>
      </w:r>
    </w:p>
    <w:p>
      <w:pPr>
        <w:jc w:val="right"/>
      </w:pPr>
      <w:r>
        <w:t>یہ کتنی بڑی بات ہے۔</w:t>
      </w:r>
    </w:p>
    <w:p>
      <w:r>
        <w:rPr>
          <w:b/>
        </w:rPr>
        <w:t xml:space="preserve">[03:08] </w:t>
      </w:r>
      <w:r>
        <w:t>yaani jab aap khuda ki kitab ko padhte hain, khuda ki takhleeq mein sochte hain,</w:t>
      </w:r>
    </w:p>
    <w:p>
      <w:pPr>
        <w:jc w:val="right"/>
      </w:pPr>
      <w:r>
        <w:t>یعنی جب آپ خدا کی کتاب کو پڑھتے ہیں، خدا کی تخلیق میں سوچتے ہیں،</w:t>
      </w:r>
    </w:p>
    <w:p>
      <w:r>
        <w:rPr>
          <w:b/>
        </w:rPr>
        <w:t xml:space="preserve">[03:16] </w:t>
      </w:r>
      <w:r>
        <w:t>kainat mein phaili hui khuda ke jo Signs hain, S-I-G-N-S, is ko sochte hain to aap par ek</w:t>
      </w:r>
    </w:p>
    <w:p>
      <w:pPr>
        <w:jc w:val="right"/>
      </w:pPr>
      <w:r>
        <w:t>کائنات میں پھیلی ہوئی خدا کے جو Signs ہیں، S-I-G-N-S، اس کو سوچتے ہیں تو آپ پر ایک</w:t>
      </w:r>
    </w:p>
    <w:p>
      <w:r>
        <w:rPr>
          <w:b/>
        </w:rPr>
        <w:t xml:space="preserve">[03:22] </w:t>
      </w:r>
      <w:r>
        <w:t>haqeeqat khulti hai, ek Eternal sachai ko aap Realize karte hain, is ko Discover karte hain.</w:t>
      </w:r>
    </w:p>
    <w:p>
      <w:pPr>
        <w:jc w:val="right"/>
      </w:pPr>
      <w:r>
        <w:t>حقیقت کھلتی ہے، ایک Eternal سچائی کو آپ Realize کرتے ہیں، اس کو Discover کرتے ہیں۔</w:t>
      </w:r>
    </w:p>
    <w:p>
      <w:r>
        <w:rPr>
          <w:b/>
        </w:rPr>
        <w:t xml:space="preserve">[03:28] </w:t>
      </w:r>
      <w:r>
        <w:t>is ka naam hai imaan.</w:t>
      </w:r>
    </w:p>
    <w:p>
      <w:pPr>
        <w:jc w:val="right"/>
      </w:pPr>
      <w:r>
        <w:t>اس کا نام ہے ایمان۔</w:t>
      </w:r>
    </w:p>
    <w:p>
      <w:r>
        <w:rPr>
          <w:b/>
        </w:rPr>
        <w:t xml:space="preserve">[03:35] </w:t>
      </w:r>
      <w:r>
        <w:t>to is sachai ko jaan lene ke baad aap ke munh se nikalta hai ke: "There is no</w:t>
      </w:r>
    </w:p>
    <w:p>
      <w:pPr>
        <w:jc w:val="right"/>
      </w:pPr>
      <w:r>
        <w:t>تو اس سچائی کو جان لینے کے بعد آپ کے منہ سے نکلتا ہے کہ: "There is no</w:t>
      </w:r>
    </w:p>
    <w:p>
      <w:r>
        <w:rPr>
          <w:b/>
        </w:rPr>
        <w:t xml:space="preserve">[03:41] </w:t>
      </w:r>
      <w:r>
        <w:t>God but one God."</w:t>
      </w:r>
    </w:p>
    <w:p>
      <w:pPr>
        <w:jc w:val="right"/>
      </w:pPr>
      <w:r>
        <w:t>God but one God."</w:t>
      </w:r>
    </w:p>
    <w:p>
      <w:r>
        <w:rPr>
          <w:b/>
        </w:rPr>
        <w:t xml:space="preserve">[03:47] </w:t>
      </w:r>
      <w:r>
        <w:t>"There is no God but one God." to yeh jo qaul hai, yeh aik sachai ko pa lenay</w:t>
      </w:r>
    </w:p>
    <w:p>
      <w:pPr>
        <w:jc w:val="right"/>
      </w:pPr>
      <w:r>
        <w:t>"There is no God but one God." تو یہ جو قول ہے، یہ ایک سچائی کو پا لینے</w:t>
      </w:r>
    </w:p>
    <w:p>
      <w:r>
        <w:rPr>
          <w:b/>
        </w:rPr>
        <w:t xml:space="preserve">[03:55] </w:t>
      </w:r>
      <w:r>
        <w:t>kay baad aap kay munh say Spontaneously niklay, yeh hai imaan.</w:t>
      </w:r>
    </w:p>
    <w:p>
      <w:pPr>
        <w:jc w:val="right"/>
      </w:pPr>
      <w:r>
        <w:t>کے بعد آپ کے منہ سے Spontaneously نکلے، یہ ہے ایمان۔</w:t>
      </w:r>
    </w:p>
    <w:p>
      <w:r>
        <w:rPr>
          <w:b/>
        </w:rPr>
        <w:t xml:space="preserve">[04:03] </w:t>
      </w:r>
      <w:r>
        <w:t>To agar hum kahain to yeh sahi hoga kay Intellectual Awakening say shuru hota hai imaan ka mamla.</w:t>
      </w:r>
    </w:p>
    <w:p>
      <w:pPr>
        <w:jc w:val="right"/>
      </w:pPr>
      <w:r>
        <w:t>تو اگر ہم کہیں تو یہ صحیح ہوگا کہ Intellectual Awakening سے شروع ہوتا ہے ایمان کا معاملہ۔</w:t>
      </w:r>
    </w:p>
    <w:p>
      <w:r>
        <w:rPr>
          <w:b/>
        </w:rPr>
        <w:t xml:space="preserve">[04:11] </w:t>
      </w:r>
      <w:r>
        <w:t>Zehn ki bedari</w:t>
      </w:r>
    </w:p>
    <w:p>
      <w:pPr>
        <w:jc w:val="right"/>
      </w:pPr>
      <w:r>
        <w:t>ذہن کی بیداری</w:t>
      </w:r>
    </w:p>
    <w:p>
      <w:r>
        <w:rPr>
          <w:b/>
        </w:rPr>
        <w:t xml:space="preserve">[04:20] </w:t>
      </w:r>
      <w:r>
        <w:t>, sachai ki daryaft, Eternal Truth ko jaan lena, us ko Understand karna, us ko Realize karna.</w:t>
      </w:r>
    </w:p>
    <w:p>
      <w:pPr>
        <w:jc w:val="right"/>
      </w:pPr>
      <w:r>
        <w:t>، سچائی کی دریافت، Eternal Truth کو جان لینا، اس کو Understand کرنا، اس کو Realize کرنا۔</w:t>
      </w:r>
    </w:p>
    <w:p>
      <w:r>
        <w:rPr>
          <w:b/>
        </w:rPr>
        <w:t xml:space="preserve">[04:30] </w:t>
      </w:r>
      <w:r>
        <w:t>To Learning say shuru hota hai imaan, Lip Service say imaan shuru nahi hota.</w:t>
      </w:r>
    </w:p>
    <w:p>
      <w:pPr>
        <w:jc w:val="right"/>
      </w:pPr>
      <w:r>
        <w:t>تو Learning سے شروع ہوتا ہے ایمان، Lip Service سے ایمان شروع نہیں ہوتا۔</w:t>
      </w:r>
    </w:p>
    <w:p>
      <w:r>
        <w:rPr>
          <w:b/>
        </w:rPr>
        <w:t xml:space="preserve">[04:40] </w:t>
      </w:r>
      <w:r>
        <w:t>Aur aap jantay hain kay jab itni bari baat, itni bari baat kay aap</w:t>
      </w:r>
    </w:p>
    <w:p>
      <w:pPr>
        <w:jc w:val="right"/>
      </w:pPr>
      <w:r>
        <w:t>اور آپ جانتے ہیں کہ جب اتنی بڑی بات، اتنی بڑی بات کہ آپ</w:t>
      </w:r>
    </w:p>
    <w:p>
      <w:r>
        <w:rPr>
          <w:b/>
        </w:rPr>
        <w:t xml:space="preserve">[04:50] </w:t>
      </w:r>
      <w:r>
        <w:t>is kainat kay khaliq ko jaan lain to zahir hai kay yeh aap ki zindagi mein koi aarzi</w:t>
      </w:r>
    </w:p>
    <w:p>
      <w:pPr>
        <w:jc w:val="right"/>
      </w:pPr>
      <w:r>
        <w:t>اس کائنات کے خالق کو جان لیں تو ظاہر ہے کہ یہ آپ کی زندگی میں کوئی عارضی</w:t>
      </w:r>
    </w:p>
    <w:p>
      <w:r>
        <w:rPr>
          <w:b/>
        </w:rPr>
        <w:t xml:space="preserve">[04:58] </w:t>
      </w:r>
      <w:r>
        <w:t>marhala nahi hoga.</w:t>
      </w:r>
    </w:p>
    <w:p>
      <w:pPr>
        <w:jc w:val="right"/>
      </w:pPr>
      <w:r>
        <w:t>مرحلہ نہیں ہوگا۔</w:t>
      </w:r>
    </w:p>
    <w:p>
      <w:r>
        <w:rPr>
          <w:b/>
        </w:rPr>
        <w:t xml:space="preserve">[05:05] </w:t>
      </w:r>
      <w:r>
        <w:t>Yeh to aap ki poori zindagi ka aik mamla ban jaye ga, aap ki poori zindagi par chha jaye ga.</w:t>
      </w:r>
    </w:p>
    <w:p>
      <w:pPr>
        <w:jc w:val="right"/>
      </w:pPr>
      <w:r>
        <w:t>یہ تو آپ کی پوری زندگی کا ایک معاملہ بن جائے گا، آپ کی پوری زندگی پر چھا جائے گا۔</w:t>
      </w:r>
    </w:p>
    <w:p>
      <w:r>
        <w:rPr>
          <w:b/>
        </w:rPr>
        <w:t xml:space="preserve">[05:13] </w:t>
      </w:r>
      <w:r>
        <w:t>To yeh jo farmaya kay</w:t>
      </w:r>
    </w:p>
    <w:p>
      <w:pPr>
        <w:jc w:val="right"/>
      </w:pPr>
      <w:r>
        <w:t>تو یہ جو فرمایا کہ</w:t>
      </w:r>
    </w:p>
    <w:p>
      <w:r>
        <w:rPr>
          <w:b/>
        </w:rPr>
        <w:t xml:space="preserve">[05:20] </w:t>
      </w:r>
      <w:r>
        <w:t>: "Al-fiqh min al-iman", yeh goya kay imaan ko beej ka darja de diya gaya.</w:t>
      </w:r>
    </w:p>
    <w:p>
      <w:pPr>
        <w:jc w:val="right"/>
      </w:pPr>
      <w:r>
        <w:t>: "الفقہ من الایمان"، یہ گویا کہ ایمان کو بیج کا درجہ دے دیا گیا۔</w:t>
      </w:r>
    </w:p>
    <w:p>
      <w:r>
        <w:rPr>
          <w:b/>
        </w:rPr>
        <w:t xml:space="preserve">[05:28] </w:t>
      </w:r>
      <w:r>
        <w:t>Jis tarah say aik bohat bara darakht shuru mein aik chhota sa beej hota hai, aik beej, aik</w:t>
      </w:r>
    </w:p>
    <w:p>
      <w:pPr>
        <w:jc w:val="right"/>
      </w:pPr>
      <w:r>
        <w:t>جس طرح سے ایک بہت بڑا درخت شروع میں ایک چھوٹا سا بیج ہوتا ہے، ایک بیج، ایک</w:t>
      </w:r>
    </w:p>
    <w:p>
      <w:r>
        <w:rPr>
          <w:b/>
        </w:rPr>
        <w:t xml:space="preserve">[05:35] </w:t>
      </w:r>
      <w:r>
        <w:t>Seed, S-E-E-D Seed.</w:t>
      </w:r>
    </w:p>
    <w:p>
      <w:pPr>
        <w:jc w:val="right"/>
      </w:pPr>
      <w:r>
        <w:t>Seed، S-E-E-D Seed۔</w:t>
      </w:r>
    </w:p>
    <w:p>
      <w:r>
        <w:rPr>
          <w:b/>
        </w:rPr>
        <w:t xml:space="preserve">[05:43] </w:t>
      </w:r>
      <w:r>
        <w:t>Isi liye Quran mein hai kay: "Mathal qalam tayyibah kashajarah tayyibah atharuha thabitun wa</w:t>
      </w:r>
    </w:p>
    <w:p>
      <w:pPr>
        <w:jc w:val="right"/>
      </w:pPr>
      <w:r>
        <w:t>اسی لیے قرآن میں ہے کہ: "مثل قلم طیبة كشجرة طيبة أثرها ثابت و</w:t>
      </w:r>
    </w:p>
    <w:p>
      <w:r>
        <w:rPr>
          <w:b/>
        </w:rPr>
        <w:t xml:space="preserve">[05:50] </w:t>
      </w:r>
      <w:r>
        <w:t xml:space="preserve">faru'uha fis-samaa'". </w:t>
      </w:r>
    </w:p>
    <w:p>
      <w:pPr>
        <w:jc w:val="right"/>
      </w:pPr>
      <w:r>
        <w:t>فرحها في السماء"۔</w:t>
      </w:r>
    </w:p>
    <w:p>
      <w:r>
        <w:rPr>
          <w:b/>
        </w:rPr>
        <w:t xml:space="preserve">[05:55] </w:t>
      </w:r>
      <w:r>
        <w:t>Yaani aik chhota Seed hota hai jo barhtay barhtay barhtay aik poora darakht ban jata hai jo fiza</w:t>
      </w:r>
    </w:p>
    <w:p>
      <w:pPr>
        <w:jc w:val="right"/>
      </w:pPr>
      <w:r>
        <w:t>یعنی ایک چھوٹا Seed ہوتا ہے جو بڑھتے بڑھتے بڑھتے ایک پورا درخت بن جاتا ہے جو فضا</w:t>
      </w:r>
    </w:p>
    <w:p>
      <w:r>
        <w:rPr>
          <w:b/>
        </w:rPr>
        <w:t xml:space="preserve">[06:00] </w:t>
      </w:r>
      <w:r>
        <w:t>mein phaila hua ho.</w:t>
      </w:r>
    </w:p>
    <w:p>
      <w:pPr>
        <w:jc w:val="right"/>
      </w:pPr>
      <w:r>
        <w:t>میں پھیلا ہوا ہو۔</w:t>
      </w:r>
    </w:p>
    <w:p>
      <w:r>
        <w:rPr>
          <w:b/>
        </w:rPr>
        <w:t xml:space="preserve">[06:06] </w:t>
      </w:r>
      <w:r>
        <w:t>To yeh kaha gaya kay yahi imaan hai.</w:t>
      </w:r>
    </w:p>
    <w:p>
      <w:pPr>
        <w:jc w:val="right"/>
      </w:pPr>
      <w:r>
        <w:t>تو یہ کہا گیا کہ یہی ایمان ہے۔</w:t>
      </w:r>
    </w:p>
    <w:p>
      <w:r>
        <w:rPr>
          <w:b/>
        </w:rPr>
        <w:t xml:space="preserve">[06:11] </w:t>
      </w:r>
      <w:r>
        <w:t>Imaan shuru mein aik Seed hai aur phir jab woh aadmi ki shakhsiyat mein shamil hota hai to</w:t>
      </w:r>
    </w:p>
    <w:p>
      <w:pPr>
        <w:jc w:val="right"/>
      </w:pPr>
      <w:r>
        <w:t>ایمان شروع میں ایک Seed ہے اور پھر جب وہ آدمی کی شخصیت میں شامل ہوتا ہے تو</w:t>
      </w:r>
    </w:p>
    <w:p>
      <w:r>
        <w:rPr>
          <w:b/>
        </w:rPr>
        <w:t xml:space="preserve">[06:16] </w:t>
      </w:r>
      <w:r>
        <w:t>aadmi ki shakhsiyat ko aik darakht ki tarah say bohat bara hara bhara bana deta hai jis mein saya ho,</w:t>
      </w:r>
    </w:p>
    <w:p>
      <w:pPr>
        <w:jc w:val="right"/>
      </w:pPr>
      <w:r>
        <w:t>آدمی کی شخصیت کو ایک درخت کی طرح سے بہت بڑا ہرا بھرا بنا دیتا ہے جس میں سایہ ہو،</w:t>
      </w:r>
    </w:p>
    <w:p>
      <w:r>
        <w:rPr>
          <w:b/>
        </w:rPr>
        <w:t xml:space="preserve">[06:21] </w:t>
      </w:r>
      <w:r>
        <w:t>jis mein sar sabzi ho, jis mein phool ho, jis mein phal ho, jis mein sankron cheezen hon. to iman ka aaghaz hota hai is tarah ke aap ki aqal ko activate karta hai, aap ki samajh jo hai activate hoti hai, ek intellectual awak</w:t>
      </w:r>
    </w:p>
    <w:p>
      <w:pPr>
        <w:jc w:val="right"/>
      </w:pPr>
      <w:r>
        <w:t>جس میں سرسبزی ہو، جس میں پھول ہو، جس میں پھل ہو، جس میں سینکڑوں چیزیں ہوں۔ تو ایمان کا آغاز ہوتا ہے اس طرح کہ آپ کی عقل کو Activate کرتا ہے، آپ کی سمجھ جو ہے Activate ہوتی ہے، ایک Intellectual Awak</w:t>
      </w:r>
    </w:p>
    <w:p>
      <w:r>
        <w:rPr>
          <w:b/>
        </w:rPr>
        <w:t xml:space="preserve">[06:51] </w:t>
      </w:r>
      <w:r>
        <w:t>ening ki کیفیت aap par aati hai, phir woh imaan banti hai aur phir woh imaan jo hai</w:t>
      </w:r>
    </w:p>
    <w:p>
      <w:pPr>
        <w:jc w:val="right"/>
      </w:pPr>
      <w:r>
        <w:t>ening کی کیفیت آپ پر آتی ہے، پھر وہ ایمان بنتی ہے اور پھر وہ ایمان جو ہے</w:t>
      </w:r>
    </w:p>
    <w:p>
      <w:r>
        <w:rPr>
          <w:b/>
        </w:rPr>
        <w:t xml:space="preserve">[06:59] </w:t>
      </w:r>
      <w:r>
        <w:t>aik bohat bara darakht ban jata hai, aik shakhsiyat banti hai jis ko hum kehtay hain mominana shakhsiyat.</w:t>
      </w:r>
    </w:p>
    <w:p>
      <w:pPr>
        <w:jc w:val="right"/>
      </w:pPr>
      <w:r>
        <w:t>ایک بہت بڑا درخت بن جاتا ہے، ایک شخصیت بنتی ہے جس کو ہم کہتے ہیں مومنانہ شخصیت۔</w:t>
      </w:r>
    </w:p>
    <w:p>
      <w:r>
        <w:rPr>
          <w:b/>
        </w:rPr>
        <w:t xml:space="preserve">[07:07] </w:t>
      </w:r>
      <w:r>
        <w:t>To yeh hai imaan.</w:t>
      </w:r>
    </w:p>
    <w:p>
      <w:pPr>
        <w:jc w:val="right"/>
      </w:pPr>
      <w:r>
        <w:t>تو یہ ہے ایمان۔</w:t>
      </w:r>
    </w:p>
    <w:p>
      <w:r>
        <w:rPr>
          <w:b/>
        </w:rPr>
        <w:t xml:space="preserve">[07:15] </w:t>
      </w:r>
      <w:r>
        <w:t>ek hadith hai ke: "in al-islamu badaa'a ghareeban wa sayawdu ghareeban".</w:t>
      </w:r>
    </w:p>
    <w:p>
      <w:pPr>
        <w:jc w:val="right"/>
      </w:pPr>
      <w:r>
        <w:t>ایک حدیث ہے کہ: "إن الإسلام بدأ غریباً وسيود غریباً"۔</w:t>
      </w:r>
    </w:p>
    <w:p>
      <w:r>
        <w:rPr>
          <w:b/>
        </w:rPr>
        <w:t xml:space="preserve">[07:24] </w:t>
      </w:r>
      <w:r>
        <w:t>islam ghareeb se shuru hua, dobara woh ghareeb ban jayega.</w:t>
      </w:r>
    </w:p>
    <w:p>
      <w:pPr>
        <w:jc w:val="right"/>
      </w:pPr>
      <w:r>
        <w:t>اسلام غریب سے شروع ہوا، دوبارہ وہ غریب بن جائے گا۔</w:t>
      </w:r>
    </w:p>
    <w:p>
      <w:r>
        <w:rPr>
          <w:b/>
        </w:rPr>
        <w:t xml:space="preserve">[07:30] </w:t>
      </w:r>
      <w:r>
        <w:t>yahan ghareeb mani poor ke nahin hain, ghareeb mani strange ke hain, ajnabi ke hain.</w:t>
      </w:r>
    </w:p>
    <w:p>
      <w:pPr>
        <w:jc w:val="right"/>
      </w:pPr>
      <w:r>
        <w:t>یہاں غریب معنی Poor کے نہیں ہیں، غریب معنی Strange کے ہیں، اجنبی کے ہیں۔</w:t>
      </w:r>
    </w:p>
    <w:p>
      <w:r>
        <w:rPr>
          <w:b/>
        </w:rPr>
        <w:t xml:space="preserve">[07:36] </w:t>
      </w:r>
      <w:r>
        <w:t>yaani islam jab shuru hua to woh apne mahol mein ek ajnabi cheez ki hesiyat rakhta tha, ajnabi</w:t>
      </w:r>
    </w:p>
    <w:p>
      <w:pPr>
        <w:jc w:val="right"/>
      </w:pPr>
      <w:r>
        <w:t>یعنی اسلام جب شروع ہوا تو وہ اپنے ماحول میں ایک اجنبی چیز کی حیثیت رکھتا تھا، اجنبی</w:t>
      </w:r>
    </w:p>
    <w:p>
      <w:r>
        <w:rPr>
          <w:b/>
        </w:rPr>
        <w:t xml:space="preserve">[07:42] </w:t>
      </w:r>
      <w:r>
        <w:t>tha aur dobara woh ajnabi ban jayega.</w:t>
      </w:r>
    </w:p>
    <w:p>
      <w:pPr>
        <w:jc w:val="right"/>
      </w:pPr>
      <w:r>
        <w:t>تھا اور دوبارہ وہ اجنبی بن جائے گا۔</w:t>
      </w:r>
    </w:p>
    <w:p>
      <w:r>
        <w:rPr>
          <w:b/>
        </w:rPr>
        <w:t xml:space="preserve">[07:48] </w:t>
      </w:r>
      <w:r>
        <w:t>yeh bohat ahem baat hai</w:t>
      </w:r>
    </w:p>
    <w:p>
      <w:pPr>
        <w:jc w:val="right"/>
      </w:pPr>
      <w:r>
        <w:t>یہ بہت اہم بات ہے</w:t>
      </w:r>
    </w:p>
    <w:p>
      <w:r>
        <w:rPr>
          <w:b/>
        </w:rPr>
        <w:t xml:space="preserve">[07:55] </w:t>
      </w:r>
      <w:r>
        <w:t>aur woh dobara ajnabi ban jayega.</w:t>
      </w:r>
    </w:p>
    <w:p>
      <w:pPr>
        <w:jc w:val="right"/>
      </w:pPr>
      <w:r>
        <w:t>اور وہ دوبارہ اجنبی بن جائے گا۔</w:t>
      </w:r>
    </w:p>
    <w:p>
      <w:r>
        <w:rPr>
          <w:b/>
        </w:rPr>
        <w:t xml:space="preserve">[08:02] </w:t>
      </w:r>
      <w:r>
        <w:t>futuhatul lil-ghurabaa hai, to mubarak hain woh log jo is tarah se ajnabi ban jayen, yaani apne mahol</w:t>
      </w:r>
    </w:p>
    <w:p>
      <w:pPr>
        <w:jc w:val="right"/>
      </w:pPr>
      <w:r>
        <w:t>فتوحہ للغرباء ہے، تو مبارک ہیں وہ لوگ جو اس طرح سے اجنبی بن جائیں، یعنی اپنے ماحول</w:t>
      </w:r>
    </w:p>
    <w:p>
      <w:r>
        <w:rPr>
          <w:b/>
        </w:rPr>
        <w:t xml:space="preserve">[08:10] </w:t>
      </w:r>
      <w:r>
        <w:t>mein islam ko qabool karne ke nateejay mein logon ko ajnabi dikhai den to babarkat hain woh log.</w:t>
      </w:r>
    </w:p>
    <w:p>
      <w:pPr>
        <w:jc w:val="right"/>
      </w:pPr>
      <w:r>
        <w:t>میں اسلام کو قبول کرنے کے نتیجے میں لوگوں کو اجنبی دکھائی دیں تو بابرکت ہیں وہ لوگ۔</w:t>
      </w:r>
    </w:p>
    <w:p>
      <w:r>
        <w:rPr>
          <w:b/>
        </w:rPr>
        <w:t xml:space="preserve">[08:17] </w:t>
      </w:r>
      <w:r>
        <w:t>dikhye yeh is maamle ko samjhiye, islam jab shuru hua yaani makka madina</w:t>
      </w:r>
    </w:p>
    <w:p>
      <w:pPr>
        <w:jc w:val="right"/>
      </w:pPr>
      <w:r>
        <w:t>دیکھئے یہ اس معاملے کو سمجھئے، اسلام جب شروع ہوا یعنی مکہ مدینہ</w:t>
      </w:r>
    </w:p>
    <w:p>
      <w:r>
        <w:rPr>
          <w:b/>
        </w:rPr>
        <w:t xml:space="preserve">[08:25] </w:t>
      </w:r>
      <w:r>
        <w:t>mein jab shuru hua to woh ajnabi kyun tha? kyunke mahol mein doosri cheezen phaili hui thi, yaani</w:t>
      </w:r>
    </w:p>
    <w:p>
      <w:pPr>
        <w:jc w:val="right"/>
      </w:pPr>
      <w:r>
        <w:t>میں جب شروع ہوا تو وہ اجنبی کیوں تھا؟ کیونکہ ماحول میں دوسری چیزیں پھیلی ہوئی تھیں، یعنی</w:t>
      </w:r>
    </w:p>
    <w:p>
      <w:r>
        <w:rPr>
          <w:b/>
        </w:rPr>
        <w:t xml:space="preserve">[08:35] </w:t>
      </w:r>
      <w:r>
        <w:t>log khuda ko chhod kar doosri cheezon ko apna fikr banaye hue the, other than god ko woh</w:t>
      </w:r>
    </w:p>
    <w:p>
      <w:pPr>
        <w:jc w:val="right"/>
      </w:pPr>
      <w:r>
        <w:t>لوگ خدا کو چھوڑ کر دوسری چیزوں کو اپنا فکر بنائے ہوئے تھے، Other than God کو وہ</w:t>
      </w:r>
    </w:p>
    <w:p>
      <w:r>
        <w:rPr>
          <w:b/>
        </w:rPr>
        <w:t xml:space="preserve">[08:45] </w:t>
      </w:r>
      <w:r>
        <w:t>apna god banaye hue the. unka</w:t>
      </w:r>
    </w:p>
    <w:p>
      <w:pPr>
        <w:jc w:val="right"/>
      </w:pPr>
      <w:r>
        <w:t>اپنا God بنائے ہوئے تھے۔ ان کا</w:t>
      </w:r>
    </w:p>
    <w:p>
      <w:r>
        <w:rPr>
          <w:b/>
        </w:rPr>
        <w:t xml:space="preserve">[08:56] </w:t>
      </w:r>
      <w:r>
        <w:t>dil, un ka dimagh kisi other than god par latka hua tha. to jab wahan par yeh kaha gaya ke: "there is no god but one god" to logon ko bada anokha laga yeh kyun ke woh jin cheezon ko khuda banaye hue the, jin cheezon par apna dil latkaye hue the, jin cheezon ko apna supreme fikr banaye hue the, woh to kuch aur tha. to ab yeh anokhi baat lage ke woh god nahi hai, yeh</w:t>
      </w:r>
    </w:p>
    <w:p>
      <w:pPr>
        <w:jc w:val="right"/>
      </w:pPr>
      <w:r>
        <w:t>دل، ان کا دماغ کسی Other than God پر لٹکا ہوا تھا۔ تو جب وہاں پر یہ کہا گیا کہ: "There is no God but one God" تو لوگوں کو بڑا انوکھا لگا یہ کیونکہ وہ جن چیزوں کو خدا بنائے ہوئے تھے، جن چیزوں پر اپنا دل لٹکائے ہوئے تھے، جن چیزوں کو اپنا Supreme فکر بنائے ہوئے تھے، وہ تو کچھ اور تھا۔ تو اب یہ انوکھی بات لگے کہ وہ God نہیں ہے، یہ</w:t>
      </w:r>
    </w:p>
    <w:p>
      <w:r>
        <w:rPr>
          <w:b/>
        </w:rPr>
        <w:t xml:space="preserve">[09:26] </w:t>
      </w:r>
      <w:r>
        <w:t>god hai jisko prophet muhammad bata rahe hain.</w:t>
      </w:r>
    </w:p>
    <w:p>
      <w:pPr>
        <w:jc w:val="right"/>
      </w:pPr>
      <w:r>
        <w:t>God ہے جس کو Prophet محمد بتا رہے ہیں۔</w:t>
      </w:r>
    </w:p>
    <w:p>
      <w:r>
        <w:rPr>
          <w:b/>
        </w:rPr>
        <w:t xml:space="preserve">[09:34] </w:t>
      </w:r>
      <w:r>
        <w:t>phir lambi koshish ke baad logon ka zehn is se hta aur phir woh log other than god</w:t>
      </w:r>
    </w:p>
    <w:p>
      <w:pPr>
        <w:jc w:val="right"/>
      </w:pPr>
      <w:r>
        <w:t>پھر لمبی کوشش کے بعد لوگوں کا ذہن اس سے ہٹا اور پھر وہ لوگ Other than God</w:t>
      </w:r>
    </w:p>
    <w:p>
      <w:r>
        <w:rPr>
          <w:b/>
        </w:rPr>
        <w:t xml:space="preserve">[09:42] </w:t>
      </w:r>
      <w:r>
        <w:t>ko chhod kar god ko unhon ne apna fikr banaya. yeh hua.</w:t>
      </w:r>
    </w:p>
    <w:p>
      <w:pPr>
        <w:jc w:val="right"/>
      </w:pPr>
      <w:r>
        <w:t>کو چھوڑ کر God کو انہوں نے اپنا فکر بنایا۔ یہ ہوا۔</w:t>
      </w:r>
    </w:p>
    <w:p>
      <w:r>
        <w:rPr>
          <w:b/>
        </w:rPr>
        <w:t xml:space="preserve">[09:50] </w:t>
      </w:r>
      <w:r>
        <w:t>to yeh jo farmaya ke dobara aisa hoga ke islam phir ajnabi ho jayega, to kyun? dikhye islam</w:t>
      </w:r>
    </w:p>
    <w:p>
      <w:pPr>
        <w:jc w:val="right"/>
      </w:pPr>
      <w:r>
        <w:t>تو یہ جو فرمایا کہ دوبارہ ایسا ہوگا کہ اسلام پھر اجنبی ہو جائے گا، تو کیوں؟ دیکھئے اسلام</w:t>
      </w:r>
    </w:p>
    <w:p>
      <w:r>
        <w:rPr>
          <w:b/>
        </w:rPr>
        <w:t xml:space="preserve">[09:58] </w:t>
      </w:r>
      <w:r>
        <w:t>koi wirasat nahin hai, yaani wirasati taur par islam in logon tak pahunchta ke pehli nasal ne agar</w:t>
      </w:r>
    </w:p>
    <w:p>
      <w:pPr>
        <w:jc w:val="right"/>
      </w:pPr>
      <w:r>
        <w:t>کوئی وراثت نہیں ہے، یعنی وراثتی طور پر اسلام ان لوگوں تک پہنچتا کہ پہلی نسل نے اگر</w:t>
      </w:r>
    </w:p>
    <w:p>
      <w:r>
        <w:rPr>
          <w:b/>
        </w:rPr>
        <w:t xml:space="preserve">[10:04] </w:t>
      </w:r>
      <w:r>
        <w:t>islam ko paya tha to ab agli nasal ko bhi woh wirasati taur par muntaqil hota rahe kyunke</w:t>
      </w:r>
    </w:p>
    <w:p>
      <w:pPr>
        <w:jc w:val="right"/>
      </w:pPr>
      <w:r>
        <w:t>اسلام کو پایا تھا تو اب اگلی نسل کو بھی وہ وراثتی طور پر منتقل ہوتا رہے کیونکہ</w:t>
      </w:r>
    </w:p>
    <w:p>
      <w:r>
        <w:rPr>
          <w:b/>
        </w:rPr>
        <w:t xml:space="preserve">[10:11] </w:t>
      </w:r>
      <w:r>
        <w:t>property nahin hai yeh.</w:t>
      </w:r>
    </w:p>
    <w:p>
      <w:pPr>
        <w:jc w:val="right"/>
      </w:pPr>
      <w:r>
        <w:t>پراپرٹی نہیں ہے یہ۔</w:t>
      </w:r>
    </w:p>
    <w:p>
      <w:r>
        <w:rPr>
          <w:b/>
        </w:rPr>
        <w:t xml:space="preserve">[10:17] </w:t>
      </w:r>
      <w:r>
        <w:t>mere dada ne agar koi property banayi ho to mere baap tak pahunchegi, mere baap se mujh</w:t>
      </w:r>
    </w:p>
    <w:p>
      <w:pPr>
        <w:jc w:val="right"/>
      </w:pPr>
      <w:r>
        <w:t>میرے دادا نے اگر کوئی پراپرٹی بنائی ہو تو میرے باپ تک پہنچے گی، میرے باپ سے مجھ</w:t>
      </w:r>
    </w:p>
    <w:p>
      <w:r>
        <w:rPr>
          <w:b/>
        </w:rPr>
        <w:t xml:space="preserve">[10:23] </w:t>
      </w:r>
      <w:r>
        <w:t>tak pahunchegi, mujh se meri aulad tak pahanch</w:t>
      </w:r>
    </w:p>
    <w:p>
      <w:pPr>
        <w:jc w:val="right"/>
      </w:pPr>
      <w:r>
        <w:t>تک پہنچے گی، مجھ سے میری اولاد تک پہنچ</w:t>
      </w:r>
    </w:p>
    <w:p>
      <w:r>
        <w:rPr>
          <w:b/>
        </w:rPr>
        <w:t xml:space="preserve">[10:29] </w:t>
      </w:r>
      <w:r>
        <w:t>egi.</w:t>
      </w:r>
    </w:p>
    <w:p>
      <w:pPr>
        <w:jc w:val="right"/>
      </w:pPr>
      <w:r>
        <w:t>ے گی۔</w:t>
      </w:r>
    </w:p>
    <w:p>
      <w:r>
        <w:rPr>
          <w:b/>
        </w:rPr>
        <w:t xml:space="preserve">[10:34] </w:t>
      </w:r>
      <w:r>
        <w:t>to islam is tarah ki koi property nahin hai jo nasal dar nasal logon ko pahunchti rahe.</w:t>
      </w:r>
    </w:p>
    <w:p>
      <w:pPr>
        <w:jc w:val="right"/>
      </w:pPr>
      <w:r>
        <w:t>تو اسلام اس طرح کی کوئی پراپرٹی نہیں ہے جو نسل در نسل لوگوں کو پہنچتی رہے۔</w:t>
      </w:r>
    </w:p>
    <w:p>
      <w:r>
        <w:rPr>
          <w:b/>
        </w:rPr>
        <w:t xml:space="preserve">[10:39] </w:t>
      </w:r>
      <w:r>
        <w:t>islam to kisi ek zehn mein jagah pata hai, woh zehn mar gaya, woh shakhs mar gaya to</w:t>
      </w:r>
    </w:p>
    <w:p>
      <w:pPr>
        <w:jc w:val="right"/>
      </w:pPr>
      <w:r>
        <w:t>اسلام تو کسی ایک ذہن میں جگہ پاتا ہے، وہ ذہن مر گیا، وہ شخص مر گیا تو</w:t>
      </w:r>
    </w:p>
    <w:p>
      <w:r>
        <w:rPr>
          <w:b/>
        </w:rPr>
        <w:t xml:space="preserve">[10:44] </w:t>
      </w:r>
      <w:r>
        <w:t>is ka islam bhi chala gaya.</w:t>
      </w:r>
    </w:p>
    <w:p>
      <w:pPr>
        <w:jc w:val="right"/>
      </w:pPr>
      <w:r>
        <w:t>اس کا اسلام بھی چلا گیا۔</w:t>
      </w:r>
    </w:p>
    <w:p>
      <w:r>
        <w:rPr>
          <w:b/>
        </w:rPr>
        <w:t xml:space="preserve">[10:49] </w:t>
      </w:r>
      <w:r>
        <w:t>ab agli nasal jo hai, agla jo zehn hai jo paida hua hai, us ko phir se batana</w:t>
      </w:r>
    </w:p>
    <w:p>
      <w:pPr>
        <w:jc w:val="right"/>
      </w:pPr>
      <w:r>
        <w:t>اب اگلی نسل جو ہے، اگلا جو ذہن ہے جو پیدا ہوا ہے، اس کو پھر سے بتانا</w:t>
      </w:r>
    </w:p>
    <w:p>
      <w:r>
        <w:rPr>
          <w:b/>
        </w:rPr>
        <w:t xml:space="preserve">[10:54] </w:t>
      </w:r>
      <w:r>
        <w:t>paray ga ke islam kya hai,</w:t>
      </w:r>
    </w:p>
    <w:p>
      <w:pPr>
        <w:jc w:val="right"/>
      </w:pPr>
      <w:r>
        <w:t>پڑے گا کہ اسلام کیا ہے،</w:t>
      </w:r>
    </w:p>
    <w:p>
      <w:r>
        <w:rPr>
          <w:b/>
        </w:rPr>
        <w:t xml:space="preserve">[11:00] </w:t>
      </w:r>
      <w:r>
        <w:t>us ko phir se qabool karna paray ga ke islam kya hai.</w:t>
      </w:r>
    </w:p>
    <w:p>
      <w:pPr>
        <w:jc w:val="right"/>
      </w:pPr>
      <w:r>
        <w:t>اس کو پھر سے قبول کرنا پڑے گا کہ اسلام کیا ہے۔</w:t>
      </w:r>
    </w:p>
    <w:p>
      <w:r>
        <w:rPr>
          <w:b/>
        </w:rPr>
        <w:t xml:space="preserve">[11:05] </w:t>
      </w:r>
      <w:r>
        <w:t>isi liye quran mein hai ke: "ya ayyuha allazina amanu amanu".</w:t>
      </w:r>
    </w:p>
    <w:p>
      <w:pPr>
        <w:jc w:val="right"/>
      </w:pPr>
      <w:r>
        <w:t>اسی لیے قرآن میں ہے کہ: "یا ایہا الذین آمنوا آمنوا"۔</w:t>
      </w:r>
    </w:p>
    <w:p>
      <w:r>
        <w:rPr>
          <w:b/>
        </w:rPr>
        <w:t xml:space="preserve">[11:10] </w:t>
      </w:r>
      <w:r>
        <w:t>ae iman lane walo!</w:t>
      </w:r>
    </w:p>
    <w:p>
      <w:pPr>
        <w:jc w:val="right"/>
      </w:pPr>
      <w:r>
        <w:t>اے ایمان لانے والو!</w:t>
      </w:r>
    </w:p>
    <w:p>
      <w:r>
        <w:rPr>
          <w:b/>
        </w:rPr>
        <w:t xml:space="preserve">[11:15] </w:t>
      </w:r>
      <w:r>
        <w:t>iman lao, yani woh log jinho ne wirasat ke taur par kalma parh liya hai, woh phir se</w:t>
      </w:r>
    </w:p>
    <w:p>
      <w:pPr>
        <w:jc w:val="right"/>
      </w:pPr>
      <w:r>
        <w:t>ایمان لاؤ، یعنی وہ لوگ جنہوں نے وراثت کے طور پر کلمہ پڑھ لیا ہے، وہ پھر سے</w:t>
      </w:r>
    </w:p>
    <w:p>
      <w:r>
        <w:rPr>
          <w:b/>
        </w:rPr>
        <w:t xml:space="preserve">[11:20] </w:t>
      </w:r>
      <w:r>
        <w:t>Intellectual Awakening ke taur par Islam ko qabool karein, apne zehen ko bedaar karein, apne zehen mein dobara</w:t>
      </w:r>
    </w:p>
    <w:p>
      <w:pPr>
        <w:jc w:val="right"/>
      </w:pPr>
      <w:r>
        <w:t>Intellectual Awakening کے طور پر اسلام کو قبول کریں، اپنے ذہن کو بیدار کریں، اپنے ذہن میں دوبارہ</w:t>
      </w:r>
    </w:p>
    <w:p>
      <w:r>
        <w:rPr>
          <w:b/>
        </w:rPr>
        <w:t xml:space="preserve">[11:25] </w:t>
      </w:r>
      <w:r>
        <w:t>woh inqalab layen,</w:t>
      </w:r>
    </w:p>
    <w:p>
      <w:pPr>
        <w:jc w:val="right"/>
      </w:pPr>
      <w:r>
        <w:t>وہ انقلاب لائیں،</w:t>
      </w:r>
    </w:p>
    <w:p>
      <w:r>
        <w:rPr>
          <w:b/>
        </w:rPr>
        <w:t xml:space="preserve">[11:30] </w:t>
      </w:r>
      <w:r>
        <w:t>yaani woh islam ko dobara daryaft karen. mahaz is liye is tarah nahi ho sakta ke aap musalman baap tha, us ke haan aap paida hue to aap ne aap khud ba khud aap musalman ho gaye, aisa nahi hai. to yeh jo farmaya ke islam dobara ajnabi ban jayega, is ka matlab yeh hai ke agli nasal mein</w:t>
      </w:r>
    </w:p>
    <w:p>
      <w:pPr>
        <w:jc w:val="right"/>
      </w:pPr>
      <w:r>
        <w:t>یعنی وہ اسلام کو دوبارہ دریافت کریں۔ محض اس لیے اس طرح نہیں ہو سکتا کہ آپ مسلمان باپ تھا، اس کے ہاں آپ پیدا ہوئے تو آپ نے آپ خود بخود آپ مسلمان ہو گئے، ایسا نہیں ہے۔ تو یہ جو فرمایا کہ اسلام دوبارہ اجنبی بن جائے گا، اس کا مطلب یہ ہے کہ اگلی نسل میں</w:t>
      </w:r>
    </w:p>
    <w:p>
      <w:r>
        <w:rPr>
          <w:b/>
        </w:rPr>
        <w:t xml:space="preserve">[12:00] </w:t>
      </w:r>
      <w:r>
        <w:t>woh log jo paida hon ge to woh phir se unhein islam ko daryaft karna paray ga warna woh</w:t>
      </w:r>
    </w:p>
    <w:p>
      <w:pPr>
        <w:jc w:val="right"/>
      </w:pPr>
      <w:r>
        <w:t>جو لوگ پیدا ہوں گے تو وہ پھر سے انہیں اسلام کو دریافت کرنا پڑے گا ورنہ وہ</w:t>
      </w:r>
    </w:p>
    <w:p>
      <w:r>
        <w:rPr>
          <w:b/>
        </w:rPr>
        <w:t xml:space="preserve">[12:06] </w:t>
      </w:r>
      <w:r>
        <w:t>bhi agli nasal tak pohnchte pohnchte halat badal jayen ge.</w:t>
      </w:r>
    </w:p>
    <w:p>
      <w:pPr>
        <w:jc w:val="right"/>
      </w:pPr>
      <w:r>
        <w:t>بھی اگلی نسل تک پہنچتے پہنچتے حالات بدل جائیں گے۔</w:t>
      </w:r>
    </w:p>
    <w:p>
      <w:r>
        <w:rPr>
          <w:b/>
        </w:rPr>
        <w:t xml:space="preserve">[12:12] </w:t>
      </w:r>
      <w:r>
        <w:t>دوبارہ لوگوں کو ایسا ہوگا کہ لوگ other than God کو اپنا فکر بنا لیں گے، God کے</w:t>
      </w:r>
    </w:p>
    <w:p>
      <w:pPr>
        <w:jc w:val="right"/>
      </w:pPr>
      <w:r>
        <w:t>دوبارہ لوگوں کو ایسا ہوگا کہ لوگ Other than God کو اپنا فکر بنا لیں گے، God کے</w:t>
      </w:r>
    </w:p>
    <w:p>
      <w:r>
        <w:rPr>
          <w:b/>
        </w:rPr>
        <w:t xml:space="preserve">[12:18] </w:t>
      </w:r>
      <w:r>
        <w:t>siwa, khuda ke siwa kisi aur cheez ko woh apna maabood bana len ge.</w:t>
      </w:r>
    </w:p>
    <w:p>
      <w:pPr>
        <w:jc w:val="right"/>
      </w:pPr>
      <w:r>
        <w:t>سوا، خدا کے سوا کسی اور چیز کو وہ اپنا معبود بنا لیں گے۔</w:t>
      </w:r>
    </w:p>
    <w:p>
      <w:r>
        <w:rPr>
          <w:b/>
        </w:rPr>
        <w:t xml:space="preserve">[12:24] </w:t>
      </w:r>
      <w:r>
        <w:t>to dobara aisa hoga ke: "There is</w:t>
      </w:r>
    </w:p>
    <w:p>
      <w:pPr>
        <w:jc w:val="right"/>
      </w:pPr>
      <w:r>
        <w:t>تو دوبارہ ایسا ہوگا کہ: "There is</w:t>
      </w:r>
    </w:p>
    <w:p>
      <w:r>
        <w:rPr>
          <w:b/>
        </w:rPr>
        <w:t xml:space="preserve">[12:30] </w:t>
      </w:r>
      <w:r>
        <w:t>no God but one God".</w:t>
      </w:r>
    </w:p>
    <w:p>
      <w:pPr>
        <w:jc w:val="right"/>
      </w:pPr>
      <w:r>
        <w:t>no God but one God"۔</w:t>
      </w:r>
    </w:p>
    <w:p>
      <w:r>
        <w:rPr>
          <w:b/>
        </w:rPr>
        <w:t xml:space="preserve">[12:36] </w:t>
      </w:r>
      <w:r>
        <w:t>ایک اجنبی چیز بن جائے گا، مطلب لوگ lip service تو کریں گے لیکن حقیقت سے بے خبر ہوں گے۔</w:t>
      </w:r>
    </w:p>
    <w:p>
      <w:pPr>
        <w:jc w:val="right"/>
      </w:pPr>
      <w:r>
        <w:t>ایک اجنبی چیز بن جائے گا، مطلب لوگ Lip Service تو کریں گے لیکن حقیقت سے بے خبر ہوں گے۔</w:t>
      </w:r>
    </w:p>
    <w:p>
      <w:r>
        <w:rPr>
          <w:b/>
        </w:rPr>
        <w:t xml:space="preserve">[12:42] </w:t>
      </w:r>
      <w:r>
        <w:t>yani pehle nasal mein islam aik haqeeqat hota hai, baad ki naslon mein kya hota hai ke islam</w:t>
      </w:r>
    </w:p>
    <w:p>
      <w:pPr>
        <w:jc w:val="right"/>
      </w:pPr>
      <w:r>
        <w:t>یعنی پہلے نسل میں اسلام ایک حقیقت ہوتا ہے، بعد کی نسلوں میں کیا ہوتا ہے کہ اسلام</w:t>
      </w:r>
    </w:p>
    <w:p>
      <w:r>
        <w:rPr>
          <w:b/>
        </w:rPr>
        <w:t xml:space="preserve">[12:48] </w:t>
      </w:r>
      <w:r>
        <w:t>aik Lip Service ban jata hai.</w:t>
      </w:r>
    </w:p>
    <w:p>
      <w:pPr>
        <w:jc w:val="right"/>
      </w:pPr>
      <w:r>
        <w:t>ایک Lip Service بن جاتا ہے۔</w:t>
      </w:r>
    </w:p>
    <w:p>
      <w:r>
        <w:rPr>
          <w:b/>
        </w:rPr>
        <w:t xml:space="preserve">[12:54] </w:t>
      </w:r>
      <w:r>
        <w:t>yun samajh lijiye aap ke pehli nasal mein jin logon</w:t>
      </w:r>
    </w:p>
    <w:p>
      <w:pPr>
        <w:jc w:val="right"/>
      </w:pPr>
      <w:r>
        <w:t>یوں سمجھ لیجئے آپ کہ پہلی نسل میں جن لوگوں</w:t>
      </w:r>
    </w:p>
    <w:p>
      <w:r>
        <w:rPr>
          <w:b/>
        </w:rPr>
        <w:t xml:space="preserve">[13:00] </w:t>
      </w:r>
      <w:r>
        <w:t>ne islam ko samjha, us ko mana, apne zehn ko us ke mutabiq dhala to unhon ne samajh</w:t>
      </w:r>
    </w:p>
    <w:p>
      <w:pPr>
        <w:jc w:val="right"/>
      </w:pPr>
      <w:r>
        <w:t>نے اسلام کو سمجھا، اس کو مانا، اپنے ذہن کو اس کے مطابق ڈھالا تو انہوں نے سمجھ</w:t>
      </w:r>
    </w:p>
    <w:p>
      <w:r>
        <w:rPr>
          <w:b/>
        </w:rPr>
        <w:t xml:space="preserve">[13:06] </w:t>
      </w:r>
      <w:r>
        <w:t>kar, yani poore shaoor ke sath islam ko ikhtiyar kiya.</w:t>
      </w:r>
    </w:p>
    <w:p>
      <w:pPr>
        <w:jc w:val="right"/>
      </w:pPr>
      <w:r>
        <w:t>کر، یعنی پورے شعور کے ساتھ اسلام کو اختیار کیا۔</w:t>
      </w:r>
    </w:p>
    <w:p>
      <w:r>
        <w:rPr>
          <w:b/>
        </w:rPr>
        <w:t xml:space="preserve">[13:12] </w:t>
      </w:r>
      <w:r>
        <w:t>baad ko aisa hota hai ke woh shaoor to kisi zehn mein tha, woh zehn to mar gaya,</w:t>
      </w:r>
    </w:p>
    <w:p>
      <w:pPr>
        <w:jc w:val="right"/>
      </w:pPr>
      <w:r>
        <w:t>بعد کو ایسا ہوتا ہے کہ وہ شعور تو کسی ذہن میں تھا، وہ ذہن تو مر گیا،</w:t>
      </w:r>
    </w:p>
    <w:p>
      <w:r>
        <w:rPr>
          <w:b/>
        </w:rPr>
        <w:t xml:space="preserve">[13:18] </w:t>
      </w:r>
      <w:r>
        <w:t>to zehn chala gaya apne sath le kar ke us shaoor ko.</w:t>
      </w:r>
    </w:p>
    <w:p>
      <w:pPr>
        <w:jc w:val="right"/>
      </w:pPr>
      <w:r>
        <w:t>تو ذہن چلا گیا اپنے ساتھ لے کر کے اس شعور کو۔</w:t>
      </w:r>
    </w:p>
    <w:p>
      <w:r>
        <w:rPr>
          <w:b/>
        </w:rPr>
        <w:t xml:space="preserve">[13:24] </w:t>
      </w:r>
      <w:r>
        <w:t>ab jo log paida hue hain, woh</w:t>
      </w:r>
    </w:p>
    <w:p>
      <w:pPr>
        <w:jc w:val="right"/>
      </w:pPr>
      <w:r>
        <w:t>اب جو لوگ پیدا ہوئے ہیں، وہ</w:t>
      </w:r>
    </w:p>
    <w:p>
      <w:r>
        <w:rPr>
          <w:b/>
        </w:rPr>
        <w:t xml:space="preserve">[13:30] </w:t>
      </w:r>
      <w:r>
        <w:t>kisi ney mahol mein paida hue hain, us zehn ko unhon ne nahi paya hai jo pichle baap</w:t>
      </w:r>
    </w:p>
    <w:p>
      <w:pPr>
        <w:jc w:val="right"/>
      </w:pPr>
      <w:r>
        <w:t>کسی نئے ماحول میں پیدا ہوئے ہیں، اس ذہن کو انہوں نے نہیں پایا ہے جو پچھلے باپ</w:t>
      </w:r>
    </w:p>
    <w:p>
      <w:r>
        <w:rPr>
          <w:b/>
        </w:rPr>
        <w:t xml:space="preserve">[13:36] </w:t>
      </w:r>
      <w:r>
        <w:t>dada ke andar tha.</w:t>
      </w:r>
    </w:p>
    <w:p>
      <w:pPr>
        <w:jc w:val="right"/>
      </w:pPr>
      <w:r>
        <w:t>دادا کے اندر تھا۔</w:t>
      </w:r>
    </w:p>
    <w:p>
      <w:r>
        <w:rPr>
          <w:b/>
        </w:rPr>
        <w:t xml:space="preserve">[13:42] </w:t>
      </w:r>
      <w:r>
        <w:t>to ab phir se unhein dobara daryaft karna paray ga islam ko, phir se sachai ko apne shaoor</w:t>
      </w:r>
    </w:p>
    <w:p>
      <w:pPr>
        <w:jc w:val="right"/>
      </w:pPr>
      <w:r>
        <w:t>تو اب پھر سے انہیں دوبارہ دریافت کرنا پڑے گا اسلام کو، پھر سے سچائی کو اپنے شعور</w:t>
      </w:r>
    </w:p>
    <w:p>
      <w:r>
        <w:rPr>
          <w:b/>
        </w:rPr>
        <w:t xml:space="preserve">[13:48] </w:t>
      </w:r>
      <w:r>
        <w:t>mein utarna paray ga, phir se Intellectual Development ke satah par, Intellectual Development ke darjay par unhein islam</w:t>
      </w:r>
    </w:p>
    <w:p>
      <w:pPr>
        <w:jc w:val="right"/>
      </w:pPr>
      <w:r>
        <w:t>میں اتارنا پڑے گا، پھر سے Intellectual Development کے سطح پر، Intellectual Development کے درجے پر انہیں اسلام</w:t>
      </w:r>
    </w:p>
    <w:p>
      <w:r>
        <w:rPr>
          <w:b/>
        </w:rPr>
        <w:t xml:space="preserve">[13:54] </w:t>
      </w:r>
      <w:r>
        <w:t>ko paana pare ga</w:t>
      </w:r>
    </w:p>
    <w:p>
      <w:pPr>
        <w:jc w:val="right"/>
      </w:pPr>
      <w:r>
        <w:t>کو پانا پڑے گا</w:t>
      </w:r>
    </w:p>
    <w:p>
      <w:r>
        <w:rPr>
          <w:b/>
        </w:rPr>
        <w:t xml:space="preserve">[14:01] </w:t>
      </w:r>
      <w:r>
        <w:t>warna islam un ko ajnabi bana rahega. un ko to ye bohat hi ahem hadith hai jo tareekhi amal ko batati hai, islam ke tareekhi amal ko ke ek bar jin logon ne islam ko bator sachai paya to wo apne aap khud ba khud aage nahi muntaqil hot</w:t>
      </w:r>
    </w:p>
    <w:p>
      <w:pPr>
        <w:jc w:val="right"/>
      </w:pPr>
      <w:r>
        <w:t>ورنہ اسلام ان کو اجنبی بنا رہے گا۔ ان کو تو یہ بہت ہی اہم حدیث ہے جو تاریخی عمل کو بتاتی ہے، اسلام کے تاریخی عمل کو کہ ایک بار جن لوگوں نے اسلام کو بطور سچائی پایا تو وہ اپنے آپ خود بخود آگے نہیں منتقل ہوت</w:t>
      </w:r>
    </w:p>
    <w:p>
      <w:r>
        <w:rPr>
          <w:b/>
        </w:rPr>
        <w:t xml:space="preserve">[14:31] </w:t>
      </w:r>
      <w:r>
        <w:t>aa raha hoga.</w:t>
      </w:r>
    </w:p>
    <w:p>
      <w:pPr>
        <w:jc w:val="right"/>
      </w:pPr>
      <w:r>
        <w:t>ا رہے گا۔</w:t>
      </w:r>
    </w:p>
    <w:p>
      <w:r>
        <w:rPr>
          <w:b/>
        </w:rPr>
        <w:t xml:space="preserve">[14:36] </w:t>
      </w:r>
      <w:r>
        <w:t>har nasal mein dobara logon ko Islam ko Realize karna pare ga, har nasal mein yaani Islam ko</w:t>
      </w:r>
    </w:p>
    <w:p>
      <w:pPr>
        <w:jc w:val="right"/>
      </w:pPr>
      <w:r>
        <w:t>ہر نسل میں دوبارہ لوگوں کو اسلام کو Realize کرنا پڑے گا، ہر نسل میں یعنی اسلام کو</w:t>
      </w:r>
    </w:p>
    <w:p>
      <w:r>
        <w:rPr>
          <w:b/>
        </w:rPr>
        <w:t xml:space="preserve">[14:41] </w:t>
      </w:r>
      <w:r>
        <w:t>har nasal mein dobara logon ko dobara daryaft karna pare ga.</w:t>
      </w:r>
    </w:p>
    <w:p>
      <w:pPr>
        <w:jc w:val="right"/>
      </w:pPr>
      <w:r>
        <w:t>ہر نسل میں دوبارہ لوگوں کو دوبارہ دریافت کرنا پڑے گا۔</w:t>
      </w:r>
    </w:p>
    <w:p>
      <w:r>
        <w:rPr>
          <w:b/>
        </w:rPr>
        <w:t xml:space="preserve">[14:46] </w:t>
      </w:r>
      <w:r>
        <w:t>tab woh janenge ke Islam kya hai, is ki sachai kya hai, iman kya hai, Khuda ko</w:t>
      </w:r>
    </w:p>
    <w:p>
      <w:pPr>
        <w:jc w:val="right"/>
      </w:pPr>
      <w:r>
        <w:t>تب وہ جانیں گے کہ اسلام کیا ہے، اس کی سچائی کیا ہے، ایمان کیا ہے، خدا کو</w:t>
      </w:r>
    </w:p>
    <w:p>
      <w:r>
        <w:rPr>
          <w:b/>
        </w:rPr>
        <w:t xml:space="preserve">[14:51] </w:t>
      </w:r>
      <w:r>
        <w:t>manna kya hai.</w:t>
      </w:r>
    </w:p>
    <w:p>
      <w:pPr>
        <w:jc w:val="right"/>
      </w:pPr>
      <w:r>
        <w:t>ماننا کیا ہے۔</w:t>
      </w:r>
    </w:p>
    <w:p>
      <w:r>
        <w:rPr>
          <w:b/>
        </w:rPr>
        <w:t xml:space="preserve">[14:56] </w:t>
      </w:r>
      <w:r>
        <w:t>in baaton ko shoor ki gehrai ke sath</w:t>
      </w:r>
    </w:p>
    <w:p>
      <w:pPr>
        <w:jc w:val="right"/>
      </w:pPr>
      <w:r>
        <w:t>ان باتوں کو شعور کی گہرائی کے ساتھ</w:t>
      </w:r>
    </w:p>
    <w:p>
      <w:r>
        <w:rPr>
          <w:b/>
        </w:rPr>
        <w:t xml:space="preserve">[15:02] </w:t>
      </w:r>
      <w:r>
        <w:t>phir se janenge jabke woh Islam ko dobara daryaft karenge.</w:t>
      </w:r>
    </w:p>
    <w:p>
      <w:pPr>
        <w:jc w:val="right"/>
      </w:pPr>
      <w:r>
        <w:t>پھر سے جانیں گے جبکہ وہ اسلام کو دوبارہ دریافت کریں گے۔</w:t>
      </w:r>
    </w:p>
    <w:p>
      <w:r>
        <w:rPr>
          <w:b/>
        </w:rPr>
        <w:t xml:space="preserve">[15:08] </w:t>
      </w:r>
      <w:r>
        <w:t>dobara daryaft kiye baghair Islam un ke liye dobara ajnabi bana rahe ga kyunke woh kisi mahol ka</w:t>
      </w:r>
    </w:p>
    <w:p>
      <w:pPr>
        <w:jc w:val="right"/>
      </w:pPr>
      <w:r>
        <w:t>دوبارہ دریافت کیے بغیر اسلام ان کے لیے دوبارہ اجنبی بنا رہے گا کیونکہ وہ کسی ماحول کا</w:t>
      </w:r>
    </w:p>
    <w:p>
      <w:r>
        <w:rPr>
          <w:b/>
        </w:rPr>
        <w:t xml:space="preserve">[15:14] </w:t>
      </w:r>
      <w:r>
        <w:t>product honge.</w:t>
      </w:r>
    </w:p>
    <w:p>
      <w:pPr>
        <w:jc w:val="right"/>
      </w:pPr>
      <w:r>
        <w:t>پروڈکٹ ہوں گے۔</w:t>
      </w:r>
    </w:p>
    <w:p>
      <w:r>
        <w:rPr>
          <w:b/>
        </w:rPr>
        <w:t xml:space="preserve">[15:20] </w:t>
      </w:r>
      <w:r>
        <w:t>pehli bar jin logon ke samne Islam pesh kiya gaya tha to woh apne mahol ka, apne mahol</w:t>
      </w:r>
    </w:p>
    <w:p>
      <w:pPr>
        <w:jc w:val="right"/>
      </w:pPr>
      <w:r>
        <w:t>پہلی بار جن لوگوں کے سامنے اسلام پیش کیا گیا تھا تو وہ اپنے ماحول کا، اپنے ماحول</w:t>
      </w:r>
    </w:p>
    <w:p>
      <w:r>
        <w:rPr>
          <w:b/>
        </w:rPr>
        <w:t xml:space="preserve">[15:26] </w:t>
      </w:r>
      <w:r>
        <w:t>ka product the.</w:t>
      </w:r>
    </w:p>
    <w:p>
      <w:pPr>
        <w:jc w:val="right"/>
      </w:pPr>
      <w:r>
        <w:t>کا پروڈکٹ تھے۔</w:t>
      </w:r>
    </w:p>
    <w:p>
      <w:r>
        <w:rPr>
          <w:b/>
        </w:rPr>
        <w:t xml:space="preserve">[15:32] </w:t>
      </w:r>
      <w:r>
        <w:t>ab dobara jo log aayenge woh bhi apne mahol ka, apne mahol ka product ban chuke honge.</w:t>
      </w:r>
    </w:p>
    <w:p>
      <w:pPr>
        <w:jc w:val="right"/>
      </w:pPr>
      <w:r>
        <w:t>اب دوبارہ جو لوگ آئیں گے وہ بھی اپنے ماحول کا، اپنے ماحول کا پروڈکٹ بن چکے ہوں گے۔</w:t>
      </w:r>
    </w:p>
    <w:p>
      <w:r>
        <w:rPr>
          <w:b/>
        </w:rPr>
        <w:t xml:space="preserve">[15:37] </w:t>
      </w:r>
      <w:r>
        <w:t>is liye unhein Islam ajnabi dikhai pare ga.</w:t>
      </w:r>
    </w:p>
    <w:p>
      <w:pPr>
        <w:jc w:val="right"/>
      </w:pPr>
      <w:r>
        <w:t>اس لیے انہیں اسلام اجنبی دکھائی پڑے گا۔</w:t>
      </w:r>
    </w:p>
    <w:p>
      <w:r>
        <w:rPr>
          <w:b/>
        </w:rPr>
        <w:t xml:space="preserve">[15:42] </w:t>
      </w:r>
      <w:r>
        <w:t>is liye ek amal hai, dua o work ek amal hai jo barabar chalta rahe ga.</w:t>
      </w:r>
    </w:p>
    <w:p>
      <w:pPr>
        <w:jc w:val="right"/>
      </w:pPr>
      <w:r>
        <w:t>اس لیے ایک عمل ہے، دعا و ورک ایک عمل ہے جو برابر چلتا رہے گا۔</w:t>
      </w:r>
    </w:p>
    <w:p>
      <w:r>
        <w:rPr>
          <w:b/>
        </w:rPr>
        <w:t xml:space="preserve">[15:47] </w:t>
      </w:r>
      <w:r>
        <w:t>ek bar chala diya gaya to is se kaam nahi chal sakta.</w:t>
      </w:r>
    </w:p>
    <w:p>
      <w:pPr>
        <w:jc w:val="right"/>
      </w:pPr>
      <w:r>
        <w:t>ایک بار چلا دیا گیا تو اس سے کام نہیں چل سکتا۔</w:t>
      </w:r>
    </w:p>
    <w:p>
      <w:r>
        <w:rPr>
          <w:b/>
        </w:rPr>
        <w:t xml:space="preserve">[15:52] </w:t>
      </w:r>
      <w:r>
        <w:t>har agli nasal mein dobara dua o work ka amal chalaya jata hai taake agli baad ke log</w:t>
      </w:r>
    </w:p>
    <w:p>
      <w:pPr>
        <w:jc w:val="right"/>
      </w:pPr>
      <w:r>
        <w:t>ہر اگلی نسل میں دوبارہ دعا و ورک کا عمل چلایا جاتا ہے تاکہ اگلی بعد کے لوگ</w:t>
      </w:r>
    </w:p>
    <w:p>
      <w:r>
        <w:rPr>
          <w:b/>
        </w:rPr>
        <w:t xml:space="preserve">[15:57] </w:t>
      </w:r>
      <w:r>
        <w:t>bhi dobara Islam ko dobara daryaft karen,</w:t>
      </w:r>
    </w:p>
    <w:p>
      <w:pPr>
        <w:jc w:val="right"/>
      </w:pPr>
      <w:r>
        <w:t>بھی دوبارہ اسلام کو دوبارہ دریافت کریں،</w:t>
      </w:r>
    </w:p>
    <w:p>
      <w:r>
        <w:rPr>
          <w:b/>
        </w:rPr>
        <w:t xml:space="preserve">[16:02] </w:t>
      </w:r>
      <w:r>
        <w:t>dobara un ke Islam un ke zehan ka hissa bane warna phir ajnabi ban jaye ga baad ko.</w:t>
      </w:r>
    </w:p>
    <w:p>
      <w:pPr>
        <w:jc w:val="right"/>
      </w:pPr>
      <w:r>
        <w:t>دوبارہ ان کے اسلام ان کے ذہن کا حصہ بنے ورنہ پھر اجنبی بن جائے گا بعد کو۔</w:t>
      </w:r>
    </w:p>
    <w:p>
      <w:r>
        <w:rPr>
          <w:b/>
        </w:rPr>
        <w:t xml:space="preserve">[16:09] </w:t>
      </w:r>
      <w:r>
        <w:t>kuch samjhenge nahi log ke kya hai Islam, kya nahi.</w:t>
      </w:r>
    </w:p>
    <w:p>
      <w:pPr>
        <w:jc w:val="right"/>
      </w:pPr>
      <w:r>
        <w:t>کچھ سمجھیں گے نہیں لوگ کہ کیا ہے اسلام، کیا نہیں۔</w:t>
      </w:r>
    </w:p>
    <w:p>
      <w:r>
        <w:rPr>
          <w:b/>
        </w:rPr>
        <w:t xml:space="preserve">[16:15] </w:t>
      </w:r>
      <w:r>
        <w:t>Lip Service to karenge yaani yun keh sakte hain hum ke baad ko Islam ek saqafat ban</w:t>
      </w:r>
    </w:p>
    <w:p>
      <w:pPr>
        <w:jc w:val="right"/>
      </w:pPr>
      <w:r>
        <w:t>Lip Service تو کریں گے یعنی یوں کہہ سکتے ہیں ہم کہ بعد کو اسلام ایک ثقافت بن</w:t>
      </w:r>
    </w:p>
    <w:p>
      <w:r>
        <w:rPr>
          <w:b/>
        </w:rPr>
        <w:t xml:space="preserve">[16:21] </w:t>
      </w:r>
      <w:r>
        <w:t>jata hai, ideological position khatam ho jati hai.</w:t>
      </w:r>
    </w:p>
    <w:p>
      <w:pPr>
        <w:jc w:val="right"/>
      </w:pPr>
      <w:r>
        <w:t>جاتا ہے، آئیڈیالوجیکل پوزیشن ختم ہو جاتی ہے۔</w:t>
      </w:r>
    </w:p>
    <w:p>
      <w:r>
        <w:rPr>
          <w:b/>
        </w:rPr>
        <w:t xml:space="preserve">[16:28] </w:t>
      </w:r>
      <w:r>
        <w:t>yaani pehli nasal mein Islam ek ideology tha lekin dheere dheere dheere dheere Islam ek saqafat ban jata hai.</w:t>
      </w:r>
    </w:p>
    <w:p>
      <w:pPr>
        <w:jc w:val="right"/>
      </w:pPr>
      <w:r>
        <w:t>یعنی پہلی نسل میں اسلام ایک آئیڈیالوجی تھا لیکن دھیرے دھیرے دھیرے دھیرے اسلام ایک ثقافت بن جاتا ہے۔</w:t>
      </w:r>
    </w:p>
    <w:p>
      <w:r>
        <w:rPr>
          <w:b/>
        </w:rPr>
        <w:t xml:space="preserve">[16:34] </w:t>
      </w:r>
      <w:r>
        <w:t>isi ko ajnabi se taabeer kiya gaya to saqafti Islam se dobara lotna parta hai unhein ideological Islam ki taraf.</w:t>
      </w:r>
    </w:p>
    <w:p>
      <w:pPr>
        <w:jc w:val="right"/>
      </w:pPr>
      <w:r>
        <w:t>اسی کو اجنبی سے تعبیر کیا گیا تو ثقافتی اسلام سے دوبارہ لوٹنا پڑتا ہے انہیں آئیڈیالوجیکل اسلام کی طرف۔</w:t>
      </w:r>
    </w:p>
    <w:p>
      <w:r>
        <w:rPr>
          <w:b/>
        </w:rPr>
        <w:t xml:space="preserve">[16:40] </w:t>
      </w:r>
      <w:r>
        <w:t>yaani baad ki nasal mein log Islam ke naam par ek saqafat ko apnae hue hote hain.</w:t>
      </w:r>
    </w:p>
    <w:p>
      <w:pPr>
        <w:jc w:val="right"/>
      </w:pPr>
      <w:r>
        <w:t>یعنی بعد کی نسل میں لوگ اسلام کے نام پر ایک ثقافت کو اپنائے ہوئے ہوتے ہیں۔</w:t>
      </w:r>
    </w:p>
    <w:p>
      <w:r>
        <w:rPr>
          <w:b/>
        </w:rPr>
        <w:t xml:space="preserve">[16:46] </w:t>
      </w:r>
      <w:r>
        <w:t>to yeh karna parta hai ke saqafati islam se dobara loten woh aur ideological islam ko dobara daryaft</w:t>
      </w:r>
    </w:p>
    <w:p>
      <w:pPr>
        <w:jc w:val="right"/>
      </w:pPr>
      <w:r>
        <w:t>تو یہ کرنا پڑتا ہے کہ ثقافتی اسلام سے دوبارہ لوٹیں وہ اور آئیڈیالوجیکل اسلام کو دوبارہ دریافت</w:t>
      </w:r>
    </w:p>
    <w:p>
      <w:r>
        <w:rPr>
          <w:b/>
        </w:rPr>
        <w:t xml:space="preserve">[16:52] </w:t>
      </w:r>
      <w:r>
        <w:t>karein woh, is ko janiye.</w:t>
      </w:r>
    </w:p>
    <w:p>
      <w:pPr>
        <w:jc w:val="right"/>
      </w:pPr>
      <w:r>
        <w:t>کریں وہ، اس کو جانیں۔</w:t>
      </w:r>
    </w:p>
    <w:p>
      <w:r>
        <w:rPr>
          <w:b/>
        </w:rPr>
        <w:t xml:space="preserve">[16:58] </w:t>
      </w:r>
      <w:r>
        <w:t>yeh hai matlab is</w:t>
      </w:r>
    </w:p>
    <w:p>
      <w:pPr>
        <w:jc w:val="right"/>
      </w:pPr>
      <w:r>
        <w:t>یہ ہے مطلب اس</w:t>
      </w:r>
    </w:p>
    <w:p>
      <w:r>
        <w:rPr>
          <w:b/>
        </w:rPr>
        <w:t xml:space="preserve">[17:04] </w:t>
      </w:r>
      <w:r>
        <w:t>hadees ka.</w:t>
      </w:r>
    </w:p>
    <w:p>
      <w:pPr>
        <w:jc w:val="right"/>
      </w:pPr>
      <w:r>
        <w:t>حدیث کا۔</w:t>
      </w:r>
    </w:p>
    <w:p>
      <w:r>
        <w:rPr>
          <w:b/>
        </w:rPr>
        <w:t xml:space="preserve">[17:10] </w:t>
      </w:r>
      <w:r>
        <w:t>aik hadees hai: "albazat min al-iman".</w:t>
      </w:r>
    </w:p>
    <w:p>
      <w:pPr>
        <w:jc w:val="right"/>
      </w:pPr>
      <w:r>
        <w:t>ایک حدیث ہے: "البذات من الایمان"۔</w:t>
      </w:r>
    </w:p>
    <w:p>
      <w:r>
        <w:rPr>
          <w:b/>
        </w:rPr>
        <w:t xml:space="preserve">[17:16] </w:t>
      </w:r>
      <w:r>
        <w:t>bazat iman ka hissa hai.</w:t>
      </w:r>
    </w:p>
    <w:p>
      <w:pPr>
        <w:jc w:val="right"/>
      </w:pPr>
      <w:r>
        <w:t>بذات ایمان کا حصہ ہے۔</w:t>
      </w:r>
    </w:p>
    <w:p>
      <w:r>
        <w:rPr>
          <w:b/>
        </w:rPr>
        <w:t xml:space="preserve">[17:22] </w:t>
      </w:r>
      <w:r>
        <w:t>bazat kya hai? bazat wohi jis ko angrezi mein kehte hain: rough, rough zindagi.</w:t>
      </w:r>
    </w:p>
    <w:p>
      <w:pPr>
        <w:jc w:val="right"/>
      </w:pPr>
      <w:r>
        <w:t>بذات کیا ہے؟ بذات وہی جس کو انگریزی میں کہتے ہیں: رف، رف زندگی۔</w:t>
      </w:r>
    </w:p>
    <w:p>
      <w:r>
        <w:rPr>
          <w:b/>
        </w:rPr>
        <w:t xml:space="preserve">[17:28] </w:t>
      </w:r>
      <w:r>
        <w:t>rough zindagi ko bazat kehte hain. yani momin</w:t>
      </w:r>
    </w:p>
    <w:p>
      <w:pPr>
        <w:jc w:val="right"/>
      </w:pPr>
      <w:r>
        <w:t>رف زندگی کو بذات کہتے ہیں۔ یعنی مومن</w:t>
      </w:r>
    </w:p>
    <w:p>
      <w:r>
        <w:rPr>
          <w:b/>
        </w:rPr>
        <w:t xml:space="preserve">[17:34] </w:t>
      </w:r>
      <w:r>
        <w:t>ki zindagi rough zindagi hoti hai, rough tarz-e-zindagi is ka tareeqa hota hai. kyun? is liye ke momin kaun hai? sachcha momin kaun hai? jo jiska dil khuda ki taraf lag jaye, jiska hadaf jannat ban jaye, jiski sari tawajjuh akhirat ki taraf chali jaye, jo din-e-faisle ki tayyari mein masroof ho</w:t>
      </w:r>
    </w:p>
    <w:p>
      <w:pPr>
        <w:jc w:val="right"/>
      </w:pPr>
      <w:r>
        <w:t>کی زندگی رف زندگی ہوتی ہے، رف طرزِ زندگی اس کا طریقہ ہوتا ہے۔ کیوں؟ اس لیے کہ مومن کون ہے؟ سچا مومن کون ہے؟ جو جس کا دل خدا کی طرف لگ جائے، جس کا ہدف جنت بن جائے، جس کی ساری توجہ آخرت کی طرف چلی جائے، جو دنِ فیصلے کی تیاری میں مصروف ہو</w:t>
      </w:r>
    </w:p>
    <w:p>
      <w:r>
        <w:rPr>
          <w:b/>
        </w:rPr>
        <w:t xml:space="preserve">[18:04] </w:t>
      </w:r>
      <w:r>
        <w:t>jaye.</w:t>
      </w:r>
    </w:p>
    <w:p>
      <w:pPr>
        <w:jc w:val="right"/>
      </w:pPr>
      <w:r>
        <w:t>جائے۔</w:t>
      </w:r>
    </w:p>
    <w:p>
      <w:r>
        <w:rPr>
          <w:b/>
        </w:rPr>
        <w:t xml:space="preserve">[18:09] </w:t>
      </w:r>
      <w:r>
        <w:t>aisa insan jo hai maujooda dunya ke baray mein.</w:t>
      </w:r>
    </w:p>
    <w:p>
      <w:pPr>
        <w:jc w:val="right"/>
      </w:pPr>
      <w:r>
        <w:t>ایسا انسان جو ہے موجودہ دنیا کے بارے میں۔</w:t>
      </w:r>
    </w:p>
    <w:p>
      <w:r>
        <w:rPr>
          <w:b/>
        </w:rPr>
        <w:t xml:space="preserve">[18:15] </w:t>
      </w:r>
      <w:r>
        <w:t>bilkul is ki saada zindagi ho jaye gi, log rough zindagi ho jaye gi, koi dilchaspi is ko</w:t>
      </w:r>
    </w:p>
    <w:p>
      <w:pPr>
        <w:jc w:val="right"/>
      </w:pPr>
      <w:r>
        <w:t>بالکل اس کی سادہ زندگی ہو جائے گی، لوگ رف زندگی ہو جائے گی، کوئی دلچسپی اس کو</w:t>
      </w:r>
    </w:p>
    <w:p>
      <w:r>
        <w:rPr>
          <w:b/>
        </w:rPr>
        <w:t xml:space="preserve">[18:20] </w:t>
      </w:r>
      <w:r>
        <w:t>nahi rahe gi ke is dunya ki lazzatein hasil kare, is dunya ki yani mein woh lautf andoz kare.</w:t>
      </w:r>
    </w:p>
    <w:p>
      <w:pPr>
        <w:jc w:val="right"/>
      </w:pPr>
      <w:r>
        <w:t>نہیں رہے گی کہ اس دنیا کی لذتیں حاصل کرے، اس دنیا کی یعنی میں وہ لطف اندوز کرے۔</w:t>
      </w:r>
    </w:p>
    <w:p>
      <w:r>
        <w:rPr>
          <w:b/>
        </w:rPr>
        <w:t xml:space="preserve">[18:25] </w:t>
      </w:r>
      <w:r>
        <w:t>kuch bhi nahi hoga.</w:t>
      </w:r>
    </w:p>
    <w:p>
      <w:pPr>
        <w:jc w:val="right"/>
      </w:pPr>
      <w:r>
        <w:t>کچھ بھی نہیں ہوگا۔</w:t>
      </w:r>
    </w:p>
    <w:p>
      <w:r>
        <w:rPr>
          <w:b/>
        </w:rPr>
        <w:t xml:space="preserve">[18:31] </w:t>
      </w:r>
      <w:r>
        <w:t>jaise aap jante hain ke aik musafir jo safar kar raha hai</w:t>
      </w:r>
    </w:p>
    <w:p>
      <w:pPr>
        <w:jc w:val="right"/>
      </w:pPr>
      <w:r>
        <w:t>جیسے آپ جانتے ہیں کہ ایک مسافر جو سفر کر رہا ہے</w:t>
      </w:r>
    </w:p>
    <w:p>
      <w:r>
        <w:rPr>
          <w:b/>
        </w:rPr>
        <w:t xml:space="preserve">[18:36] </w:t>
      </w:r>
      <w:r>
        <w:t>to safar ke dauran, yani safar ke dauran wo kuch bana sigar nahi karega, kuch bhi nahi, aise hi safar tay karta rahega kyunke is ko to aage jana hai, is ki manzil aage hai. yahi haal musafir ka, yahi haal sachche momin ka hota hai. sachcha momin kya hai? ek musafir hai kyunke wo janta hai ke manzil to maut ke baad aane</w:t>
      </w:r>
    </w:p>
    <w:p>
      <w:pPr>
        <w:jc w:val="right"/>
      </w:pPr>
      <w:r>
        <w:t>تو سفر کے دوران، یعنی سفر کے دوران وہ کچھ بنا سگار نہیں کرے گا، کچھ بھی نہیں، ایسے ہی سفر طے کرتا رہے گا کیونکہ اس کو تو آگے جانا ہے، اس کی منزل آگے ہے۔ یہی حال مسافر کا، یہی حال سچے مومن کا ہوتا ہے۔ سچا مومن کیا ہے؟ ایک مسافر ہے کیونکہ وہ جانتا ہے کہ منزل تو موت کے بعد آنے</w:t>
      </w:r>
    </w:p>
    <w:p>
      <w:r>
        <w:rPr>
          <w:b/>
        </w:rPr>
        <w:t xml:space="preserve">[19:06] </w:t>
      </w:r>
      <w:r>
        <w:t>wali hai, abhi kya, abhi to mein safar mein hoon. to is liye farmaya ke: "Al-bazat min al-iman". rough zindagi iman ka ek hissa hai. yani jis aadmi ko sachai ki daryaft ho jaye, sachai ke mane kya hain? ke khuda ki daryaft ho jaye, jannat ki daryaft ho jaye ya us ko pata chal jaye ke marne ke baad din-e-faisla aane wala hai jahan mujhe hisab kitab dena</w:t>
      </w:r>
    </w:p>
    <w:p>
      <w:pPr>
        <w:jc w:val="right"/>
      </w:pPr>
      <w:r>
        <w:t>والی ہے، ابھی کیا، ابھی تو میں سفر میں ہوں۔ تو اس لیے فرمایا کہ: "البذات من الایمان"۔ رف زندگی ایمان کا ایک حصہ ہے۔ یعنی جس آدمی کو سچائی کی دریافت ہو جائے، سچائی کے معنی کیا ہیں؟ کہ خدا کی دریافت ہو جائے، جنت کی دریافت ہو جائے یا اس کو پتہ چل جائے کہ مرنے کے بعد دنِ فیصلہ آنے والا ہے جہاں مجھے حساب کتاب دینا</w:t>
      </w:r>
    </w:p>
    <w:p>
      <w:r>
        <w:rPr>
          <w:b/>
        </w:rPr>
        <w:t xml:space="preserve">[19:36] </w:t>
      </w:r>
      <w:r>
        <w:t>hoga, accountability ka zehn ban jaye is ka.</w:t>
      </w:r>
    </w:p>
    <w:p>
      <w:pPr>
        <w:jc w:val="right"/>
      </w:pPr>
      <w:r>
        <w:t>ہوگا، اکاؤنٹیبلٹی کا ذہن بن جائے اس کا۔</w:t>
      </w:r>
    </w:p>
    <w:p>
      <w:r>
        <w:rPr>
          <w:b/>
        </w:rPr>
        <w:t xml:space="preserve">[19:42] </w:t>
      </w:r>
      <w:r>
        <w:t>to jab yeh sab kisi ke andar hota hai to sari dunyavi cheezein is ke liye secretary ban jati hain.</w:t>
      </w:r>
    </w:p>
    <w:p>
      <w:pPr>
        <w:jc w:val="right"/>
      </w:pPr>
      <w:r>
        <w:t>تو جب یہ سب کسی کے اندر ہوتا ہے تو ساری دنیاوی چیزیں اس کے لیے سیکرٹری بن جاتی ہیں۔</w:t>
      </w:r>
    </w:p>
    <w:p>
      <w:r>
        <w:rPr>
          <w:b/>
        </w:rPr>
        <w:t xml:space="preserve">[19:48] </w:t>
      </w:r>
      <w:r>
        <w:t>kapra, bistar, furniture, ghar, sawari, har cheez is ke liye secretary ban jati hai.</w:t>
      </w:r>
    </w:p>
    <w:p>
      <w:pPr>
        <w:jc w:val="right"/>
      </w:pPr>
      <w:r>
        <w:t>کپڑا، بستر، فرنیچر، گھر، سواری، ہر چیز اس کے لیے سیکرٹری بن جاتی ہے۔</w:t>
      </w:r>
    </w:p>
    <w:p>
      <w:r>
        <w:rPr>
          <w:b/>
        </w:rPr>
        <w:t xml:space="preserve">[19:54] </w:t>
      </w:r>
      <w:r>
        <w:t>to sadgi aa jati hai.</w:t>
      </w:r>
    </w:p>
    <w:p>
      <w:pPr>
        <w:jc w:val="right"/>
      </w:pPr>
      <w:r>
        <w:t>تو سادگی آ جاتی ہے۔</w:t>
      </w:r>
    </w:p>
    <w:p>
      <w:r>
        <w:rPr>
          <w:b/>
        </w:rPr>
        <w:t xml:space="preserve">[20:00] </w:t>
      </w:r>
      <w:r>
        <w:t>jab aap ki zindagi mein dunyavi cheezein secretary ban jayein</w:t>
      </w:r>
    </w:p>
    <w:p>
      <w:pPr>
        <w:jc w:val="right"/>
      </w:pPr>
      <w:r>
        <w:t>جب آپ کی زندگی میں دنیاوی چیزیں سیکرٹری بن جائیں</w:t>
      </w:r>
    </w:p>
    <w:p>
      <w:r>
        <w:rPr>
          <w:b/>
        </w:rPr>
        <w:t xml:space="preserve">[20:06] </w:t>
      </w:r>
      <w:r>
        <w:t>to zahir hai ke phir woh sadgi to sadgi hi aye gi, rough zindagi ban jaye gi aap ki.</w:t>
      </w:r>
    </w:p>
    <w:p>
      <w:pPr>
        <w:jc w:val="right"/>
      </w:pPr>
      <w:r>
        <w:t>تو ظاہر ہے کہ پھر وہ سادگی تو سادگی ہی آئے گی، رف زندگی بن جائے گی آپ کی۔</w:t>
      </w:r>
    </w:p>
    <w:p>
      <w:r>
        <w:rPr>
          <w:b/>
        </w:rPr>
        <w:t xml:space="preserve">[20:16] </w:t>
      </w:r>
      <w:r>
        <w:t>to rough zindagi ya saada zindagi is baat ki pehchan hai ke aadmi ke zehn mein aik aik</w:t>
      </w:r>
    </w:p>
    <w:p>
      <w:pPr>
        <w:jc w:val="right"/>
      </w:pPr>
      <w:r>
        <w:t>تو رف زندگی یا سادہ زندگی اس بات کی پہچان ہے کہ آدمی کے ذہن میں ایک ایک</w:t>
      </w:r>
    </w:p>
    <w:p>
      <w:r>
        <w:rPr>
          <w:b/>
        </w:rPr>
        <w:t xml:space="preserve">[20:27] </w:t>
      </w:r>
      <w:r>
        <w:t>badlao aya hai. aadmi ke</w:t>
      </w:r>
    </w:p>
    <w:p>
      <w:pPr>
        <w:jc w:val="right"/>
      </w:pPr>
      <w:r>
        <w:t>بدلاؤ آیا ہے۔ آدمی کے</w:t>
      </w:r>
    </w:p>
    <w:p>
      <w:r>
        <w:rPr>
          <w:b/>
        </w:rPr>
        <w:t xml:space="preserve">[20:37] </w:t>
      </w:r>
      <w:r>
        <w:t>andar ye baat baith gayi hai ke asal duniya to wo hai, asal kamyabi to maut ke baad wali hai. ye baat dil mein baith jane hi ka ek ek faraham hai ek zahir hai ke aadmi ki zindagi sadah ho jaye, rough ho jaye. jitna zyada zyada</w:t>
      </w:r>
    </w:p>
    <w:p>
      <w:pPr>
        <w:jc w:val="right"/>
      </w:pPr>
      <w:r>
        <w:t>اندر یہ بات بیٹھ گئی ہے کہ اصل دنیا تو وہ ہے، اصل کامیابی تو موت کے بعد والی ہے۔ یہ بات دل میں بیٹھ جانے ہی کا ایک ایک فراہم ہے ایک ظاہر ہے کہ آدمی کی زندگی سادہ ہو جائے، رف ہو جائے۔ جتنا زیادہ زیادہ</w:t>
      </w:r>
    </w:p>
    <w:p>
      <w:r>
        <w:rPr>
          <w:b/>
        </w:rPr>
        <w:t xml:space="preserve">[21:07] </w:t>
      </w:r>
      <w:r>
        <w:t>aisa hoga ke is ke zehn mein khuda ki pakad abhi nahi hui hogi, is ke zehn mein abhi ye baitha nahi hoga ke aage maut ke baad hamein hisab kitab dena hai. jitna zyada ye ehsas kam hoga utni zyada is ki zindagi mein kami hogi aur jitna zyada ye pakad is ke zehn mein zinda ho, accountability</w:t>
      </w:r>
    </w:p>
    <w:p>
      <w:pPr>
        <w:jc w:val="right"/>
      </w:pPr>
      <w:r>
        <w:t>ایسا ہوگا کہ اس کے ذہن میں خدا کی پکڑ ابھی نہیں ہوئی ہوگی، اس کے ذہن میں ابھی یہ بیٹھا نہیں ہوگا کہ آگے موت کے بعد ہمیں حساب کتاب دینا ہے۔ جتنا زیادہ یہ احساس کم ہوگا اتنی زیادہ اس کی زندگی میں کمی ہوگی اور جتنا زیادہ یہ پکڑ اس کے ذہن میں زندہ ہو، اکاؤنٹیبلٹی</w:t>
      </w:r>
    </w:p>
    <w:p>
      <w:r>
        <w:rPr>
          <w:b/>
        </w:rPr>
        <w:t xml:space="preserve">[21:37] </w:t>
      </w:r>
      <w:r>
        <w:t>ka ehsas zinda ho itni zyada woh is ki zindagi mein sadgi aa jaye gi.</w:t>
      </w:r>
    </w:p>
    <w:p>
      <w:pPr>
        <w:jc w:val="right"/>
      </w:pPr>
      <w:r>
        <w:t>کا احساس زندہ ہو اتنی زیادہ وہ اس کی زندگی میں سادگی آجائے گی۔</w:t>
      </w:r>
    </w:p>
    <w:p>
      <w:r>
        <w:rPr>
          <w:b/>
        </w:rPr>
        <w:t xml:space="preserve">[21:45] </w:t>
      </w:r>
      <w:r>
        <w:t>saada zindagi, rough tarz-e-zindagi ban jaye ga is ka.</w:t>
      </w:r>
    </w:p>
    <w:p>
      <w:pPr>
        <w:jc w:val="right"/>
      </w:pPr>
      <w:r>
        <w:t>سادہ زندگی، رف طرزِ زندگی بن جائے گا اس کا۔</w:t>
      </w:r>
    </w:p>
    <w:p>
      <w:r>
        <w:rPr>
          <w:b/>
        </w:rPr>
        <w:t xml:space="preserve">[21:53] </w:t>
      </w:r>
      <w:r>
        <w:t>to rough tarz-e-zindagi jo hai iman ki aik kharji pehchan hai.</w:t>
      </w:r>
    </w:p>
    <w:p>
      <w:pPr>
        <w:jc w:val="right"/>
      </w:pPr>
      <w:r>
        <w:t>تو رف طرزِ زندگی جو ہے ایمان کی ایک خارجی پہچان ہے۔</w:t>
      </w:r>
    </w:p>
    <w:p>
      <w:r>
        <w:rPr>
          <w:b/>
        </w:rPr>
        <w:t xml:space="preserve">[22:00] </w:t>
      </w:r>
      <w:r>
        <w:t>ref tarz-e-zindagi is baat ki pehchan hai ke aadmi ke andar imaan utar aaya hai,</w:t>
      </w:r>
    </w:p>
    <w:p>
      <w:pPr>
        <w:jc w:val="right"/>
      </w:pPr>
      <w:r>
        <w:t>رف طرزِ زندگی اس بات کی پہچان ہے کہ آدمی کے اندر ایمان اتر آیا ہے،</w:t>
      </w:r>
    </w:p>
    <w:p>
      <w:r>
        <w:rPr>
          <w:b/>
        </w:rPr>
        <w:t xml:space="preserve">[22:08] </w:t>
      </w:r>
      <w:r>
        <w:t>aadmi ke andar khuda ki roshni gehrai ke sath utar aayi hai. ek hadith mein rasool Allah sallallahu alaihi wasallam ne dua ke andaaz mein farmaya ke: "Allahumma habbib ilayna al-iman". Allahumma habbib ilayna al-iman. aye khuda! hamare liye im</w:t>
      </w:r>
    </w:p>
    <w:p>
      <w:pPr>
        <w:jc w:val="right"/>
      </w:pPr>
      <w:r>
        <w:t>آدمی کے اندر خدا کی روشنی گہرائی کے ساتھ اتر آئی ہے۔ ایک حدیث میں رسول اللہ صلی اللہ علیہ وسلم نے دعا کے انداز میں فرمایا کہ: "اللہم حبب الینا الایمان"۔ اللہم حبب الینا الایمان۔ اے خدا! ہمارے لیے ایم</w:t>
      </w:r>
    </w:p>
    <w:p>
      <w:r>
        <w:rPr>
          <w:b/>
        </w:rPr>
        <w:t xml:space="preserve">[22:38] </w:t>
      </w:r>
      <w:r>
        <w:t>un ko ek mehboob cheez bana de yaani imaan ke liye hamare dil mein mohabbat daal de.</w:t>
      </w:r>
    </w:p>
    <w:p>
      <w:pPr>
        <w:jc w:val="right"/>
      </w:pPr>
      <w:r>
        <w:t>ان کو ایک محبوب چیز بنا دے یعنی ایمان کے لیے ہمارے دل میں محبت ڈال دے۔</w:t>
      </w:r>
    </w:p>
    <w:p>
      <w:r>
        <w:rPr>
          <w:b/>
        </w:rPr>
        <w:t xml:space="preserve">[22:48] </w:t>
      </w:r>
      <w:r>
        <w:t>aap jante hain ke do qism ka tareeqa hota hai.</w:t>
      </w:r>
    </w:p>
    <w:p>
      <w:pPr>
        <w:jc w:val="right"/>
      </w:pPr>
      <w:r>
        <w:t>آپ جانتے ہیں کہ دو قسم کا طریقہ ہوتا ہے۔</w:t>
      </w:r>
    </w:p>
    <w:p>
      <w:r>
        <w:rPr>
          <w:b/>
        </w:rPr>
        <w:t xml:space="preserve">[22:58] </w:t>
      </w:r>
      <w:r>
        <w:t>ek yeh hai ke aap kisi cheez ko len mahaz ek ek zaroorat ke liye jaise aap ek</w:t>
      </w:r>
    </w:p>
    <w:p>
      <w:pPr>
        <w:jc w:val="right"/>
      </w:pPr>
      <w:r>
        <w:t>ایک یہ ہے کہ آپ کسی چیز کو لیں محض ایک ایک ضرورت کے لیے جیسے آپ ایک</w:t>
      </w:r>
    </w:p>
    <w:p>
      <w:r>
        <w:rPr>
          <w:b/>
        </w:rPr>
        <w:t xml:space="preserve">[23:08] </w:t>
      </w:r>
      <w:r>
        <w:t>ek stick len, ek chadi len to aap us se mohabbat nahi hogi, woh to sirf aap ke</w:t>
      </w:r>
    </w:p>
    <w:p>
      <w:pPr>
        <w:jc w:val="right"/>
      </w:pPr>
      <w:r>
        <w:t>ایک اسٹک لیں، ایک چھڑی لیں تو آپ اس سے محبت نہیں ہوگی، وہ تو صرف آپ کے</w:t>
      </w:r>
    </w:p>
    <w:p>
      <w:r>
        <w:rPr>
          <w:b/>
        </w:rPr>
        <w:t xml:space="preserve">[23:14] </w:t>
      </w:r>
      <w:r>
        <w:t>liye ek zaroorat ke darje mein ek cheez hogi.</w:t>
      </w:r>
    </w:p>
    <w:p>
      <w:pPr>
        <w:jc w:val="right"/>
      </w:pPr>
      <w:r>
        <w:t>لیے ایک ضرورت کے درجے میں ایک چیز ہوگی۔</w:t>
      </w:r>
    </w:p>
    <w:p>
      <w:r>
        <w:rPr>
          <w:b/>
        </w:rPr>
        <w:t xml:space="preserve">[23:20] </w:t>
      </w:r>
      <w:r>
        <w:t>lekin maa ko apne bete se mohabbat hoti hai, maa ko apne bete se mohabbat hoti hai.</w:t>
      </w:r>
    </w:p>
    <w:p>
      <w:pPr>
        <w:jc w:val="right"/>
      </w:pPr>
      <w:r>
        <w:t>لیکن ماں کو اپنے بیٹے سے محبت ہوتی ہے، ماں کو اپنے بیٹے سے محبت ہوتی ہے۔</w:t>
      </w:r>
    </w:p>
    <w:p>
      <w:r>
        <w:rPr>
          <w:b/>
        </w:rPr>
        <w:t xml:space="preserve">[23:26] </w:t>
      </w:r>
      <w:r>
        <w:t>to ek hota hai mohabbat wala talluq.</w:t>
      </w:r>
    </w:p>
    <w:p>
      <w:pPr>
        <w:jc w:val="right"/>
      </w:pPr>
      <w:r>
        <w:t>تو ایک ہوتا ہے محبت والا تعلق۔</w:t>
      </w:r>
    </w:p>
    <w:p>
      <w:r>
        <w:rPr>
          <w:b/>
        </w:rPr>
        <w:t xml:space="preserve">[23:32] </w:t>
      </w:r>
      <w:r>
        <w:t>to aap ne farmaya ke yeh sikhaya gaya aap ne ke hum yeh dua karte rahen kyunke aap</w:t>
      </w:r>
    </w:p>
    <w:p>
      <w:pPr>
        <w:jc w:val="right"/>
      </w:pPr>
      <w:r>
        <w:t>تو آپ نے فرمایا کہ یہ سکھایا گیا آپ نے کہ ہم یہ دعا کرتے رہیں کیونکہ آپ</w:t>
      </w:r>
    </w:p>
    <w:p>
      <w:r>
        <w:rPr>
          <w:b/>
        </w:rPr>
        <w:t xml:space="preserve">[23:38] </w:t>
      </w:r>
      <w:r>
        <w:t>jante hain ke rasool Allah sal Allah alaihi wasallam ek namoona the, har cheez aap ki namoona hai.</w:t>
      </w:r>
    </w:p>
    <w:p>
      <w:pPr>
        <w:jc w:val="right"/>
      </w:pPr>
      <w:r>
        <w:t>جانتے ہیں کہ رسول اللہ صلی اللہ علیہ وسلم ایک نمونہ تھے، ہر چیز آپ کی نمونہ ہے۔</w:t>
      </w:r>
    </w:p>
    <w:p>
      <w:r>
        <w:rPr>
          <w:b/>
        </w:rPr>
        <w:t xml:space="preserve">[23:46] </w:t>
      </w:r>
      <w:r>
        <w:t>to hamein yeh dua karte rehna chahiye ke: "Allahumma habbib ilayna al-iman".</w:t>
      </w:r>
    </w:p>
    <w:p>
      <w:pPr>
        <w:jc w:val="right"/>
      </w:pPr>
      <w:r>
        <w:t>تو ہمیں یہ دعا کرتے رہنا چاہیے کہ: "اللہم حبب الینا الایمان"۔ اے خدا!</w:t>
      </w:r>
    </w:p>
    <w:p>
      <w:r>
        <w:rPr>
          <w:b/>
        </w:rPr>
        <w:t xml:space="preserve">[23:53] </w:t>
      </w:r>
      <w:r>
        <w:t>hamare liye imaan ko ek mehboob cheez bana de, woh mahaz ek label na ho, woh mahaz ek</w:t>
      </w:r>
    </w:p>
    <w:p>
      <w:pPr>
        <w:jc w:val="right"/>
      </w:pPr>
      <w:r>
        <w:t>ہمارے لیے ایمان کو ایک محبوب چیز بنا دے، وہ محض ایک لیبل نہ ہو، وہ محض ایک</w:t>
      </w:r>
    </w:p>
    <w:p>
      <w:r>
        <w:rPr>
          <w:b/>
        </w:rPr>
        <w:t xml:space="preserve">[24:01] </w:t>
      </w:r>
      <w:r>
        <w:t>manual ki qism ki cheez na ho, mahaz woh ek kharij</w:t>
      </w:r>
    </w:p>
    <w:p>
      <w:pPr>
        <w:jc w:val="right"/>
      </w:pPr>
      <w:r>
        <w:t>مینول کی قسم کی چیز نہ ہو، محض وہ ایک خارج</w:t>
      </w:r>
    </w:p>
    <w:p>
      <w:r>
        <w:rPr>
          <w:b/>
        </w:rPr>
        <w:t xml:space="preserve">[24:08] </w:t>
      </w:r>
      <w:r>
        <w:t>yi ravaiyya na ho, hamare dil mein utra hua ho.</w:t>
      </w:r>
    </w:p>
    <w:p>
      <w:pPr>
        <w:jc w:val="right"/>
      </w:pPr>
      <w:r>
        <w:t>ی رویہ نہ ہو، ہمارے دل میں اترا ہوا ہو۔</w:t>
      </w:r>
    </w:p>
    <w:p>
      <w:r>
        <w:rPr>
          <w:b/>
        </w:rPr>
        <w:t xml:space="preserve">[24:14] </w:t>
      </w:r>
      <w:r>
        <w:t>yaani mohabbat sab se bari cheez hoti hai kisi insaan ke paas, sab se bara jo talluq hai</w:t>
      </w:r>
    </w:p>
    <w:p>
      <w:pPr>
        <w:jc w:val="right"/>
      </w:pPr>
      <w:r>
        <w:t>یعنی محبت سب سے بڑی چیز ہوتی ہے کسی انسان کے پاس، سب سے بڑا جو تعلق ہے</w:t>
      </w:r>
    </w:p>
    <w:p>
      <w:r>
        <w:rPr>
          <w:b/>
        </w:rPr>
        <w:t xml:space="preserve">[24:21] </w:t>
      </w:r>
      <w:r>
        <w:t>woh mohabbat ka talluq hai, us ke aage koi aur talluq nahi.</w:t>
      </w:r>
    </w:p>
    <w:p>
      <w:pPr>
        <w:jc w:val="right"/>
      </w:pPr>
      <w:r>
        <w:t>وہ محبت کا تعلق ہے، اس کے آگے کوئی اور تعلق نہیں۔</w:t>
      </w:r>
    </w:p>
    <w:p>
      <w:r>
        <w:rPr>
          <w:b/>
        </w:rPr>
        <w:t xml:space="preserve">[24:27] </w:t>
      </w:r>
      <w:r>
        <w:t>jaise maa ko apne bete se mohabbat hoti hai to us ke aage koi darja nahi hai talluq ka.</w:t>
      </w:r>
    </w:p>
    <w:p>
      <w:pPr>
        <w:jc w:val="right"/>
      </w:pPr>
      <w:r>
        <w:t>جیسے ماں کو اپنے بیٹے سے محبت ہوتی ہے تو اس کے آگے کوئی درجہ نہیں ہے تعلق کا۔</w:t>
      </w:r>
    </w:p>
    <w:p>
      <w:r>
        <w:rPr>
          <w:b/>
        </w:rPr>
        <w:t xml:space="preserve">[24:33] </w:t>
      </w:r>
      <w:r>
        <w:t>kisi insaan ko sab se bara jo</w:t>
      </w:r>
    </w:p>
    <w:p>
      <w:pPr>
        <w:jc w:val="right"/>
      </w:pPr>
      <w:r>
        <w:t>کسی انسان کو سب سے بڑا جو</w:t>
      </w:r>
    </w:p>
    <w:p>
      <w:r>
        <w:rPr>
          <w:b/>
        </w:rPr>
        <w:t xml:space="preserve">[24:39] </w:t>
      </w:r>
      <w:r>
        <w:t>sab se ooncha jo talluq kisi se ho sakta hai us ko mohabbat kehte hain, us ke aage</w:t>
      </w:r>
    </w:p>
    <w:p>
      <w:pPr>
        <w:jc w:val="right"/>
      </w:pPr>
      <w:r>
        <w:t>سب سے اونچا جو تعلق کسی سے ہو سکتا ہے اس کو محبت کہتے ہیں، اس کے آگے</w:t>
      </w:r>
    </w:p>
    <w:p>
      <w:r>
        <w:rPr>
          <w:b/>
        </w:rPr>
        <w:t xml:space="preserve">[24:45] </w:t>
      </w:r>
      <w:r>
        <w:t>koi darja nahi hai talluq ka.</w:t>
      </w:r>
    </w:p>
    <w:p>
      <w:pPr>
        <w:jc w:val="right"/>
      </w:pPr>
      <w:r>
        <w:t>کوئی درجہ نہیں تعلق کا۔</w:t>
      </w:r>
    </w:p>
    <w:p>
      <w:r>
        <w:rPr>
          <w:b/>
        </w:rPr>
        <w:t xml:space="preserve">[24:52] </w:t>
      </w:r>
      <w:r>
        <w:t>to farmaya ke is aala darje ka talluq hona chahiye aadmi ko imaan ke saath.</w:t>
      </w:r>
    </w:p>
    <w:p>
      <w:pPr>
        <w:jc w:val="right"/>
      </w:pPr>
      <w:r>
        <w:t>تو فرمایا کہ اس اعلیٰ درجے کا تعلق ہونا چاہیے آدمی کو ایمان کے ساتھ۔</w:t>
      </w:r>
    </w:p>
    <w:p>
      <w:r>
        <w:rPr>
          <w:b/>
        </w:rPr>
        <w:t xml:space="preserve">[24:58] </w:t>
      </w:r>
      <w:r>
        <w:t>sab se ooncha jo darja hai mohabbat ka, us darje mein, us aala darje par mujhe imaan mil</w:t>
      </w:r>
    </w:p>
    <w:p>
      <w:pPr>
        <w:jc w:val="right"/>
      </w:pPr>
      <w:r>
        <w:t>سب سے اونچا جو درجہ ہے محبت کا، اس درجے میں، اس اعلیٰ درجے پر مجھے ایمان مل</w:t>
      </w:r>
    </w:p>
    <w:p>
      <w:r>
        <w:rPr>
          <w:b/>
        </w:rPr>
        <w:t xml:space="preserve">[25:04] </w:t>
      </w:r>
      <w:r>
        <w:t>jaye, us ki dua karna.</w:t>
      </w:r>
    </w:p>
    <w:p>
      <w:pPr>
        <w:jc w:val="right"/>
      </w:pPr>
      <w:r>
        <w:t>جائے، اس کی دعا کرنا۔</w:t>
      </w:r>
    </w:p>
    <w:p>
      <w:r>
        <w:rPr>
          <w:b/>
        </w:rPr>
        <w:t xml:space="preserve">[25:11] </w:t>
      </w:r>
      <w:r>
        <w:t>to yeh bohat bari baat hai kyunke jis cheez se aap ko mohabbat ho jaye woh aap ka</w:t>
      </w:r>
    </w:p>
    <w:p>
      <w:pPr>
        <w:jc w:val="right"/>
      </w:pPr>
      <w:r>
        <w:t>تو یہ بہت بڑی بات ہے کیونکہ جس چیز سے آپ کو محبت ہو جائے وہ آپ کا</w:t>
      </w:r>
    </w:p>
    <w:p>
      <w:r>
        <w:rPr>
          <w:b/>
        </w:rPr>
        <w:t xml:space="preserve">[25:18] </w:t>
      </w:r>
      <w:r>
        <w:t>aala tareen fikr ban jata hai, us ko aap tarjeeh ke taur par lene lagte hain.</w:t>
      </w:r>
    </w:p>
    <w:p>
      <w:pPr>
        <w:jc w:val="right"/>
      </w:pPr>
      <w:r>
        <w:t>اعلیٰ ترین فکر بن جاتا ہے، اس کو آپ ترجیح کے طور پر لینے لگتے ہیں۔</w:t>
      </w:r>
    </w:p>
    <w:p>
      <w:r>
        <w:rPr>
          <w:b/>
        </w:rPr>
        <w:t xml:space="preserve">[25:26] </w:t>
      </w:r>
      <w:r>
        <w:t>is ke siwa doosri tamam cheezein jo hain woh aap ke liye saanwi ban jati hain.</w:t>
      </w:r>
    </w:p>
    <w:p>
      <w:pPr>
        <w:jc w:val="right"/>
      </w:pPr>
      <w:r>
        <w:t>اس کے سوا دوسری تمام چیزیں جو ہیں وہ آپ کے لیے ثانوی بن جاتی ہیں۔</w:t>
      </w:r>
    </w:p>
    <w:p>
      <w:r>
        <w:rPr>
          <w:b/>
        </w:rPr>
        <w:t xml:space="preserve">[25:34] </w:t>
      </w:r>
      <w:r>
        <w:t>to insaan ko imaan mila hai ya nahi mila hai,</w:t>
      </w:r>
    </w:p>
    <w:p>
      <w:pPr>
        <w:jc w:val="right"/>
      </w:pPr>
      <w:r>
        <w:t>تو انسان کو ایمان ملا ہے یا نہیں ملا ہے،</w:t>
      </w:r>
    </w:p>
    <w:p>
      <w:r>
        <w:rPr>
          <w:b/>
        </w:rPr>
        <w:t xml:space="preserve">[25:41] </w:t>
      </w:r>
      <w:r>
        <w:t>is ki pehchan kya hai? ke imaan is ke liye mehboob bana hai ya nahi bana hai, mohabbat</w:t>
      </w:r>
    </w:p>
    <w:p>
      <w:pPr>
        <w:jc w:val="right"/>
      </w:pPr>
      <w:r>
        <w:t>اس کی پہچان کیا ہے؟ کہ ایمان اس کے لیے محبوب بنا ہے یا نہیں بنا ہے، محبت</w:t>
      </w:r>
    </w:p>
    <w:p>
      <w:r>
        <w:rPr>
          <w:b/>
        </w:rPr>
        <w:t xml:space="preserve">[25:52] </w:t>
      </w:r>
      <w:r>
        <w:t>ke darje mein is ke andar imaan dakhil hua hai ya nahi dakhil hua hai.</w:t>
      </w:r>
    </w:p>
    <w:p>
      <w:pPr>
        <w:jc w:val="right"/>
      </w:pPr>
      <w:r>
        <w:t>کے درجے میں اس کے اندر ایمان داخل ہوا ہے یا نہیں داخل ہوا ہے۔</w:t>
      </w:r>
    </w:p>
    <w:p>
      <w:r>
        <w:rPr>
          <w:b/>
        </w:rPr>
        <w:t xml:space="preserve">[26:03] </w:t>
      </w:r>
      <w:r>
        <w:t>agar imaan dekhein, ek baat yeh bhi arz kar doon ke log yani log nahi jante farq imaan aur josh</w:t>
      </w:r>
    </w:p>
    <w:p>
      <w:pPr>
        <w:jc w:val="right"/>
      </w:pPr>
      <w:r>
        <w:t>اگر ایمان دیکھیں، ایک بات یہ بھی عرض کر دوں کہ لوگ یعنی لوگ نہیں جانتے فرق ایمان اور جوش</w:t>
      </w:r>
    </w:p>
    <w:p>
      <w:r>
        <w:rPr>
          <w:b/>
        </w:rPr>
        <w:t xml:space="preserve">[26:14] </w:t>
      </w:r>
      <w:r>
        <w:t>yani josh ka naam mohabbat nahi hai.</w:t>
      </w:r>
    </w:p>
    <w:p>
      <w:pPr>
        <w:jc w:val="right"/>
      </w:pPr>
      <w:r>
        <w:t>یعنی جوش کا نام محبت نہیں ہے۔</w:t>
      </w:r>
    </w:p>
    <w:p>
      <w:r>
        <w:rPr>
          <w:b/>
        </w:rPr>
        <w:t xml:space="preserve">[26:20] </w:t>
      </w:r>
      <w:r>
        <w:t>yani rasool Allah sal Allah alaihi wasallam ke sath koi koi farz kiye gustakhi kar de aur woh</w:t>
      </w:r>
    </w:p>
    <w:p>
      <w:pPr>
        <w:jc w:val="right"/>
      </w:pPr>
      <w:r>
        <w:t>یعنی رسول اللہ صلی اللہ علیہ وسلم کے ساتھ کوئی کوئی فرض کیے گستاخی کر دے اور وہ</w:t>
      </w:r>
    </w:p>
    <w:p>
      <w:r>
        <w:rPr>
          <w:b/>
        </w:rPr>
        <w:t xml:space="preserve">[26:26] </w:t>
      </w:r>
      <w:r>
        <w:t>ladne ke khare ho jayein, is ka naam mohabbat nahi hai.</w:t>
      </w:r>
    </w:p>
    <w:p>
      <w:pPr>
        <w:jc w:val="right"/>
      </w:pPr>
      <w:r>
        <w:t>لڑنے کے کھڑے ہو جائیں، اس کا نام محبت نہیں ہے۔</w:t>
      </w:r>
    </w:p>
    <w:p>
      <w:r>
        <w:rPr>
          <w:b/>
        </w:rPr>
        <w:t xml:space="preserve">[26:32] </w:t>
      </w:r>
      <w:r>
        <w:t>is baat ko achhe se samajh liye ke mohabbat mein aur josh mein farq hai.</w:t>
      </w:r>
    </w:p>
    <w:p>
      <w:pPr>
        <w:jc w:val="right"/>
      </w:pPr>
      <w:r>
        <w:t>اس بات کو اچھے سے سمجھ لئے کہ محبت میں اور جوش میں فرق ہے۔</w:t>
      </w:r>
    </w:p>
    <w:p>
      <w:r>
        <w:rPr>
          <w:b/>
        </w:rPr>
        <w:t xml:space="preserve">[26:38] </w:t>
      </w:r>
      <w:r>
        <w:t>is naam par ke rasool Allah ke sath gu</w:t>
      </w:r>
    </w:p>
    <w:p>
      <w:pPr>
        <w:jc w:val="right"/>
      </w:pPr>
      <w:r>
        <w:t>اس نام پر کہ رسول اللہ کے ساتھ گ</w:t>
      </w:r>
    </w:p>
    <w:p>
      <w:r>
        <w:rPr>
          <w:b/>
        </w:rPr>
        <w:t xml:space="preserve">[26:44] </w:t>
      </w:r>
      <w:r>
        <w:t>stakhi ki gayi hai, rasool Allah ka naam ghalat tareeqe se liya gaya hai, aap ladne ko khare</w:t>
      </w:r>
    </w:p>
    <w:p>
      <w:pPr>
        <w:jc w:val="right"/>
      </w:pPr>
      <w:r>
        <w:t>ستاخی کی گئی ہے، رسول اللہ کا نام غلط طریقے سے لیا گیا ہے، آپ لڑنے کو کھڑے</w:t>
      </w:r>
    </w:p>
    <w:p>
      <w:r>
        <w:rPr>
          <w:b/>
        </w:rPr>
        <w:t xml:space="preserve">[26:52] </w:t>
      </w:r>
      <w:r>
        <w:t>ho jayein to yeh hargiz mohabbat rasool nahi hai.</w:t>
      </w:r>
    </w:p>
    <w:p>
      <w:pPr>
        <w:jc w:val="right"/>
      </w:pPr>
      <w:r>
        <w:t>ہو جائیں تو یہ ہرگز محبت رسول نہیں ہے۔</w:t>
      </w:r>
    </w:p>
    <w:p>
      <w:r>
        <w:rPr>
          <w:b/>
        </w:rPr>
        <w:t xml:space="preserve">[27:00] </w:t>
      </w:r>
      <w:r>
        <w:t>yeh to ek josh hai, jazbati ojhal pan hai, yeh bohat hi alag dhang ki cheez hai.</w:t>
      </w:r>
    </w:p>
    <w:p>
      <w:pPr>
        <w:jc w:val="right"/>
      </w:pPr>
      <w:r>
        <w:t>یہ تو ایک جوش ہے، جذباتی اوجھل پن ہے، یہ بہت ہی الگ ڈھنگ کی چیز ہے۔</w:t>
      </w:r>
    </w:p>
    <w:p>
      <w:r>
        <w:rPr>
          <w:b/>
        </w:rPr>
        <w:t xml:space="preserve">[27:08] </w:t>
      </w:r>
      <w:r>
        <w:t>yaad rakhiye, jazbati ojhal pan hota hai qaumi jazbe ke tehat, mili jazbe ke tehat.</w:t>
      </w:r>
    </w:p>
    <w:p>
      <w:pPr>
        <w:jc w:val="right"/>
      </w:pPr>
      <w:r>
        <w:t>یاد رکھیے، جذباتی اوجھل پن ہوتا ہے قومی جذبے کے تحت، ملی جذبے کے تحت۔</w:t>
      </w:r>
    </w:p>
    <w:p>
      <w:r>
        <w:rPr>
          <w:b/>
        </w:rPr>
        <w:t xml:space="preserve">[27:16] </w:t>
      </w:r>
      <w:r>
        <w:t>aap ko mehsoos hota hai ke mera mera fakhr jo hai woh hit ho gaya hai, mere fakhr</w:t>
      </w:r>
    </w:p>
    <w:p>
      <w:pPr>
        <w:jc w:val="right"/>
      </w:pPr>
      <w:r>
        <w:t>آپ کو محسوس ہوتا ہے کہ میرا میرا فخر جو ہے وہ ہٹ ہو گیا ہے، میرے فخر</w:t>
      </w:r>
    </w:p>
    <w:p>
      <w:r>
        <w:rPr>
          <w:b/>
        </w:rPr>
        <w:t xml:space="preserve">[27:21] </w:t>
      </w:r>
      <w:r>
        <w:t>ko is ne tod diya hai.</w:t>
      </w:r>
    </w:p>
    <w:p>
      <w:pPr>
        <w:jc w:val="right"/>
      </w:pPr>
      <w:r>
        <w:t>کو اس نے توڑ دیا ہے۔</w:t>
      </w:r>
    </w:p>
    <w:p>
      <w:r>
        <w:rPr>
          <w:b/>
        </w:rPr>
        <w:t xml:space="preserve">[27:26] </w:t>
      </w:r>
      <w:r>
        <w:t>to is qism ka jo pur josh izhaar hota hai woh haqeeqat mein apne fakhr ko mehfooz rakhne ke</w:t>
      </w:r>
    </w:p>
    <w:p>
      <w:pPr>
        <w:jc w:val="right"/>
      </w:pPr>
      <w:r>
        <w:t>تو اس قسم کا جو پرجوش اظہار ہوتا ہے وہ حقیقت میں اپنے فخر کو محفوظ رکھنے کے</w:t>
      </w:r>
    </w:p>
    <w:p>
      <w:r>
        <w:rPr>
          <w:b/>
        </w:rPr>
        <w:t xml:space="preserve">[27:31] </w:t>
      </w:r>
      <w:r>
        <w:t>liye hota hai, apne qaumi bartari ko baki rakhne ke liye hota hai, is ka mohabbat rasool se</w:t>
      </w:r>
    </w:p>
    <w:p>
      <w:pPr>
        <w:jc w:val="right"/>
      </w:pPr>
      <w:r>
        <w:t>لیے ہوتا ہے، اپنے قومی برتری کو باقی رکھنے کے لیے ہوتا ہے، اس کا محبت رسول سے</w:t>
      </w:r>
    </w:p>
    <w:p>
      <w:r>
        <w:rPr>
          <w:b/>
        </w:rPr>
        <w:t xml:space="preserve">[27:36] </w:t>
      </w:r>
      <w:r>
        <w:t>koi taluq nahi.</w:t>
      </w:r>
    </w:p>
    <w:p>
      <w:pPr>
        <w:jc w:val="right"/>
      </w:pPr>
      <w:r>
        <w:t>کوئی تعلق نہیں۔</w:t>
      </w:r>
    </w:p>
    <w:p>
      <w:r>
        <w:rPr>
          <w:b/>
        </w:rPr>
        <w:t xml:space="preserve">[27:41] </w:t>
      </w:r>
      <w:r>
        <w:t>yani qaumi nakh</w:t>
      </w:r>
    </w:p>
    <w:p>
      <w:pPr>
        <w:jc w:val="right"/>
      </w:pPr>
      <w:r>
        <w:t>یعنی قومی نخ</w:t>
      </w:r>
    </w:p>
    <w:p>
      <w:r>
        <w:rPr>
          <w:b/>
        </w:rPr>
        <w:t xml:space="preserve">[27:46] </w:t>
      </w:r>
      <w:r>
        <w:t>wot lagta hai aap ko ke toot gayi, qaumi fakhr jo hai woh khatre mein pad gaya.</w:t>
      </w:r>
    </w:p>
    <w:p>
      <w:pPr>
        <w:jc w:val="right"/>
      </w:pPr>
      <w:r>
        <w:t>وت لگتا ہے آپ کو کہ ٹوٹ گئی، قومی فخر جو ہے وہ خطرے میں پڑ گیا۔</w:t>
      </w:r>
    </w:p>
    <w:p>
      <w:r>
        <w:rPr>
          <w:b/>
        </w:rPr>
        <w:t xml:space="preserve">[27:53] </w:t>
      </w:r>
      <w:r>
        <w:t>is ke liye aap, is ke liye log josh mein aakar ke ladna shuru kar dete hain.</w:t>
      </w:r>
    </w:p>
    <w:p>
      <w:pPr>
        <w:jc w:val="right"/>
      </w:pPr>
      <w:r>
        <w:t>اس کے لیے آپ، اس کے لیے لوگ جوش میں آکر کے لڑنا شروع کر دیتے ہیں۔</w:t>
      </w:r>
    </w:p>
    <w:p>
      <w:r>
        <w:rPr>
          <w:b/>
        </w:rPr>
        <w:t xml:space="preserve">[28:01] </w:t>
      </w:r>
      <w:r>
        <w:t>woh kuch bhi mohabbat yani mohabbat rasool kisi darje mein bhi mohabbat rasool nahi hai.</w:t>
      </w:r>
    </w:p>
    <w:p>
      <w:pPr>
        <w:jc w:val="right"/>
      </w:pPr>
      <w:r>
        <w:t>وہ کچھ بھی محبت یعنی محبت رسول کسی درجے میں بھی محبت رسول نہیں ہے۔</w:t>
      </w:r>
    </w:p>
    <w:p>
      <w:r>
        <w:rPr>
          <w:b/>
        </w:rPr>
        <w:t xml:space="preserve">[28:08] </w:t>
      </w:r>
      <w:r>
        <w:t>mohabbat rasool to ek musbat sifat ka naam hai, ek bohat hi yani doosron se</w:t>
      </w:r>
    </w:p>
    <w:p>
      <w:pPr>
        <w:jc w:val="right"/>
      </w:pPr>
      <w:r>
        <w:t>محبت رسول تو ایک مثبت صفت کا نام ہے، ایک بہت ہی یعنی دوسروں سے</w:t>
      </w:r>
    </w:p>
    <w:p>
      <w:r>
        <w:rPr>
          <w:b/>
        </w:rPr>
        <w:t xml:space="preserve">[28:16] </w:t>
      </w:r>
      <w:r>
        <w:t>doosron ka waluesher banata hai.</w:t>
      </w:r>
    </w:p>
    <w:p>
      <w:pPr>
        <w:jc w:val="right"/>
      </w:pPr>
      <w:r>
        <w:t>دوسروں کا ولویشر بناتا ہے۔</w:t>
      </w:r>
    </w:p>
    <w:p>
      <w:r>
        <w:rPr>
          <w:b/>
        </w:rPr>
        <w:t xml:space="preserve">[28:22] </w:t>
      </w:r>
      <w:r>
        <w:t>agar aap ko Allah se mohabbat hai, iman se mohabbat hai, rasool se mohabbat hai to kya hoga?</w:t>
      </w:r>
    </w:p>
    <w:p>
      <w:pPr>
        <w:jc w:val="right"/>
      </w:pPr>
      <w:r>
        <w:t>اگر آپ کو اللہ سے محبت ہے، ایمان سے محبت ہے، رسول سے محبت ہے تو کیا ہوگا؟</w:t>
      </w:r>
    </w:p>
    <w:p>
      <w:r>
        <w:rPr>
          <w:b/>
        </w:rPr>
        <w:t xml:space="preserve">[28:29] </w:t>
      </w:r>
      <w:r>
        <w:t>aap doosron ke walvesher ban jayenge, doosron ke khair khwah ban jayenge.</w:t>
      </w:r>
    </w:p>
    <w:p>
      <w:pPr>
        <w:jc w:val="right"/>
      </w:pPr>
      <w:r>
        <w:t>آپ دوسروں کے ولویشر بن جائیں گے، دوسروں کے خیر خواہ بن جائیں گے۔</w:t>
      </w:r>
    </w:p>
    <w:p>
      <w:r>
        <w:rPr>
          <w:b/>
        </w:rPr>
        <w:t xml:space="preserve">[28:35] </w:t>
      </w:r>
      <w:r>
        <w:t>aap ke andar nermi aayegi, tawazu aayegi, ajzi aayegi.</w:t>
      </w:r>
    </w:p>
    <w:p>
      <w:pPr>
        <w:jc w:val="right"/>
      </w:pPr>
      <w:r>
        <w:t>آپ کے اندر نرمی آئے گی، تواضع آئے گی، عاجزی آئے گی۔</w:t>
      </w:r>
    </w:p>
    <w:p>
      <w:r>
        <w:rPr>
          <w:b/>
        </w:rPr>
        <w:t xml:space="preserve">[28:41] </w:t>
      </w:r>
      <w:r>
        <w:t>josh o kharosh wali baat kabhi bhi nahi aa sakti, iman ke sath ekatha nahi ho sakti hai.</w:t>
      </w:r>
    </w:p>
    <w:p>
      <w:pPr>
        <w:jc w:val="right"/>
      </w:pPr>
      <w:r>
        <w:t>جوش و خروش والی بات کبھی بھی نہیں آسکتی، ایمان کے ساتھ اکٹھا نہیں ہو سکتی ہے۔</w:t>
      </w:r>
    </w:p>
    <w:p>
      <w:r>
        <w:rPr>
          <w:b/>
        </w:rPr>
        <w:t xml:space="preserve">[28:48] </w:t>
      </w:r>
      <w:r>
        <w:t>yeh bohat aham baat hai, is ko samajhna chahiye ke farq josh aur iman josh ko iman, josh</w:t>
      </w:r>
    </w:p>
    <w:p>
      <w:pPr>
        <w:jc w:val="right"/>
      </w:pPr>
      <w:r>
        <w:t>یہ بہت اہم بات ہے، اس کو سمجھنا چاہیے کہ فرق جوش اور ایمان جوش کو ایمان، جوش</w:t>
      </w:r>
    </w:p>
    <w:p>
      <w:r>
        <w:rPr>
          <w:b/>
        </w:rPr>
        <w:t xml:space="preserve">[28:55] </w:t>
      </w:r>
      <w:r>
        <w:t>ko mohabbat samajhna yeh bohat bari bhool hai, bohat bari bhool hai.</w:t>
      </w:r>
    </w:p>
    <w:p>
      <w:pPr>
        <w:jc w:val="right"/>
      </w:pPr>
      <w:r>
        <w:t>کو محبت سمجھنا یہ بہت بڑی بھول ہے، بہت بڑی بھول ہے۔</w:t>
      </w:r>
    </w:p>
    <w:p>
      <w:r>
        <w:rPr>
          <w:b/>
        </w:rPr>
        <w:t xml:space="preserve">[29:03] </w:t>
      </w:r>
      <w:r>
        <w:t>iman to ek ek rabbani kaifiyat ka naam hai.</w:t>
      </w:r>
    </w:p>
    <w:p>
      <w:pPr>
        <w:jc w:val="right"/>
      </w:pPr>
      <w:r>
        <w:t>ایمان تو ایک ایک ربانی کیفیت کا نام ہے۔</w:t>
      </w:r>
    </w:p>
    <w:p>
      <w:r>
        <w:rPr>
          <w:b/>
        </w:rPr>
        <w:t xml:space="preserve">[29:10] </w:t>
      </w:r>
      <w:r>
        <w:t>ladna jhagadna to</w:t>
      </w:r>
    </w:p>
    <w:p>
      <w:pPr>
        <w:jc w:val="right"/>
      </w:pPr>
      <w:r>
        <w:t>لڑنا جھگڑنا تو</w:t>
      </w:r>
    </w:p>
    <w:p>
      <w:r>
        <w:rPr>
          <w:b/>
        </w:rPr>
        <w:t xml:space="preserve">[29:18] </w:t>
      </w:r>
      <w:r>
        <w:t>ek bilkul yaani yaqeeni kaam hai.</w:t>
      </w:r>
    </w:p>
    <w:p>
      <w:pPr>
        <w:jc w:val="right"/>
      </w:pPr>
      <w:r>
        <w:t>ایک بالکل یعنی یقینی کام ہے۔</w:t>
      </w:r>
    </w:p>
    <w:p>
      <w:r>
        <w:rPr>
          <w:b/>
        </w:rPr>
        <w:t xml:space="preserve">[29:26] </w:t>
      </w:r>
      <w:r>
        <w:t>iman, imani mohabbat jo hai woh ek ilahi rooh hai, ek rabbani kaifiyat hai.</w:t>
      </w:r>
    </w:p>
    <w:p>
      <w:pPr>
        <w:jc w:val="right"/>
      </w:pPr>
      <w:r>
        <w:t>ایمان، ایمانی محبت جو ہے وہ ایک الٰہی روح ہے، ایک ربانی کیفیت ہے۔</w:t>
      </w:r>
    </w:p>
    <w:p>
      <w:r>
        <w:rPr>
          <w:b/>
        </w:rPr>
        <w:t xml:space="preserve">[29:33] </w:t>
      </w:r>
      <w:r>
        <w:t>is ke sath ladna jhagadna ekatha nahi ho sakta hai.</w:t>
      </w:r>
    </w:p>
    <w:p>
      <w:pPr>
        <w:jc w:val="right"/>
      </w:pPr>
      <w:r>
        <w:t>اس کے ساتھ لڑنا جھگڑنا اکٹھا نہیں ہو سکتا ہے۔</w:t>
      </w:r>
    </w:p>
    <w:p>
      <w:r>
        <w:rPr>
          <w:b/>
        </w:rPr>
        <w:t xml:space="preserve">[29:41] </w:t>
      </w:r>
      <w:r>
        <w:t>sachi mohabbat jo hai Khuda se aur rasool se aur iman se jab aati hai to kya hota hai?</w:t>
      </w:r>
    </w:p>
    <w:p>
      <w:pPr>
        <w:jc w:val="right"/>
      </w:pPr>
      <w:r>
        <w:t>سچی محبت جو ہے خدا سے اور رسول سے اور ایمان سے جب آتی ہے تو کیا ہوتا ہے؟</w:t>
      </w:r>
    </w:p>
    <w:p>
      <w:r>
        <w:rPr>
          <w:b/>
        </w:rPr>
        <w:t xml:space="preserve">[29:49] </w:t>
      </w:r>
      <w:r>
        <w:t>aap ka dil naram ho jata hai, aap ke andar ajzi aajati hai, aap doosron ke khair khwah</w:t>
      </w:r>
    </w:p>
    <w:p>
      <w:pPr>
        <w:jc w:val="right"/>
      </w:pPr>
      <w:r>
        <w:t>آپ کا دل نرم ہو جاتا ہے، آپ کے اندر عاجزی آجاتی ہے، آپ دوسروں کے خیر خواہ</w:t>
      </w:r>
    </w:p>
    <w:p>
      <w:r>
        <w:rPr>
          <w:b/>
        </w:rPr>
        <w:t xml:space="preserve">[29:55] </w:t>
      </w:r>
      <w:r>
        <w:t>بن جاتے ہیں، آپ کے اندر receptive nature بن جاتا ہے۔</w:t>
      </w:r>
    </w:p>
    <w:p>
      <w:pPr>
        <w:jc w:val="right"/>
      </w:pPr>
      <w:r>
        <w:t>بن جاتے ہیں، آپ کے اندر سبسپٹیو نیچر بن جاتا ہے۔</w:t>
      </w:r>
    </w:p>
    <w:p>
      <w:r>
        <w:rPr>
          <w:b/>
        </w:rPr>
        <w:t xml:space="preserve">[30:01] </w:t>
      </w:r>
      <w:r>
        <w:t>subseptu to is baat ko achi tarah samajh lena chahiye ke haqeeqi mohabbat kya hai aur josh o</w:t>
      </w:r>
    </w:p>
    <w:p>
      <w:pPr>
        <w:jc w:val="right"/>
      </w:pPr>
      <w:r>
        <w:t>سبسپٹیو تو اس بات کو اچھی طرح سمجھ لینا چاہیے کہ حقیقی محبت کیا ہے اور جوش و</w:t>
      </w:r>
    </w:p>
    <w:p>
      <w:r>
        <w:rPr>
          <w:b/>
        </w:rPr>
        <w:t xml:space="preserve">[30:07] </w:t>
      </w:r>
      <w:r>
        <w:t>kharosh kya hai.</w:t>
      </w:r>
    </w:p>
    <w:p>
      <w:pPr>
        <w:jc w:val="right"/>
      </w:pPr>
      <w:r>
        <w:t>خروش کیا ہے۔</w:t>
      </w:r>
    </w:p>
    <w:p>
      <w:r>
        <w:rPr>
          <w:b/>
        </w:rPr>
        <w:t xml:space="preserve">[30:14] </w:t>
      </w:r>
      <w:r>
        <w:t>donon mein kuch bhi ta'alluq nahi hai.</w:t>
      </w:r>
    </w:p>
    <w:p>
      <w:pPr>
        <w:jc w:val="right"/>
      </w:pPr>
      <w:r>
        <w:t>دونوں میں کچھ بھی تعلق نہیں ہے۔</w:t>
      </w:r>
    </w:p>
    <w:p>
      <w:r>
        <w:rPr>
          <w:b/>
        </w:rPr>
        <w:t xml:space="preserve">[30:20] </w:t>
      </w:r>
      <w:r>
        <w:t>isi tarah ek hadith hai: "la yajma' Allah al-iman al-iman billahi wa shuh jamee'an".</w:t>
      </w:r>
    </w:p>
    <w:p>
      <w:pPr>
        <w:jc w:val="right"/>
      </w:pPr>
      <w:r>
        <w:t>اسی طرح ایک حدیث ہے: "لا یجمع اللہ الایمان الایمان باللہ وشح جمیعاً"۔</w:t>
      </w:r>
    </w:p>
    <w:p>
      <w:r>
        <w:rPr>
          <w:b/>
        </w:rPr>
        <w:t xml:space="preserve">[30:30] </w:t>
      </w:r>
      <w:r>
        <w:t>Allah taala iman ko aur bukhl ko donon ko ekatha nahi karta.</w:t>
      </w:r>
    </w:p>
    <w:p>
      <w:pPr>
        <w:jc w:val="right"/>
      </w:pPr>
      <w:r>
        <w:t>اللہ تعالیٰ ایمان کو اور بخل کو دونوں کو اکٹھا نہیں کرتا۔</w:t>
      </w:r>
    </w:p>
    <w:p>
      <w:r>
        <w:rPr>
          <w:b/>
        </w:rPr>
        <w:t xml:space="preserve">[30:40] </w:t>
      </w:r>
      <w:r>
        <w:t>is ka matlab yeh hai ke jis aadmi ke andar iman aajaye to bukhl nikal jayega,</w:t>
      </w:r>
    </w:p>
    <w:p>
      <w:pPr>
        <w:jc w:val="right"/>
      </w:pPr>
      <w:r>
        <w:t>اس کا مطلب یہ ہے کہ جس آدمی کے اندر ایمان آجائے تو بخل نکل جائے گا،</w:t>
      </w:r>
    </w:p>
    <w:p>
      <w:r>
        <w:rPr>
          <w:b/>
        </w:rPr>
        <w:t xml:space="preserve">[30:50] </w:t>
      </w:r>
      <w:r>
        <w:t>tang nazri nikal jayegi.</w:t>
      </w:r>
    </w:p>
    <w:p>
      <w:pPr>
        <w:jc w:val="right"/>
      </w:pPr>
      <w:r>
        <w:t>تنگ نظری نکل جائے گی۔</w:t>
      </w:r>
    </w:p>
    <w:p>
      <w:r>
        <w:rPr>
          <w:b/>
        </w:rPr>
        <w:t xml:space="preserve">[31:01] </w:t>
      </w:r>
      <w:r>
        <w:t>iman aane ke baad bhi agar yeh sab baatein baqi rahein to is ka iman aaya hi nahi.</w:t>
      </w:r>
    </w:p>
    <w:p>
      <w:pPr>
        <w:jc w:val="right"/>
      </w:pPr>
      <w:r>
        <w:t>ایمان آنے کے بعد بھی اگر یہ سب باتیں باقی رہیں تو اس کا ایمان آیا ہی نہیں۔</w:t>
      </w:r>
    </w:p>
    <w:p>
      <w:r>
        <w:rPr>
          <w:b/>
        </w:rPr>
        <w:t xml:space="preserve">[31:11] </w:t>
      </w:r>
      <w:r>
        <w:t>is ko aap ult taraf bhi samjhiye: tang dili, tang zarfi aur manfi khayal aur bukhl, mayles</w:t>
      </w:r>
    </w:p>
    <w:p>
      <w:pPr>
        <w:jc w:val="right"/>
      </w:pPr>
      <w:r>
        <w:t>اس کو آپ الٹ طرف بھی سمجھئے: تنگ دلی، تنگ ظرفی اور منفی خیال اور بخل، مائلیس</w:t>
      </w:r>
    </w:p>
    <w:p>
      <w:r>
        <w:rPr>
          <w:b/>
        </w:rPr>
        <w:t xml:space="preserve">[31:21] </w:t>
      </w:r>
      <w:r>
        <w:t xml:space="preserve"> , yeh sab cheezein iman ke aate hi nikal jati hain, iman dho deta hai, iman pak kar deta hai.</w:t>
      </w:r>
    </w:p>
    <w:p>
      <w:pPr>
        <w:jc w:val="right"/>
      </w:pPr>
      <w:r>
        <w:t>، یہ سب چیزیں ایمان کے آتے ہی نکل جاتی ہیں، ایمان دھو دیتا ہے، ایمان پاک کر دیتا ہے۔</w:t>
      </w:r>
    </w:p>
    <w:p>
      <w:r>
        <w:rPr>
          <w:b/>
        </w:rPr>
        <w:t xml:space="preserve">[31:28] </w:t>
      </w:r>
      <w:r>
        <w:t>aur agar iman ke bawajood yeh sab cheezein baqi rahein aap ke dil mein to samajh liye ke</w:t>
      </w:r>
    </w:p>
    <w:p>
      <w:pPr>
        <w:jc w:val="right"/>
      </w:pPr>
      <w:r>
        <w:t>اور اگر ایمان کے باوجود یہ سب چیزیں باقی رہیں آپ کے دل میں تو سمجھ لئے کہ</w:t>
      </w:r>
    </w:p>
    <w:p>
      <w:r>
        <w:rPr>
          <w:b/>
        </w:rPr>
        <w:t xml:space="preserve">[31:34] </w:t>
      </w:r>
      <w:r>
        <w:t>aap ka iman jo hai woh ult taraf tha.</w:t>
      </w:r>
    </w:p>
    <w:p>
      <w:pPr>
        <w:jc w:val="right"/>
      </w:pPr>
      <w:r>
        <w:t>آپ کا ایمان جو ہے وہ الٹ طرف تھا۔</w:t>
      </w:r>
    </w:p>
    <w:p>
      <w:r>
        <w:rPr>
          <w:b/>
        </w:rPr>
        <w:t xml:space="preserve">[31:40] </w:t>
      </w:r>
      <w:r>
        <w:t>ise hi mano ke imaan nahi tha.</w:t>
      </w:r>
    </w:p>
    <w:p>
      <w:pPr>
        <w:jc w:val="right"/>
      </w:pPr>
      <w:r>
        <w:t>اسے ہی مانو کہ ایمان نہیں تھا۔</w:t>
      </w:r>
    </w:p>
    <w:p>
      <w:r>
        <w:rPr>
          <w:b/>
        </w:rPr>
        <w:t xml:space="preserve">[31:46] </w:t>
      </w:r>
      <w:r>
        <w:t>yani pani agar dala jaye</w:t>
      </w:r>
    </w:p>
    <w:p>
      <w:pPr>
        <w:jc w:val="right"/>
      </w:pPr>
      <w:r>
        <w:t>یعنی پانی اگر ڈالا جائے</w:t>
      </w:r>
    </w:p>
    <w:p>
      <w:r>
        <w:rPr>
          <w:b/>
        </w:rPr>
        <w:t xml:space="preserve">[31:52] </w:t>
      </w:r>
      <w:r>
        <w:t>aur phir bhi kapra saaf na ho samjha jaye ke woh pani nahi tha, woh kuch aur tha.</w:t>
      </w:r>
    </w:p>
    <w:p>
      <w:pPr>
        <w:jc w:val="right"/>
      </w:pPr>
      <w:r>
        <w:t>اور پھر بھی کپڑا صاف نہ ہو سمجھا جائے کہ وہ پانی نہیں تھا، وہ کچھ اور تھا۔</w:t>
      </w:r>
    </w:p>
    <w:p>
      <w:r>
        <w:rPr>
          <w:b/>
        </w:rPr>
        <w:t xml:space="preserve">[32:00] </w:t>
      </w:r>
      <w:r>
        <w:t>woh kyunke agar pani se aap dhoyenge kapre ko to zaroor saaf hoga.</w:t>
      </w:r>
    </w:p>
    <w:p>
      <w:pPr>
        <w:jc w:val="right"/>
      </w:pPr>
      <w:r>
        <w:t>وہ کیونکہ اگر پانی سے آپ دھوئیں گے کپڑے کو تو ضرور صاف ہوگا۔</w:t>
      </w:r>
    </w:p>
    <w:p>
      <w:r>
        <w:rPr>
          <w:b/>
        </w:rPr>
        <w:t xml:space="preserve">[32:08] </w:t>
      </w:r>
      <w:r>
        <w:t>woh is tarah se agar aap ko imaan ki ki dolat mili hai to aap ka aap ke</w:t>
      </w:r>
    </w:p>
    <w:p>
      <w:pPr>
        <w:jc w:val="right"/>
      </w:pPr>
      <w:r>
        <w:t>وہ اس طرح سے اگر آپ کو ایمان کی کی دولت ملی ہے تو آپ کا آپ کے</w:t>
      </w:r>
    </w:p>
    <w:p>
      <w:r>
        <w:rPr>
          <w:b/>
        </w:rPr>
        <w:t xml:space="preserve">[32:16] </w:t>
      </w:r>
      <w:r>
        <w:t>andar imaan aap ko pak karega, aap ke zehn ko badlega, aap ki soch ko badlega,</w:t>
      </w:r>
    </w:p>
    <w:p>
      <w:pPr>
        <w:jc w:val="right"/>
      </w:pPr>
      <w:r>
        <w:t>اندر ایمان آپ کو پاک کرے گا، آپ کے ذہن کو بدلے گا، آپ کی سوچ کو بدلے گا،</w:t>
      </w:r>
    </w:p>
    <w:p>
      <w:r>
        <w:rPr>
          <w:b/>
        </w:rPr>
        <w:t xml:space="preserve">[32:23] </w:t>
      </w:r>
      <w:r>
        <w:t>aap ke zaiqe ko badlega, aap ki niyat, aap ka bolna, aap ka amal sab kuch badal</w:t>
      </w:r>
    </w:p>
    <w:p>
      <w:pPr>
        <w:jc w:val="right"/>
      </w:pPr>
      <w:r>
        <w:t>آپ کے ذائقے کو بدلے گا، آپ کی نیت، آپ کا بولنا، آپ کا عمل سب کچھ بدل</w:t>
      </w:r>
    </w:p>
    <w:p>
      <w:r>
        <w:rPr>
          <w:b/>
        </w:rPr>
        <w:t xml:space="preserve">[32:29] </w:t>
      </w:r>
      <w:r>
        <w:t>jayega agar sachha imaan aata hai.</w:t>
      </w:r>
    </w:p>
    <w:p>
      <w:pPr>
        <w:jc w:val="right"/>
      </w:pPr>
      <w:r>
        <w:t>جائے گا اگر سچا ایمان آتا ہے۔</w:t>
      </w:r>
    </w:p>
    <w:p>
      <w:r>
        <w:rPr>
          <w:b/>
        </w:rPr>
        <w:t xml:space="preserve">[32:35] </w:t>
      </w:r>
      <w:r>
        <w:t>kyunke imaan naam hai kis baat ka? imaan naam hai is baat ka ke Khuda ko bator aala</w:t>
      </w:r>
    </w:p>
    <w:p>
      <w:pPr>
        <w:jc w:val="right"/>
      </w:pPr>
      <w:r>
        <w:t>کیونکہ ایمان نام ہے کس بات کا؟ ایمان نام ہے اس بات کا کہ خدا کو بطور اعلیٰ</w:t>
      </w:r>
    </w:p>
    <w:p>
      <w:r>
        <w:rPr>
          <w:b/>
        </w:rPr>
        <w:t xml:space="preserve">[32:42] </w:t>
      </w:r>
      <w:r>
        <w:t>tareen ke daryaft karna, Khuda ki jalal ko daryaft karna.</w:t>
      </w:r>
    </w:p>
    <w:p>
      <w:pPr>
        <w:jc w:val="right"/>
      </w:pPr>
      <w:r>
        <w:t>ترین کے دریافت کرنا، خدا کی جلال کو دریافت کرنا۔</w:t>
      </w:r>
    </w:p>
    <w:p>
      <w:r>
        <w:rPr>
          <w:b/>
        </w:rPr>
        <w:t xml:space="preserve">[32:48] </w:t>
      </w:r>
      <w:r>
        <w:t>kya yeh sab baatein agar insaan ke andar aati hain</w:t>
      </w:r>
    </w:p>
    <w:p>
      <w:pPr>
        <w:jc w:val="right"/>
      </w:pPr>
      <w:r>
        <w:t>کیا یہ سب باتیں اگر انسان کے اندر آتی ہیں</w:t>
      </w:r>
    </w:p>
    <w:p>
      <w:r>
        <w:rPr>
          <w:b/>
        </w:rPr>
        <w:t xml:space="preserve">[32:54] </w:t>
      </w:r>
      <w:r>
        <w:t>jaise aap kehte hain ke Khuda azeem hai? agar farz karein aap yeh kahein ke Khuda azeem hai,</w:t>
      </w:r>
    </w:p>
    <w:p>
      <w:pPr>
        <w:jc w:val="right"/>
      </w:pPr>
      <w:r>
        <w:t>جیسے آپ کہتے ہیں کہ خدا عظیم ہے؟ اگر فرض کریں آپ یہ کہیں کہ خدا عظیم ہے،</w:t>
      </w:r>
    </w:p>
    <w:p>
      <w:r>
        <w:rPr>
          <w:b/>
        </w:rPr>
        <w:t xml:space="preserve">[33:05] </w:t>
      </w:r>
      <w:r>
        <w:t>Khuda bada hai phir bhi aap ke andar kibr maujood ho to aap kahein ke bhai aap ne</w:t>
      </w:r>
    </w:p>
    <w:p>
      <w:pPr>
        <w:jc w:val="right"/>
      </w:pPr>
      <w:r>
        <w:t>خدا بڑا ہے پھر بھی آپ کے اندر کبر موجود ہو تو آپ کہیں کہ بھئی آپ نے</w:t>
      </w:r>
    </w:p>
    <w:p>
      <w:r>
        <w:rPr>
          <w:b/>
        </w:rPr>
        <w:t xml:space="preserve">[33:17] </w:t>
      </w:r>
      <w:r>
        <w:t>ult taraf kiya? aap ne kyunke Khuda azeem hai ka matlab kya hua? mein azeem nahi hoon.</w:t>
      </w:r>
    </w:p>
    <w:p>
      <w:pPr>
        <w:jc w:val="right"/>
      </w:pPr>
      <w:r>
        <w:t>الٹ طرف کیا؟ آپ نے کیونکہ خدا عظیم ہے کا مطلب کیا ہوا؟ میں عظیم نہیں ہوں۔</w:t>
      </w:r>
    </w:p>
    <w:p>
      <w:r>
        <w:rPr>
          <w:b/>
        </w:rPr>
        <w:t xml:space="preserve">[33:28] </w:t>
      </w:r>
      <w:r>
        <w:t>mein azeem nahi hoon.</w:t>
      </w:r>
    </w:p>
    <w:p>
      <w:pPr>
        <w:jc w:val="right"/>
      </w:pPr>
      <w:r>
        <w:t>میں عظیم نہیں ہوں۔</w:t>
      </w:r>
    </w:p>
    <w:p>
      <w:r>
        <w:rPr>
          <w:b/>
        </w:rPr>
        <w:t xml:space="preserve">[33:35] </w:t>
      </w:r>
      <w:r>
        <w:t>agar koi aadmi zaban se kehta hai ke Khuda azeem hai aur is ke andar yeh nahi aati</w:t>
      </w:r>
    </w:p>
    <w:p>
      <w:pPr>
        <w:jc w:val="right"/>
      </w:pPr>
      <w:r>
        <w:t>اگر کوئی آدمی زبان سے کہتا ہے کہ خدا عظیم ہے اور اس کے اندر یہ نہیں آتی</w:t>
      </w:r>
    </w:p>
    <w:p>
      <w:r>
        <w:rPr>
          <w:b/>
        </w:rPr>
        <w:t xml:space="preserve">[33:41] </w:t>
      </w:r>
      <w:r>
        <w:t>yeh baat ke mein azeem nahi hoon to samjhiye ke woh ult taraf kiya is ne.</w:t>
      </w:r>
    </w:p>
    <w:p>
      <w:pPr>
        <w:jc w:val="right"/>
      </w:pPr>
      <w:r>
        <w:t>یہ بات کہ میں عظیم نہیں ہوں تو سمجھئے کہ وہ الٹ طرف کیا اس نے۔</w:t>
      </w:r>
    </w:p>
    <w:p>
      <w:r>
        <w:rPr>
          <w:b/>
        </w:rPr>
        <w:t xml:space="preserve">[33:48] </w:t>
      </w:r>
      <w:r>
        <w:t>to imaan ka matlab yeh hai ke aadmi ke andar imandari aaye, sachai aaye, Khuda ki barai ko</w:t>
      </w:r>
    </w:p>
    <w:p>
      <w:pPr>
        <w:jc w:val="right"/>
      </w:pPr>
      <w:r>
        <w:t>تو ایمان کا مطلب یہ ہے کہ آدمی کے اندر ایمانداری آئے، سچائی آئے، خدا کی بڑائی کو</w:t>
      </w:r>
    </w:p>
    <w:p>
      <w:r>
        <w:rPr>
          <w:b/>
        </w:rPr>
        <w:t xml:space="preserve">[33:55] </w:t>
      </w:r>
      <w:r>
        <w:t>bandh kar is ke andar tawazu aajaye,</w:t>
      </w:r>
    </w:p>
    <w:p>
      <w:pPr>
        <w:jc w:val="right"/>
      </w:pPr>
      <w:r>
        <w:t>باندھ کر اس کے اندر تواضع آجائے،</w:t>
      </w:r>
    </w:p>
    <w:p>
      <w:r>
        <w:rPr>
          <w:b/>
        </w:rPr>
        <w:t xml:space="preserve">[34:01] </w:t>
      </w:r>
      <w:r>
        <w:t>yeh sab baatein aajayein.</w:t>
      </w:r>
    </w:p>
    <w:p>
      <w:pPr>
        <w:jc w:val="right"/>
      </w:pPr>
      <w:r>
        <w:t>یہ سب باتیں آجائیں۔</w:t>
      </w:r>
    </w:p>
    <w:p>
      <w:r>
        <w:rPr>
          <w:b/>
        </w:rPr>
        <w:t xml:space="preserve">[34:07] </w:t>
      </w:r>
      <w:r>
        <w:t>to agar yeh baatein na aayein to woh ult taraf thi.</w:t>
      </w:r>
    </w:p>
    <w:p>
      <w:pPr>
        <w:jc w:val="right"/>
      </w:pPr>
      <w:r>
        <w:t>تو اگر یہ باتیں نہ آئیں تو وہ الٹ طرف تھی۔</w:t>
      </w:r>
    </w:p>
    <w:p>
      <w:r>
        <w:rPr>
          <w:b/>
        </w:rPr>
        <w:t xml:space="preserve">[34:13] </w:t>
      </w:r>
      <w:r>
        <w:t>isi ko farmaya ke imaan ke sath bukhl akatha nahi hota.</w:t>
      </w:r>
    </w:p>
    <w:p>
      <w:pPr>
        <w:jc w:val="right"/>
      </w:pPr>
      <w:r>
        <w:t>اسی کو فرمایا کہ ایمان کے ساتھ بخل اکٹھا نہیں ہوتا۔</w:t>
      </w:r>
    </w:p>
    <w:p>
      <w:r>
        <w:rPr>
          <w:b/>
        </w:rPr>
        <w:t xml:space="preserve">[34:19] </w:t>
      </w:r>
      <w:r>
        <w:t>bukhl kisi ek cheez ka naam nahi hai, bukhl bohat sari cheezon ka naam hai.</w:t>
      </w:r>
    </w:p>
    <w:p>
      <w:pPr>
        <w:jc w:val="right"/>
      </w:pPr>
      <w:r>
        <w:t>بخل کسی ایک چیز کا نام نہیں ہے، بخل بہت ساری چیزوں کا نام ہے۔</w:t>
      </w:r>
    </w:p>
    <w:p>
      <w:r>
        <w:rPr>
          <w:b/>
        </w:rPr>
        <w:t xml:space="preserve">[34:25] </w:t>
      </w:r>
      <w:r>
        <w:t>bukhl ka matlab hai tang nazri, bukhl ka matlab hai badkhwahi, badkhwahi ka matlab hai</w:t>
      </w:r>
    </w:p>
    <w:p>
      <w:pPr>
        <w:jc w:val="right"/>
      </w:pPr>
      <w:r>
        <w:t>بخل کا مطلب ہے تنگ نظری، بخل کا مطلب ہے بدخواہی، بدخواہی کا مطلب ہے</w:t>
      </w:r>
    </w:p>
    <w:p>
      <w:r>
        <w:rPr>
          <w:b/>
        </w:rPr>
        <w:t xml:space="preserve">[34:31] </w:t>
      </w:r>
      <w:r>
        <w:t>ke doosre ke liye humdardi na hona.</w:t>
      </w:r>
    </w:p>
    <w:p>
      <w:pPr>
        <w:jc w:val="right"/>
      </w:pPr>
      <w:r>
        <w:t>کہ دوسرے کے لیے ہمدردی نہ ہونا۔</w:t>
      </w:r>
    </w:p>
    <w:p>
      <w:r>
        <w:rPr>
          <w:b/>
        </w:rPr>
        <w:t xml:space="preserve">[34:36] </w:t>
      </w:r>
      <w:r>
        <w:t>yeh sara manfi khayal hai.</w:t>
      </w:r>
    </w:p>
    <w:p>
      <w:pPr>
        <w:jc w:val="right"/>
      </w:pPr>
      <w:r>
        <w:t>یہ سارا منفی خیال ہے۔</w:t>
      </w:r>
    </w:p>
    <w:p>
      <w:r>
        <w:rPr>
          <w:b/>
        </w:rPr>
        <w:t xml:space="preserve">[34:41] </w:t>
      </w:r>
      <w:r>
        <w:t>to imaan jab aaye ga to in cheezon ko nikaal de ga.</w:t>
      </w:r>
    </w:p>
    <w:p>
      <w:pPr>
        <w:jc w:val="right"/>
      </w:pPr>
      <w:r>
        <w:t>تو ایمان جب آئے گا تو ان چیزوں کو نکال دے گا۔</w:t>
      </w:r>
    </w:p>
    <w:p>
      <w:r>
        <w:rPr>
          <w:b/>
        </w:rPr>
        <w:t xml:space="preserve">[34:46] </w:t>
      </w:r>
      <w:r>
        <w:t>woh agar yeh cheezen maujood rahen to koi imaan nahi aaya.</w:t>
      </w:r>
    </w:p>
    <w:p>
      <w:pPr>
        <w:jc w:val="right"/>
      </w:pPr>
      <w:r>
        <w:t>وہ اگر یہ چیزیں موجود رہیں تو کوئی ایمان نہیں آیا۔</w:t>
      </w:r>
    </w:p>
    <w:p>
      <w:r>
        <w:rPr>
          <w:b/>
        </w:rPr>
        <w:t xml:space="preserve">[34:51] </w:t>
      </w:r>
      <w:r>
        <w:t>yeh bohat hi zyada sochne ki baat hai.</w:t>
      </w:r>
    </w:p>
    <w:p>
      <w:pPr>
        <w:jc w:val="right"/>
      </w:pPr>
      <w:r>
        <w:t>یہ بہت ہی زیادہ سوچنے کی بات ہے۔</w:t>
      </w:r>
    </w:p>
    <w:p>
      <w:r>
        <w:rPr>
          <w:b/>
        </w:rPr>
        <w:t xml:space="preserve">[34:56] </w:t>
      </w:r>
      <w:r>
        <w:t>to ek hai</w:t>
      </w:r>
    </w:p>
    <w:p>
      <w:pPr>
        <w:jc w:val="right"/>
      </w:pPr>
      <w:r>
        <w:t>تو ایک ہے</w:t>
      </w:r>
    </w:p>
    <w:p>
      <w:r>
        <w:rPr>
          <w:b/>
        </w:rPr>
        <w:t xml:space="preserve">[35:01] </w:t>
      </w:r>
      <w:r>
        <w:t>woh imaan jis ko mein ult taraf kahunga. zuban se bol diya to zuban to aik record hi bol sakta hai. aap tape recorder par record kar dein aur chala dein us ko to woh bolta rahega: la ilaha illAllah, la ilaha illAllah, la ilaha illAllah. keh tape recorder bhi is kalma ko dohra sakta hai lekin aap jante hain keh tape recorder ki jo machine hai us ke andar koi halchal nahi aayegi, kuch</w:t>
      </w:r>
    </w:p>
    <w:p>
      <w:pPr>
        <w:jc w:val="right"/>
      </w:pPr>
      <w:r>
        <w:t>وہ ایمان جس کو میں الٹ طرف کہوں گا۔ زبان سے بول دیا تو زبان تو ایک ریکارڈ ہی بول سکتا ہے۔ آپ ٹیپ ریکارڈر پر ریکارڈ کر دیں اور چلا دیں اس کو تو وہ بولتا رہے گا: لا الہ الا اللہ، لا الہ الا اللہ، لا الہ الا اللہ۔ کہ ٹیپ ریکارڈر بھی اس کلمہ کو دہرا سکتا ہے لیکن آپ جانتے ہیں کہ ٹیپ ریکارڈر کی جو مشین ہے اس کے اندر کوئی ہلچل نہیں آئے گی، کچھ</w:t>
      </w:r>
    </w:p>
    <w:p>
      <w:r>
        <w:rPr>
          <w:b/>
        </w:rPr>
        <w:t xml:space="preserve">[35:31] </w:t>
      </w:r>
      <w:r>
        <w:t>bhi nahi.</w:t>
      </w:r>
    </w:p>
    <w:p>
      <w:pPr>
        <w:jc w:val="right"/>
      </w:pPr>
      <w:r>
        <w:t>بھی نہیں۔</w:t>
      </w:r>
    </w:p>
    <w:p>
      <w:r>
        <w:rPr>
          <w:b/>
        </w:rPr>
        <w:t xml:space="preserve">[35:38] </w:t>
      </w:r>
      <w:r>
        <w:t>ek mechanical takraar hoga.</w:t>
      </w:r>
    </w:p>
    <w:p>
      <w:pPr>
        <w:jc w:val="right"/>
      </w:pPr>
      <w:r>
        <w:t>ایک مکینیکل تکرار ہوگا۔</w:t>
      </w:r>
    </w:p>
    <w:p>
      <w:r>
        <w:rPr>
          <w:b/>
        </w:rPr>
        <w:t xml:space="preserve">[35:44] </w:t>
      </w:r>
      <w:r>
        <w:t>to agar insaan bhi mechanical takraar ki tarah se bolay jis ko ult taraf kaha jata hai to</w:t>
      </w:r>
    </w:p>
    <w:p>
      <w:pPr>
        <w:jc w:val="right"/>
      </w:pPr>
      <w:r>
        <w:t>تو اگر انسان بھی مکینیکل تکرار کی طرح سے بولے جس کو الٹ طرف کہا جاتا ہے تو</w:t>
      </w:r>
    </w:p>
    <w:p>
      <w:r>
        <w:rPr>
          <w:b/>
        </w:rPr>
        <w:t xml:space="preserve">[35:50] </w:t>
      </w:r>
      <w:r>
        <w:t>woh imaan nahi hai, woh kuch bhi nahi hai, woh kuch bhi nahi hai, kuch bhi nahi.</w:t>
      </w:r>
    </w:p>
    <w:p>
      <w:pPr>
        <w:jc w:val="right"/>
      </w:pPr>
      <w:r>
        <w:t>وہ ایمان نہیں ہے، وہ کچھ بھی نہیں ہے، وہ کچھ بھی نہیں ہے، کچھ بھی نہیں۔</w:t>
      </w:r>
    </w:p>
    <w:p>
      <w:r>
        <w:rPr>
          <w:b/>
        </w:rPr>
        <w:t xml:space="preserve">[35:56] </w:t>
      </w:r>
      <w:r>
        <w:t>kyunke dekhen ek hai machine, ek hai insaan.</w:t>
      </w:r>
    </w:p>
    <w:p>
      <w:pPr>
        <w:jc w:val="right"/>
      </w:pPr>
      <w:r>
        <w:t>کیونکہ دیکھیں ایک ہے مشین، ایک ہے انسان۔</w:t>
      </w:r>
    </w:p>
    <w:p>
      <w:r>
        <w:rPr>
          <w:b/>
        </w:rPr>
        <w:t xml:space="preserve">[36:03] </w:t>
      </w:r>
      <w:r>
        <w:t>machine jo hai, tape recorder jo hai, woh mechanical takraar hota hai is ke andar.</w:t>
      </w:r>
    </w:p>
    <w:p>
      <w:pPr>
        <w:jc w:val="right"/>
      </w:pPr>
      <w:r>
        <w:t>مشین جو ہے، ٹیپ ریکارڈر جو ہے، وہ مکینیکل تکرار ہوتا ہے اس کے اندر۔</w:t>
      </w:r>
    </w:p>
    <w:p>
      <w:r>
        <w:rPr>
          <w:b/>
        </w:rPr>
        <w:t xml:space="preserve">[36:09] </w:t>
      </w:r>
      <w:r>
        <w:t>mechanical ma'ni mein woh dohrati hai.</w:t>
      </w:r>
    </w:p>
    <w:p>
      <w:pPr>
        <w:jc w:val="right"/>
      </w:pPr>
      <w:r>
        <w:t>مکینیکل معنی میں وہ دہراتی ہے۔</w:t>
      </w:r>
    </w:p>
    <w:p>
      <w:r>
        <w:rPr>
          <w:b/>
        </w:rPr>
        <w:t xml:space="preserve">[36:16] </w:t>
      </w:r>
      <w:r>
        <w:t>woh to machine aisi hoti hai, woh ek mechanical mazhar hoti hai.</w:t>
      </w:r>
    </w:p>
    <w:p>
      <w:pPr>
        <w:jc w:val="right"/>
      </w:pPr>
      <w:r>
        <w:t>وہ تو مشین ایسی ہوتی ہے، وہ ایک مکینیکل مظہر ہوتی ہے۔</w:t>
      </w:r>
    </w:p>
    <w:p>
      <w:r>
        <w:rPr>
          <w:b/>
        </w:rPr>
        <w:t xml:space="preserve">[36:22] </w:t>
      </w:r>
      <w:r>
        <w:t>bhai insaan machine nahi hai, insaan ke andar dil hai, dimaagh hai, soch hai.</w:t>
      </w:r>
    </w:p>
    <w:p>
      <w:pPr>
        <w:jc w:val="right"/>
      </w:pPr>
      <w:r>
        <w:t>بھئی انسان مشین نہیں ہے، انسان کے اندر دل ہے، دماغ ہے، سوچ ہے۔</w:t>
      </w:r>
    </w:p>
    <w:p>
      <w:r>
        <w:rPr>
          <w:b/>
        </w:rPr>
        <w:t xml:space="preserve">[36:29] </w:t>
      </w:r>
      <w:r>
        <w:t>to insaan ki jo satah hai woh yeh hai ke kisi cheez ko soch ki satah par maana jaye.</w:t>
      </w:r>
    </w:p>
    <w:p>
      <w:pPr>
        <w:jc w:val="right"/>
      </w:pPr>
      <w:r>
        <w:t>تو انسان کی جو سطح ہے وہ یہ ہے کہ کسی چیز کو سوچ کی سطح پر مانا جائے۔</w:t>
      </w:r>
    </w:p>
    <w:p>
      <w:r>
        <w:rPr>
          <w:b/>
        </w:rPr>
        <w:t xml:space="preserve">[36:35] </w:t>
      </w:r>
      <w:r>
        <w:t>tape recorder ki jo satah hai woh yeh hai ke mechanical tor par kisi cheez ko lena, mechanical</w:t>
      </w:r>
    </w:p>
    <w:p>
      <w:pPr>
        <w:jc w:val="right"/>
      </w:pPr>
      <w:r>
        <w:t>ٹیپ ریکارڈر کی جو سطح ہے وہ یہ ہے کہ مکینیکل طور پر کسی چیز کو لینا، مکینیکل</w:t>
      </w:r>
    </w:p>
    <w:p>
      <w:r>
        <w:rPr>
          <w:b/>
        </w:rPr>
        <w:t xml:space="preserve">[36:41] </w:t>
      </w:r>
      <w:r>
        <w:t>ma'ni mein lena.</w:t>
      </w:r>
    </w:p>
    <w:p>
      <w:pPr>
        <w:jc w:val="right"/>
      </w:pPr>
      <w:r>
        <w:t>معنی میں لینا۔</w:t>
      </w:r>
    </w:p>
    <w:p>
      <w:r>
        <w:rPr>
          <w:b/>
        </w:rPr>
        <w:t xml:space="preserve">[36:47] </w:t>
      </w:r>
      <w:r>
        <w:t>ke jab aap tape mein apni awaz bharen to is ne mechanical ma'ni mein is awaz ko liya.</w:t>
      </w:r>
    </w:p>
    <w:p>
      <w:pPr>
        <w:jc w:val="right"/>
      </w:pPr>
      <w:r>
        <w:t>کہ جب آپ ٹیپ میں اپنی آواز بھریں تو اس نے مکینیکل معنی میں اس آواز کو لیا۔</w:t>
      </w:r>
    </w:p>
    <w:p>
      <w:r>
        <w:rPr>
          <w:b/>
        </w:rPr>
        <w:t xml:space="preserve">[36:53] </w:t>
      </w:r>
      <w:r>
        <w:t>insaan ko chahiye ke insaan woh hai jo zehni ma'ni mein kisi cheez ko leta hai.</w:t>
      </w:r>
    </w:p>
    <w:p>
      <w:pPr>
        <w:jc w:val="right"/>
      </w:pPr>
      <w:r>
        <w:t>انسان کو چاہیے کہ انسان وہ ہے جو ذہنی معنی میں کسی چیز کو لیتا ہے۔</w:t>
      </w:r>
    </w:p>
    <w:p>
      <w:r>
        <w:rPr>
          <w:b/>
        </w:rPr>
        <w:t xml:space="preserve">[36:59] </w:t>
      </w:r>
      <w:r>
        <w:t>zehni ma'ni mein to isi ko aap samajh liye ke jis a</w:t>
      </w:r>
    </w:p>
    <w:p>
      <w:pPr>
        <w:jc w:val="right"/>
      </w:pPr>
      <w:r>
        <w:t>ذہنی معنی میں تو اسی کو آپ سمجھ لئے کہ جس آ</w:t>
      </w:r>
    </w:p>
    <w:p>
      <w:r>
        <w:rPr>
          <w:b/>
        </w:rPr>
        <w:t xml:space="preserve">[37:05] </w:t>
      </w:r>
      <w:r>
        <w:t>dmi ne imaan yaani kalma imaan ka kalma imaan ka koi takrar kiya hai zuban se yaani ult taraf ki hai to woh aik mechanical ma'ni mein liya hai us ne imaan ko. bas haan, agar us ke andar bhonchal aaye, us ke andar</w:t>
      </w:r>
    </w:p>
    <w:p>
      <w:pPr>
        <w:jc w:val="right"/>
      </w:pPr>
      <w:r>
        <w:t>دمی نے ایمان یعنی کلمہ ایمان کا کلمہ ایمان کا کوئی تکرار کیا ہے زبان سے یعنی الٹ طرف کی ہے تو وہ ایک مکینیکل معنی میں لیا ہے اس نے ایمان کو۔ بس ہاں، اگر اس کے اندر بھونچال آئے، اس کے اند</w:t>
      </w:r>
    </w:p>
    <w:p>
      <w:r>
        <w:rPr>
          <w:b/>
        </w:rPr>
        <w:t xml:space="preserve">[37:35] </w:t>
      </w:r>
      <w:r>
        <w:t>r ek tabdeeli aaye is ki shakhsiyat mein tab kaha jaye ga ke is ne imaan ko zehni</w:t>
      </w:r>
    </w:p>
    <w:p>
      <w:pPr>
        <w:jc w:val="right"/>
      </w:pPr>
      <w:r>
        <w:t>ر ایک تبدیلی آئے اس کی شخصیت میں تب کہا جائے گا کہ اس نے ایمان کو ذہنی</w:t>
      </w:r>
    </w:p>
    <w:p>
      <w:r>
        <w:rPr>
          <w:b/>
        </w:rPr>
        <w:t xml:space="preserve">[37:41] </w:t>
      </w:r>
      <w:r>
        <w:t>ma'ni mein liya hai.</w:t>
      </w:r>
    </w:p>
    <w:p>
      <w:pPr>
        <w:jc w:val="right"/>
      </w:pPr>
      <w:r>
        <w:t>معنی میں لیا ہے۔</w:t>
      </w:r>
    </w:p>
    <w:p>
      <w:r>
        <w:rPr>
          <w:b/>
        </w:rPr>
        <w:t xml:space="preserve">[37:48] </w:t>
      </w:r>
      <w:r>
        <w:t>to jab tak aadmi imaan ko zehni ma'ni mein na le yaani is ki soch badle, is ka</w:t>
      </w:r>
    </w:p>
    <w:p>
      <w:pPr>
        <w:jc w:val="right"/>
      </w:pPr>
      <w:r>
        <w:t>تو جب تک آدمی ایمان کو ذہنی معنی میں نہ لے یعنی اس کی سوچ بدلے، اس کا</w:t>
      </w:r>
    </w:p>
    <w:p>
      <w:r>
        <w:rPr>
          <w:b/>
        </w:rPr>
        <w:t xml:space="preserve">[37:54] </w:t>
      </w:r>
      <w:r>
        <w:t>zehan badle, is ke andar dobara engineering zehan ka waqea pesh aaye tab hum kahen ge ke is</w:t>
      </w:r>
    </w:p>
    <w:p>
      <w:pPr>
        <w:jc w:val="right"/>
      </w:pPr>
      <w:r>
        <w:t>ذہن بدلے، اس کے اندر دوبارہ انجینئرنگ ذہن کا واقعہ پیش آئے تب ہم کہیں گے کہ اس</w:t>
      </w:r>
    </w:p>
    <w:p>
      <w:r>
        <w:rPr>
          <w:b/>
        </w:rPr>
        <w:t xml:space="preserve">[38:00] </w:t>
      </w:r>
      <w:r>
        <w:t>ne imaan ko paya.</w:t>
      </w:r>
    </w:p>
    <w:p>
      <w:pPr>
        <w:jc w:val="right"/>
      </w:pPr>
      <w:r>
        <w:t>نے ایمان کو پایا۔</w:t>
      </w:r>
    </w:p>
    <w:p>
      <w:r>
        <w:rPr>
          <w:b/>
        </w:rPr>
        <w:t xml:space="preserve">[38:06] </w:t>
      </w:r>
      <w:r>
        <w:t>warna nahin.</w:t>
      </w:r>
    </w:p>
    <w:p>
      <w:pPr>
        <w:jc w:val="right"/>
      </w:pPr>
      <w:r>
        <w:t>ورنہ نہیں۔</w:t>
      </w:r>
    </w:p>
    <w:p>
      <w:r>
        <w:rPr>
          <w:b/>
        </w:rPr>
        <w:t xml:space="preserve">[38:14] </w:t>
      </w:r>
      <w:r>
        <w:t>Dunya mein Khuda ne rohani cheezon ka madi tabadla diya hai.</w:t>
      </w:r>
    </w:p>
    <w:p>
      <w:pPr>
        <w:jc w:val="right"/>
      </w:pPr>
      <w:r>
        <w:t>دنیا میں خدا نے روحانی چیزوں کا مادی تبادلہ دیا ہے۔</w:t>
      </w:r>
    </w:p>
    <w:p>
      <w:r>
        <w:rPr>
          <w:b/>
        </w:rPr>
        <w:t xml:space="preserve">[38:22] </w:t>
      </w:r>
      <w:r>
        <w:t>Toh main samjhata hoon ke tape recorder iska ek misaal hai.</w:t>
      </w:r>
    </w:p>
    <w:p>
      <w:pPr>
        <w:jc w:val="right"/>
      </w:pPr>
      <w:r>
        <w:t>تو میں سمجھاتا ہوں کہ ٹیپ ریکارڈر اس کا ایک مثال ہے۔</w:t>
      </w:r>
    </w:p>
    <w:p>
      <w:r>
        <w:rPr>
          <w:b/>
        </w:rPr>
        <w:t xml:space="preserve">[38:30] </w:t>
      </w:r>
      <w:r>
        <w:t>Tape recorder batata hai ke ek hota hai mechanical takrar aur ek hota hai zehni adrak.</w:t>
      </w:r>
    </w:p>
    <w:p>
      <w:pPr>
        <w:jc w:val="right"/>
      </w:pPr>
      <w:r>
        <w:t>ٹیپ ریکارڈر بتاتا ہے کہ ایک ہوتا ہے مکینیکل تکرار اور ایک ہوتا ہے ذہنی ادراک۔</w:t>
      </w:r>
    </w:p>
    <w:p>
      <w:r>
        <w:rPr>
          <w:b/>
        </w:rPr>
        <w:t xml:space="preserve">[38:37] </w:t>
      </w:r>
      <w:r>
        <w:t>to insaan ke talluq se jab bola jaaye imaan to is ka matlab hoga zehni adraak. mechanical takraar is waqt kaha jaayega jab tape recorder ke hawaale se bola jaaye. to insaan tape recorder nahi hai, insaan insaan hai aur insaan ka imaan wahi hai jo is ke liye zehni inquilaab ban jaaye.</w:t>
      </w:r>
    </w:p>
    <w:p>
      <w:pPr>
        <w:jc w:val="right"/>
      </w:pPr>
      <w:r>
        <w:t>تو انسان کے تعلق سے جب بولا جائے ایمان تو اس کا مطلب ہوگا ذہنی ادراک۔ مکینیکل تکرار اس وقت کہا جائے گا جب ٹیپ ریکارڈر کے حوالے سے بولا جائے۔ تو انسان ٹیپ ریکارڈر نہیں ہے، انسان انسان ہے اور انسان کا ایمان وہی ہے جو اس کے لیے ذہنی انقلاب بن جائے۔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