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Patience November 24, 2006</w:t>
      </w:r>
    </w:p>
    <w:p>
      <w:r>
        <w:t>https://www.youtube.com/watch?v=jHo62FykHlI</w:t>
      </w:r>
    </w:p>
    <w:p>
      <w:r>
        <w:rPr>
          <w:b/>
        </w:rPr>
        <w:t xml:space="preserve">[00:09] </w:t>
      </w:r>
      <w:r>
        <w:t>lillah walnabiy al-kareem, rabbishrah li sadri, wayassir li amri, wahluqdatan min lisaani yafqahu qawli.</w:t>
      </w:r>
    </w:p>
    <w:p>
      <w:pPr>
        <w:jc w:val="right"/>
      </w:pPr>
      <w:r>
        <w:t>للہ ولنبی الکریم، رب اشرح لی صدری، ویسر لی امری، واحل العقدۃ من لسانی یفقہ قولی۔</w:t>
      </w:r>
    </w:p>
    <w:p>
      <w:r>
        <w:rPr>
          <w:b/>
        </w:rPr>
        <w:t xml:space="preserve">[00:25] </w:t>
      </w:r>
      <w:r>
        <w:t>yeh dars hadees ka jo silsila chal raha hai, is mein hamara jo tareeqa hai woh yeh hai ke</w:t>
      </w:r>
    </w:p>
    <w:p>
      <w:pPr>
        <w:jc w:val="right"/>
      </w:pPr>
      <w:r>
        <w:t>یہ درس حدیث کا جو سلسلہ چل رہا ہے، اس میں ہمارا جو طریقہ ہے وہ یہ ہے کہ</w:t>
      </w:r>
    </w:p>
    <w:p>
      <w:r>
        <w:rPr>
          <w:b/>
        </w:rPr>
        <w:t xml:space="preserve">[00:41] </w:t>
      </w:r>
      <w:r>
        <w:t>zyadatar un hadeeson ko liya jaaye jin mein islaam ke bunyadi usool aur islaam ki aqdaar ya rooh ko bataya gaya hai.</w:t>
      </w:r>
    </w:p>
    <w:p>
      <w:pPr>
        <w:jc w:val="right"/>
      </w:pPr>
      <w:r>
        <w:t>زیادہ تر اُن حدیثوں کو لیا جائے جن میں اسلام کے بنیادی اصول اور اسلام کی اقدار یا روح کو بتایا گیا ہے۔</w:t>
      </w:r>
    </w:p>
    <w:p>
      <w:r>
        <w:rPr>
          <w:b/>
        </w:rPr>
        <w:t xml:space="preserve">[00:57] </w:t>
      </w:r>
      <w:r>
        <w:t>doosri hadeesein woh hain jin mein</w:t>
      </w:r>
    </w:p>
    <w:p>
      <w:pPr>
        <w:jc w:val="right"/>
      </w:pPr>
      <w:r>
        <w:t>دوسری حدیثیں وہ ہیں جن میں</w:t>
      </w:r>
    </w:p>
    <w:p>
      <w:r>
        <w:rPr>
          <w:b/>
        </w:rPr>
        <w:t xml:space="preserve">[01:01] </w:t>
      </w:r>
      <w:r>
        <w:t>kartootain aur na kartootain hoti hain, hidayat hoti hain aur tareeqe hote hain ke kaise namaz padhein, kaise roza rakhein, yaani un ka woh pehlu jis ko hum laa kehte hain ya fiqh kehte hain.</w:t>
      </w:r>
    </w:p>
    <w:p>
      <w:pPr>
        <w:jc w:val="right"/>
      </w:pPr>
      <w:r>
        <w:t>کرتوتیں اور نہ کرتوتیں ہوتی ہیں، ہدایات ہوتی ہیں اور طریقے ہوتے ہیں کہ کیسے نماز پڑھیں، کیسے روزہ رکھیں، یعنی اُن کا وہ پہلو جس کو ہم لا کہتے ہیں یا فقہ کہتے ہیں۔</w:t>
      </w:r>
    </w:p>
    <w:p>
      <w:r>
        <w:rPr>
          <w:b/>
        </w:rPr>
        <w:t xml:space="preserve">[01:19] </w:t>
      </w:r>
      <w:r>
        <w:t>to hum is silsila dars mein laa wale pehlu ko nisbatan kam le rahe hain aur aqdaar aur usool wale pehlu ko zyada le rahe hain.</w:t>
      </w:r>
    </w:p>
    <w:p>
      <w:pPr>
        <w:jc w:val="right"/>
      </w:pPr>
      <w:r>
        <w:t>تو ہم اس سلسلہ درس میں لا والے پہلو کو نسبتاً کم لے رہے ہیں اور اقدار اور اصول والے پہلو کو زیادہ لے رہے ہیں۔</w:t>
      </w:r>
    </w:p>
    <w:p>
      <w:r>
        <w:rPr>
          <w:b/>
        </w:rPr>
        <w:t xml:space="preserve">[01:36] </w:t>
      </w:r>
      <w:r>
        <w:t>is ka matlab yeh nahi ke kisi ki ahmiyat zyada hai, kisi ki ahmiyat kam hai. ahmiyat dono hi pehlu ki hai lekin yeh ek tarteeb ki baat hai kyunke pehle aadmi ke andar rooh jagayi jaati hai,</w:t>
      </w:r>
    </w:p>
    <w:p>
      <w:pPr>
        <w:jc w:val="right"/>
      </w:pPr>
      <w:r>
        <w:t>اس کا مطلب یہ نہیں کہ کسی کی اہمیت زیادہ ہے، کسی کی اہمیت کم ہے۔ اہمیت دونوں ہی پہلو کی ہے لیکن یہ ایک ترتیب کی بات ہے کیونکہ پہلے آدمی کے اندر روح جگائی جاتی ہے،</w:t>
      </w:r>
    </w:p>
    <w:p>
      <w:r>
        <w:rPr>
          <w:b/>
        </w:rPr>
        <w:t xml:space="preserve">[01:57] </w:t>
      </w:r>
      <w:r>
        <w:t>phir us ke andar amli pehlu aata hai. to amli pehlu ko hum lenge lekin nisbatan kam lenge aur us pehlu ko zyada lenge jis ka talluq rooh se hai, islaami aqdaar se hai kyunke woh aajayega to baqi cheez apne aap aajati hai.</w:t>
      </w:r>
    </w:p>
    <w:p>
      <w:pPr>
        <w:jc w:val="right"/>
      </w:pPr>
      <w:r>
        <w:t>پھر اُس کے اندر عملی پہلو آتا ہے۔ تو عملی پہلو کو ہم لیں گے لیکن نسبتاً کم لیں گے اور اُس پہلو کو زیادہ لیں گے جس کا تعلق روح سے ہے، اسلامی اقدار سے ہے کیونکہ وہ آجائے گا تو بقیہ چیز اپنے آپ آجاتی ہے۔</w:t>
      </w:r>
    </w:p>
    <w:p>
      <w:r>
        <w:rPr>
          <w:b/>
        </w:rPr>
        <w:t xml:space="preserve">[02:22] </w:t>
      </w:r>
      <w:r>
        <w:t>rooh agar jaag jaaye, rooh aajaye to amli pehlu to aata hi aata hai. is liye hum ne dars ka yeh andaaz rakha hai.</w:t>
      </w:r>
    </w:p>
    <w:p>
      <w:pPr>
        <w:jc w:val="right"/>
      </w:pPr>
      <w:r>
        <w:t>روح اگر جاگ جائے، روح آجائے تو عملی پہلو تو آتا ہی آتا ہے۔ اس لئے ہم نے درس کا یہ انداز رکھا ہے۔</w:t>
      </w:r>
    </w:p>
    <w:p>
      <w:r>
        <w:rPr>
          <w:b/>
        </w:rPr>
        <w:t xml:space="preserve">[02:38] </w:t>
      </w:r>
      <w:r>
        <w:t>aur doosri baat yeh samajhna chahiye ke hum ke hadeesein jo hain, jaisa ke maine arz kiya, woh ek tarah se goya iqtibaasaat hain, kahawatein hain,</w:t>
      </w:r>
    </w:p>
    <w:p>
      <w:pPr>
        <w:jc w:val="right"/>
      </w:pPr>
      <w:r>
        <w:t>اور دوسری بات یہ سمجھنا چاہیئے کہ ہم کہ حدیثیں جو ہیں، جیسا کہ میں نے عرض کیا، وہ ایک طرح سے گویا اقتباسات ہیں، کہاوتیں ہیں،</w:t>
      </w:r>
    </w:p>
    <w:p>
      <w:r>
        <w:rPr>
          <w:b/>
        </w:rPr>
        <w:t xml:space="preserve">[02:52] </w:t>
      </w:r>
      <w:r>
        <w:t>koi silsila waar kitaab nahi hai. yaani us qism ki jaise ke aam taur par libraryon mein aap dekhte hain to aap keh sakte hain ke yeh tukron tukron mein islaam ki baaton ko bataya gaya hai.</w:t>
      </w:r>
    </w:p>
    <w:p>
      <w:pPr>
        <w:jc w:val="right"/>
      </w:pPr>
      <w:r>
        <w:t>کوئی سلسلہ وار کتاب نہیں ہے۔ یعنی اُس قسم کی جیسے کہ عام طور پر لائبریریوں میں آپ دیکھتے ہیں تو آپ کہہ سکتے ہیں کہ یہ ٹکڑوں ٹکڑوں میں اسلام کی باتوں کو بتایا گیا ہے۔</w:t>
      </w:r>
    </w:p>
    <w:p>
      <w:r>
        <w:rPr>
          <w:b/>
        </w:rPr>
        <w:t xml:space="preserve">[03:10] </w:t>
      </w:r>
      <w:r>
        <w:t>isi ko hum fitri samajhte hain ke aadmi ek baat sune aur us mein us ko poori baat mil jaaye. ek kahawat sune aur us mein us ko poori zindagi ke liye sabaq mil jaaye to yahi cheez zyada mufeed hai,</w:t>
      </w:r>
    </w:p>
    <w:p>
      <w:pPr>
        <w:jc w:val="right"/>
      </w:pPr>
      <w:r>
        <w:t>اسی کو ہم فطری سمجھتے ہیں کہ آدمی ایک بات سنے اور اُس میں اُس کو پوری بات مل جائے۔ ایک کہاوت سنے اور اُس میں اُس کو پوری زندگی کے لئے سبق مل جائے تو یہی چیز زیادہ مفید ہے،</w:t>
      </w:r>
    </w:p>
    <w:p>
      <w:r>
        <w:rPr>
          <w:b/>
        </w:rPr>
        <w:t xml:space="preserve">[03:30] </w:t>
      </w:r>
      <w:r>
        <w:t>yaani mazhabi rooh ko jagane ke liye, roohani rooh ko jagane ke liye. is wajah se hum ne hadees mein bhi yahi andaaz hai aur hum ne bhi yeh andaaz ikhtiyaar kiya hai.</w:t>
      </w:r>
    </w:p>
    <w:p>
      <w:pPr>
        <w:jc w:val="right"/>
      </w:pPr>
      <w:r>
        <w:t>یعنی مذہبی روح کو جگانے کے لئے، روحانی روح کو جگانے کے لئے۔ اس وجہ سے ہم نے حدیث میں بھی یہی انداز ہے اور ہم نے بھی یہ انداز اختیار کیا ہے۔</w:t>
      </w:r>
    </w:p>
    <w:p>
      <w:r>
        <w:rPr>
          <w:b/>
        </w:rPr>
        <w:t xml:space="preserve">[03:48] </w:t>
      </w:r>
      <w:r>
        <w:t>to ek hadees hai: "laa yadh'alul mu'minu yusibuhu al-balaa'u hattaa yulqiy allaha" yaani momin</w:t>
      </w:r>
    </w:p>
    <w:p>
      <w:pPr>
        <w:jc w:val="right"/>
      </w:pPr>
      <w:r>
        <w:t>تو ایک حدیث ہے: "لا یَذَعَلُ المُؤْمِنُ يُصِيبُهُ الْبَلاَوُ حَتَّىٰ يَلْقِي اللَّهَ" یعنی مومن</w:t>
      </w:r>
    </w:p>
    <w:p>
      <w:r>
        <w:rPr>
          <w:b/>
        </w:rPr>
        <w:t xml:space="preserve">[04:08] </w:t>
      </w:r>
      <w:r>
        <w:t>par museebatein aati rehti hain.</w:t>
      </w:r>
    </w:p>
    <w:p>
      <w:pPr>
        <w:jc w:val="right"/>
      </w:pPr>
      <w:r>
        <w:t>پر مصیبتیں آتی رہتی ہیں۔</w:t>
      </w:r>
    </w:p>
    <w:p>
      <w:r>
        <w:rPr>
          <w:b/>
        </w:rPr>
        <w:t xml:space="preserve">[04:14] </w:t>
      </w:r>
      <w:r>
        <w:t>momin par barabar museebatein aati rehti hain yahan tak ke woh mar kar Allah se mil jaata hai.</w:t>
      </w:r>
    </w:p>
    <w:p>
      <w:pPr>
        <w:jc w:val="right"/>
      </w:pPr>
      <w:r>
        <w:t>مومن پر برابر مصیبتیں آتی رہتی ہیں یہاں تک کہ وہ مر کر اللہ سے مل جاتا ہے۔</w:t>
      </w:r>
    </w:p>
    <w:p>
      <w:r>
        <w:rPr>
          <w:b/>
        </w:rPr>
        <w:t xml:space="preserve">[04:25] </w:t>
      </w:r>
      <w:r>
        <w:t>dekhiye yeh jo baat kahi gayi hai to yeh koi purasraar baat nahi hai. yeh bahut zyada samajh mein aane wali baat hai.</w:t>
      </w:r>
    </w:p>
    <w:p>
      <w:pPr>
        <w:jc w:val="right"/>
      </w:pPr>
      <w:r>
        <w:t>دیکھئے یہ جو بات کہی گئی ہے تو یہ کوئی پراسرار بات نہیں ہے۔ یہ بہت زیادہ سمجھ میں آنے والی بات ہے۔</w:t>
      </w:r>
    </w:p>
    <w:p>
      <w:r>
        <w:rPr>
          <w:b/>
        </w:rPr>
        <w:t xml:space="preserve">[04:40] </w:t>
      </w:r>
      <w:r>
        <w:t>is mein koi raaz nahi hai. kyun? dekhiye Khuda par imaan laana kya hai?</w:t>
      </w:r>
    </w:p>
    <w:p>
      <w:pPr>
        <w:jc w:val="right"/>
      </w:pPr>
      <w:r>
        <w:t>اس میں کوئی راز نہیں ہے۔ کیوں؟ دیکھئے خدا پر ایمان لانا کیا ہے؟</w:t>
      </w:r>
    </w:p>
    <w:p>
      <w:r>
        <w:rPr>
          <w:b/>
        </w:rPr>
        <w:t xml:space="preserve">[04:51] </w:t>
      </w:r>
      <w:r>
        <w:t>ek</w:t>
      </w:r>
    </w:p>
    <w:p>
      <w:pPr>
        <w:jc w:val="right"/>
      </w:pPr>
      <w:r>
        <w:t>ایک</w:t>
      </w:r>
    </w:p>
    <w:p>
      <w:r>
        <w:rPr>
          <w:b/>
        </w:rPr>
        <w:t xml:space="preserve">[04:55] </w:t>
      </w:r>
      <w:r>
        <w:t>ba-maqsad zindagi guzaarne ka faisla lena hai. yaani maqsad bhari zindagi</w:t>
      </w:r>
    </w:p>
    <w:p>
      <w:pPr>
        <w:jc w:val="right"/>
      </w:pPr>
      <w:r>
        <w:t>بامقصد زندگی گزارنے کا فیصلہ لینا ہے۔ یعنی مقصد بھری زندگی</w:t>
      </w:r>
    </w:p>
    <w:p>
      <w:r>
        <w:rPr>
          <w:b/>
        </w:rPr>
        <w:t xml:space="preserve">[05:07] </w:t>
      </w:r>
      <w:r>
        <w:t>guzarne ka faisla lena hai.</w:t>
      </w:r>
    </w:p>
    <w:p>
      <w:pPr>
        <w:jc w:val="right"/>
      </w:pPr>
      <w:r>
        <w:t>گزارنے کا فیصلہ لینا ہے۔</w:t>
      </w:r>
    </w:p>
    <w:p>
      <w:r>
        <w:rPr>
          <w:b/>
        </w:rPr>
        <w:t xml:space="preserve">[05:12] </w:t>
      </w:r>
      <w:r>
        <w:t>aisa aadmi, aise aadmi ke baare mein aap samajh sakte hain ke kya hota hai.</w:t>
      </w:r>
    </w:p>
    <w:p>
      <w:pPr>
        <w:jc w:val="right"/>
      </w:pPr>
      <w:r>
        <w:t>ایسا آدمی، ایسے آدمی کے بارے میں آپ سمجھ سکتے ہیں کہ کیا ہوتا ہے۔</w:t>
      </w:r>
    </w:p>
    <w:p>
      <w:r>
        <w:rPr>
          <w:b/>
        </w:rPr>
        <w:t xml:space="preserve">[05:24] </w:t>
      </w:r>
      <w:r>
        <w:t>uski zindagi usooli ravaiyya, uski zindagi mein usooli ravaiyya aajata hai.</w:t>
      </w:r>
    </w:p>
    <w:p>
      <w:pPr>
        <w:jc w:val="right"/>
      </w:pPr>
      <w:r>
        <w:t>اُس کی زندگی اصولی رویہ، اُس کی زندگی میں اصولی رویہ آجاتا ہے۔</w:t>
      </w:r>
    </w:p>
    <w:p>
      <w:r>
        <w:rPr>
          <w:b/>
        </w:rPr>
        <w:t xml:space="preserve">[05:36] </w:t>
      </w:r>
      <w:r>
        <w:t>usooli kirdaar aajata hai. kuch aqdaar hoti hain jin ko use har haal mein pairvi karna padta hai.</w:t>
      </w:r>
    </w:p>
    <w:p>
      <w:pPr>
        <w:jc w:val="right"/>
      </w:pPr>
      <w:r>
        <w:t>اصولی کردار آجاتا ہے۔ کچھ اقدار ہوتی ہیں جن کو اسے ہر حال میں پیروی کرنا پڑتا ہے۔</w:t>
      </w:r>
    </w:p>
    <w:p>
      <w:r>
        <w:rPr>
          <w:b/>
        </w:rPr>
        <w:t xml:space="preserve">[05:48] </w:t>
      </w:r>
      <w:r>
        <w:t>woh samjhota nahi karta sachai se.</w:t>
      </w:r>
    </w:p>
    <w:p>
      <w:pPr>
        <w:jc w:val="right"/>
      </w:pPr>
      <w:r>
        <w:t>وہ سمجھوتہ نہیں کرتا سچائی سے۔</w:t>
      </w:r>
    </w:p>
    <w:p>
      <w:r>
        <w:rPr>
          <w:b/>
        </w:rPr>
        <w:t xml:space="preserve">[05:55] </w:t>
      </w:r>
      <w:r>
        <w:t>yani aik lafz mein aap yeh keh sakte hain ke aisa aadmi Khuda ko dekhta hai sab se pehle.</w:t>
      </w:r>
    </w:p>
    <w:p>
      <w:pPr>
        <w:jc w:val="right"/>
      </w:pPr>
      <w:r>
        <w:t>یعنی ایک لفظ میں آپ یہ کہہ سکتے ہیں کہ ایسا آدمی خدا کو دیکھتا ہے سب سے پہلے۔</w:t>
      </w:r>
    </w:p>
    <w:p>
      <w:r>
        <w:rPr>
          <w:b/>
        </w:rPr>
        <w:t xml:space="preserve">[06:05] </w:t>
      </w:r>
      <w:r>
        <w:t>yani Khuda ki marzi kya hai? Khuda kya chahta hai? uss ko pairwi karta hai woh. toh insaan ki marzi saanwi ban jati hai uss ke liye aur Khuda ki marzi buniyadi ban jati hai.</w:t>
      </w:r>
    </w:p>
    <w:p>
      <w:pPr>
        <w:jc w:val="right"/>
      </w:pPr>
      <w:r>
        <w:t>یعنی خدا کی مرضی کیا ہے؟ خدا کیا چاہتا ہے؟ اُس کو پیروی کرتا ہے وہ۔ تو انسان کی مرضی ثانوی بن جاتی ہے اُس کے لئے اور خدا کی مرضی بنیادی بن جاتی ہے۔</w:t>
      </w:r>
    </w:p>
    <w:p>
      <w:r>
        <w:rPr>
          <w:b/>
        </w:rPr>
        <w:t xml:space="preserve">[06:20] </w:t>
      </w:r>
      <w:r>
        <w:t>toh zahir hai ke jo aadmi aisa karega toh insaanon se uss ka bar bar</w:t>
      </w:r>
    </w:p>
    <w:p>
      <w:pPr>
        <w:jc w:val="right"/>
      </w:pPr>
      <w:r>
        <w:t>تو ظاہر ہے کہ جو آدمی ایسا کرے گا تو انسانوں سے اُس کا بار بار</w:t>
      </w:r>
    </w:p>
    <w:p>
      <w:r>
        <w:rPr>
          <w:b/>
        </w:rPr>
        <w:t xml:space="preserve">[06:31] </w:t>
      </w:r>
      <w:r>
        <w:t>takrao hoga. bar bar aisa hoga ke insaan uss ko mehsoos karenge ke yeh hamari baat hi nahi manta.</w:t>
      </w:r>
    </w:p>
    <w:p>
      <w:pPr>
        <w:jc w:val="right"/>
      </w:pPr>
      <w:r>
        <w:t>ٹکراؤ ہوگا۔ بار بار ایسا ہوگا کہ انسان اُس کو محسوس کریں گے کہ یہ ہماری بات ہی نہیں مانتا۔</w:t>
      </w:r>
    </w:p>
    <w:p>
      <w:r>
        <w:rPr>
          <w:b/>
        </w:rPr>
        <w:t xml:space="preserve">[06:41] </w:t>
      </w:r>
      <w:r>
        <w:t>toh samjhota pasandi ka rawaiyah jab khatam ho jaye, aadmi be imani ko apne liye haram samajh le toh zaroor uss ke liye maslay aayenge.</w:t>
      </w:r>
    </w:p>
    <w:p>
      <w:pPr>
        <w:jc w:val="right"/>
      </w:pPr>
      <w:r>
        <w:t>تو سمجھوتہ پسندی کا رویہ جب ختم ہو جائے، آدمی بے ایمانی کو اپنے لئے حرام سمجھ لے تو ضرور اُس کے لئے مسئلے آئیں گے۔</w:t>
      </w:r>
    </w:p>
    <w:p>
      <w:r>
        <w:rPr>
          <w:b/>
        </w:rPr>
        <w:t xml:space="preserve">[06:56] </w:t>
      </w:r>
      <w:r>
        <w:t>dekhiye masla nahi aata uss ke liye jo munafiq ho.</w:t>
      </w:r>
    </w:p>
    <w:p>
      <w:pPr>
        <w:jc w:val="right"/>
      </w:pPr>
      <w:r>
        <w:t>دیکھئے مسئلہ نہیں آتا اُس کے لئے جو منافق ہو۔</w:t>
      </w:r>
    </w:p>
    <w:p>
      <w:r>
        <w:rPr>
          <w:b/>
        </w:rPr>
        <w:t xml:space="preserve">[07:03] </w:t>
      </w:r>
      <w:r>
        <w:t>munafiq, jaisa yahi soorat haal ho waisay hi woh ban jaye. jaise logon ke sath sath ho waisay hi woh un ko pairwi karne lagay.</w:t>
      </w:r>
    </w:p>
    <w:p>
      <w:pPr>
        <w:jc w:val="right"/>
      </w:pPr>
      <w:r>
        <w:t>منافق، جیسا یہی صورتحال ہو ویسے ہی وہ بن جائے۔ جیسے لوگوں کے ساتھ ساتھ ہو ویسے ہی وہ اُن کو پیروی کرنے لگے۔</w:t>
      </w:r>
    </w:p>
    <w:p>
      <w:r>
        <w:rPr>
          <w:b/>
        </w:rPr>
        <w:t xml:space="preserve">[07:14] </w:t>
      </w:r>
      <w:r>
        <w:t>yani uss ka fikr koi ussool na ho balkay mafad ho. logon ke beech mein acha bana rehne ke liye woh kuch bhi karne ko tayar rahay.</w:t>
      </w:r>
    </w:p>
    <w:p>
      <w:pPr>
        <w:jc w:val="right"/>
      </w:pPr>
      <w:r>
        <w:t>یعنی اُس کا فکر کوئی اصول نہ ہو بلکہ مفاد ہو۔ لوگوں کے بیچ میں اچھا بنا رہنے کے لئے وہ کچھ بھی کرنے کو تیار رہے۔</w:t>
      </w:r>
    </w:p>
    <w:p>
      <w:r>
        <w:rPr>
          <w:b/>
        </w:rPr>
        <w:t xml:space="preserve">[07:29] </w:t>
      </w:r>
      <w:r>
        <w:t>toh aisay aadmi ke liye kyun masla aaye ga? aisay aadmi ke liye masla nahi aa sakta. mislan woh jalsay mein jaye toh dekhe ke hazreen ke apne jazbat kya hain?</w:t>
      </w:r>
    </w:p>
    <w:p>
      <w:pPr>
        <w:jc w:val="right"/>
      </w:pPr>
      <w:r>
        <w:t>تو ایسے آدمی کے لئے کیوں مسئلہ آئے گا؟ ایسے آدمی کے لئے مسئلہ نہیں آ سکتا۔ مثلاً وہ جلسے میں جائے تو دیکھے کہ حاضرین کے اپنے جذبات کیا ہیں؟</w:t>
      </w:r>
    </w:p>
    <w:p>
      <w:r>
        <w:rPr>
          <w:b/>
        </w:rPr>
        <w:t xml:space="preserve">[07:43] </w:t>
      </w:r>
      <w:r>
        <w:t>toh un ke jazbat ko feed kare toh khoob talian bajengi.</w:t>
      </w:r>
    </w:p>
    <w:p>
      <w:pPr>
        <w:jc w:val="right"/>
      </w:pPr>
      <w:r>
        <w:t>تو اُن کے جذبات کو فیڈ کرے تو خوب تالیاں بجیں گی۔</w:t>
      </w:r>
    </w:p>
    <w:p>
      <w:r>
        <w:rPr>
          <w:b/>
        </w:rPr>
        <w:t xml:space="preserve">[07:53] </w:t>
      </w:r>
      <w:r>
        <w:t>toh yaad rakhiye yeh pur asrar baat nahi hai ke momin par balaayein aati rehti hain, momin par museebatein aati rehti hain.</w:t>
      </w:r>
    </w:p>
    <w:p>
      <w:pPr>
        <w:jc w:val="right"/>
      </w:pPr>
      <w:r>
        <w:t>تو یاد رکھئے یہ پراسرار بات نہیں ہے کہ مومن پر بلائیں آتی رہتی ہیں، مومن پر مصیبتیں آتی رہتی ہیں۔</w:t>
      </w:r>
    </w:p>
    <w:p>
      <w:r>
        <w:rPr>
          <w:b/>
        </w:rPr>
        <w:t xml:space="preserve">[08:05] </w:t>
      </w:r>
      <w:r>
        <w:t>iss ka matlab hota hai ke uss ka kirdaar ghair munafiqana kirdaar hota hai. yani munafiqat uss ke andar se nikal jati hai. be imani uss ke andar se khatam ho jati hai.</w:t>
      </w:r>
    </w:p>
    <w:p>
      <w:pPr>
        <w:jc w:val="right"/>
      </w:pPr>
      <w:r>
        <w:t>اس کا مطلب ہوتا ہے کہ اُس کا کردار غیر منافقانہ کردار ہوتا ہے۔ یعنی منافقت اُس کے اندر سے نکل جاتی ہے۔ بے ایمانی اُس کے اندر سے ختم ہو جاتی ہے۔</w:t>
      </w:r>
    </w:p>
    <w:p>
      <w:r>
        <w:rPr>
          <w:b/>
        </w:rPr>
        <w:t xml:space="preserve">[08:17] </w:t>
      </w:r>
      <w:r>
        <w:t>ghair ussooli rawaiyah ko woh bardasht nahi kar sakta. yeh hai sachay momin ka tareeqa. isi ki wajah se uss ke liye maslay atay hain.</w:t>
      </w:r>
    </w:p>
    <w:p>
      <w:pPr>
        <w:jc w:val="right"/>
      </w:pPr>
      <w:r>
        <w:t>غیر اصولی رویے کو وہ برداشت نہیں کر سکتا۔ یہ ہے سچے مومن کا طریقہ۔ اسی کی وجہ سے اُس کے لئے مسئلے آتے ہیں۔</w:t>
      </w:r>
    </w:p>
    <w:p>
      <w:r>
        <w:rPr>
          <w:b/>
        </w:rPr>
        <w:t xml:space="preserve">[08:31] </w:t>
      </w:r>
      <w:r>
        <w:t>toh yahan museebat ka matlab hai masla. yahan museebat ka matlab nahi hai ke uss par pathar barsne lagte hain. aisa nahi hai ke saanp kaatne lagte hain.</w:t>
      </w:r>
    </w:p>
    <w:p>
      <w:pPr>
        <w:jc w:val="right"/>
      </w:pPr>
      <w:r>
        <w:t>تو یہاں مصیبت کا مطلب ہے مسئلہ۔ یہاں مصیبت کا مطلب نہیں ہے کہ اُس پر پتھر برسنے لگتے ہیں۔ ایسا نہیں ہے کہ سانپ کاٹنے لگتے ہیں۔</w:t>
      </w:r>
    </w:p>
    <w:p>
      <w:r>
        <w:rPr>
          <w:b/>
        </w:rPr>
        <w:t xml:space="preserve">[08:40] </w:t>
      </w:r>
      <w:r>
        <w:t>yeh matlab nahi hai. iss ka matlab hai ke logon ke beech mein rehte hue jab woh</w:t>
      </w:r>
    </w:p>
    <w:p>
      <w:pPr>
        <w:jc w:val="right"/>
      </w:pPr>
      <w:r>
        <w:t>یہ مطلب نہیں ہے۔ اس کا مطلب ہے کہ لوگوں کے بیچ میں رہتے ہوئے جب وہ</w:t>
      </w:r>
    </w:p>
    <w:p>
      <w:r>
        <w:rPr>
          <w:b/>
        </w:rPr>
        <w:t xml:space="preserve">[08:51] </w:t>
      </w:r>
      <w:r>
        <w:t>imandari ke sath rehna chahta hai, jab woh ussool ke sath rehna chahta hai, jab woh sachai se samjhota karne ko tayar nahi hota toh logon ki taraf se uss ko maslay atay hain.</w:t>
      </w:r>
    </w:p>
    <w:p>
      <w:pPr>
        <w:jc w:val="right"/>
      </w:pPr>
      <w:r>
        <w:t>ایمانداری کے ساتھ رہنا چاہتا ہے، جب وہ اصول کے ساتھ رہنا چاہتا ہے، جب وہ سچائی سے سمجھوتہ کرنے کو تیار نہیں ہوتا تو لوگوں کی طرف سے اُس کو مسئلے آتے ہیں۔</w:t>
      </w:r>
    </w:p>
    <w:p>
      <w:r>
        <w:rPr>
          <w:b/>
        </w:rPr>
        <w:t xml:space="preserve">[09:05] </w:t>
      </w:r>
      <w:r>
        <w:t>yeh matlab hai iss ka.</w:t>
      </w:r>
    </w:p>
    <w:p>
      <w:pPr>
        <w:jc w:val="right"/>
      </w:pPr>
      <w:r>
        <w:t>یہ مطلب ہے اس کا۔</w:t>
      </w:r>
    </w:p>
    <w:p>
      <w:r>
        <w:rPr>
          <w:b/>
        </w:rPr>
        <w:t xml:space="preserve">[09:10] </w:t>
      </w:r>
      <w:r>
        <w:t>aisa masla aana iss baat ka saboot hota hai ke iss aadmi ne poore dil ke sath Khuda ke rastay ko pakra hai.</w:t>
      </w:r>
    </w:p>
    <w:p>
      <w:pPr>
        <w:jc w:val="right"/>
      </w:pPr>
      <w:r>
        <w:t>ایسا مسئلہ آنا اس بات کا ثبوت ہوتا ہے کہ اس آدمی نے پورے دل کے ساتھ خدا کے راستے کو پکڑا ہے۔</w:t>
      </w:r>
    </w:p>
    <w:p>
      <w:r>
        <w:rPr>
          <w:b/>
        </w:rPr>
        <w:t xml:space="preserve">[09:23] </w:t>
      </w:r>
      <w:r>
        <w:t>aur jis ke sath maslay na aayein, iss ka matlab yeh hai ke uss ne Khuda ke rastay ko imandari se pakra nahi hai.</w:t>
      </w:r>
    </w:p>
    <w:p>
      <w:pPr>
        <w:jc w:val="right"/>
      </w:pPr>
      <w:r>
        <w:t>اور جس کے ساتھ مسئلے نہ آئیں، اس کا مطلب یہ ہے کہ اُس نے خدا کے راستے کو ایمانداری سے پکڑا نہیں ہے۔</w:t>
      </w:r>
    </w:p>
    <w:p>
      <w:r>
        <w:rPr>
          <w:b/>
        </w:rPr>
        <w:t xml:space="preserve">[09:35] </w:t>
      </w:r>
      <w:r>
        <w:t>woh logon ke sath waisay hi rehta hai jaisa log chahte hon. woh logon ke chashm o abro ko dekhta hai. woh apne mafad ko dekhta hai.</w:t>
      </w:r>
    </w:p>
    <w:p>
      <w:pPr>
        <w:jc w:val="right"/>
      </w:pPr>
      <w:r>
        <w:t>وہ لوگوں کے ساتھ ویسے ہی رہتا ہے جیسا لوگ چاہتے ہوں۔ وہ لوگوں کے چشم و ابرو کو دیکھتا ہے۔ وہ اپنے مفاد کو دیکھتا ہے۔</w:t>
      </w:r>
    </w:p>
    <w:p>
      <w:r>
        <w:rPr>
          <w:b/>
        </w:rPr>
        <w:t xml:space="preserve">[09:49] </w:t>
      </w:r>
      <w:r>
        <w:t>toh zahir hai ke aisay aadmi ko toh bar bar maslay ka saamna karna parega.</w:t>
      </w:r>
    </w:p>
    <w:p>
      <w:pPr>
        <w:jc w:val="right"/>
      </w:pPr>
      <w:r>
        <w:t>تو ظاہر ہے کہ ایسے آدمی کو تو بار بار مسئلے کا سامنا کرنا پڑے گا۔</w:t>
      </w:r>
    </w:p>
    <w:p>
      <w:r>
        <w:rPr>
          <w:b/>
        </w:rPr>
        <w:t xml:space="preserve">[09:59] </w:t>
      </w:r>
      <w:r>
        <w:t>yehahan tak ke woh apni umer poori kar ke Khuda tak pohanch jaye. yeh bhi aik masla hai ke masla aaye toh aap radd e amal na dein.</w:t>
      </w:r>
    </w:p>
    <w:p>
      <w:pPr>
        <w:jc w:val="right"/>
      </w:pPr>
      <w:r>
        <w:t>یہاں تک کہ وہ اپنی عمر پوری کر کے خدا تک پہنچ جائے۔ یہ بھی ایک مسئلہ ہے کہ مسئلہ آئے تو آپ ردِعمل نہ دیں۔</w:t>
      </w:r>
    </w:p>
    <w:p>
      <w:r>
        <w:rPr>
          <w:b/>
        </w:rPr>
        <w:t xml:space="preserve">[10:11] </w:t>
      </w:r>
      <w:r>
        <w:t>yeh bhi sab se bara masla hai. logon ke sath maslay atay hain toh woh gaali galoch kar letay hain, lar phir letay hain, ghussa ho jatay hain.</w:t>
      </w:r>
    </w:p>
    <w:p>
      <w:pPr>
        <w:jc w:val="right"/>
      </w:pPr>
      <w:r>
        <w:t>یہ بھی سب سے بڑا مسئلہ ہے۔ لوگوں کے ساتھ مسئلے آتے ہیں تو وہ گالی گلوچ کر لیتے ہیں، لڑ پھر لیتے ہیں، غصہ ہو جاتے ہیں۔</w:t>
      </w:r>
    </w:p>
    <w:p>
      <w:r>
        <w:rPr>
          <w:b/>
        </w:rPr>
        <w:t xml:space="preserve">[10:21] </w:t>
      </w:r>
      <w:r>
        <w:t>iss tarah se woh apni bharrass nikaal letay hain. toh unhein sabar karne ki zaroorat paish nahi aati. lekin</w:t>
      </w:r>
    </w:p>
    <w:p>
      <w:pPr>
        <w:jc w:val="right"/>
      </w:pPr>
      <w:r>
        <w:t>اس طرح سے وہ اپنی بھڑاس نکال لیتے ہیں۔ تو انہیں صبر کرنے کی ضرورت پیش نہیں آتی۔ لیکن</w:t>
      </w:r>
    </w:p>
    <w:p>
      <w:r>
        <w:rPr>
          <w:b/>
        </w:rPr>
        <w:t xml:space="preserve">[10:34] </w:t>
      </w:r>
      <w:r>
        <w:t>masle aane par musbat ravaiy ikhtiyar karna, masle aane par sabr kar lena, yeh khud sab se bara masla hai.</w:t>
      </w:r>
    </w:p>
    <w:p>
      <w:pPr>
        <w:jc w:val="right"/>
      </w:pPr>
      <w:r>
        <w:t>مسئلے آنے پر مثبت رویہ اختیار کرنا، مسئلے آنے پر صبر کر لینا، یہ خود سب سے بڑا مسئلہ ہے۔</w:t>
      </w:r>
    </w:p>
    <w:p>
      <w:r>
        <w:rPr>
          <w:b/>
        </w:rPr>
        <w:t xml:space="preserve">[10:50] </w:t>
      </w:r>
      <w:r>
        <w:t>kyunke dekhye dunya mein masle har ek ke liye aate hain. Yeh sirf momin ki baat nahi hai.</w:t>
      </w:r>
    </w:p>
    <w:p>
      <w:pPr>
        <w:jc w:val="right"/>
      </w:pPr>
      <w:r>
        <w:t>کیونکہ دیکھئے دنیا میں مسئلے ہر ایک کے لئے آتے ہیں۔ یہ صرف مومن کی بات نہیں ہے۔</w:t>
      </w:r>
    </w:p>
    <w:p>
      <w:r>
        <w:rPr>
          <w:b/>
        </w:rPr>
        <w:t xml:space="preserve">[11:01] </w:t>
      </w:r>
      <w:r>
        <w:t>sab ke liye aate hain. Kyunke dunya mein har ek ko azadi hai. Log apni azadi ko ghalat istemal karte hain. Har aadmi apne mafad ke liye daud raha hai.</w:t>
      </w:r>
    </w:p>
    <w:p>
      <w:pPr>
        <w:jc w:val="right"/>
      </w:pPr>
      <w:r>
        <w:t>سب کے لئے آتے ہیں۔ کیونکہ دنیا میں ہر ایک کو آزادی ہے۔ لوگ اپنی آزادی کو غلط استعمال کرتے ہیں۔ ہر آدمی اپنے مفاد کے لئے دوڑ رہا ہے۔</w:t>
      </w:r>
    </w:p>
    <w:p>
      <w:r>
        <w:rPr>
          <w:b/>
        </w:rPr>
        <w:t xml:space="preserve">[11:14] </w:t>
      </w:r>
      <w:r>
        <w:t>toh is wajah se samajhi zindagi mein masle aate hi aate hain sab ke liye. Momin ka masla yeh hai ke woh masla aata hai us ko tab bhi woh sabr karta hai.</w:t>
      </w:r>
    </w:p>
    <w:p>
      <w:pPr>
        <w:jc w:val="right"/>
      </w:pPr>
      <w:r>
        <w:t>تو اس وجہ سے سماجی زندگی میں مسئلے آتے ہی آتے ہیں سب کے لئے۔ مومن کا مسئلہ یہ ہے کہ وہ مسئلہ آتا ہے اُس کو تب بھی وہ صبر کرتا ہے۔</w:t>
      </w:r>
    </w:p>
    <w:p>
      <w:r>
        <w:rPr>
          <w:b/>
        </w:rPr>
        <w:t xml:space="preserve">[11:31] </w:t>
      </w:r>
      <w:r>
        <w:t>yak tarafah sabr. Yeh sab se bara masla hai momin ke liye. Agar aadmi ladaai bhadaai kar le, ghussa dikha de, cheenkhein chalaye toh dil ki bhadaas nikal jayegi.</w:t>
      </w:r>
    </w:p>
    <w:p>
      <w:pPr>
        <w:jc w:val="right"/>
      </w:pPr>
      <w:r>
        <w:t>یک طرفہ صبر۔ یہ سب سے بڑا مسئلہ ہے مومن کے لئے۔ اگر آدمی لڑائی بھڑائی کر لے، غصہ دکھا دے، چیخیں چلائے تو دل کی بھڑاس نکل جائے گی۔</w:t>
      </w:r>
    </w:p>
    <w:p>
      <w:r>
        <w:rPr>
          <w:b/>
        </w:rPr>
        <w:t xml:space="preserve">[11:49] </w:t>
      </w:r>
      <w:r>
        <w:t>toh ek aata hai masla woh jo usooli ravaiy ki wajah se hota hai. Doosra masla aata hai woh ke aam masla aane par woh rad-e-amal nahi deta.</w:t>
      </w:r>
    </w:p>
    <w:p>
      <w:pPr>
        <w:jc w:val="right"/>
      </w:pPr>
      <w:r>
        <w:t>تو ایک آتا ہے مسئلہ وہ جو اصولی رویے کی وجہ سے ہوتا ہے۔ دوسرا مسئلہ آتا ہے وہ کہ عام مسئلہ آنے پر وہ ردِعمل نہیں دیتا۔</w:t>
      </w:r>
    </w:p>
    <w:p>
      <w:r>
        <w:rPr>
          <w:b/>
        </w:rPr>
        <w:t xml:space="preserve">[12:08] </w:t>
      </w:r>
      <w:r>
        <w:t>yeh do cheezein hain jo momin ki zindagi ko ek</w:t>
      </w:r>
    </w:p>
    <w:p>
      <w:pPr>
        <w:jc w:val="right"/>
      </w:pPr>
      <w:r>
        <w:t>یہ دو چیزیں ہیں جو مومن کی زندگی کو ایک</w:t>
      </w:r>
    </w:p>
    <w:p>
      <w:r>
        <w:rPr>
          <w:b/>
        </w:rPr>
        <w:t xml:space="preserve">[12:17] </w:t>
      </w:r>
      <w:r>
        <w:t>ek aisi zindagi bana deti hain jisko hadith mein kaha gaya hai ke us par balaayein aati rehti hain.</w:t>
      </w:r>
    </w:p>
    <w:p>
      <w:pPr>
        <w:jc w:val="right"/>
      </w:pPr>
      <w:r>
        <w:t>ایک ایسی زندگی بنا دیتی ہیں جس کو حدیث میں کہا گیا ہے کہ اُس پر بلائیں آتی رہتی ہیں۔</w:t>
      </w:r>
    </w:p>
    <w:p>
      <w:r>
        <w:rPr>
          <w:b/>
        </w:rPr>
        <w:t xml:space="preserve">[12:27] </w:t>
      </w:r>
      <w:r>
        <w:t>toh lekin yeh bhi saath samajh lijiye ke aise insaan ko Khuda ki madad milti hai. Khuda ki madad se woh jhelta chala jata hai.</w:t>
      </w:r>
    </w:p>
    <w:p>
      <w:pPr>
        <w:jc w:val="right"/>
      </w:pPr>
      <w:r>
        <w:t>تو لیکن یہ بھی ساتھ سمجھ لیجئے کہ ایسے انسان کو خدا کی مدد ملتی ہے۔ خدا کی مدد سے وہ جھیلتا چلا جاتا ہے۔</w:t>
      </w:r>
    </w:p>
    <w:p>
      <w:r>
        <w:rPr>
          <w:b/>
        </w:rPr>
        <w:t xml:space="preserve">[12:38] </w:t>
      </w:r>
      <w:r>
        <w:t>yaani Khuda ki madad se aisa hota hai ke woh us ke dil mein woh cheez utarti hai jisko sakeena kaha gaya hai. Sakeena Quran majeed mein aaya hai ke us ke dil mein aman, yaani har haal mein us ke andar aata hai yeh ehsas ke main Khuda ke liye bardasht kar raha hoon.</w:t>
      </w:r>
    </w:p>
    <w:p>
      <w:pPr>
        <w:jc w:val="right"/>
      </w:pPr>
      <w:r>
        <w:t>یعنی خدا کی مدد سے ایسا ہوتا ہے کہ وہ اُس کے دل میں وہ چیز اترتی ہے جس کو سکینہ کہا گیا ہے۔ سکینہ قرآن مجید میں آیا ہے کہ اُس کے دل میں امن، یعنی ہر حال میں اُس کے اندر آتا ہے یہ احساس کہ میں خدا کے لئے برداشت کر رہا ہوں۔</w:t>
      </w:r>
    </w:p>
    <w:p>
      <w:r>
        <w:rPr>
          <w:b/>
        </w:rPr>
        <w:t xml:space="preserve">[13:01] </w:t>
      </w:r>
      <w:r>
        <w:t>Khuda dekh raha hai toh Khuda mujhe is ka badla dega. Toh masle ke beech mein bhi us ka aman bhang nahi hota.</w:t>
      </w:r>
    </w:p>
    <w:p>
      <w:pPr>
        <w:jc w:val="right"/>
      </w:pPr>
      <w:r>
        <w:t>خدا دیکھ رہا ہے تو خدا مجھے اس کا بدلہ دے گا۔ تو مسئلے کے بیچ میں بھی اُس کا امن بھنگ نہیں ہوتا۔</w:t>
      </w:r>
    </w:p>
    <w:p>
      <w:r>
        <w:rPr>
          <w:b/>
        </w:rPr>
        <w:t xml:space="preserve">[13:12] </w:t>
      </w:r>
      <w:r>
        <w:t>musibaton ke douran bhi us ke dil ka itminan khatam nahi hota. Toh yeh hai momin ki zindagi.</w:t>
      </w:r>
    </w:p>
    <w:p>
      <w:pPr>
        <w:jc w:val="right"/>
      </w:pPr>
      <w:r>
        <w:t>مصیبتوں کے دوران بھی اُس کے دل کا اطمینان ختم نہیں ہوتا۔ تو یہ ہے مومن کی زندگی۔</w:t>
      </w:r>
    </w:p>
    <w:p>
      <w:r>
        <w:rPr>
          <w:b/>
        </w:rPr>
        <w:t xml:space="preserve">[13:34] </w:t>
      </w:r>
      <w:r>
        <w:t>toh is hadith ka jo maine sunaya us ka aakhri juz yeh hai ke woh milta hai apne Rab se is haal mein ke "walah yashat lahu khateeah" ke us ke upar koi khateeah nahi reh jata.</w:t>
      </w:r>
    </w:p>
    <w:p>
      <w:pPr>
        <w:jc w:val="right"/>
      </w:pPr>
      <w:r>
        <w:t>تو اس حدیث کا جو میں نے سنایا اُس کا آخری جز یہ ہے کہ وہ ملتا ہے اپنے رب سے اس حال میں کہ "وَلَا يَشَطْ لَهُ خَطِيَّةٌ" کہ اُس کے اوپر کوئی خطیہ نہیں رہ جاتا۔</w:t>
      </w:r>
    </w:p>
    <w:p>
      <w:r>
        <w:rPr>
          <w:b/>
        </w:rPr>
        <w:t xml:space="preserve">[13:56] </w:t>
      </w:r>
      <w:r>
        <w:t>yaani us ke khataaya, us ke gunah, us ki ghaltiyan sab khatam hoti rehti hain. Yaani musibaton ke waqt jab woh sabr karta hai toh sabr kar ke apne apne ghaltiyon ko aur gunahon ko woh dhalta rehti hain.</w:t>
      </w:r>
    </w:p>
    <w:p>
      <w:pPr>
        <w:jc w:val="right"/>
      </w:pPr>
      <w:r>
        <w:t>یعنی اُس کے خطایا، اُس کے گناہ، اُس کی غلطیاں سب ختم ہوتی رہتی ہیں۔ یعنی مصیبتوں کے وقت جب وہ صبر کرتا ہے تو صبر کر کے اپنے اپنے غلطیوں کو اور گناہوں کو وہ دھلتی رہتی ہیں۔</w:t>
      </w:r>
    </w:p>
    <w:p>
      <w:r>
        <w:rPr>
          <w:b/>
        </w:rPr>
        <w:t xml:space="preserve">[14:15] </w:t>
      </w:r>
      <w:r>
        <w:t>woh Khuda us ko maaf karta rehta hai. Toh musibatein hoti hain momin ke liye goya tasfeeyah ka zariya.</w:t>
      </w:r>
    </w:p>
    <w:p>
      <w:pPr>
        <w:jc w:val="right"/>
      </w:pPr>
      <w:r>
        <w:t>وہ خدا اُس کو معاف کرتا رہتا ہے۔ تو مصیبتیں ہوتی ہیں مومن کے لئے گویا تصفیہ کا ذریعہ۔</w:t>
      </w:r>
    </w:p>
    <w:p>
      <w:r>
        <w:rPr>
          <w:b/>
        </w:rPr>
        <w:t xml:space="preserve">[14:32] </w:t>
      </w:r>
      <w:r>
        <w:t>tasfeeyah ka zariya. Is liye farmaya ke momin par barabar musibatein aati hain. Yahan tak ke woh jab marta hai, Khuda se milta hai toh us waqt woh gunahon se pak ho chuka hota hai.</w:t>
      </w:r>
    </w:p>
    <w:p>
      <w:pPr>
        <w:jc w:val="right"/>
      </w:pPr>
      <w:r>
        <w:t>تصفیہ کا ذریعہ۔ اس لئے فرمایا کہ مومن پر برابر مصیبتیں آتی ہیں۔ یہاں تک کہ وہ جب مرتا ہے، خدا سے ملتا ہے تو اُس وقت وہ گناہوں سے پاک ہو چکا ہوتا ہے۔</w:t>
      </w:r>
    </w:p>
    <w:p>
      <w:r>
        <w:rPr>
          <w:b/>
        </w:rPr>
        <w:t xml:space="preserve">[14:48] </w:t>
      </w:r>
      <w:r>
        <w:t>yeh bohat bari basharat hai. Yeh bohat bari basharat hai ke aam logon ke liye musibat sirf musibat hai.</w:t>
      </w:r>
    </w:p>
    <w:p>
      <w:pPr>
        <w:jc w:val="right"/>
      </w:pPr>
      <w:r>
        <w:t>یہ بہت بڑی بشارت ہے۔ یہ بہت بڑی بشارت ہے کہ عام لوگوں کے لئے مصیبت صرف مصیبت ہے۔</w:t>
      </w:r>
    </w:p>
    <w:p>
      <w:r>
        <w:rPr>
          <w:b/>
        </w:rPr>
        <w:t xml:space="preserve">[14:59] </w:t>
      </w:r>
      <w:r>
        <w:t>lekin sachche momin ke liye, sachche momin ke liye musibat tasfeeyah ka zariya hai. Tasfeeyah ka zariya hai.</w:t>
      </w:r>
    </w:p>
    <w:p>
      <w:pPr>
        <w:jc w:val="right"/>
      </w:pPr>
      <w:r>
        <w:t>لیکن سچے مومن کے لئے، سچے مومن کے لئے مصیبت تصفیہ کا ذریعہ ہے۔ تصفیہ کا ذریعہ ہے۔</w:t>
      </w:r>
    </w:p>
    <w:p>
      <w:r>
        <w:rPr>
          <w:b/>
        </w:rPr>
        <w:t xml:space="preserve">[15:11] </w:t>
      </w:r>
      <w:r>
        <w:t>us ki rooh ka tasfeeyah, us ke dil ka tasfeeyah, us ke zehn ka tasfeeyah. Yaani besabri ki jagah sabr ka mizaj banta hai us ka.</w:t>
      </w:r>
    </w:p>
    <w:p>
      <w:pPr>
        <w:jc w:val="right"/>
      </w:pPr>
      <w:r>
        <w:t>اُس کی روح کا تصفیہ، اُس کے دل کا تصفیہ، اُس کے ذہن کا تصفیہ۔ یعنی بے صبری کی جگہ صبر کا مزاج بنتا ہے اُس کا۔</w:t>
      </w:r>
    </w:p>
    <w:p>
      <w:r>
        <w:rPr>
          <w:b/>
        </w:rPr>
        <w:t xml:space="preserve">[15:27] </w:t>
      </w:r>
      <w:r>
        <w:t>manfi ki jagah musbat soch ka mizaj banta hai us ke andar. Logon se nafrat karne ki bajaye logon ka khair khwah aur behtar banne ka mizaj banta hai us ke andar.</w:t>
      </w:r>
    </w:p>
    <w:p>
      <w:pPr>
        <w:jc w:val="right"/>
      </w:pPr>
      <w:r>
        <w:t>منفی کی جگہ مثبت سوچ کا مزاج بنتا ہے اُس کے اندر۔ لوگوں سے نفرت کرنے کی بجائے لوگوں کا خیر خواہ اور بہتر بننے کا مزاج بنتا ہے اُس کے اندر۔</w:t>
      </w:r>
    </w:p>
    <w:p>
      <w:r>
        <w:rPr>
          <w:b/>
        </w:rPr>
        <w:t xml:space="preserve">[15:40] </w:t>
      </w:r>
      <w:r>
        <w:t>yeh koi tarbiyat ban jati hai. Momin ke liye musibat ka aana us ke liye tarbiyat hai, tarbiyat hai. Us ka tazkiyah hai. Toh ek zyada achhi shakhsiyat ban kar ke woh marta hai.</w:t>
      </w:r>
    </w:p>
    <w:p>
      <w:pPr>
        <w:jc w:val="right"/>
      </w:pPr>
      <w:r>
        <w:t>یہ کوئی تربیت بن جاتی ہے۔ مومن کے لئے مصیبت کا آنا اُس کے لئے تربیت ہے، تربیت ہے۔ اُس کا تزکیہ ہے۔ تو ایک زیادہ اچھی شخصیت بن کر کے وہ مرتا ہے۔</w:t>
      </w:r>
    </w:p>
    <w:p>
      <w:r>
        <w:rPr>
          <w:b/>
        </w:rPr>
        <w:t xml:space="preserve">[15:56] </w:t>
      </w:r>
      <w:r>
        <w:t>aur jab Khuda ke haan pahunchta hai toh woh pure baalon mein ek musbat shakhsiyat wala insaan hota hai. Ek hadith hai</w:t>
      </w:r>
    </w:p>
    <w:p>
      <w:pPr>
        <w:jc w:val="right"/>
      </w:pPr>
      <w:r>
        <w:t>اور جب خدا کے ہاں پہنچتا ہے تو وہ پورے بالوں میں ایک مثبت شخصیت والا انسان ہوتا ہے۔ ایک حدیث ہے</w:t>
      </w:r>
    </w:p>
    <w:p>
      <w:r>
        <w:rPr>
          <w:b/>
        </w:rPr>
        <w:t xml:space="preserve">[16:07] </w:t>
      </w:r>
      <w:r>
        <w:t>ke "al-Islami alaniyatun wal-iman fi qalb". "Wal-iman fil qalb" Islam</w:t>
      </w:r>
    </w:p>
    <w:p>
      <w:pPr>
        <w:jc w:val="right"/>
      </w:pPr>
      <w:r>
        <w:t>کہ "الاسلام علانیتٌ والایمان فی قلبٍ"۔ "والایمان فی القلب" اسلام</w:t>
      </w:r>
    </w:p>
    <w:p>
      <w:r>
        <w:rPr>
          <w:b/>
        </w:rPr>
        <w:t xml:space="preserve">[16:22] </w:t>
      </w:r>
      <w:r>
        <w:t>zahiri ka naam hai aur iman dil ki halat ka naam hai.</w:t>
      </w:r>
    </w:p>
    <w:p>
      <w:pPr>
        <w:jc w:val="right"/>
      </w:pPr>
      <w:r>
        <w:t>ظاہر کا نام ہے اور ایمان دل کی حالت کا نام ہے۔</w:t>
      </w:r>
    </w:p>
    <w:p>
      <w:r>
        <w:rPr>
          <w:b/>
        </w:rPr>
        <w:t xml:space="preserve">[16:30] </w:t>
      </w:r>
      <w:r>
        <w:t>is ka matlab kya hai? Ke iman ek dakhli inqalab hai.</w:t>
      </w:r>
    </w:p>
    <w:p>
      <w:pPr>
        <w:jc w:val="right"/>
      </w:pPr>
      <w:r>
        <w:t>اس کا مطلب کیا ہے؟ کہ ایمان ایک داخلی انقلاب ہے۔</w:t>
      </w:r>
    </w:p>
    <w:p>
      <w:r>
        <w:rPr>
          <w:b/>
        </w:rPr>
        <w:t xml:space="preserve">[16:41] </w:t>
      </w:r>
      <w:r>
        <w:t>aadmi ki soch mein ek inqilaab aata hai. aadmi ke dil ke jazbaat mein ek badlao aata hai. aadmi ke andar, aadmi ki jo andarooni shakhsiyat hai us mein ek bhonchaal aata hai.</w:t>
      </w:r>
    </w:p>
    <w:p>
      <w:pPr>
        <w:jc w:val="right"/>
      </w:pPr>
      <w:r>
        <w:t>آدمی کی سوچ میں ایک انقلاب آتا ہے۔ آدمی کے دل کے جذبات میں ایک بدلاؤ آتا ہے۔ آدمی کے اندر، آدمی کی جو اندرونی شخصیت ہے اُس میں ایک بھونچال آتا ہے۔</w:t>
      </w:r>
    </w:p>
    <w:p>
      <w:r>
        <w:rPr>
          <w:b/>
        </w:rPr>
        <w:t xml:space="preserve">[16:59] </w:t>
      </w:r>
      <w:r>
        <w:t>isi ka naam imaan hota hai. to imaan oopar se dikhai nahi deta. kyunke aap ke dil mein bhonchaal aaya to aap ne jaana.</w:t>
      </w:r>
    </w:p>
    <w:p>
      <w:pPr>
        <w:jc w:val="right"/>
      </w:pPr>
      <w:r>
        <w:t>اسی کا نام ایمان ہوتا ہے۔ تو ایمان اوپر سے دکھائی نہیں دیتا۔ کیونکہ آپ کے دل میں بھونچال آیا تو آپ نے جانا۔</w:t>
      </w:r>
    </w:p>
    <w:p>
      <w:r>
        <w:rPr>
          <w:b/>
        </w:rPr>
        <w:t xml:space="preserve">[17:09] </w:t>
      </w:r>
      <w:r>
        <w:t>doosron ko dikhai nahi dega woh. to imaan andarooni inqilaab ka naam hai. andar inqilaab aana, andar tabdeeli aana, andar bhonchaal aana.</w:t>
      </w:r>
    </w:p>
    <w:p>
      <w:pPr>
        <w:jc w:val="right"/>
      </w:pPr>
      <w:r>
        <w:t>دوسروں کو دکھائی نہیں دے گا وہ۔ تو ایمان اندرونی انقلاب کا نام ہے۔ اندر انقلاب آنا، اندر تبدیلی آنا، اندر بھونچال آنا۔</w:t>
      </w:r>
    </w:p>
    <w:p>
      <w:r>
        <w:rPr>
          <w:b/>
        </w:rPr>
        <w:t xml:space="preserve">[17:24] </w:t>
      </w:r>
      <w:r>
        <w:t>to imaan jo hai woh andar ke badlao ka naam hai. jis ko Khuda jaanta hai aur aap jaante hain.</w:t>
      </w:r>
    </w:p>
    <w:p>
      <w:pPr>
        <w:jc w:val="right"/>
      </w:pPr>
      <w:r>
        <w:t>تو ایمان جو ہے وہ اندر کے بدلاؤ کا نام ہے۔ جس کو خدا جانتا ہے اور آپ جانتے ہیں۔</w:t>
      </w:r>
    </w:p>
    <w:p>
      <w:r>
        <w:rPr>
          <w:b/>
        </w:rPr>
        <w:t xml:space="preserve">[17:34] </w:t>
      </w:r>
      <w:r>
        <w:t>aur islaam bahar ke badlao ka naam hai. ke jab imaan aaya to kya hua? aap Allah ka zikr karne lagay.</w:t>
      </w:r>
    </w:p>
    <w:p>
      <w:pPr>
        <w:jc w:val="right"/>
      </w:pPr>
      <w:r>
        <w:t>اور اسلام باہر کے بدلاؤ کا نام ہے۔ کہ جب ایمان آیا تو کیا ہوا؟ آپ اللہ کا ذکر کرنے لگے۔</w:t>
      </w:r>
    </w:p>
    <w:p>
      <w:r>
        <w:rPr>
          <w:b/>
        </w:rPr>
        <w:t xml:space="preserve">[17:45] </w:t>
      </w:r>
      <w:r>
        <w:t>aap baqaida namaz parhne lagay. aap roza rakhne lagay. aap zakat ada karne lagay. aap hajj karne lagay.</w:t>
      </w:r>
    </w:p>
    <w:p>
      <w:pPr>
        <w:jc w:val="right"/>
      </w:pPr>
      <w:r>
        <w:t>آپ باقاعدہ نماز پڑھنے لگے۔ آپ روزہ رکھنے لگے۔ آپ زکوٰۃ ادا کرنے لگے۔ آپ حج کرنے لگے۔</w:t>
      </w:r>
    </w:p>
    <w:p>
      <w:r>
        <w:rPr>
          <w:b/>
        </w:rPr>
        <w:t xml:space="preserve">[17:57] </w:t>
      </w:r>
      <w:r>
        <w:t>yaani kharji ravaiyya jo hai andarooni ibaadat aur andarooni akhlaaq woh aap ke andar aagaya. to imaan logon ne nahi dekha tha lekin islaam logon ko dikhai dene lagta hai.</w:t>
      </w:r>
    </w:p>
    <w:p>
      <w:pPr>
        <w:jc w:val="right"/>
      </w:pPr>
      <w:r>
        <w:t>یعنی خارجی رویہ جو ہے اندرونی عبادت اور اندرونی اخلاق وہ آپ کے اندر آگیا۔ تو ایمان لوگوں نے نہیں دیکھا تھا لیکن اسلام لوگوں کو دکھائی دینے لگتا ہے۔</w:t>
      </w:r>
    </w:p>
    <w:p>
      <w:r>
        <w:rPr>
          <w:b/>
        </w:rPr>
        <w:t xml:space="preserve">[18:10] </w:t>
      </w:r>
      <w:r>
        <w:t>ke dekho bhai is insaan ke andar yeh badlao aaya hai. isi mafhoom mein yeh baat kahi. to imaan aur islaam dono ek doosre se juray hue hain.</w:t>
      </w:r>
    </w:p>
    <w:p>
      <w:pPr>
        <w:jc w:val="right"/>
      </w:pPr>
      <w:r>
        <w:t>کہ دیکھو بھئی اس انسان کے اندر یہ بدلاؤ آیا ہے۔ اسی مفہوم میں یہ بات کہی۔ تو ایمان اور اسلام دونوں ایک دوسرے سے جڑے ہوئے ہیں۔</w:t>
      </w:r>
    </w:p>
    <w:p>
      <w:r>
        <w:rPr>
          <w:b/>
        </w:rPr>
        <w:t xml:space="preserve">[18:20] </w:t>
      </w:r>
      <w:r>
        <w:t>ek hai daakhli inqilaab. ek hai kharji tabdeeli. andar ki rooh ka badalna, andar ki soch ka badalna us ko imaan kahengay.</w:t>
      </w:r>
    </w:p>
    <w:p>
      <w:pPr>
        <w:jc w:val="right"/>
      </w:pPr>
      <w:r>
        <w:t>ایک ہے داخلی انقلاب۔ ایک ہے خارجی تبدیلی۔ اندر کی روح کا بدلنا، اندر کی سوچ کا بدلنا اس کو ایمان کہیں گے۔</w:t>
      </w:r>
    </w:p>
    <w:p>
      <w:r>
        <w:rPr>
          <w:b/>
        </w:rPr>
        <w:t xml:space="preserve">[18:33] </w:t>
      </w:r>
      <w:r>
        <w:t>aur yeh imaan, yeh andar ka imaan jab aap ki bahar ki zindagi mein dikhai dene lagay, aks dene lagay to woh us ko islaam kaha gaya hai is hadees mein.</w:t>
      </w:r>
    </w:p>
    <w:p>
      <w:pPr>
        <w:jc w:val="right"/>
      </w:pPr>
      <w:r>
        <w:t>اور یہ ایمان، یہ اندر کا ایمان جب آپ کی باہر کی زندگی میں دکھائی دینے لگے، عکس دینے لگے تو وہ اُس کو اسلام کہا گیا ہے اس حدیث میں۔</w:t>
      </w:r>
    </w:p>
    <w:p>
      <w:r>
        <w:rPr>
          <w:b/>
        </w:rPr>
        <w:t xml:space="preserve">[18:49] </w:t>
      </w:r>
      <w:r>
        <w:t>yaani andar ka, andar ki jo tabdeeli hai, andar ka jo tabdeeli hai woh andar andar nahi reh sakta hai.</w:t>
      </w:r>
    </w:p>
    <w:p>
      <w:pPr>
        <w:jc w:val="right"/>
      </w:pPr>
      <w:r>
        <w:t>یعنی اندر کا، اندر کی جو تبدیلی ہے، اندر کا جو تبدیلی ہے وہ اندر اندر نہیں رہ سکتا ہے۔</w:t>
      </w:r>
    </w:p>
    <w:p>
      <w:r>
        <w:rPr>
          <w:b/>
        </w:rPr>
        <w:t xml:space="preserve">[19:00] </w:t>
      </w:r>
      <w:r>
        <w:t>aisa mumkin nahi ke woh andar hi andar pada rahe. woh zaroor kharij mein zaahir hoga. woh khurooj bahar zaahir hoga. yaani aisa aadmi Khuda ke aagay jhukega.</w:t>
      </w:r>
    </w:p>
    <w:p>
      <w:pPr>
        <w:jc w:val="right"/>
      </w:pPr>
      <w:r>
        <w:t>ایسا ممکن نہیں کہ وہ اندر ہی اندر پڑا رہے۔ وہ ضرور خارج میں ظاہر ہوگا۔ وہ خروج باہر ظاہر ہوگا۔ یعنی ایسا آدمی خدا کے آگے جھکے گا۔</w:t>
      </w:r>
    </w:p>
    <w:p>
      <w:r>
        <w:rPr>
          <w:b/>
        </w:rPr>
        <w:t xml:space="preserve">[19:11] </w:t>
      </w:r>
      <w:r>
        <w:t>Khuda ke aagay ibaadat karega. Khudaai akhlaaq us ki zindagi mein zaahir hoga. yeh sab hoga. to goya ke is mein dono ke ta'alluq ko bataya gaya ke agar imaan tumhare andar utra hai, sachaa imaan to zaroor hai ke woh kharij mein dikhai de.</w:t>
      </w:r>
    </w:p>
    <w:p>
      <w:pPr>
        <w:jc w:val="right"/>
      </w:pPr>
      <w:r>
        <w:t>خدا کے آگے عبادت کرے گا۔ خدائی اخلاق اُس کی زندگی میں ظاہر ہوگا۔ یہ سب ہوگا۔ تو گویا کہ اس میں دونوں کے تعلق کو بتایا گیا کہ اگر ایمان تمہارے اندر اترا ہے، سچا ایمان تو ضرور ہے کہ وہ خارج میں دکھائی دے۔</w:t>
      </w:r>
    </w:p>
    <w:p>
      <w:r>
        <w:rPr>
          <w:b/>
        </w:rPr>
        <w:t xml:space="preserve">[19:35] </w:t>
      </w:r>
      <w:r>
        <w:t>zaroor hai ke woh apni zindagi mein woh zaahir kare. aur tab ja kar ke, yaani imaan jab islaam ban jaaye, andar ka inqilaab jab bahar tak aajaye tab ja kar ke imaan aur islaam mukammal hua.</w:t>
      </w:r>
    </w:p>
    <w:p>
      <w:pPr>
        <w:jc w:val="right"/>
      </w:pPr>
      <w:r>
        <w:t>ضرور ہے کہ وہ اپنی زندگی میں وہ ظاہر کرے۔ اور تب جا کر کے، یعنی ایمان جب اسلام بن جائے، اندر کا انقلاب جب باہر تک آجائے تب جا کر کے ایمان اور اسلام مکمل ہوا۔</w:t>
      </w:r>
    </w:p>
    <w:p>
      <w:r>
        <w:rPr>
          <w:b/>
        </w:rPr>
        <w:t xml:space="preserve">[20:03] </w:t>
      </w:r>
      <w:r>
        <w:t>ek hadees ka ek tukra hai ke "wa qad fatahallahu qufla qalbihi lil imaan" yaani Allah ne us ke dil ke taale ko khol kar us ke imaan daal diya us ke andar.</w:t>
      </w:r>
    </w:p>
    <w:p>
      <w:pPr>
        <w:jc w:val="right"/>
      </w:pPr>
      <w:r>
        <w:t>ایک حدیث کا ایک ٹکڑا ہے کہ "وَقَدْ فَتَحَ اللَّهُ قُفْلَ قَلْبِهِ لِلْإِيمَانِ" یعنی اللہ نے اُس کے دل کے تالے کو کھول کر اُس کے ایمان ڈال دیا اُس کے اندر۔</w:t>
      </w:r>
    </w:p>
    <w:p>
      <w:r>
        <w:rPr>
          <w:b/>
        </w:rPr>
        <w:t xml:space="preserve">[20:24] </w:t>
      </w:r>
      <w:r>
        <w:t>Allah ne us ke dil ke taale ko imaan ke liye khol diya. yeh badi aham baat hai.</w:t>
      </w:r>
    </w:p>
    <w:p>
      <w:pPr>
        <w:jc w:val="right"/>
      </w:pPr>
      <w:r>
        <w:t>اللہ نے اُس کے دل کے تالے کو ایمان کے لئے کھول دیا۔ یہ بڑی اہم بات ہے۔</w:t>
      </w:r>
    </w:p>
    <w:p>
      <w:r>
        <w:rPr>
          <w:b/>
        </w:rPr>
        <w:t xml:space="preserve">[20:34] </w:t>
      </w:r>
      <w:r>
        <w:t>is se andaaza hota hai ke dilon par taale hote hain. jo imaan ko andar daakhil hone se roke rehte hain. yaani dil ke darwaazay band rehte hain.</w:t>
      </w:r>
    </w:p>
    <w:p>
      <w:pPr>
        <w:jc w:val="right"/>
      </w:pPr>
      <w:r>
        <w:t>اس سے اندازہ ہوتا ہے کہ دلوں پر تالے ہوتے ہیں۔ جو ایمان کو اندر داخل ہونے سے روکے رہتے ہیں۔ یعنی دل کے دروازے بند رہتے ہیں۔</w:t>
      </w:r>
    </w:p>
    <w:p>
      <w:r>
        <w:rPr>
          <w:b/>
        </w:rPr>
        <w:t xml:space="preserve">[20:45] </w:t>
      </w:r>
      <w:r>
        <w:t>khirkiyaan band rehti hain. zaahir hai ke kisi kamray mein agar aap khirkiyon ko band kar dein to kya hoga?</w:t>
      </w:r>
    </w:p>
    <w:p>
      <w:pPr>
        <w:jc w:val="right"/>
      </w:pPr>
      <w:r>
        <w:t>کھڑکیاں بند رہتی ہیں۔ ظاہر ہے کہ کسی کمرے میں اگر آپ کھڑکیوں کو بند کر دیں تو کیا ہوگا؟</w:t>
      </w:r>
    </w:p>
    <w:p>
      <w:r>
        <w:rPr>
          <w:b/>
        </w:rPr>
        <w:t xml:space="preserve">[20:55] </w:t>
      </w:r>
      <w:r>
        <w:t>bahar ki hawa andar nahi aayegi. isi tarah se dilon ke taale bhi hote hain. dimaagh ke taale bhi hote hain.</w:t>
      </w:r>
    </w:p>
    <w:p>
      <w:pPr>
        <w:jc w:val="right"/>
      </w:pPr>
      <w:r>
        <w:t>باہر کی ہوا اندر نہیں آئے گی۔ اسی طرح سے دلوں کے تالے بھی ہوتے ہیں۔ دماغ کے تالے بھی ہوتے ہیں۔</w:t>
      </w:r>
    </w:p>
    <w:p>
      <w:r>
        <w:rPr>
          <w:b/>
        </w:rPr>
        <w:t xml:space="preserve">[21:08] </w:t>
      </w:r>
      <w:r>
        <w:t>agar woh taale lagay hue hon to bahar se imaan ki hawaayein chalengi lekin andar daakhil nahi hongi. yeh taale kya hain?</w:t>
      </w:r>
    </w:p>
    <w:p>
      <w:pPr>
        <w:jc w:val="right"/>
      </w:pPr>
      <w:r>
        <w:t>اگر وہ تالے لگے ہوئے ہوں تو باہر سے ایمان کی ہوائیں چلیں گی لیکن اندر داخل نہیں ہوں گی۔ یہ تالے کیا ہیں؟</w:t>
      </w:r>
    </w:p>
    <w:p>
      <w:r>
        <w:rPr>
          <w:b/>
        </w:rPr>
        <w:t xml:space="preserve">[21:18] </w:t>
      </w:r>
      <w:r>
        <w:t>yeh taale wahi cheez hain jis ko hum shartiyyat kehte hain. yaani ta'assub.</w:t>
      </w:r>
    </w:p>
    <w:p>
      <w:pPr>
        <w:jc w:val="right"/>
      </w:pPr>
      <w:r>
        <w:t>یہ تالے وہی چیز ہیں جس کو ہم شرطیّت کہتے ہیں۔ یعنی تعصب۔</w:t>
      </w:r>
    </w:p>
    <w:p>
      <w:r>
        <w:rPr>
          <w:b/>
        </w:rPr>
        <w:t xml:space="preserve">[21:31] </w:t>
      </w:r>
      <w:r>
        <w:t>sab se badi rukawat jo hai woh hai ta'assub. yaani baais, baais soch. aap kisi cheez ke liye baais ho jayein.</w:t>
      </w:r>
    </w:p>
    <w:p>
      <w:pPr>
        <w:jc w:val="right"/>
      </w:pPr>
      <w:r>
        <w:t>سب سے بڑی رکاوٹ جو ہے وہ ہے تعصب۔ یعنی باعث، باعث سوچ۔ آپ کسی چیز کے لئے باعث ہو جائیں۔</w:t>
      </w:r>
    </w:p>
    <w:p>
      <w:r>
        <w:rPr>
          <w:b/>
        </w:rPr>
        <w:t xml:space="preserve">[21:42] </w:t>
      </w:r>
      <w:r>
        <w:t>kisi cheez ke liye aap ko muta'assubana had tak us se ta'alluq ho jaye. to aap aise aadmi ka haal kya hota hai?</w:t>
      </w:r>
    </w:p>
    <w:p>
      <w:pPr>
        <w:jc w:val="right"/>
      </w:pPr>
      <w:r>
        <w:t>کسی چیز کے لئے آپ کو متعصبانہ حد تک اُس سے تعلق ہو جائے۔ تو آپ ایسے آدمی کا حال کیا ہوتا ہے؟</w:t>
      </w:r>
    </w:p>
    <w:p>
      <w:r>
        <w:rPr>
          <w:b/>
        </w:rPr>
        <w:t xml:space="preserve">[21:53] </w:t>
      </w:r>
      <w:r>
        <w:t>us ta'assubati khulay, yaani ta'assubati khulay ke bahar bahar to woh maanne ko tayyar hota hai.</w:t>
      </w:r>
    </w:p>
    <w:p>
      <w:pPr>
        <w:jc w:val="right"/>
      </w:pPr>
      <w:r>
        <w:t>اُس تعصباتی خلیے، یعنی تعصباتی خلیے کے باہر باہر تو وہ ماننے کو تیار ہوتا ہے۔</w:t>
      </w:r>
    </w:p>
    <w:p>
      <w:r>
        <w:rPr>
          <w:b/>
        </w:rPr>
        <w:t xml:space="preserve">[22:03] </w:t>
      </w:r>
      <w:r>
        <w:t>lekin ta'assubati khulay ke andar maanne ko tayyar nahi hota. yeh ta'assub ya yeh baais jis ko kehte hain ta'assub kin baaton par hota hai?</w:t>
      </w:r>
    </w:p>
    <w:p>
      <w:pPr>
        <w:jc w:val="right"/>
      </w:pPr>
      <w:r>
        <w:t>لیکن تعصباتی خلیے کے اندر ماننے کو تیار نہیں ہوتا۔ یہ تعصب یا یہ باعث جس کو کہتے ہیں تعصب کن باتوں پر ہوتا ہے؟</w:t>
      </w:r>
    </w:p>
    <w:p>
      <w:r>
        <w:rPr>
          <w:b/>
        </w:rPr>
        <w:t xml:space="preserve">[22:18] </w:t>
      </w:r>
      <w:r>
        <w:t>yeh hota hai khandaani riwayat, biradari ki riwayat, qaumi riwayat, apna ana parasti, apna gharoor, apna fakhr, apni ananiyat.</w:t>
      </w:r>
    </w:p>
    <w:p>
      <w:pPr>
        <w:jc w:val="right"/>
      </w:pPr>
      <w:r>
        <w:t>یہ ہوتا ہے خاندانی روایات، برادری کی روایات، قومی روایات، اپنا انا پرستی، اپنا غرور، اپنا فخر، اپنی انانیت۔</w:t>
      </w:r>
    </w:p>
    <w:p>
      <w:r>
        <w:rPr>
          <w:b/>
        </w:rPr>
        <w:t xml:space="preserve">[22:37] </w:t>
      </w:r>
      <w:r>
        <w:t>yeh sab dil ke taale hain.</w:t>
      </w:r>
    </w:p>
    <w:p>
      <w:pPr>
        <w:jc w:val="right"/>
      </w:pPr>
      <w:r>
        <w:t>یہ سب دل کے تالے ہیں۔</w:t>
      </w:r>
    </w:p>
    <w:p>
      <w:r>
        <w:rPr>
          <w:b/>
        </w:rPr>
        <w:t xml:space="preserve">[22:43] </w:t>
      </w:r>
      <w:r>
        <w:t>yani aadmi ko yeh taale jo hain aadmi ko aisa bana dete hain ke woh</w:t>
      </w:r>
    </w:p>
    <w:p>
      <w:pPr>
        <w:jc w:val="right"/>
      </w:pPr>
      <w:r>
        <w:t>یعنی آدمی کو یہ تالے جو ہیں آدمی کو ایسا بنا دیتے ہیں کہ وہ</w:t>
      </w:r>
    </w:p>
    <w:p>
      <w:r>
        <w:rPr>
          <w:b/>
        </w:rPr>
        <w:t xml:space="preserve">[22:52] </w:t>
      </w:r>
      <w:r>
        <w:t>kisi sachai ko us waqt manta hai jabke us ko koi qurbani na deni pare. Us ki ana par koi</w:t>
      </w:r>
    </w:p>
    <w:p>
      <w:pPr>
        <w:jc w:val="right"/>
      </w:pPr>
      <w:r>
        <w:t>کسی سچائی کو اُس وقت مانتا ہے جبکہ اُس کو کوئی قربانی نہ دینی پڑے۔ اُس کی انا پر کوئی</w:t>
      </w:r>
    </w:p>
    <w:p>
      <w:r>
        <w:rPr>
          <w:b/>
        </w:rPr>
        <w:t xml:space="preserve">[23:05] </w:t>
      </w:r>
      <w:r>
        <w:t>koi zad na aaye. Us ki shakhsiyat waisi ki waisi bani rahe. Yani jahan woh khara hai wahin us ko sachai mil jaye.</w:t>
      </w:r>
    </w:p>
    <w:p>
      <w:pPr>
        <w:jc w:val="right"/>
      </w:pPr>
      <w:r>
        <w:t>کوئی زد نہ آئے۔ اُس کی شخصیت ویسی کی ویسی بنی رہے۔ یعنی جہاں وہ کھڑا ہے وہیں اُس کو سچائی مل جائے۔</w:t>
      </w:r>
    </w:p>
    <w:p>
      <w:r>
        <w:rPr>
          <w:b/>
        </w:rPr>
        <w:t xml:space="preserve">[23:14] </w:t>
      </w:r>
      <w:r>
        <w:t>us ko hatna na pare apni jagah se. To aise log jo hain kabhi bhi sachai ko nahi paate.</w:t>
      </w:r>
    </w:p>
    <w:p>
      <w:pPr>
        <w:jc w:val="right"/>
      </w:pPr>
      <w:r>
        <w:t>اُس کو ہٹنا نہ پڑے اپنی جگہ سے۔ تو ایسے لوگ جو ہیں کبھی بھی سچائی کو نہیں پاتے۔</w:t>
      </w:r>
    </w:p>
    <w:p>
      <w:r>
        <w:rPr>
          <w:b/>
        </w:rPr>
        <w:t xml:space="preserve">[23:24] </w:t>
      </w:r>
      <w:r>
        <w:t>To is hadith mein ek sache momin ke bare mein bataya gaya hai ke us ka, us ke dil ke taale Khuda ne khol diye.</w:t>
      </w:r>
    </w:p>
    <w:p>
      <w:pPr>
        <w:jc w:val="right"/>
      </w:pPr>
      <w:r>
        <w:t>تو اس حدیث میں ایک سچے مومن کے بارے میں بتایا گیا ہے کہ اُس کا، اُس کے دل کے تالے خدا نے کھول دیئے۔</w:t>
      </w:r>
    </w:p>
    <w:p>
      <w:r>
        <w:rPr>
          <w:b/>
        </w:rPr>
        <w:t xml:space="preserve">[23:39] </w:t>
      </w:r>
      <w:r>
        <w:t>yani jo us ki shartiyat nahi thi woh toot gayi. Jo ta'assubaat record bane hue the woh khatm ho gaye.</w:t>
      </w:r>
    </w:p>
    <w:p>
      <w:pPr>
        <w:jc w:val="right"/>
      </w:pPr>
      <w:r>
        <w:t>یعنی جو اُس کی شرطیّت نہیں تھی وہ ٹوٹ گئی۔ جو تعصبات ریکارڈ بنے ہوئے تھے وہ ختم ہو گئے۔</w:t>
      </w:r>
    </w:p>
    <w:p>
      <w:r>
        <w:rPr>
          <w:b/>
        </w:rPr>
        <w:t xml:space="preserve">[23:51] </w:t>
      </w:r>
      <w:r>
        <w:t>Ana aur ana parasti aur gharoor ka jo parda tha woh woh hat gaya. Woh ek aisa insaan ban gaya hai jo har baat, har sachi baat ko manne ke liye tayyar ho.</w:t>
      </w:r>
    </w:p>
    <w:p>
      <w:pPr>
        <w:jc w:val="right"/>
      </w:pPr>
      <w:r>
        <w:t>انا اور انا پرستی اور غرور کا جو پردہ تھا وہ وہ ہٹ گیا۔ وہ ایک ایسا انسان بن گیا ہے جو ہر بات، ہر سچی بات کو ماننے کے لئے تیار ہو۔</w:t>
      </w:r>
    </w:p>
    <w:p>
      <w:r>
        <w:rPr>
          <w:b/>
        </w:rPr>
        <w:t xml:space="preserve">[24:05] </w:t>
      </w:r>
      <w:r>
        <w:t>koi hichkichahat nahi, koi shartiyat nahi. To yeh insaan Khuda ka woh insaan hota hai jis par Khuda ki barkat aati hai.</w:t>
      </w:r>
    </w:p>
    <w:p>
      <w:pPr>
        <w:jc w:val="right"/>
      </w:pPr>
      <w:r>
        <w:t>کوئی ہچکچاہٹ نہیں، کوئی شرطیّت نہیں۔ تو یہ انسان خدا کا وہ انسان ہوتا ہے جس پر خدا کی برکت آتی ہے۔</w:t>
      </w:r>
    </w:p>
    <w:p>
      <w:r>
        <w:rPr>
          <w:b/>
        </w:rPr>
        <w:t xml:space="preserve">[24:17] </w:t>
      </w:r>
      <w:r>
        <w:t>warna aam taur par dekhiye aisa insaan aap ko nahi milega jo sau feesad sari baaton ka inkaar kare. Aisa nahi hota hai.</w:t>
      </w:r>
    </w:p>
    <w:p>
      <w:pPr>
        <w:jc w:val="right"/>
      </w:pPr>
      <w:r>
        <w:t>ورنہ عام طور پر دیکھئے ایسا انسان آپ کو نہیں ملے گا جو سو فیصد ساری باتوں کا انکار کرے۔ ایسا نہیں ہوتا ہے۔</w:t>
      </w:r>
    </w:p>
    <w:p>
      <w:r>
        <w:rPr>
          <w:b/>
        </w:rPr>
        <w:t xml:space="preserve">[24:27] </w:t>
      </w:r>
      <w:r>
        <w:t>hota yeh hai ke jin baaton se us ka dilchaspi, jin baaton se us ka dilchaspi jo hai woh salim rahe.</w:t>
      </w:r>
    </w:p>
    <w:p>
      <w:pPr>
        <w:jc w:val="right"/>
      </w:pPr>
      <w:r>
        <w:t>ہوتا یہ ہے کہ جن باتوں سے اُس کا دلچسپی، جن باتوں سے اُس کا دلچسپی جو ہے وہ سالم رہے۔</w:t>
      </w:r>
    </w:p>
    <w:p>
      <w:r>
        <w:rPr>
          <w:b/>
        </w:rPr>
        <w:t xml:space="preserve">[24:37] </w:t>
      </w:r>
      <w:r>
        <w:t>dilchaspi mein koi gadbadi na ho. Jin baaton se us ko, us ki ana ko surrender na karna pare.</w:t>
      </w:r>
    </w:p>
    <w:p>
      <w:pPr>
        <w:jc w:val="right"/>
      </w:pPr>
      <w:r>
        <w:t>دلچسپی میں کوئی گڑبڑی نہ ہو۔ جن باتوں سے اُس کو، اُس کی انا کو سرنڈر نہ کرنا پڑے۔</w:t>
      </w:r>
    </w:p>
    <w:p>
      <w:r>
        <w:rPr>
          <w:b/>
        </w:rPr>
        <w:t xml:space="preserve">[24:48] </w:t>
      </w:r>
      <w:r>
        <w:t>wahan tak woh manta hai. Aur jahan apni ana ko chhodna ho, apni ana ko chhodna ho, apni badai ko khatm karna ho, apne ta'assubaat ko mitana ho to wahan woh manne ko tayyar nahi hota.</w:t>
      </w:r>
    </w:p>
    <w:p>
      <w:pPr>
        <w:jc w:val="right"/>
      </w:pPr>
      <w:r>
        <w:t>وہاں تک وہ مانتا ہے۔ اور جہاں اپنی انا کو چھوڑنا ہو، اپنی انا کو چھوڑنا ہو، اپنی بڑائی کو ختم کرنا ہو، اپنے تعصبات کو مٹانا ہو تو وہاں وہ ماننے کو تیار نہیں ہوتا۔</w:t>
      </w:r>
    </w:p>
    <w:p>
      <w:r>
        <w:rPr>
          <w:b/>
        </w:rPr>
        <w:t xml:space="preserve">[25:06] </w:t>
      </w:r>
      <w:r>
        <w:t>To woh insaan bohat hi khush qismat hai jis ke liye Khuda ki yeh barkat utre ke woh sari sharton ko tod kar ke maan le sachai ko.</w:t>
      </w:r>
    </w:p>
    <w:p>
      <w:pPr>
        <w:jc w:val="right"/>
      </w:pPr>
      <w:r>
        <w:t>تو وہ انسان بہت ہی خوش قسمت ہے جس کے لئے خدا کی یہ برکت اترے کہ وہ ساری شرائط کو توڑ کر کے مان لے سچائی کو۔</w:t>
      </w:r>
    </w:p>
    <w:p>
      <w:r>
        <w:rPr>
          <w:b/>
        </w:rPr>
        <w:t xml:space="preserve">[25:20] </w:t>
      </w:r>
      <w:r>
        <w:t>woh sari rukawaton ko door kar ke, rukawat se murad hai nafsiyaati rukawat. Us ko door kar ke woh sachai ke aage jhuk jaye.</w:t>
      </w:r>
    </w:p>
    <w:p>
      <w:pPr>
        <w:jc w:val="right"/>
      </w:pPr>
      <w:r>
        <w:t>وہ ساری رکاوٹوں کو دور کر کے، رکاوٹ سے مراد ہے نفسیاتی رکاوٹ۔ اُس کو دور کر کے وہ سچائی کے آگے جھک جائے۔</w:t>
      </w:r>
    </w:p>
    <w:p>
      <w:r>
        <w:rPr>
          <w:b/>
        </w:rPr>
        <w:t xml:space="preserve">[25:33] </w:t>
      </w:r>
      <w:r>
        <w:t>To aisa insaan bohat hi khush qismat insaan hota hai.</w:t>
      </w:r>
    </w:p>
    <w:p>
      <w:pPr>
        <w:jc w:val="right"/>
      </w:pPr>
      <w:r>
        <w:t>تو ایسا انسان بہت ہی خوش قسمت انسان ہوتا ہے۔</w:t>
      </w:r>
    </w:p>
    <w:p>
      <w:r>
        <w:rPr>
          <w:b/>
        </w:rPr>
        <w:t xml:space="preserve">[25:43] </w:t>
      </w:r>
      <w:r>
        <w:t>dekhiye</w:t>
      </w:r>
    </w:p>
    <w:p>
      <w:pPr>
        <w:jc w:val="right"/>
      </w:pPr>
      <w:r>
        <w:t>دیکھئے</w:t>
      </w:r>
    </w:p>
    <w:p>
      <w:r>
        <w:rPr>
          <w:b/>
        </w:rPr>
        <w:t xml:space="preserve">[25:56] </w:t>
      </w:r>
      <w:r>
        <w:t>ke</w:t>
      </w:r>
    </w:p>
    <w:p>
      <w:pPr>
        <w:jc w:val="right"/>
      </w:pPr>
      <w:r>
        <w:t>کہ</w:t>
      </w:r>
    </w:p>
    <w:p>
      <w:r>
        <w:rPr>
          <w:b/>
        </w:rPr>
        <w:t xml:space="preserve">[25:59] </w:t>
      </w:r>
      <w:r>
        <w:t>ek hadith hai ke "Al-Bughd fi Allah wal-Hubb li Allah min al-Iman".</w:t>
      </w:r>
    </w:p>
    <w:p>
      <w:pPr>
        <w:jc w:val="right"/>
      </w:pPr>
      <w:r>
        <w:t>ایک حدیث ہے کہ "البغض فی اللہ والحب للہ من الایمان"۔</w:t>
      </w:r>
    </w:p>
    <w:p>
      <w:r>
        <w:rPr>
          <w:b/>
        </w:rPr>
        <w:t xml:space="preserve">[26:10] </w:t>
      </w:r>
      <w:r>
        <w:t>Jab kisi aadmi ka yeh haal ho jaye ke woh us ki dosti aur us ki dushmani dono Allah ke liye ho jaye.</w:t>
      </w:r>
    </w:p>
    <w:p>
      <w:pPr>
        <w:jc w:val="right"/>
      </w:pPr>
      <w:r>
        <w:t>جب کسی آدمی کا یہ حال ہو جائے کہ وہ اُس کی دوستی اور اُس کی دشمنی دونوں اللہ کے لئے ہو جائے۔</w:t>
      </w:r>
    </w:p>
    <w:p>
      <w:r>
        <w:rPr>
          <w:b/>
        </w:rPr>
        <w:t xml:space="preserve">[26:25] </w:t>
      </w:r>
      <w:r>
        <w:t>yani kisi se kate to Allah ke liye kate. Kisi se jude to Allah ke liye jude. Kisi se kisi ke liye mohabbat kare to Allah ke liye mohabbat kare.</w:t>
      </w:r>
    </w:p>
    <w:p>
      <w:pPr>
        <w:jc w:val="right"/>
      </w:pPr>
      <w:r>
        <w:t>یعنی کسی سے کٹے تو اللہ کے لئے کٹے۔ کسی سے جڑے تو اللہ کے لئے جڑے۔ کسی سے کسی کے لئے محبت کرے تو اللہ کے لئے محبت کرے۔</w:t>
      </w:r>
    </w:p>
    <w:p>
      <w:r>
        <w:rPr>
          <w:b/>
        </w:rPr>
        <w:t xml:space="preserve">[26:37] </w:t>
      </w:r>
      <w:r>
        <w:t>kisi se door ho to Allah ke liye door ho. To yeh iman ki alamaton mein se hai. Yani jab aadmi ke andar iman aayega to yeh bhi aayega.</w:t>
      </w:r>
    </w:p>
    <w:p>
      <w:pPr>
        <w:jc w:val="right"/>
      </w:pPr>
      <w:r>
        <w:t>کسی سے دور ہو تو اللہ کے لئے دور ہو۔ تو یہ ایمان کی علامتوں میں سے ہے۔ یعنی جب آدمی کے اندر ایمان آئے گا تو یہ بھی آئے گا۔</w:t>
      </w:r>
    </w:p>
    <w:p>
      <w:r>
        <w:rPr>
          <w:b/>
        </w:rPr>
        <w:t xml:space="preserve">[26:51] </w:t>
      </w:r>
      <w:r>
        <w:t>dekhiye yeh mumkin nahi hai ke iman aaye lekin us ki jo barkatein hain woh na aayen. Aisa nahi ho sakta hai.</w:t>
      </w:r>
    </w:p>
    <w:p>
      <w:pPr>
        <w:jc w:val="right"/>
      </w:pPr>
      <w:r>
        <w:t>دیکھئے یہ ممکن نہیں ہے کہ ایمان آئے لیکن اُس کی جو برکتیں ہیں وہ نہ آئیں۔ ایسا نہیں ہو سکتا ہے۔</w:t>
      </w:r>
    </w:p>
    <w:p>
      <w:r>
        <w:rPr>
          <w:b/>
        </w:rPr>
        <w:t xml:space="preserve">[27:03] </w:t>
      </w:r>
      <w:r>
        <w:t>Iman jab aayega to us ke saath saath us ki yani us ki barkatein bhi aayengi. Us ke taqaze bhi aayenge.</w:t>
      </w:r>
    </w:p>
    <w:p>
      <w:pPr>
        <w:jc w:val="right"/>
      </w:pPr>
      <w:r>
        <w:t>ایمان جب آئے گا تو اُس کے ساتھ ساتھ اُس کی یعنی اُس کی برکتیں بھی آئیں گی۔ اُس کے تقاضے بھی آئیں گے۔</w:t>
      </w:r>
    </w:p>
    <w:p>
      <w:r>
        <w:rPr>
          <w:b/>
        </w:rPr>
        <w:t xml:space="preserve">[27:13] </w:t>
      </w:r>
      <w:r>
        <w:t>kyunke imaan ka matlab kya hai? Allah ko bara maan lena. Allah se darne lagna.</w:t>
      </w:r>
    </w:p>
    <w:p>
      <w:pPr>
        <w:jc w:val="right"/>
      </w:pPr>
      <w:r>
        <w:t>کیونکہ ایمان کا مطلب کیا ہے؟ اللہ کو بڑا مان لینا۔ اللہ سے ڈرنے لگنا۔</w:t>
      </w:r>
    </w:p>
    <w:p>
      <w:r>
        <w:rPr>
          <w:b/>
        </w:rPr>
        <w:t xml:space="preserve">[27:22] </w:t>
      </w:r>
      <w:r>
        <w:t>Allah ko apna fikr bana lena. jab yeh baat aayegi to zaroor hai ke uss ke rawaiye mein tabdeeli aaye.</w:t>
      </w:r>
    </w:p>
    <w:p>
      <w:pPr>
        <w:jc w:val="right"/>
      </w:pPr>
      <w:r>
        <w:t>اللہ کو اپنا فکر بنا لینا۔ جب یہ بات آئے گی تو ضرور ہے کہ اُس کے رویے میں تبدیلی آئے۔</w:t>
      </w:r>
    </w:p>
    <w:p>
      <w:r>
        <w:rPr>
          <w:b/>
        </w:rPr>
        <w:t xml:space="preserve">[27:32] </w:t>
      </w:r>
      <w:r>
        <w:t>ek Amrici musannif ne Islam ka, Islam ki tehqeeq ki aur uss ke baad ek kitaab likhi Islam ke bare mein. to bohat khulasa uss ne Islam ka bataya.</w:t>
      </w:r>
    </w:p>
    <w:p>
      <w:pPr>
        <w:jc w:val="right"/>
      </w:pPr>
      <w:r>
        <w:t>ایک امریکی مصنف نے اسلام کا، اسلام کی تحقیق کی اور اُس کے بعد ایک کتاب لکھی اسلام کے بارے میں۔ تو بہت خلاصہ اُس نے اسلام کا بتایا۔</w:t>
      </w:r>
    </w:p>
    <w:p>
      <w:r>
        <w:rPr>
          <w:b/>
        </w:rPr>
        <w:t xml:space="preserve">[27:45] </w:t>
      </w:r>
      <w:r>
        <w:t>ke "the greatest concern of Islam is Allah"</w:t>
      </w:r>
    </w:p>
    <w:p>
      <w:pPr>
        <w:jc w:val="right"/>
      </w:pPr>
      <w:r>
        <w:t>جست کہ "دی گریٹسٹ کنسرن آف اسلام از اللہ"</w:t>
      </w:r>
    </w:p>
    <w:p>
      <w:r>
        <w:rPr>
          <w:b/>
        </w:rPr>
        <w:t xml:space="preserve">[27:55] </w:t>
      </w:r>
      <w:r>
        <w:t>"the greatest concern of Islam is Allah". Islam ka sab se bara fikr jo hai woh Allah hai. to Allah par jab aadmi ko yaqeen ho jaye, jab woh Khuda ko apni zindagi mein sab se aala ke hisse mein shamil kar le to uss ki uss ki guftagu badal jati hai.</w:t>
      </w:r>
    </w:p>
    <w:p>
      <w:pPr>
        <w:jc w:val="right"/>
      </w:pPr>
      <w:r>
        <w:t>۔ "دی گریٹسٹ کنسرن آف اسلام از اللہ"۔ اسلام کا سب سے بڑا فکر جو ہے وہ اللہ ہے۔ تو اللہ پر جب آدمی کو یقین ہو جائے، جب وہ خدا کو اپنی زندگی میں سب سے اعلیٰ کے حصے میں شامل کر لے تو اُس کی اُس کی گفتگو بدل جاتی ہے۔</w:t>
      </w:r>
    </w:p>
    <w:p>
      <w:r>
        <w:rPr>
          <w:b/>
        </w:rPr>
        <w:t xml:space="preserve">[28:19] </w:t>
      </w:r>
      <w:r>
        <w:t>uss ka amal badal jata hai. uss ka sochna badal jata hai. uss ke jazbaat badal jate hain. sab kuch badal jate hain.</w:t>
      </w:r>
    </w:p>
    <w:p>
      <w:pPr>
        <w:jc w:val="right"/>
      </w:pPr>
      <w:r>
        <w:t>اُس کا عمل بدل جاتا ہے۔ اُس کا سوچنا بدل جاتا ہے۔ اُس کے جذبات بدل جاتے ہیں۔ سب کچھ بدل جاتے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