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Purpose of Creation March 30, 2008</w:t>
      </w:r>
    </w:p>
    <w:p>
      <w:r>
        <w:t>https://www.youtube.com/watch?v=y0vyz7VtfUU</w:t>
      </w:r>
    </w:p>
    <w:p>
      <w:r>
        <w:rPr>
          <w:b/>
        </w:rPr>
        <w:t xml:space="preserve">[00:13] </w:t>
      </w:r>
      <w:r>
        <w:t>Bismillah Rehman ur Rahim, wa Salla Allahu Alaa An Nabiyyil Kareem.</w:t>
      </w:r>
    </w:p>
    <w:p>
      <w:pPr>
        <w:jc w:val="right"/>
      </w:pPr>
      <w:r>
        <w:t>بسم اللہ الرحمن الرحیم، وصلی اللہ علی النبی الکریم.</w:t>
      </w:r>
    </w:p>
    <w:p>
      <w:r>
        <w:rPr>
          <w:b/>
        </w:rPr>
        <w:t xml:space="preserve">[00:22]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[00:39] </w:t>
      </w:r>
      <w:r>
        <w:t>aaj ki talk ke liye jo theme hai woh hai</w:t>
      </w:r>
    </w:p>
    <w:p>
      <w:pPr>
        <w:jc w:val="right"/>
      </w:pPr>
      <w:r>
        <w:t>آج کی ٹاک کے لیے جو تھیم ہے وہ ہے</w:t>
      </w:r>
    </w:p>
    <w:p>
      <w:r>
        <w:rPr>
          <w:b/>
        </w:rPr>
        <w:t xml:space="preserve">[00:49] </w:t>
      </w:r>
      <w:r>
        <w:t>"the purpose of creation", yani</w:t>
      </w:r>
    </w:p>
    <w:p>
      <w:pPr>
        <w:jc w:val="right"/>
      </w:pPr>
      <w:r>
        <w:t>"دا پرپس آف کریشن"، یعنی</w:t>
      </w:r>
    </w:p>
    <w:p>
      <w:r>
        <w:rPr>
          <w:b/>
        </w:rPr>
        <w:t xml:space="preserve">[00:56] </w:t>
      </w:r>
      <w:r>
        <w:t>takhleeq ka maqsad.</w:t>
      </w:r>
    </w:p>
    <w:p>
      <w:pPr>
        <w:jc w:val="right"/>
      </w:pPr>
      <w:r>
        <w:t>تخلیق کا مقصد۔</w:t>
      </w:r>
    </w:p>
    <w:p>
      <w:r>
        <w:rPr>
          <w:b/>
        </w:rPr>
        <w:t xml:space="preserve">[01:05] </w:t>
      </w:r>
      <w:r>
        <w:t>aap jante hain ke Khuda ne insaan ko banaya.</w:t>
      </w:r>
    </w:p>
    <w:p>
      <w:pPr>
        <w:jc w:val="right"/>
      </w:pPr>
      <w:r>
        <w:t>آپ جانتے ہیں کہ خدا نے انسان کو بنایا۔</w:t>
      </w:r>
    </w:p>
    <w:p>
      <w:r>
        <w:rPr>
          <w:b/>
        </w:rPr>
        <w:t xml:space="preserve">[01:17] </w:t>
      </w:r>
      <w:r>
        <w:t>Khuda sari cheezon ka creator hai.</w:t>
      </w:r>
    </w:p>
    <w:p>
      <w:pPr>
        <w:jc w:val="right"/>
      </w:pPr>
      <w:r>
        <w:t>خدا ساری چیزوں کا کریٹر ہے۔</w:t>
      </w:r>
    </w:p>
    <w:p>
      <w:r>
        <w:rPr>
          <w:b/>
        </w:rPr>
        <w:t xml:space="preserve">[01:24] </w:t>
      </w:r>
      <w:r>
        <w:t>aaj subah mein radio sun raha tha to ek ajib experience hua. yeh iss tarah ka experience tha jis ko aap shabdon mein bayan nahi kar sakte.</w:t>
      </w:r>
    </w:p>
    <w:p>
      <w:pPr>
        <w:jc w:val="right"/>
      </w:pPr>
      <w:r>
        <w:t>آج صبح میں ریڈیو سن رہا تھا تو ایک عجیب ایکسپیرینس ہوا۔ یہ اس طرح کا ایکسپیرینس تھا جس کو آپ शब्दوں میں بیان نہیں کر سکتے۔</w:t>
      </w:r>
    </w:p>
    <w:p>
      <w:r>
        <w:rPr>
          <w:b/>
        </w:rPr>
        <w:t xml:space="preserve">[01:44] </w:t>
      </w:r>
      <w:r>
        <w:t>woh yeh tha ke radio mein unhon ne bataya ke Tata company, jo hamare mulk ki bohat bari company hai, Tata company ne</w:t>
      </w:r>
    </w:p>
    <w:p>
      <w:pPr>
        <w:jc w:val="right"/>
      </w:pPr>
      <w:r>
        <w:t>وہ یہ تھا کہ ریڈیو میں انہوں نے بتایا کہ ٹاٹا کمپنی، جو ہمارے ملک کی بہت بڑی کمپنی ہے، ٹاٹا کمپنی نے</w:t>
      </w:r>
    </w:p>
    <w:p>
      <w:r>
        <w:rPr>
          <w:b/>
        </w:rPr>
        <w:t xml:space="preserve">[02:02] </w:t>
      </w:r>
      <w:r>
        <w:t>motor ki line mein</w:t>
      </w:r>
    </w:p>
    <w:p>
      <w:pPr>
        <w:jc w:val="right"/>
      </w:pPr>
      <w:r>
        <w:t>موٹر کی لائن میں</w:t>
      </w:r>
    </w:p>
    <w:p>
      <w:r>
        <w:rPr>
          <w:b/>
        </w:rPr>
        <w:t xml:space="preserve">[02:06] </w:t>
      </w:r>
      <w:r>
        <w:t>dunya ki sab se bari kamyabi hasil ki hai. yani ek taraf uss ne sab se choti car banai jis ka daam sirf ek lakh rupay hai, doosri taraf woh ab ek aisi car bana raha hai jis ka daam ek crore rupay hoga.</w:t>
      </w:r>
    </w:p>
    <w:p>
      <w:pPr>
        <w:jc w:val="right"/>
      </w:pPr>
      <w:r>
        <w:t>دنیا کی سب سے بڑی کامیابی حاصل کی ہے۔ یعنی ایک طرف اس نے سب سے چھوٹی کار بنائی جس کا دام صرف ایک لاکھ روپے ہے، دوسری طرف وہ اب ایک ایسی کار بنا رہا ہے جس کا دام ایک کروڑ روپے ہوگا۔</w:t>
      </w:r>
    </w:p>
    <w:p>
      <w:r>
        <w:rPr>
          <w:b/>
        </w:rPr>
        <w:t xml:space="preserve">[02:28] </w:t>
      </w:r>
      <w:r>
        <w:t>uss ki tafseel batate hue unhon ne kaha ke yeh samjha ja raha hai ke bohat jald Tata dunya ki sab se bari jo car banane wali company hai,</w:t>
      </w:r>
    </w:p>
    <w:p>
      <w:pPr>
        <w:jc w:val="right"/>
      </w:pPr>
      <w:r>
        <w:t>اس کی تفصیل بتاتے ہوئے انہوں نے کہا کہ یہ سمجھا جا رہا ہے کہ بہت جلد ٹاٹا دنیا کی سب سے بڑی جو کار بنانے والی کمپنی ہے،</w:t>
      </w:r>
    </w:p>
    <w:p>
      <w:r>
        <w:rPr>
          <w:b/>
        </w:rPr>
        <w:t xml:space="preserve">[02:42] </w:t>
      </w:r>
      <w:r>
        <w:t>Ford Motor Company, uss ko takeover kar legi. uss ko takeover kar legi. maine socha ke iss tarah ka waqea pehle mumkin nahi tha.</w:t>
      </w:r>
    </w:p>
    <w:p>
      <w:pPr>
        <w:jc w:val="right"/>
      </w:pPr>
      <w:r>
        <w:t>فورڈ موٹر کمپنی، اس کو ٹیک اوور کر لے گا۔ اس کو ٹیک اوور کر لے گا۔ میں نے سوچا کہ اس طرح کا واقعہ پہلے ممکن نہیں تھا۔</w:t>
      </w:r>
    </w:p>
    <w:p>
      <w:r>
        <w:rPr>
          <w:b/>
        </w:rPr>
        <w:t xml:space="preserve">[02:57] </w:t>
      </w:r>
      <w:r>
        <w:t>ek company jis ka headquarter India mein ho, poori poori dunya mein apna infrastructure phaila sake, poori poori dunya mein apna domination qaim kar sake,</w:t>
      </w:r>
    </w:p>
    <w:p>
      <w:pPr>
        <w:jc w:val="right"/>
      </w:pPr>
      <w:r>
        <w:t>ایک کمپنی جس کا ہیڈ کوارٹر انڈیا میں ہو، پوری پوری دنیا میں اپنا انفراسٹرکچر پھیلا سکے، پوری پوری دنیا میں اپنا ڈومینیشن قائم کر سکے،</w:t>
      </w:r>
    </w:p>
    <w:p>
      <w:r>
        <w:rPr>
          <w:b/>
        </w:rPr>
        <w:t xml:space="preserve">[03:14] </w:t>
      </w:r>
      <w:r>
        <w:t>to yeh aaj ki jo technique hai, aaj ki jo communication hai, uss ki wajah se yeh mumkin hua hai. yani international management ko insaan pehle nahi janta tha.</w:t>
      </w:r>
    </w:p>
    <w:p>
      <w:pPr>
        <w:jc w:val="right"/>
      </w:pPr>
      <w:r>
        <w:t>تو یہ آج کی جو ٹیکنیک ہے، آج کی جو کمیونیکیشن ہے، اس کی وجہ سے یہ ممکن ہوا ہے۔ یعنی انٹرنیشنل مینجمنٹ کو انسان پہلے نہیں جانتا تھا۔</w:t>
      </w:r>
    </w:p>
    <w:p>
      <w:r>
        <w:rPr>
          <w:b/>
        </w:rPr>
        <w:t xml:space="preserve">[03:31] </w:t>
      </w:r>
      <w:r>
        <w:t>koi business international level par manage kiya ja sakta hai, yeh insaan pehle nahi jaanta tha.</w:t>
      </w:r>
    </w:p>
    <w:p>
      <w:pPr>
        <w:jc w:val="right"/>
      </w:pPr>
      <w:r>
        <w:t>کوئی بزنس انٹرنیشنل لیول پر مینج کیا جا سکتا ہے، یہ انسان پہلے نہیں جانتا تھا۔</w:t>
      </w:r>
    </w:p>
    <w:p>
      <w:r>
        <w:rPr>
          <w:b/>
        </w:rPr>
        <w:t xml:space="preserve">[03:42] </w:t>
      </w:r>
      <w:r>
        <w:t>to maine socha ke khuda ne apni azmat ko batane ke liye ek chhoti si jhalak dikhai hai humein ke jis tarah insaan international level par mamlaat ko manage kar raha hai,</w:t>
      </w:r>
    </w:p>
    <w:p>
      <w:pPr>
        <w:jc w:val="right"/>
      </w:pPr>
      <w:r>
        <w:t>تو میں نے سوچا کہ خدا نے اپنی عظمت کو بتانے کے لیے ایک چھوٹی سی جھلک دکھائی ہے ہمیں کہ جس طرح انسان انٹرنیشنل لیول پر معاملات کو مینج کر رہا ہے،</w:t>
      </w:r>
    </w:p>
    <w:p>
      <w:r>
        <w:rPr>
          <w:b/>
        </w:rPr>
        <w:t xml:space="preserve">[03:58] </w:t>
      </w:r>
      <w:r>
        <w:t>isi tarah khuda universal level par mamlaat ko manage kar raha hai.</w:t>
      </w:r>
    </w:p>
    <w:p>
      <w:pPr>
        <w:jc w:val="right"/>
      </w:pPr>
      <w:r>
        <w:t>اسی طرح خدا یونیورسل لیول پر معاملات کو مینج کر رہا ہے۔</w:t>
      </w:r>
    </w:p>
    <w:p>
      <w:r>
        <w:rPr>
          <w:b/>
        </w:rPr>
        <w:t xml:space="preserve">[04:06] </w:t>
      </w:r>
      <w:r>
        <w:t>to tata phenomena max is</w:t>
      </w:r>
    </w:p>
    <w:p>
      <w:pPr>
        <w:jc w:val="right"/>
      </w:pPr>
      <w:r>
        <w:t>تو ٹاٹا فیناومینا میکس اس</w:t>
      </w:r>
    </w:p>
    <w:p>
      <w:r>
        <w:rPr>
          <w:b/>
        </w:rPr>
        <w:t xml:space="preserve">[04:14] </w:t>
      </w:r>
      <w:r>
        <w:t>aware to understand how it is possible to manage universal infrastructure. Insaan agar international infrastructure ko manage kar sakta hai to jo creator hai, jo khaliq hai,</w:t>
      </w:r>
    </w:p>
    <w:p>
      <w:pPr>
        <w:jc w:val="right"/>
      </w:pPr>
      <w:r>
        <w:t>اویئر ٹو انڈرسٹینڈ ہاؤ اٹ از ممکن ٹو مینج یونیورسل انفراسٹرکچر۔ انسان اگر انٹرنیشنل انفراسٹرکچر کو مینج کر سکتا ہے تو جو کریٹر ہے، جو خالق ہے،</w:t>
      </w:r>
    </w:p>
    <w:p>
      <w:r>
        <w:rPr>
          <w:b/>
        </w:rPr>
        <w:t xml:space="preserve">[04:35] </w:t>
      </w:r>
      <w:r>
        <w:t>woh universal infrastructure ko bhi manage kar sakta hai. yeh soch kar bilkul tharthari aa gayi mere body mein. literally main kanpne laga.</w:t>
      </w:r>
    </w:p>
    <w:p>
      <w:pPr>
        <w:jc w:val="right"/>
      </w:pPr>
      <w:r>
        <w:t>وہ یونیورسل انفراسٹرکچر کو بھی مینج کر سکتا ہے۔ یہ سوچ کر بالکل تھرتھری آ گئی میرے باڈی میں۔ لٹرلی میں کانپنے لگا۔</w:t>
      </w:r>
    </w:p>
    <w:p>
      <w:r>
        <w:rPr>
          <w:b/>
        </w:rPr>
        <w:t xml:space="preserve">[04:50] </w:t>
      </w:r>
      <w:r>
        <w:t>main samajhta hoon ke aaj ke zamane mein khuda ne woh nishaniyan, woh signs aakhri taur par khol di hain jis se aap khuda ko samajh saken.</w:t>
      </w:r>
    </w:p>
    <w:p>
      <w:pPr>
        <w:jc w:val="right"/>
      </w:pPr>
      <w:r>
        <w:t>میں سمجھتا ہوں کہ آج کے زمانے میں خدا نے وہ نشانیاں، وہ سائنز آخری طور پر کھول دی ہیں جس سے آپ خدا کو سمجھ سکیں۔</w:t>
      </w:r>
    </w:p>
    <w:p>
      <w:r>
        <w:rPr>
          <w:b/>
        </w:rPr>
        <w:t xml:space="preserve">[05:09] </w:t>
      </w:r>
      <w:r>
        <w:t>khuda ki azmat ko samajhne ke liye sab tarqqiyan hui hain.</w:t>
      </w:r>
    </w:p>
    <w:p>
      <w:pPr>
        <w:jc w:val="right"/>
      </w:pPr>
      <w:r>
        <w:t>خدا کی عظمت کو سمجھنے کے لیے سب ترقیاں ہوئی ہیں۔</w:t>
      </w:r>
    </w:p>
    <w:p>
      <w:r>
        <w:rPr>
          <w:b/>
        </w:rPr>
        <w:t xml:space="preserve">[05:17] </w:t>
      </w:r>
      <w:r>
        <w:t>yeh jo tarqqiyan is zamane mein hui hain, in ka jo material pehlu hai, woh to bohat hi chhota pehlu hai. zyada bada pehlu woh hai jis ko main kahunga ke rohani pehlu.</w:t>
      </w:r>
    </w:p>
    <w:p>
      <w:pPr>
        <w:jc w:val="right"/>
      </w:pPr>
      <w:r>
        <w:t>یہ جو ترقیاں اس زمانے میں ہوئی ہیں، ان کا جو مٹیریل پہلو ہے، وہ تو بہت ہی چھوٹا پہلو ہے۔ زیادہ بڑا پہلو وہ ہے جس کو میں کہوں گا کہ روحانی پہلو۔</w:t>
      </w:r>
    </w:p>
    <w:p>
      <w:r>
        <w:rPr>
          <w:b/>
        </w:rPr>
        <w:t xml:space="preserve">[05:31] </w:t>
      </w:r>
      <w:r>
        <w:t>yani khuda ko samajhna, khuda ki azmat ko mehsoos kar sakta.</w:t>
      </w:r>
    </w:p>
    <w:p>
      <w:pPr>
        <w:jc w:val="right"/>
      </w:pPr>
      <w:r>
        <w:t>یعنی خدا کو سمجھنا، خدا کی عظمت کو محسوس کر سکتا۔</w:t>
      </w:r>
    </w:p>
    <w:p>
      <w:r>
        <w:rPr>
          <w:b/>
        </w:rPr>
        <w:t xml:space="preserve">[05:44] </w:t>
      </w:r>
      <w:r>
        <w:t>to yeh hai khuda jis ki ek bohat hi chhoti si jhalak hum science ke moajzaat mein aaj dekh sakte hain.</w:t>
      </w:r>
    </w:p>
    <w:p>
      <w:pPr>
        <w:jc w:val="right"/>
      </w:pPr>
      <w:r>
        <w:t>تو یہ ہے خدا جس کی ایک بہت ہی چھوٹی سی جھلک ہم سائنس کے معجزات میں آج دیکھ سکتے ہیں۔</w:t>
      </w:r>
    </w:p>
    <w:p>
      <w:r>
        <w:rPr>
          <w:b/>
        </w:rPr>
        <w:t xml:space="preserve">[05:57] </w:t>
      </w:r>
      <w:r>
        <w:t>to is khuda ne yeh duniya banai, insaan ko yahan basaya. saare insaan</w:t>
      </w:r>
    </w:p>
    <w:p>
      <w:pPr>
        <w:jc w:val="right"/>
      </w:pPr>
      <w:r>
        <w:t>تو اس خدا نے یہ دنیا بنائی، انسان کو یہاں بسایا۔ سارے انسان</w:t>
      </w:r>
    </w:p>
    <w:p>
      <w:r>
        <w:rPr>
          <w:b/>
        </w:rPr>
        <w:t xml:space="preserve">[06:09] </w:t>
      </w:r>
      <w:r>
        <w:t>barabar buniyad par khuda ke banaye hue hain. is aitbaar se insaan aur insaan mein koi farq nahi.</w:t>
      </w:r>
    </w:p>
    <w:p>
      <w:pPr>
        <w:jc w:val="right"/>
      </w:pPr>
      <w:r>
        <w:t>برابر بنیاد پر خدا کے بنائے ہوئے ہیں۔ اس اعتبار سے انسان اور انسان میں کوئی فرق نہیں۔</w:t>
      </w:r>
    </w:p>
    <w:p>
      <w:r>
        <w:rPr>
          <w:b/>
        </w:rPr>
        <w:t xml:space="preserve">[06:24] </w:t>
      </w:r>
      <w:r>
        <w:t>lekin ek farq hota hai jo haqeeqi farq hai, haqeeqi farq hai, woh hai momin aur ghair momin ka farq.</w:t>
      </w:r>
    </w:p>
    <w:p>
      <w:pPr>
        <w:jc w:val="right"/>
      </w:pPr>
      <w:r>
        <w:t>لیکن ایک فرق ہوتا ہے جو حقیقی فرق ہے، حقیقی فرق ہے، وہ ہے مومن اور غیر مومن کا فرق۔</w:t>
      </w:r>
    </w:p>
    <w:p>
      <w:r>
        <w:rPr>
          <w:b/>
        </w:rPr>
        <w:t xml:space="preserve">[06:35] </w:t>
      </w:r>
      <w:r>
        <w:t>yani ek aitbaar se yeh saari duniya dar-ul-insaan hai.</w:t>
      </w:r>
    </w:p>
    <w:p>
      <w:pPr>
        <w:jc w:val="right"/>
      </w:pPr>
      <w:r>
        <w:t>یعنی ایک اعتبار سے یہ ساری دنیا دارالانسان ہے۔</w:t>
      </w:r>
    </w:p>
    <w:p>
      <w:r>
        <w:rPr>
          <w:b/>
        </w:rPr>
        <w:t xml:space="preserve">[06:42] </w:t>
      </w:r>
      <w:r>
        <w:t>sab ka sab log yeh dar-ul-insaan hain. lekin ek aur aitbaar se ek insaan aur doosre insaan mein farq ho jata hai, woh hai yaqeen ka nizam.</w:t>
      </w:r>
    </w:p>
    <w:p>
      <w:pPr>
        <w:jc w:val="right"/>
      </w:pPr>
      <w:r>
        <w:t>سب کا سب لوگ یہ دارالانسان ہیں۔ لیکن ایک اور اعتبار سے ایک انسان اور دوسرے انسان میں فرق ہو جاتا ہے، وہ ہے یقین کا نظام۔</w:t>
      </w:r>
    </w:p>
    <w:p>
      <w:r>
        <w:rPr>
          <w:b/>
        </w:rPr>
        <w:t xml:space="preserve">[06:54] </w:t>
      </w:r>
      <w:r>
        <w:t>khuda ko manna is aitbaar se farq ho jata hai. kuch momin hote hain, kuch ghair momin hote hain.</w:t>
      </w:r>
    </w:p>
    <w:p>
      <w:pPr>
        <w:jc w:val="right"/>
      </w:pPr>
      <w:r>
        <w:t>خدا کو ماننا اس اعتبار سے فرق ہو جاتا ہے۔ کچھ مومن ہوتے ہیں، کچھ غیر مومن ہوتے ہیں۔</w:t>
      </w:r>
    </w:p>
    <w:p>
      <w:r>
        <w:rPr>
          <w:b/>
        </w:rPr>
        <w:t xml:space="preserve">[07:07] </w:t>
      </w:r>
      <w:r>
        <w:t>hamare ulama ne Abbasi daur mein duniya ko kai is mein hisson mein taqseem kiya: dar-ul-islam, dar-ul-harb, dar-ul-kufr.</w:t>
      </w:r>
    </w:p>
    <w:p>
      <w:pPr>
        <w:jc w:val="right"/>
      </w:pPr>
      <w:r>
        <w:t>ہمارے علماء نے عباسی دور میں دنیا کو کئی اس میں حصوں میں تقسیم کیا: دارالاسلام، دارالحرب، دارالکفر۔</w:t>
      </w:r>
    </w:p>
    <w:p>
      <w:r>
        <w:rPr>
          <w:b/>
        </w:rPr>
        <w:t xml:space="preserve">[07:25] </w:t>
      </w:r>
      <w:r>
        <w:t>yeh haqeeqi taqseem nahi hai.</w:t>
      </w:r>
    </w:p>
    <w:p>
      <w:pPr>
        <w:jc w:val="right"/>
      </w:pPr>
      <w:r>
        <w:t>یہ حقیقی تقسیم نہیں ہے۔</w:t>
      </w:r>
    </w:p>
    <w:p>
      <w:r>
        <w:rPr>
          <w:b/>
        </w:rPr>
        <w:t xml:space="preserve">[07:30] </w:t>
      </w:r>
      <w:r>
        <w:t>unhone dekhiye, main samajhta hoon ke yeh ghalati hai ke aap yeh sab in terms of line aap ne taqseem kiya.</w:t>
      </w:r>
    </w:p>
    <w:p>
      <w:pPr>
        <w:jc w:val="right"/>
      </w:pPr>
      <w:r>
        <w:t>انہوں نے دیکھیے، میں سمجھتا ہوں کہ یہ غلطی ہے کہ آپ یہ سب ان ٹرم آف لائن آپ نے تقسیم کیا۔</w:t>
      </w:r>
    </w:p>
    <w:p>
      <w:r>
        <w:rPr>
          <w:b/>
        </w:rPr>
        <w:t xml:space="preserve">[07:40] </w:t>
      </w:r>
      <w:r>
        <w:t>in terms of line. to in terms of line taqseem karna yeh koi taqseem nahi hai. yeh aap ka apna khud mukhtar taqseem hai.</w:t>
      </w:r>
    </w:p>
    <w:p>
      <w:pPr>
        <w:jc w:val="right"/>
      </w:pPr>
      <w:r>
        <w:t>ان ٹرم آف لائن۔ تو ان ٹرم آف لائن تقسیم کرنا یہ کوئی تقسیم نہیں ہے۔ یہ آپ کا اپنا خودمختار تقسیم ہے۔</w:t>
      </w:r>
    </w:p>
    <w:p>
      <w:r>
        <w:rPr>
          <w:b/>
        </w:rPr>
        <w:t xml:space="preserve">[07:51] </w:t>
      </w:r>
      <w:r>
        <w:t>khuda ka jo hai woh in terms of men. Rasool Allah ke zamane mein, sahaba ke zamane mein yeh shabd nahi bole jaate the: dar-ul-islam, dar-ul-harb, dar-ul-kufr.</w:t>
      </w:r>
    </w:p>
    <w:p>
      <w:pPr>
        <w:jc w:val="right"/>
      </w:pPr>
      <w:r>
        <w:t>خدا کا جو ہے وہ ان ٹرم آف مین۔ رسول اللہ کے زمانے میں، صحابہ کے زمانے میں یہ शब्द نہیں بولے جاتے تھے: دارالاسلام، دارالحرب، دارالکفر۔</w:t>
      </w:r>
    </w:p>
    <w:p>
      <w:r>
        <w:rPr>
          <w:b/>
        </w:rPr>
        <w:t xml:space="preserve">[08:02] </w:t>
      </w:r>
      <w:r>
        <w:t>yeh sab baat ko banaye gaye hain. yeh in terms of in terms of line logon ko baant te hain. yeh batwara artificial hai.</w:t>
      </w:r>
    </w:p>
    <w:p>
      <w:pPr>
        <w:jc w:val="right"/>
      </w:pPr>
      <w:r>
        <w:t>یہ سب بات کو بنائے گئے ہیں۔ یہ ان ٹرم آف ان ٹرم آف لائن لوگوں کو بانٹتے ہیں۔ یہ بٹوارہ آرٹیفیشل ہے۔</w:t>
      </w:r>
    </w:p>
    <w:p>
      <w:r>
        <w:rPr>
          <w:b/>
        </w:rPr>
        <w:t xml:space="preserve">[08:15] </w:t>
      </w:r>
      <w:r>
        <w:t>haqeeqi batwara woh hai jo in terms of men ho. yani kuch log woh hain jo khuda ko manne wale hon ya haqeeqat ko manne wale hon.</w:t>
      </w:r>
    </w:p>
    <w:p>
      <w:pPr>
        <w:jc w:val="right"/>
      </w:pPr>
      <w:r>
        <w:t>حقیقی بٹوارہ وہ ہے جو ان ٹرم آف مین ہو۔ یعنی کچھ لوگ وہ ہیں جو خدا کو ماننے والے ہوں یا حقیقت کو ماننے والے ہوں۔</w:t>
      </w:r>
    </w:p>
    <w:p>
      <w:r>
        <w:rPr>
          <w:b/>
        </w:rPr>
        <w:t xml:space="preserve">[08:24] </w:t>
      </w:r>
      <w:r>
        <w:t>khuda ko manna kya hai? haqeeqat ko manna, sachai ko manna. aur khuda ko na manna kya hai?</w:t>
      </w:r>
    </w:p>
    <w:p>
      <w:pPr>
        <w:jc w:val="right"/>
      </w:pPr>
      <w:r>
        <w:t>خدا کو ماننا کیا ہے؟ حقیقت کو ماننا، سچائی کو ماننا۔ اور خدا کو نہ ماننا کیا ہے؟</w:t>
      </w:r>
    </w:p>
    <w:p>
      <w:r>
        <w:rPr>
          <w:b/>
        </w:rPr>
        <w:t xml:space="preserve">[08:34] </w:t>
      </w:r>
      <w:r>
        <w:t>haqeeqat ka inkar karna, sachai ka inkar karna. kyunke khuda hi sab se bari sachai hai, sab se bari haqeeqat hai, jo ke creator hai.</w:t>
      </w:r>
    </w:p>
    <w:p>
      <w:pPr>
        <w:jc w:val="right"/>
      </w:pPr>
      <w:r>
        <w:t>حقیقت کا انکار کرنا، سچائی کا انکار کرنا۔ کیونکہ خدا ہی سب سے بڑی سچائی ہے، سب سے بڑی حقیقت ہے، جو کہ کریٹر ہے۔</w:t>
      </w:r>
    </w:p>
    <w:p>
      <w:r>
        <w:rPr>
          <w:b/>
        </w:rPr>
        <w:t xml:space="preserve">[08:46] </w:t>
      </w:r>
      <w:r>
        <w:t>to main samajhta hoon ke yeh hamari tareekh mein ek ghalti thi ke in term of line cheezon ko banta gaya.</w:t>
      </w:r>
    </w:p>
    <w:p>
      <w:pPr>
        <w:jc w:val="right"/>
      </w:pPr>
      <w:r>
        <w:t>تو میں سمجھتا ہوں کہ یہ ہماری تاریخ میں ایک غلطی تھی کہ ان ٹرم آف لائن چیزوں کو بانٹا گیا۔</w:t>
      </w:r>
    </w:p>
    <w:p>
      <w:r>
        <w:rPr>
          <w:b/>
        </w:rPr>
        <w:t xml:space="preserve">[08:56] </w:t>
      </w:r>
      <w:r>
        <w:t>darulinsan, darulkufr. asal asal asal cheez hai darulinsan. yeh to artificial taqseem hain ke darulislam, darulkufr, darulharb.</w:t>
      </w:r>
    </w:p>
    <w:p>
      <w:pPr>
        <w:jc w:val="right"/>
      </w:pPr>
      <w:r>
        <w:t>دارالانسان، دارالکفر۔ اصل اصل اصل چیز ہے دارالانسان۔ یہ تو آرٹیفیشل تقسیمات ہیں کہ دارالاسلام، دارالکفر، دارالحرب۔</w:t>
      </w:r>
    </w:p>
    <w:p>
      <w:r>
        <w:rPr>
          <w:b/>
        </w:rPr>
        <w:t xml:space="preserve">[09:07] </w:t>
      </w:r>
      <w:r>
        <w:t>is ke baad jo haqeeqi taqseem hai woh yeh hai: momin aur ghair momin ki. yahi main samajhta hoon ke sahi taqseem hai.</w:t>
      </w:r>
    </w:p>
    <w:p>
      <w:pPr>
        <w:jc w:val="right"/>
      </w:pPr>
      <w:r>
        <w:t>اس کے بعد جو حقیقی تقسیم ہے وہ یہ ہے: مومن اور غیر مومن کی۔ یہی میں سمجھتا ہوں کہ صحیح تقسیم ہے۔</w:t>
      </w:r>
    </w:p>
    <w:p>
      <w:r>
        <w:rPr>
          <w:b/>
        </w:rPr>
        <w:t xml:space="preserve">[09:19] </w:t>
      </w:r>
      <w:r>
        <w:t>prophet of islam ke zamanay mein jo taqseem tha woh tha yahi.</w:t>
      </w:r>
    </w:p>
    <w:p>
      <w:pPr>
        <w:jc w:val="right"/>
      </w:pPr>
      <w:r>
        <w:t>پرافٹ آف اسلام کے زمانے میں جو تقسیم تھا وہ تھا یہی۔</w:t>
      </w:r>
    </w:p>
    <w:p>
      <w:r>
        <w:rPr>
          <w:b/>
        </w:rPr>
        <w:t xml:space="preserve">[09:30] </w:t>
      </w:r>
      <w:r>
        <w:t>is mein ek plus tha, ek aur jo zimmedari thi mominon ki woh thi shahadat, gawahi jis ko hum dawat o tablegh kehte hain.</w:t>
      </w:r>
    </w:p>
    <w:p>
      <w:pPr>
        <w:jc w:val="right"/>
      </w:pPr>
      <w:r>
        <w:t>اس میں ایک پلس تھا، ایک اور جو ذمہ داری تھی مومنوں کی وہ تھی شہادت، گواہی جس کو ہم دعوت و تبلیغ کہتے ہیں۔</w:t>
      </w:r>
    </w:p>
    <w:p>
      <w:r>
        <w:rPr>
          <w:b/>
        </w:rPr>
        <w:t xml:space="preserve">[09:40] </w:t>
      </w:r>
      <w:r>
        <w:t>is aitbar se ek taqseem banta hai jis ko main kahoon ke equation, ek equation banta hai. woh hai shahid aur mashhood ka equation.</w:t>
      </w:r>
    </w:p>
    <w:p>
      <w:pPr>
        <w:jc w:val="right"/>
      </w:pPr>
      <w:r>
        <w:t>اس اعتبار سے ایک تقسیم بنتا ہے جس کو میں کہوں کہ ایکویشن، ایک ایکویشن بنتا ہے۔ وہ ہے شاہد اور مشہود کا ایکویشن۔</w:t>
      </w:r>
    </w:p>
    <w:p>
      <w:r>
        <w:rPr>
          <w:b/>
        </w:rPr>
        <w:t xml:space="preserve">[09:50] </w:t>
      </w:r>
      <w:r>
        <w:t>quran mein hai ke wa shahid wa mashhood yaani witness aur wednesday, gawahi dene wala aur woh jis par gawahi di jaye.</w:t>
      </w:r>
    </w:p>
    <w:p>
      <w:pPr>
        <w:jc w:val="right"/>
      </w:pPr>
      <w:r>
        <w:t>قرآن میں ہے کہ وشاہد و مشہود یعنی وٹنس اور وٹنسڈے، گواہی دینے والا اور وہ جس پر گواہی دی جائے۔</w:t>
      </w:r>
    </w:p>
    <w:p>
      <w:r>
        <w:rPr>
          <w:b/>
        </w:rPr>
        <w:t xml:space="preserve">[10:02] </w:t>
      </w:r>
      <w:r>
        <w:t>to rasool allah ke zamanay mein yahi equation tha ke jo momin hain woh thay shahid yaani wednesday, doosre log jo thay woh witnessed thay, un par gawahi di gayi thi.</w:t>
      </w:r>
    </w:p>
    <w:p>
      <w:pPr>
        <w:jc w:val="right"/>
      </w:pPr>
      <w:r>
        <w:t>تو رسول اللہ کے زمانے میں یہی ایکویشن تھا کہ جو مومن ہیں وہ تھے شاہد یعنی وٹنسڈے، دوسرے لوگ جو تھے وہ وٹنسڈ تھے، ان پر گواہی دی گئی تھی۔</w:t>
      </w:r>
    </w:p>
    <w:p>
      <w:r>
        <w:rPr>
          <w:b/>
        </w:rPr>
        <w:t xml:space="preserve">[10:16] </w:t>
      </w:r>
      <w:r>
        <w:t>main samajhta hoon ke momin aur ghair momin ki taqseem ke baad jo doosri taqseem banti hai woh yahi hai: witness aur Wednesday ki.</w:t>
      </w:r>
    </w:p>
    <w:p>
      <w:pPr>
        <w:jc w:val="right"/>
      </w:pPr>
      <w:r>
        <w:t>میں سمجھتا ہوں کہ مومن اور غیر مومن کی تقسیم کے بعد جو دوسری تقسیم بنتی ہے وہ یہی ہے: وٹنس اور وٹنسڈ کی۔</w:t>
      </w:r>
    </w:p>
    <w:p>
      <w:r>
        <w:rPr>
          <w:b/>
        </w:rPr>
        <w:t xml:space="preserve">[10:29] </w:t>
      </w:r>
      <w:r>
        <w:t>ab aap tareekh ko parhiye to yahi equation chalta raha</w:t>
      </w:r>
    </w:p>
    <w:p>
      <w:pPr>
        <w:jc w:val="right"/>
      </w:pPr>
      <w:r>
        <w:t>اب آپ تاریخ کو پڑھیے تو یہی ایکویشن چلتا رہا</w:t>
      </w:r>
    </w:p>
    <w:p>
      <w:r>
        <w:rPr>
          <w:b/>
        </w:rPr>
        <w:t xml:space="preserve">[10:36] </w:t>
      </w:r>
      <w:r>
        <w:t>rasool allah ke zamanay mein, sahaba ke zamanay mein, yahan tak ke banu ummaya tak ke zamanay mein. abbasi dour mein equation badalta hai kyunke us waqt empire qaim ho gayi.</w:t>
      </w:r>
    </w:p>
    <w:p>
      <w:pPr>
        <w:jc w:val="right"/>
      </w:pPr>
      <w:r>
        <w:t>رسول اللہ کے زمانے میں، صحابہ کے زمانے میں، یہاں تک کہ بنو امیہ تک کے زمانے میں۔ عباسی دور میں ایکویشن بدلتا ہے کیونکہ اس وقت ایمپائر قائم ہو گئی۔</w:t>
      </w:r>
    </w:p>
    <w:p>
      <w:r>
        <w:rPr>
          <w:b/>
        </w:rPr>
        <w:t xml:space="preserve">[10:48] </w:t>
      </w:r>
      <w:r>
        <w:t>jab empire qaim ho gayi to ek naya equation samne aaya woh tha hakim aur mahkoom ka. ruler and ruled, hakim aur mahkoom, ruler and ruled.</w:t>
      </w:r>
    </w:p>
    <w:p>
      <w:pPr>
        <w:jc w:val="right"/>
      </w:pPr>
      <w:r>
        <w:t>جب ایمپائر قائم ہو گئی تو ایک نیا ایکویشن سامنے آیا وہ تھا حاکم اور محکوم کا۔ رولر اینڈ رولڈ، حاکم اور محکوم، رولر اینڈ رولڈ۔</w:t>
      </w:r>
    </w:p>
    <w:p>
      <w:r>
        <w:rPr>
          <w:b/>
        </w:rPr>
        <w:t xml:space="preserve">[11:03] </w:t>
      </w:r>
      <w:r>
        <w:t>yeh islami equation nahi hai. islam ke mutabiq jo equation hai woh shahid aur mashhood ka hai. yaani dawat dene wala aur dawat panay wala, witness aur witnessed.</w:t>
      </w:r>
    </w:p>
    <w:p>
      <w:pPr>
        <w:jc w:val="right"/>
      </w:pPr>
      <w:r>
        <w:t>یہ اسلامی ایکویشن نہیں ہے۔ اسلام کے مطابق جو ایکویشن ہے وہ شاہد اور مشہود کا ہے۔ یعنی دعوت دینے والا اور دعوت پانے والا، وٹنس اور وٹنسڈ۔</w:t>
      </w:r>
    </w:p>
    <w:p>
      <w:r>
        <w:rPr>
          <w:b/>
        </w:rPr>
        <w:t xml:space="preserve">[11:16] </w:t>
      </w:r>
      <w:r>
        <w:t>yeh jo hakim aur mahkoom ka equation hai yeh to political equation hai.</w:t>
      </w:r>
    </w:p>
    <w:p>
      <w:pPr>
        <w:jc w:val="right"/>
      </w:pPr>
      <w:r>
        <w:t>یہ جو حاکم اور محکوم کا ایکویشن ہے یہ تو پولیٹیکل ایکویشن ہے۔</w:t>
      </w:r>
    </w:p>
    <w:p>
      <w:r>
        <w:rPr>
          <w:b/>
        </w:rPr>
        <w:t xml:space="preserve">[11:24] </w:t>
      </w:r>
      <w:r>
        <w:t>lekin isi ki isi ki basis par</w:t>
      </w:r>
    </w:p>
    <w:p>
      <w:pPr>
        <w:jc w:val="right"/>
      </w:pPr>
      <w:r>
        <w:t>لیکن اسی کی اسی کی بیسز پر</w:t>
      </w:r>
    </w:p>
    <w:p>
      <w:r>
        <w:rPr>
          <w:b/>
        </w:rPr>
        <w:t xml:space="preserve">[11:30] </w:t>
      </w:r>
      <w:r>
        <w:t>jo isi ke basis par thought ka development hua, isi ki basis par darulharb, darulkufr, islam, darulharb, darulkufr ke yeh sab terminology bani.</w:t>
      </w:r>
    </w:p>
    <w:p>
      <w:pPr>
        <w:jc w:val="right"/>
      </w:pPr>
      <w:r>
        <w:t>جو اسی کے بیسز پر تھاٹ کا ڈیولپمنٹ ہوا، اسی کی بیسز پر دارالحرب، دارالکفر، اسلام، دارالحرب، دارالکفر کے یہ سب ٹرمینالوجی بنی۔</w:t>
      </w:r>
    </w:p>
    <w:p>
      <w:r>
        <w:rPr>
          <w:b/>
        </w:rPr>
        <w:t xml:space="preserve">[11:45] </w:t>
      </w:r>
      <w:r>
        <w:t>to tareekh batati hai ke taqreeban ek hazar saal tak hakim aur mahkoom ka equation chalta raha jab tak musalmanon ki empire qaim thi.</w:t>
      </w:r>
    </w:p>
    <w:p>
      <w:pPr>
        <w:jc w:val="right"/>
      </w:pPr>
      <w:r>
        <w:t>تو تاریخ بتاتی ہے کہ تقریباً ایک ہزار سال تک حاکم اور محکوم کا ایکویشن چلتا رہا جب تک مسلمانوں کی ایمپائر قائم تھی۔</w:t>
      </w:r>
    </w:p>
    <w:p>
      <w:r>
        <w:rPr>
          <w:b/>
        </w:rPr>
        <w:t xml:space="preserve">[11:56] </w:t>
      </w:r>
      <w:r>
        <w:t>jab tak musalmanon ki empire qaim thi jo ke asia aur africa se guzar ke europe tak pahunch gayi to sara literature aur sari soch bani isi buniyad par ke koi hakim hai, koi mahkoom hai.</w:t>
      </w:r>
    </w:p>
    <w:p>
      <w:pPr>
        <w:jc w:val="right"/>
      </w:pPr>
      <w:r>
        <w:t>جب تک مسلمانوں کی ایمپائر قائم تھی جو کہ ایشیا اور افریقہ سے گزر کے یورپ تک پہنچ گئی تو سارا لٹریچر اور ساری سوچ بنی اسی بنیاد پر کہ کوئی حاکم ہے، کوئی محکوم ہے۔</w:t>
      </w:r>
    </w:p>
    <w:p>
      <w:r>
        <w:rPr>
          <w:b/>
        </w:rPr>
        <w:t xml:space="preserve">[12:11] </w:t>
      </w:r>
      <w:r>
        <w:t>isi zamanay mein yeh nazariya bana ke ke musalman jo hain woh khalifatullah fil arz hain. abhi ek bohat hi interesting qissa hua.</w:t>
      </w:r>
    </w:p>
    <w:p>
      <w:pPr>
        <w:jc w:val="right"/>
      </w:pPr>
      <w:r>
        <w:t>اسی زمانے میں یہ نظریہ بنا کہ کہ مسلمان جو ہیں وہ خلیفۃ اللہ فی الارض ہیں۔ ابھی ایک بہت ہی انٹرسٹنگ قصہ ہوا۔</w:t>
      </w:r>
    </w:p>
    <w:p>
      <w:r>
        <w:rPr>
          <w:b/>
        </w:rPr>
        <w:t xml:space="preserve">[12:21] </w:t>
      </w:r>
      <w:r>
        <w:t>ek sahib south africa se aaye</w:t>
      </w:r>
    </w:p>
    <w:p>
      <w:pPr>
        <w:jc w:val="right"/>
      </w:pPr>
      <w:r>
        <w:t>ایک صاحب ساؤتھ افریقہ سے آئے</w:t>
      </w:r>
    </w:p>
    <w:p>
      <w:r>
        <w:rPr>
          <w:b/>
        </w:rPr>
        <w:t xml:space="preserve">[12:25] </w:t>
      </w:r>
      <w:r>
        <w:t>to unhon ne kaha ke hum hamara jo mission hai woh hai khilafat ka mission. khilafat ka mission yaani khilafat qaim karna, musalmanon ki khilafat.</w:t>
      </w:r>
    </w:p>
    <w:p>
      <w:pPr>
        <w:jc w:val="right"/>
      </w:pPr>
      <w:r>
        <w:t>تو انہوں نے کہا کہ ہم ہمارا جو مشن ہے وہ ہے خلافت کا مشن۔ خلافت کا مشن یعنی خلافت قائم کرنا، مسلمانوں کی خلافت۔</w:t>
      </w:r>
    </w:p>
    <w:p>
      <w:r>
        <w:rPr>
          <w:b/>
        </w:rPr>
        <w:t xml:space="preserve">[12:42] </w:t>
      </w:r>
      <w:r>
        <w:t>to hamare sath ek sahib bethe hue thay, unhon ne poocha ke south africa mein kitna percentage hai musalmanon ka? to unhon ne kaha ke five five aur six percent.</w:t>
      </w:r>
    </w:p>
    <w:p>
      <w:pPr>
        <w:jc w:val="right"/>
      </w:pPr>
      <w:r>
        <w:t>تو ہمارے ساتھ ایک صاحب بیٹھے ہوئے تھے، انہوں نے پوچھا کہ ساؤتھ افریقہ میں کتنا پرسنٹیج ہے مسلمانوں کا؟ تو انہوں نے کہا کہ فائیو فائیو اور سکس پرسنٹ۔</w:t>
      </w:r>
    </w:p>
    <w:p>
      <w:r>
        <w:rPr>
          <w:b/>
        </w:rPr>
        <w:t xml:space="preserve">[12:56] </w:t>
      </w:r>
      <w:r>
        <w:t>to unhon ne kaha ke jab aap sirf panch percent ya chhe percent hain to how you can establish khilafat in south africa? itni tiny minority mein hotay hue aap wahan par musalmanon ki khilafat kaise qaim karenge?</w:t>
      </w:r>
    </w:p>
    <w:p>
      <w:pPr>
        <w:jc w:val="right"/>
      </w:pPr>
      <w:r>
        <w:t>تو انہوں نے کہا کہ جب آپ صرف پانچ پرسنٹ یا چھ پرسنٹ ہیں تو ہاؤ یو کین اسٹیبلش خلافت ان ساؤتھ افریقہ؟ اتنی ٹائنی مائنارٹی میں ہوتے ہوئے آپ وہاں پر مسلمانوں کی خلافت کیسے قائم کریں گے؟</w:t>
      </w:r>
    </w:p>
    <w:p>
      <w:r>
        <w:rPr>
          <w:b/>
        </w:rPr>
        <w:t xml:space="preserve">[13:14] </w:t>
      </w:r>
      <w:r>
        <w:t>to is ke baad ek pur josh taqreer ki unhon ne jo main to samjha nahi ke kya keh rahe hain, woh kaise mumkin ho jaye ga? to cheez kya hai?</w:t>
      </w:r>
    </w:p>
    <w:p>
      <w:pPr>
        <w:jc w:val="right"/>
      </w:pPr>
      <w:r>
        <w:t>تو اس کے بعد ایک پرجوش تقریر کی انہوں نے جو میں تو سمجھا نہیں کہ کیا کہہ رہے ہیں، وہ کیسے ممکن ہو جائے گا؟ تو چیز کیا ہے؟</w:t>
      </w:r>
    </w:p>
    <w:p>
      <w:r>
        <w:rPr>
          <w:b/>
        </w:rPr>
        <w:t xml:space="preserve">[13:23] </w:t>
      </w:r>
      <w:r>
        <w:t>framework jo bana hakim aur mahkoom ka equation ke base par woh aaj tak continue kar raha hai.</w:t>
      </w:r>
    </w:p>
    <w:p>
      <w:pPr>
        <w:jc w:val="right"/>
      </w:pPr>
      <w:r>
        <w:t>فریم ورک جو بنا حاکم اور محکوم کا ایکویشن کے بیس پر وہ آج تک کنٹینیو کر رہا ہے۔</w:t>
      </w:r>
    </w:p>
    <w:p>
      <w:r>
        <w:rPr>
          <w:b/>
        </w:rPr>
        <w:t xml:space="preserve">[13:34] </w:t>
      </w:r>
      <w:r>
        <w:t>abhi tak woh badla nahi. yeh hai sab se bari museebat.</w:t>
      </w:r>
    </w:p>
    <w:p>
      <w:pPr>
        <w:jc w:val="right"/>
      </w:pPr>
      <w:r>
        <w:t>ابھی تک وہ بدلا نہیں۔ یہ ہے سب سے بڑی مصیبت۔</w:t>
      </w:r>
    </w:p>
    <w:p>
      <w:r>
        <w:rPr>
          <w:b/>
        </w:rPr>
        <w:t xml:space="preserve">[13:41] </w:t>
      </w:r>
      <w:r>
        <w:t>dekhiye, hazar saal ke baad 19 century mein aisa hua ke colonialism aaya, European nations ubhren modern technology se, modern science aur modern organization ke bill par.</w:t>
      </w:r>
    </w:p>
    <w:p>
      <w:pPr>
        <w:jc w:val="right"/>
      </w:pPr>
      <w:r>
        <w:t>دیکھیے، ہزار سال کے بعد 19 سینچری میں ایسا ہوا کہ کلونیلزم آیا، یورپین نیشنز ابھریں ماڈرن ٹیکنالوجی سے، ماڈرن سائنس اور ماڈرن ارگنائزیشن کے بل پر۔</w:t>
      </w:r>
    </w:p>
    <w:p>
      <w:r>
        <w:rPr>
          <w:b/>
        </w:rPr>
        <w:t xml:space="preserve">[13:57] </w:t>
      </w:r>
      <w:r>
        <w:t>woh Muslim empire ko unhon ne khatam kar diya.</w:t>
      </w:r>
    </w:p>
    <w:p>
      <w:pPr>
        <w:jc w:val="right"/>
      </w:pPr>
      <w:r>
        <w:t>وہ مسلم ایمپائر کو انہوں نے ختم کر دیا۔</w:t>
      </w:r>
    </w:p>
    <w:p>
      <w:r>
        <w:rPr>
          <w:b/>
        </w:rPr>
        <w:t xml:space="preserve">[14:04] </w:t>
      </w:r>
      <w:r>
        <w:t>ab ek naya zamana tha musalmanon ke upar. hakim aur mahkoom ka jo equation tha woh toot gaya. lekin unhon ne accept nahi kiya is ko.</w:t>
      </w:r>
    </w:p>
    <w:p>
      <w:pPr>
        <w:jc w:val="right"/>
      </w:pPr>
      <w:r>
        <w:t>اب ایک نیا زمانہ تھا مسلمانوں کے اوپر۔ حاکم اور محکوم کا جو ایکویشن تھا وہ ٹوٹ گیا۔ لیکن انہوں نے ایکسیپٹ نہیں کیا اس کو۔</w:t>
      </w:r>
    </w:p>
    <w:p>
      <w:r>
        <w:rPr>
          <w:b/>
        </w:rPr>
        <w:t xml:space="preserve">[14:13] </w:t>
      </w:r>
      <w:r>
        <w:t>to kya hua? ab un ki soch yeh bani ke friend aur enemy ka equation, matlab koi hamara dost hai, musalman jo hain woh hamare dost hain, Muslim community, baqi sab dushman hain.</w:t>
      </w:r>
    </w:p>
    <w:p>
      <w:pPr>
        <w:jc w:val="right"/>
      </w:pPr>
      <w:r>
        <w:t>تو کیا ہوا؟ اب ان کی سوچ یہ بنی کہ فرینڈ اور اینمی کا ایکویشن، مطلب کوئی ہمارا دوست ہے، مسلمان جو ہیں وہ ہمارے دوست ہیں، مسلم کمیونٹی، باقی سب دشمن ہیں۔</w:t>
      </w:r>
    </w:p>
    <w:p>
      <w:r>
        <w:rPr>
          <w:b/>
        </w:rPr>
        <w:t xml:space="preserve">[14:28] </w:t>
      </w:r>
      <w:r>
        <w:t>yeh zehan itna barha, itna barha ke sari duniya hi musalmanon ko apna dushman dikhai dene lagi. yani yahood aur hanood, European aur American, yani sab ke sab, sab ke sab.</w:t>
      </w:r>
    </w:p>
    <w:p>
      <w:pPr>
        <w:jc w:val="right"/>
      </w:pPr>
      <w:r>
        <w:t>یہ ذہن اتنا بڑھا، اتنا بڑھا کہ ساری دنیا ہی مسلمانوں کو اپنا دشمن دکھائی دینے لگی۔ یعنی یہود اور ہنود، یورپین اور امریکن، یعنی سب کے سب، سب کے سب۔</w:t>
      </w:r>
    </w:p>
    <w:p>
      <w:r>
        <w:rPr>
          <w:b/>
        </w:rPr>
        <w:t xml:space="preserve">[14:44] </w:t>
      </w:r>
      <w:r>
        <w:t>is cheez ka nuqsan kya hua? is cheez ka nuqsan yeh hua, dekhiye, jab bhi aap ke andar negative thought aaye to kya hota hai?</w:t>
      </w:r>
    </w:p>
    <w:p>
      <w:pPr>
        <w:jc w:val="right"/>
      </w:pPr>
      <w:r>
        <w:t>اس چیز کا نقصان کیا ہوا؟ اس چیز کا نقصان یہ ہوا، دیکھیے، جب بھی آپ کے اندر نیگیٹیو تھاٹ آئے تو کیا ہوتا ہے؟</w:t>
      </w:r>
    </w:p>
    <w:p>
      <w:r>
        <w:rPr>
          <w:b/>
        </w:rPr>
        <w:t xml:space="preserve">[14:54] </w:t>
      </w:r>
      <w:r>
        <w:t>positive thinking khatam ho jati hai. aap jo opportunities hain un ko dekh nahi paate. negative mind kabhi bhi opportunities ko nahi dekh sakta.</w:t>
      </w:r>
    </w:p>
    <w:p>
      <w:pPr>
        <w:jc w:val="right"/>
      </w:pPr>
      <w:r>
        <w:t>پازیٹیو تھنکنگ ختم ہو جاتی ہے۔ آپ جو اپرچونیٹیز ہیں ان کو دیکھ نہیں پاتے۔ نیگیٹیو مائنڈ کبھی بھی اپرچونیٹیز کو نہیں دیکھ سکتا۔</w:t>
      </w:r>
    </w:p>
    <w:p>
      <w:r>
        <w:rPr>
          <w:b/>
        </w:rPr>
        <w:t xml:space="preserve">[15:05] </w:t>
      </w:r>
      <w:r>
        <w:t>woh to apni negativity mein jeeta hai. to duniya mein pichle do sau saal ke andar ek naya revolution aaya tha.</w:t>
      </w:r>
    </w:p>
    <w:p>
      <w:pPr>
        <w:jc w:val="right"/>
      </w:pPr>
      <w:r>
        <w:t>وہ تو اپنی نیگیٹیوٹی میں جیتا ہے۔ تو دنیا میں پچھلے دو سو سال کے اندر ایک نیا ریولوشن آیا تھا۔</w:t>
      </w:r>
    </w:p>
    <w:p>
      <w:r>
        <w:rPr>
          <w:b/>
        </w:rPr>
        <w:t xml:space="preserve">[15:16] </w:t>
      </w:r>
      <w:r>
        <w:t>woh revolution kya tha? political power jo hai reduce ho kar reh gayi. economic power jo hai number one par aa gayi. pehle zamane mein jab hakim o mahkoom ka ek equation bana tha to political power hi number ek par thi.</w:t>
      </w:r>
    </w:p>
    <w:p>
      <w:pPr>
        <w:jc w:val="right"/>
      </w:pPr>
      <w:r>
        <w:t>وہ ریولوشن کیا تھا؟ پولیٹیکل پاور جو ہے ریڈیوس ہو کر رہ گئی۔ اکانومک پاور جو ہے نمبر ون پر آ گئی۔ پہلے زمانے میں جب حاکم و محکوم کا ایک ایکویشن بنا تھا تو پولیٹیکل پاور ہی نمبر ایک پر تھی۔</w:t>
      </w:r>
    </w:p>
    <w:p>
      <w:r>
        <w:rPr>
          <w:b/>
        </w:rPr>
        <w:t xml:space="preserve">[15:33] </w:t>
      </w:r>
      <w:r>
        <w:t>lekin modern revolution jo hua is mein bohat bara change yeh tha ke political power secondary ban gayi aur primary ban gayi economic power.</w:t>
      </w:r>
    </w:p>
    <w:p>
      <w:pPr>
        <w:jc w:val="right"/>
      </w:pPr>
      <w:r>
        <w:t>لیکن ماڈرن ریولوشن جو ہوا اس میں بہت بڑا چینج یہ تھا کہ پولیٹیکل پاور سیکنڈری بن گئی اور پرائمری بن گئی اکانومک پاور۔</w:t>
      </w:r>
    </w:p>
    <w:p>
      <w:r>
        <w:rPr>
          <w:b/>
        </w:rPr>
        <w:t xml:space="preserve">[15:48] </w:t>
      </w:r>
      <w:r>
        <w:t>chunaanche America is ko aap kehte hain ke political power, haqeeqat mein political power nahi hai, woh woh woh hai edkhsadi power. chunaanche kaha jata hai ke the business of America is business.</w:t>
      </w:r>
    </w:p>
    <w:p>
      <w:pPr>
        <w:jc w:val="right"/>
      </w:pPr>
      <w:r>
        <w:t>چنانچہ امریکہ اس کو آپ کہتے ہیں کہ پولیٹیکل پاور، حقیقت میں پولیٹیکل پاور نہیں ہے، وہ وہ وہ ہے اقتصادی پاور۔ چنانچہ کہا جاتا ہے کہ دا بزنس آف امریکہ از بزنس۔</w:t>
      </w:r>
    </w:p>
    <w:p>
      <w:r>
        <w:rPr>
          <w:b/>
        </w:rPr>
        <w:t xml:space="preserve">[16:01] </w:t>
      </w:r>
      <w:r>
        <w:t>to America ke business ne, is ki commercial activities ne is ko itna taqatwar banaya hai. lekin musalman is change ko samajh nahi sake.</w:t>
      </w:r>
    </w:p>
    <w:p>
      <w:pPr>
        <w:jc w:val="right"/>
      </w:pPr>
      <w:r>
        <w:t>تو امریکہ کے بزنس نے، اس کی کمرشل ایکٹیویٹیز نے اس کو اتنا طاقتور بنایا ہے۔ لیکن مسلمان اس چینج کو سمجھ نہیں سکے۔</w:t>
      </w:r>
    </w:p>
    <w:p>
      <w:r>
        <w:rPr>
          <w:b/>
        </w:rPr>
        <w:t xml:space="preserve">[16:13] </w:t>
      </w:r>
      <w:r>
        <w:t>woh economic mainstream mein shamil hi nahi hue.</w:t>
      </w:r>
    </w:p>
    <w:p>
      <w:pPr>
        <w:jc w:val="right"/>
      </w:pPr>
      <w:r>
        <w:t>وہ اکانومک مین اسٹریم میں شامل ہی نہیں ہوئے۔</w:t>
      </w:r>
    </w:p>
    <w:p>
      <w:r>
        <w:rPr>
          <w:b/>
        </w:rPr>
        <w:t xml:space="preserve">[16:21] </w:t>
      </w:r>
      <w:r>
        <w:t>bari anokhi baat hai yeh. is ka nuqsan kya hua? is ka do nuqsan hua. number one yani economic backwardness.</w:t>
      </w:r>
    </w:p>
    <w:p>
      <w:pPr>
        <w:jc w:val="right"/>
      </w:pPr>
      <w:r>
        <w:t>بڑی انوکھی بات ہے یہ۔ اس کا نقصان کیا ہوا؟ اس کا دو نقصان ہوا۔ نمبر ون یعنی اکانومک بیکورڈنس۔</w:t>
      </w:r>
    </w:p>
    <w:p>
      <w:r>
        <w:rPr>
          <w:b/>
        </w:rPr>
        <w:t xml:space="preserve">[16:35] </w:t>
      </w:r>
      <w:r>
        <w:t>lekin is se bhi bara ek nuqsan hua, woh hai hypocrisy, double standard. kyun? Muslim mind yeh tha ke sab ke sab dushman hain, sab ke sab enemy hain, sab ke sab hamare khilaf conspiracy kar rahe hain.</w:t>
      </w:r>
    </w:p>
    <w:p>
      <w:pPr>
        <w:jc w:val="right"/>
      </w:pPr>
      <w:r>
        <w:t>لیکن اس سے بھی بڑا ایک نقصان ہوا، وہ ہے ہپوکریسی، ڈبل اسٹینڈرڈ۔ کیوں؟ مسلم مائنڈ یہ تھا کہ سب کے سب دشمن ہیں، سب کے سب اینمی ہیں، سب کے سب ہمارے خلاف کانسپریسی کر رہے ہیں۔</w:t>
      </w:r>
    </w:p>
    <w:p>
      <w:r>
        <w:rPr>
          <w:b/>
        </w:rPr>
        <w:t xml:space="preserve">[16:51] </w:t>
      </w:r>
      <w:r>
        <w:t>lekin yahi log modern modern world mein chha gaye the. business in ke hath mein, industry in ke hath mein, aeration in ke hath mein, education in ke hath mein, sab kuch.</w:t>
      </w:r>
    </w:p>
    <w:p>
      <w:pPr>
        <w:jc w:val="right"/>
      </w:pPr>
      <w:r>
        <w:t>لیکن یہی لوگ ماڈرن ماڈرن ورلڈ میں چھا گئے تھے۔ بزنس ان کے ہاتھ میں، انڈسٹری ان کے ہاتھ میں، ارائشن ان کے ہاتھ میں، ایجوکیشن ان کے ہاتھ میں، سب کچھ۔</w:t>
      </w:r>
    </w:p>
    <w:p>
      <w:r>
        <w:rPr>
          <w:b/>
        </w:rPr>
        <w:t xml:space="preserve">[17:05] </w:t>
      </w:r>
      <w:r>
        <w:t>wohi log jin ko aap dushman bata rahe hain apna. to aap kya ho? ab kya apne bachon ko woh</w:t>
      </w:r>
    </w:p>
    <w:p>
      <w:pPr>
        <w:jc w:val="right"/>
      </w:pPr>
      <w:r>
        <w:t>وہی لوگ جن کو آپ دشمن بتا رہے ہیں اپنا۔ تو آپ کیا ہو؟ اب کیا اپنے بچوں کو وہ</w:t>
      </w:r>
    </w:p>
    <w:p>
      <w:r>
        <w:rPr>
          <w:b/>
        </w:rPr>
        <w:t xml:space="preserve">[17:16] </w:t>
      </w:r>
      <w:r>
        <w:t>ghareeb chhoden? in ko duniya ke taraqqi mein na pahunchayen? to yeh kaun afford kar sakta hai is ko?</w:t>
      </w:r>
    </w:p>
    <w:p>
      <w:pPr>
        <w:jc w:val="right"/>
      </w:pPr>
      <w:r>
        <w:t>غریب چھوڑیں؟ ان کو دنیا کے ترقی میں نہ پہنچائیں؟ تو یہ کون افورڈ کر سکتا ہے اس کو؟</w:t>
      </w:r>
    </w:p>
    <w:p>
      <w:r>
        <w:rPr>
          <w:b/>
        </w:rPr>
        <w:t xml:space="preserve">[17:24] </w:t>
      </w:r>
      <w:r>
        <w:t>agarche woh samajhte the yeh duniya hamari enemy hai, yeh dushman hai sab ke sab, lekin</w:t>
      </w:r>
    </w:p>
    <w:p>
      <w:pPr>
        <w:jc w:val="right"/>
      </w:pPr>
      <w:r>
        <w:t>اگرچہ وہ سمجھتے تھے یہ دنیا ہماری اینمی ہے، یہ دشمن ہے سب کے سب، لیکن</w:t>
      </w:r>
    </w:p>
    <w:p>
      <w:r>
        <w:rPr>
          <w:b/>
        </w:rPr>
        <w:t xml:space="preserve">[17:31] </w:t>
      </w:r>
      <w:r>
        <w:t>worldly interest ke liye phir unhon ne is ke compromise kiya.</w:t>
      </w:r>
    </w:p>
    <w:p>
      <w:pPr>
        <w:jc w:val="right"/>
      </w:pPr>
      <w:r>
        <w:t>ورلڈلی انٹرسٹ کے لیے پھر انہوں نے اس کے کمپرومائز کیا۔</w:t>
      </w:r>
    </w:p>
    <w:p>
      <w:r>
        <w:rPr>
          <w:b/>
        </w:rPr>
        <w:t xml:space="preserve">[17:39] </w:t>
      </w:r>
      <w:r>
        <w:t>andar to negative thought tha, andar andar to yeh tha ke sab ke sab conspiracy kar rahe hain, sab ke sab hamare enemy hain. lekin apne interest ko jo kal ho raha tha, us ko bachane ke liye unhon ne use compromise kar liya.</w:t>
      </w:r>
    </w:p>
    <w:p>
      <w:pPr>
        <w:jc w:val="right"/>
      </w:pPr>
      <w:r>
        <w:t>اندر تو نیگیٹیو تھاٹ تھا، اندر اندر تو یہ تھا کہ سب کے سب کانسپریسی کر رہے ہیں، سب کے سب ہمارے اینمی ہیں۔ لیکن اپنے انٹرسٹ کو جو کل ہو رہا تھا، اس کو بچانے کے لیے انہوں نے اسے کمپرومائز کر لیا۔</w:t>
      </w:r>
    </w:p>
    <w:p>
      <w:r>
        <w:rPr>
          <w:b/>
        </w:rPr>
        <w:t xml:space="preserve">[17:57] </w:t>
      </w:r>
      <w:r>
        <w:t>yeh tha hypocrisy. jis se jis ko aap samjhen ke woh mera dushman hai, usi se aap compromise karen apne material interest ke liye.</w:t>
      </w:r>
    </w:p>
    <w:p>
      <w:pPr>
        <w:jc w:val="right"/>
      </w:pPr>
      <w:r>
        <w:t>یہ تھا ہپوکریسی۔ جس سے جس کو آپ سمجھیں کہ وہ میرا دشمن ہے، اسی سے آپ کمپرومائز کریں اپنے مٹیریل انٹرسٹ کے لیے۔</w:t>
      </w:r>
    </w:p>
    <w:p>
      <w:r>
        <w:rPr>
          <w:b/>
        </w:rPr>
        <w:t xml:space="preserve">[18:06] </w:t>
      </w:r>
      <w:r>
        <w:t>isi ka naam hai hypocrisy, double standard. poori poori duniya jo hai woh ho gayi double standard. main jahan bhi jata hoon, is musalmanon ko pata hoon ke sab negative thinking mein jee rahe hain aur sath sath woh worldly cheezon mein inhi se apna compromise kiye hue hain.</w:t>
      </w:r>
    </w:p>
    <w:p>
      <w:pPr>
        <w:jc w:val="right"/>
      </w:pPr>
      <w:r>
        <w:t>اسی کا نام ہے ہپوکریسی، ڈبل اسٹینڈرڈ۔ پوری پوری دنیا جو ہے وہ ہو گئی ڈبل اسٹینڈرڈ۔ میں جہاں بھی جاتا ہوں، اس مسلمانوں کو پاتا ہوں کہ سب نیگیٹیو تھنکنگ میں جی رہے ہیں اور ساتھ ساتھ وہ ورلڈلی چیزوں میں انہی سے اپنا کمپرومائز کیے ہوئے ہیں۔</w:t>
      </w:r>
    </w:p>
    <w:p>
      <w:r>
        <w:rPr>
          <w:b/>
        </w:rPr>
        <w:t xml:space="preserve">[18:33] </w:t>
      </w:r>
      <w:r>
        <w:t>ek sahab jo dilli mein thay, hum se bohat baatein karte thay, woh aur yahudiyon ke khilaaf bohat taqreer karte thay. bohat yahudi aise kharaab hain, aise yahudi kharaab hain.</w:t>
      </w:r>
    </w:p>
    <w:p>
      <w:pPr>
        <w:jc w:val="right"/>
      </w:pPr>
      <w:r>
        <w:t>ایک صاحب جو دلی میں تھے، ہم سے بہت باتیں کرتے تھے، وہ اور یہودیوں کے خلاف بہت تقریر کرتے تھے۔ بہت یہودی ایسے خراب ہیں، ایسے یہودی خراب ہیں۔</w:t>
      </w:r>
    </w:p>
    <w:p>
      <w:r>
        <w:rPr>
          <w:b/>
        </w:rPr>
        <w:t xml:space="preserve">[18:44] </w:t>
      </w:r>
      <w:r>
        <w:t>woh gaye education ke liye amreeka. is waqt amreeka hi mein hain. woh wahan pahunche toh wahan ek jewish college mein unhon ne admission liya.</w:t>
      </w:r>
    </w:p>
    <w:p>
      <w:pPr>
        <w:jc w:val="right"/>
      </w:pPr>
      <w:r>
        <w:t>وہ گئے ایجوکیشن کے لیے امریکہ۔ اس وقت امریکہ ہی میں ہیں۔ وہ وہاں پہنچے تو وہاں ایک جوئش کالج میں انہوں نے ایڈمیشن لیا۔</w:t>
      </w:r>
    </w:p>
    <w:p>
      <w:r>
        <w:rPr>
          <w:b/>
        </w:rPr>
        <w:t xml:space="preserve">[18:55] </w:t>
      </w:r>
      <w:r>
        <w:t>kyun? britain education wohin mil rahi thi un ko. jin jews ke baray mein negative thought un ke andar tha, usi se achhi education lene ke liye wahan par unhon ne admission le li.</w:t>
      </w:r>
    </w:p>
    <w:p>
      <w:pPr>
        <w:jc w:val="right"/>
      </w:pPr>
      <w:r>
        <w:t>کیوں؟ برٹن ایجوکیشن وہیں مل رہی تھی ان کو۔ جن جیوز کے بارے میں نیگیٹیو تھاٹ ان کے اندر تھا، اسی سے اچھی ایجوکیشن لینے کے لیے وہاں پر انہوں نے ایڈمیشن لے لی۔</w:t>
      </w:r>
    </w:p>
    <w:p>
      <w:r>
        <w:rPr>
          <w:b/>
        </w:rPr>
        <w:t xml:space="preserve">[19:06] </w:t>
      </w:r>
      <w:r>
        <w:t>isi ko main keh raha hoon ke hypocrisy hai, double standard. jis ko bhi andar se gree diye toh kya niklta hai?</w:t>
      </w:r>
    </w:p>
    <w:p>
      <w:pPr>
        <w:jc w:val="right"/>
      </w:pPr>
      <w:r>
        <w:t>اسی کو میں کہہ رہا ہوں کہ ہپوکریسی ہے، ڈبل اسٹینڈرڈ۔ جس کو بھی اندر سے گری دیے تو کیا نکلتا ہے؟</w:t>
      </w:r>
    </w:p>
    <w:p>
      <w:r>
        <w:rPr>
          <w:b/>
        </w:rPr>
        <w:t xml:space="preserve">[19:16] </w:t>
      </w:r>
      <w:r>
        <w:t>andar se negative thought sab ke khilaaf. lekin ain usi waqt woh doosron ke saath compromise kar ke faida bhi utha raha hai.</w:t>
      </w:r>
    </w:p>
    <w:p>
      <w:pPr>
        <w:jc w:val="right"/>
      </w:pPr>
      <w:r>
        <w:t>اندر سے نیگیٹیو تھاٹ سب کے خلاف۔ لیکن عین اسی وقت وہ دوسروں کے ساتھ کمپرومائز کر کے فائدہ بھی اٹھا رہا ہے۔</w:t>
      </w:r>
    </w:p>
    <w:p>
      <w:r>
        <w:rPr>
          <w:b/>
        </w:rPr>
        <w:t xml:space="preserve">[19:26] </w:t>
      </w:r>
      <w:r>
        <w:t>inhi ki company mein job karega, inhi ke saath business karega waghera waghera. toh chunchke naye halaat mein jo naya equation bana tha, us se log musalmanon ne adjust nahi kiya, toh poori poori muslim community jo hai woh hypocrite ban kar reh gayi.</w:t>
      </w:r>
    </w:p>
    <w:p>
      <w:pPr>
        <w:jc w:val="right"/>
      </w:pPr>
      <w:r>
        <w:t>انہی کی کمپنی میں جاب کرے گا، انہی کے ساتھ بزنس کرے گا وغیرہ وغیرہ۔ تو چونکہ نئے حالات میں جو نیا ایکویشن بنا تھا، اس سے لوگ مسلمانوں نے ایڈجسٹ نہیں کیا، تو پوری پوری مسلم کمیونٹی جو ہے وہ ہپوکریٹ بن کر رہ گئی۔</w:t>
      </w:r>
    </w:p>
    <w:p>
      <w:r>
        <w:rPr>
          <w:b/>
        </w:rPr>
        <w:t xml:space="preserve">[19:46] </w:t>
      </w:r>
      <w:r>
        <w:t>main samajhta hoon ke is se bara nuqsan aur koi nahi ho sakta. jo jo log hamare mission se juray hue hain, main samajhta hoon ke sir wahi exception hai ke woh is hypocrisy se bache hue hain.</w:t>
      </w:r>
    </w:p>
    <w:p>
      <w:pPr>
        <w:jc w:val="right"/>
      </w:pPr>
      <w:r>
        <w:t>میں سمجھتا ہوں کہ اس سے بڑا نقصان اور کوئی نہیں ہو سکتا۔ جو جو لوگ ہمارے مشن سے جڑے ہوئے ہیں، میں سمجھتا ہوں کہ سر وہی ایکسیپشن ہے کہ وہ اس اس ہپوکریسی سے بچے ہوئے ہیں۔</w:t>
      </w:r>
    </w:p>
    <w:p>
      <w:r>
        <w:rPr>
          <w:b/>
        </w:rPr>
        <w:t xml:space="preserve">[19:57] </w:t>
      </w:r>
      <w:r>
        <w:t>woh mujhe apne mission ke bahir koi dikhai nahi parta jo is se bacha hua ho, is hypocrisy se ke jis ko bura batayenge, usi se faida uthayenge.</w:t>
      </w:r>
    </w:p>
    <w:p>
      <w:pPr>
        <w:jc w:val="right"/>
      </w:pPr>
      <w:r>
        <w:t>وہ مجھے اپنے مشن کے باہر کوئی دکھائی نہیں پڑتا جو اس اس سے بچا ہوا ہو، اس ہپوکریسی سے کہ جس کو برا بتائیں گے، اسی سے فائدہ اٹھائیں گے۔</w:t>
      </w:r>
    </w:p>
    <w:p>
      <w:r>
        <w:rPr>
          <w:b/>
        </w:rPr>
        <w:t xml:space="preserve">[20:12] </w:t>
      </w:r>
      <w:r>
        <w:t>hamare ek saathi ne bataya india ki baat, ek shehar mein ek sahab thay, ek musalman. toh woh jo india mein jo extremist hindu hain,</w:t>
      </w:r>
    </w:p>
    <w:p>
      <w:pPr>
        <w:jc w:val="right"/>
      </w:pPr>
      <w:r>
        <w:t>ہمارے ایک ساتھی نے بتایا انڈیا کی بات، ایک شہر میں ایک صاحب تھے، ایک مسلمان۔ تو وہ جو انڈیا میں جو ایکسٹریمسٹ ہندو ہیں،</w:t>
      </w:r>
    </w:p>
    <w:p>
      <w:r>
        <w:rPr>
          <w:b/>
        </w:rPr>
        <w:t xml:space="preserve">[20:26] </w:t>
      </w:r>
      <w:r>
        <w:t>un ke khilaaf bohat bolte thay. woh bohat.</w:t>
      </w:r>
    </w:p>
    <w:p>
      <w:pPr>
        <w:jc w:val="right"/>
      </w:pPr>
      <w:r>
        <w:t>ان کے خلاف بہت بولتے تھے۔ وہ بہت۔</w:t>
      </w:r>
    </w:p>
    <w:p>
      <w:r>
        <w:rPr>
          <w:b/>
        </w:rPr>
        <w:t xml:space="preserve">[20:33] </w:t>
      </w:r>
      <w:r>
        <w:t>toh ek din wahan baithe hue thay, un ke paas nahi, wohi extremist leader, ek extremist party jo india mein hai hinduo ki, usi ke ek leader ke haan woh</w:t>
      </w:r>
    </w:p>
    <w:p>
      <w:pPr>
        <w:jc w:val="right"/>
      </w:pPr>
      <w:r>
        <w:t>تو ایک دن وہاں بیٹھے ہوئے تھے، ان کے پاس نہیں، وہی ایکسٹریمسٹ لیڈر، ایک ایکسٹریمسٹ پارٹی جو انڈیا میں ہے ہندوؤں کی، اسی کے ایک لیڈر کے ہاں وہ</w:t>
      </w:r>
    </w:p>
    <w:p>
      <w:r>
        <w:rPr>
          <w:b/>
        </w:rPr>
        <w:t xml:space="preserve">[20:47] </w:t>
      </w:r>
      <w:r>
        <w:t>gaye ek din milne ke liye. toh wohi sahab wahan baithe hue thay jo keh rahe thay ke sab dushman hain islam ke, musalmanon ke dushman hain.</w:t>
      </w:r>
    </w:p>
    <w:p>
      <w:pPr>
        <w:jc w:val="right"/>
      </w:pPr>
      <w:r>
        <w:t>گئے ایک دن ملنے کے لیے۔ تو وہی صاحب وہاں بیٹھے ہوئے تھے جو کہہ رہے تھے کہ سب دشمن ہیں اسلام کے، مسلمانوں کے دشمن ہیں۔</w:t>
      </w:r>
    </w:p>
    <w:p>
      <w:r>
        <w:rPr>
          <w:b/>
        </w:rPr>
        <w:t xml:space="preserve">[20:56] </w:t>
      </w:r>
      <w:r>
        <w:t>woh pehle se un se milne ke liye gaye thay, wahan maujood thay. woh toh unhon ne jab dekha un ko toh unhon ne kaha ke tum toh in ke baray baray khilaaf ho,</w:t>
      </w:r>
    </w:p>
    <w:p>
      <w:pPr>
        <w:jc w:val="right"/>
      </w:pPr>
      <w:r>
        <w:t>وہ پہلے سے ان سے ملنے کے لیے گئے تھے، وہاں موجود تھے۔ وہ تو انہوں نے جب دیکھا ان کو تو انہوں نے کہا کہ تم تو ان کے بڑے بڑے خلاف ہو،</w:t>
      </w:r>
    </w:p>
    <w:p>
      <w:r>
        <w:rPr>
          <w:b/>
        </w:rPr>
        <w:t xml:space="preserve">[21:07] </w:t>
      </w:r>
      <w:r>
        <w:t>yahan kaise baithe hue ho tum? kahe woh ek kaam tha, is liye aana hua. yani kaam ke liye toh aap ne un ke saath compromise kar liya aur dil mein kaha baita hua hai ke yeh dushman hai.</w:t>
      </w:r>
    </w:p>
    <w:p>
      <w:pPr>
        <w:jc w:val="right"/>
      </w:pPr>
      <w:r>
        <w:t>یہاں کیسے بیٹھے ہوئے ہو تم؟ کہے وہ ایک کام تھا، اس لیے آنا ہوا۔ یعنی کام کے لیے تو آپ نے ان کے ساتھ کمپرومائز کر لیا اور دل میں کہا بیٹھا ہوا ہے کہ یہ دشمن ہے۔</w:t>
      </w:r>
    </w:p>
    <w:p>
      <w:r>
        <w:rPr>
          <w:b/>
        </w:rPr>
        <w:t xml:space="preserve">[21:22] </w:t>
      </w:r>
      <w:r>
        <w:t>amreeka mein main 13 baar gaya hoon, bohat logon se mulaqatein hui hain, sab amreeka ke khilaaf jazbaat dil mein liye hue hain.</w:t>
      </w:r>
    </w:p>
    <w:p>
      <w:pPr>
        <w:jc w:val="right"/>
      </w:pPr>
      <w:r>
        <w:t>امریکہ میں میں 13 بار گیا ہوں، بہت لوگوں سے ملاقاتیں ہوئی ہیں، سب امریکہ کے خلاف جذبات دل میں لیے ہوئے ہیں۔</w:t>
      </w:r>
    </w:p>
    <w:p>
      <w:r>
        <w:rPr>
          <w:b/>
        </w:rPr>
        <w:t xml:space="preserve">[21:31] </w:t>
      </w:r>
      <w:r>
        <w:t>main ne ek sahab se poocha jo pakistan se aaye thay ke aap toh itna bura bura bhala kehte hain amreeka ko, phir yahan aaye hain kamane ke liye, aap toh kya kehte hain?</w:t>
      </w:r>
    </w:p>
    <w:p>
      <w:pPr>
        <w:jc w:val="right"/>
      </w:pPr>
      <w:r>
        <w:t>میں نے ایک صاحب سے پوچھا جو پاکستان سے آئے تھے کہ آپ تو اتنا برا برا بھلا کہتے ہیں امریکہ کو، پھر یہاں آئے ہیں کمانے کے لیے، آپ تو کیا کہتے ہیں؟</w:t>
      </w:r>
    </w:p>
    <w:p>
      <w:r>
        <w:rPr>
          <w:b/>
        </w:rPr>
        <w:t xml:space="preserve">[21:42] </w:t>
      </w:r>
      <w:r>
        <w:t>toh woh rizq toh khuda ki taraf se hai, jahan likha rahega, wohin jayega aadmi. toh main ne kaha ke pak land mein rizq nahi tha aap ka, napak land mein rizq likha hua tha aap ka.</w:t>
      </w:r>
    </w:p>
    <w:p>
      <w:pPr>
        <w:jc w:val="right"/>
      </w:pPr>
      <w:r>
        <w:t>تو وہ رزق تو خدا کی طرف سے ہے، جہاں لکھا رہے گا، وہیں جائے گا آدمی۔ تو میں نے کہا کہ پاک لینڈ میں رزق نہیں تھا آپ کا، ناپاک لینڈ میں رزق لکھا ہوا تھا آپ کا۔</w:t>
      </w:r>
    </w:p>
    <w:p>
      <w:r>
        <w:rPr>
          <w:b/>
        </w:rPr>
        <w:t xml:space="preserve">[21:53] </w:t>
      </w:r>
      <w:r>
        <w:t>kaisa khuda hoga? woh pakistan toh pak land hai, amreeka napak land hai. toh aap ko yahan likh diya khuda ne.</w:t>
      </w:r>
    </w:p>
    <w:p>
      <w:pPr>
        <w:jc w:val="right"/>
      </w:pPr>
      <w:r>
        <w:t>کیسا خدا ہوگا؟ وہ پاکستان تو پاک لینڈ ہے، امریکہ ناپاک لینڈ ہے۔ تو آپ کو یہاں لکھ دیا خدا نے۔</w:t>
      </w:r>
    </w:p>
    <w:p>
      <w:r>
        <w:rPr>
          <w:b/>
        </w:rPr>
        <w:t xml:space="preserve">[22:03] </w:t>
      </w:r>
      <w:r>
        <w:t>kitna bara nuqsan hai yeh ke poori poori muslim community jo hai, hypocrisy mein pari hui hai. mere apne experience ke mutabiq main kahunga ke khuda ke fazal se hamara jo mission hai, woh kisi qism ki negativity pe khara nahi hua.</w:t>
      </w:r>
    </w:p>
    <w:p>
      <w:pPr>
        <w:jc w:val="right"/>
      </w:pPr>
      <w:r>
        <w:t>کتنا بڑا نقصان ہے یہ کہ پوری پوری مسلم کمیونٹی جو ہے، ہپوکریسی میں پڑی ہوئی ہے۔ میرے اپنے ایکسپیرینس کے مطابق میں کہوں گا کہ خدا کے فضل سے ہمارا جو مشن ہے، وہ کسی قسم کی نیگیٹیوٹی پہ کھڑا نہیں ہوا۔</w:t>
      </w:r>
    </w:p>
    <w:p>
      <w:r>
        <w:rPr>
          <w:b/>
        </w:rPr>
        <w:t xml:space="preserve">[22:19] </w:t>
      </w:r>
      <w:r>
        <w:t>hum kisi ko dushman nahi samajhte apna, except satan ko. hum sirf satan ko dushman samajhte hain, baqi kisi ko dushman nahi samajhte.</w:t>
      </w:r>
    </w:p>
    <w:p>
      <w:pPr>
        <w:jc w:val="right"/>
      </w:pPr>
      <w:r>
        <w:t>ہم کسی کو دشمن نہیں سمجھتے اپنا، ایکسیپٹ سیٹن کو۔ ہم صرف سیٹن کو دشمن سمجھتے ہیں، باقی کسی کو دشمن نہیں سمجھتے۔</w:t>
      </w:r>
    </w:p>
    <w:p>
      <w:r>
        <w:rPr>
          <w:b/>
        </w:rPr>
        <w:t xml:space="preserve">[22:30] </w:t>
      </w:r>
      <w:r>
        <w:t>toh main hamare missions jo juray hue hain, woh is hypocrisy se paak hain. ab main yeh kahunga ke dekhiye, yeh jo equation toota hakim aur mahkoom ka, aur ab jo musalman dushman aur dost ke equation mein jee rahe hain, toh sahi kya hai?</w:t>
      </w:r>
    </w:p>
    <w:p>
      <w:pPr>
        <w:jc w:val="right"/>
      </w:pPr>
      <w:r>
        <w:t>تو میں ہمارے مشنز جو جڑے ہوئے ہیں، وہ اس ہپوکریسی سے پاک ہیں۔ اب میں یہ کہوں گا کہ دیکھیے، یہ جو ایکویشن ٹوٹا حاکم اور محکوم کا، اور اب جو مسلمان دشمن اور دوست کے ایکویشن میں جی رہے ہیں، تو صحیح کیا ہے؟</w:t>
      </w:r>
    </w:p>
    <w:p>
      <w:r>
        <w:rPr>
          <w:b/>
        </w:rPr>
        <w:t xml:space="preserve">[22:48] </w:t>
      </w:r>
      <w:r>
        <w:t>sahi yeh hai ke hum loten peechay ki taraf, yani dobara wohi shahid mashhood ka equation dunya mein wapas lana hai hum ko.</w:t>
      </w:r>
    </w:p>
    <w:p>
      <w:pPr>
        <w:jc w:val="right"/>
      </w:pPr>
      <w:r>
        <w:t>صحیح یہ ہے کہ ہم لوٹیں پیچھے کی طرف، یعنی دوبارہ وہی شاہد مشہود کا ایکویشن دنیا میں واپس لانا ہے ہم کو۔</w:t>
      </w:r>
    </w:p>
    <w:p>
      <w:r>
        <w:rPr>
          <w:b/>
        </w:rPr>
        <w:t xml:space="preserve">[22:56] </w:t>
      </w:r>
      <w:r>
        <w:t>isi ki hum koshish kar rahe hain. hamari koshish isi ke liye hai ke muslim jo hai, ek aitbaar se woh believer hai, apne lehaz se, doosron ke lehaz se woh witness hai, woh daai hai.</w:t>
      </w:r>
    </w:p>
    <w:p>
      <w:pPr>
        <w:jc w:val="right"/>
      </w:pPr>
      <w:r>
        <w:t>اسی کی ہم کوشش کر رہے ہیں۔ ہماری کوشش اسی کے لیے ہے کہ مسلم جو ہے، ایک اعتبار سے وہ بیلیور ہے، اپنے لحاظ سے، دوسروں کے لحاظ سے وہ وٹنس ہے، وہ داعی ہے۔</w:t>
      </w:r>
    </w:p>
    <w:p>
      <w:r>
        <w:rPr>
          <w:b/>
        </w:rPr>
        <w:t xml:space="preserve">[23:13] </w:t>
      </w:r>
      <w:r>
        <w:t>toh jo sahi equation is zamane mein hai, woh daai aur madu ka equation hai. daai aur madu hum bolte hain isi sense mein jo quran mein shahid aur mashhood aaya hai.</w:t>
      </w:r>
    </w:p>
    <w:p>
      <w:pPr>
        <w:jc w:val="right"/>
      </w:pPr>
      <w:r>
        <w:t>تو جو صحیح ایکویشن اس زمانے میں ہے، وہ داعی اور مدعو کا ایکویشن ہے۔ داعی اور مدعو ہم بولتے ہیں اسی سینس میں جو قرآن میں شاہد اور مشہود آیا ہے۔</w:t>
      </w:r>
    </w:p>
    <w:p>
      <w:r>
        <w:rPr>
          <w:b/>
        </w:rPr>
        <w:t xml:space="preserve">[23:23] </w:t>
      </w:r>
      <w:r>
        <w:t>quran mein is ke jo lafz aaya hai, woh shahid mashhood hai. wuswae zattul buruj wal yawmil mashhood wa shahidiw wa mashhood.</w:t>
      </w:r>
    </w:p>
    <w:p>
      <w:pPr>
        <w:jc w:val="right"/>
      </w:pPr>
      <w:r>
        <w:t>قرآن میں اس کے جو لفظ آیا ہے، وہ شاہد مشہود ہے۔ و سوائے ذات البروج والیوم المشہود وشاہد و مشہود۔</w:t>
      </w:r>
    </w:p>
    <w:p>
      <w:r>
        <w:rPr>
          <w:b/>
        </w:rPr>
        <w:t xml:space="preserve">[23:34] </w:t>
      </w:r>
      <w:r>
        <w:t>to quran mein jo bataya gaya equation, woh hai shahid aur mashhood ka, witness aur witnessed ka. isi ko zyada aasan ya qabil-e-fehm banane ke liye hum bolte hain daai aur mad'u ka equation.</w:t>
      </w:r>
    </w:p>
    <w:p>
      <w:pPr>
        <w:jc w:val="right"/>
      </w:pPr>
      <w:r>
        <w:t>تو قرآن میں جو بتایا گیا ایکویشن، وہ ہے شاہد اور مشہود کا، وٹنس اور وٹنسڈ کا۔ اسی کو زیادہ آسان یا قابل فہم بنانے کے لیے ہم بولتے ہیں داعی اور مدعو کا ایکویشن۔</w:t>
      </w:r>
    </w:p>
    <w:p>
      <w:r>
        <w:rPr>
          <w:b/>
        </w:rPr>
        <w:t xml:space="preserve">[23:48] </w:t>
      </w:r>
      <w:r>
        <w:t>yaani addresser aur addressee, jo bataye woh daai hai, jo sune woh mad'u hai. yeh hai sahi equation.</w:t>
      </w:r>
    </w:p>
    <w:p>
      <w:pPr>
        <w:jc w:val="right"/>
      </w:pPr>
      <w:r>
        <w:t>یعنی ایڈریسر اور ایڈریسی، جو بتائے وہ داعی ہے، جو سنے وہ مدعو ہے۔ یہ ہے صحیح ایکویشن۔</w:t>
      </w:r>
    </w:p>
    <w:p>
      <w:r>
        <w:rPr>
          <w:b/>
        </w:rPr>
        <w:t xml:space="preserve">[24:01] </w:t>
      </w:r>
      <w:r>
        <w:t>is ko apnane se kya hota hai? ke aap poori tarah positive thinking par aa jate hain. conspiracy aur enmity ka ki theory khatm ho jati hai.</w:t>
      </w:r>
    </w:p>
    <w:p>
      <w:pPr>
        <w:jc w:val="right"/>
      </w:pPr>
      <w:r>
        <w:t>اس کو اپنانے سے کیا ہوتا ہے؟ کہ آپ پوری طرح پازیٹیو تھنکنگ پر آ جاتے ہیں۔ کانسپریسی اور اینمیٹی کا کی تھیوری ختم ہو جاتی ہے۔</w:t>
      </w:r>
    </w:p>
    <w:p>
      <w:r>
        <w:rPr>
          <w:b/>
        </w:rPr>
        <w:t xml:space="preserve">[24:17] </w:t>
      </w:r>
      <w:r>
        <w:t>saari duniya aap ke liye equal basis par insaan ban jati hai. sab ke aap well-wisher ban jate hain. sab ko aap apna paigham pahunchana chahne lagte hain.</w:t>
      </w:r>
    </w:p>
    <w:p>
      <w:pPr>
        <w:jc w:val="right"/>
      </w:pPr>
      <w:r>
        <w:t>ساری دنیا آپ کے لیے ایکول بیسس پر انسان بن جاتی ہے۔ سب کے آپ ویل وشر بن جاتے ہیں۔ سب کو آپ اپنا پیغام پہنچانا چاہنے لگتے ہیں۔</w:t>
      </w:r>
    </w:p>
    <w:p>
      <w:r>
        <w:rPr>
          <w:b/>
        </w:rPr>
        <w:t xml:space="preserve">[24:32] </w:t>
      </w:r>
      <w:r>
        <w:t>yeh hai hamara mission ke is equation ko phir tareekh mein wapas lana, jo rasool Allah ke zamane mein shahid aur mashhood ke taur par tha.</w:t>
      </w:r>
    </w:p>
    <w:p>
      <w:pPr>
        <w:jc w:val="right"/>
      </w:pPr>
      <w:r>
        <w:t>یہ ہے ہمارا مشن کہ اس ایکویشن کو پھر تاریخ میں واپس لانا، جو رسول اللہ کے زمانے میں شاہد اور مشہود کے طور پر تھا۔</w:t>
      </w:r>
    </w:p>
    <w:p>
      <w:r>
        <w:rPr>
          <w:b/>
        </w:rPr>
        <w:t xml:space="preserve">[24:44] </w:t>
      </w:r>
      <w:r>
        <w:t>ab hum isi ko keh rahe hain daai aur mad'u ke taur par ke hum apne ko daai samjhein aur doosron ko mad'u samjhein. isi mein hamari aap ki nijaat hai, duniya ke aitbaar se bhi.</w:t>
      </w:r>
    </w:p>
    <w:p>
      <w:pPr>
        <w:jc w:val="right"/>
      </w:pPr>
      <w:r>
        <w:t>اب ہم اسی کو کہہ رہے ہیں داعی اور مدعو کے طور پر کہ ہم اپنے کو داعی سمجھیں اور دوسروں کو مدعو سمجھیں۔ اسی میں ہماری آپ کی نجات ہے، دنیا کے اعتبار سے بھی۔</w:t>
      </w:r>
    </w:p>
    <w:p>
      <w:r>
        <w:rPr>
          <w:b/>
        </w:rPr>
        <w:t xml:space="preserve">[24:59] </w:t>
      </w:r>
      <w:r>
        <w:t>isi mein hamari aap ki nijaat hai, aakhirat ke aitbaar se bhi. is ke siwa aur koi doosra tareeqa nahi, koi bhi doosra tareeqa nahi.</w:t>
      </w:r>
    </w:p>
    <w:p>
      <w:pPr>
        <w:jc w:val="right"/>
      </w:pPr>
      <w:r>
        <w:t>اسی میں ہماری آپ کی نجات ہے، آخرت کے اعتبار سے بھی۔ اس کے سوا اور کوئی دوسرا طریقہ نہیں، کوئی بھی دوسرا طریقہ نہیں۔</w:t>
      </w:r>
    </w:p>
    <w:p>
      <w:r>
        <w:rPr>
          <w:b/>
        </w:rPr>
        <w:t xml:space="preserve">[25:13] </w:t>
      </w:r>
      <w:r>
        <w:t>ab mein ek baat yeh kahunga</w:t>
      </w:r>
    </w:p>
    <w:p>
      <w:pPr>
        <w:jc w:val="right"/>
      </w:pPr>
      <w:r>
        <w:t>اب میں ایک بات یہ کہوں گا</w:t>
      </w:r>
    </w:p>
    <w:p>
      <w:r>
        <w:rPr>
          <w:b/>
        </w:rPr>
        <w:t xml:space="preserve">[25:17] </w:t>
      </w:r>
      <w:r>
        <w:t>ke dawat jo hai, sirf announcement ka naam nahi hai. aap park mein jayen, ek aadmi ko pakrein, kahein ke dekho tum ko kalma yaad hai aur kahein kalma padho aur kuch galat padh de to us ko sahi karein.</w:t>
      </w:r>
    </w:p>
    <w:p>
      <w:pPr>
        <w:jc w:val="right"/>
      </w:pPr>
      <w:r>
        <w:t>کہ دعوت جو ہے، صرف اناؤنسمنٹ کا نام نہیں ہے۔ آپ پارک میں جائیں، ایک آدمی کو پکڑیں، کہیں کہ دیکھو تم کو کلمہ یاد ہے اور کہیں کلمہ پڑھو اور کچھ غلط پڑھ دے تو اس کو صحیح کریں۔</w:t>
      </w:r>
    </w:p>
    <w:p>
      <w:r>
        <w:rPr>
          <w:b/>
        </w:rPr>
        <w:t xml:space="preserve">[25:36] </w:t>
      </w:r>
      <w:r>
        <w:t>yeh dawat nahi hai. dawat ke liye aap ko ek poori ideology develop karni padegi. dawat ke liye aap ko ek poori ideology develop karni padegi.</w:t>
      </w:r>
    </w:p>
    <w:p>
      <w:pPr>
        <w:jc w:val="right"/>
      </w:pPr>
      <w:r>
        <w:t>یہ دعوت نہیں ہے۔ دعوت کے لیے آپ کو ایک پوری آئیڈیالوجی ڈیولپ کرنی پڑے گی۔ دعوت کے لیے آپ کو ایک پوری آئیڈیالوجی ڈیولپ کرنی پڑے گی۔</w:t>
      </w:r>
    </w:p>
    <w:p>
      <w:r>
        <w:rPr>
          <w:b/>
        </w:rPr>
        <w:t xml:space="preserve">[25:47] </w:t>
      </w:r>
      <w:r>
        <w:t>is ke saare detail banane padenge aur phir us ko aaj ke medium mein batana padega.</w:t>
      </w:r>
    </w:p>
    <w:p>
      <w:pPr>
        <w:jc w:val="right"/>
      </w:pPr>
      <w:r>
        <w:t>اس کے سارے ڈیٹیل بنانے پڑیں گے اور پھر اس کو آج کے میڈیم میں بتانا پڑے گا۔</w:t>
      </w:r>
    </w:p>
    <w:p>
      <w:r>
        <w:rPr>
          <w:b/>
        </w:rPr>
        <w:t xml:space="preserve">[25:58] </w:t>
      </w:r>
      <w:r>
        <w:t>aaj ka insaan jo hai, jab tak is ko aap ek ideology ke taur par na bata sakein, is ko rational basis na de sakein, tab tak woh samjhega nahi kuch.</w:t>
      </w:r>
    </w:p>
    <w:p>
      <w:pPr>
        <w:jc w:val="right"/>
      </w:pPr>
      <w:r>
        <w:t>آج کا انسان جو ہے، جب تک اس کو آپ ایک آئیڈیالوجی کے طور پر نہ بتا سکیں، اس کو ریشنل بیسز نہ دے سکیں، تب تک وہ سمجھے گا نہیں کچھ۔</w:t>
      </w:r>
    </w:p>
    <w:p>
      <w:r>
        <w:rPr>
          <w:b/>
        </w:rPr>
        <w:t xml:space="preserve">[26:09] </w:t>
      </w:r>
      <w:r>
        <w:t>to aaj ka jo scientific zamana hai, is ke lihaaz se hamein is ki ideology develop karni padegi. dekhiye, pehle zamane mein jo traditional zamana tha, us mein kya tha?</w:t>
      </w:r>
    </w:p>
    <w:p>
      <w:pPr>
        <w:jc w:val="right"/>
      </w:pPr>
      <w:r>
        <w:t>تو آج کا جو سائنٹیفک زمانہ ہے، اس کے لحاظ سے ہمیں اس کی آئیڈیالوجی ڈیولپ کرنی پڑے گی۔ دیکھیے، پہلے زمانے میں جو ٹریڈیشنل زمانہ تھا، اس میں کیا تھا؟</w:t>
      </w:r>
    </w:p>
    <w:p>
      <w:r>
        <w:rPr>
          <w:b/>
        </w:rPr>
        <w:t xml:space="preserve">[26:23] </w:t>
      </w:r>
      <w:r>
        <w:t>us mein yeh tha ke aap ek ek allegory pesh kar dein, ek metaphor pesh kar dein to bhi baat samajhte ke baat ho gayi. log samajhte the poem mein kuch keh dein, tab bhi baat ho gayi.</w:t>
      </w:r>
    </w:p>
    <w:p>
      <w:pPr>
        <w:jc w:val="right"/>
      </w:pPr>
      <w:r>
        <w:t>اس میں یہ تھا کہ آپ ایک ایک الیگری پیش کر دیں، ایک میٹافر پیش کر دیں تو بھی بات سمجھتے کہ بات ہو گئی۔ لوگ سمجھتے تھے پوئم میں کچھ کہہ دیں، تب بھی بات ہو گئی۔</w:t>
      </w:r>
    </w:p>
    <w:p>
      <w:r>
        <w:rPr>
          <w:b/>
        </w:rPr>
        <w:t xml:space="preserve">[26:38] </w:t>
      </w:r>
      <w:r>
        <w:t>ek historic bata dein, tab bhi baat samajhte the ke ho gayi. isi liye mythological jo literature tha, woh chalta raha, hazaron saal tak chalta raha.</w:t>
      </w:r>
    </w:p>
    <w:p>
      <w:pPr>
        <w:jc w:val="right"/>
      </w:pPr>
      <w:r>
        <w:t>ایک ہسٹورک بتا دیں، تب بھی بات سمجھتے تھے کہ ہو گئی۔ اسی لیے میتھالوجیکل جو لٹریچر تھا، وہ چلتا رہا، ہزاروں سال تک چلتا رہا۔</w:t>
      </w:r>
    </w:p>
    <w:p>
      <w:r>
        <w:rPr>
          <w:b/>
        </w:rPr>
        <w:t xml:space="preserve">[26:47] </w:t>
      </w:r>
      <w:r>
        <w:t>log samajhte the ke yeh bhi koi tareeqa hai kehne ka.</w:t>
      </w:r>
    </w:p>
    <w:p>
      <w:pPr>
        <w:jc w:val="right"/>
      </w:pPr>
      <w:r>
        <w:t>لوگ سمجھتے تھے کہ یہ بھی کوئی طریقہ ہے کہنے کا۔</w:t>
      </w:r>
    </w:p>
    <w:p>
      <w:r>
        <w:rPr>
          <w:b/>
        </w:rPr>
        <w:t xml:space="preserve">[26:55] </w:t>
      </w:r>
      <w:r>
        <w:t>ab scientific zamana aaya hai. is zamane mein yeh sab discard ho gaya hai. yeh saara woh, woh, woh, woh, woh traditional idiom discard ho chuka hai.</w:t>
      </w:r>
    </w:p>
    <w:p>
      <w:pPr>
        <w:jc w:val="right"/>
      </w:pPr>
      <w:r>
        <w:t>اب سائنٹیفک زمانہ آیا ہے۔ اس زمانے میں یہ سب ڈسکارڈ ہو گیا ہے۔ یہ سارا وہ، وہ، وہ، وہ، وہ ٹریڈیشنل ایڈیم ڈسکارڈ ہو چکا ہے۔</w:t>
      </w:r>
    </w:p>
    <w:p>
      <w:r>
        <w:rPr>
          <w:b/>
        </w:rPr>
        <w:t xml:space="preserve">[27:05] </w:t>
      </w:r>
      <w:r>
        <w:t>ab modern idiom jo hai, woh base karta hai reason par, logic par, scientific analysis par. is par hamein pesh karna padega dawat ko, is ki ideology ko taake aaj ka insaan samajh paaye.</w:t>
      </w:r>
    </w:p>
    <w:p>
      <w:pPr>
        <w:jc w:val="right"/>
      </w:pPr>
      <w:r>
        <w:t>اب ماڈرن ایڈیم جو ہے، وہ بیس کرتا ہے ریزن پر، لاجک پر، سائنٹیفک انالیسز پر۔ اس پر ہمیں پیش کرنا پڑے گا دعوت کو، اس کی آئیڈیالوجی کو تاکہ آج کا انسان سمجھ پائے۔</w:t>
      </w:r>
    </w:p>
    <w:p>
      <w:r>
        <w:rPr>
          <w:b/>
        </w:rPr>
        <w:t xml:space="preserve">[27:23] </w:t>
      </w:r>
      <w:r>
        <w:t>dekhiye, modern idiom koi koi mysterious cheez nahi hai. aaj hi mein kisi se keh raha tha ke dekhiye, quran mein hai ke "ya allazeena aamano aamano".</w:t>
      </w:r>
    </w:p>
    <w:p>
      <w:pPr>
        <w:jc w:val="right"/>
      </w:pPr>
      <w:r>
        <w:t>دیکھیے، ماڈرن ایڈیم کوئی کوئی مسٹیریس چیز نہیں ہے۔ آج ہی میں کسی سے کہہ رہا تھا کہ دیکھیے، قرآن میں ہے کہ "یا الذین آمنوا آمنوا"۔</w:t>
      </w:r>
    </w:p>
    <w:p>
      <w:r>
        <w:rPr>
          <w:b/>
        </w:rPr>
        <w:t xml:space="preserve">[27:34] </w:t>
      </w:r>
      <w:r>
        <w:t>mein ek choti si misaal deta hoon ke kya cheez hai modern idiom. log samajhte hain ke modern idiom ka matlab hai ke hum hawai jahaz aur rocket ki zubaan bolen.</w:t>
      </w:r>
    </w:p>
    <w:p>
      <w:pPr>
        <w:jc w:val="right"/>
      </w:pPr>
      <w:r>
        <w:t>میں ایک چھوٹی سی مثال دیتا ہوں کہ کیا چیز ہے ماڈرن ایڈیم۔ لوگ سمجھتے ہیں کہ ماڈرن ایڈیم کا مطلب ہے کہ ہم ہوائی جہاز اور راکٹ کی زبان بولیں۔</w:t>
      </w:r>
    </w:p>
    <w:p>
      <w:r>
        <w:rPr>
          <w:b/>
        </w:rPr>
        <w:t xml:space="preserve">[27:44] </w:t>
      </w:r>
      <w:r>
        <w:t>yeh matlab nahi hai.</w:t>
      </w:r>
    </w:p>
    <w:p>
      <w:pPr>
        <w:jc w:val="right"/>
      </w:pPr>
      <w:r>
        <w:t>یہ مطلب نہیں ہے۔</w:t>
      </w:r>
    </w:p>
    <w:p>
      <w:r>
        <w:rPr>
          <w:b/>
        </w:rPr>
        <w:t xml:space="preserve">[27:48] </w:t>
      </w:r>
      <w:r>
        <w:t>to quran mein hai ke "ya allazeena aamano aamano". aye iman laane walon, iman lao. to mein ne kaha ke dekhiye, yeh traditional andaaz hua ke aye iman laane walon, iman lao.</w:t>
      </w:r>
    </w:p>
    <w:p>
      <w:pPr>
        <w:jc w:val="right"/>
      </w:pPr>
      <w:r>
        <w:t>تو قرآن میں ہے کہ "یا الذین آمنوا آمنوا"۔ اے ایمان لانے والوں، ایمان لاؤ۔ تو میں نے کہا کہ دیکھیے، یہ ٹریڈیشنل انداز ہوا کہ اے ایمان لانے والوں، ایمان لاؤ۔</w:t>
      </w:r>
    </w:p>
    <w:p>
      <w:r>
        <w:rPr>
          <w:b/>
        </w:rPr>
        <w:t xml:space="preserve">[28:01] </w:t>
      </w:r>
      <w:r>
        <w:t>ab aaj ki idiom mein agar badlein aap is ko to kya kahenge? woh yeh kahenge ke aye iman laane walon, tum iman ko rediscovery banao apne liye.</w:t>
      </w:r>
    </w:p>
    <w:p>
      <w:pPr>
        <w:jc w:val="right"/>
      </w:pPr>
      <w:r>
        <w:t>اب آج کی ایڈیم میں اگر بدلیں آپ اس کو تو کیا کہیں گے؟ وہ یہ کہیں گے کہ اے ایمان لانے والوں، تم ایمان کو ری ڈسکوری بناؤ اپنے لیے۔</w:t>
      </w:r>
    </w:p>
    <w:p>
      <w:r>
        <w:rPr>
          <w:b/>
        </w:rPr>
        <w:t xml:space="preserve">[28:14] </w:t>
      </w:r>
      <w:r>
        <w:t>to aaj ka mind for address ho jayega. jab aap is tarah kahenge to us ke saamne sirf aap translation batayein ke quran mein hai ke aye iman laane walon, iman lao.</w:t>
      </w:r>
    </w:p>
    <w:p>
      <w:pPr>
        <w:jc w:val="right"/>
      </w:pPr>
      <w:r>
        <w:t>تو آج کا مائنڈ فور ایڈریس ہو جائے گا۔ جب آپ اس طرح کہیں گے تو اس کے سامنے صرف آپ ٹرانسلیشن بتائیں کہ قرآن میں ہے کہ اے ایمان لانے والوں، ایمان لاؤ۔</w:t>
      </w:r>
    </w:p>
    <w:p>
      <w:r>
        <w:rPr>
          <w:b/>
        </w:rPr>
        <w:t xml:space="preserve">[28:26] </w:t>
      </w:r>
      <w:r>
        <w:t>to aaj ka mind address nahi hoga. is wajah se is ko convert karna padta hai. jab aap is ko yeh kahein ke aye iman laane walon, Islam ko apni rediscovery banao to foran woh samajh jata hai.</w:t>
      </w:r>
    </w:p>
    <w:p>
      <w:pPr>
        <w:jc w:val="right"/>
      </w:pPr>
      <w:r>
        <w:t>تو آج کا مائنڈ ایڈریس نہیں ہوگا۔ اس وجہ سے اس کو کنورٹ کرنا پڑتا ہے۔ جب آپ اس کو یہ کہیں کہ اے ایمان لانے والوں، اسلام کو اپنی ری ڈسکوری بناؤ تو فوراً وہ سمجھ جاتا ہے۔</w:t>
      </w:r>
    </w:p>
    <w:p>
      <w:r>
        <w:rPr>
          <w:b/>
        </w:rPr>
        <w:t xml:space="preserve">[28:40] </w:t>
      </w:r>
      <w:r>
        <w:t>phir yeh hai modern idiom mein pesh karna.</w:t>
      </w:r>
    </w:p>
    <w:p>
      <w:pPr>
        <w:jc w:val="right"/>
      </w:pPr>
      <w:r>
        <w:t>پھر یہ ہے ماڈرن ایڈیم میں پیش کرنا۔</w:t>
      </w:r>
    </w:p>
    <w:p>
      <w:r>
        <w:rPr>
          <w:b/>
        </w:rPr>
        <w:t xml:space="preserve">[28:47] </w:t>
      </w:r>
      <w:r>
        <w:t>kisi ne bohat pehle likha tha ek article, is mein us ne kaha tha ke "quran has to be re revealed today". mein samajhta hoon ke yeh baat sahi nahi hai.</w:t>
      </w:r>
    </w:p>
    <w:p>
      <w:pPr>
        <w:jc w:val="right"/>
      </w:pPr>
      <w:r>
        <w:t>کسی نے بہت پہلے لکھا تھا ایک آرٹیکل، اس میں اس نے کہا تھا کہ "قرآن ہیز ٹو بی ری ریویلڈ ٹوڈے"۔ میں سمجھتا ہوں کہ یہ بات صحیح نہیں ہے۔</w:t>
      </w:r>
    </w:p>
    <w:p>
      <w:r>
        <w:rPr>
          <w:b/>
        </w:rPr>
        <w:t xml:space="preserve">[29:01] </w:t>
      </w:r>
      <w:r>
        <w:t>"quran has to be re defined today". hamein re definition ki zaroorat hai, is ki zaroorat nahi ke re revelation ki zaroorat nahi hai.</w:t>
      </w:r>
    </w:p>
    <w:p>
      <w:pPr>
        <w:jc w:val="right"/>
      </w:pPr>
      <w:r>
        <w:t>"قرآن ہیز ٹو بی ری ڈیفائنڈ ٹوڈے"۔ ہمیں ری ڈیفینیشن کی ضرورت ہے، اس کی ضرورت نہیں کہ ری ریولیشن کی ضرورت نہیں ہے۔</w:t>
      </w:r>
    </w:p>
    <w:p>
      <w:r>
        <w:rPr>
          <w:b/>
        </w:rPr>
        <w:t xml:space="preserve">[29:13] </w:t>
      </w:r>
      <w:r>
        <w:t>to quran ko, islam ki taleemat ko hamein re define karna hai, phir se logon ko use understandable banana hai. re definition ka matlab hai ke aaj ka jo mind hai, aaj ki jo soch hai, us ke lehaz se aap is ke liye is ko understandable banaein.</w:t>
      </w:r>
    </w:p>
    <w:p>
      <w:pPr>
        <w:jc w:val="right"/>
      </w:pPr>
      <w:r>
        <w:t>تو قرآن کو، اسلام کی تعلیمات کو ہمیں ری ڈیفائن کرنا ہے، پھر سے لوگوں کو اسے انڈرسٹینڈیبل بنانا ہے۔ ری ڈیفینیشن کا مطلب ہے کہ آج کا جو مائنڈ ہے، آج کی جو سوچ ہے، اس کے لحاظ سے آپ اس کے لیے اس کو انڈرسٹینڈیبل بنائیں۔</w:t>
      </w:r>
    </w:p>
    <w:p>
      <w:r>
        <w:rPr>
          <w:b/>
        </w:rPr>
        <w:t xml:space="preserve">[29:32] </w:t>
      </w:r>
      <w:r>
        <w:t>yeh hai hamari aaj ki zaroorat. to daai aur madu ka jo equation hai, us ko revive karne ke liye zaroorat hai ke dawat ko ek ideology ke roop mein develop kiya jaye.</w:t>
      </w:r>
    </w:p>
    <w:p>
      <w:pPr>
        <w:jc w:val="right"/>
      </w:pPr>
      <w:r>
        <w:t>یہ ہے ہماری آج کی ضرورت۔ تو داعی اور مدعو کا جو ایکویشن ہے، اس کو ریوائیو کرنے کے لیے ضرورت ہے کہ دعوت کو ایک آئیڈیالوجی کے روپ میں ڈیولپ کیا جائے۔</w:t>
      </w:r>
    </w:p>
    <w:p>
      <w:r>
        <w:rPr>
          <w:b/>
        </w:rPr>
        <w:t xml:space="preserve">[29:48] </w:t>
      </w:r>
      <w:r>
        <w:t>modern idiom mein sari teaching ko beyn kiya jaye, quran o hadees ki baaton ko rational basis pe beyn kiya jaye, baat ko badle baghair.</w:t>
      </w:r>
    </w:p>
    <w:p>
      <w:pPr>
        <w:jc w:val="right"/>
      </w:pPr>
      <w:r>
        <w:t>ماڈرن ایڈیم میں ساری ٹیچنگ کو بین کیا جائے، قرآن و حدیث کی باتوں کو ریشنل بیسز پہ بین کیا جائے، بات کو بدلے بغیر۔</w:t>
      </w:r>
    </w:p>
    <w:p>
      <w:r>
        <w:rPr>
          <w:b/>
        </w:rPr>
        <w:t xml:space="preserve">[30:02] </w:t>
      </w:r>
      <w:r>
        <w:t>isi liye mein re definition, re definition ka word use kar raha hoon. dekhein, kuch log baat karte hain revision ki ya reform ki, to hamein reform aur revision nahi karna hai.</w:t>
      </w:r>
    </w:p>
    <w:p>
      <w:pPr>
        <w:jc w:val="right"/>
      </w:pPr>
      <w:r>
        <w:t>اسی لیے میں ری ڈیفینیشن، ری ڈیفینیشن کا ورڈ یوز کر رہا ہوں۔ دیکھیں، کچھ لوگ بات کرتے ہیں ریویژن کی یا ریفارم کی، تو ہمیں ریفارم اور ریویژن نہیں کرنا ہے۔</w:t>
      </w:r>
    </w:p>
    <w:p>
      <w:r>
        <w:rPr>
          <w:b/>
        </w:rPr>
        <w:t xml:space="preserve">[30:17] </w:t>
      </w:r>
      <w:r>
        <w:t>reform aur revision mein jo connotation hai, woh yeh hai ke aap pichle ko badlein, badal kar ke naye halaat ke lehaz se us ko banaein.</w:t>
      </w:r>
    </w:p>
    <w:p>
      <w:pPr>
        <w:jc w:val="right"/>
      </w:pPr>
      <w:r>
        <w:t>ریفارم اور ریویژن میں جو کنوٹیشن ہے، وہ یہ ہے کہ آپ پچھلے کو بدلیں، بدل کر کے نئے حالات کے لحاظ سے اس کو بنائیں۔</w:t>
      </w:r>
    </w:p>
    <w:p>
      <w:r>
        <w:rPr>
          <w:b/>
        </w:rPr>
        <w:t xml:space="preserve">[30:28] </w:t>
      </w:r>
      <w:r>
        <w:t>yeh matlab nahi hai, lekin re definition ka matlab yeh hai ke wahi ka wahi baat jo hai, usi ko aap phir se insaan ke liye understandable banaein.</w:t>
      </w:r>
    </w:p>
    <w:p>
      <w:pPr>
        <w:jc w:val="right"/>
      </w:pPr>
      <w:r>
        <w:t>یہ مطلب نہیں ہے، لیکن ری ڈیفینیشن کا مطلب یہ ہے کہ وہی کا وہی بات جو ہے، اسی کو آپ پھر سے انسان کے لیے انڈرسٹینڈیبل بنائیں۔</w:t>
      </w:r>
    </w:p>
    <w:p>
      <w:r>
        <w:rPr>
          <w:b/>
        </w:rPr>
        <w:t xml:space="preserve">[30:39] </w:t>
      </w:r>
      <w:r>
        <w:t>to hamein jis ki zaroorat hai, woh to na to reform hai na revision hai, balkeh hai woh hai re definition, phir se us ko define karna.</w:t>
      </w:r>
    </w:p>
    <w:p>
      <w:pPr>
        <w:jc w:val="right"/>
      </w:pPr>
      <w:r>
        <w:t>تو ہمیں جس کی ضرورت ہے، وہ تو نہ تو ریفارم ہے نہ ریویژن ہے، بلکہ ہے وہ ہے ری ڈیفینیشن، پھر سے اس کو ڈیفائن کرنا۔</w:t>
      </w:r>
    </w:p>
    <w:p>
      <w:r>
        <w:rPr>
          <w:b/>
        </w:rPr>
        <w:t xml:space="preserve">[30:54] </w:t>
      </w:r>
      <w:r>
        <w:t>jaise mein ne is se pehle aap samne yeh baat kahi thi ke hamari khawateen jo gender equality se bohat zyada obsessed hain, woh kehti hain ke quran mein hai ke "ar-rijalu qawwamuna 'ala n-nisaa".</w:t>
      </w:r>
    </w:p>
    <w:p>
      <w:pPr>
        <w:jc w:val="right"/>
      </w:pPr>
      <w:r>
        <w:t>جیسے میں نے اس سے پہلے آپ سامنے یہ بات کہی تھی کہ ہماری خواتین جو جینڈر ایکولٹی سے بہت زیادہ ابسڈ ہیں، وہ کہتی ہیں کہ قرآن میں ہے کہ "الرجال قوام علی النساء"۔</w:t>
      </w:r>
    </w:p>
    <w:p>
      <w:r>
        <w:rPr>
          <w:b/>
        </w:rPr>
        <w:t xml:space="preserve">[31:08] </w:t>
      </w:r>
      <w:r>
        <w:t>aurat mard ke upar, aurat ke upar mard jo hai, woh qawwam hai. un ki samajh mein nahi aata, lekin jab unhein yeh bataya jaye, isi baat ko modern idiom mein bataya jaye to mera tajurba hai ke sab foran maan lete hain is ko.</w:t>
      </w:r>
    </w:p>
    <w:p>
      <w:pPr>
        <w:jc w:val="right"/>
      </w:pPr>
      <w:r>
        <w:t>عورت مرد کے اوپر، عورت کے اوپر مرد جو ہے، وہ قوام ہے۔ ان کی سمجھ میں نہیں آتا، لیکن جب انہیں یہ بتایا جائے، اسی بات کو ماڈرن ایڈیم میں بتایا جائے تو میرا تجربہ ہے کہ سب فوراً مان لیتے ہیں اس کو۔</w:t>
      </w:r>
    </w:p>
    <w:p>
      <w:r>
        <w:rPr>
          <w:b/>
        </w:rPr>
        <w:t xml:space="preserve">[31:25] </w:t>
      </w:r>
      <w:r>
        <w:t>woh kya? mein ne kaha ke dekhiye, yeh jo boss's ka principle hai, isi ki baat kahi gayi hai quran mein.</w:t>
      </w:r>
    </w:p>
    <w:p>
      <w:pPr>
        <w:jc w:val="right"/>
      </w:pPr>
      <w:r>
        <w:t>وہ کیا؟ میں نے کہا کہ دیکھیے، یہ جو باسز کا پرنسپل ہے، اسی کی بات کہی گئی ہے قرآن میں۔</w:t>
      </w:r>
    </w:p>
    <w:p>
      <w:r>
        <w:rPr>
          <w:b/>
        </w:rPr>
        <w:t xml:space="preserve">[31:37] </w:t>
      </w:r>
      <w:r>
        <w:t>principle of boss is a universal principle. aap har company mein ek boss rehta hai, har government mein ek boss hota hai, har army mein ek boss hota hai.</w:t>
      </w:r>
    </w:p>
    <w:p>
      <w:pPr>
        <w:jc w:val="right"/>
      </w:pPr>
      <w:r>
        <w:t>پرنسپل آف باسز از ا یونیورسل پرنسپل۔ آپ ہر کمپنی میں ایک باس رہتا ہے، ہر گورنمنٹ میں ایک باس ہوتا ہے، ہر آرمی میں ایک باس ہوتا ہے۔</w:t>
      </w:r>
    </w:p>
    <w:p>
      <w:r>
        <w:rPr>
          <w:b/>
        </w:rPr>
        <w:t xml:space="preserve">[31:50] </w:t>
      </w:r>
      <w:r>
        <w:t>boss ke baghair koi organization chal nahi sakti hai. koi bhi kaam organized way mein jab karna hota hai to uska ek boss banaya jata hai, aur yeh kehta hai ke "boss is always right".</w:t>
      </w:r>
    </w:p>
    <w:p>
      <w:pPr>
        <w:jc w:val="right"/>
      </w:pPr>
      <w:r>
        <w:t>باس کے بغیر کوئی ارگنائزیشن چل نہیں سکتی ہے۔ کوئی بھی کام ارگنائزڈ وے میں جب کرنا ہوتا ہے تو اس کا ایک باس بنایا جاتا ہے، اور یہ کہتا ہے کہ "باس از الویز رائٹ"۔</w:t>
      </w:r>
    </w:p>
    <w:p>
      <w:r>
        <w:rPr>
          <w:b/>
        </w:rPr>
        <w:t xml:space="preserve">[32:05] </w:t>
      </w:r>
      <w:r>
        <w:t>dekhiye, "boss is always right" ka matlab yeh nahi ke woh hamesha truth par hota hai, haq par hota hai. yeh matlab nahi hai. yeh ek practical zaroorat hai, practical zaroorat hai.</w:t>
      </w:r>
    </w:p>
    <w:p>
      <w:pPr>
        <w:jc w:val="right"/>
      </w:pPr>
      <w:r>
        <w:t>دیکھیے، "باس از الویز رائٹ" کا مطلب یہ نہیں کہ وہ ہمیشہ ٹروتھ پر ہوتا ہے، حق پر ہوتا ہے۔ یہ مطلب نہیں ہے۔ یہ ایک پریکٹیکل ضرورت ہے، پریکٹیکل ضرورت ہے۔</w:t>
      </w:r>
    </w:p>
    <w:p>
      <w:r>
        <w:rPr>
          <w:b/>
        </w:rPr>
        <w:t xml:space="preserve">[32:18] </w:t>
      </w:r>
      <w:r>
        <w:t>jaise hum namaz parhte hain to ek aadmi ko hum imam banate hain, aur isi ko follow karte hain. is ka matlab nahi ke imam ki namaz hum se zyada achi namaz hai, ke imam koi angel hai.</w:t>
      </w:r>
    </w:p>
    <w:p>
      <w:pPr>
        <w:jc w:val="right"/>
      </w:pPr>
      <w:r>
        <w:t>جیسے ہم نماز پڑھتے ہیں تو ایک آدمی کو ہم امام بناتے ہیں، اور اسی کو فالو کرتے ہیں۔ اس کا مطلب نہیں کہ امام کی نماز ہم سے زیادہ اچھی نماز ہے، کہ امام کوئی اینجل ہے۔</w:t>
      </w:r>
    </w:p>
    <w:p>
      <w:r>
        <w:rPr>
          <w:b/>
        </w:rPr>
        <w:t xml:space="preserve">[32:29] </w:t>
      </w:r>
      <w:r>
        <w:t>aisa matlab nahi hai. yeh organization ki ek practical zaroorat hai. koi bhi organization ek boss chahti hai, boss nahi to organization nahi.</w:t>
      </w:r>
    </w:p>
    <w:p>
      <w:pPr>
        <w:jc w:val="right"/>
      </w:pPr>
      <w:r>
        <w:t>ایسا مطلب نہیں ہے۔ یہ ارگنائزیشن کی ایک پریکٹیکل ضرورت ہے۔ کوئی بھی ارگنائزیشن ایک باس چاہتی ہے، باس نہیں تو ارگنائزیشن نہیں۔</w:t>
      </w:r>
    </w:p>
    <w:p>
      <w:r>
        <w:rPr>
          <w:b/>
        </w:rPr>
        <w:t xml:space="preserve">[32:41] </w:t>
      </w:r>
      <w:r>
        <w:t>isi tareeqe se ghar bhi ek organization hai, to home ke front par bhi aap ko ek boss chahiye.</w:t>
      </w:r>
    </w:p>
    <w:p>
      <w:pPr>
        <w:jc w:val="right"/>
      </w:pPr>
      <w:r>
        <w:t>اسی طریقے سے گھر بھی ایک ارگنائزیشن ہے، تو ہوم کے فرنٹ پر بھی آپ کو ایک باس چاہیے۔</w:t>
      </w:r>
    </w:p>
    <w:p>
      <w:r>
        <w:rPr>
          <w:b/>
        </w:rPr>
        <w:t xml:space="preserve">[32:50] </w:t>
      </w:r>
      <w:r>
        <w:t>home ke front par bhi aap ko ek boss chahiye. to yeh sirf is ka matlab yeh hai ke home ke front par mard ko apna boss banao taake woh achhe tareeqe se ghar ka jo organization hai, woh chal sake.</w:t>
      </w:r>
    </w:p>
    <w:p>
      <w:pPr>
        <w:jc w:val="right"/>
      </w:pPr>
      <w:r>
        <w:t>ہوم کے فرنٹ پر بھی آپ کو ایک باس چاہیے۔ تو یہ صرف اس کا مطلب یہ ہے کہ ہوم کے فرنٹ پر مرد کو اپنا باس بناؤ تاکہ وہ اچھے طریقے سے گھر کا جو ارگنائزیشن ہے، وہ چل سکے۔</w:t>
      </w:r>
    </w:p>
    <w:p>
      <w:r>
        <w:rPr>
          <w:b/>
        </w:rPr>
        <w:t xml:space="preserve">[33:06] </w:t>
      </w:r>
      <w:r>
        <w:t>bas is mein na to yeh hai ke woh superior hai, na to is ka matlab yeh hai ke woh superior hai, na is ka matlab yeh hai ke woh zyada yaani better hai.</w:t>
      </w:r>
    </w:p>
    <w:p>
      <w:pPr>
        <w:jc w:val="right"/>
      </w:pPr>
      <w:r>
        <w:t>بس اس میں نہ تو یہ ہے کہ وہ سپیریر ہے، نہ تو اس کا مطلب یہ ہے کہ وہ سپیریر ہے، نہ اس کا مطلب یہ ہے کہ وہ زیادہ یعنی بیٹر ہے۔</w:t>
      </w:r>
    </w:p>
    <w:p>
      <w:r>
        <w:rPr>
          <w:b/>
        </w:rPr>
        <w:t xml:space="preserve">[33:20] </w:t>
      </w:r>
      <w:r>
        <w:t>yeh sab kuch bhi nahi. yeh sirf organization ko chalane ke liye ek practical arrangement hai, bas is se zyada aur kuch bhi nahi. to mera tajurba hai ke sab log maan lete hain, sab aurtein maan leti hain is ko.</w:t>
      </w:r>
    </w:p>
    <w:p>
      <w:pPr>
        <w:jc w:val="right"/>
      </w:pPr>
      <w:r>
        <w:t>یہ سب کچھ بھی نہیں۔ یہ صرف ارگنائزیشن کو چلانے کے لیے ایک پریکٹیکل ارینجمنٹ ہے، بس اس سے زیادہ اور کچھ بھی نہیں۔ تو میرا تجربہ ہے کہ سب لوگ مان لیتے ہیں، سب عورتیں مان لیتی ہیں اس کو۔</w:t>
      </w:r>
    </w:p>
    <w:p>
      <w:r>
        <w:rPr>
          <w:b/>
        </w:rPr>
        <w:t xml:space="preserve">[33:34] </w:t>
      </w:r>
      <w:r>
        <w:t>to yeh hai baat ko modern idiom mein kehna. is zamane mein dekhein, kai aise problem aaye hain jo bohat zyada yaani masla paida kar rahe hain,</w:t>
      </w:r>
    </w:p>
    <w:p>
      <w:pPr>
        <w:jc w:val="right"/>
      </w:pPr>
      <w:r>
        <w:t>تو یہ ہے بات کو ماڈرن ایڈیم میں کہنا۔ اس زمانے میں دیکھیں، کئی ایسے پرابلم آئے ہیں جو بہت زیادہ یعنی مسئلہ پیدا کر رہے ہیں،</w:t>
      </w:r>
    </w:p>
    <w:p>
      <w:r>
        <w:rPr>
          <w:b/>
        </w:rPr>
        <w:t xml:space="preserve">[33:48] </w:t>
      </w:r>
      <w:r>
        <w:t>jaise democracy, secularism,</w:t>
      </w:r>
    </w:p>
    <w:p>
      <w:pPr>
        <w:jc w:val="right"/>
      </w:pPr>
      <w:r>
        <w:t>جیسے ڈیموکریسی، سیکولرزم،</w:t>
      </w:r>
    </w:p>
    <w:p>
      <w:r>
        <w:rPr>
          <w:b/>
        </w:rPr>
        <w:t xml:space="preserve">[33:55] </w:t>
      </w:r>
      <w:r>
        <w:t>is tarah ki cheezein. to yahan par musalman apne ko unfit mehsoos karte hain. woh samajhte hain ke sab un islamic ideas hain. democracy un islamic hai, secularism un islamic hai, aur freedom of expression un islamic hai.</w:t>
      </w:r>
    </w:p>
    <w:p>
      <w:pPr>
        <w:jc w:val="right"/>
      </w:pPr>
      <w:r>
        <w:t>اس طرح کی چیزیں۔ تو یہاں پر مسلمان اپنے کو ان فٹ محسوس کرتے ہیں۔ وہ سمجھتے ہیں کہ سب ان اسلامک آئیڈیاز ہیں۔ ڈیموکریسی ان اسلامک ہے، سیکولرزم ان اسلامک ہے، اور فریڈم آف ایکسپریشن ان اسلامک ہے۔</w:t>
      </w:r>
    </w:p>
    <w:p>
      <w:r>
        <w:rPr>
          <w:b/>
        </w:rPr>
        <w:t xml:space="preserve">[34:11] </w:t>
      </w:r>
      <w:r>
        <w:t>is ki wajah se dunya mein kuch apne ko unfit mehsoos karte hain. woh misaal ke taur par agar kahin rasool Allah ke khilaf koi kuch statement de de, koi cartoon chhap jaye,</w:t>
      </w:r>
    </w:p>
    <w:p>
      <w:pPr>
        <w:jc w:val="right"/>
      </w:pPr>
      <w:r>
        <w:t>اس کی وجہ سے دنیا میں کچھ اپنے کو ان فٹ محسوس کرتے ہیں۔ وہ مثال کے طور پر اگر کہیں رسول اللہ کے خلاف کوئی کچھ سٹیٹمنٹ دے دے، کوئی کارٹون چھپ جائے،</w:t>
      </w:r>
    </w:p>
    <w:p>
      <w:r>
        <w:rPr>
          <w:b/>
        </w:rPr>
        <w:t xml:space="preserve">[34:26] </w:t>
      </w:r>
      <w:r>
        <w:t>koi kitab chhap jaye to ek hangama khada hota hai ke rasool Allah ke shan mein gustakhi ho rahi hai, aur jalate phoonkte hain, marte kaatte hain, qatl ka fatwa dete hain.</w:t>
      </w:r>
    </w:p>
    <w:p>
      <w:pPr>
        <w:jc w:val="right"/>
      </w:pPr>
      <w:r>
        <w:t>کوئی کتاب چھپ جائے تو ایک ہنگامہ کھڑا ہوتا ہے کہ رسول اللہ کے شان میں گستاخی ہو رہی ہے، اور جلاتے پھونکتے ہیں، مارتے کاٹتے ہیں، قتل کا فتوی دیتے ہیں۔</w:t>
      </w:r>
    </w:p>
    <w:p>
      <w:r>
        <w:rPr>
          <w:b/>
        </w:rPr>
        <w:t xml:space="preserve">[34:38] </w:t>
      </w:r>
      <w:r>
        <w:t>in cheezon ne logon ko ek impression diya hai ke islam jo hai, woh aaj ka religion nahi ho sakta hai. kyunke aap jante hain ke aaj ka jo jo modern civilization hai, woh freedom ko summ bonum samajhta hai,</w:t>
      </w:r>
    </w:p>
    <w:p>
      <w:pPr>
        <w:jc w:val="right"/>
      </w:pPr>
      <w:r>
        <w:t>ان چیزوں نے لوگوں کو ایک امپریشن دیا ہے کہ اسلام جو ہے، وہ آج کا ریلیجن نہیں ہو سکتا ہے۔ کیونکہ آپ جانتے ہیں کہ آج کا جو جو ماڈرن سویلائزیشن ہے، وہ فریڈم کو سمم بونم سمجھتا ہے،</w:t>
      </w:r>
    </w:p>
    <w:p>
      <w:r>
        <w:rPr>
          <w:b/>
        </w:rPr>
        <w:t xml:space="preserve">[34:56] </w:t>
      </w:r>
      <w:r>
        <w:t>freedom of expression ko har ek ka right samajhta hai. yeh aaj establish fact mani jati hai ke har aadmi ko yeh right hai ke woh jo chahe woh bole, jo chahe woh likhe.</w:t>
      </w:r>
    </w:p>
    <w:p>
      <w:pPr>
        <w:jc w:val="right"/>
      </w:pPr>
      <w:r>
        <w:t>فریڈم آف ایکسپریشن کو ہر ایک کا رائٹ سمجھتا ہے۔ یہ آج اسٹیبلش فیکٹ مانی جاتی ہے کہ ہر آدمی کو یہ رائٹ ہے کہ وہ جو چاہے وہ بولے، جو چاہے وہ لکھے۔</w:t>
      </w:r>
    </w:p>
    <w:p>
      <w:r>
        <w:rPr>
          <w:b/>
        </w:rPr>
        <w:t xml:space="preserve">[35:10] </w:t>
      </w:r>
      <w:r>
        <w:t>is pe koi rok nahi nahi lagai sakti. ab aap kehte hain ke nahi, agar tum hamare rasool ke khilaf karoge to hum tum ko qatl karenge, tum ko tum ko maar dalenge.</w:t>
      </w:r>
    </w:p>
    <w:p>
      <w:pPr>
        <w:jc w:val="right"/>
      </w:pPr>
      <w:r>
        <w:t>اس پہ کوئی روک نہیں نہیں لگائی سکتی۔ اب آپ کہتے ہیں کہ نہیں، اگر تم ہمارے رسول کے خلاف کرو گے تو ہم تم کو قتل کریں گے، تم کو تم کو مار ڈالیں گے۔</w:t>
      </w:r>
    </w:p>
    <w:p>
      <w:r>
        <w:rPr>
          <w:b/>
        </w:rPr>
        <w:t xml:space="preserve">[35:19] </w:t>
      </w:r>
      <w:r>
        <w:t>to aaj ka jo modern mind hai, us ki samajh mein nahi aati yeh baat. kyun? us ke mind mein to yeh baitha hua hai ke freedom of expression jo hai, woh to ek right hai aadmi ka,</w:t>
      </w:r>
    </w:p>
    <w:p>
      <w:pPr>
        <w:jc w:val="right"/>
      </w:pPr>
      <w:r>
        <w:t>تو آج کا جو ماڈرن مائنڈ ہے، اس کی سمجھ میں نہیں آتی یہ بات۔ کیوں؟ اس کے مائنڈ میں تو یہ بیٹھا ہوا ہے کہ فریڈم آف ایکسپریشن جو ہے، وہ تو ایک رائٹ ہے آدمی کا،</w:t>
      </w:r>
    </w:p>
    <w:p>
      <w:r>
        <w:rPr>
          <w:b/>
        </w:rPr>
        <w:t xml:space="preserve">[35:33] </w:t>
      </w:r>
      <w:r>
        <w:t>absolute sense mein right hai. yeh log kehte hain ke nahi. ab sawal yeh paida hota hai ke aise logon ke liye islam ko kis tarah se understandable banaya jaye?</w:t>
      </w:r>
    </w:p>
    <w:p>
      <w:pPr>
        <w:jc w:val="right"/>
      </w:pPr>
      <w:r>
        <w:t>ایبسولیوٹ سینس میں رائٹ ہے۔ یہ لوگ کہتے ہیں کہ نہیں۔ اب سوال یہ پیدا ہوتا ہے کہ ایسے لوگوں کے لیے اسلام کو کس طرح سے انڈرسٹینڈیبل بنایا جائے؟</w:t>
      </w:r>
    </w:p>
    <w:p>
      <w:r>
        <w:rPr>
          <w:b/>
        </w:rPr>
        <w:t xml:space="preserve">[35:47] </w:t>
      </w:r>
      <w:r>
        <w:t>to main yeh kahunga ke is par phir se aap sochiye, dunya bhar ke musalman sochein. main do baatein kahunga is silsile mein.</w:t>
      </w:r>
    </w:p>
    <w:p>
      <w:pPr>
        <w:jc w:val="right"/>
      </w:pPr>
      <w:r>
        <w:t>تو میں یہ کہوں گا کہ اس پر پھر سے آپ سوچیے، دنیا بھر کے مسلمان سوچیں۔ میں دو باتیں کہوں گا اس سلسلے میں۔</w:t>
      </w:r>
    </w:p>
    <w:p>
      <w:r>
        <w:rPr>
          <w:b/>
        </w:rPr>
        <w:t xml:space="preserve">[35:58] </w:t>
      </w:r>
      <w:r>
        <w:t>pehli baat yeh hai ke yeh jo law hai ya yeh jo jo banaya gaya hai, yeh tareeqa ke jo gustakhi kare rasool Allah ki, us ko maar dalo, yeh apne aap mein bhi baseless hai.</w:t>
      </w:r>
    </w:p>
    <w:p>
      <w:pPr>
        <w:jc w:val="right"/>
      </w:pPr>
      <w:r>
        <w:t>پہلی بات یہ ہے کہ یہ جو لاء ہے یا یہ جو جو بنایا گیا ہے، یہ طریقہ کہ جو گستاخی کرے رسول اللہ کی، اس کو مار ڈالو، یہ اپنے آپ میں بھی بیسلیس ہے۔</w:t>
      </w:r>
    </w:p>
    <w:p>
      <w:r>
        <w:rPr>
          <w:b/>
        </w:rPr>
        <w:t xml:space="preserve">[36:12] </w:t>
      </w:r>
      <w:r>
        <w:t>quran mein ya hadith mein aisa koi bhi nahi hai qanoon. misaal ke taur par kahin hadith mein yeh nahi aaya hai ke "man shatama rasool ko faqtuloo".</w:t>
      </w:r>
    </w:p>
    <w:p>
      <w:pPr>
        <w:jc w:val="right"/>
      </w:pPr>
      <w:r>
        <w:t>قرآن میں یا حدیث میں ایسا کوئی بھی نہیں ہے قانون۔ مثلاً کہیں حدیث میں یہ نہیں آیا ہے کہ "من شتم رسول کو فقتلو"۔</w:t>
      </w:r>
    </w:p>
    <w:p>
      <w:r>
        <w:rPr>
          <w:b/>
        </w:rPr>
        <w:t xml:space="preserve">[36:24] </w:t>
      </w:r>
      <w:r>
        <w:t>jo tumhare paighambar ki gustakhi kare, us ko maar dalo. aisa to kahin bhi nahi hai. kai kitabein likhi gayi hain isi isi par,</w:t>
      </w:r>
    </w:p>
    <w:p>
      <w:pPr>
        <w:jc w:val="right"/>
      </w:pPr>
      <w:r>
        <w:t>جو تمہارے پیغمبر کی گستاخی کرے، اس کو مار ڈالو۔ ایسا تو کہیں بھی نہیں ہے۔ کئی کتابیں لکھی گئی ہیں اسی اسی پر،</w:t>
      </w:r>
    </w:p>
    <w:p>
      <w:r>
        <w:rPr>
          <w:b/>
        </w:rPr>
        <w:t xml:space="preserve">[36:36] </w:t>
      </w:r>
      <w:r>
        <w:t>jaise ibn taimiya ki mashhoor kitab hai "Al-Sarim al-Maslul ala Shatim al-Rasul" aur bhi kai kitabein. in kitabon mein koi ek bhi reference quran o hadith ka nahi hai.</w:t>
      </w:r>
    </w:p>
    <w:p>
      <w:pPr>
        <w:jc w:val="right"/>
      </w:pPr>
      <w:r>
        <w:t>جیسے ابن تیمیہ کی مشہور کتاب ہے "الصارب المسلول علی شاطب الرسول" اور بھی کئی کتابیں۔ ان کتابوں میں کوئی ایک بھی ریفرنس قرآن و حدیث کا نہیں ہے۔</w:t>
      </w:r>
    </w:p>
    <w:p>
      <w:r>
        <w:rPr>
          <w:b/>
        </w:rPr>
        <w:t xml:space="preserve">[36:47] </w:t>
      </w:r>
      <w:r>
        <w:t>main pure aitmad ke sath keh sakta hoon ke in kitabon mein ek bhi reference nahi hai. saare daleelein in ki jo hain, woh sab woh hain inferential hain, inferential daleelein hain.</w:t>
      </w:r>
    </w:p>
    <w:p>
      <w:pPr>
        <w:jc w:val="right"/>
      </w:pPr>
      <w:r>
        <w:t>میں پورے اعتماد کے ساتھ کہہ سکتا ہوں کہ ان کتابوں میں ایک بھی ریفرنس نہیں ہے۔ سارے دلیلیں ان کی جو ہیں، وہ سب وہ ہیں انفرینشل ہیں، انفرینشل دلیلیں ہیں۔</w:t>
      </w:r>
    </w:p>
    <w:p>
      <w:r>
        <w:rPr>
          <w:b/>
        </w:rPr>
        <w:t xml:space="preserve">[37:01] </w:t>
      </w:r>
      <w:r>
        <w:t>in ki reasoning jo hai, woh inference par base karti hai. to main yeh kahunga ke itna bada, itni badi baat ke jo gustakhi kare, us ki gardan maar dalo,</w:t>
      </w:r>
    </w:p>
    <w:p>
      <w:pPr>
        <w:jc w:val="right"/>
      </w:pPr>
      <w:r>
        <w:t>ان کی ریزننگ جو ہے، وہ انفرنس پر بیس کرتی ہے۔ تو میں یہ کہوں گا کہ اتنا بڑا، اتنی بڑی بات کہ جو گستاخی کرے، اس کی گردن مار ڈالو،</w:t>
      </w:r>
    </w:p>
    <w:p>
      <w:r>
        <w:rPr>
          <w:b/>
        </w:rPr>
        <w:t xml:space="preserve">[37:15] </w:t>
      </w:r>
      <w:r>
        <w:t>yeh kabhi bhi inference nahi nikal sakte. aap is ko itna bada hukum, is ke liye aap ko text chahiye, text chahiye, direct text.</w:t>
      </w:r>
    </w:p>
    <w:p>
      <w:pPr>
        <w:jc w:val="right"/>
      </w:pPr>
      <w:r>
        <w:t>یہ کبھی بھی انفرنس نہیں نکال سکتے۔ آپ اس کو اتنا بڑا حکم، اس کے لیے آپ کو نس چاہیے، ٹیکسٹ چاہیے، ڈائریکٹ ٹیکسٹ۔</w:t>
      </w:r>
    </w:p>
    <w:p>
      <w:r>
        <w:rPr>
          <w:b/>
        </w:rPr>
        <w:t xml:space="preserve">[37:26] </w:t>
      </w:r>
      <w:r>
        <w:t>warna kaha jayega yeh yeh hai nahi, islam mein baseless baat hai yeh. to main do baatein kehna chahunga. number one, jahan tak meri study hai, jahan tak maine padha hai,</w:t>
      </w:r>
    </w:p>
    <w:p>
      <w:pPr>
        <w:jc w:val="right"/>
      </w:pPr>
      <w:r>
        <w:t>ورنہ کہا جائے گا یہ یہ ہے نہیں، اسلام میں بیسلیس بات ہے یہ۔ تو میں دو باتیں کہنا چاہوں گا۔ نمبر ون، جہاں تک میری سٹڈی ہے، جہاں تک میں نے پڑھا ہے،</w:t>
      </w:r>
    </w:p>
    <w:p>
      <w:r>
        <w:rPr>
          <w:b/>
        </w:rPr>
        <w:t xml:space="preserve">[37:41] </w:t>
      </w:r>
      <w:r>
        <w:t>main pure conviction ke sath keh sakta hoon ke shatama rasool ka ka jo masla hai, woh baseless hai. woh islam mein aisa koi bhi qanoon nahi hai ke shatim ko maar dalo,</w:t>
      </w:r>
    </w:p>
    <w:p>
      <w:pPr>
        <w:jc w:val="right"/>
      </w:pPr>
      <w:r>
        <w:t>میں پورے کنوکشن کے ساتھ کہہ سکتا ہوں کہ شتم رسول کا کا جو مسئلہ ہے، وہ بیسلیس ہے۔ وہ اسلام میں ایسا کوئی بھی قانون نہیں ہے کہ شاطم کو مار ڈالو،</w:t>
      </w:r>
    </w:p>
    <w:p>
      <w:r>
        <w:rPr>
          <w:b/>
        </w:rPr>
        <w:t xml:space="preserve">[37:54] </w:t>
      </w:r>
      <w:r>
        <w:t>jo rasool Allah ke khilaf gustakhi kare, us ko maar dalo. yeh bilkul baseless qanoon hai, us ko repeal karne ki zaroorat hai.</w:t>
      </w:r>
    </w:p>
    <w:p>
      <w:pPr>
        <w:jc w:val="right"/>
      </w:pPr>
      <w:r>
        <w:t>جو رسول اللہ کے خلاف گستاخی کرے، اس کو مار ڈالو۔ یہ بالکل بیسلیس قانون ہے، اس کو ریپیل کرنے کی ضرورت ہے۔</w:t>
      </w:r>
    </w:p>
    <w:p>
      <w:r>
        <w:rPr>
          <w:b/>
        </w:rPr>
        <w:t xml:space="preserve">[38:05] </w:t>
      </w:r>
      <w:r>
        <w:t>achha, suppose aisa main kahunga ke jo log is ko na maanein, aap is ko aap nahi maante, us ko aap samajhte hain ke aap ke paas koi hai aisa koi reference jo mujhe nahi maloom.</w:t>
      </w:r>
    </w:p>
    <w:p>
      <w:pPr>
        <w:jc w:val="right"/>
      </w:pPr>
      <w:r>
        <w:t>اچھا، سپوز ایسا میں کہوں گا کہ جو لوگ اس کو نہ مانیں، آپ اس کو آپ نہیں مانتے، اس کو آپ سمجھتے ہیں کہ آپ کے پاس کوئی ہے ایسا کوئی ریفرنس جو مجھے نہیں معلوم۔</w:t>
      </w:r>
    </w:p>
    <w:p>
      <w:r>
        <w:rPr>
          <w:b/>
        </w:rPr>
        <w:t xml:space="preserve">[38:20] </w:t>
      </w:r>
      <w:r>
        <w:t>to main yeh kahunga ke tab bhi aap ko yeh chahiye ke aap yahan law of necessity ko apply karein. dekhein, tamam fuqaha maante hain ke "Al-Zaroorat tub al-Mahzurat".</w:t>
      </w:r>
    </w:p>
    <w:p>
      <w:pPr>
        <w:jc w:val="right"/>
      </w:pPr>
      <w:r>
        <w:t>تو میں یہ کہوں گا کہ تب بھی آپ کو یہ چاہیے کہ آپ یہاں لاء آف نسیسٹی کو اپلائی کریں۔ دیکھیں، تمام فقہاء مانتے ہیں کہ "الضرورات تبوہ المحدورات"۔</w:t>
      </w:r>
    </w:p>
    <w:p>
      <w:r>
        <w:rPr>
          <w:b/>
        </w:rPr>
        <w:t xml:space="preserve">[38:34] </w:t>
      </w:r>
      <w:r>
        <w:t>"Al-Zaroorat tub al-Mahzurat" yani zaroorat jo hai, woh haram ko halal bana deti hai.</w:t>
      </w:r>
    </w:p>
    <w:p>
      <w:pPr>
        <w:jc w:val="right"/>
      </w:pPr>
      <w:r>
        <w:t>"الضرورات تبوہ المحدورات" یعنی ضرورت جو ہے، وہ حرام کو حلال بنا دیتی ہے۔</w:t>
      </w:r>
    </w:p>
    <w:p>
      <w:r>
        <w:rPr>
          <w:b/>
        </w:rPr>
        <w:t xml:space="preserve">[38:44] </w:t>
      </w:r>
      <w:r>
        <w:t>yani aap bhookh se mar rahe hon to aap khinzir jaiz ho jaye khane ke liye, aap ko jo ke haram hai. to is usool ko aap apply kijiye yahan par.</w:t>
      </w:r>
    </w:p>
    <w:p>
      <w:pPr>
        <w:jc w:val="right"/>
      </w:pPr>
      <w:r>
        <w:t>یعنی آپ بھوک سے مر رہے ہوں تو آپ خنزیر جائز ہو جائے کھانے کے لیے، آپ کو جو کہ حرام ہے۔ تو اس اصول کو آپ اپلائی کیجئے یہاں پر۔</w:t>
      </w:r>
    </w:p>
    <w:p>
      <w:r>
        <w:rPr>
          <w:b/>
        </w:rPr>
        <w:t xml:space="preserve">[38:54] </w:t>
      </w:r>
      <w:r>
        <w:t>yani agar aap mere kehne ko maanein to yeh to ek baseless qanoon hai, is ko yeh repeal kar dijiye, bilkul khatam hi kar dijiye. aur agar aap is ko na maante hon, tab bhi zamane ki zaroorat ko samne rakhte hue aap ko is ab is usool ko apply karna chahiye jis ko kehte hain "law of necessity" aur us ko kam az kam aaj ke lehaz se saaqit karna chahiye,</w:t>
      </w:r>
    </w:p>
    <w:p>
      <w:pPr>
        <w:jc w:val="right"/>
      </w:pPr>
      <w:r>
        <w:t>یعنی اگر آپ میرے کہنے کو مانیں تو یہ تو ایک بیسلیس قانون ہے، اس کو یہ ریپیل کر دیجئے، بالکل ختم ہی کر دیجئے۔ اور اگر آپ اس کو نہ مانتے ہوں، تب بھی زمانے کی ضرورت کو سامنے رکھتے ہوئے آپ کو اس اب اس اصول کو اپلائی کرنا چاہیے جس کو کہتے ہیں "لا آف نسیسٹی" اور اس کو کم از کم آج کے لحاظ سے ساقط کرنا چاہیے،</w:t>
      </w:r>
    </w:p>
    <w:p>
      <w:r>
        <w:rPr>
          <w:b/>
        </w:rPr>
        <w:t xml:space="preserve">[39:18] </w:t>
      </w:r>
      <w:r>
        <w:t>suspend kar dena chahiye aaj ke lehaz se. kyun? is ki wajah se islam ki image kharab ho gayi. log samajhte hain ke islam aaj ka mazhab nahi hai, aaj ke insaan ke liye woh acceptable nahi hai.</w:t>
      </w:r>
    </w:p>
    <w:p>
      <w:pPr>
        <w:jc w:val="right"/>
      </w:pPr>
      <w:r>
        <w:t>سسپینڈ کر دینا چاہیے آج کے لحاظ سے۔ کیوں؟ اس کی وجہ سے اسلام کی امیج خراب ہو گئی۔ لوگ سمجھتے ہیں کہ اسلام آج کا مذہب نہیں ہے، آج کے انسان کے لیے وہ ایکسیپٹیبل نہیں ہے۔</w:t>
      </w:r>
    </w:p>
    <w:p>
      <w:r>
        <w:rPr>
          <w:b/>
        </w:rPr>
        <w:t xml:space="preserve">[39:33] </w:t>
      </w:r>
      <w:r>
        <w:t>yeh tasawwur itna well established hai, yaad rakhiye, freedom of expression ka jo concept hai, woh itna established hai ke saare musalman mil kar bhi is ko khatam nahi kar sakte.</w:t>
      </w:r>
    </w:p>
    <w:p>
      <w:pPr>
        <w:jc w:val="right"/>
      </w:pPr>
      <w:r>
        <w:t>یہ تصور اتنا ویل اسٹیبلشڈ ہے، یاد رکھیے، فریڈم آف ایکسپریشن کا جو کانسیپٹ ہے، وہ اتنا اسٹیبلشڈ ہے کہ سارے مسلمان مل کر بھی اس کو ختم نہیں کر سکتے۔</w:t>
      </w:r>
    </w:p>
    <w:p>
      <w:r>
        <w:rPr>
          <w:b/>
        </w:rPr>
        <w:t xml:space="preserve">[39:47] </w:t>
      </w:r>
      <w:r>
        <w:t>ek billion musalman is ke khilaaf jihad kare to is ko khatm nahi kar sakte aap, aur jihad kar hi rahe hain, jihad kar rahe hain.</w:t>
      </w:r>
    </w:p>
    <w:p>
      <w:pPr>
        <w:jc w:val="right"/>
      </w:pPr>
      <w:r>
        <w:t>ایک بلین مسلمان اس کے خلاف جہاد کرے تو اس کو ختم نہیں کر سکتے آپ، اور جہاد کر ہی رہے ہیں، جہاد کر رہے ہیں۔</w:t>
      </w:r>
    </w:p>
    <w:p>
      <w:r>
        <w:rPr>
          <w:b/>
        </w:rPr>
        <w:t xml:space="preserve">[39:57] </w:t>
      </w:r>
      <w:r>
        <w:t>poori poori dunya ke musalmanon ne fatwa diya ke Salman Rushdie ko maar dalo. poori poori dunya ke musalmanon ne, except my self, sirf akela mein is ke khilaaf tha.</w:t>
      </w:r>
    </w:p>
    <w:p>
      <w:pPr>
        <w:jc w:val="right"/>
      </w:pPr>
      <w:r>
        <w:t>پوری پوری دنیا کے مسلمانوں نے فتوی دیا کہ سلمان رشدی کو مار ڈالو۔ پوری پوری دنیا کے مسلمانوں نے، ایکسیپٹ مائی سیلف، صرف اکیلا میں اس کے خلاف تھا۔</w:t>
      </w:r>
    </w:p>
    <w:p>
      <w:r>
        <w:rPr>
          <w:b/>
        </w:rPr>
        <w:t xml:space="preserve">[40:08] </w:t>
      </w:r>
      <w:r>
        <w:t>sab ne is ko fatwa diya ke is ko maar dalo, lekin aap maar maar paaye is ko, aap maar nahi paaye. kyun?</w:t>
      </w:r>
    </w:p>
    <w:p>
      <w:pPr>
        <w:jc w:val="right"/>
      </w:pPr>
      <w:r>
        <w:t>سب نے اس کو فتوی دیا کہ اس کو مار ڈالو، لیکن آپ مار مار پائے اس کو، آپ مار نہیں پائے۔ کیوں؟</w:t>
      </w:r>
    </w:p>
    <w:p>
      <w:r>
        <w:rPr>
          <w:b/>
        </w:rPr>
        <w:t xml:space="preserve">[40:19] </w:t>
      </w:r>
      <w:r>
        <w:t>poora western civilization, poora jo modern mind hai, is ke is ke help par aa gaya, is ke support par aa gaya. modern jo culture hai, modern jo civilization hai, us ki support par Salman Rushdie zinda hai aur furnish kar raha hai.</w:t>
      </w:r>
    </w:p>
    <w:p>
      <w:pPr>
        <w:jc w:val="right"/>
      </w:pPr>
      <w:r>
        <w:t>پورا ویسٹرن سویلائزیشن، پورا جو ماڈرن مائنڈ ہے، اس کے اس کے ہیلپ پر آ گیا، اس کے سپورٹ پر آ گیا۔ ماڈرن جو کلچر ہے، ماڈرن جو سویلائزیشن ہے، اس کی سپورٹ پر سلمان رشدی زندہ ہے اور فرنش کر رہا ہے۔</w:t>
      </w:r>
    </w:p>
    <w:p>
      <w:r>
        <w:rPr>
          <w:b/>
        </w:rPr>
        <w:t xml:space="preserve">[40:39] </w:t>
      </w:r>
      <w:r>
        <w:t>to ek example aap dekh sakte hain ke poori poori muslim dunya mil kar bhi ek insaan ko qatl nahi kar saki. to aap kaise badal dalenge aaj ke zamane ke halaat ko?</w:t>
      </w:r>
    </w:p>
    <w:p>
      <w:pPr>
        <w:jc w:val="right"/>
      </w:pPr>
      <w:r>
        <w:t>تو ایک ایگزیمپل آپ دیکھ سکتے ہیں کہ پوری پوری مسلم دنیا مل کر بھی ایک انسان کو قتل نہیں کر سکی۔ تو آپ کیسے بدل ڈالیں گے آج کے زمانے کے حالات کو؟</w:t>
      </w:r>
    </w:p>
    <w:p>
      <w:r>
        <w:rPr>
          <w:b/>
        </w:rPr>
        <w:t xml:space="preserve">[40:52] </w:t>
      </w:r>
      <w:r>
        <w:t>is wajah se agar aap is ko na maanein jo mein keh raha hoon ke yeh baseless hai, yeh qanoon to aap ko phir law of necessity ko apply karte hue is ko saaqit karna chahiye.</w:t>
      </w:r>
    </w:p>
    <w:p>
      <w:pPr>
        <w:jc w:val="right"/>
      </w:pPr>
      <w:r>
        <w:t>اس وجہ سے اگر آپ اس کو نہ مانیں جو میں کہہ رہا ہوں کہ یہ بیسلیس ہے، یہ قانون تو آپ کو پھر لاء آف نسیسٹی کو اپلائی کرتے ہوئے اس کو ساقط کرنا چاہیے۔</w:t>
      </w:r>
    </w:p>
    <w:p>
      <w:r>
        <w:rPr>
          <w:b/>
        </w:rPr>
        <w:t xml:space="preserve">[41:03] </w:t>
      </w:r>
      <w:r>
        <w:t>aaj ke lihaaz se is ko suspend karna chahiye aaj ke lihaaz se taake Islam ki image jo hai, durust ho, taake Islam ka dawat ka raasta khule.</w:t>
      </w:r>
    </w:p>
    <w:p>
      <w:pPr>
        <w:jc w:val="right"/>
      </w:pPr>
      <w:r>
        <w:t>آج کے لحاظ سے اس کو سسپینڈ کرنا چاہیے آج کے لحاظ سے تاکہ اسلام کی امیج جو ہے، درست ہو، تاکہ اسلام کا کی دعوت کا راستہ کھلے۔</w:t>
      </w:r>
    </w:p>
    <w:p>
      <w:r>
        <w:rPr>
          <w:b/>
        </w:rPr>
        <w:t xml:space="preserve">[41:18] </w:t>
      </w:r>
      <w:r>
        <w:t>dawat ke raaste mein jo ek ek blind alley aa gayi hai, ek rukawat aa gayi hai ke log bhadakte hain Islam se</w:t>
      </w:r>
    </w:p>
    <w:p>
      <w:pPr>
        <w:jc w:val="right"/>
      </w:pPr>
      <w:r>
        <w:t>دعوت کے راستے میں جو ایک ایک بلائنڈ ایلی آ گئی ہے، ایک رکاوٹ آ گئی ہے کہ لوگ بھڑکتے ہیں اسلام سے</w:t>
      </w:r>
    </w:p>
    <w:p>
      <w:r>
        <w:rPr>
          <w:b/>
        </w:rPr>
        <w:t xml:space="preserve">[41:32] </w:t>
      </w:r>
      <w:r>
        <w:t>ke Islam aaya to freedom of expression khatm ho jayega.</w:t>
      </w:r>
    </w:p>
    <w:p>
      <w:pPr>
        <w:jc w:val="right"/>
      </w:pPr>
      <w:r>
        <w:t>کہ اسلام آیا تو فریڈم آف ایکسپریشن ختم ہو جائے گا۔</w:t>
      </w:r>
    </w:p>
    <w:p>
      <w:r>
        <w:rPr>
          <w:b/>
        </w:rPr>
        <w:t xml:space="preserve">[41:41] </w:t>
      </w:r>
      <w:r>
        <w:t>to is liye dekhiye, koi hamare paas doosra option nahi hai ke ya to is is is is qanooni ko aap kahein ke yeh baseless qanoon hai ya phir is ko temporary tor par suspend kar dein.</w:t>
      </w:r>
    </w:p>
    <w:p>
      <w:pPr>
        <w:jc w:val="right"/>
      </w:pPr>
      <w:r>
        <w:t>تو اس لیے دیکھیے، کوئی ہمارے پاس دوسرا آپشن نہیں ہے کہ یا تو اس اس اس اس قانونی کو آپ کہیں کہ یہ بیسلیس قانون ہے یا پھر اس کو ٹیمپریری طور پر سسپینڈ کر دیں۔</w:t>
      </w:r>
    </w:p>
    <w:p>
      <w:r>
        <w:rPr>
          <w:b/>
        </w:rPr>
        <w:t xml:space="preserve">[41:59] </w:t>
      </w:r>
      <w:r>
        <w:t>there is a third option for you in this regard. aise hi dekhiye, secularism ka zamana aaya to saari dunya ke musalman bhadke is ke upar.</w:t>
      </w:r>
    </w:p>
    <w:p>
      <w:pPr>
        <w:jc w:val="right"/>
      </w:pPr>
      <w:r>
        <w:t>دیر از ا تھرڈ آپشن فار یو ان دس ریگارڈ۔ ایسے ہی دیکھیے، سیکولرزم کا زمانہ آیا تو ساری دنیا کے مسلمان بھڑکے اس کے اوپر۔</w:t>
      </w:r>
    </w:p>
    <w:p>
      <w:r>
        <w:rPr>
          <w:b/>
        </w:rPr>
        <w:t xml:space="preserve">[42:11] </w:t>
      </w:r>
      <w:r>
        <w:t>is mein bhi shayad meri exception tha. haalanke secularism mein kya hai? kya burai kya hai? secularism mein yeh koi burai nahi hai. log asal mein secularism ek baat mein arz karna chahta hoon ke har cheez ke kuch extremist, har har system mein kuch extremist log hote hain.</w:t>
      </w:r>
    </w:p>
    <w:p>
      <w:pPr>
        <w:jc w:val="right"/>
      </w:pPr>
      <w:r>
        <w:t>اس میں بھی شاید میری ایکسیپشن تھا۔ حالانکہ سیکولرزم میں کیا ہے؟ کیا برائی کیا ہے؟ سیکولرزم میں یہ کوئی برائی نہیں ہے۔ لوگ اصل میں سیکولرزم ایک بات میں عرض کرنا چاہتا ہوں کہ ہر چیز کے کچھ ایکسٹریمسٹ، ہر ہر سسٹم میں کچھ ایکسٹریمسٹ لوگ ہوتے ہیں۔</w:t>
      </w:r>
    </w:p>
    <w:p>
      <w:r>
        <w:rPr>
          <w:b/>
        </w:rPr>
        <w:t xml:space="preserve">[42:32] </w:t>
      </w:r>
      <w:r>
        <w:t>to kuch extremist logon ne secularism ke ek ek extreme definition diya, extreme, lekin yeh woh sahi nahi thi. woh jo right definition secularism ki hai, woh Islam ke is mein koi takrao nahi hai.</w:t>
      </w:r>
    </w:p>
    <w:p>
      <w:pPr>
        <w:jc w:val="right"/>
      </w:pPr>
      <w:r>
        <w:t>تو کچھ ایکسٹریمسٹ لوگوں نے سیکولرزم کے ایک ایکسٹریم ڈیفینیشن دیا، ایکسٹریم، لیکن یہ وہ صحیح نہیں تھی۔ وہ جو رائٹ ڈیفینیشن سیکولرزم کی ہے، وہ اسلام کے اس میں کوئی ٹکراؤ نہیں ہے۔</w:t>
      </w:r>
    </w:p>
    <w:p>
      <w:r>
        <w:rPr>
          <w:b/>
        </w:rPr>
        <w:t xml:space="preserve">[42:46] </w:t>
      </w:r>
      <w:r>
        <w:t>is mein</w:t>
      </w:r>
    </w:p>
    <w:p>
      <w:pPr>
        <w:jc w:val="right"/>
      </w:pPr>
      <w:r>
        <w:t>اس میں</w:t>
      </w:r>
    </w:p>
    <w:p>
      <w:r>
        <w:rPr>
          <w:b/>
        </w:rPr>
        <w:t xml:space="preserve">[42:50] </w:t>
      </w:r>
      <w:r>
        <w:t>isi ko jaanna hai aur is maamle mein to Encyclopedia of Religion and Ethics ko padhein, jis mein ghaleban 20 pages ka ek article hai.</w:t>
      </w:r>
    </w:p>
    <w:p>
      <w:pPr>
        <w:jc w:val="right"/>
      </w:pPr>
      <w:r>
        <w:t>اسی کو جاننا ہے اور اس معاملے میں تو انسائٹو انسائٹوپیڈیا آف ریلیجن اینڈ تھکس کو پڑھیں، جس میں غالباً 20 پیجز کا ایک آرٹیکل ہے۔</w:t>
      </w:r>
    </w:p>
    <w:p>
      <w:r>
        <w:rPr>
          <w:b/>
        </w:rPr>
        <w:t xml:space="preserve">[43:01] </w:t>
      </w:r>
      <w:r>
        <w:t>isi par secularism par is ka aakhri conclusion kya hai? woh yeh hai ke secularism jo hai, woh sahi maano mein non interference ki policy,</w:t>
      </w:r>
    </w:p>
    <w:p>
      <w:pPr>
        <w:jc w:val="right"/>
      </w:pPr>
      <w:r>
        <w:t>اسی پر سیکولرزم پر اس کا آخری کنکلوژن کیا ہے؟ وہ یہ ہے کہ سیکولرزم جو ہے، وہ صحیح معنوں میں نان انٹرفیئرنس کی پالیسی،</w:t>
      </w:r>
    </w:p>
    <w:p>
      <w:r>
        <w:rPr>
          <w:b/>
        </w:rPr>
        <w:t xml:space="preserve">[43:14] </w:t>
      </w:r>
      <w:r>
        <w:t>yaani koi state ya apne aap ko is baat ka paband kar le ke religious cheezon mein woh interference nahi karegi.</w:t>
      </w:r>
    </w:p>
    <w:p>
      <w:pPr>
        <w:jc w:val="right"/>
      </w:pPr>
      <w:r>
        <w:t>یعنی کوئی اسٹیٹ یا اپنے آپ کو اس بات کا پابند کر لے کہ ریلیجس چیزوں میں وہ انٹرفیئرنس نہیں کرے گی۔</w:t>
      </w:r>
    </w:p>
    <w:p>
      <w:r>
        <w:rPr>
          <w:b/>
        </w:rPr>
        <w:t xml:space="preserve">[43:29] </w:t>
      </w:r>
      <w:r>
        <w:t>ek society jaisa kai religion ke log hain to state jo hai, woh to national organization hoti hai. to state apne ko is baat ke liye paband kar le ke woh religious affairs mein non interference ki policy chalegi.</w:t>
      </w:r>
    </w:p>
    <w:p>
      <w:pPr>
        <w:jc w:val="right"/>
      </w:pPr>
      <w:r>
        <w:t>ایک سوسائٹی جیسا کئی ریلیجن کے لوگ ہیں تو اسٹیٹ جو ہے، وہ تو نیشنل ارگنائزیشن ہوتی ہے۔ تو اسٹیٹ اپنے کو اس بات کے لیے پابند کر لے کہ وہ ریلیجس افیئرز میں نان انٹرفیئرنس کی پالیسی چلے گی۔</w:t>
      </w:r>
    </w:p>
    <w:p>
      <w:r>
        <w:rPr>
          <w:b/>
        </w:rPr>
        <w:t xml:space="preserve">[43:46] </w:t>
      </w:r>
      <w:r>
        <w:t>isi ka naam hai secularism, yaani har ek ko aap ne room de diya, har ek ko mauqa de diya. yeh to yaar Islam ke mutabiq hai.</w:t>
      </w:r>
    </w:p>
    <w:p>
      <w:pPr>
        <w:jc w:val="right"/>
      </w:pPr>
      <w:r>
        <w:t>اسی کا نام ہے سیکولرزم، یعنی ہر ایک کو آپ نے روم دے دیا، ہر ایک کو موقع دے دیا۔ یہ تو یار اسلام کے مطابق ہے۔</w:t>
      </w:r>
    </w:p>
    <w:p>
      <w:r>
        <w:rPr>
          <w:b/>
        </w:rPr>
        <w:t xml:space="preserve">[43:58] </w:t>
      </w:r>
      <w:r>
        <w:t>ab mein samajhta hoon ke Rasool Allah Sal Allahu Alaihi Wasallam ki jab hijrat hui thi, jab aap Madina gaye the hijrat kar ke, to wahan par us waqt teen mazhab ke log the, yaani Muslim aur jo aur mushrik,</w:t>
      </w:r>
    </w:p>
    <w:p>
      <w:pPr>
        <w:jc w:val="right"/>
      </w:pPr>
      <w:r>
        <w:t>اب میں سمجھتا ہوں کہ رسول اللہ صلی اللہ علیہ وسلم کی جب ہجرت ہوئی تھی، جب آپ مدینہ گئے تھے ہجرت کر کے، تو وہاں پر اس وقت تین مذہب کے لوگ تھے، یعنی مسلم اور جو اور مشرک،</w:t>
      </w:r>
    </w:p>
    <w:p>
      <w:r>
        <w:rPr>
          <w:b/>
        </w:rPr>
        <w:t xml:space="preserve">[44:15] </w:t>
      </w:r>
      <w:r>
        <w:t>teen qism ke log the. wahan pahunch kar aap ne ek ek</w:t>
      </w:r>
    </w:p>
    <w:p>
      <w:pPr>
        <w:jc w:val="right"/>
      </w:pPr>
      <w:r>
        <w:t>تین قسم کے لوگ تھے۔ وہاں پہنچ کر آپ نے ایک ایک</w:t>
      </w:r>
    </w:p>
    <w:p>
      <w:r>
        <w:rPr>
          <w:b/>
        </w:rPr>
        <w:t xml:space="preserve">[44:25] </w:t>
      </w:r>
      <w:r>
        <w:t>ek jaari kiya tha declaration, jis ko history mein kaha jata hai Sahifat al-Madinah, yaani Madinah Declaration.</w:t>
      </w:r>
    </w:p>
    <w:p>
      <w:pPr>
        <w:jc w:val="right"/>
      </w:pPr>
      <w:r>
        <w:t>ایک جاری کیا تھا ڈیکلریشن، جس کو ہسٹری میں کہا جاتا ہے صحیفۃ المدینہ، یعنی مدینہ ڈیکلریشن۔</w:t>
      </w:r>
    </w:p>
    <w:p>
      <w:r>
        <w:rPr>
          <w:b/>
        </w:rPr>
        <w:t xml:space="preserve">[44:35] </w:t>
      </w:r>
      <w:r>
        <w:t>is mein likha gaya tha ke "li al-yahood deenahum wa li al-muslimeen deenahum", yaani Yahood ke liye un ka deen, Musalmanon ke liye un ka deen, yaani har ek ke liye apna deen.</w:t>
      </w:r>
    </w:p>
    <w:p>
      <w:pPr>
        <w:jc w:val="right"/>
      </w:pPr>
      <w:r>
        <w:t>اس میں لکھا گیا تھا کہ "للیہود دینہم وللمسلمین دینہم"، یعنی یہود کے لیے ان کا دین، مسلمانوں کے لیے ان کا دین، یعنی ہر ایک کے لیے اپنا دین۔</w:t>
      </w:r>
    </w:p>
    <w:p>
      <w:r>
        <w:rPr>
          <w:b/>
        </w:rPr>
        <w:t xml:space="preserve">[44:53] </w:t>
      </w:r>
      <w:r>
        <w:t>jo state policy aap ki jo thi wahan par Madinah mein, woh yeh thi, woh wahi thi jo jis ko aap secular policy kehte hain, jaise India mein secular policy hai.</w:t>
      </w:r>
    </w:p>
    <w:p>
      <w:pPr>
        <w:jc w:val="right"/>
      </w:pPr>
      <w:r>
        <w:t>جو اسٹیٹ پالیسی آپ کی جو تھی وہاں پر مدینہ میں، وہ یہ تھی، وہ وہی تھی جو جس کو آپ سیکولر پالیسی کہتے ہیں، جیسے انڈیا میں سیکولر پالیسی ہے۔</w:t>
      </w:r>
    </w:p>
    <w:p>
      <w:r>
        <w:rPr>
          <w:b/>
        </w:rPr>
        <w:t xml:space="preserve">[45:03] </w:t>
      </w:r>
      <w:r>
        <w:t>hum ko aap ko mauqa hai ke yahan par aap ne Quran o Hadees ki bina par bolein, koi hamein pakadne nahi aata. yaani hum is mulk mein kisi bhi shehar mein ja kar ke bolte hain Quran o Hadees par.</w:t>
      </w:r>
    </w:p>
    <w:p>
      <w:pPr>
        <w:jc w:val="right"/>
      </w:pPr>
      <w:r>
        <w:t>ہم کو آپ کو موقع ہے کہ یہاں پر آپ نے قرآن و حدیث کی بنا پر بولیں، کوئی ہمیں پکڑنے نہیں آتا۔ یعنی ہم اس ملک میں کسی بھی شہر میں جا کر کے بولتے ہیں قرآن و حدیث پر۔</w:t>
      </w:r>
    </w:p>
    <w:p>
      <w:r>
        <w:rPr>
          <w:b/>
        </w:rPr>
        <w:t xml:space="preserve">[45:17] </w:t>
      </w:r>
      <w:r>
        <w:t>abhi kal mujhe bulaya gaya tha yehi concet club mein, woh sab hindu log thay, christian log thay, sab log thay.</w:t>
      </w:r>
    </w:p>
    <w:p>
      <w:pPr>
        <w:jc w:val="right"/>
      </w:pPr>
      <w:r>
        <w:t>ابھی کل مجھے بلایا گیا تھا یہیں کانسیٹ کلب میں، وہ سب ہندو لوگ تھے، کرسچن لوگ تھے، سب لوگ تھے۔</w:t>
      </w:r>
    </w:p>
    <w:p>
      <w:r>
        <w:rPr>
          <w:b/>
        </w:rPr>
        <w:t xml:space="preserve">[45:26] </w:t>
      </w:r>
      <w:r>
        <w:t>main ja nahi saka kisi wajah se, main program mera tha is mein to mujhe islam par bolne ke liye kaha gaya tha. koi rukawat nahi, koi pabandi nahi hai.</w:t>
      </w:r>
    </w:p>
    <w:p>
      <w:pPr>
        <w:jc w:val="right"/>
      </w:pPr>
      <w:r>
        <w:t>میں جا نہیں سکا کسی وجہ سے، میں پروگرام میرا تھا اس میں تو مجھے اسلام پر بولنے کے لیے کہا گیا تھا۔ کوئی رکاوٹ نہیں، کوئی پابندی نہیں ہے۔</w:t>
      </w:r>
    </w:p>
    <w:p>
      <w:r>
        <w:rPr>
          <w:b/>
        </w:rPr>
        <w:t xml:space="preserve">[45:38] </w:t>
      </w:r>
      <w:r>
        <w:t>kisi bhi city mein jaiye, kisi bhi town mein jaiye, aap quran o hadees par boliye, koi pakadta nahi. kyun? india mein secularism ka principle chal raha hai, yahan ki government secular government hai.</w:t>
      </w:r>
    </w:p>
    <w:p>
      <w:pPr>
        <w:jc w:val="right"/>
      </w:pPr>
      <w:r>
        <w:t>کسی بھی سٹی میں جائیے، کسی بھی ٹاؤن میں جائیے، آپ قرآن و حدیث پر بولیے، کوئی پکڑتا نہیں۔ کیوں؟ انڈیا میں سیکولرزم کا پرنسپل چل رہا ہے، یہاں کی گورنمنٹ سیکولر گورنمنٹ ہے۔</w:t>
      </w:r>
    </w:p>
    <w:p>
      <w:r>
        <w:rPr>
          <w:b/>
        </w:rPr>
        <w:t xml:space="preserve">[45:54] </w:t>
      </w:r>
      <w:r>
        <w:t>to national affairs mein woh apni policy chalati hai, jaise irrigation hai, power supply hai, city planning hai, aur is tarah ki doosri cheezein jo hain, is mein woh state policy hoti hai, jo sab ka problem hai.</w:t>
      </w:r>
    </w:p>
    <w:p>
      <w:pPr>
        <w:jc w:val="right"/>
      </w:pPr>
      <w:r>
        <w:t>تو نیشنل افیئرز میں وہ اپنی پالیسی چلاتی ہے، جیسے ایریگیشن ہے، پاور سپلائی ہے، سٹی پلاننگ ہے، اور اس طرح کی دوسری چیزیں جو ہیں، اس میں وہ اسٹیٹ پالیسی ہوتی ہے، جو سب کا پرابلم ہے۔</w:t>
      </w:r>
    </w:p>
    <w:p>
      <w:r>
        <w:rPr>
          <w:b/>
        </w:rPr>
        <w:t xml:space="preserve">[46:10] </w:t>
      </w:r>
      <w:r>
        <w:t>lekin</w:t>
      </w:r>
    </w:p>
    <w:p>
      <w:pPr>
        <w:jc w:val="right"/>
      </w:pPr>
      <w:r>
        <w:t>لیکن</w:t>
      </w:r>
    </w:p>
    <w:p>
      <w:r>
        <w:rPr>
          <w:b/>
        </w:rPr>
        <w:t xml:space="preserve">[46:16] </w:t>
      </w:r>
      <w:r>
        <w:t>jo religious affairs hain, to un mein hindu ko apni azadi hai, musalman ko apni azadi hai, parsi, yahudi, sab ko azadi hai. yahi secularism hai.</w:t>
      </w:r>
    </w:p>
    <w:p>
      <w:pPr>
        <w:jc w:val="right"/>
      </w:pPr>
      <w:r>
        <w:t>جو ریلیجس افیئرز ہیں، تو ان میں ہندو کو اپنی آزادی ہے، مسلمان کو اپنی آزادی ہے، پارسی، یہودی، سب کو آزادی ہے۔ یہی سیکولرزم ہے۔</w:t>
      </w:r>
    </w:p>
    <w:p>
      <w:r>
        <w:rPr>
          <w:b/>
        </w:rPr>
        <w:t xml:space="preserve">[46:26] </w:t>
      </w:r>
      <w:r>
        <w:t>yeh to kitna acha hai!</w:t>
      </w:r>
    </w:p>
    <w:p>
      <w:pPr>
        <w:jc w:val="right"/>
      </w:pPr>
      <w:r>
        <w:t>یہ تو کتنا اچھا ہے!</w:t>
      </w:r>
    </w:p>
    <w:p>
      <w:r>
        <w:rPr>
          <w:b/>
        </w:rPr>
        <w:t xml:space="preserve">[46:27] </w:t>
      </w:r>
      <w:r>
        <w:t>yeh yeh to isi ka jo madina mein rasool Allah ne ikhtiyar kiya tha, isi ka yeh modern edition hai. yeh jo policy rasool Allah sal Allah alayh wasalam ne sahifa e madina, yani madina declaration ke zariye madine ke state jo bani thi, pehli state wahan ikhtiyar ki thi,</w:t>
      </w:r>
    </w:p>
    <w:p>
      <w:pPr>
        <w:jc w:val="right"/>
      </w:pPr>
      <w:r>
        <w:t>یہ یہ تو اسی کا جو مدینہ میں رسول اللہ نے اختیار کیا تھا، اسی کا یہ ماڈرن ایڈیشن ہے۔ یہ جو پالیسی رسول اللہ صلی اللہ علیہ وسلم نے صحیفۃ المدینہ، یعنی مدینہ ڈیکلیریشن کے ذریعے مدینے کے اسٹیٹ جو بنی تھی، پہلی اسٹیٹ وہاں اختیار کی تھی،</w:t>
      </w:r>
    </w:p>
    <w:p>
      <w:r>
        <w:rPr>
          <w:b/>
        </w:rPr>
        <w:t xml:space="preserve">[46:49] </w:t>
      </w:r>
      <w:r>
        <w:t>isi ka yeh modern version hai. to yeh bhadakne ki kya zaroorat hai? yeh to koi bhadakne ki baat hi nahi hai. acha, yeh democracy bhadak bhadakte hain.</w:t>
      </w:r>
    </w:p>
    <w:p>
      <w:pPr>
        <w:jc w:val="right"/>
      </w:pPr>
      <w:r>
        <w:t>اسی کا یہ ماڈرن ورژن ہے۔ تو یہ بھڑکنے کی کیا ضرورت ہے؟ یہ تو کوئی بھڑکنے کی بات ہی نہیں ہے۔ اچھا، یہ ڈیموکریسی بھڑک بھڑکتے ہیں۔</w:t>
      </w:r>
    </w:p>
    <w:p>
      <w:r>
        <w:rPr>
          <w:b/>
        </w:rPr>
        <w:t xml:space="preserve">[47:01] </w:t>
      </w:r>
      <w:r>
        <w:t>main ne bohat hi top ke muslim leaders ke parhe, jo democracy ko kehte thay, woh in Islamic.</w:t>
      </w:r>
    </w:p>
    <w:p>
      <w:pPr>
        <w:jc w:val="right"/>
      </w:pPr>
      <w:r>
        <w:t>میں نے بہت ہی ٹاپ کے مسلم لیڈرز کے پڑھے، جو ڈیموکریسی کو کہتے تھے، وہ ان اسلامک۔</w:t>
      </w:r>
    </w:p>
    <w:p>
      <w:r>
        <w:rPr>
          <w:b/>
        </w:rPr>
        <w:t xml:space="preserve">[47:11] </w:t>
      </w:r>
      <w:r>
        <w:t>kyun? unhon ne yeh nazariya banaya ke law giver jo hai, woh Khuda hai, aur democracy mein people ko law giver maan liya jata hai.</w:t>
      </w:r>
    </w:p>
    <w:p>
      <w:pPr>
        <w:jc w:val="right"/>
      </w:pPr>
      <w:r>
        <w:t>کیوں؟ انہوں نے یہ نظریہ بنایا کہ لاء گیور جو ہے، وہ خدا ہے، اور ڈیموکریسی میں پیپل کو لاء گیور مان لیا جاتا ہے۔</w:t>
      </w:r>
    </w:p>
    <w:p>
      <w:r>
        <w:rPr>
          <w:b/>
        </w:rPr>
        <w:t xml:space="preserve">[47:24] </w:t>
      </w:r>
      <w:r>
        <w:t>kyun ke aap jante hain ke democracy ka principle hai "government of the people", "by the people", "for the people". is liye woh islam ke khilaf ho gaya.</w:t>
      </w:r>
    </w:p>
    <w:p>
      <w:pPr>
        <w:jc w:val="right"/>
      </w:pPr>
      <w:r>
        <w:t>کیونکہ آپ جانتے ہیں کہ ڈیموکریسی کا پرنسپل ہے "گورنمنٹ آف دا پیپل"، "بائی دا پیپل"، "فار دا پیپل"۔ اس لیے وہ اسلام کے خلاف ہو گیا۔</w:t>
      </w:r>
    </w:p>
    <w:p>
      <w:r>
        <w:rPr>
          <w:b/>
        </w:rPr>
        <w:t xml:space="preserve">[47:37] </w:t>
      </w:r>
      <w:r>
        <w:t>yeh false argument hai,</w:t>
      </w:r>
    </w:p>
    <w:p>
      <w:pPr>
        <w:jc w:val="right"/>
      </w:pPr>
      <w:r>
        <w:t>یہ فالس ارگومنٹ ہے،</w:t>
      </w:r>
    </w:p>
    <w:p>
      <w:r>
        <w:rPr>
          <w:b/>
        </w:rPr>
        <w:t xml:space="preserve">[47:41] </w:t>
      </w:r>
      <w:r>
        <w:t>false argument hai. dekhiye, basically kya hai? woh yeh hai ke yeh bhi quran o hadees ke mutabiq hai.</w:t>
      </w:r>
    </w:p>
    <w:p>
      <w:pPr>
        <w:jc w:val="right"/>
      </w:pPr>
      <w:r>
        <w:t>فالس ارگومنٹ ہے۔ دیکھیے، بیسیکلی کیا ہے؟ وہ یہ ہے کہ یہ بھی قرآن حدیث کے مطابق ہے۔</w:t>
      </w:r>
    </w:p>
    <w:p>
      <w:r>
        <w:rPr>
          <w:b/>
        </w:rPr>
        <w:t xml:space="preserve">[47:51] </w:t>
      </w:r>
      <w:r>
        <w:t>ek hadees mein hai ke "kama taqulun kadhalik yuwalla alaykum". yeh hadees hai prophet Ibrahim alayh wasalam ki hadees hai "kama taqulun kadhalik yuwalla alaykum", yani jaise tum, waise tumhare hukmaran,</w:t>
      </w:r>
    </w:p>
    <w:p>
      <w:pPr>
        <w:jc w:val="right"/>
      </w:pPr>
      <w:r>
        <w:t>ایک حدیث میں ہے کہ "کما تقولون کذالک یو اللہ علیکم"۔ یہ حدیث ہے پرافٹ ابراہیم علیہ السلام کی حدیث ہے "کما تقولون کذالک یو اللہ علیکم"، یعنی جیسے تم، ویسے تمہارے حکمران،</w:t>
      </w:r>
    </w:p>
    <w:p>
      <w:r>
        <w:rPr>
          <w:b/>
        </w:rPr>
        <w:t xml:space="preserve">[48:10] </w:t>
      </w:r>
      <w:r>
        <w:t>jaise tum, waise tumhare ruler, matlab jaise people, waise hi hukumat. to democracy yahi to hai, democracy jaise people, waise hi hukumat.</w:t>
      </w:r>
    </w:p>
    <w:p>
      <w:pPr>
        <w:jc w:val="right"/>
      </w:pPr>
      <w:r>
        <w:t>جیسے تم، ویسے تمہارے رولر، مطلب جیسے پیپل، ویسے ہی حکومت۔ تو ڈیموکریسی یہی تو ہے، ڈیموکریسی جیسے پیپل، ویسے ہی حکومت۔</w:t>
      </w:r>
    </w:p>
    <w:p>
      <w:r>
        <w:rPr>
          <w:b/>
        </w:rPr>
        <w:t xml:space="preserve">[48:23] </w:t>
      </w:r>
      <w:r>
        <w:t>"government of the people", "by the people", "for the people". to people ka belief system kya hai? people ki kya mante hain, kya nahi mante, isi par depend karta hai ke un ke darmiyan konsa rule banega, konsi hukumat banegi.</w:t>
      </w:r>
    </w:p>
    <w:p>
      <w:pPr>
        <w:jc w:val="right"/>
      </w:pPr>
      <w:r>
        <w:t>"گورنمنٹ آف دا پیپل"، "بائی دا پیپل"، "فار دا پیپل"۔ تو پیپل کا بیلیف سسٹم کیا ہے؟ پیپل کی کیا مانتے ہیں، کیا نہیں مانتے، اسی پر ڈیپینڈ کرتا ہے کہ ان کے درمیان کون سا رول بنے گا، کون سی گورنمنٹ بنے گی۔</w:t>
      </w:r>
    </w:p>
    <w:p>
      <w:r>
        <w:rPr>
          <w:b/>
        </w:rPr>
        <w:t xml:space="preserve">[48:38] </w:t>
      </w:r>
      <w:r>
        <w:t>to aap people mein kaam kijiye, ya doosre log kaam karte hain, masses mein aap kaam kijiye. masses ko agar aap badlenge to hukumat badal jayegi.</w:t>
      </w:r>
    </w:p>
    <w:p>
      <w:pPr>
        <w:jc w:val="right"/>
      </w:pPr>
      <w:r>
        <w:t>تو آپ پیپل میں کام کیجئے، یا دوسرے لوگ کام کرتے ہیں، ماسز میں آپ کام کیجئے۔ ماسز کو اگر آپ بدلیں گے تو گورنمنٹ بدل جائے گی۔</w:t>
      </w:r>
    </w:p>
    <w:p>
      <w:r>
        <w:rPr>
          <w:b/>
        </w:rPr>
        <w:t xml:space="preserve">[48:50] </w:t>
      </w:r>
      <w:r>
        <w:t>is mein bhadakne ki kya zaroorat hai? bataiye. to democracy to ain hamare, yani wohi hai jo khud islam ka principle hai ke awam ko badlo aur hukumat badal jayegi.</w:t>
      </w:r>
    </w:p>
    <w:p>
      <w:pPr>
        <w:jc w:val="right"/>
      </w:pPr>
      <w:r>
        <w:t>اس میں بھڑکنے کی کیا ضرورت ہے؟ بتائیے۔ تو ڈیموکریسی تو عین ہمارے، یعنی وہی ہے جو خود اسلام کا پرنسپل ہے کہ عوام کو بدلو اور گورنمنٹ بدل جائے گی۔</w:t>
      </w:r>
    </w:p>
    <w:p>
      <w:r>
        <w:rPr>
          <w:b/>
        </w:rPr>
        <w:t xml:space="preserve">[49:04] </w:t>
      </w:r>
      <w:r>
        <w:t>"kama taqulun kadhalik yuwalla alaykum". to jin cheezon se musalman bhadakte hain, woh un ka apna banaya hua tareeqa hai, woh islam ki teaching nahi hai.</w:t>
      </w:r>
    </w:p>
    <w:p>
      <w:pPr>
        <w:jc w:val="right"/>
      </w:pPr>
      <w:r>
        <w:t>"کما تقولون کذالک یو اللہ علیکم"۔ تو جن چیزوں سے مسلمان بھڑکتے ہیں، وہ ان کا اپنا بنایا ہوا طریقہ ہے، وہ اسلام کی کی ٹیچنگ نہیں ہے۔</w:t>
      </w:r>
    </w:p>
    <w:p>
      <w:r>
        <w:rPr>
          <w:b/>
        </w:rPr>
        <w:t xml:space="preserve">[49:15] </w:t>
      </w:r>
      <w:r>
        <w:t>woh</w:t>
      </w:r>
    </w:p>
    <w:p>
      <w:pPr>
        <w:jc w:val="right"/>
      </w:pPr>
      <w:r>
        <w:t>وہ</w:t>
      </w:r>
    </w:p>
    <w:p>
      <w:r>
        <w:rPr>
          <w:b/>
        </w:rPr>
        <w:t xml:space="preserve">[49:19] </w:t>
      </w:r>
      <w:r>
        <w:t>to is zamane mein jo jo nikla hai, yeh yani jis ki wajah se musalman samajhte hain ke sab hamare enemy hain, sab hamare conspiracy karte hain hamare khilaf, woh sab false reasoning par qaim hai,</w:t>
      </w:r>
    </w:p>
    <w:p>
      <w:pPr>
        <w:jc w:val="right"/>
      </w:pPr>
      <w:r>
        <w:t>تو اس زمانے میں جو جو نکلا ہے، یہ یعنی جس کی وجہ سے مسلمان سمجھتے ہیں کہ سب ہمارے اینمی ہیں، سب ہمارے کانسپریسی کرتے ہیں ہمارے خلاف، وہ سب فالس ریزننگ پر قائم ہے،</w:t>
      </w:r>
    </w:p>
    <w:p>
      <w:r>
        <w:rPr>
          <w:b/>
        </w:rPr>
        <w:t xml:space="preserve">[49:34] </w:t>
      </w:r>
      <w:r>
        <w:t>false bases par qaim hai. purana ek misl hai arabi mein "al-nasu a'daa'u ma jahilu".</w:t>
      </w:r>
    </w:p>
    <w:p>
      <w:pPr>
        <w:jc w:val="right"/>
      </w:pPr>
      <w:r>
        <w:t>فالس بیسز پر قائم ہے۔ پرانا ایک مثل ہے عربی میں "الناس و اعداء ما جاہل"۔</w:t>
      </w:r>
    </w:p>
    <w:p>
      <w:r>
        <w:rPr>
          <w:b/>
        </w:rPr>
        <w:t xml:space="preserve">[49:45] </w:t>
      </w:r>
      <w:r>
        <w:t>"al-nasu a'daa'u ma jahilu". log us cheez ke dushman ban jate hain jis ko woh na jante hon.</w:t>
      </w:r>
    </w:p>
    <w:p>
      <w:pPr>
        <w:jc w:val="right"/>
      </w:pPr>
      <w:r>
        <w:t>"الناس و اعداء ما جاہل"۔ لوگ اس چیز کے دشمن بن جاتے ہیں جس کو وہ نہ جانتے ہوں۔</w:t>
      </w:r>
    </w:p>
    <w:p>
      <w:r>
        <w:rPr>
          <w:b/>
        </w:rPr>
        <w:t xml:space="preserve">[49:54] </w:t>
      </w:r>
      <w:r>
        <w:t>log us cheez ke dushman ban jate hain jis ko woh na jante hon. main samajhta hoon ke is zamane mein har taraf musalmanon ne na janne ki wajah se yeh kiya ke har cheez ke dushman ban gaye hon.</w:t>
      </w:r>
    </w:p>
    <w:p>
      <w:pPr>
        <w:jc w:val="right"/>
      </w:pPr>
      <w:r>
        <w:t>لوگ اس چیز کے دشمن بن جاتے ہیں جس کو وہ نہ جانتے ہوں۔ میں سمجھتا ہوں کہ اس زمانے میں ہر طرف مسلمانوں نے نہ جاننے کی وجہ سے یہ کیا کہ ہر چیز کے دشمن بن گئے ہوں۔</w:t>
      </w:r>
    </w:p>
    <w:p>
      <w:r>
        <w:rPr>
          <w:b/>
        </w:rPr>
        <w:t xml:space="preserve">[50:06] </w:t>
      </w:r>
      <w:r>
        <w:t>yahan tak ke hamare naujawani ke umar mein mein dekhta tha ke log science ko atheism samajhte the.</w:t>
      </w:r>
    </w:p>
    <w:p>
      <w:pPr>
        <w:jc w:val="right"/>
      </w:pPr>
      <w:r>
        <w:t>یہاں تک کہ ہمارے نوجوانی کے عمر میں میں دیکھتا تھا کہ لوگ سائنس کو اتھیزم سمجھتے تھے۔</w:t>
      </w:r>
    </w:p>
    <w:p>
      <w:r>
        <w:rPr>
          <w:b/>
        </w:rPr>
        <w:t xml:space="preserve">[50:15] </w:t>
      </w:r>
      <w:r>
        <w:t>is zamane mein yeh concept tha ke science means atheism, yani ilhad, yani science aur ilhad dono ko ek samajhte the. woh halanke science jo hai, woh kya hai?</w:t>
      </w:r>
    </w:p>
    <w:p>
      <w:pPr>
        <w:jc w:val="right"/>
      </w:pPr>
      <w:r>
        <w:t>اس زمانے میں یہ کانسیپٹ تھا کہ سائنس مینز اتھیزم، یعنی الحاد، یعنی سائنس اور الحاد دونوں کو ایک سمجھتے تھے۔ وہ حالانکہ سائنس جو ہے، وہ کیا ہے؟</w:t>
      </w:r>
    </w:p>
    <w:p>
      <w:r>
        <w:rPr>
          <w:b/>
        </w:rPr>
        <w:t xml:space="preserve">[50:26] </w:t>
      </w:r>
      <w:r>
        <w:t>science to wahi hai jis ko quran mein kaha gaya "ayat anfus" aur "afaq anfus" mein ki ayat ki jo nishani nishaniyan hain, us ka zahoor science ka hai.</w:t>
      </w:r>
    </w:p>
    <w:p>
      <w:pPr>
        <w:jc w:val="right"/>
      </w:pPr>
      <w:r>
        <w:t>سائنس تو وہی ہے جس کو قرآن میں کہا گیا "ایات انفق انفس" اور "افاق انفس" میں کی آیات کی جو نشانی نشانیاں ہیں، اس کا ظہور سائنس کا ہے۔</w:t>
      </w:r>
    </w:p>
    <w:p>
      <w:r>
        <w:rPr>
          <w:b/>
        </w:rPr>
        <w:t xml:space="preserve">[50:41] </w:t>
      </w:r>
      <w:r>
        <w:t>science to nature, nature ko explore karna, nature mein jo law hai, us ko daryaft karna hai, us ko batana hai.</w:t>
      </w:r>
    </w:p>
    <w:p>
      <w:pPr>
        <w:jc w:val="right"/>
      </w:pPr>
      <w:r>
        <w:t>سائنس تو نیچر، نیچر کو ایکسپلور کرنا، نیچر میں جو لاء ہے، اس کو دریافت کرنا ہے، اس کو بتانا ہے۔</w:t>
      </w:r>
    </w:p>
    <w:p>
      <w:r>
        <w:rPr>
          <w:b/>
        </w:rPr>
        <w:t xml:space="preserve">[50:52] </w:t>
      </w:r>
      <w:r>
        <w:t>isi ka naam science hai. science means science of nature.</w:t>
      </w:r>
    </w:p>
    <w:p>
      <w:pPr>
        <w:jc w:val="right"/>
      </w:pPr>
      <w:r>
        <w:t>اسی کا نام سائنس ہے۔ سائنس مینز سائنس آف نیچر۔</w:t>
      </w:r>
    </w:p>
    <w:p>
      <w:r>
        <w:rPr>
          <w:b/>
        </w:rPr>
        <w:t xml:space="preserve">[51:02] </w:t>
      </w:r>
      <w:r>
        <w:t>to is zamane mein dekhiye, sab se bari musibat yeh pesh aai hai ke log "alnasu aadaa'u ma jahiloo" ka shikar ho gaye, na janne ki wajah se har cheez ke dushman ban gaye ke science hamare dushman hai,</w:t>
      </w:r>
    </w:p>
    <w:p>
      <w:pPr>
        <w:jc w:val="right"/>
      </w:pPr>
      <w:r>
        <w:t>تو اس زمانے میں دیکھیے، سب سے بڑی مصیبت یہ پیش آئی ہے کہ لوگ "الناس و اعداء ما جاہل" کا شکار ہو گئے، نہ جاننے کی وجہ سے ہر چیز کے دشمن بن گئے کہ سائنس ہمارے دشمن ہے،</w:t>
      </w:r>
    </w:p>
    <w:p>
      <w:r>
        <w:rPr>
          <w:b/>
        </w:rPr>
        <w:t xml:space="preserve">[51:19] </w:t>
      </w:r>
      <w:r>
        <w:t>technology hamare dushman hai, secularism hamare khilaf hai, democracy hamare khilaf hai, freedom of expression ka nazariya hamare khilaf hai.</w:t>
      </w:r>
    </w:p>
    <w:p>
      <w:pPr>
        <w:jc w:val="right"/>
      </w:pPr>
      <w:r>
        <w:t>ٹیکنالوجی ہمارے دشمن ہے، سیکولرزم ہمارے خلاف ہے، ڈیموکریسی ہمارے خلاف ہے، فریڈم آف ایکسپریشن کا نظریہ ہمارے خلاف ہے۔</w:t>
      </w:r>
    </w:p>
    <w:p>
      <w:r>
        <w:rPr>
          <w:b/>
        </w:rPr>
        <w:t xml:space="preserve">[51:28] </w:t>
      </w:r>
      <w:r>
        <w:t>yeh kitni bari bhool hai!</w:t>
      </w:r>
    </w:p>
    <w:p>
      <w:pPr>
        <w:jc w:val="right"/>
      </w:pPr>
      <w:r>
        <w:t>یہ کتنی بڑی بھول ہے!</w:t>
      </w:r>
    </w:p>
    <w:p>
      <w:r>
        <w:rPr>
          <w:b/>
        </w:rPr>
        <w:t xml:space="preserve">[51:31] </w:t>
      </w:r>
      <w:r>
        <w:t>dekhiye, pichle zamano mein kabhi bhi insan ko</w:t>
      </w:r>
    </w:p>
    <w:p>
      <w:pPr>
        <w:jc w:val="right"/>
      </w:pPr>
      <w:r>
        <w:t>دیکھیے، پچھلے زمانوں میں کبھی بھی انسان کو</w:t>
      </w:r>
    </w:p>
    <w:p>
      <w:r>
        <w:rPr>
          <w:b/>
        </w:rPr>
        <w:t xml:space="preserve">[51:38] </w:t>
      </w:r>
      <w:r>
        <w:t>yeh hasil nahi tha, yeh jis ko hum kehte hain "freedom of expression".</w:t>
      </w:r>
    </w:p>
    <w:p>
      <w:pPr>
        <w:jc w:val="right"/>
      </w:pPr>
      <w:r>
        <w:t>یہ حاصل نہیں تھا، یہ جس کو ہم کہتے ہیں "فریڈم آف ایکسپریشن"۔</w:t>
      </w:r>
    </w:p>
    <w:p>
      <w:r>
        <w:rPr>
          <w:b/>
        </w:rPr>
        <w:t xml:space="preserve">[51:46] </w:t>
      </w:r>
      <w:r>
        <w:t>is zamane mein jab freedom of expression ka zamana aaya to hamare bhi to freedom mili, hum ko bhi. yeh to ek doosron ko mili, hum ko nahi mili.</w:t>
      </w:r>
    </w:p>
    <w:p>
      <w:pPr>
        <w:jc w:val="right"/>
      </w:pPr>
      <w:r>
        <w:t>اس زمانے میں جب فریڈم آف ایکسپریشن کا زمانہ آیا تو ہمارے بھی تو فریڈم ملی، ہم کو بھی۔ یہ تو ایک دوسروں کو ملی، ہم کو نہیں ملی۔</w:t>
      </w:r>
    </w:p>
    <w:p>
      <w:r>
        <w:rPr>
          <w:b/>
        </w:rPr>
        <w:t xml:space="preserve">[51:58] </w:t>
      </w:r>
      <w:r>
        <w:t>pehlay zamane mein to kisi ko freedom nahi hua karti, siwaye badshah ke. sirf king jo tha, usi ko freedom mili hoti thi. pehlay zamane mein baqi sab subject hote the.</w:t>
      </w:r>
    </w:p>
    <w:p>
      <w:pPr>
        <w:jc w:val="right"/>
      </w:pPr>
      <w:r>
        <w:t>پہلے زمانے میں تو کسی کو فریڈم نہیں ہوا کرتی، سوائے بادشاہ کے۔ صرف کنگ جو تھا، اسی کو فریڈم ملی ہوتی تھی۔ پہلے زمانے میں باقی سب سبجیکٹ ہوتے تھے۔</w:t>
      </w:r>
    </w:p>
    <w:p>
      <w:r>
        <w:rPr>
          <w:b/>
        </w:rPr>
        <w:t xml:space="preserve">[52:09] </w:t>
      </w:r>
      <w:r>
        <w:t>subject!</w:t>
      </w:r>
    </w:p>
    <w:p>
      <w:pPr>
        <w:jc w:val="right"/>
      </w:pPr>
      <w:r>
        <w:t>سبجیکٹ!</w:t>
      </w:r>
    </w:p>
    <w:p>
      <w:r>
        <w:rPr>
          <w:b/>
        </w:rPr>
        <w:t xml:space="preserve">[52:15] </w:t>
      </w:r>
      <w:r>
        <w:t>ab jab freedom aai hai to sab ke liye aai hai, hamare liye bhi aai hai. to aap is mein bharkte kyun hain? doosre log agar apne views ko kitabon mein likh kar chhap rahe hain to unhein chhapne dijiye.</w:t>
      </w:r>
    </w:p>
    <w:p>
      <w:pPr>
        <w:jc w:val="right"/>
      </w:pPr>
      <w:r>
        <w:t>اب جب فریڈم آئی ہے تو سب کے لیے آئی ہے، ہمارے لیے بھی آئی ہے۔ تو آپ اس میں بھڑکتے کیوں ہیں؟ دوسرے لوگ اگر اپنے ویوز کو کتابوں میں لکھ کر چھاپ رہے ہیں تو انہیں چھاپنے دیجئے۔</w:t>
      </w:r>
    </w:p>
    <w:p>
      <w:r>
        <w:rPr>
          <w:b/>
        </w:rPr>
        <w:t xml:space="preserve">[52:28] </w:t>
      </w:r>
      <w:r>
        <w:t>aap apne views ko likhiye aur chhaapiye. aap ke views agar zyada strong honge, un mein zyada logic hogi, zyada reason hogi to log isi ko maan lenge.</w:t>
      </w:r>
    </w:p>
    <w:p>
      <w:pPr>
        <w:jc w:val="right"/>
      </w:pPr>
      <w:r>
        <w:t>آپ اپنے ویوز کو لکھیے اور چھاپیے۔ آپ کے ویوز اگر زیادہ سٹرانگ ہوں گے، ان میں زیادہ لاجک ہوگی، زیادہ ریزن ہوگی تو لوگ اسی کو مان لیں گے۔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