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Shukr in Islam | June 17, 2008</w:t>
      </w:r>
    </w:p>
    <w:p>
      <w:r>
        <w:t>https://www.youtube.com/watch?v=ySbCs4MRNXU</w:t>
      </w:r>
    </w:p>
    <w:p>
      <w:r>
        <w:rPr>
          <w:b/>
        </w:rPr>
        <w:t xml:space="preserve">[00:14] </w:t>
      </w:r>
      <w:r>
        <w:t>Bismillah Rehman ur Rahim, wa Salla Allahu ala Nabi al Kareem.</w:t>
      </w:r>
    </w:p>
    <w:p>
      <w:pPr>
        <w:jc w:val="right"/>
      </w:pPr>
      <w:r>
        <w:t>بسم اللہ الرحمن الرحیم، وصلی اللہ علی النبی الکریم۔</w:t>
      </w:r>
    </w:p>
    <w:p>
      <w:r>
        <w:rPr>
          <w:b/>
        </w:rPr>
        <w:t xml:space="preserve">[00:24]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Aaj main shukr ke bare mein kuch kehna chahta hoon, yaani concept of</w:t>
      </w:r>
    </w:p>
    <w:p>
      <w:pPr>
        <w:jc w:val="right"/>
      </w:pPr>
      <w:r>
        <w:t>آج میں شکر کے بارے میں کچھ کہنا چاہتا ہوں، یعنی کانسیپٹ آف</w:t>
      </w:r>
    </w:p>
    <w:p>
      <w:r>
        <w:rPr>
          <w:b/>
        </w:rPr>
        <w:t xml:space="preserve">[00:44] </w:t>
      </w:r>
      <w:r>
        <w:t>shukr in Islam.</w:t>
      </w:r>
    </w:p>
    <w:p>
      <w:pPr>
        <w:jc w:val="right"/>
      </w:pPr>
      <w:r>
        <w:t>شکر ان اسلام۔</w:t>
      </w:r>
    </w:p>
    <w:p>
      <w:r>
        <w:rPr>
          <w:b/>
        </w:rPr>
        <w:t xml:space="preserve">[00:52] </w:t>
      </w:r>
      <w:r>
        <w:t>Shukr ki bohat zyada importance hai Islam mein.</w:t>
      </w:r>
    </w:p>
    <w:p>
      <w:pPr>
        <w:jc w:val="right"/>
      </w:pPr>
      <w:r>
        <w:t>شکر کی بہت زیادہ امپورٹنس ہے اسلام میں۔</w:t>
      </w:r>
    </w:p>
    <w:p>
      <w:r>
        <w:rPr>
          <w:b/>
        </w:rPr>
        <w:t xml:space="preserve">[00:59] </w:t>
      </w:r>
      <w:r>
        <w:t>Shukr ka matlab hai etiraf karna, grateful hona.</w:t>
      </w:r>
    </w:p>
    <w:p>
      <w:pPr>
        <w:jc w:val="right"/>
      </w:pPr>
      <w:r>
        <w:t>شکر کا مطلب ہے اعتراف کرنا، گریٹ فل ہونا۔</w:t>
      </w:r>
    </w:p>
    <w:p>
      <w:r>
        <w:rPr>
          <w:b/>
        </w:rPr>
        <w:t xml:space="preserve">[01:07] </w:t>
      </w:r>
      <w:r>
        <w:t>Toh Khuda ka grateful hona, gratefulness ka ehsas aana aadmi</w:t>
      </w:r>
    </w:p>
    <w:p>
      <w:pPr>
        <w:jc w:val="right"/>
      </w:pPr>
      <w:r>
        <w:t>تو خدا کا گریٹ فل ہونا، گریٹ فلنس کا احساس آنا آدمی</w:t>
      </w:r>
    </w:p>
    <w:p>
      <w:r>
        <w:rPr>
          <w:b/>
        </w:rPr>
        <w:t xml:space="preserve">[01:14] </w:t>
      </w:r>
      <w:r>
        <w:t>ke andar, isi ko kehte hain shukr.</w:t>
      </w:r>
    </w:p>
    <w:p>
      <w:pPr>
        <w:jc w:val="right"/>
      </w:pPr>
      <w:r>
        <w:t>کے اندر، اسی کو کہتے ہیں شکر۔</w:t>
      </w:r>
    </w:p>
    <w:p>
      <w:r>
        <w:rPr>
          <w:b/>
        </w:rPr>
        <w:t xml:space="preserve">[01:20] </w:t>
      </w:r>
      <w:r>
        <w:t>Yaani jab insan ko kisi se kuch milta hai, jab insan ke sath koi aadmi ehsan karta hai,</w:t>
      </w:r>
    </w:p>
    <w:p>
      <w:pPr>
        <w:jc w:val="right"/>
      </w:pPr>
      <w:r>
        <w:t>یعنی جب انسان کو کسی سے کچھ ملتا ہے، جب انسان کے ساتھ کوئی آدمی احسان کرتا ہے،</w:t>
      </w:r>
    </w:p>
    <w:p>
      <w:r>
        <w:rPr>
          <w:b/>
        </w:rPr>
        <w:t xml:space="preserve">[01:26] </w:t>
      </w:r>
      <w:r>
        <w:t>kuch deta hai usko, toh uske andar etiraf ka jazba paida hota hai.</w:t>
      </w:r>
    </w:p>
    <w:p>
      <w:pPr>
        <w:jc w:val="right"/>
      </w:pPr>
      <w:r>
        <w:t>کچھ دیتا ہے اس کو، تو اس کے اندر اعتراف کا جذبہ پیدا ہوتا ہے۔</w:t>
      </w:r>
    </w:p>
    <w:p>
      <w:r>
        <w:rPr>
          <w:b/>
        </w:rPr>
        <w:t xml:space="preserve">[01:32] </w:t>
      </w:r>
      <w:r>
        <w:t>Isi ko shukr kehte hain.</w:t>
      </w:r>
    </w:p>
    <w:p>
      <w:pPr>
        <w:jc w:val="right"/>
      </w:pPr>
      <w:r>
        <w:t>اسی کو شکر کہتے ہیں۔</w:t>
      </w:r>
    </w:p>
    <w:p>
      <w:r>
        <w:rPr>
          <w:b/>
        </w:rPr>
        <w:t xml:space="preserve">[01:38] </w:t>
      </w:r>
      <w:r>
        <w:t>Insan ke in</w:t>
      </w:r>
    </w:p>
    <w:p>
      <w:pPr>
        <w:jc w:val="right"/>
      </w:pPr>
      <w:r>
        <w:t>انسان کے ان</w:t>
      </w:r>
    </w:p>
    <w:p>
      <w:r>
        <w:rPr>
          <w:b/>
        </w:rPr>
        <w:t xml:space="preserve">[01:44] </w:t>
      </w:r>
      <w:r>
        <w:t>sana ki nisbat se isko bola jaye toh kaha jayega etiraf.</w:t>
      </w:r>
    </w:p>
    <w:p>
      <w:pPr>
        <w:jc w:val="right"/>
      </w:pPr>
      <w:r>
        <w:t>سان کی نسبت سے اس کو بولا جائے تو کہا جائے گا اعتراف۔</w:t>
      </w:r>
    </w:p>
    <w:p>
      <w:r>
        <w:rPr>
          <w:b/>
        </w:rPr>
        <w:t xml:space="preserve">[01:51] </w:t>
      </w:r>
      <w:r>
        <w:t>Aur Khuda ki nisbat se bola jaye toh kaha jayega shukr.</w:t>
      </w:r>
    </w:p>
    <w:p>
      <w:pPr>
        <w:jc w:val="right"/>
      </w:pPr>
      <w:r>
        <w:t>اور خدا کی نسبت سے بولا جائے تو کہا جائے گا شکر۔</w:t>
      </w:r>
    </w:p>
    <w:p>
      <w:r>
        <w:rPr>
          <w:b/>
        </w:rPr>
        <w:t xml:space="preserve">[01:58] </w:t>
      </w:r>
      <w:r>
        <w:t>Isi ko English mein kehte hain gratefulness.</w:t>
      </w:r>
    </w:p>
    <w:p>
      <w:pPr>
        <w:jc w:val="right"/>
      </w:pPr>
      <w:r>
        <w:t>اسی کو انگلش میں کہتے ہیں گریٹ فلنس۔</w:t>
      </w:r>
    </w:p>
    <w:p>
      <w:r>
        <w:rPr>
          <w:b/>
        </w:rPr>
        <w:t xml:space="preserve">[02:04] </w:t>
      </w:r>
      <w:r>
        <w:t>Yeh bohat bari ibadat hai Islam mein.</w:t>
      </w:r>
    </w:p>
    <w:p>
      <w:pPr>
        <w:jc w:val="right"/>
      </w:pPr>
      <w:r>
        <w:t>یہ بہت بڑی عبادت ہے اسلام میں۔</w:t>
      </w:r>
    </w:p>
    <w:p>
      <w:r>
        <w:rPr>
          <w:b/>
        </w:rPr>
        <w:t xml:space="preserve">[02:11] </w:t>
      </w:r>
      <w:r>
        <w:t>Sachi baat hai ke sab se bari ibadat shukr hai.</w:t>
      </w:r>
    </w:p>
    <w:p>
      <w:pPr>
        <w:jc w:val="right"/>
      </w:pPr>
      <w:r>
        <w:t>سچی بات ہے کہ سب سے بڑی عبادت شکر ہے۔</w:t>
      </w:r>
    </w:p>
    <w:p>
      <w:r>
        <w:rPr>
          <w:b/>
        </w:rPr>
        <w:t xml:space="preserve">[02:18] </w:t>
      </w:r>
      <w:r>
        <w:t>شیطان نے، Satan نے جو چیلنج دیا تھا خدا کو، جب زندگی شروع ہوئی، آدم کو پیدا کر</w:t>
      </w:r>
    </w:p>
    <w:p>
      <w:pPr>
        <w:jc w:val="right"/>
      </w:pPr>
      <w:r>
        <w:t>شیطان نے، سیٹن نے جو چیلنج دیا تھا خدا کو، جب زندگی شروع ہوئی، آدم کو پیدا کر</w:t>
      </w:r>
    </w:p>
    <w:p>
      <w:r>
        <w:rPr>
          <w:b/>
        </w:rPr>
        <w:t xml:space="preserve">[02:26] </w:t>
      </w:r>
      <w:r>
        <w:t>ke Khuda ne zameen par rakha, toh uski ek bari story hai, woh story aap Quran mein</w:t>
      </w:r>
    </w:p>
    <w:p>
      <w:pPr>
        <w:jc w:val="right"/>
      </w:pPr>
      <w:r>
        <w:t>کے خدا نے زمین پر رکھا، تو اس کی ایک بڑی سٹوری ہے، وہ سٹوری آپ قرآن میں</w:t>
      </w:r>
    </w:p>
    <w:p>
      <w:r>
        <w:rPr>
          <w:b/>
        </w:rPr>
        <w:t xml:space="preserve">[02:34] </w:t>
      </w:r>
      <w:r>
        <w:t>dekh sakte hain.</w:t>
      </w:r>
    </w:p>
    <w:p>
      <w:pPr>
        <w:jc w:val="right"/>
      </w:pPr>
      <w:r>
        <w:t>دیکھ سکتے ہیں۔</w:t>
      </w:r>
    </w:p>
    <w:p>
      <w:r>
        <w:rPr>
          <w:b/>
        </w:rPr>
        <w:t xml:space="preserve">[02:42] </w:t>
      </w:r>
      <w:r>
        <w:t>Us waqt Shaitan ne Khuda ko challenge diya tha ke main insano ko deceive karunga, unko behkaunga,</w:t>
      </w:r>
    </w:p>
    <w:p>
      <w:pPr>
        <w:jc w:val="right"/>
      </w:pPr>
      <w:r>
        <w:t>اس وقت شیطان نے خدا کو چیلنج دیا تھا کہ میں انسانوں کو ڈیسیو کروں گا، ان کو بہکاؤں گا،</w:t>
      </w:r>
    </w:p>
    <w:p>
      <w:r>
        <w:rPr>
          <w:b/>
        </w:rPr>
        <w:t xml:space="preserve">[02:50] </w:t>
      </w:r>
      <w:r>
        <w:t>yahan tak ke sab ko main shukr ke rastay se hata doonga.</w:t>
      </w:r>
    </w:p>
    <w:p>
      <w:pPr>
        <w:jc w:val="right"/>
      </w:pPr>
      <w:r>
        <w:t>یہاں تک کہ سب کو میں شکر کے راستے سے ہٹا دوں گا۔</w:t>
      </w:r>
    </w:p>
    <w:p>
      <w:r>
        <w:rPr>
          <w:b/>
        </w:rPr>
        <w:t xml:space="preserve">[02:58] </w:t>
      </w:r>
      <w:r>
        <w:t>itna zyada mein is mamle mein hataunga logon ko ke to un mein ke aksar ko, un</w:t>
      </w:r>
    </w:p>
    <w:p>
      <w:pPr>
        <w:jc w:val="right"/>
      </w:pPr>
      <w:r>
        <w:t>اتنا زیادہ میں اس معاملے میں ہٹاؤں گا لوگوں کو کہ تو ان میں کے اکثر کو، ان</w:t>
      </w:r>
    </w:p>
    <w:p>
      <w:r>
        <w:rPr>
          <w:b/>
        </w:rPr>
        <w:t xml:space="preserve">[03:06] </w:t>
      </w:r>
      <w:r>
        <w:t>ki majority ko shukr karne wala na paega.</w:t>
      </w:r>
    </w:p>
    <w:p>
      <w:pPr>
        <w:jc w:val="right"/>
      </w:pPr>
      <w:r>
        <w:t>کی میجورٹی کو شکر کرنے والا نہ پائے گا۔</w:t>
      </w:r>
    </w:p>
    <w:p>
      <w:r>
        <w:rPr>
          <w:b/>
        </w:rPr>
        <w:t xml:space="preserve">[03:14] </w:t>
      </w:r>
      <w:r>
        <w:t>wala tajad akthar shakireen,</w:t>
      </w:r>
    </w:p>
    <w:p>
      <w:pPr>
        <w:jc w:val="right"/>
      </w:pPr>
      <w:r>
        <w:t>ولا تجد اکثر شاکرین،</w:t>
      </w:r>
    </w:p>
    <w:p>
      <w:r>
        <w:rPr>
          <w:b/>
        </w:rPr>
        <w:t xml:space="preserve">[03:22] </w:t>
      </w:r>
      <w:r>
        <w:t>You will not find most of them grateful.</w:t>
      </w:r>
    </w:p>
    <w:p>
      <w:pPr>
        <w:jc w:val="right"/>
      </w:pPr>
      <w:r>
        <w:t>یو ویل ناٹ فائنڈ موسٹ آف دیم گریٹ فل۔</w:t>
      </w:r>
    </w:p>
    <w:p>
      <w:r>
        <w:rPr>
          <w:b/>
        </w:rPr>
        <w:t xml:space="preserve">[03:30] </w:t>
      </w:r>
      <w:r>
        <w:t>to yeh challenge jo khuda insan ne diya tha, woh bari had tak poora bhi ho gaya.</w:t>
      </w:r>
    </w:p>
    <w:p>
      <w:pPr>
        <w:jc w:val="right"/>
      </w:pPr>
      <w:r>
        <w:t>تو یہ چیلنج جو خدا انسان نے دیا تھا، وہ بڑی حد تک پورا بھی ہو گیا۔</w:t>
      </w:r>
    </w:p>
    <w:p>
      <w:r>
        <w:rPr>
          <w:b/>
        </w:rPr>
        <w:t xml:space="preserve">[03:38] </w:t>
      </w:r>
      <w:r>
        <w:t>khud quran mein hai ke logon ki majority ne shaitan ke, logon ki majority shaitan ke baqway mein</w:t>
      </w:r>
    </w:p>
    <w:p>
      <w:pPr>
        <w:jc w:val="right"/>
      </w:pPr>
      <w:r>
        <w:t>خود قرآن میں ہے کہ لوگوں کی میجورٹی نے شیطان کے، لوگوں کی میجورٹی شیطان کے باقوے میں</w:t>
      </w:r>
    </w:p>
    <w:p>
      <w:r>
        <w:rPr>
          <w:b/>
        </w:rPr>
        <w:t xml:space="preserve">[03:45] </w:t>
      </w:r>
      <w:r>
        <w:t>aa gayi aur us ne</w:t>
      </w:r>
    </w:p>
    <w:p>
      <w:pPr>
        <w:jc w:val="right"/>
      </w:pPr>
      <w:r>
        <w:t>آ گئی اور اس نے</w:t>
      </w:r>
    </w:p>
    <w:p>
      <w:r>
        <w:rPr>
          <w:b/>
        </w:rPr>
        <w:t xml:space="preserve">[03:53] </w:t>
      </w:r>
      <w:r>
        <w:t>greatfulness ka ya shukr ka rasta chhod diya.</w:t>
      </w:r>
    </w:p>
    <w:p>
      <w:pPr>
        <w:jc w:val="right"/>
      </w:pPr>
      <w:r>
        <w:t>گریٹ فلنس کا یا شکر کا راستہ چھوڑ دیا۔</w:t>
      </w:r>
    </w:p>
    <w:p>
      <w:r>
        <w:rPr>
          <w:b/>
        </w:rPr>
        <w:t xml:space="preserve">[04:01] </w:t>
      </w:r>
      <w:r>
        <w:t>quran mein hai ke wa qaleel min ibadi al-shakoor ke bohat kam hai mere bando mein jo shukr karne wale hain.</w:t>
      </w:r>
    </w:p>
    <w:p>
      <w:pPr>
        <w:jc w:val="right"/>
      </w:pPr>
      <w:r>
        <w:t>قرآن میں ہے کہ وقلیل من عبادی الشکور کہ بہت کم ہے میرے بندوں میں جو شکر کرنے والے ہیں۔</w:t>
      </w:r>
    </w:p>
    <w:p>
      <w:r>
        <w:rPr>
          <w:b/>
        </w:rPr>
        <w:t xml:space="preserve">[04:08] </w:t>
      </w:r>
      <w:r>
        <w:t>yeh baat quran mein kai jagah kahi gayi hai ke insano mein bohat kam aise hain jo shukr</w:t>
      </w:r>
    </w:p>
    <w:p>
      <w:pPr>
        <w:jc w:val="right"/>
      </w:pPr>
      <w:r>
        <w:t>یہ بات قرآن میں کئی جگہ کہی گئی ہے کہ انسانوں میں بہت کم ایسے ہیں جو شکر</w:t>
      </w:r>
    </w:p>
    <w:p>
      <w:r>
        <w:rPr>
          <w:b/>
        </w:rPr>
        <w:t xml:space="preserve">[04:16] </w:t>
      </w:r>
      <w:r>
        <w:t>karne wale hain.</w:t>
      </w:r>
    </w:p>
    <w:p>
      <w:pPr>
        <w:jc w:val="right"/>
      </w:pPr>
      <w:r>
        <w:t>کرنے والے ہیں۔</w:t>
      </w:r>
    </w:p>
    <w:p>
      <w:r>
        <w:rPr>
          <w:b/>
        </w:rPr>
        <w:t xml:space="preserve">[04:24] </w:t>
      </w:r>
      <w:r>
        <w:t>is ayat par, quran ki is ayat par mein soch raha tha to mere mind mein aaya ke</w:t>
      </w:r>
    </w:p>
    <w:p>
      <w:pPr>
        <w:jc w:val="right"/>
      </w:pPr>
      <w:r>
        <w:t>اس آیت پر، قرآن کی اس آیت پر میں سوچ رہا تھا تو میرے مائنڈ میں آیا کہ</w:t>
      </w:r>
    </w:p>
    <w:p>
      <w:r>
        <w:rPr>
          <w:b/>
        </w:rPr>
        <w:t xml:space="preserve">[04:30] </w:t>
      </w:r>
      <w:r>
        <w:t>shukr agar kuch shabdon ko bolne ka naam ho, jaise log kehte hain Alhamdulillah, koi baat hoti hai</w:t>
      </w:r>
    </w:p>
    <w:p>
      <w:pPr>
        <w:jc w:val="right"/>
      </w:pPr>
      <w:r>
        <w:t>شکر اگر کچھ शब्दوں کو بولنے کا نام ہو، جیسے لوگ کہتے ہیں الحمدللہ، کوئی بات ہوتی ہے</w:t>
      </w:r>
    </w:p>
    <w:p>
      <w:r>
        <w:rPr>
          <w:b/>
        </w:rPr>
        <w:t xml:space="preserve">[04:36] </w:t>
      </w:r>
      <w:r>
        <w:t>ke nayi gaadi un ke paas aa gayi to kahenge ke Alhamdulillah mere paas nayi gaadi aa gayi hai.</w:t>
      </w:r>
    </w:p>
    <w:p>
      <w:pPr>
        <w:jc w:val="right"/>
      </w:pPr>
      <w:r>
        <w:t>کہ نئی گاڑی ان کے پاس آ گئی تو کہیں گے کہ الحمدللہ میرے پاس نئی گاڑی آ گئی ہے۔</w:t>
      </w:r>
    </w:p>
    <w:p>
      <w:r>
        <w:rPr>
          <w:b/>
        </w:rPr>
        <w:t xml:space="preserve">[04:43] </w:t>
      </w:r>
      <w:r>
        <w:t>agar un ke paas chhota ghar ho, bada ghar bana len to kahenge Alhamdulillah meri ek kothi</w:t>
      </w:r>
    </w:p>
    <w:p>
      <w:pPr>
        <w:jc w:val="right"/>
      </w:pPr>
      <w:r>
        <w:t>اگر ان کے پاس چھوٹا گھر ہو، بڑا گھر بنا لیں تو کہیں گے الحمدللہ میری ایک کوٹھی</w:t>
      </w:r>
    </w:p>
    <w:p>
      <w:r>
        <w:rPr>
          <w:b/>
        </w:rPr>
        <w:t xml:space="preserve">[04:49] </w:t>
      </w:r>
      <w:r>
        <w:t>ban gayi hai colony mein.</w:t>
      </w:r>
    </w:p>
    <w:p>
      <w:pPr>
        <w:jc w:val="right"/>
      </w:pPr>
      <w:r>
        <w:t>بن گئی ہے کالونی میں۔</w:t>
      </w:r>
    </w:p>
    <w:p>
      <w:r>
        <w:rPr>
          <w:b/>
        </w:rPr>
        <w:t xml:space="preserve">[04:55] </w:t>
      </w:r>
      <w:r>
        <w:t>to koi bhi aisi baat hoti hai to log kuch shabdon ko bolte hain, Alhamdulillah aur khuda ka shukr</w:t>
      </w:r>
    </w:p>
    <w:p>
      <w:pPr>
        <w:jc w:val="right"/>
      </w:pPr>
      <w:r>
        <w:t>تو کوئی بھی ایسی بات ہوتی ہے تو لوگ کچھ शब्द بولتے ہیں، الحمدللہ اور خدا کا شکر</w:t>
      </w:r>
    </w:p>
    <w:p>
      <w:r>
        <w:rPr>
          <w:b/>
        </w:rPr>
        <w:t xml:space="preserve">[05:03] </w:t>
      </w:r>
      <w:r>
        <w:t>hai aur Allah ka fazal hai.</w:t>
      </w:r>
    </w:p>
    <w:p>
      <w:pPr>
        <w:jc w:val="right"/>
      </w:pPr>
      <w:r>
        <w:t>ہے اور اللہ کا فضل ہے۔</w:t>
      </w:r>
    </w:p>
    <w:p>
      <w:r>
        <w:rPr>
          <w:b/>
        </w:rPr>
        <w:t xml:space="preserve">[05:11] </w:t>
      </w:r>
      <w:r>
        <w:t>to yeh agar yeh is tarah ke kuch shabdon ko bolna, munh se nikalna, yahi ho woh cheez</w:t>
      </w:r>
    </w:p>
    <w:p>
      <w:pPr>
        <w:jc w:val="right"/>
      </w:pPr>
      <w:r>
        <w:t>تو یہ اگر یہ اس طرح کے کچھ शब्दوں کو بولنا، منہ سے نکالنا، یہی ہو وہ چیز</w:t>
      </w:r>
    </w:p>
    <w:p>
      <w:r>
        <w:rPr>
          <w:b/>
        </w:rPr>
        <w:t xml:space="preserve">[05:19] </w:t>
      </w:r>
      <w:r>
        <w:t>jis ko shukr kaha gaya hai to aise log to pehle bhi bohat the aur aaj bhi bohat hain.</w:t>
      </w:r>
    </w:p>
    <w:p>
      <w:pPr>
        <w:jc w:val="right"/>
      </w:pPr>
      <w:r>
        <w:t>جس کو شکر کہا گیا ہے تو ایسے لوگ تو پہلے بھی بہت تھے اور آج بھی بہت ہیں۔</w:t>
      </w:r>
    </w:p>
    <w:p>
      <w:r>
        <w:rPr>
          <w:b/>
        </w:rPr>
        <w:t xml:space="preserve">[05:26] </w:t>
      </w:r>
      <w:r>
        <w:t>mein to dekhta hoon ke sabhi log yahi sab bolte rehte hain.</w:t>
      </w:r>
    </w:p>
    <w:p>
      <w:pPr>
        <w:jc w:val="right"/>
      </w:pPr>
      <w:r>
        <w:t>میں تو دیکھتا ہوں کہ سبھی لوگ یہی سب بولتے رہتے ہیں۔</w:t>
      </w:r>
    </w:p>
    <w:p>
      <w:r>
        <w:rPr>
          <w:b/>
        </w:rPr>
        <w:t xml:space="preserve">[05:34] </w:t>
      </w:r>
      <w:r>
        <w:t>sab log bolte rehte hain.</w:t>
      </w:r>
    </w:p>
    <w:p>
      <w:pPr>
        <w:jc w:val="right"/>
      </w:pPr>
      <w:r>
        <w:t>سب لوگ بولتے رہتے ہیں۔</w:t>
      </w:r>
    </w:p>
    <w:p>
      <w:r>
        <w:rPr>
          <w:b/>
        </w:rPr>
        <w:t xml:space="preserve">[05:42] </w:t>
      </w:r>
      <w:r>
        <w:t>baat baat mein Alhamdulillah, baat baat mein khuda ka fazal hai, baat baat mein khuda ka shukr hai, bolenge.</w:t>
      </w:r>
    </w:p>
    <w:p>
      <w:pPr>
        <w:jc w:val="right"/>
      </w:pPr>
      <w:r>
        <w:t>بات بات میں الحمدللہ، بات بات میں خدا کا فضل ہے، بات بات میں خدا کا شکر ہے، بولیں گے۔</w:t>
      </w:r>
    </w:p>
    <w:p>
      <w:r>
        <w:rPr>
          <w:b/>
        </w:rPr>
        <w:t xml:space="preserve">[05:49] </w:t>
      </w:r>
      <w:r>
        <w:t>to agar shukr ka matlab yeh ho ke kuch kuch kuch shabdon ko munh se bol diya jaye,</w:t>
      </w:r>
    </w:p>
    <w:p>
      <w:pPr>
        <w:jc w:val="right"/>
      </w:pPr>
      <w:r>
        <w:t>تو اگر شکر کا مطلب یہ ہو کہ کچھ کچھ کچھ शब्द ہوں جن کو منہ سے بول دیا جائے،</w:t>
      </w:r>
    </w:p>
    <w:p>
      <w:r>
        <w:rPr>
          <w:b/>
        </w:rPr>
        <w:t xml:space="preserve">[05:57] </w:t>
      </w:r>
      <w:r>
        <w:t>yani jo jis ko kehte hain lip service, to aise log to million billion pehle bhi the, aaj bhi hain. aise logon ki to kami nahi hai koi. to quran mein aisa kyun kaha gaya ke wa qaleelun min ibadi ash-shakoor ke khuda ke bando mein aise log bohat kam hain jo shukr karne wale hon. is par sochte hue meri samajh mein aaya ke sh</w:t>
      </w:r>
    </w:p>
    <w:p>
      <w:pPr>
        <w:jc w:val="right"/>
      </w:pPr>
      <w:r>
        <w:t>یعنی جو جس کو کہتے ہیں لپ سروس، تو ایسے لوگ تو ملین بلین پہلے بھی تھے، آج بھی ہیں۔ ایسے لوگوں کی تو کمی نہیں ہے کوئی۔ تو قرآن میں ایسا کیوں کہا گیا کہ وقلیل من عبادی الشکور کہ خدا کے بندوں میں ایسے لوگ بہت کم ہیں جو شکر کرنے والے ہوں۔ اس پر سوچتے ہوئے میری سمجھ میں آیا کہ ش</w:t>
      </w:r>
    </w:p>
    <w:p>
      <w:r>
        <w:rPr>
          <w:b/>
        </w:rPr>
        <w:t xml:space="preserve">[06:27] </w:t>
      </w:r>
      <w:r>
        <w:t>kar ki do sooraten hain.</w:t>
      </w:r>
    </w:p>
    <w:p>
      <w:pPr>
        <w:jc w:val="right"/>
      </w:pPr>
      <w:r>
        <w:t>کر کی دو صورتیں ہیں۔</w:t>
      </w:r>
    </w:p>
    <w:p>
      <w:r>
        <w:rPr>
          <w:b/>
        </w:rPr>
        <w:t xml:space="preserve">[06:31] </w:t>
      </w:r>
      <w:r>
        <w:t>ek to yahi ke aap munh se bolte rahen, Alhamdulillah, Subhan Allah, is tarah ke matlab lap service</w:t>
      </w:r>
    </w:p>
    <w:p>
      <w:pPr>
        <w:jc w:val="right"/>
      </w:pPr>
      <w:r>
        <w:t>ایک تو یہی کہ آپ منہ سے بولتے رہیں، الحمدللہ، سبحان اللہ، اس طرح کے مطلب لپ سروس</w:t>
      </w:r>
    </w:p>
    <w:p>
      <w:r>
        <w:rPr>
          <w:b/>
        </w:rPr>
        <w:t xml:space="preserve">[06:35] </w:t>
      </w:r>
      <w:r>
        <w:t>ke tor par kuch shabd aap bolte rahen.</w:t>
      </w:r>
    </w:p>
    <w:p>
      <w:pPr>
        <w:jc w:val="right"/>
      </w:pPr>
      <w:r>
        <w:t>کے طور پر کچھ शब्द آپ بولتے رہیں۔</w:t>
      </w:r>
    </w:p>
    <w:p>
      <w:r>
        <w:rPr>
          <w:b/>
        </w:rPr>
        <w:t xml:space="preserve">[06:40] </w:t>
      </w:r>
      <w:r>
        <w:t>ek to yeh shakal hai jis ko main kahoon ga ke normal shukr.</w:t>
      </w:r>
    </w:p>
    <w:p>
      <w:pPr>
        <w:jc w:val="right"/>
      </w:pPr>
      <w:r>
        <w:t>ایک تو یہ شکل ہے جس کو میں کہوں گا کہ نارمل شکر۔</w:t>
      </w:r>
    </w:p>
    <w:p>
      <w:r>
        <w:rPr>
          <w:b/>
        </w:rPr>
        <w:t xml:space="preserve">[06:44] </w:t>
      </w:r>
      <w:r>
        <w:t>is ko main kahoon ga ke normal shukr.</w:t>
      </w:r>
    </w:p>
    <w:p>
      <w:pPr>
        <w:jc w:val="right"/>
      </w:pPr>
      <w:r>
        <w:t>اس کو میں کہوں گا کہ نارمل شکر۔</w:t>
      </w:r>
    </w:p>
    <w:p>
      <w:r>
        <w:rPr>
          <w:b/>
        </w:rPr>
        <w:t xml:space="preserve">[06:49] </w:t>
      </w:r>
      <w:r>
        <w:t>to aise log to bohat hi hain, bohat hain.</w:t>
      </w:r>
    </w:p>
    <w:p>
      <w:pPr>
        <w:jc w:val="right"/>
      </w:pPr>
      <w:r>
        <w:t>تو ایسے لوگ تو بہت ہی ہیں، بہت ہیں۔</w:t>
      </w:r>
    </w:p>
    <w:p>
      <w:r>
        <w:rPr>
          <w:b/>
        </w:rPr>
        <w:t xml:space="preserve">[06:53] </w:t>
      </w:r>
      <w:r>
        <w:t>qareeb qareeb sabhi log is tarah ka</w:t>
      </w:r>
    </w:p>
    <w:p>
      <w:pPr>
        <w:jc w:val="right"/>
      </w:pPr>
      <w:r>
        <w:t>قریب قریب سبھی لوگ اس طرح کا</w:t>
      </w:r>
    </w:p>
    <w:p>
      <w:r>
        <w:rPr>
          <w:b/>
        </w:rPr>
        <w:t xml:space="preserve">[06:57] </w:t>
      </w:r>
      <w:r>
        <w:t>normal shukr karte rehte hain.</w:t>
      </w:r>
    </w:p>
    <w:p>
      <w:pPr>
        <w:jc w:val="right"/>
      </w:pPr>
      <w:r>
        <w:t>نارمل شکر کرتے رہتے ہیں۔</w:t>
      </w:r>
    </w:p>
    <w:p>
      <w:r>
        <w:rPr>
          <w:b/>
        </w:rPr>
        <w:t xml:space="preserve">[07:03] </w:t>
      </w:r>
      <w:r>
        <w:t>to kam kahan hain? to is par sochte hue meri samajh mein aaya ke quran mein jis shukr</w:t>
      </w:r>
    </w:p>
    <w:p>
      <w:pPr>
        <w:jc w:val="right"/>
      </w:pPr>
      <w:r>
        <w:t>تو کم کہاں ہیں؟ تو اس پر سوچتے ہوئے میری سمجھ میں آیا کہ قرآن میں جس شکر</w:t>
      </w:r>
    </w:p>
    <w:p>
      <w:r>
        <w:rPr>
          <w:b/>
        </w:rPr>
        <w:t xml:space="preserve">[07:09] </w:t>
      </w:r>
      <w:r>
        <w:t>ki baat kahi gayi hai ke woh bohat bari ibadat hai, woh hai thrilling shukr. thrilling shukr.</w:t>
      </w:r>
    </w:p>
    <w:p>
      <w:pPr>
        <w:jc w:val="right"/>
      </w:pPr>
      <w:r>
        <w:t>کی بات کہی گئی ہے کہ وہ بہت بڑی عبادت ہے، وہ ہے تھرلنگ شکر۔ تھرلنگ شکر۔</w:t>
      </w:r>
    </w:p>
    <w:p>
      <w:r>
        <w:rPr>
          <w:b/>
        </w:rPr>
        <w:t xml:space="preserve">[07:15] </w:t>
      </w:r>
      <w:r>
        <w:t>yani kisi cheez ko pa kar aap ke andar ek bohat bara, aap ke seenay mein ek shukr</w:t>
      </w:r>
    </w:p>
    <w:p>
      <w:pPr>
        <w:jc w:val="right"/>
      </w:pPr>
      <w:r>
        <w:t>یعنی کسی چیز کو پا کر آپ کے اندر ایک بہت بڑا، آپ کے سینے میں ایک شکر</w:t>
      </w:r>
    </w:p>
    <w:p>
      <w:r>
        <w:rPr>
          <w:b/>
        </w:rPr>
        <w:t xml:space="preserve">[07:21] </w:t>
      </w:r>
      <w:r>
        <w:t>ka darya beh paray. sh</w:t>
      </w:r>
    </w:p>
    <w:p>
      <w:pPr>
        <w:jc w:val="right"/>
      </w:pPr>
      <w:r>
        <w:t>کا دریا بہہ پڑے۔ ش</w:t>
      </w:r>
    </w:p>
    <w:p>
      <w:r>
        <w:rPr>
          <w:b/>
        </w:rPr>
        <w:t xml:space="preserve">[07:27] </w:t>
      </w:r>
      <w:r>
        <w:t>ukr ka samandar ubal paray.</w:t>
      </w:r>
    </w:p>
    <w:p>
      <w:pPr>
        <w:jc w:val="right"/>
      </w:pPr>
      <w:r>
        <w:t>کر کا سمندر ابل پڑے۔</w:t>
      </w:r>
    </w:p>
    <w:p>
      <w:r>
        <w:rPr>
          <w:b/>
        </w:rPr>
        <w:t xml:space="preserve">[07:31] </w:t>
      </w:r>
      <w:r>
        <w:t>ek thrill paida ho jaye aap ke andar.</w:t>
      </w:r>
    </w:p>
    <w:p>
      <w:pPr>
        <w:jc w:val="right"/>
      </w:pPr>
      <w:r>
        <w:t>ایک تھرل پیدا ہو جائے آپ کے اندر۔</w:t>
      </w:r>
    </w:p>
    <w:p>
      <w:r>
        <w:rPr>
          <w:b/>
        </w:rPr>
        <w:t xml:space="preserve">[07:35] </w:t>
      </w:r>
      <w:r>
        <w:t>to is shukr ko karne wale bohat hi kam hain.</w:t>
      </w:r>
    </w:p>
    <w:p>
      <w:pPr>
        <w:jc w:val="right"/>
      </w:pPr>
      <w:r>
        <w:t>تو اس شکر کو کرنے والے بہت ہی کم ہیں۔</w:t>
      </w:r>
    </w:p>
    <w:p>
      <w:r>
        <w:rPr>
          <w:b/>
        </w:rPr>
        <w:t xml:space="preserve">[07:39] </w:t>
      </w:r>
      <w:r>
        <w:t>to main kahoon ga ke do shakalain hain shukr ki.</w:t>
      </w:r>
    </w:p>
    <w:p>
      <w:pPr>
        <w:jc w:val="right"/>
      </w:pPr>
      <w:r>
        <w:t>تو میں کہوں گا کہ دو شکلیں ہیں شکر کی۔</w:t>
      </w:r>
    </w:p>
    <w:p>
      <w:r>
        <w:rPr>
          <w:b/>
        </w:rPr>
        <w:t xml:space="preserve">[07:42] </w:t>
      </w:r>
      <w:r>
        <w:t>ek hai normal shukr, ek hai thrilling shukr.</w:t>
      </w:r>
    </w:p>
    <w:p>
      <w:pPr>
        <w:jc w:val="right"/>
      </w:pPr>
      <w:r>
        <w:t>ایک ہے نارمل شکر، ایک ہے تھرلنگ شکر۔</w:t>
      </w:r>
    </w:p>
    <w:p>
      <w:r>
        <w:rPr>
          <w:b/>
        </w:rPr>
        <w:t xml:space="preserve">[07:46] </w:t>
      </w:r>
      <w:r>
        <w:t>to log normal shukr karte rehte hain lekin khuda ko aise shukr ki zaroorat nahin.</w:t>
      </w:r>
    </w:p>
    <w:p>
      <w:pPr>
        <w:jc w:val="right"/>
      </w:pPr>
      <w:r>
        <w:t>تو لوگ نارمل شکر کرتے رہتے ہیں لیکن خدا کو ایسے شکر کی ضرورت نہیں۔</w:t>
      </w:r>
    </w:p>
    <w:p>
      <w:r>
        <w:rPr>
          <w:b/>
        </w:rPr>
        <w:t xml:space="preserve">[07:50] </w:t>
      </w:r>
      <w:r>
        <w:t>kyun ke khuda ki barhai zara sochiye, is ki shan sochiye.</w:t>
      </w:r>
    </w:p>
    <w:p>
      <w:pPr>
        <w:jc w:val="right"/>
      </w:pPr>
      <w:r>
        <w:t>کیونکہ خدا کی بڑائی ذرا سوچیے، اس کی شان سوچیے۔</w:t>
      </w:r>
    </w:p>
    <w:p>
      <w:r>
        <w:rPr>
          <w:b/>
        </w:rPr>
        <w:t xml:space="preserve">[07:54] </w:t>
      </w:r>
      <w:r>
        <w:t>jis khuda ne itni</w:t>
      </w:r>
    </w:p>
    <w:p>
      <w:pPr>
        <w:jc w:val="right"/>
      </w:pPr>
      <w:r>
        <w:t>جس خدا نے اتنی</w:t>
      </w:r>
    </w:p>
    <w:p>
      <w:r>
        <w:rPr>
          <w:b/>
        </w:rPr>
        <w:t xml:space="preserve">[07:58] </w:t>
      </w:r>
      <w:r>
        <w:t>bari universe ko banaya, kya is ka haq yahi hai ke woh hum kuch shabd bol dein, kuch</w:t>
      </w:r>
    </w:p>
    <w:p>
      <w:pPr>
        <w:jc w:val="right"/>
      </w:pPr>
      <w:r>
        <w:t>بڑی یونیورس کو بنایا، کیا اس کا حق یہی ہے کہ وہ ہم کچھ शब्द بول دیں، کچھ</w:t>
      </w:r>
    </w:p>
    <w:p>
      <w:r>
        <w:rPr>
          <w:b/>
        </w:rPr>
        <w:t xml:space="preserve">[08:04] </w:t>
      </w:r>
      <w:r>
        <w:t>words bol dein, ek lip service kar dein? kya yahi is ka haq ada karna hai? yeh koi</w:t>
      </w:r>
    </w:p>
    <w:p>
      <w:pPr>
        <w:jc w:val="right"/>
      </w:pPr>
      <w:r>
        <w:t>ورڈز بول دیں، ایک لپ سروس کر دیں؟ کیا یہی اس کا حق ادا کرنا ہے؟ یہ کوئی</w:t>
      </w:r>
    </w:p>
    <w:p>
      <w:r>
        <w:rPr>
          <w:b/>
        </w:rPr>
        <w:t xml:space="preserve">[08:10] </w:t>
      </w:r>
      <w:r>
        <w:t>shukr nahin hai.</w:t>
      </w:r>
    </w:p>
    <w:p>
      <w:pPr>
        <w:jc w:val="right"/>
      </w:pPr>
      <w:r>
        <w:t>شکر نہیں ہے۔</w:t>
      </w:r>
    </w:p>
    <w:p>
      <w:r>
        <w:rPr>
          <w:b/>
        </w:rPr>
        <w:t xml:space="preserve">[08:16] </w:t>
      </w:r>
      <w:r>
        <w:t>shukr to wohi hai jo thrilling shukr ho.</w:t>
      </w:r>
    </w:p>
    <w:p>
      <w:pPr>
        <w:jc w:val="right"/>
      </w:pPr>
      <w:r>
        <w:t>شکر تو وہی ہے جو تھرلنگ شکر ہو۔</w:t>
      </w:r>
    </w:p>
    <w:p>
      <w:r>
        <w:rPr>
          <w:b/>
        </w:rPr>
        <w:t xml:space="preserve">[08:22] </w:t>
      </w:r>
      <w:r>
        <w:t>jo thrilling shukr ho, jo aap ke poore</w:t>
      </w:r>
    </w:p>
    <w:p>
      <w:pPr>
        <w:jc w:val="right"/>
      </w:pPr>
      <w:r>
        <w:t>جو تھرلنگ شکر ہو، جو آپ کے پورے</w:t>
      </w:r>
    </w:p>
    <w:p>
      <w:r>
        <w:rPr>
          <w:b/>
        </w:rPr>
        <w:t xml:space="preserve">[08:28] </w:t>
      </w:r>
      <w:r>
        <w:t>personality ko hila de.</w:t>
      </w:r>
    </w:p>
    <w:p>
      <w:pPr>
        <w:jc w:val="right"/>
      </w:pPr>
      <w:r>
        <w:t>پرسنیلٹی کو ہلا دے۔</w:t>
      </w:r>
    </w:p>
    <w:p>
      <w:r>
        <w:rPr>
          <w:b/>
        </w:rPr>
        <w:t xml:space="preserve">[08:33] </w:t>
      </w:r>
      <w:r>
        <w:t>aur woh shukr jo hai, jo thrilling shukr jis ko main ne kaha, woh aata hai sochne se.</w:t>
      </w:r>
    </w:p>
    <w:p>
      <w:pPr>
        <w:jc w:val="right"/>
      </w:pPr>
      <w:r>
        <w:t>اور وہ شکر جو ہے، جو تھرلنگ شکر جس کو میں نے کہا، وہ آتا ہے سوچنے سے۔</w:t>
      </w:r>
    </w:p>
    <w:p>
      <w:r>
        <w:rPr>
          <w:b/>
        </w:rPr>
        <w:t xml:space="preserve">[08:38] </w:t>
      </w:r>
      <w:r>
        <w:t>yeh normal shukr jis ko maine kaha, woh toh kuch kuch shabd hain, un ko aap rat</w:t>
      </w:r>
    </w:p>
    <w:p>
      <w:pPr>
        <w:jc w:val="right"/>
      </w:pPr>
      <w:r>
        <w:t>یہ نارمل شکر جس کو میں نے کہا، وہ تو کچھ کچھ शब्द ہیں، ان کو آپ رٹ</w:t>
      </w:r>
    </w:p>
    <w:p>
      <w:r>
        <w:rPr>
          <w:b/>
        </w:rPr>
        <w:t xml:space="preserve">[08:43] </w:t>
      </w:r>
      <w:r>
        <w:t>leejiye aur bolte rahiye.</w:t>
      </w:r>
    </w:p>
    <w:p>
      <w:pPr>
        <w:jc w:val="right"/>
      </w:pPr>
      <w:r>
        <w:t>لیجیے اور بولتے رہیے۔</w:t>
      </w:r>
    </w:p>
    <w:p>
      <w:r>
        <w:rPr>
          <w:b/>
        </w:rPr>
        <w:t xml:space="preserve">[08:49] </w:t>
      </w:r>
      <w:r>
        <w:t>subhanallah, alhamdulillah, allah o akbar, kuch yaad kar leejiye, woh bolte rahiye.</w:t>
      </w:r>
    </w:p>
    <w:p>
      <w:pPr>
        <w:jc w:val="right"/>
      </w:pPr>
      <w:r>
        <w:t>سبحان اللہ، الحمدللہ، اللہ اکبر، کچھ یاد کر لیجیے، وہ بولتے رہیے۔</w:t>
      </w:r>
    </w:p>
    <w:p>
      <w:r>
        <w:rPr>
          <w:b/>
        </w:rPr>
        <w:t xml:space="preserve">[08:54] </w:t>
      </w:r>
      <w:r>
        <w:t>is ke liye na sochne ki zaroorat hai na kuch.</w:t>
      </w:r>
    </w:p>
    <w:p>
      <w:pPr>
        <w:jc w:val="right"/>
      </w:pPr>
      <w:r>
        <w:t>اس کے لیے نہ سوچنے کی ضرورت ہے نہ کچھ۔</w:t>
      </w:r>
    </w:p>
    <w:p>
      <w:r>
        <w:rPr>
          <w:b/>
        </w:rPr>
        <w:t xml:space="preserve">[08:59] </w:t>
      </w:r>
      <w:r>
        <w:t>yeh toh aisa hota hai ke dheere dheere yeh cheezein part of culture ban jaati hain.</w:t>
      </w:r>
    </w:p>
    <w:p>
      <w:pPr>
        <w:jc w:val="right"/>
      </w:pPr>
      <w:r>
        <w:t>یہ تو ایسا ہوتا ہے کہ دھیرے دھیرے یہ چیزیں پارٹ آف کلچر بن جاتی ہیں۔</w:t>
      </w:r>
    </w:p>
    <w:p>
      <w:r>
        <w:rPr>
          <w:b/>
        </w:rPr>
        <w:t xml:space="preserve">[09:07] </w:t>
      </w:r>
      <w:r>
        <w:t>part of culture.</w:t>
      </w:r>
    </w:p>
    <w:p>
      <w:pPr>
        <w:jc w:val="right"/>
      </w:pPr>
      <w:r>
        <w:t>پارٹ آف کلچر۔</w:t>
      </w:r>
    </w:p>
    <w:p>
      <w:r>
        <w:rPr>
          <w:b/>
        </w:rPr>
        <w:t xml:space="preserve">[09:14] </w:t>
      </w:r>
      <w:r>
        <w:t>toh culture, jo cheez part of culture ban jaye toh us ke liye log habitual ho jaate hain.</w:t>
      </w:r>
    </w:p>
    <w:p>
      <w:pPr>
        <w:jc w:val="right"/>
      </w:pPr>
      <w:r>
        <w:t>تو کلچر، جو چیز پارٹ آف کلچر بن جائے تو اس کے لیے لوگ ہیبیچول ہو جاتے ہیں۔</w:t>
      </w:r>
    </w:p>
    <w:p>
      <w:r>
        <w:rPr>
          <w:b/>
        </w:rPr>
        <w:t xml:space="preserve">[09:22] </w:t>
      </w:r>
      <w:r>
        <w:t>apne aap hi bolte rehte hain aisa. toh</w:t>
      </w:r>
    </w:p>
    <w:p>
      <w:pPr>
        <w:jc w:val="right"/>
      </w:pPr>
      <w:r>
        <w:t>اپنے آپ ہی بولتے رہتے ہیں ایسا۔ تو</w:t>
      </w:r>
    </w:p>
    <w:p>
      <w:r>
        <w:rPr>
          <w:b/>
        </w:rPr>
        <w:t xml:space="preserve">[09:29] </w:t>
      </w:r>
      <w:r>
        <w:t>kisi ka culture is se kahega ke kisi culture mein yeh hai ke woh shubh e arab shubh e</w:t>
      </w:r>
    </w:p>
    <w:p>
      <w:pPr>
        <w:jc w:val="right"/>
      </w:pPr>
      <w:r>
        <w:t>کسی کا کلچر اس سے کہے گا کہ کسی کلچر میں یہ ہے کہ وہ شُبحِ عَرَبِ شُبحِ</w:t>
      </w:r>
    </w:p>
    <w:p>
      <w:r>
        <w:rPr>
          <w:b/>
        </w:rPr>
        <w:t xml:space="preserve">[09:34] </w:t>
      </w:r>
      <w:r>
        <w:t>arab hua bolenge.</w:t>
      </w:r>
    </w:p>
    <w:p>
      <w:pPr>
        <w:jc w:val="right"/>
      </w:pPr>
      <w:r>
        <w:t>عَرَبِ ہوا بولیں گے۔</w:t>
      </w:r>
    </w:p>
    <w:p>
      <w:r>
        <w:rPr>
          <w:b/>
        </w:rPr>
        <w:t xml:space="preserve">[09:38] </w:t>
      </w:r>
      <w:r>
        <w:t>kisi culture mein yeh hai ke bismillah hua bolenge.</w:t>
      </w:r>
    </w:p>
    <w:p>
      <w:pPr>
        <w:jc w:val="right"/>
      </w:pPr>
      <w:r>
        <w:t>کسی کلچر میں یہ ہے کہ بِسْمِ اللَّهِ ہوا بولیں گے۔</w:t>
      </w:r>
    </w:p>
    <w:p>
      <w:r>
        <w:rPr>
          <w:b/>
        </w:rPr>
        <w:t xml:space="preserve">[09:43] </w:t>
      </w:r>
      <w:r>
        <w:t>toh bismillah hua yeh bhi part of culture hai.</w:t>
      </w:r>
    </w:p>
    <w:p>
      <w:pPr>
        <w:jc w:val="right"/>
      </w:pPr>
      <w:r>
        <w:t>تو بِسْمِ اللَّهِ ہوا یہ بھی پارٹ آف کلچر ہے۔</w:t>
      </w:r>
    </w:p>
    <w:p>
      <w:r>
        <w:rPr>
          <w:b/>
        </w:rPr>
        <w:t xml:space="preserve">[09:48] </w:t>
      </w:r>
      <w:r>
        <w:t>shubh e arab hua yeh bhi part of culture hai.</w:t>
      </w:r>
    </w:p>
    <w:p>
      <w:pPr>
        <w:jc w:val="right"/>
      </w:pPr>
      <w:r>
        <w:t>شُبحِ عَرَبِ ہوا یہ بھی پارٹ آف کلچر ہے۔</w:t>
      </w:r>
    </w:p>
    <w:p>
      <w:r>
        <w:rPr>
          <w:b/>
        </w:rPr>
        <w:t xml:space="preserve">[09:52] </w:t>
      </w:r>
      <w:r>
        <w:t>toh yeh normal shukr hai.</w:t>
      </w:r>
    </w:p>
    <w:p>
      <w:pPr>
        <w:jc w:val="right"/>
      </w:pPr>
      <w:r>
        <w:t>تو یہ نارمل شکر ہے۔</w:t>
      </w:r>
    </w:p>
    <w:p>
      <w:r>
        <w:rPr>
          <w:b/>
        </w:rPr>
        <w:t xml:space="preserve">[09:57] </w:t>
      </w:r>
      <w:r>
        <w:t>khuda ki glory ko aap zara dekhiye.</w:t>
      </w:r>
    </w:p>
    <w:p>
      <w:pPr>
        <w:jc w:val="right"/>
      </w:pPr>
      <w:r>
        <w:t>خدا کی گلوری کو آپ ذرا دیکھئے۔</w:t>
      </w:r>
    </w:p>
    <w:p>
      <w:r>
        <w:rPr>
          <w:b/>
        </w:rPr>
        <w:t xml:space="preserve">[10:01] </w:t>
      </w:r>
      <w:r>
        <w:t>is ke lehaz se yeh kuch bhi nahi hai. khuda ki shan ke mutabiq jo shukr hai woh hai thrilling shukr. aur thrilling shukr ke liye sochna parta hai. pure ek intellectual exercise karni parti hai. normal shukr to apne aap hi munh se nikalta rehta hai. apne aap ek habit si ban jati hai. aur apne aap mauqa mauqe se aap</w:t>
      </w:r>
    </w:p>
    <w:p>
      <w:pPr>
        <w:jc w:val="right"/>
      </w:pPr>
      <w:r>
        <w:t>اس کے لحاظ سے یہ کچھ بھی نہیں ہے۔ خدا کی شان کے مطابق جو شکر ہے وہ ہے تھرلنگ شکر۔ اور تھرلنگ شکر کے لیے سوچنا پڑتا ہے۔ پورے ایک انٹلیکچوئل ایکسرسائز کرنی پڑتی ہے۔ نارمل شکر تو اپنے آپ ہی منہ سے نکلتا رہتا ہے۔ اپنے آپ ایک ہیبٹ سی بن جاتی ہے۔ اور اپنے آپ موقع موقع سے آپ</w:t>
      </w:r>
    </w:p>
    <w:p>
      <w:r>
        <w:rPr>
          <w:b/>
        </w:rPr>
        <w:t xml:space="preserve">[10:31] </w:t>
      </w:r>
      <w:r>
        <w:t>bolte rehte hain.</w:t>
      </w:r>
    </w:p>
    <w:p>
      <w:pPr>
        <w:jc w:val="right"/>
      </w:pPr>
      <w:r>
        <w:t>بولتے رہتے ہیں۔</w:t>
      </w:r>
    </w:p>
    <w:p>
      <w:r>
        <w:rPr>
          <w:b/>
        </w:rPr>
        <w:t xml:space="preserve">[10:36] </w:t>
      </w:r>
      <w:r>
        <w:t>jaise ek sahab the, woh gaon mein rehte the.</w:t>
      </w:r>
    </w:p>
    <w:p>
      <w:pPr>
        <w:jc w:val="right"/>
      </w:pPr>
      <w:r>
        <w:t>جیسے ایک صاحب تھے، وہ گاؤں میں رہتے تھے۔</w:t>
      </w:r>
    </w:p>
    <w:p>
      <w:r>
        <w:rPr>
          <w:b/>
        </w:rPr>
        <w:t xml:space="preserve">[10:41] </w:t>
      </w:r>
      <w:r>
        <w:t>toh un ke paas mamooli ghar tha, kacha ghar.</w:t>
      </w:r>
    </w:p>
    <w:p>
      <w:pPr>
        <w:jc w:val="right"/>
      </w:pPr>
      <w:r>
        <w:t>تو ان کے پاس معمولی گھر تھا، کچا گھر۔</w:t>
      </w:r>
    </w:p>
    <w:p>
      <w:r>
        <w:rPr>
          <w:b/>
        </w:rPr>
        <w:t xml:space="preserve">[10:47] </w:t>
      </w:r>
      <w:r>
        <w:t>wahan par road bhi nahi thi, gaadi bhi nahi thi, kuch bhi nahi tha, bijli bhi nahi thi.</w:t>
      </w:r>
    </w:p>
    <w:p>
      <w:pPr>
        <w:jc w:val="right"/>
      </w:pPr>
      <w:r>
        <w:t>وہاں پر روڈ بھی نہیں تھی، گاڑی بھی نہیں تھی، کچھ بھی نہیں تھا، بجلی بھی نہیں تھی۔</w:t>
      </w:r>
    </w:p>
    <w:p>
      <w:r>
        <w:rPr>
          <w:b/>
        </w:rPr>
        <w:t xml:space="preserve">[10:52] </w:t>
      </w:r>
      <w:r>
        <w:t>aise hi rehte the mamooli haalat mein.</w:t>
      </w:r>
    </w:p>
    <w:p>
      <w:pPr>
        <w:jc w:val="right"/>
      </w:pPr>
      <w:r>
        <w:t>ایسے ہی رہتے تھے معمولی حالت میں۔</w:t>
      </w:r>
    </w:p>
    <w:p>
      <w:r>
        <w:rPr>
          <w:b/>
        </w:rPr>
        <w:t xml:space="preserve">[10:57] </w:t>
      </w:r>
      <w:r>
        <w:t>toh un ke ek rishtedar, ek relative,</w:t>
      </w:r>
    </w:p>
    <w:p>
      <w:pPr>
        <w:jc w:val="right"/>
      </w:pPr>
      <w:r>
        <w:t>تو ان کے ایک رشتہ دار، ایک ریلیٹو،</w:t>
      </w:r>
    </w:p>
    <w:p>
      <w:r>
        <w:rPr>
          <w:b/>
        </w:rPr>
        <w:t xml:space="preserve">[11:02] </w:t>
      </w:r>
      <w:r>
        <w:t>kabhi chale gaye kisi bade shehar mein.</w:t>
      </w:r>
    </w:p>
    <w:p>
      <w:pPr>
        <w:jc w:val="right"/>
      </w:pPr>
      <w:r>
        <w:t>کبھی چلے گئے کسی بڑے شہر میں۔</w:t>
      </w:r>
    </w:p>
    <w:p>
      <w:r>
        <w:rPr>
          <w:b/>
        </w:rPr>
        <w:t xml:space="preserve">[11:06] </w:t>
      </w:r>
      <w:r>
        <w:t>wahan unhone business kiya aur paisa kamaya.</w:t>
      </w:r>
    </w:p>
    <w:p>
      <w:pPr>
        <w:jc w:val="right"/>
      </w:pPr>
      <w:r>
        <w:t>وہاں انہوں نے بزنس کیا اور پیسہ کمایا۔</w:t>
      </w:r>
    </w:p>
    <w:p>
      <w:r>
        <w:rPr>
          <w:b/>
        </w:rPr>
        <w:t xml:space="preserve">[11:11] </w:t>
      </w:r>
      <w:r>
        <w:t>ghar banaya wahan par unhone.</w:t>
      </w:r>
    </w:p>
    <w:p>
      <w:pPr>
        <w:jc w:val="right"/>
      </w:pPr>
      <w:r>
        <w:t>گھر بنایا وہاں پر انہوں نے۔</w:t>
      </w:r>
    </w:p>
    <w:p>
      <w:r>
        <w:rPr>
          <w:b/>
        </w:rPr>
        <w:t xml:space="preserve">[11:15] </w:t>
      </w:r>
      <w:r>
        <w:t>aur wahan par un ki car khareed li unhone.</w:t>
      </w:r>
    </w:p>
    <w:p>
      <w:pPr>
        <w:jc w:val="right"/>
      </w:pPr>
      <w:r>
        <w:t>اور وہاں پر ان کی کار خرید لی انہوں نے۔</w:t>
      </w:r>
    </w:p>
    <w:p>
      <w:r>
        <w:rPr>
          <w:b/>
        </w:rPr>
        <w:t xml:space="preserve">[11:19] </w:t>
      </w:r>
      <w:r>
        <w:t>to yeh apne is rishtedar se milne ke liye gaye.</w:t>
      </w:r>
    </w:p>
    <w:p>
      <w:pPr>
        <w:jc w:val="right"/>
      </w:pPr>
      <w:r>
        <w:t>تو یہ اپنے اس رشتہ دار سے ملنے کے لیے گئے۔</w:t>
      </w:r>
    </w:p>
    <w:p>
      <w:r>
        <w:rPr>
          <w:b/>
        </w:rPr>
        <w:t xml:space="preserve">[11:24] </w:t>
      </w:r>
      <w:r>
        <w:t>to wahan par woh reh gaye ek aadh mahina.</w:t>
      </w:r>
    </w:p>
    <w:p>
      <w:pPr>
        <w:jc w:val="right"/>
      </w:pPr>
      <w:r>
        <w:t>تو وہاں پر وہ رہ گئے ایک آدھ مہینہ۔</w:t>
      </w:r>
    </w:p>
    <w:p>
      <w:r>
        <w:rPr>
          <w:b/>
        </w:rPr>
        <w:t xml:space="preserve">[11:28] </w:t>
      </w:r>
      <w:r>
        <w:t>to jab wapas aaye to baat baat mein kehte thay ke khuda ka shukar apni gaari</w:t>
      </w:r>
    </w:p>
    <w:p>
      <w:pPr>
        <w:jc w:val="right"/>
      </w:pPr>
      <w:r>
        <w:t>تو جب واپس آئے تو بات بات میں کہتے تھے کہ خدا کا شکر اپنی گاڑی</w:t>
      </w:r>
    </w:p>
    <w:p>
      <w:r>
        <w:rPr>
          <w:b/>
        </w:rPr>
        <w:t xml:space="preserve">[11:32] </w:t>
      </w:r>
      <w:r>
        <w:t>, khuda ka shukar apna ghar.</w:t>
      </w:r>
    </w:p>
    <w:p>
      <w:pPr>
        <w:jc w:val="right"/>
      </w:pPr>
      <w:r>
        <w:t>، خدا کا شکر اپنا گھر۔</w:t>
      </w:r>
    </w:p>
    <w:p>
      <w:r>
        <w:rPr>
          <w:b/>
        </w:rPr>
        <w:t xml:space="preserve">[11:36] </w:t>
      </w:r>
      <w:r>
        <w:t>baat baat mein.</w:t>
      </w:r>
    </w:p>
    <w:p>
      <w:pPr>
        <w:jc w:val="right"/>
      </w:pPr>
      <w:r>
        <w:t>بات بات میں۔</w:t>
      </w:r>
    </w:p>
    <w:p>
      <w:r>
        <w:rPr>
          <w:b/>
        </w:rPr>
        <w:t xml:space="preserve">[11:40] </w:t>
      </w:r>
      <w:r>
        <w:t>khuda ka shukar apni gaari, khuda ka shukar apna ghar.</w:t>
      </w:r>
    </w:p>
    <w:p>
      <w:pPr>
        <w:jc w:val="right"/>
      </w:pPr>
      <w:r>
        <w:t>خدا کا شکر اپنی گاڑی، خدا کا شکر اپنا گھر۔</w:t>
      </w:r>
    </w:p>
    <w:p>
      <w:r>
        <w:rPr>
          <w:b/>
        </w:rPr>
        <w:t xml:space="preserve">[11:44] </w:t>
      </w:r>
      <w:r>
        <w:t>to jab tak woh wahan ja kar ke is ghar mein is gaari mein baithe nahi thay, tab</w:t>
      </w:r>
    </w:p>
    <w:p>
      <w:pPr>
        <w:jc w:val="right"/>
      </w:pPr>
      <w:r>
        <w:t>تو جب تک وہ وہاں جا کر کے اس گھر میں اس گاڑی میں بیٹھے نہیں تھے، تب</w:t>
      </w:r>
    </w:p>
    <w:p>
      <w:r>
        <w:rPr>
          <w:b/>
        </w:rPr>
        <w:t xml:space="preserve">[11:47] </w:t>
      </w:r>
      <w:r>
        <w:t>tak woh jante nahi thay ke shukar kya hai.</w:t>
      </w:r>
    </w:p>
    <w:p>
      <w:pPr>
        <w:jc w:val="right"/>
      </w:pPr>
      <w:r>
        <w:t>تک وہ جانتے نہیں تھے کہ شکر کیا ہے۔</w:t>
      </w:r>
    </w:p>
    <w:p>
      <w:r>
        <w:rPr>
          <w:b/>
        </w:rPr>
        <w:t xml:space="preserve">[11:51] </w:t>
      </w:r>
      <w:r>
        <w:t>tab tak un ke liye shukar jo hai lip service tha.</w:t>
      </w:r>
    </w:p>
    <w:p>
      <w:pPr>
        <w:jc w:val="right"/>
      </w:pPr>
      <w:r>
        <w:t>تب تک ان کے لیے شکر جو ہے لپ سروس تھا۔</w:t>
      </w:r>
    </w:p>
    <w:p>
      <w:r>
        <w:rPr>
          <w:b/>
        </w:rPr>
        <w:t xml:space="preserve">[11:55] </w:t>
      </w:r>
      <w:r>
        <w:t>tab bhi bolte thay yeh sab shukar aur fazal aur alhamdulillah yeh sab bolte thay tab bhi.</w:t>
      </w:r>
    </w:p>
    <w:p>
      <w:pPr>
        <w:jc w:val="right"/>
      </w:pPr>
      <w:r>
        <w:t>تب بھی بولتے تھے یہ سب شکر اور فضل اور الحمدللہ یہ سب بولتے تھے تب بھی۔</w:t>
      </w:r>
    </w:p>
    <w:p>
      <w:r>
        <w:rPr>
          <w:b/>
        </w:rPr>
        <w:t xml:space="preserve">[11:59] </w:t>
      </w:r>
      <w:r>
        <w:t>lekin woh tab un</w:t>
      </w:r>
    </w:p>
    <w:p>
      <w:pPr>
        <w:jc w:val="right"/>
      </w:pPr>
      <w:r>
        <w:t>لیکن وہ تب ان</w:t>
      </w:r>
    </w:p>
    <w:p>
      <w:r>
        <w:rPr>
          <w:b/>
        </w:rPr>
        <w:t xml:space="preserve">[12:02] </w:t>
      </w:r>
      <w:r>
        <w:t>ke liye sirf lip service tha.</w:t>
      </w:r>
    </w:p>
    <w:p>
      <w:pPr>
        <w:jc w:val="right"/>
      </w:pPr>
      <w:r>
        <w:t>کے لیے صرف لپ سروس تھا۔</w:t>
      </w:r>
    </w:p>
    <w:p>
      <w:r>
        <w:rPr>
          <w:b/>
        </w:rPr>
        <w:t xml:space="preserve">[12:07] </w:t>
      </w:r>
      <w:r>
        <w:t>ab woh jab woh cheez mil gayi to woh keh rahe hain bar bar Allah ka fazal, Allah</w:t>
      </w:r>
    </w:p>
    <w:p>
      <w:pPr>
        <w:jc w:val="right"/>
      </w:pPr>
      <w:r>
        <w:t>اب وہ جب وہ چیز مل گئی تو وہ کہہ رہے ہیں بار بار اللہ کا فضل، اللہ</w:t>
      </w:r>
    </w:p>
    <w:p>
      <w:r>
        <w:rPr>
          <w:b/>
        </w:rPr>
        <w:t xml:space="preserve">[12:11] </w:t>
      </w:r>
      <w:r>
        <w:t>ka shukar apni gaari, Allah ka shukar apna ghar.</w:t>
      </w:r>
    </w:p>
    <w:p>
      <w:pPr>
        <w:jc w:val="right"/>
      </w:pPr>
      <w:r>
        <w:t>کا شکر اپنی گاڑی، اللہ کا شکر اپنا گھر۔</w:t>
      </w:r>
    </w:p>
    <w:p>
      <w:r>
        <w:rPr>
          <w:b/>
        </w:rPr>
        <w:t xml:space="preserve">[12:15] </w:t>
      </w:r>
      <w:r>
        <w:t>yeh woh shukar nahi hai.</w:t>
      </w:r>
    </w:p>
    <w:p>
      <w:pPr>
        <w:jc w:val="right"/>
      </w:pPr>
      <w:r>
        <w:t>یہ وہ شکر نہیں ہے۔</w:t>
      </w:r>
    </w:p>
    <w:p>
      <w:r>
        <w:rPr>
          <w:b/>
        </w:rPr>
        <w:t xml:space="preserve">[12:20] </w:t>
      </w:r>
      <w:r>
        <w:t>woh shukar jo khuda ko chahiye woh to bohat bari cheez hai.</w:t>
      </w:r>
    </w:p>
    <w:p>
      <w:pPr>
        <w:jc w:val="right"/>
      </w:pPr>
      <w:r>
        <w:t>وہ شکر جو خدا کو چاہیے وہ تو بہت بڑی چیز ہے۔</w:t>
      </w:r>
    </w:p>
    <w:p>
      <w:r>
        <w:rPr>
          <w:b/>
        </w:rPr>
        <w:t xml:space="preserve">[12:24] </w:t>
      </w:r>
      <w:r>
        <w:t>woh soch kar aata hai.</w:t>
      </w:r>
    </w:p>
    <w:p>
      <w:pPr>
        <w:jc w:val="right"/>
      </w:pPr>
      <w:r>
        <w:t>وہ سوچ کر آتا ہے۔</w:t>
      </w:r>
    </w:p>
    <w:p>
      <w:r>
        <w:rPr>
          <w:b/>
        </w:rPr>
        <w:t xml:space="preserve">[12:28] </w:t>
      </w:r>
      <w:r>
        <w:t>ek bohat bara intellectual process</w:t>
      </w:r>
    </w:p>
    <w:p>
      <w:pPr>
        <w:jc w:val="right"/>
      </w:pPr>
      <w:r>
        <w:t>ایک بہت بڑا انٹلیکچوئل پراسیس</w:t>
      </w:r>
    </w:p>
    <w:p>
      <w:r>
        <w:rPr>
          <w:b/>
        </w:rPr>
        <w:t xml:space="preserve">[12:33] </w:t>
      </w:r>
      <w:r>
        <w:t>chalta hai aap ke mind mein.</w:t>
      </w:r>
    </w:p>
    <w:p>
      <w:pPr>
        <w:jc w:val="right"/>
      </w:pPr>
      <w:r>
        <w:t>چلتا ہے آپ کے مائنڈ میں۔</w:t>
      </w:r>
    </w:p>
    <w:p>
      <w:r>
        <w:rPr>
          <w:b/>
        </w:rPr>
        <w:t xml:space="preserve">[12:38] </w:t>
      </w:r>
      <w:r>
        <w:t>aap ko ek intellectual discovery hoti hai.</w:t>
      </w:r>
    </w:p>
    <w:p>
      <w:pPr>
        <w:jc w:val="right"/>
      </w:pPr>
      <w:r>
        <w:t>آپ کو ایک انٹلیکچوئل ڈسکوری ہوتی ہے۔</w:t>
      </w:r>
    </w:p>
    <w:p>
      <w:r>
        <w:rPr>
          <w:b/>
        </w:rPr>
        <w:t xml:space="preserve">[12:43] </w:t>
      </w:r>
      <w:r>
        <w:t>phir aap bol padte hain.</w:t>
      </w:r>
    </w:p>
    <w:p>
      <w:pPr>
        <w:jc w:val="right"/>
      </w:pPr>
      <w:r>
        <w:t>پھر آپ بول پڑتے ہیں۔</w:t>
      </w:r>
    </w:p>
    <w:p>
      <w:r>
        <w:rPr>
          <w:b/>
        </w:rPr>
        <w:t xml:space="preserve">[12:48] </w:t>
      </w:r>
      <w:r>
        <w:t>just like eureka, eureka.</w:t>
      </w:r>
    </w:p>
    <w:p>
      <w:pPr>
        <w:jc w:val="right"/>
      </w:pPr>
      <w:r>
        <w:t>جسٹ لائک یوریکا، یوریکا۔</w:t>
      </w:r>
    </w:p>
    <w:p>
      <w:r>
        <w:rPr>
          <w:b/>
        </w:rPr>
        <w:t xml:space="preserve">[12:53] </w:t>
      </w:r>
      <w:r>
        <w:t>to woh shukar chahiye khuda ko.</w:t>
      </w:r>
    </w:p>
    <w:p>
      <w:pPr>
        <w:jc w:val="right"/>
      </w:pPr>
      <w:r>
        <w:t>تو وہ شکر چاہیے خدا کو۔</w:t>
      </w:r>
    </w:p>
    <w:p>
      <w:r>
        <w:rPr>
          <w:b/>
        </w:rPr>
        <w:t xml:space="preserve">[12:59] </w:t>
      </w:r>
      <w:r>
        <w:t>mein is ki ek misaal doon ga is ko samajhne ke liye.</w:t>
      </w:r>
    </w:p>
    <w:p>
      <w:pPr>
        <w:jc w:val="right"/>
      </w:pPr>
      <w:r>
        <w:t>میں اس کی ایک مثال دوں گا اس کو سمجھنے کے لیے۔</w:t>
      </w:r>
    </w:p>
    <w:p>
      <w:r>
        <w:rPr>
          <w:b/>
        </w:rPr>
        <w:t xml:space="preserve">[13:04] </w:t>
      </w:r>
      <w:r>
        <w:t>mein apne office mein baitha hua tha ke telephone ki ghanti baji.</w:t>
      </w:r>
    </w:p>
    <w:p>
      <w:pPr>
        <w:jc w:val="right"/>
      </w:pPr>
      <w:r>
        <w:t>میں اپنے آفس میں بیٹھا ہوا تھا کہ ٹیلی فون کی گھنٹی بجی۔</w:t>
      </w:r>
    </w:p>
    <w:p>
      <w:r>
        <w:rPr>
          <w:b/>
        </w:rPr>
        <w:t xml:space="preserve">[13:10] </w:t>
      </w:r>
      <w:r>
        <w:t>telephone ki ghanti baji.</w:t>
      </w:r>
    </w:p>
    <w:p>
      <w:pPr>
        <w:jc w:val="right"/>
      </w:pPr>
      <w:r>
        <w:t>ٹیلی فون کی گھنٹی بجی۔</w:t>
      </w:r>
    </w:p>
    <w:p>
      <w:r>
        <w:rPr>
          <w:b/>
        </w:rPr>
        <w:t xml:space="preserve">[13:17] </w:t>
      </w:r>
      <w:r>
        <w:t>ab achaanak mere mind mein aik process chal para, intellectual process.</w:t>
      </w:r>
    </w:p>
    <w:p>
      <w:pPr>
        <w:jc w:val="right"/>
      </w:pPr>
      <w:r>
        <w:t>اب اچانک میرے مائنڈ میں ایک پراسیس چل پڑا، انٹلیکچوئل پراسیس۔</w:t>
      </w:r>
    </w:p>
    <w:p>
      <w:r>
        <w:rPr>
          <w:b/>
        </w:rPr>
        <w:t xml:space="preserve">[13:24] </w:t>
      </w:r>
      <w:r>
        <w:t>ke kaise aisa hua? aik aadmi kahin bahar hai.</w:t>
      </w:r>
    </w:p>
    <w:p>
      <w:pPr>
        <w:jc w:val="right"/>
      </w:pPr>
      <w:r>
        <w:t>کہ کیسے ایسا ہوا؟ ایک آدمی کہیں باہر ہے۔</w:t>
      </w:r>
    </w:p>
    <w:p>
      <w:r>
        <w:rPr>
          <w:b/>
        </w:rPr>
        <w:t xml:space="preserve">[13:30] </w:t>
      </w:r>
      <w:r>
        <w:t>wahan se us ne apne telephone set par</w:t>
      </w:r>
    </w:p>
    <w:p>
      <w:pPr>
        <w:jc w:val="right"/>
      </w:pPr>
      <w:r>
        <w:t>وہاں سے اس نے اپنے ٹیلی فون سیٹ پر</w:t>
      </w:r>
    </w:p>
    <w:p>
      <w:r>
        <w:rPr>
          <w:b/>
        </w:rPr>
        <w:t xml:space="preserve">[13:37] </w:t>
      </w:r>
      <w:r>
        <w:t>dial kiya.</w:t>
      </w:r>
    </w:p>
    <w:p>
      <w:pPr>
        <w:jc w:val="right"/>
      </w:pPr>
      <w:r>
        <w:t>ڈائل کیا۔</w:t>
      </w:r>
    </w:p>
    <w:p>
      <w:r>
        <w:rPr>
          <w:b/>
        </w:rPr>
        <w:t xml:space="preserve">[13:43] </w:t>
      </w:r>
      <w:r>
        <w:t>yahan ghanti baj rahi hai, yahan mein sun raha hoon.</w:t>
      </w:r>
    </w:p>
    <w:p>
      <w:pPr>
        <w:jc w:val="right"/>
      </w:pPr>
      <w:r>
        <w:t>یہاں گھنٹی بج رہی ہے، یہاں میں سن رہا ہوں۔</w:t>
      </w:r>
    </w:p>
    <w:p>
      <w:r>
        <w:rPr>
          <w:b/>
        </w:rPr>
        <w:t xml:space="preserve">[13:49] </w:t>
      </w:r>
      <w:r>
        <w:t>lekin ghanti ka bajna aur is ka chal kar mere kaan tak pahunchna, mera is ko sunna.</w:t>
      </w:r>
    </w:p>
    <w:p>
      <w:pPr>
        <w:jc w:val="right"/>
      </w:pPr>
      <w:r>
        <w:t>لیکن گھنٹی کا بجنا اور اس کا چل کر میرے کان تک پہنچنا، میرا اس کو سننا۔</w:t>
      </w:r>
    </w:p>
    <w:p>
      <w:r>
        <w:rPr>
          <w:b/>
        </w:rPr>
        <w:t xml:space="preserve">[13:55] </w:t>
      </w:r>
      <w:r>
        <w:t>phir mein ne socha ke dekhiye is dunya mein to hazaron qism ki awazen hain.</w:t>
      </w:r>
    </w:p>
    <w:p>
      <w:pPr>
        <w:jc w:val="right"/>
      </w:pPr>
      <w:r>
        <w:t>پھر میں نے سوچا کہ دیکھیے اس دنیا میں تو ہزاروں قسم کی آوازیں ہیں۔</w:t>
      </w:r>
    </w:p>
    <w:p>
      <w:r>
        <w:rPr>
          <w:b/>
        </w:rPr>
        <w:t xml:space="preserve">[14:01] </w:t>
      </w:r>
      <w:r>
        <w:t>hawa chalti hai tab bhi aik awaz aati hai.</w:t>
      </w:r>
    </w:p>
    <w:p>
      <w:pPr>
        <w:jc w:val="right"/>
      </w:pPr>
      <w:r>
        <w:t>ہوا چلتی ہے تب بھی ایک آواز آتی ہے۔</w:t>
      </w:r>
    </w:p>
    <w:p>
      <w:r>
        <w:rPr>
          <w:b/>
        </w:rPr>
        <w:t xml:space="preserve">[14:07] </w:t>
      </w:r>
      <w:r>
        <w:t>darwaza aap kholte hain tab bhi aik awaz aati hai.</w:t>
      </w:r>
    </w:p>
    <w:p>
      <w:pPr>
        <w:jc w:val="right"/>
      </w:pPr>
      <w:r>
        <w:t>دروازہ آپ کھولتے ہیں تب بھی ایک آواز آتی ہے۔</w:t>
      </w:r>
    </w:p>
    <w:p>
      <w:r>
        <w:rPr>
          <w:b/>
        </w:rPr>
        <w:t xml:space="preserve">[14:12] </w:t>
      </w:r>
      <w:r>
        <w:t>bachche daurte hain tab bhi aik awaz aati hai.</w:t>
      </w:r>
    </w:p>
    <w:p>
      <w:pPr>
        <w:jc w:val="right"/>
      </w:pPr>
      <w:r>
        <w:t>بچے دوڑتے ہیں تب بھی ایک آواز آتی ہے۔</w:t>
      </w:r>
    </w:p>
    <w:p>
      <w:r>
        <w:rPr>
          <w:b/>
        </w:rPr>
        <w:t xml:space="preserve">[14:18] </w:t>
      </w:r>
      <w:r>
        <w:t>hazaron hazar qism ki awazen hain.</w:t>
      </w:r>
    </w:p>
    <w:p>
      <w:pPr>
        <w:jc w:val="right"/>
      </w:pPr>
      <w:r>
        <w:t>ہزاروں ہزار قسم کی آوازیں ہیں۔</w:t>
      </w:r>
    </w:p>
    <w:p>
      <w:r>
        <w:rPr>
          <w:b/>
        </w:rPr>
        <w:t xml:space="preserve">[14:23] </w:t>
      </w:r>
      <w:r>
        <w:t>پھر کیسے میں میرے mind نے detect کیا کہ یہ ٹیلی فون کی گھنٹی ہے؟ اب میں سوچنے</w:t>
      </w:r>
    </w:p>
    <w:p>
      <w:pPr>
        <w:jc w:val="right"/>
      </w:pPr>
      <w:r>
        <w:t>پھر کیسے میں میرے مائنڈ نے ڈیٹیکٹ کیا کہ یہ ٹیلی فون کی گھنٹی ہے؟ اب میں سوچنے</w:t>
      </w:r>
    </w:p>
    <w:p>
      <w:r>
        <w:rPr>
          <w:b/>
        </w:rPr>
        <w:t xml:space="preserve">[14:28] </w:t>
      </w:r>
      <w:r>
        <w:t>laga ke kya mind hai, Khuda diya, koi kaisa mind Khuda ne diya hai insaan ko ke woh</w:t>
      </w:r>
    </w:p>
    <w:p>
      <w:pPr>
        <w:jc w:val="right"/>
      </w:pPr>
      <w:r>
        <w:t>لگا کہ کیا مائنڈ ہے، خدا دیا، کوئی کیسا مائنڈ خدا نے دیا ہے انسان کو کہ وہ</w:t>
      </w:r>
    </w:p>
    <w:p>
      <w:r>
        <w:rPr>
          <w:b/>
        </w:rPr>
        <w:t xml:space="preserve">[14:33] </w:t>
      </w:r>
      <w:r>
        <w:t>aik awaz ko mumayyiz kar ke, is ko identify kar ke samajh</w:t>
      </w:r>
    </w:p>
    <w:p>
      <w:pPr>
        <w:jc w:val="right"/>
      </w:pPr>
      <w:r>
        <w:t>ایک آواز کو ممیز کر کے، اس کو آئیڈینٹیفائی کر کے سمجھ</w:t>
      </w:r>
    </w:p>
    <w:p>
      <w:r>
        <w:rPr>
          <w:b/>
        </w:rPr>
        <w:t xml:space="preserve">[14:38] </w:t>
      </w:r>
      <w:r>
        <w:t>sake ke telephone ki awaz hai.</w:t>
      </w:r>
    </w:p>
    <w:p>
      <w:pPr>
        <w:jc w:val="right"/>
      </w:pPr>
      <w:r>
        <w:t>سکے کہ ٹیلی فون کی آواز ہے۔</w:t>
      </w:r>
    </w:p>
    <w:p>
      <w:r>
        <w:rPr>
          <w:b/>
        </w:rPr>
        <w:t xml:space="preserve">[14:43] </w:t>
      </w:r>
      <w:r>
        <w:t>yeh mamooli baat nahi hai yeh.</w:t>
      </w:r>
    </w:p>
    <w:p>
      <w:pPr>
        <w:jc w:val="right"/>
      </w:pPr>
      <w:r>
        <w:t>یہ معمولی بات نہیں ہے یہ۔</w:t>
      </w:r>
    </w:p>
    <w:p>
      <w:r>
        <w:rPr>
          <w:b/>
        </w:rPr>
        <w:t xml:space="preserve">[14:48] </w:t>
      </w:r>
      <w:r>
        <w:t>کیوں کہ animal سے آپ کمپیئر کر کے دیکھیے۔</w:t>
      </w:r>
    </w:p>
    <w:p>
      <w:pPr>
        <w:jc w:val="right"/>
      </w:pPr>
      <w:r>
        <w:t>کیوں کہ اینیمل سے آپ کمپیئر کر کے دیکھیے۔</w:t>
      </w:r>
    </w:p>
    <w:p>
      <w:r>
        <w:rPr>
          <w:b/>
        </w:rPr>
        <w:t xml:space="preserve">[14:53] </w:t>
      </w:r>
      <w:r>
        <w:t>Animal ko yeh awaz bhi waisi hai, woh awaz bhi waisi hai.</w:t>
      </w:r>
    </w:p>
    <w:p>
      <w:pPr>
        <w:jc w:val="right"/>
      </w:pPr>
      <w:r>
        <w:t>اینیمل کو یہ آواز بھی ویسی ہے، وہ آواز بھی ویسی ہے۔</w:t>
      </w:r>
    </w:p>
    <w:p>
      <w:r>
        <w:rPr>
          <w:b/>
        </w:rPr>
        <w:t xml:space="preserve">[14:58] </w:t>
      </w:r>
      <w:r>
        <w:t>تو دو آواز میں وہ identify کر کے الگ الگ نہیں سمجھ سکتے اس کو۔</w:t>
      </w:r>
    </w:p>
    <w:p>
      <w:pPr>
        <w:jc w:val="right"/>
      </w:pPr>
      <w:r>
        <w:t>تو دو آواز میں وہ آئیڈینٹیفائی کر کے الگ الگ نہیں سمجھ سکتے اس کو۔</w:t>
      </w:r>
    </w:p>
    <w:p>
      <w:r>
        <w:rPr>
          <w:b/>
        </w:rPr>
        <w:t xml:space="preserve">[15:03] </w:t>
      </w:r>
      <w:r>
        <w:t>پھر میں نے سوچا کہ تو پھر میں receiver، ایک اپنا ہاتھ لے گیا، receiver اٹھایا میں نے۔</w:t>
      </w:r>
    </w:p>
    <w:p>
      <w:pPr>
        <w:jc w:val="right"/>
      </w:pPr>
      <w:r>
        <w:t>پھر میں نے سوچا کہ تو پھر میں ریسور، ایک اپنا ہاتھ لے گیا، ریسور اٹھایا میں نے۔</w:t>
      </w:r>
    </w:p>
    <w:p>
      <w:r>
        <w:rPr>
          <w:b/>
        </w:rPr>
        <w:t xml:space="preserve">[15:08] </w:t>
      </w:r>
      <w:r>
        <w:t>ab mein ne socha ke dekhiye mere body mein do hath hain, do paon hain.</w:t>
      </w:r>
    </w:p>
    <w:p>
      <w:pPr>
        <w:jc w:val="right"/>
      </w:pPr>
      <w:r>
        <w:t>اب میں نے سوچا کہ دیکھیے میرے باڈی میں دو ہاتھ ہیں، دو پاؤں ہیں۔</w:t>
      </w:r>
    </w:p>
    <w:p>
      <w:r>
        <w:rPr>
          <w:b/>
        </w:rPr>
        <w:t xml:space="preserve">[15:14] </w:t>
      </w:r>
      <w:r>
        <w:t>bohat sare parts hain meri body ke.</w:t>
      </w:r>
    </w:p>
    <w:p>
      <w:pPr>
        <w:jc w:val="right"/>
      </w:pPr>
      <w:r>
        <w:t>بہت سارے پارٹس ہیں میری باڈی کے۔</w:t>
      </w:r>
    </w:p>
    <w:p>
      <w:r>
        <w:rPr>
          <w:b/>
        </w:rPr>
        <w:t xml:space="preserve">[15:20] </w:t>
      </w:r>
      <w:r>
        <w:t>lekin mere body ka sirf aik part yaani yeh hath.</w:t>
      </w:r>
    </w:p>
    <w:p>
      <w:pPr>
        <w:jc w:val="right"/>
      </w:pPr>
      <w:r>
        <w:t>لیکن میرے باڈی کا صرف ایک پارٹ یعنی یہ ہاتھ۔</w:t>
      </w:r>
    </w:p>
    <w:p>
      <w:r>
        <w:rPr>
          <w:b/>
        </w:rPr>
        <w:t xml:space="preserve">[15:26] </w:t>
      </w:r>
      <w:r>
        <w:t>یہ mind نے وہاں سے جو آرڈر دیا تو اس سے یہ ہاتھ اٹھا۔ باقی نہیں۔</w:t>
      </w:r>
    </w:p>
    <w:p>
      <w:pPr>
        <w:jc w:val="right"/>
      </w:pPr>
      <w:r>
        <w:t>یہ مائنڈ نے وہاں سے جو آرڈر دیا تو اس سے یہ ہاتھ اٹھا۔ باقی نہیں۔</w:t>
      </w:r>
    </w:p>
    <w:p>
      <w:r>
        <w:rPr>
          <w:b/>
        </w:rPr>
        <w:t xml:space="preserve">[15:32] </w:t>
      </w:r>
      <w:r>
        <w:t>کیسے mind نے وہاں سے کنٹرول کیا کہ یہ ہاتھ اٹھے؟ پھر آنکھ نے locate کیا کہ کہاں پر</w:t>
      </w:r>
    </w:p>
    <w:p>
      <w:pPr>
        <w:jc w:val="right"/>
      </w:pPr>
      <w:r>
        <w:t>کیسے مائنڈ نے وہاں سے کنٹرول کیا کہ یہ ہاتھ اٹھے؟ پھر آنکھ نے لوکیٹ کیا کہ کہاں پر</w:t>
      </w:r>
    </w:p>
    <w:p>
      <w:r>
        <w:rPr>
          <w:b/>
        </w:rPr>
        <w:t xml:space="preserve">[15:38] </w:t>
      </w:r>
      <w:r>
        <w:t>hai telephone.</w:t>
      </w:r>
    </w:p>
    <w:p>
      <w:pPr>
        <w:jc w:val="right"/>
      </w:pPr>
      <w:r>
        <w:t>ہے ٹیلی فون۔</w:t>
      </w:r>
    </w:p>
    <w:p>
      <w:r>
        <w:rPr>
          <w:b/>
        </w:rPr>
        <w:t xml:space="preserve">[15:42] </w:t>
      </w:r>
      <w:r>
        <w:t>mera hath receiver tak gaya, is ko uthaya mein ne.</w:t>
      </w:r>
    </w:p>
    <w:p>
      <w:pPr>
        <w:jc w:val="right"/>
      </w:pPr>
      <w:r>
        <w:t>میرا ہاتھ ریسیور تک گیا، اس کو اٹھایا میں نے۔</w:t>
      </w:r>
    </w:p>
    <w:p>
      <w:r>
        <w:rPr>
          <w:b/>
        </w:rPr>
        <w:t xml:space="preserve">[15:46] </w:t>
      </w:r>
      <w:r>
        <w:t>ab baat karne laga.</w:t>
      </w:r>
    </w:p>
    <w:p>
      <w:pPr>
        <w:jc w:val="right"/>
      </w:pPr>
      <w:r>
        <w:t>اب بات کرنے لگا۔</w:t>
      </w:r>
    </w:p>
    <w:p>
      <w:r>
        <w:rPr>
          <w:b/>
        </w:rPr>
        <w:t xml:space="preserve">[15:49] </w:t>
      </w:r>
      <w:r>
        <w:t>woh ab telephone tha bahar ka.</w:t>
      </w:r>
    </w:p>
    <w:p>
      <w:pPr>
        <w:jc w:val="right"/>
      </w:pPr>
      <w:r>
        <w:t>وہ اب ٹیلی فون تھا باہر کا۔</w:t>
      </w:r>
    </w:p>
    <w:p>
      <w:r>
        <w:rPr>
          <w:b/>
        </w:rPr>
        <w:t xml:space="preserve">[15:53] </w:t>
      </w:r>
      <w:r>
        <w:t>aik aadmi English mein bol raha tha.</w:t>
      </w:r>
    </w:p>
    <w:p>
      <w:pPr>
        <w:jc w:val="right"/>
      </w:pPr>
      <w:r>
        <w:t>ایک آدمی انگلش میں بول رہا تھا۔</w:t>
      </w:r>
    </w:p>
    <w:p>
      <w:r>
        <w:rPr>
          <w:b/>
        </w:rPr>
        <w:t xml:space="preserve">[15:57] </w:t>
      </w:r>
      <w:r>
        <w:t>to sab se anokha experience mujhe yeh hua ke aap jante hain ke meri jo mother tongue hai</w:t>
      </w:r>
    </w:p>
    <w:p>
      <w:pPr>
        <w:jc w:val="right"/>
      </w:pPr>
      <w:r>
        <w:t>تو سب سے انوکھا ایکسپیرئینس مجھے یہ ہوا کہ آپ جانتے ہیں کہ میری جو مدر ٹنگ ہے</w:t>
      </w:r>
    </w:p>
    <w:p>
      <w:r>
        <w:rPr>
          <w:b/>
        </w:rPr>
        <w:t xml:space="preserve">[16:01] </w:t>
      </w:r>
      <w:r>
        <w:t>woh urdu hai.</w:t>
      </w:r>
    </w:p>
    <w:p>
      <w:pPr>
        <w:jc w:val="right"/>
      </w:pPr>
      <w:r>
        <w:t>وہ اردو ہے۔</w:t>
      </w:r>
    </w:p>
    <w:p>
      <w:r>
        <w:rPr>
          <w:b/>
        </w:rPr>
        <w:t xml:space="preserve">[16:05] </w:t>
      </w:r>
      <w:r>
        <w:t>mein sochta hoon urdu zaban mein.</w:t>
      </w:r>
    </w:p>
    <w:p>
      <w:pPr>
        <w:jc w:val="right"/>
      </w:pPr>
      <w:r>
        <w:t>میں سوچتا ہوں اردو زبان میں۔</w:t>
      </w:r>
    </w:p>
    <w:p>
      <w:r>
        <w:rPr>
          <w:b/>
        </w:rPr>
        <w:t xml:space="preserve">[16:09] </w:t>
      </w:r>
      <w:r>
        <w:t>is ka matlab yeh hai ke mein doosri language jaisay arabic language bhi samajhta hoon, english bhi samajhta hoon.</w:t>
      </w:r>
    </w:p>
    <w:p>
      <w:pPr>
        <w:jc w:val="right"/>
      </w:pPr>
      <w:r>
        <w:t>اس کا مطلب یہ ہے کہ میں دوسری لینگویج جیسے عربک لینگویج بھی سمجھتا ہوں، انگلش بھی سمجھتا ہوں۔</w:t>
      </w:r>
    </w:p>
    <w:p>
      <w:r>
        <w:rPr>
          <w:b/>
        </w:rPr>
        <w:t xml:space="preserve">[16:13] </w:t>
      </w:r>
      <w:r>
        <w:t>lekin kaise convert kar ke? yani mere mind mein arabic word aaye ga to mein convert karoon ga urdu mein.</w:t>
      </w:r>
    </w:p>
    <w:p>
      <w:pPr>
        <w:jc w:val="right"/>
      </w:pPr>
      <w:r>
        <w:t>لیکن کیسے کنورٹ کر کے؟ یعنی میرے مائنڈ میں عربک ورڈ آئے گا تو میں کنورٹ کروں گا اردو میں۔</w:t>
      </w:r>
    </w:p>
    <w:p>
      <w:r>
        <w:rPr>
          <w:b/>
        </w:rPr>
        <w:t xml:space="preserve">[16:17] </w:t>
      </w:r>
      <w:r>
        <w:t>tab mein samajh paoon ga.</w:t>
      </w:r>
    </w:p>
    <w:p>
      <w:pPr>
        <w:jc w:val="right"/>
      </w:pPr>
      <w:r>
        <w:t>تب میں سمجھ پاؤں گا۔</w:t>
      </w:r>
    </w:p>
    <w:p>
      <w:r>
        <w:rPr>
          <w:b/>
        </w:rPr>
        <w:t xml:space="preserve">[16:22] </w:t>
      </w:r>
      <w:r>
        <w:t>aisay hi english ka muamla hai.</w:t>
      </w:r>
    </w:p>
    <w:p>
      <w:pPr>
        <w:jc w:val="right"/>
      </w:pPr>
      <w:r>
        <w:t>ایسے ہی انگلش کا معاملہ ہے۔</w:t>
      </w:r>
    </w:p>
    <w:p>
      <w:r>
        <w:rPr>
          <w:b/>
        </w:rPr>
        <w:t xml:space="preserve">[16:26] </w:t>
      </w:r>
      <w:r>
        <w:t>english ka word aaye ga mere mind mein to mera mind is ko convert kare ga arabic se urdu mein.</w:t>
      </w:r>
    </w:p>
    <w:p>
      <w:pPr>
        <w:jc w:val="right"/>
      </w:pPr>
      <w:r>
        <w:t>انگلش کا ورڈ آئے گا میرے مائنڈ میں تو میرا مائنڈ اس کو کنورٹ کرے گا عربک سے اردو میں۔</w:t>
      </w:r>
    </w:p>
    <w:p>
      <w:r>
        <w:rPr>
          <w:b/>
        </w:rPr>
        <w:t xml:space="preserve">[16:30] </w:t>
      </w:r>
      <w:r>
        <w:t>phir mein samajh paoon ga.</w:t>
      </w:r>
    </w:p>
    <w:p>
      <w:pPr>
        <w:jc w:val="right"/>
      </w:pPr>
      <w:r>
        <w:t>پھر میں سمجھ پاؤں گا۔</w:t>
      </w:r>
    </w:p>
    <w:p>
      <w:r>
        <w:rPr>
          <w:b/>
        </w:rPr>
        <w:t xml:space="preserve">[16:35] </w:t>
      </w:r>
      <w:r>
        <w:t>تو وہ English میں بول رہا تھا، میں سمج</w:t>
      </w:r>
    </w:p>
    <w:p>
      <w:pPr>
        <w:jc w:val="right"/>
      </w:pPr>
      <w:r>
        <w:t>تو وہ انگلش میں بول رہا تھا، میں سمج</w:t>
      </w:r>
    </w:p>
    <w:p>
      <w:r>
        <w:rPr>
          <w:b/>
        </w:rPr>
        <w:t xml:space="preserve">[16:39] </w:t>
      </w:r>
      <w:r>
        <w:t>h raha tha.</w:t>
      </w:r>
    </w:p>
    <w:p>
      <w:pPr>
        <w:jc w:val="right"/>
      </w:pPr>
      <w:r>
        <w:t>ھ رہا تھا۔</w:t>
      </w:r>
    </w:p>
    <w:p>
      <w:r>
        <w:rPr>
          <w:b/>
        </w:rPr>
        <w:t xml:space="preserve">[16:46] </w:t>
      </w:r>
      <w:r>
        <w:t>koi distance nahi tha is ke bolne mein, mere samajhne mein.</w:t>
      </w:r>
    </w:p>
    <w:p>
      <w:pPr>
        <w:jc w:val="right"/>
      </w:pPr>
      <w:r>
        <w:t>کوئی ڈسٹنس نہیں تھا اس کے بولنے میں، میرے سمجھنے میں۔</w:t>
      </w:r>
    </w:p>
    <w:p>
      <w:r>
        <w:rPr>
          <w:b/>
        </w:rPr>
        <w:t xml:space="preserve">[16:54] </w:t>
      </w:r>
      <w:r>
        <w:t>ab mein ne socha ke kis tarah se yeh hota hai ke aik awaz jo english ki hai,</w:t>
      </w:r>
    </w:p>
    <w:p>
      <w:pPr>
        <w:jc w:val="right"/>
      </w:pPr>
      <w:r>
        <w:t>اب میں نے سوچا کہ کس طرح سے یہ ہوتا ہے کہ ایک آواز جو انگلش کی ہے،</w:t>
      </w:r>
    </w:p>
    <w:p>
      <w:r>
        <w:rPr>
          <w:b/>
        </w:rPr>
        <w:t xml:space="preserve">[17:01] </w:t>
      </w:r>
      <w:r>
        <w:t>English words hain, woh kaise instantly convert ho jaate hain mere mind mein Urdu mein. Kyun</w:t>
      </w:r>
    </w:p>
    <w:p>
      <w:pPr>
        <w:jc w:val="right"/>
      </w:pPr>
      <w:r>
        <w:t>انگلش ورڈز ہیں، وہ کیسے انسٹنٹلی کنورٹ ہو جاتے ہیں میرے مائنڈ میں اردو میں۔ کیوں</w:t>
      </w:r>
    </w:p>
    <w:p>
      <w:r>
        <w:rPr>
          <w:b/>
        </w:rPr>
        <w:t xml:space="preserve">[17:09] </w:t>
      </w:r>
      <w:r>
        <w:t>ke jab tak yeh conversion na ho mera mind samajh nahi payega. kyun ke meri mother tongue to urdu hai. to instantly mera mind convert karta hai urdu ko, convert karta hai English ko urdu mein. instantly. yani kisi der kiye baghair. agar der kare to woh bolega phir panch minute ke baad mein sununga aur samjhunga to bohat der lag jayegi. p</w:t>
      </w:r>
    </w:p>
    <w:p>
      <w:pPr>
        <w:jc w:val="right"/>
      </w:pPr>
      <w:r>
        <w:t>کہ جب تک یہ کنورژن نہ ہو میرا مائنڈ سمجھ نہیں پائے گا۔ کیوں کہ میری مدر ٹنگ تو اردو ہے۔ تو انسٹنٹلی میرا مائنڈ کنورٹ کرتا ہے اردو کو، کنورٹ کرتا ہے انگلش کو اردو میں۔ انسٹنٹلی۔ یعنی کسی دیر کیے بغیر۔ اگر دیر کرے تو وہ بولے گا پھر پانچ منٹ کے بعد میں سنوں گا اور سمجھوں گا تو بہت دیر لگ جائے گی۔ پ</w:t>
      </w:r>
    </w:p>
    <w:p>
      <w:r>
        <w:rPr>
          <w:b/>
        </w:rPr>
        <w:t xml:space="preserve">[17:39] </w:t>
      </w:r>
      <w:r>
        <w:t>har conversation kaise ho ga? to woh bol raha hai, mein samajh raha hoon.</w:t>
      </w:r>
    </w:p>
    <w:p>
      <w:pPr>
        <w:jc w:val="right"/>
      </w:pPr>
      <w:r>
        <w:t>ھر کنورسیشن کیسے ہو گا؟ تو وہ بول رہا ہے، میں سمجھ رہا ہوں۔</w:t>
      </w:r>
    </w:p>
    <w:p>
      <w:r>
        <w:rPr>
          <w:b/>
        </w:rPr>
        <w:t xml:space="preserve">[17:44] </w:t>
      </w:r>
      <w:r>
        <w:t>without any gap.</w:t>
      </w:r>
    </w:p>
    <w:p>
      <w:pPr>
        <w:jc w:val="right"/>
      </w:pPr>
      <w:r>
        <w:t>وِد آؤٹ اینی گیپ۔</w:t>
      </w:r>
    </w:p>
    <w:p>
      <w:r>
        <w:rPr>
          <w:b/>
        </w:rPr>
        <w:t xml:space="preserve">[17:49] </w:t>
      </w:r>
      <w:r>
        <w:t>اب یہ کیسے ہوتا ہے اتنا بڑا breaker mind میں ہوتا ہے؟ اس طرح کے بہت ساری چیزیں</w:t>
      </w:r>
    </w:p>
    <w:p>
      <w:pPr>
        <w:jc w:val="right"/>
      </w:pPr>
      <w:r>
        <w:t>اب یہ کیسے ہوتا ہے اتنا بڑا بریکر مائنڈ میں ہوتا ہے؟ اس طرح کے بہت ساری چیزیں</w:t>
      </w:r>
    </w:p>
    <w:p>
      <w:r>
        <w:rPr>
          <w:b/>
        </w:rPr>
        <w:t xml:space="preserve">[17:54] </w:t>
      </w:r>
      <w:r>
        <w:t>isi mein involve thin is telephone mein aur mein sochta raha.</w:t>
      </w:r>
    </w:p>
    <w:p>
      <w:pPr>
        <w:jc w:val="right"/>
      </w:pPr>
      <w:r>
        <w:t>اسی میں انوالو تھیں اس ٹیلی فون میں اور میں سوچتا رہا۔</w:t>
      </w:r>
    </w:p>
    <w:p>
      <w:r>
        <w:rPr>
          <w:b/>
        </w:rPr>
        <w:t xml:space="preserve">[18:00] </w:t>
      </w:r>
      <w:r>
        <w:t>to mere andar aik aik woh aik thrilling ehsas hua.</w:t>
      </w:r>
    </w:p>
    <w:p>
      <w:pPr>
        <w:jc w:val="right"/>
      </w:pPr>
      <w:r>
        <w:t>تو میرے اندر ایک ایک وہ ایک تھرلنگ احساس ہوا۔</w:t>
      </w:r>
    </w:p>
    <w:p>
      <w:r>
        <w:rPr>
          <w:b/>
        </w:rPr>
        <w:t xml:space="preserve">[18:05] </w:t>
      </w:r>
      <w:r>
        <w:t>aik treble experience hua</w:t>
      </w:r>
    </w:p>
    <w:p>
      <w:pPr>
        <w:jc w:val="right"/>
      </w:pPr>
      <w:r>
        <w:t>ایک ٹریبل ایکسپیرئینس ہوا</w:t>
      </w:r>
    </w:p>
    <w:p>
      <w:r>
        <w:rPr>
          <w:b/>
        </w:rPr>
        <w:t xml:space="preserve">[18:10] </w:t>
      </w:r>
      <w:r>
        <w:t>shukr ka.</w:t>
      </w:r>
    </w:p>
    <w:p>
      <w:pPr>
        <w:jc w:val="right"/>
      </w:pPr>
      <w:r>
        <w:t>شکر کا۔</w:t>
      </w:r>
    </w:p>
    <w:p>
      <w:r>
        <w:rPr>
          <w:b/>
        </w:rPr>
        <w:t xml:space="preserve">[18:15] </w:t>
      </w:r>
      <w:r>
        <w:t>ke kaisa hai woh khuda jis ne aik insan ke andar yeh sari capacity rakh di.</w:t>
      </w:r>
    </w:p>
    <w:p>
      <w:pPr>
        <w:jc w:val="right"/>
      </w:pPr>
      <w:r>
        <w:t>کہ کیسا ہے وہ خدا جس نے ایک انسان کے اندر یہ ساری کیپیسٹی رکھ دی۔</w:t>
      </w:r>
    </w:p>
    <w:p>
      <w:r>
        <w:rPr>
          <w:b/>
        </w:rPr>
        <w:t xml:space="preserve">[18:20] </w:t>
      </w:r>
      <w:r>
        <w:t>to yeh is ko mein kahoon ga thrilling shukr.</w:t>
      </w:r>
    </w:p>
    <w:p>
      <w:pPr>
        <w:jc w:val="right"/>
      </w:pPr>
      <w:r>
        <w:t>تو یہ اس کو میں کہوں گا تھرلنگ شکر۔</w:t>
      </w:r>
    </w:p>
    <w:p>
      <w:r>
        <w:rPr>
          <w:b/>
        </w:rPr>
        <w:t xml:space="preserve">[18:25] </w:t>
      </w:r>
      <w:r>
        <w:t>yeh is se bilkul alag hai jo hum munh se bol dete hain Alhamdulillah.</w:t>
      </w:r>
    </w:p>
    <w:p>
      <w:pPr>
        <w:jc w:val="right"/>
      </w:pPr>
      <w:r>
        <w:t>یہ اس سے بالکل الگ ہے جو ہم منہ سے بول دیتے ہیں الحمدللہ۔</w:t>
      </w:r>
    </w:p>
    <w:p>
      <w:r>
        <w:rPr>
          <w:b/>
        </w:rPr>
        <w:t xml:space="preserve">[18:30] </w:t>
      </w:r>
      <w:r>
        <w:t>khuda ka fazal hai, khuda ka shukr hai.</w:t>
      </w:r>
    </w:p>
    <w:p>
      <w:pPr>
        <w:jc w:val="right"/>
      </w:pPr>
      <w:r>
        <w:t>خدا کا فضل ہے، خدا کا شکر ہے۔</w:t>
      </w:r>
    </w:p>
    <w:p>
      <w:r>
        <w:rPr>
          <w:b/>
        </w:rPr>
        <w:t xml:space="preserve">[18:35] </w:t>
      </w:r>
      <w:r>
        <w:t>woh to aik rata hua shabd hai jis ko hum ne dohra diya.</w:t>
      </w:r>
    </w:p>
    <w:p>
      <w:pPr>
        <w:jc w:val="right"/>
      </w:pPr>
      <w:r>
        <w:t>وہ تو ایک رٹا ہوا शब्द ہے جس کو ہم نے دہرا دیا۔</w:t>
      </w:r>
    </w:p>
    <w:p>
      <w:r>
        <w:rPr>
          <w:b/>
        </w:rPr>
        <w:t xml:space="preserve">[18:40] </w:t>
      </w:r>
      <w:r>
        <w:t>yeh jo jis ko mein keh raha hoon thrilling shukr, yeh soch kar hota hai, sochna parta hai.</w:t>
      </w:r>
    </w:p>
    <w:p>
      <w:pPr>
        <w:jc w:val="right"/>
      </w:pPr>
      <w:r>
        <w:t>یہ جو جس کو میں کہہ رہا ہوں تھرلنگ شکر، یہ سوچ کر ہوتا ہے، سوچنا پڑتا ہے۔</w:t>
      </w:r>
    </w:p>
    <w:p>
      <w:r>
        <w:rPr>
          <w:b/>
        </w:rPr>
        <w:t xml:space="preserve">[18:45] </w:t>
      </w:r>
      <w:r>
        <w:t>isi liye quran mein bar bar kaha gaya hai socho, socho, socho.</w:t>
      </w:r>
    </w:p>
    <w:p>
      <w:pPr>
        <w:jc w:val="right"/>
      </w:pPr>
      <w:r>
        <w:t>اسی لیے قرآن میں بار بار کہا گیا ہے سوچو، سوچو، سوچو۔</w:t>
      </w:r>
    </w:p>
    <w:p>
      <w:r>
        <w:rPr>
          <w:b/>
        </w:rPr>
        <w:t xml:space="preserve">[18:51] </w:t>
      </w:r>
      <w:r>
        <w:t>yeh sochna jo hai quran mein is par bohat ziyada emphasis diya gaya hai.</w:t>
      </w:r>
    </w:p>
    <w:p>
      <w:pPr>
        <w:jc w:val="right"/>
      </w:pPr>
      <w:r>
        <w:t>یہ سوچنا جو ہے قرآن میں اس پر بہت زیادہ ایمفیسز دیا گیا ہے۔</w:t>
      </w:r>
    </w:p>
    <w:p>
      <w:r>
        <w:rPr>
          <w:b/>
        </w:rPr>
        <w:t xml:space="preserve">[18:56] </w:t>
      </w:r>
      <w:r>
        <w:t>jis ko kehte hain arabik mein tafakkur. tafakkur, tadabbur.</w:t>
      </w:r>
    </w:p>
    <w:p>
      <w:pPr>
        <w:jc w:val="right"/>
      </w:pPr>
      <w:r>
        <w:t>جس کو کہتے ہیں عربک میں تفکر۔ تفکر، تدبر۔</w:t>
      </w:r>
    </w:p>
    <w:p>
      <w:r>
        <w:rPr>
          <w:b/>
        </w:rPr>
        <w:t xml:space="preserve">[19:01] </w:t>
      </w:r>
      <w:r>
        <w:t>bohat ziyada sochne ko kaha gaya hai.</w:t>
      </w:r>
    </w:p>
    <w:p>
      <w:pPr>
        <w:jc w:val="right"/>
      </w:pPr>
      <w:r>
        <w:t>بہت زیادہ سوچنے کو کہا گیا ہے۔</w:t>
      </w:r>
    </w:p>
    <w:p>
      <w:r>
        <w:rPr>
          <w:b/>
        </w:rPr>
        <w:t xml:space="preserve">[19:06] </w:t>
      </w:r>
      <w:r>
        <w:t>to yeh jo thrilling shukr hai,</w:t>
      </w:r>
    </w:p>
    <w:p>
      <w:pPr>
        <w:jc w:val="right"/>
      </w:pPr>
      <w:r>
        <w:t>تو یہ جو تھرلنگ شکر ہے،</w:t>
      </w:r>
    </w:p>
    <w:p>
      <w:r>
        <w:rPr>
          <w:b/>
        </w:rPr>
        <w:t xml:space="preserve">[19:11] </w:t>
      </w:r>
      <w:r>
        <w:t>is ko is ka experience karna isi aadmi ke liye possible hai jo bohat ziyada sochta ho.</w:t>
      </w:r>
    </w:p>
    <w:p>
      <w:pPr>
        <w:jc w:val="right"/>
      </w:pPr>
      <w:r>
        <w:t>اس کو اس کا ایکسپیرئینس کرنا اسی آدمی کے لیے پاسیبل ہے جو بہت زیادہ سوچتا ہو۔</w:t>
      </w:r>
    </w:p>
    <w:p>
      <w:r>
        <w:rPr>
          <w:b/>
        </w:rPr>
        <w:t xml:space="preserve">[19:19] </w:t>
      </w:r>
      <w:r>
        <w:t>phir dekhiye insaan ka yeh kal mere paas aik telephone aaya aik sahib ka, unhon ne poocha</w:t>
      </w:r>
    </w:p>
    <w:p>
      <w:pPr>
        <w:jc w:val="right"/>
      </w:pPr>
      <w:r>
        <w:t>پھر دیکھیے انسان کا یہ کل میرے پاس ایک ٹیلی فون آیا ایک صاحب کا، انہوں نے پوچھا</w:t>
      </w:r>
    </w:p>
    <w:p>
      <w:r>
        <w:rPr>
          <w:b/>
        </w:rPr>
        <w:t xml:space="preserve">[19:27] </w:t>
      </w:r>
      <w:r>
        <w:t>isi par ke main alhamdulillah aur yeh sab to bolta rehta hoon.</w:t>
      </w:r>
    </w:p>
    <w:p>
      <w:pPr>
        <w:jc w:val="right"/>
      </w:pPr>
      <w:r>
        <w:t>اسی پر کہ میں الحمدللہ اور یہ سب تو بولتا رہتا ہوں۔</w:t>
      </w:r>
    </w:p>
    <w:p>
      <w:r>
        <w:rPr>
          <w:b/>
        </w:rPr>
        <w:t xml:space="preserve">[19:35] </w:t>
      </w:r>
      <w:r>
        <w:t>yeh main jaanta hoon ke bolna chahiye jab koi baat ho to alhamdulillah kahe aadmi.</w:t>
      </w:r>
    </w:p>
    <w:p>
      <w:pPr>
        <w:jc w:val="right"/>
      </w:pPr>
      <w:r>
        <w:t>یہ میں جانتا ہوں کہ بولنا چاہیے جب کوئی بات ہو تو الحمدللہ کہے آدمی۔</w:t>
      </w:r>
    </w:p>
    <w:p>
      <w:r>
        <w:rPr>
          <w:b/>
        </w:rPr>
        <w:t xml:space="preserve">[19:43] </w:t>
      </w:r>
      <w:r>
        <w:t>dekhiye yeh routine ka jo alhamdulillah hai, routine ka jo shukr hai, is se to aik aik qism</w:t>
      </w:r>
    </w:p>
    <w:p>
      <w:pPr>
        <w:jc w:val="right"/>
      </w:pPr>
      <w:r>
        <w:t>دیکھیے یہ روٹین کا جو الحمدللہ ہے، روٹین کا جو شکر ہے، اس سے تو ایک ایک قسم</w:t>
      </w:r>
    </w:p>
    <w:p>
      <w:r>
        <w:rPr>
          <w:b/>
        </w:rPr>
        <w:t xml:space="preserve">[19:47] </w:t>
      </w:r>
      <w:r>
        <w:t>ka stagnation aa jata hai.</w:t>
      </w:r>
    </w:p>
    <w:p>
      <w:pPr>
        <w:jc w:val="right"/>
      </w:pPr>
      <w:r>
        <w:t>کا اسٹیگنیشن آ جاتا ہے۔</w:t>
      </w:r>
    </w:p>
    <w:p>
      <w:r>
        <w:rPr>
          <w:b/>
        </w:rPr>
        <w:t xml:space="preserve">[19:52] </w:t>
      </w:r>
      <w:r>
        <w:t>ke routine ka jo shukr hai ke koi baat hui to keh diya ke alhamdulillah.</w:t>
      </w:r>
    </w:p>
    <w:p>
      <w:pPr>
        <w:jc w:val="right"/>
      </w:pPr>
      <w:r>
        <w:t>کہ روٹین کا جو شکر ہے کہ کوئی بات ہوئی تو کہہ دیا کہ الحمدللہ۔</w:t>
      </w:r>
    </w:p>
    <w:p>
      <w:r>
        <w:rPr>
          <w:b/>
        </w:rPr>
        <w:t xml:space="preserve">[19:56] </w:t>
      </w:r>
      <w:r>
        <w:t>koi baat hui to keh diya ke khuda ka fazal hai.</w:t>
      </w:r>
    </w:p>
    <w:p>
      <w:pPr>
        <w:jc w:val="right"/>
      </w:pPr>
      <w:r>
        <w:t>کوئی بات ہوئی تو کہہ دیا کہ خدا کا فضل ہے۔</w:t>
      </w:r>
    </w:p>
    <w:p>
      <w:r>
        <w:rPr>
          <w:b/>
        </w:rPr>
        <w:t xml:space="preserve">[20:00] </w:t>
      </w:r>
      <w:r>
        <w:t>koi baat hui to keh diya ke khuda ka shukr hai.</w:t>
      </w:r>
    </w:p>
    <w:p>
      <w:pPr>
        <w:jc w:val="right"/>
      </w:pPr>
      <w:r>
        <w:t>کوئی بات ہوئی تو کہہ دیا کہ خدا کا شکر ہے۔</w:t>
      </w:r>
    </w:p>
    <w:p>
      <w:r>
        <w:rPr>
          <w:b/>
        </w:rPr>
        <w:t xml:space="preserve">[20:05] </w:t>
      </w:r>
      <w:r>
        <w:t>yeh to routine ka shukr hai.</w:t>
      </w:r>
    </w:p>
    <w:p>
      <w:pPr>
        <w:jc w:val="right"/>
      </w:pPr>
      <w:r>
        <w:t>یہ تو روٹین کا شکر ہے۔</w:t>
      </w:r>
    </w:p>
    <w:p>
      <w:r>
        <w:rPr>
          <w:b/>
        </w:rPr>
        <w:t xml:space="preserve">[20:09] </w:t>
      </w:r>
      <w:r>
        <w:t>routine ka shukr jo hai woh aadmi ke andar stagnation lata hai.</w:t>
      </w:r>
    </w:p>
    <w:p>
      <w:pPr>
        <w:jc w:val="right"/>
      </w:pPr>
      <w:r>
        <w:t>روٹین کا شکر جو ہے وہ آدمی کے اندر اسٹیگنیشن لاتا ہے۔</w:t>
      </w:r>
    </w:p>
    <w:p>
      <w:r>
        <w:rPr>
          <w:b/>
        </w:rPr>
        <w:t xml:space="preserve">[20:13] </w:t>
      </w:r>
      <w:r>
        <w:t>is mein koi koi koi koi living shukr nahi hota woh.</w:t>
      </w:r>
    </w:p>
    <w:p>
      <w:pPr>
        <w:jc w:val="right"/>
      </w:pPr>
      <w:r>
        <w:t>اس میں کوئی کوئی کوئی کوئی لیونگ شکر نہیں ہوتا وہ۔</w:t>
      </w:r>
    </w:p>
    <w:p>
      <w:r>
        <w:rPr>
          <w:b/>
        </w:rPr>
        <w:t xml:space="preserve">[20:18] </w:t>
      </w:r>
      <w:r>
        <w:t>keh sakte hain ke aik dead shukr hai woh.</w:t>
      </w:r>
    </w:p>
    <w:p>
      <w:pPr>
        <w:jc w:val="right"/>
      </w:pPr>
      <w:r>
        <w:t>کہہ سکتے ہیں کہ ایک ڈیڈ شکر ہے وہ۔</w:t>
      </w:r>
    </w:p>
    <w:p>
      <w:r>
        <w:rPr>
          <w:b/>
        </w:rPr>
        <w:t xml:space="preserve">[20:23] </w:t>
      </w:r>
      <w:r>
        <w:t>to unhon ne poocha yeh baat ke living shukr kaise paida ho? living shukr kaise paida ho? yeh</w:t>
      </w:r>
    </w:p>
    <w:p>
      <w:pPr>
        <w:jc w:val="right"/>
      </w:pPr>
      <w:r>
        <w:t>تو انہوں نے پوچھا یہ بات کہ لیونگ شکر کیسے پیدا ہو؟ لیونگ شکر کیسے پیدا ہو؟ یہ</w:t>
      </w:r>
    </w:p>
    <w:p>
      <w:r>
        <w:rPr>
          <w:b/>
        </w:rPr>
        <w:t xml:space="preserve">[20:28] </w:t>
      </w:r>
      <w:r>
        <w:t>unhon ne sawal kiya telephone par.</w:t>
      </w:r>
    </w:p>
    <w:p>
      <w:pPr>
        <w:jc w:val="right"/>
      </w:pPr>
      <w:r>
        <w:t>انہوں نے سوال کیا ٹیلی فون پر۔</w:t>
      </w:r>
    </w:p>
    <w:p>
      <w:r>
        <w:rPr>
          <w:b/>
        </w:rPr>
        <w:t xml:space="preserve">[20:33] </w:t>
      </w:r>
      <w:r>
        <w:t>to main ne yahi bataya un ko ke living shukr jo hai woh is ka woh is ko</w:t>
      </w:r>
    </w:p>
    <w:p>
      <w:pPr>
        <w:jc w:val="right"/>
      </w:pPr>
      <w:r>
        <w:t>تو میں نے یہی بتایا ان کو کہ لیونگ شکر جو ہے وہ اس کا وہ اس کو</w:t>
      </w:r>
    </w:p>
    <w:p>
      <w:r>
        <w:rPr>
          <w:b/>
        </w:rPr>
        <w:t xml:space="preserve">[20:38] </w:t>
      </w:r>
      <w:r>
        <w:t>milta hai jo soch hai.</w:t>
      </w:r>
    </w:p>
    <w:p>
      <w:pPr>
        <w:jc w:val="right"/>
      </w:pPr>
      <w:r>
        <w:t>ملتا ہے جو سوچ ہے۔</w:t>
      </w:r>
    </w:p>
    <w:p>
      <w:r>
        <w:rPr>
          <w:b/>
        </w:rPr>
        <w:t xml:space="preserve">[20:43] </w:t>
      </w:r>
      <w:r>
        <w:t>yeh sochna pehle hai, phir living shukr aata hai is ke baad. woh shukr jo hai woh normal shukr, woh to bila soche aata hai. woh to ek habitual tareeqay par aata rehta hai. ek routine ke tor par aata rehta hai. lekin jo living shukr hai, zinda shukr hai, woh to soch soch soch par aap sochenge phir woh shukr aayega. sochenge</w:t>
      </w:r>
    </w:p>
    <w:p>
      <w:pPr>
        <w:jc w:val="right"/>
      </w:pPr>
      <w:r>
        <w:t>یہ سوچنا پہلے ہے، پھر لیونگ شکر آتا ہے اس کے بعد۔ وہ شکر جو ہے وہ نارمل شکر، وہ تو بلا سوچے آتا ہے۔ وہ تو ایک ہیبچول طریقے پر آتا رہتا ہے۔ ایک روٹین کے طور پر آتا رہتا ہے۔ لیکن جو لیونگ شکر ہے، زندہ شکر ہے، وہ تو سوچ سوچ سوچ پر آپ سوچیں گے پھر وہ شکر آئے گا۔ سوچیں گے</w:t>
      </w:r>
    </w:p>
    <w:p>
      <w:r>
        <w:rPr>
          <w:b/>
        </w:rPr>
        <w:t xml:space="preserve">[21:13] </w:t>
      </w:r>
      <w:r>
        <w:t>kis baat par? har cheez mein shukr ka saman hai.</w:t>
      </w:r>
    </w:p>
    <w:p>
      <w:pPr>
        <w:jc w:val="right"/>
      </w:pPr>
      <w:r>
        <w:t>کس بات پر؟ ہر چیز میں شکر کا سامان ہے۔</w:t>
      </w:r>
    </w:p>
    <w:p>
      <w:r>
        <w:rPr>
          <w:b/>
        </w:rPr>
        <w:t xml:space="preserve">[21:18] </w:t>
      </w:r>
      <w:r>
        <w:t>har cheez mein, har cheez mein, har cheez mein.</w:t>
      </w:r>
    </w:p>
    <w:p>
      <w:pPr>
        <w:jc w:val="right"/>
      </w:pPr>
      <w:r>
        <w:t>ہر چیز میں، ہر چیز میں، ہر چیز میں۔</w:t>
      </w:r>
    </w:p>
    <w:p>
      <w:r>
        <w:rPr>
          <w:b/>
        </w:rPr>
        <w:t xml:space="preserve">[21:24] </w:t>
      </w:r>
      <w:r>
        <w:t>ab jaise dekhiye mere haath mein aur paon mila kar ke bees ungliyan hain.</w:t>
      </w:r>
    </w:p>
    <w:p>
      <w:pPr>
        <w:jc w:val="right"/>
      </w:pPr>
      <w:r>
        <w:t>اب جیسے دیکھیے میرے ہاتھ میں اور پاؤں ملا کر کے بیس انگلیاں ہیں۔</w:t>
      </w:r>
    </w:p>
    <w:p>
      <w:r>
        <w:rPr>
          <w:b/>
        </w:rPr>
        <w:t xml:space="preserve">[21:29] </w:t>
      </w:r>
      <w:r>
        <w:t>paanch, paanch das aur paon ki bees.</w:t>
      </w:r>
    </w:p>
    <w:p>
      <w:pPr>
        <w:jc w:val="right"/>
      </w:pPr>
      <w:r>
        <w:t>پانچ، پانچ دس اور پاؤں کی بیس۔</w:t>
      </w:r>
    </w:p>
    <w:p>
      <w:r>
        <w:rPr>
          <w:b/>
        </w:rPr>
        <w:t xml:space="preserve">[21:34] </w:t>
      </w:r>
      <w:r>
        <w:t>bees ungliyan hain.</w:t>
      </w:r>
    </w:p>
    <w:p>
      <w:pPr>
        <w:jc w:val="right"/>
      </w:pPr>
      <w:r>
        <w:t>بیس انگلیاں ہیں۔</w:t>
      </w:r>
    </w:p>
    <w:p>
      <w:r>
        <w:rPr>
          <w:b/>
        </w:rPr>
        <w:t xml:space="preserve">[21:39] </w:t>
      </w:r>
      <w:r>
        <w:t>ab mujhe koi kaam hai is mein mein</w:t>
      </w:r>
    </w:p>
    <w:p>
      <w:pPr>
        <w:jc w:val="right"/>
      </w:pPr>
      <w:r>
        <w:t>اب مجھے کوئی کام ہے اس میں میں</w:t>
      </w:r>
    </w:p>
    <w:p>
      <w:r>
        <w:rPr>
          <w:b/>
        </w:rPr>
        <w:t xml:space="preserve">[21:44] </w:t>
      </w:r>
      <w:r>
        <w:t>aik ungli ko hilata hoon jaise yeh ungli farz keejiye.</w:t>
      </w:r>
    </w:p>
    <w:p>
      <w:pPr>
        <w:jc w:val="right"/>
      </w:pPr>
      <w:r>
        <w:t>ایک انگلی کو ہلاتا ہوں جیسے یہ انگلی فرض کیجیے۔</w:t>
      </w:r>
    </w:p>
    <w:p>
      <w:r>
        <w:rPr>
          <w:b/>
        </w:rPr>
        <w:t xml:space="preserve">[21:50] </w:t>
      </w:r>
      <w:r>
        <w:t>to sochne ki zaroorat hai ke aakhir dimagh ne bes ungliyon mein se aik hi ungli ko kaise</w:t>
      </w:r>
    </w:p>
    <w:p>
      <w:pPr>
        <w:jc w:val="right"/>
      </w:pPr>
      <w:r>
        <w:t>تو سوچنے کی ضرورت ہے کہ آخر دماغ نے بیس انگلیوں میں سے ایک ہی انگلی کو کیسے</w:t>
      </w:r>
    </w:p>
    <w:p>
      <w:r>
        <w:rPr>
          <w:b/>
        </w:rPr>
        <w:t xml:space="preserve">[21:57] </w:t>
      </w:r>
      <w:r>
        <w:t>hilaya? yeh kaise pasibal hua ke bes ungliyan hain lekin hili sirf aik ungli? kyun ke isi ungli</w:t>
      </w:r>
    </w:p>
    <w:p>
      <w:pPr>
        <w:jc w:val="right"/>
      </w:pPr>
      <w:r>
        <w:t>ہلایا؟ یہ کیسے پاسیبل ہوا کہ بیس انگلیاں ہیں لیکن ہلی صرف ایک انگلی؟ کیوں کہ اسی انگلی</w:t>
      </w:r>
    </w:p>
    <w:p>
      <w:r>
        <w:rPr>
          <w:b/>
        </w:rPr>
        <w:t xml:space="preserve">[22:03] </w:t>
      </w:r>
      <w:r>
        <w:t>ko mind ne chaha tha ke woh hile.</w:t>
      </w:r>
    </w:p>
    <w:p>
      <w:pPr>
        <w:jc w:val="right"/>
      </w:pPr>
      <w:r>
        <w:t>کو مائنڈ نے چاہا تھا کہ وہ ہلے۔</w:t>
      </w:r>
    </w:p>
    <w:p>
      <w:r>
        <w:rPr>
          <w:b/>
        </w:rPr>
        <w:t xml:space="preserve">[22:10] </w:t>
      </w:r>
      <w:r>
        <w:t>to mind to yahan hai, kaise woh control karta hai sari body ko?</w:t>
      </w:r>
    </w:p>
    <w:p>
      <w:pPr>
        <w:jc w:val="right"/>
      </w:pPr>
      <w:r>
        <w:t>تو مائنڈ تو یہاں ہے، کیسے وہ کنٹرول کرتا ہے ساری باڈی کو؟</w:t>
      </w:r>
    </w:p>
    <w:p>
      <w:r>
        <w:rPr>
          <w:b/>
        </w:rPr>
        <w:t xml:space="preserve">[22:16] </w:t>
      </w:r>
      <w:r>
        <w:t>yeh aik break ke liye hai, break ke liye hai, break ke liye.</w:t>
      </w:r>
    </w:p>
    <w:p>
      <w:pPr>
        <w:jc w:val="right"/>
      </w:pPr>
      <w:r>
        <w:t>یہ ایک بریک کے لیے ہے، بریک کے لیے ہے، بریک کے لیے۔</w:t>
      </w:r>
    </w:p>
    <w:p>
      <w:r>
        <w:rPr>
          <w:b/>
        </w:rPr>
        <w:t xml:space="preserve">[22:20] </w:t>
      </w:r>
      <w:r>
        <w:t>jab aap sochen is par.</w:t>
      </w:r>
    </w:p>
    <w:p>
      <w:pPr>
        <w:jc w:val="right"/>
      </w:pPr>
      <w:r>
        <w:t>جب آپ سوچیں اس پر۔</w:t>
      </w:r>
    </w:p>
    <w:p>
      <w:r>
        <w:rPr>
          <w:b/>
        </w:rPr>
        <w:t xml:space="preserve">[22:24] </w:t>
      </w:r>
      <w:r>
        <w:t>aik to yeh ke bas aap aik.</w:t>
      </w:r>
    </w:p>
    <w:p>
      <w:pPr>
        <w:jc w:val="right"/>
      </w:pPr>
      <w:r>
        <w:t>ایک تو یہ کہ بس آپ ایک۔</w:t>
      </w:r>
    </w:p>
    <w:p>
      <w:r>
        <w:rPr>
          <w:b/>
        </w:rPr>
        <w:t xml:space="preserve">[22:28] </w:t>
      </w:r>
      <w:r>
        <w:t>log asal mein cheezon ko for granted liye rehte hain. for granted.</w:t>
      </w:r>
    </w:p>
    <w:p>
      <w:pPr>
        <w:jc w:val="right"/>
      </w:pPr>
      <w:r>
        <w:t>لوگ اصل میں چیزوں کو فار گرانٹڈ لیے رہتے ہیں۔ فار گرانٹڈ۔</w:t>
      </w:r>
    </w:p>
    <w:p>
      <w:r>
        <w:rPr>
          <w:b/>
        </w:rPr>
        <w:t xml:space="preserve">[22:31] </w:t>
      </w:r>
      <w:r>
        <w:t>ke hamara hath yahan par hai.</w:t>
      </w:r>
    </w:p>
    <w:p>
      <w:pPr>
        <w:jc w:val="right"/>
      </w:pPr>
      <w:r>
        <w:t>کہ ہمارا ہاتھ یہاں پر ہے۔</w:t>
      </w:r>
    </w:p>
    <w:p>
      <w:r>
        <w:rPr>
          <w:b/>
        </w:rPr>
        <w:t xml:space="preserve">[22:35] </w:t>
      </w:r>
      <w:r>
        <w:t>hum ko zaroorat pari aur hum hath ko yahan le gaye.</w:t>
      </w:r>
    </w:p>
    <w:p>
      <w:pPr>
        <w:jc w:val="right"/>
      </w:pPr>
      <w:r>
        <w:t>ہم کو ضرورت پڑی اور ہم ہاتھ کو یہاں لے گئے۔</w:t>
      </w:r>
    </w:p>
    <w:p>
      <w:r>
        <w:rPr>
          <w:b/>
        </w:rPr>
        <w:t xml:space="preserve">[22:39] </w:t>
      </w:r>
      <w:r>
        <w:t>to is ko for granted ke taur par lete rehte hain.</w:t>
      </w:r>
    </w:p>
    <w:p>
      <w:pPr>
        <w:jc w:val="right"/>
      </w:pPr>
      <w:r>
        <w:t>تو اس کو فار گرانٹڈ کے طور پر لیتے رہتے ہیں۔</w:t>
      </w:r>
    </w:p>
    <w:p>
      <w:r>
        <w:rPr>
          <w:b/>
        </w:rPr>
        <w:t xml:space="preserve">[22:43] </w:t>
      </w:r>
      <w:r>
        <w:t>lekin aap sochen ke aisa</w:t>
      </w:r>
    </w:p>
    <w:p>
      <w:pPr>
        <w:jc w:val="right"/>
      </w:pPr>
      <w:r>
        <w:t>لیکن آپ سوچیں کہ ایسا</w:t>
      </w:r>
    </w:p>
    <w:p>
      <w:r>
        <w:rPr>
          <w:b/>
        </w:rPr>
        <w:t xml:space="preserve">[22:46] </w:t>
      </w:r>
      <w:r>
        <w:t>kaise hua? to lage ke yeh to break ke liye hai.</w:t>
      </w:r>
    </w:p>
    <w:p>
      <w:pPr>
        <w:jc w:val="right"/>
      </w:pPr>
      <w:r>
        <w:t>کیسے ہوا؟ تو لگے کہ یہ تو بریک کے لیے ہے۔</w:t>
      </w:r>
    </w:p>
    <w:p>
      <w:r>
        <w:rPr>
          <w:b/>
        </w:rPr>
        <w:t xml:space="preserve">[22:51] </w:t>
      </w:r>
      <w:r>
        <w:t>tab aap ke andar thrilling shukr aaye ga.</w:t>
      </w:r>
    </w:p>
    <w:p>
      <w:pPr>
        <w:jc w:val="right"/>
      </w:pPr>
      <w:r>
        <w:t>تب آپ کے اندر تھرلنگ شکر آئے گا۔</w:t>
      </w:r>
    </w:p>
    <w:p>
      <w:r>
        <w:rPr>
          <w:b/>
        </w:rPr>
        <w:t xml:space="preserve">[22:56] </w:t>
      </w:r>
      <w:r>
        <w:t>to maine un se kaha ke aap har waqt jo hamare experiences hote rehte hain, har waqt</w:t>
      </w:r>
    </w:p>
    <w:p>
      <w:pPr>
        <w:jc w:val="right"/>
      </w:pPr>
      <w:r>
        <w:t>تو میں نے ان سے کہا کہ آپ ہر وقت جو ہمارے ایکسپیرئینس ہوتے رہتے ہیں، ہر وقت</w:t>
      </w:r>
    </w:p>
    <w:p>
      <w:r>
        <w:rPr>
          <w:b/>
        </w:rPr>
        <w:t xml:space="preserve">[23:01] </w:t>
      </w:r>
      <w:r>
        <w:t>in sab mein saman hai shukr ka. sab mein.</w:t>
      </w:r>
    </w:p>
    <w:p>
      <w:pPr>
        <w:jc w:val="right"/>
      </w:pPr>
      <w:r>
        <w:t>ان سب میں سامان ہے شکر کا۔ سب میں۔</w:t>
      </w:r>
    </w:p>
    <w:p>
      <w:r>
        <w:rPr>
          <w:b/>
        </w:rPr>
        <w:t xml:space="preserve">[23:06] </w:t>
      </w:r>
      <w:r>
        <w:t>jaise telephone ki ki baat maine kahi.</w:t>
      </w:r>
    </w:p>
    <w:p>
      <w:pPr>
        <w:jc w:val="right"/>
      </w:pPr>
      <w:r>
        <w:t>جیسے ٹیلی فون کی کی بات میں نے کہی۔</w:t>
      </w:r>
    </w:p>
    <w:p>
      <w:r>
        <w:rPr>
          <w:b/>
        </w:rPr>
        <w:t xml:space="preserve">[23:11] </w:t>
      </w:r>
      <w:r>
        <w:t>har aadmi telephone karta hai, telephone sunta hai. lekin soch</w:t>
      </w:r>
    </w:p>
    <w:p>
      <w:pPr>
        <w:jc w:val="right"/>
      </w:pPr>
      <w:r>
        <w:t>ہر آدمی ٹیلی فون کرتا ہے، ٹیلی فون سنتا ہے۔ لیکن سوچ</w:t>
      </w:r>
    </w:p>
    <w:p>
      <w:r>
        <w:rPr>
          <w:b/>
        </w:rPr>
        <w:t xml:space="preserve">[23:16] </w:t>
      </w:r>
      <w:r>
        <w:t>taun hai? woh to yeh samajhta hai ke maine meri jeb mein paise thay, telephone</w:t>
      </w:r>
    </w:p>
    <w:p>
      <w:pPr>
        <w:jc w:val="right"/>
      </w:pPr>
      <w:r>
        <w:t>تا کون ہے؟ وہ تو یہ سمجھتا ہے کہ میں نے میری جیب میں پیسے تھے، ٹیلی فون</w:t>
      </w:r>
    </w:p>
    <w:p>
      <w:r>
        <w:rPr>
          <w:b/>
        </w:rPr>
        <w:t xml:space="preserve">[23:21] </w:t>
      </w:r>
      <w:r>
        <w:t>maine lagwa liya apne ghar.</w:t>
      </w:r>
    </w:p>
    <w:p>
      <w:pPr>
        <w:jc w:val="right"/>
      </w:pPr>
      <w:r>
        <w:t>میں نے لگوا لیا اپنے گھر۔</w:t>
      </w:r>
    </w:p>
    <w:p>
      <w:r>
        <w:rPr>
          <w:b/>
        </w:rPr>
        <w:t xml:space="preserve">[23:27] </w:t>
      </w:r>
      <w:r>
        <w:t>kisi aur ki jeb mein paise thay isi mein lagwa liya.</w:t>
      </w:r>
    </w:p>
    <w:p>
      <w:pPr>
        <w:jc w:val="right"/>
      </w:pPr>
      <w:r>
        <w:t>کسی اور کی جیب میں پیسے تھے اسی میں لگوا لیا۔</w:t>
      </w:r>
    </w:p>
    <w:p>
      <w:r>
        <w:rPr>
          <w:b/>
        </w:rPr>
        <w:t xml:space="preserve">[23:32] </w:t>
      </w:r>
      <w:r>
        <w:t>ab main bol raha hoon, woh sun raha hai.</w:t>
      </w:r>
    </w:p>
    <w:p>
      <w:pPr>
        <w:jc w:val="right"/>
      </w:pPr>
      <w:r>
        <w:t>اب میں بول رہا ہوں، وہ سن رہا ہے۔</w:t>
      </w:r>
    </w:p>
    <w:p>
      <w:r>
        <w:rPr>
          <w:b/>
        </w:rPr>
        <w:t xml:space="preserve">[23:37] </w:t>
      </w:r>
      <w:r>
        <w:t>woh woh bolta hai, main sun raha hoon. bas.</w:t>
      </w:r>
    </w:p>
    <w:p>
      <w:pPr>
        <w:jc w:val="right"/>
      </w:pPr>
      <w:r>
        <w:t>وہ وہ بولتا ہے، میں سن رہا ہوں۔ بس۔</w:t>
      </w:r>
    </w:p>
    <w:p>
      <w:r>
        <w:rPr>
          <w:b/>
        </w:rPr>
        <w:t xml:space="preserve">[23:42] </w:t>
      </w:r>
      <w:r>
        <w:t>sochna ke kaise aisa hua? kaise aisa hota hai? to yeh mind kahe sochta hai, aankh kaise</w:t>
      </w:r>
    </w:p>
    <w:p>
      <w:pPr>
        <w:jc w:val="right"/>
      </w:pPr>
      <w:r>
        <w:t>سوچنا کہ کیسے ایسا ہوا؟ کیسے ایسا ہوتا ہے؟ تو یہ مائنڈ کہے سوچتا ہے، آنکھ کیسے</w:t>
      </w:r>
    </w:p>
    <w:p>
      <w:r>
        <w:rPr>
          <w:b/>
        </w:rPr>
        <w:t xml:space="preserve">[23:47] </w:t>
      </w:r>
      <w:r>
        <w:t>dekhti hai? kaan kahe sunta hai? zabaan kaise bolti hai? haath kaise hilta hai? to abhi mein aa</w:t>
      </w:r>
    </w:p>
    <w:p>
      <w:pPr>
        <w:jc w:val="right"/>
      </w:pPr>
      <w:r>
        <w:t>دیکھتی ہے؟ کان کہے سنتا ہے؟ زبان کیسے بولتی ہے؟ ہاتھ کیسے ہلتا ہے؟ تو ابھی میں آ</w:t>
      </w:r>
    </w:p>
    <w:p>
      <w:r>
        <w:rPr>
          <w:b/>
        </w:rPr>
        <w:t xml:space="preserve">[23:57] </w:t>
      </w:r>
      <w:r>
        <w:t>raha tha apne office se to mein ne socha ke zameen par mein chal raha hoon.</w:t>
      </w:r>
    </w:p>
    <w:p>
      <w:pPr>
        <w:jc w:val="right"/>
      </w:pPr>
      <w:r>
        <w:t>رہا تھا اپنے آفس سے تو میں نے سوچا کہ زمین پر میں چل رہا ہوں۔</w:t>
      </w:r>
    </w:p>
    <w:p>
      <w:r>
        <w:rPr>
          <w:b/>
        </w:rPr>
        <w:t xml:space="preserve">[24:08] </w:t>
      </w:r>
      <w:r>
        <w:t>kaise chal raha hoon mein? yeh chalna koi simple baat nahi hai.</w:t>
      </w:r>
    </w:p>
    <w:p>
      <w:pPr>
        <w:jc w:val="right"/>
      </w:pPr>
      <w:r>
        <w:t>کیسے چل رہا ہوں میں؟ یہ چلنا کوئی سمپل بات نہیں ہے۔</w:t>
      </w:r>
    </w:p>
    <w:p>
      <w:r>
        <w:rPr>
          <w:b/>
        </w:rPr>
        <w:t xml:space="preserve">[24:18] </w:t>
      </w:r>
      <w:r>
        <w:t>yeh bohat ziyada bara break ke liye hai.</w:t>
      </w:r>
    </w:p>
    <w:p>
      <w:pPr>
        <w:jc w:val="right"/>
      </w:pPr>
      <w:r>
        <w:t>یہ بہت زیادہ بڑا بریک کے لیے ہے۔</w:t>
      </w:r>
    </w:p>
    <w:p>
      <w:r>
        <w:rPr>
          <w:b/>
        </w:rPr>
        <w:t xml:space="preserve">[24:26] </w:t>
      </w:r>
      <w:r>
        <w:t>yeh isi waqt possible hai jabke zameen mein bohat hi ziyada, bohat hi ziyada yani sahi qism ki</w:t>
      </w:r>
    </w:p>
    <w:p>
      <w:pPr>
        <w:jc w:val="right"/>
      </w:pPr>
      <w:r>
        <w:t>یہ اسی وقت پاسیبل ہے جبکہ زمین میں بہت ہی زیادہ، بہت ہی زیادہ یعنی صحیح قسم کی</w:t>
      </w:r>
    </w:p>
    <w:p>
      <w:r>
        <w:rPr>
          <w:b/>
        </w:rPr>
        <w:t xml:space="preserve">[24:35] </w:t>
      </w:r>
      <w:r>
        <w:t>gravity maujood ho.</w:t>
      </w:r>
    </w:p>
    <w:p>
      <w:pPr>
        <w:jc w:val="right"/>
      </w:pPr>
      <w:r>
        <w:t>گریویٹی موجود ہو۔</w:t>
      </w:r>
    </w:p>
    <w:p>
      <w:r>
        <w:rPr>
          <w:b/>
        </w:rPr>
        <w:t xml:space="preserve">[24:43] </w:t>
      </w:r>
      <w:r>
        <w:t>bohat hi ziyada.</w:t>
      </w:r>
    </w:p>
    <w:p>
      <w:pPr>
        <w:jc w:val="right"/>
      </w:pPr>
      <w:r>
        <w:t>بہت ہی زیادہ۔</w:t>
      </w:r>
    </w:p>
    <w:p>
      <w:r>
        <w:rPr>
          <w:b/>
        </w:rPr>
        <w:t xml:space="preserve">[24:51] </w:t>
      </w:r>
      <w:r>
        <w:t>yani bohat hi right proportion mein gravity ho.</w:t>
      </w:r>
    </w:p>
    <w:p>
      <w:pPr>
        <w:jc w:val="right"/>
      </w:pPr>
      <w:r>
        <w:t>یعنی بہت ہی رائٹ پروپورشن میں گریویٹی ہو۔</w:t>
      </w:r>
    </w:p>
    <w:p>
      <w:r>
        <w:rPr>
          <w:b/>
        </w:rPr>
        <w:t xml:space="preserve">[24:56] </w:t>
      </w:r>
      <w:r>
        <w:t>tab yeh possible hai ke zameen par mein chaloon.</w:t>
      </w:r>
    </w:p>
    <w:p>
      <w:pPr>
        <w:jc w:val="right"/>
      </w:pPr>
      <w:r>
        <w:t>تب یہ پاسیبل ہے کہ زمین پر میں چلوں۔</w:t>
      </w:r>
    </w:p>
    <w:p>
      <w:r>
        <w:rPr>
          <w:b/>
        </w:rPr>
        <w:t xml:space="preserve">[25:02] </w:t>
      </w:r>
      <w:r>
        <w:t>agar right proportion mein gravity na ho, kuch kam ho, kuch ziyada ho to mein chal nahi sakta</w:t>
      </w:r>
    </w:p>
    <w:p>
      <w:pPr>
        <w:jc w:val="right"/>
      </w:pPr>
      <w:r>
        <w:t>اگر رائٹ پروپورشن میں گریویٹی نہ ہو، کچھ کم ہو، کچھ زیادہ ہو تو میں چل نہیں سکتا</w:t>
      </w:r>
    </w:p>
    <w:p>
      <w:r>
        <w:rPr>
          <w:b/>
        </w:rPr>
        <w:t xml:space="preserve">[25:07] </w:t>
      </w:r>
      <w:r>
        <w:t>is ke oopar.</w:t>
      </w:r>
    </w:p>
    <w:p>
      <w:pPr>
        <w:jc w:val="right"/>
      </w:pPr>
      <w:r>
        <w:t>اس کے اوپر۔</w:t>
      </w:r>
    </w:p>
    <w:p>
      <w:r>
        <w:rPr>
          <w:b/>
        </w:rPr>
        <w:t xml:space="preserve">[25:12] </w:t>
      </w:r>
      <w:r>
        <w:t>phir aap dekhiye ke agar har moment oxygen ki supply na ho rahi ho ke mere office mein</w:t>
      </w:r>
    </w:p>
    <w:p>
      <w:pPr>
        <w:jc w:val="right"/>
      </w:pPr>
      <w:r>
        <w:t>پھر آپ دیکھیے کہ اگر ہر مومنٹ آکسیجن کی سپلائی نہ ہو رہی ہو کہ میرے آفس میں</w:t>
      </w:r>
    </w:p>
    <w:p>
      <w:r>
        <w:rPr>
          <w:b/>
        </w:rPr>
        <w:t xml:space="preserve">[25:17] </w:t>
      </w:r>
      <w:r>
        <w:t>to oxygen ki supply ho rahi thi aur yahan na ho to mein zinda hi nahi rahoon ga.</w:t>
      </w:r>
    </w:p>
    <w:p>
      <w:pPr>
        <w:jc w:val="right"/>
      </w:pPr>
      <w:r>
        <w:t>تو آکسیجن کی سپلائی ہو رہی تھی اور یہاں نہ ہو تو میں زندہ ہی نہیں رہوں گا۔</w:t>
      </w:r>
    </w:p>
    <w:p>
      <w:r>
        <w:rPr>
          <w:b/>
        </w:rPr>
        <w:t xml:space="preserve">[25:22] </w:t>
      </w:r>
      <w:r>
        <w:t>to aise million, billion, trillion se bhi ziyada cheezein hain jis se har waqt hum, yani ke har</w:t>
      </w:r>
    </w:p>
    <w:p>
      <w:pPr>
        <w:jc w:val="right"/>
      </w:pPr>
      <w:r>
        <w:t>تو ایسے ملین، بلین، ٹریلین سے بھی زیادہ چیزیں ہیں جس سے ہر وقت ہم، یعنی کہ ہر</w:t>
      </w:r>
    </w:p>
    <w:p>
      <w:r>
        <w:rPr>
          <w:b/>
        </w:rPr>
        <w:t xml:space="preserve">[25:28] </w:t>
      </w:r>
      <w:r>
        <w:t>waqt hum experience karte rehte hain.</w:t>
      </w:r>
    </w:p>
    <w:p>
      <w:pPr>
        <w:jc w:val="right"/>
      </w:pPr>
      <w:r>
        <w:t>وقت ہم ایکسپیرئینس کرتے رہتے ہیں۔</w:t>
      </w:r>
    </w:p>
    <w:p>
      <w:r>
        <w:rPr>
          <w:b/>
        </w:rPr>
        <w:t xml:space="preserve">[25:34] </w:t>
      </w:r>
      <w:r>
        <w:t>to cheezon ko, yani normal cheezon mein abnormal ko pa lena, tab aata hai thrilling shukr.</w:t>
      </w:r>
    </w:p>
    <w:p>
      <w:pPr>
        <w:jc w:val="right"/>
      </w:pPr>
      <w:r>
        <w:t>تو چیزوں کو، یعنی نارمل چیزوں میں ایبنارمل کو پا لینا، تب آتا ہے تھرلنگ شکر۔</w:t>
      </w:r>
    </w:p>
    <w:p>
      <w:r>
        <w:rPr>
          <w:b/>
        </w:rPr>
        <w:t xml:space="preserve">[25:40] </w:t>
      </w:r>
      <w:r>
        <w:t>aur woh thrilling shukr aata hai sochne se.</w:t>
      </w:r>
    </w:p>
    <w:p>
      <w:pPr>
        <w:jc w:val="right"/>
      </w:pPr>
      <w:r>
        <w:t>اور وہ تھرلنگ شکر آتا ہے سوچنے سے۔</w:t>
      </w:r>
    </w:p>
    <w:p>
      <w:r>
        <w:rPr>
          <w:b/>
        </w:rPr>
        <w:t xml:space="preserve">[25:46] </w:t>
      </w:r>
      <w:r>
        <w:t>yani is saada cheezon mein is</w:t>
      </w:r>
    </w:p>
    <w:p>
      <w:pPr>
        <w:jc w:val="right"/>
      </w:pPr>
      <w:r>
        <w:t>یعنی اس سادہ چیزوں میں اس</w:t>
      </w:r>
    </w:p>
    <w:p>
      <w:r>
        <w:rPr>
          <w:b/>
        </w:rPr>
        <w:t xml:space="preserve">[25:52] </w:t>
      </w:r>
      <w:r>
        <w:t>ordinary aspect dikhai dene lage hain hum ko.</w:t>
      </w:r>
    </w:p>
    <w:p>
      <w:pPr>
        <w:jc w:val="right"/>
      </w:pPr>
      <w:r>
        <w:t>اڈرن آسپیکٹ دکھائی دینے لگے ہیں ہم کو۔</w:t>
      </w:r>
    </w:p>
    <w:p>
      <w:r>
        <w:rPr>
          <w:b/>
        </w:rPr>
        <w:t xml:space="preserve">[25:57] </w:t>
      </w:r>
      <w:r>
        <w:t>normal cheezon mein abnormal cheezein dikhai dene lagi hain.</w:t>
      </w:r>
    </w:p>
    <w:p>
      <w:pPr>
        <w:jc w:val="right"/>
      </w:pPr>
      <w:r>
        <w:t>نارمل چیزوں میں ایبنارمل چیزیں دکھائی دینے لگے ہیں۔</w:t>
      </w:r>
    </w:p>
    <w:p>
      <w:r>
        <w:rPr>
          <w:b/>
        </w:rPr>
        <w:t xml:space="preserve">[26:02] </w:t>
      </w:r>
      <w:r>
        <w:t>ordinary cheezon mein extraordinary cheezein hamein dikhai dene lagin.</w:t>
      </w:r>
    </w:p>
    <w:p>
      <w:pPr>
        <w:jc w:val="right"/>
      </w:pPr>
      <w:r>
        <w:t>آرڈنری چیزوں میں ایکسٹرا آرڈنری چیزیں ہمیں دکھائی دینے لگیں۔</w:t>
      </w:r>
    </w:p>
    <w:p>
      <w:r>
        <w:rPr>
          <w:b/>
        </w:rPr>
        <w:t xml:space="preserve">[26:07] </w:t>
      </w:r>
      <w:r>
        <w:t>yeh kaise ho ga? yeh sochne se ho ga.</w:t>
      </w:r>
    </w:p>
    <w:p>
      <w:pPr>
        <w:jc w:val="right"/>
      </w:pPr>
      <w:r>
        <w:t>یہ کیسے ہو گا؟ یہ سوچنے سے ہو گا۔</w:t>
      </w:r>
    </w:p>
    <w:p>
      <w:r>
        <w:rPr>
          <w:b/>
        </w:rPr>
        <w:t xml:space="preserve">[26:12] </w:t>
      </w:r>
      <w:r>
        <w:t>yeh sochne se ho ga.</w:t>
      </w:r>
    </w:p>
    <w:p>
      <w:pPr>
        <w:jc w:val="right"/>
      </w:pPr>
      <w:r>
        <w:t>یہ سوچنے سے ہو گا۔</w:t>
      </w:r>
    </w:p>
    <w:p>
      <w:r>
        <w:rPr>
          <w:b/>
        </w:rPr>
        <w:t xml:space="preserve">[26:17] </w:t>
      </w:r>
      <w:r>
        <w:t>koi doosra tareeqa nahi hai. kuch shabd</w:t>
      </w:r>
    </w:p>
    <w:p>
      <w:pPr>
        <w:jc w:val="right"/>
      </w:pPr>
      <w:r>
        <w:t>کوئی دوسرا طریقہ نہیں ہے۔ کچھ शब्द</w:t>
      </w:r>
    </w:p>
    <w:p>
      <w:r>
        <w:rPr>
          <w:b/>
        </w:rPr>
        <w:t xml:space="preserve">[26:22] </w:t>
      </w:r>
      <w:r>
        <w:t>un ko aap rat lein, dohrate rahein.</w:t>
      </w:r>
    </w:p>
    <w:p>
      <w:pPr>
        <w:jc w:val="right"/>
      </w:pPr>
      <w:r>
        <w:t>وں کو آپ رٹ لیں، دہراتے رہیں۔</w:t>
      </w:r>
    </w:p>
    <w:p>
      <w:r>
        <w:rPr>
          <w:b/>
        </w:rPr>
        <w:t xml:space="preserve">[26:27] </w:t>
      </w:r>
      <w:r>
        <w:t>is se nahi ho sakta hai woh.</w:t>
      </w:r>
    </w:p>
    <w:p>
      <w:pPr>
        <w:jc w:val="right"/>
      </w:pPr>
      <w:r>
        <w:t>اس سے نہیں ہو سکتا ہے وہ۔</w:t>
      </w:r>
    </w:p>
    <w:p>
      <w:r>
        <w:rPr>
          <w:b/>
        </w:rPr>
        <w:t xml:space="preserve">[26:31] </w:t>
      </w:r>
      <w:r>
        <w:t>to sochne se kya hoga ke har lamha, har moment, har har har minute, second aap ko</w:t>
      </w:r>
    </w:p>
    <w:p>
      <w:pPr>
        <w:jc w:val="right"/>
      </w:pPr>
      <w:r>
        <w:t>تو سوچنے سے کیا ہو گا کہ ہر لمحہ، ہر مومنٹ، ہر ہر ہر منٹ، سیکنڈ آپ کو</w:t>
      </w:r>
    </w:p>
    <w:p>
      <w:r>
        <w:rPr>
          <w:b/>
        </w:rPr>
        <w:t xml:space="preserve">[26:35] </w:t>
      </w:r>
      <w:r>
        <w:t>nai nai cheezein, nai nai cheezon ka aap ko experience hoga.</w:t>
      </w:r>
    </w:p>
    <w:p>
      <w:pPr>
        <w:jc w:val="right"/>
      </w:pPr>
      <w:r>
        <w:t>نئی نئی چیزیں، نئی نئی چیزوں کا آپ کو ایکسپیرئینس ہو گا۔</w:t>
      </w:r>
    </w:p>
    <w:p>
      <w:r>
        <w:rPr>
          <w:b/>
        </w:rPr>
        <w:t xml:space="preserve">[26:40] </w:t>
      </w:r>
      <w:r>
        <w:t>to aap ke mind mein creativity aayegi.</w:t>
      </w:r>
    </w:p>
    <w:p>
      <w:pPr>
        <w:jc w:val="right"/>
      </w:pPr>
      <w:r>
        <w:t>تو آپ کے مائنڈ میں کریٹیویٹی آئے گی۔</w:t>
      </w:r>
    </w:p>
    <w:p>
      <w:r>
        <w:rPr>
          <w:b/>
        </w:rPr>
        <w:t xml:space="preserve">[26:44] </w:t>
      </w:r>
      <w:r>
        <w:t>aap ke iman mein izafa hota rahega.</w:t>
      </w:r>
    </w:p>
    <w:p>
      <w:pPr>
        <w:jc w:val="right"/>
      </w:pPr>
      <w:r>
        <w:t>آپ کے ایمان میں اضافہ ہوتا رہے گا۔</w:t>
      </w:r>
    </w:p>
    <w:p>
      <w:r>
        <w:rPr>
          <w:b/>
        </w:rPr>
        <w:t xml:space="preserve">[26:48] </w:t>
      </w:r>
      <w:r>
        <w:t>aap ka aap ka yaqeen barhta rahe</w:t>
      </w:r>
    </w:p>
    <w:p>
      <w:pPr>
        <w:jc w:val="right"/>
      </w:pPr>
      <w:r>
        <w:t>آپ کا آپ کا یقین بڑھتا رہے</w:t>
      </w:r>
    </w:p>
    <w:p>
      <w:r>
        <w:rPr>
          <w:b/>
        </w:rPr>
        <w:t xml:space="preserve">[26:53] </w:t>
      </w:r>
      <w:r>
        <w:t>ga. har baar jab yaqeen barhe ga to har baar ek naya experience ho ga. jab naya experience ho ga to isi ko main keh raha hoon thrilling experience, thrilling shukr. dekhiye yeh yeh paani hai glass mein. zahir hai ke bilkul normal cheez hai, har aadmi paani peeta hai. glass mein liya ho, paani pi liya. lekin</w:t>
      </w:r>
    </w:p>
    <w:p>
      <w:pPr>
        <w:jc w:val="right"/>
      </w:pPr>
      <w:r>
        <w:t>گا۔ ہر بار جب یقین بڑھے گا تو ہر بار ایک نیا ایکسپیرئینس ہو گا۔ جب نیا ایکسپیرئینس ہو گا تو اسی کو میں کہہ رہا ہوں تھرلنگ ایکسپیرئینس، تھرلنگ شکر۔ دیکھیے یہ یہ پانی ہے گلاس میں۔ ظاہر ہے کہ بالکل نارمل چیز ہے، ہر آدمی پانی پیتا ہے۔ گلاس میں لیا ہو، پانی پی لیا۔ لیکن</w:t>
      </w:r>
    </w:p>
    <w:p>
      <w:r>
        <w:rPr>
          <w:b/>
        </w:rPr>
        <w:t xml:space="preserve">[27:23] </w:t>
      </w:r>
      <w:r>
        <w:t>agar aap sochein to yeh pani jo hai aik aik super breaker se bara breaker hai.</w:t>
      </w:r>
    </w:p>
    <w:p>
      <w:pPr>
        <w:jc w:val="right"/>
      </w:pPr>
      <w:r>
        <w:t>اگر آپ سوچیں تو یہ پانی جو ہے ایک ایک سپر بریکر سے بڑا بریکل ہے۔</w:t>
      </w:r>
    </w:p>
    <w:p>
      <w:r>
        <w:rPr>
          <w:b/>
        </w:rPr>
        <w:t xml:space="preserve">[27:30] </w:t>
      </w:r>
      <w:r>
        <w:t>science batati hai ke yeh jo hamara planet hai, bohat pehle yahan gases theen, gases.</w:t>
      </w:r>
    </w:p>
    <w:p>
      <w:pPr>
        <w:jc w:val="right"/>
      </w:pPr>
      <w:r>
        <w:t>سائنس بتاتی ہے کہ یہ جو ہمارا پلینٹ ہے، بہت پہلے یہاں گیسز تھیں، گیسز۔</w:t>
      </w:r>
    </w:p>
    <w:p>
      <w:r>
        <w:rPr>
          <w:b/>
        </w:rPr>
        <w:t xml:space="preserve">[27:38] </w:t>
      </w:r>
      <w:r>
        <w:t>woh gases phir milein kyun ke milne se pani bana.</w:t>
      </w:r>
    </w:p>
    <w:p>
      <w:pPr>
        <w:jc w:val="right"/>
      </w:pPr>
      <w:r>
        <w:t>وہ گیسز پھر ملیں کیوں کہ ملنے سے پانی بنا۔</w:t>
      </w:r>
    </w:p>
    <w:p>
      <w:r>
        <w:rPr>
          <w:b/>
        </w:rPr>
        <w:t xml:space="preserve">[27:45] </w:t>
      </w:r>
      <w:r>
        <w:t>kyun ke aap jante hain ke do</w:t>
      </w:r>
    </w:p>
    <w:p>
      <w:pPr>
        <w:jc w:val="right"/>
      </w:pPr>
      <w:r>
        <w:t>کیوں کہ آپ جانتے ہیں کہ دو</w:t>
      </w:r>
    </w:p>
    <w:p>
      <w:r>
        <w:rPr>
          <w:b/>
        </w:rPr>
        <w:t xml:space="preserve">[27:53] </w:t>
      </w:r>
      <w:r>
        <w:t>gases ke milne se pani banta hai.</w:t>
      </w:r>
    </w:p>
    <w:p>
      <w:pPr>
        <w:jc w:val="right"/>
      </w:pPr>
      <w:r>
        <w:t>گیسز کے ملنے سے پانی بنتا ہے۔</w:t>
      </w:r>
    </w:p>
    <w:p>
      <w:r>
        <w:rPr>
          <w:b/>
        </w:rPr>
        <w:t xml:space="preserve">[27:56] </w:t>
      </w:r>
      <w:r>
        <w:t>oxygen aur hydrogen.</w:t>
      </w:r>
    </w:p>
    <w:p>
      <w:pPr>
        <w:jc w:val="right"/>
      </w:pPr>
      <w:r>
        <w:t>آکسیجن اور ہائیڈروجن۔</w:t>
      </w:r>
    </w:p>
    <w:p>
      <w:r>
        <w:rPr>
          <w:b/>
        </w:rPr>
        <w:t xml:space="preserve">[28:00] </w:t>
      </w:r>
      <w:r>
        <w:t>to in ke milne se pani bana.</w:t>
      </w:r>
    </w:p>
    <w:p>
      <w:pPr>
        <w:jc w:val="right"/>
      </w:pPr>
      <w:r>
        <w:t>تو ان کے ملنے سے پانی بنا۔</w:t>
      </w:r>
    </w:p>
    <w:p>
      <w:r>
        <w:rPr>
          <w:b/>
        </w:rPr>
        <w:t xml:space="preserve">[28:04] </w:t>
      </w:r>
      <w:r>
        <w:t>phir woh pani jo hai barsa zameen par.</w:t>
      </w:r>
    </w:p>
    <w:p>
      <w:pPr>
        <w:jc w:val="right"/>
      </w:pPr>
      <w:r>
        <w:t>پھر وہ پانی جو ہے برسا زمین پر۔</w:t>
      </w:r>
    </w:p>
    <w:p>
      <w:r>
        <w:rPr>
          <w:b/>
        </w:rPr>
        <w:t xml:space="preserve">[28:08] </w:t>
      </w:r>
      <w:r>
        <w:t>aur samundaron mein woh bhar gaya.</w:t>
      </w:r>
    </w:p>
    <w:p>
      <w:pPr>
        <w:jc w:val="right"/>
      </w:pPr>
      <w:r>
        <w:t>اور سمندروں میں وہ بھر گیا۔</w:t>
      </w:r>
    </w:p>
    <w:p>
      <w:r>
        <w:rPr>
          <w:b/>
        </w:rPr>
        <w:t xml:space="preserve">[28:11] </w:t>
      </w:r>
      <w:r>
        <w:t>yani hamare planet ka three fourth jo hai woh pani se bhara hua hai.</w:t>
      </w:r>
    </w:p>
    <w:p>
      <w:pPr>
        <w:jc w:val="right"/>
      </w:pPr>
      <w:r>
        <w:t>یعنی ہمارے پلینٹ کا تھری فورتھ جو ہے وہ پانی سے بھرا ہوا ہے۔</w:t>
      </w:r>
    </w:p>
    <w:p>
      <w:r>
        <w:rPr>
          <w:b/>
        </w:rPr>
        <w:t xml:space="preserve">[28:15] </w:t>
      </w:r>
      <w:r>
        <w:t>to Khuda ne pani is tarah se paida kiya.</w:t>
      </w:r>
    </w:p>
    <w:p>
      <w:pPr>
        <w:jc w:val="right"/>
      </w:pPr>
      <w:r>
        <w:t>تو خدا نے پانی اس طرح سے پیدا کیا۔</w:t>
      </w:r>
    </w:p>
    <w:p>
      <w:r>
        <w:rPr>
          <w:b/>
        </w:rPr>
        <w:t xml:space="preserve">[28:19] </w:t>
      </w:r>
      <w:r>
        <w:t>kyun ke pani bohat zyada chahiye</w:t>
      </w:r>
    </w:p>
    <w:p>
      <w:pPr>
        <w:jc w:val="right"/>
      </w:pPr>
      <w:r>
        <w:t>کیوں کہ پانی بہت زیادہ چاہیے</w:t>
      </w:r>
    </w:p>
    <w:p>
      <w:r>
        <w:rPr>
          <w:b/>
        </w:rPr>
        <w:t xml:space="preserve">[28:23] </w:t>
      </w:r>
      <w:r>
        <w:t>hum ko.</w:t>
      </w:r>
    </w:p>
    <w:p>
      <w:pPr>
        <w:jc w:val="right"/>
      </w:pPr>
      <w:r>
        <w:t>ہم کو۔</w:t>
      </w:r>
    </w:p>
    <w:p>
      <w:r>
        <w:rPr>
          <w:b/>
        </w:rPr>
        <w:t xml:space="preserve">[28:28] </w:t>
      </w:r>
      <w:r>
        <w:t>har cheez mein pani chahiye.</w:t>
      </w:r>
    </w:p>
    <w:p>
      <w:pPr>
        <w:jc w:val="right"/>
      </w:pPr>
      <w:r>
        <w:t>ہر چیز میں پانی چاہیے۔</w:t>
      </w:r>
    </w:p>
    <w:p>
      <w:r>
        <w:rPr>
          <w:b/>
        </w:rPr>
        <w:t xml:space="preserve">[28:33] </w:t>
      </w:r>
      <w:r>
        <w:t>hum hamare jo yeh jo hamari body hai, is ka more than eighty percent pani hai.</w:t>
      </w:r>
    </w:p>
    <w:p>
      <w:pPr>
        <w:jc w:val="right"/>
      </w:pPr>
      <w:r>
        <w:t>ہم ہمارے جو یہ جو ہماری باڈی ہے، اس کا مور دین ایٹی پرسنٹ پانی ہے۔</w:t>
      </w:r>
    </w:p>
    <w:p>
      <w:r>
        <w:rPr>
          <w:b/>
        </w:rPr>
        <w:t xml:space="preserve">[28:38] </w:t>
      </w:r>
      <w:r>
        <w:t>jo cheez hum khate hain, food ho, chahe sabzi ho, sab mein pani pani hota hai.</w:t>
      </w:r>
    </w:p>
    <w:p>
      <w:pPr>
        <w:jc w:val="right"/>
      </w:pPr>
      <w:r>
        <w:t>جو چیز ہم کھاتے ہیں، فوڈ ہو، چاہے سبزی ہو، سب میں پانی پانی ہوتا ہے۔</w:t>
      </w:r>
    </w:p>
    <w:p>
      <w:r>
        <w:rPr>
          <w:b/>
        </w:rPr>
        <w:t xml:space="preserve">[28:43] </w:t>
      </w:r>
      <w:r>
        <w:t>har kaam ke liye hamein pani chahiye to bohat zyada pani chahiye.</w:t>
      </w:r>
    </w:p>
    <w:p>
      <w:pPr>
        <w:jc w:val="right"/>
      </w:pPr>
      <w:r>
        <w:t>ہر کام کے لیے ہمیں پانی چاہیے تو بہت زیادہ پانی چاہیے۔</w:t>
      </w:r>
    </w:p>
    <w:p>
      <w:r>
        <w:rPr>
          <w:b/>
        </w:rPr>
        <w:t xml:space="preserve">[28:48] </w:t>
      </w:r>
      <w:r>
        <w:t>to Khuda ne pani bohat zyada paida kar diya.</w:t>
      </w:r>
    </w:p>
    <w:p>
      <w:pPr>
        <w:jc w:val="right"/>
      </w:pPr>
      <w:r>
        <w:t>تو خدا نے پانی بہت زیادہ پیدا کر دیا۔</w:t>
      </w:r>
    </w:p>
    <w:p>
      <w:r>
        <w:rPr>
          <w:b/>
        </w:rPr>
        <w:t xml:space="preserve">[28:53] </w:t>
      </w:r>
      <w:r>
        <w:t>aur samundaron mein us ko store kar diya.</w:t>
      </w:r>
    </w:p>
    <w:p>
      <w:pPr>
        <w:jc w:val="right"/>
      </w:pPr>
      <w:r>
        <w:t>اور سمندروں میں اس کو اسٹور کر دیا۔</w:t>
      </w:r>
    </w:p>
    <w:p>
      <w:r>
        <w:rPr>
          <w:b/>
        </w:rPr>
        <w:t xml:space="preserve">[28:57] </w:t>
      </w:r>
      <w:r>
        <w:t>lekin masla yeh yeh bhi tha ke samundar mein pani jab store kiya jayega to kuch der</w:t>
      </w:r>
    </w:p>
    <w:p>
      <w:pPr>
        <w:jc w:val="right"/>
      </w:pPr>
      <w:r>
        <w:t>لیکن مسئلہ یہ یہ بھی تھا کہ سمندر میں پانی جب اسٹور کیا جائے گا تو کچھ دیر</w:t>
      </w:r>
    </w:p>
    <w:p>
      <w:r>
        <w:rPr>
          <w:b/>
        </w:rPr>
        <w:t xml:space="preserve">[29:02] </w:t>
      </w:r>
      <w:r>
        <w:t>ke baad kharab ho jayega woh.</w:t>
      </w:r>
    </w:p>
    <w:p>
      <w:pPr>
        <w:jc w:val="right"/>
      </w:pPr>
      <w:r>
        <w:t>کے بعد خراب ہو جائے گا وہ۔</w:t>
      </w:r>
    </w:p>
    <w:p>
      <w:r>
        <w:rPr>
          <w:b/>
        </w:rPr>
        <w:t xml:space="preserve">[29:06] </w:t>
      </w:r>
      <w:r>
        <w:t>ab sawal tha ke is ke andar preservative hona chahiye.</w:t>
      </w:r>
    </w:p>
    <w:p>
      <w:pPr>
        <w:jc w:val="right"/>
      </w:pPr>
      <w:r>
        <w:t>اب سوال تھا کہ اس کے اندر پریزرویٹیو ہونا چاہیے۔</w:t>
      </w:r>
    </w:p>
    <w:p>
      <w:r>
        <w:rPr>
          <w:b/>
        </w:rPr>
        <w:t xml:space="preserve">[29:10] </w:t>
      </w:r>
      <w:r>
        <w:t>preservative is ko mehfooz karne ke liye.</w:t>
      </w:r>
    </w:p>
    <w:p>
      <w:pPr>
        <w:jc w:val="right"/>
      </w:pPr>
      <w:r>
        <w:t>پریزرویٹیو اس کو محفوظ کرنے کے لیے۔</w:t>
      </w:r>
    </w:p>
    <w:p>
      <w:r>
        <w:rPr>
          <w:b/>
        </w:rPr>
        <w:t xml:space="preserve">[29:15] </w:t>
      </w:r>
      <w:r>
        <w:t>to Khuda ne samundaron ke pani mein ten percent salt mila diya.</w:t>
      </w:r>
    </w:p>
    <w:p>
      <w:pPr>
        <w:jc w:val="right"/>
      </w:pPr>
      <w:r>
        <w:t>تو خدا نے سمندروں کے پانی میں ٹین پرسنٹ سالٹ ملا دیا۔</w:t>
      </w:r>
    </w:p>
    <w:p>
      <w:r>
        <w:rPr>
          <w:b/>
        </w:rPr>
        <w:t xml:space="preserve">[29:19] </w:t>
      </w:r>
      <w:r>
        <w:t>ten percent namak.</w:t>
      </w:r>
    </w:p>
    <w:p>
      <w:pPr>
        <w:jc w:val="right"/>
      </w:pPr>
      <w:r>
        <w:t>ٹین پرسنٹ نمک۔</w:t>
      </w:r>
    </w:p>
    <w:p>
      <w:r>
        <w:rPr>
          <w:b/>
        </w:rPr>
        <w:t xml:space="preserve">[29:23] </w:t>
      </w:r>
      <w:r>
        <w:t>woh namak kya hai? woh hai preservative. jo paani ko kharab hone se bachata hai. lekin sawal yeh hai ke aap namak mila hua paani to pee nahi sakte. samundar mein jo paani hota hai woh us ko aap pee nahi sakte us ko aap. phir kya ho? na pee sakte, na aap ko is se irrigation mein kaam le sakte, na is se khana paka sakte. koi kaam nahi</w:t>
      </w:r>
    </w:p>
    <w:p>
      <w:pPr>
        <w:jc w:val="right"/>
      </w:pPr>
      <w:r>
        <w:t>وہ نمک کیا ہے؟ وہ ہے پریزرویٹیو۔ جو پانی کو خراب ہونے سے بچاتا ہے۔ لیکن سوال یہ ہے کہ آپ نمک ملا ہوا پانی تو پی نہیں سکتے۔ سمندر میں جو پانی ہوتا ہے وہ اس کو آپ پی نہیں سکتے اس کو آپ۔ پھر کیا ہو؟ نہ پی سکتے، نہ آپ کو اس سے اریگیشن میں کام لے سکتے، نہ اس سے کھانا پکا سکتے۔ کوئی کام نہیں</w:t>
      </w:r>
    </w:p>
    <w:p>
      <w:r>
        <w:rPr>
          <w:b/>
        </w:rPr>
        <w:t xml:space="preserve">[29:53] </w:t>
      </w:r>
      <w:r>
        <w:t>ho sakta is se.</w:t>
      </w:r>
    </w:p>
    <w:p>
      <w:pPr>
        <w:jc w:val="right"/>
      </w:pPr>
      <w:r>
        <w:t>ہو سکتا اس سے۔</w:t>
      </w:r>
    </w:p>
    <w:p>
      <w:r>
        <w:rPr>
          <w:b/>
        </w:rPr>
        <w:t xml:space="preserve">[29:59] </w:t>
      </w:r>
      <w:r>
        <w:t>bohat se bohat aap hath dho lijiye, paon dho lijiye.</w:t>
      </w:r>
    </w:p>
    <w:p>
      <w:pPr>
        <w:jc w:val="right"/>
      </w:pPr>
      <w:r>
        <w:t>بہت سے بہت آپ ہاتھ دھو لیجیے، پاؤں دھو لیجیے۔</w:t>
      </w:r>
    </w:p>
    <w:p>
      <w:r>
        <w:rPr>
          <w:b/>
        </w:rPr>
        <w:t xml:space="preserve">[30:04] </w:t>
      </w:r>
      <w:r>
        <w:t>to Khuda ne kiya kiya? ek universal is ka intezam kiya.</w:t>
      </w:r>
    </w:p>
    <w:p>
      <w:pPr>
        <w:jc w:val="right"/>
      </w:pPr>
      <w:r>
        <w:t>تو خدا نے کیا کیا؟ ایک یونیورسل اس کا انتظام کیا۔</w:t>
      </w:r>
    </w:p>
    <w:p>
      <w:r>
        <w:rPr>
          <w:b/>
        </w:rPr>
        <w:t xml:space="preserve">[30:10] </w:t>
      </w:r>
      <w:r>
        <w:t>ke suraj jo itni door hai, yani hamari zameen se nau crore tees lakh meel door, wahan se</w:t>
      </w:r>
    </w:p>
    <w:p>
      <w:pPr>
        <w:jc w:val="right"/>
      </w:pPr>
      <w:r>
        <w:t>کہ سورج جو اتنی دور ہے، یعنی ہماری زمین سے نو کروڑ تیس لاکھ میل دور، وہاں سے</w:t>
      </w:r>
    </w:p>
    <w:p>
      <w:r>
        <w:rPr>
          <w:b/>
        </w:rPr>
        <w:t xml:space="preserve">[30:15] </w:t>
      </w:r>
      <w:r>
        <w:t>us ne heat dali samundar ke upar.</w:t>
      </w:r>
    </w:p>
    <w:p>
      <w:pPr>
        <w:jc w:val="right"/>
      </w:pPr>
      <w:r>
        <w:t>اس نے ہیٹ ڈالی سمندر کے اوپر۔</w:t>
      </w:r>
    </w:p>
    <w:p>
      <w:r>
        <w:rPr>
          <w:b/>
        </w:rPr>
        <w:t xml:space="preserve">[30:21] </w:t>
      </w:r>
      <w:r>
        <w:t>is heat se samundar mein bhap nikli.</w:t>
      </w:r>
    </w:p>
    <w:p>
      <w:pPr>
        <w:jc w:val="right"/>
      </w:pPr>
      <w:r>
        <w:t>اس ہیٹ سے سمندر میں بھاپ نکلی۔</w:t>
      </w:r>
    </w:p>
    <w:p>
      <w:r>
        <w:rPr>
          <w:b/>
        </w:rPr>
        <w:t xml:space="preserve">[30:26] </w:t>
      </w:r>
      <w:r>
        <w:t>bhaap oopar uthi. to khuda ne aisa kiya ke namak jo hai us ko heavy heavy bana diya. yani bhaap jo hai woh lighter hai aur namak jo hai woh woh heavier hai. to heavy hone ki wajah se salt jo hai woh neeche reh gaya. aur bhaap jo hai woh upar chali gayi. yani namak se alag ho kar ke. bhaap kya hai? namak se alag ho kar jo paani hai</w:t>
      </w:r>
    </w:p>
    <w:p>
      <w:pPr>
        <w:jc w:val="right"/>
      </w:pPr>
      <w:r>
        <w:t>بھاپ اوپر اٹھی۔ تو خدا نے ایسا کیا کہ نمک جو ہے اس کو ہیوی ہیوی بنا دیا۔ یعنی بھاپ جو ہے وہ لائٹر ہے اور نمک جو ہے وہ وہ ہیویئر ہے۔ تو ہیوی ہونے کی وجہ سے سالٹ جو ہے وہ نیچے رہ گیا۔ اور بھاپ جو ہے وہ اوپر چلی گئی۔ یعنی نمک سے الگ ہو کر کے۔ بھاپ کیا ہے؟ نمک سے الگ ہو کر جو پانی ہے</w:t>
      </w:r>
    </w:p>
    <w:p>
      <w:r>
        <w:rPr>
          <w:b/>
        </w:rPr>
        <w:t xml:space="preserve">[30:56] </w:t>
      </w:r>
      <w:r>
        <w:t>woh bhap hai. ab woh oopar chala gaya. oopar ja kar ke phir woh aik bohat bara mechanism hai, universal mechanism. to phir us ke oopar rain hui, barish hui, neechay aaya. oopar jab barish hui to woh woh fresh pani tha. yeh desalination ka itna bara intezaam. yeh desalination hai. to aap jab yeh</w:t>
      </w:r>
    </w:p>
    <w:p>
      <w:pPr>
        <w:jc w:val="right"/>
      </w:pPr>
      <w:r>
        <w:t>وہ بھاپ ہے۔ اب وہ اوپر چلا گیا۔ اوپر جا کر کے پھر وہ ایک بہت بڑا میکنزم ہے، یونیورسل میکنزم۔ تو پھر اس کے اوپر رین ہوئی، بارش ہوئی، نیچے آیا۔ اوپر جب بارش ہوئی تو وہ وہ فریش پانی تھا۔ یہ ڈی سیلینیشن کا اتنا بڑا انتظام۔ یہ ڈی سیلینیشن ہے۔ تو آپ جب یہ</w:t>
      </w:r>
    </w:p>
    <w:p>
      <w:r>
        <w:rPr>
          <w:b/>
        </w:rPr>
        <w:t xml:space="preserve">[31:26] </w:t>
      </w:r>
      <w:r>
        <w:t>glass pani piyen, in sari baton ko sochen to kitna bara thrill ayega aap ke andar.</w:t>
      </w:r>
    </w:p>
    <w:p>
      <w:pPr>
        <w:jc w:val="right"/>
      </w:pPr>
      <w:r>
        <w:t>گلاس پانی پیئیں، ان ساری باتوں کو سوچیں تو کتنا بڑا تھرل آئے گا آپ کے اندر۔</w:t>
      </w:r>
    </w:p>
    <w:p>
      <w:r>
        <w:rPr>
          <w:b/>
        </w:rPr>
        <w:t xml:space="preserve">[31:31] </w:t>
      </w:r>
      <w:r>
        <w:t>to yeh jo shukr hai, jab aap kahain ke Khuda yeh pani jo tu ne diya hai, kaisa</w:t>
      </w:r>
    </w:p>
    <w:p>
      <w:pPr>
        <w:jc w:val="right"/>
      </w:pPr>
      <w:r>
        <w:t>تو یہ جو شکر ہے، جب آپ کہیں کہ خدا یہ پانی جو تو نے دیا ہے، کیسا</w:t>
      </w:r>
    </w:p>
    <w:p>
      <w:r>
        <w:rPr>
          <w:b/>
        </w:rPr>
        <w:t xml:space="preserve">[31:36] </w:t>
      </w:r>
      <w:r>
        <w:t>ajeeb hai pani.</w:t>
      </w:r>
    </w:p>
    <w:p>
      <w:pPr>
        <w:jc w:val="right"/>
      </w:pPr>
      <w:r>
        <w:t>عجیب ہے پانی۔</w:t>
      </w:r>
    </w:p>
    <w:p>
      <w:r>
        <w:rPr>
          <w:b/>
        </w:rPr>
        <w:t xml:space="preserve">[31:41] </w:t>
      </w:r>
      <w:r>
        <w:t>yeh sari baten aap ke mind mein jab hongi to aap ke andar super thrill ayega.</w:t>
      </w:r>
    </w:p>
    <w:p>
      <w:pPr>
        <w:jc w:val="right"/>
      </w:pPr>
      <w:r>
        <w:t>یہ ساری باتیں آپ کے مائنڈ میں جب ہوں گی تو آپ کے اندر سپر تھرل آئے گا۔</w:t>
      </w:r>
    </w:p>
    <w:p>
      <w:r>
        <w:rPr>
          <w:b/>
        </w:rPr>
        <w:t xml:space="preserve">[31:46] </w:t>
      </w:r>
      <w:r>
        <w:t>to yahi maine kaha kal jo mere pas telephone aya tha ek sahab ka, bahar se aya tha.</w:t>
      </w:r>
    </w:p>
    <w:p>
      <w:pPr>
        <w:jc w:val="right"/>
      </w:pPr>
      <w:r>
        <w:t>تو یہی میں نے کہا کل جو میرے پاس ٹیلی فون آیا تھا ایک صاحب کا، باہر سے آیا تھا۔</w:t>
      </w:r>
    </w:p>
    <w:p>
      <w:r>
        <w:rPr>
          <w:b/>
        </w:rPr>
        <w:t xml:space="preserve">[31:51] </w:t>
      </w:r>
      <w:r>
        <w:t>isi par poocha unhon ne ke hum normal</w:t>
      </w:r>
    </w:p>
    <w:p>
      <w:pPr>
        <w:jc w:val="right"/>
      </w:pPr>
      <w:r>
        <w:t>اسی پر پوچھا انہوں نے کہ ہم نارمل</w:t>
      </w:r>
    </w:p>
    <w:p>
      <w:r>
        <w:rPr>
          <w:b/>
        </w:rPr>
        <w:t xml:space="preserve">[31:56] </w:t>
      </w:r>
      <w:r>
        <w:t>shukr to jante hain, subhan Allah, Alhamdulillah kehte rehte hain.</w:t>
      </w:r>
    </w:p>
    <w:p>
      <w:pPr>
        <w:jc w:val="right"/>
      </w:pPr>
      <w:r>
        <w:t>شکر تو جانتے ہیں، سبحان اللہ، الحمدللہ کہتے رہتے ہیں۔</w:t>
      </w:r>
    </w:p>
    <w:p>
      <w:r>
        <w:rPr>
          <w:b/>
        </w:rPr>
        <w:t xml:space="preserve">[32:02] </w:t>
      </w:r>
      <w:r>
        <w:t>lekin yeh to routine ka shukr hai.</w:t>
      </w:r>
    </w:p>
    <w:p>
      <w:pPr>
        <w:jc w:val="right"/>
      </w:pPr>
      <w:r>
        <w:t>لیکن یہ تو روٹین کا شکر ہے۔</w:t>
      </w:r>
    </w:p>
    <w:p>
      <w:r>
        <w:rPr>
          <w:b/>
        </w:rPr>
        <w:t xml:space="preserve">[32:09] </w:t>
      </w:r>
      <w:r>
        <w:t>woh shukr jo hai living shukr kaise paida ho? jis se iman barhe, jis se conviction barhe.</w:t>
      </w:r>
    </w:p>
    <w:p>
      <w:pPr>
        <w:jc w:val="right"/>
      </w:pPr>
      <w:r>
        <w:t>وہ شکر جو ہے لیونگ شکر کیسے پیدا ہو؟ جس سے ایمان بڑھے، جس سے کنوکشن بڑھے۔</w:t>
      </w:r>
    </w:p>
    <w:p>
      <w:r>
        <w:rPr>
          <w:b/>
        </w:rPr>
        <w:t xml:space="preserve">[32:15] </w:t>
      </w:r>
      <w:r>
        <w:t>to maine yeh bat un ko kuch batai.</w:t>
      </w:r>
    </w:p>
    <w:p>
      <w:pPr>
        <w:jc w:val="right"/>
      </w:pPr>
      <w:r>
        <w:t>تو میں نے یہ بات ان کو کچھ بتائی۔</w:t>
      </w:r>
    </w:p>
    <w:p>
      <w:r>
        <w:rPr>
          <w:b/>
        </w:rPr>
        <w:t xml:space="preserve">[32:21] </w:t>
      </w:r>
      <w:r>
        <w:t>aur yeh un ko bataya ke aap ko apne apne andar thinking process jari karna hoga.</w:t>
      </w:r>
    </w:p>
    <w:p>
      <w:pPr>
        <w:jc w:val="right"/>
      </w:pPr>
      <w:r>
        <w:t>اور یہ ان کو بتایا کہ آپ کو اپنے اپنے اندر تھنکنگ پروسیس جاری کرنا ہو گا۔</w:t>
      </w:r>
    </w:p>
    <w:p>
      <w:r>
        <w:rPr>
          <w:b/>
        </w:rPr>
        <w:t xml:space="preserve">[32:27] </w:t>
      </w:r>
      <w:r>
        <w:t>kyun ke yeh shukr jo hai woh aata hai source se. woh jo shukr hai woh to aap kuch word hain un ko un ko memorize kar lijiye aur mauqa mauqa se bolte rahiye. bas rat lena kafi hai. lekin yeh jo shukr hai, super thrill jis ko main keh raha hoon, thrilling shukr jis ko main keh raha hoon. to thrilling shukr ke liye to sochna zaroori hai. apne mind ko active kar</w:t>
      </w:r>
    </w:p>
    <w:p>
      <w:pPr>
        <w:jc w:val="right"/>
      </w:pPr>
      <w:r>
        <w:t>کیوں کہ یہ شکر جو ہے وہ آتا ہے سورس سے۔ وہ جو شکر ہے وہ تو آپ کچھ ورڈ ہیں ان کو ان کو میمرائز کر لیجیے اور موقع موقع سے بولتے رہیے۔ بس رٹ لینا کافی ہے۔ لیکن یہ جو شکر ہے، سپر تھرل جس کو میں کہہ رہا ہوں، تھرلنگ شکر جس کو میں کہہ رہا ہوں۔ تو تھرلنگ شکر کے لیے تو سوچنا ضروری ہے۔ اپنے مائنڈ کو ایکٹیو کر</w:t>
      </w:r>
    </w:p>
    <w:p>
      <w:r>
        <w:rPr>
          <w:b/>
        </w:rPr>
        <w:t xml:space="preserve">[32:57] </w:t>
      </w:r>
      <w:r>
        <w:t>na zaroori hai.</w:t>
      </w:r>
    </w:p>
    <w:p>
      <w:pPr>
        <w:jc w:val="right"/>
      </w:pPr>
      <w:r>
        <w:t>نا ضروری ہے۔</w:t>
      </w:r>
    </w:p>
    <w:p>
      <w:r>
        <w:rPr>
          <w:b/>
        </w:rPr>
        <w:t xml:space="preserve">[33:12] </w:t>
      </w:r>
      <w:r>
        <w:t>jitna zyada aap apne mind ko active karen ge utna hi zyada aap ke andar super shukr paida ho ga.</w:t>
      </w:r>
    </w:p>
    <w:p>
      <w:pPr>
        <w:jc w:val="right"/>
      </w:pPr>
      <w:r>
        <w:t>جتنا زیادہ آپ اپنے مائنڈ کو ایکٹیو کریں گے اتنا ہی زیادہ آپ کے اندر سپر شکر پیدا ہو گا۔</w:t>
      </w:r>
    </w:p>
    <w:p>
      <w:r>
        <w:rPr>
          <w:b/>
        </w:rPr>
        <w:t xml:space="preserve">[33:27] </w:t>
      </w:r>
      <w:r>
        <w:t>Quran ko aap parhein to aik cheez bar bar Quran mein aai hai. li kull sabbar shakoor. li kull sabbar shakoor. yani jo shukr karne ke sath sath sabr karne wala ho. aur sabbar maani bohat ziyada shukr karne wala. bohat ziyada shukr karne wala. Quran mein yeh ayat kai bar aai hai ke shukr karne wal</w:t>
      </w:r>
    </w:p>
    <w:p>
      <w:pPr>
        <w:jc w:val="right"/>
      </w:pPr>
      <w:r>
        <w:t>قرآن کو آپ پڑھیں تو ایک چیز بار بار قرآن میں آئی ہے۔ لکل صبار شكور۔ لکل صبار شكور۔ یعنی جو شکر کرنے کے ساتھ ساتھ صبر کرنے والا ہو۔ اور صبار معنی بہت زیادہ شکر کرنے والا۔ بہت زیادہ شکر کرنے والا۔ قرآن میں یہ آیت کئی بار آئی ہے کہ شکر کرنے وال</w:t>
      </w:r>
    </w:p>
    <w:p>
      <w:r>
        <w:rPr>
          <w:b/>
        </w:rPr>
        <w:t xml:space="preserve">[33:57] </w:t>
      </w:r>
      <w:r>
        <w:t>a aur bohat zyada sabar karne wala.</w:t>
      </w:r>
    </w:p>
    <w:p>
      <w:pPr>
        <w:jc w:val="right"/>
      </w:pPr>
      <w:r>
        <w:t>ا اور بہت زیادہ صبر کرنے والا۔</w:t>
      </w:r>
    </w:p>
    <w:p>
      <w:r>
        <w:rPr>
          <w:b/>
        </w:rPr>
        <w:t xml:space="preserve">[34:01] </w:t>
      </w:r>
      <w:r>
        <w:t>yahan par socheye ke shukr ko bracket kiya hai sabar ke sath.</w:t>
      </w:r>
    </w:p>
    <w:p>
      <w:pPr>
        <w:jc w:val="right"/>
      </w:pPr>
      <w:r>
        <w:t>یہاں پر سوچیے کہ شکر کو بریکٹ کیا ہے صبر کے ساتھ۔</w:t>
      </w:r>
    </w:p>
    <w:p>
      <w:r>
        <w:rPr>
          <w:b/>
        </w:rPr>
        <w:t xml:space="preserve">[34:05] </w:t>
      </w:r>
      <w:r>
        <w:t>aisa kyun hai? is ka matlab yeh hua ke shukr karne wale woh hain jo bohat zyada sabar</w:t>
      </w:r>
    </w:p>
    <w:p>
      <w:pPr>
        <w:jc w:val="right"/>
      </w:pPr>
      <w:r>
        <w:t>ایسا کیوں ہے؟ اس کا مطلب یہ ہوا کہ شکر کرنے والے وہ ہیں جو بہت زیادہ صبر</w:t>
      </w:r>
    </w:p>
    <w:p>
      <w:r>
        <w:rPr>
          <w:b/>
        </w:rPr>
        <w:t xml:space="preserve">[34:09] </w:t>
      </w:r>
      <w:r>
        <w:t>karne wale hote hain.</w:t>
      </w:r>
    </w:p>
    <w:p>
      <w:pPr>
        <w:jc w:val="right"/>
      </w:pPr>
      <w:r>
        <w:t>کرنے والے ہوتے ہیں۔</w:t>
      </w:r>
    </w:p>
    <w:p>
      <w:r>
        <w:rPr>
          <w:b/>
        </w:rPr>
        <w:t xml:space="preserve">[34:13] </w:t>
      </w:r>
      <w:r>
        <w:t>bohat zyada sochne ki baat hai.</w:t>
      </w:r>
    </w:p>
    <w:p>
      <w:pPr>
        <w:jc w:val="right"/>
      </w:pPr>
      <w:r>
        <w:t>بہت زیادہ سوچنے کی بات ہے۔</w:t>
      </w:r>
    </w:p>
    <w:p>
      <w:r>
        <w:rPr>
          <w:b/>
        </w:rPr>
        <w:t xml:space="preserve">[34:17] </w:t>
      </w:r>
      <w:r>
        <w:t>ke sabar nahi to shukr bhi nahi.</w:t>
      </w:r>
    </w:p>
    <w:p>
      <w:pPr>
        <w:jc w:val="right"/>
      </w:pPr>
      <w:r>
        <w:t>کہ صبر نہیں تو شکر بھی نہیں۔</w:t>
      </w:r>
    </w:p>
    <w:p>
      <w:r>
        <w:rPr>
          <w:b/>
        </w:rPr>
        <w:t xml:space="preserve">[34:21] </w:t>
      </w:r>
      <w:r>
        <w:t>patience nahi to shukr bhi nahi.</w:t>
      </w:r>
    </w:p>
    <w:p>
      <w:pPr>
        <w:jc w:val="right"/>
      </w:pPr>
      <w:r>
        <w:t>پیشنس نہیں تو شکر بھی نہیں۔</w:t>
      </w:r>
    </w:p>
    <w:p>
      <w:r>
        <w:rPr>
          <w:b/>
        </w:rPr>
        <w:t xml:space="preserve">[34:25] </w:t>
      </w:r>
      <w:r>
        <w:t>lakal sabbar shakoor.</w:t>
      </w:r>
    </w:p>
    <w:p>
      <w:pPr>
        <w:jc w:val="right"/>
      </w:pPr>
      <w:r>
        <w:t>لکل صبار شكور۔</w:t>
      </w:r>
    </w:p>
    <w:p>
      <w:r>
        <w:rPr>
          <w:b/>
        </w:rPr>
        <w:t xml:space="preserve">[34:29] </w:t>
      </w:r>
      <w:r>
        <w:t>ke shukr karne wale woh hain jo bohat zyada sabar karne wale hote hain.</w:t>
      </w:r>
    </w:p>
    <w:p>
      <w:pPr>
        <w:jc w:val="right"/>
      </w:pPr>
      <w:r>
        <w:t>کہ شکر کرنے والے وہ ہیں جو بہت زیادہ صبر کرنے والے ہوتے ہیں۔</w:t>
      </w:r>
    </w:p>
    <w:p>
      <w:r>
        <w:rPr>
          <w:b/>
        </w:rPr>
        <w:t xml:space="preserve">[34:35] </w:t>
      </w:r>
      <w:r>
        <w:t>to sabar ki zaroorat kyun hai shukr ke liye? is ki zaroorat is liye hai ke har waqt</w:t>
      </w:r>
    </w:p>
    <w:p>
      <w:pPr>
        <w:jc w:val="right"/>
      </w:pPr>
      <w:r>
        <w:t>تو صبر کی ضرورت کیوں ہے شکر کے لیے؟ اس کی ضرورت اس لیے ہے کہ ہر وقت</w:t>
      </w:r>
    </w:p>
    <w:p>
      <w:r>
        <w:rPr>
          <w:b/>
        </w:rPr>
        <w:t xml:space="preserve">[34:41] </w:t>
      </w:r>
      <w:r>
        <w:t>آپ کو کچھ نہ کچھ in present situation پیش آتی ہے۔</w:t>
      </w:r>
    </w:p>
    <w:p>
      <w:pPr>
        <w:jc w:val="right"/>
      </w:pPr>
      <w:r>
        <w:t>آپ کو کچھ نہ کچھ ان پریزنٹ سچویشن پیش آتی ہے۔</w:t>
      </w:r>
    </w:p>
    <w:p>
      <w:r>
        <w:rPr>
          <w:b/>
        </w:rPr>
        <w:t xml:space="preserve">[34:47] </w:t>
      </w:r>
      <w:r>
        <w:t>کوئی نہ کوئی provocation آپ کو پیش آتا ہے۔</w:t>
      </w:r>
    </w:p>
    <w:p>
      <w:pPr>
        <w:jc w:val="right"/>
      </w:pPr>
      <w:r>
        <w:t>کوئی نہ کوئی پرووکیشن آپ کو پیش آتا ہے۔</w:t>
      </w:r>
    </w:p>
    <w:p>
      <w:r>
        <w:rPr>
          <w:b/>
        </w:rPr>
        <w:t xml:space="preserve">[34:53] </w:t>
      </w:r>
      <w:r>
        <w:t>koi na koi loss hota</w:t>
      </w:r>
    </w:p>
    <w:p>
      <w:pPr>
        <w:jc w:val="right"/>
      </w:pPr>
      <w:r>
        <w:t>کوئی نہ کوئی لاس ہوتا</w:t>
      </w:r>
    </w:p>
    <w:p>
      <w:r>
        <w:rPr>
          <w:b/>
        </w:rPr>
        <w:t xml:space="preserve">[34:59] </w:t>
      </w:r>
      <w:r>
        <w:t>hai, koi na koi nuqsan hota hai.</w:t>
      </w:r>
    </w:p>
    <w:p>
      <w:pPr>
        <w:jc w:val="right"/>
      </w:pPr>
      <w:r>
        <w:t>ہے، کوئی نہ کوئی نقصان ہوتا ہے۔</w:t>
      </w:r>
    </w:p>
    <w:p>
      <w:r>
        <w:rPr>
          <w:b/>
        </w:rPr>
        <w:t xml:space="preserve">[35:05] </w:t>
      </w:r>
      <w:r>
        <w:t>koi na koi aap ko kuch kar deta hai jis se aap ke andar complaint aati hai.</w:t>
      </w:r>
    </w:p>
    <w:p>
      <w:pPr>
        <w:jc w:val="right"/>
      </w:pPr>
      <w:r>
        <w:t>کوئی نہ کوئی آپ کو کچھ کر دیتا ہے جس سے آپ کے اندر کمپلینٹ آتی ہے۔</w:t>
      </w:r>
    </w:p>
    <w:p>
      <w:r>
        <w:rPr>
          <w:b/>
        </w:rPr>
        <w:t xml:space="preserve">[35:12] </w:t>
      </w:r>
      <w:r>
        <w:t>anger aata hai, malice aati hai, hate aata hai.</w:t>
      </w:r>
    </w:p>
    <w:p>
      <w:pPr>
        <w:jc w:val="right"/>
      </w:pPr>
      <w:r>
        <w:t>اینگر آتا ہے، میلث آتی ہے، ہیٹ آتا ہے۔</w:t>
      </w:r>
    </w:p>
    <w:p>
      <w:r>
        <w:rPr>
          <w:b/>
        </w:rPr>
        <w:t xml:space="preserve">[35:18] </w:t>
      </w:r>
      <w:r>
        <w:t>to yeh sab chezen jo agar aap ke andar aa jayen to aap shukr kaise karen ge? dekhiye</w:t>
      </w:r>
    </w:p>
    <w:p>
      <w:pPr>
        <w:jc w:val="right"/>
      </w:pPr>
      <w:r>
        <w:t>تو یہ سب چیزیں جو اگر آپ کے اندر آ جائیں تو آپ شکر کیسے کریں گے؟ دیکھیے</w:t>
      </w:r>
    </w:p>
    <w:p>
      <w:r>
        <w:rPr>
          <w:b/>
        </w:rPr>
        <w:t xml:space="preserve">[35:24] </w:t>
      </w:r>
      <w:r>
        <w:t>Negative thought اور شکر دونوں ایک ساتھ کبھی بھی جمع نہیں ہو سکتے۔ Impossible ہے۔</w:t>
      </w:r>
    </w:p>
    <w:p>
      <w:pPr>
        <w:jc w:val="right"/>
      </w:pPr>
      <w:r>
        <w:t>نیگیٹیو تھاٹ اور شکر دونوں ایک ساتھ کبھی بھی جمع نہیں ہو سکتے۔ امپاسیبل ہے۔</w:t>
      </w:r>
    </w:p>
    <w:p>
      <w:r>
        <w:rPr>
          <w:b/>
        </w:rPr>
        <w:t xml:space="preserve">[35:30] </w:t>
      </w:r>
      <w:r>
        <w:t>impossible hai.</w:t>
      </w:r>
    </w:p>
    <w:p>
      <w:pPr>
        <w:jc w:val="right"/>
      </w:pPr>
      <w:r>
        <w:t>امپاسیبل ہے۔</w:t>
      </w:r>
    </w:p>
    <w:p>
      <w:r>
        <w:rPr>
          <w:b/>
        </w:rPr>
        <w:t xml:space="preserve">[35:35] </w:t>
      </w:r>
      <w:r>
        <w:t>negative thought agar one percent bhi hai samjhiye ke shukr nahi hai wahan par.</w:t>
      </w:r>
    </w:p>
    <w:p>
      <w:pPr>
        <w:jc w:val="right"/>
      </w:pPr>
      <w:r>
        <w:t>نیگیٹیو تھاٹ اگر ون پرسنٹ بھی ہے سمجھئے کہ شکر نہیں ہے وہاں پر۔</w:t>
      </w:r>
    </w:p>
    <w:p>
      <w:r>
        <w:rPr>
          <w:b/>
        </w:rPr>
        <w:t xml:space="preserve">[35:40] </w:t>
      </w:r>
      <w:r>
        <w:t>Negative thought کا مطلب یہ ہے کہ آپ کے اندر malice ہے، غصہ ہے، نفرت ہے، impatience ہے۔</w:t>
      </w:r>
    </w:p>
    <w:p>
      <w:pPr>
        <w:jc w:val="right"/>
      </w:pPr>
      <w:r>
        <w:t>نیگیٹیو تھاٹ کا مطلب یہ ہے کہ آپ کے اندر میلث ہے، غصہ ہے، نفرت ہے، امپیشنس ہے۔</w:t>
      </w:r>
    </w:p>
    <w:p>
      <w:r>
        <w:rPr>
          <w:b/>
        </w:rPr>
        <w:t xml:space="preserve">[35:45] </w:t>
      </w:r>
      <w:r>
        <w:t>aur kisi se aap ne dushmani kar rakhi hai, us se bolte nahi hain.</w:t>
      </w:r>
    </w:p>
    <w:p>
      <w:pPr>
        <w:jc w:val="right"/>
      </w:pPr>
      <w:r>
        <w:t>اور کسی سے آپ نے دشمنی کر رکھی ہے، اس سے بولتے نہیں ہیں۔</w:t>
      </w:r>
    </w:p>
    <w:p>
      <w:r>
        <w:rPr>
          <w:b/>
        </w:rPr>
        <w:t xml:space="preserve">[35:51] </w:t>
      </w:r>
      <w:r>
        <w:t>yeh sari chezen negative thought hain.</w:t>
      </w:r>
    </w:p>
    <w:p>
      <w:pPr>
        <w:jc w:val="right"/>
      </w:pPr>
      <w:r>
        <w:t>یہ ساری چیزیں نیگیٹیو تھاٹ ہیں۔</w:t>
      </w:r>
    </w:p>
    <w:p>
      <w:r>
        <w:rPr>
          <w:b/>
        </w:rPr>
        <w:t xml:space="preserve">[35:56] </w:t>
      </w:r>
      <w:r>
        <w:t>to dekhiye shukr</w:t>
      </w:r>
    </w:p>
    <w:p>
      <w:pPr>
        <w:jc w:val="right"/>
      </w:pPr>
      <w:r>
        <w:t>تو دیکھیے شکر</w:t>
      </w:r>
    </w:p>
    <w:p>
      <w:r>
        <w:rPr>
          <w:b/>
        </w:rPr>
        <w:t xml:space="preserve">[36:01] </w:t>
      </w:r>
      <w:r>
        <w:t>بہت زیادہ positive activity کا نام ہے۔ positive۔</w:t>
      </w:r>
    </w:p>
    <w:p>
      <w:pPr>
        <w:jc w:val="right"/>
      </w:pPr>
      <w:r>
        <w:t>بہت زیادہ پازیٹیو ایکٹیویٹی کا نام ہے۔ پازیٹیو۔</w:t>
      </w:r>
    </w:p>
    <w:p>
      <w:r>
        <w:rPr>
          <w:b/>
        </w:rPr>
        <w:t xml:space="preserve">[36:06] </w:t>
      </w:r>
      <w:r>
        <w:t>hundred percent positive aap honge tab hi aap shukr kar sakte hain.</w:t>
      </w:r>
    </w:p>
    <w:p>
      <w:pPr>
        <w:jc w:val="right"/>
      </w:pPr>
      <w:r>
        <w:t>ہنڈرڈ پرسنٹ پازیٹیو آپ ہوں گے تب ہی آپ شکر کر سکتے ہیں۔</w:t>
      </w:r>
    </w:p>
    <w:p>
      <w:r>
        <w:rPr>
          <w:b/>
        </w:rPr>
        <w:t xml:space="preserve">[36:11] </w:t>
      </w:r>
      <w:r>
        <w:t>one percent bhi agar aap ke andar negativity agar hai to aap shukr nahi kar sakte.</w:t>
      </w:r>
    </w:p>
    <w:p>
      <w:pPr>
        <w:jc w:val="right"/>
      </w:pPr>
      <w:r>
        <w:t>ون پرسنٹ بھی اگر آپ کے اندر نیگیٹیویٹی اگر ہے تو آپ شکر نہیں کر سکتے۔</w:t>
      </w:r>
    </w:p>
    <w:p>
      <w:r>
        <w:rPr>
          <w:b/>
        </w:rPr>
        <w:t xml:space="preserve">[36:16] </w:t>
      </w:r>
      <w:r>
        <w:t>acchi tarah samajh lijiye.</w:t>
      </w:r>
    </w:p>
    <w:p>
      <w:pPr>
        <w:jc w:val="right"/>
      </w:pPr>
      <w:r>
        <w:t>اچھی طرح سمجھ لیجیے۔</w:t>
      </w:r>
    </w:p>
    <w:p>
      <w:r>
        <w:rPr>
          <w:b/>
        </w:rPr>
        <w:t xml:space="preserve">[36:21] </w:t>
      </w:r>
      <w:r>
        <w:t>jis tarah se ek glass pani hai, acha pani.</w:t>
      </w:r>
    </w:p>
    <w:p>
      <w:pPr>
        <w:jc w:val="right"/>
      </w:pPr>
      <w:r>
        <w:t>جس طرح سے ایک گلاس پانی ہے، اچھا پانی۔</w:t>
      </w:r>
    </w:p>
    <w:p>
      <w:r>
        <w:rPr>
          <w:b/>
        </w:rPr>
        <w:t xml:space="preserve">[36:26] </w:t>
      </w:r>
      <w:r>
        <w:t>is mein aap ek choti si boond</w:t>
      </w:r>
    </w:p>
    <w:p>
      <w:pPr>
        <w:jc w:val="right"/>
      </w:pPr>
      <w:r>
        <w:t>اس میں آپ ایک چھوٹی سی بوند</w:t>
      </w:r>
    </w:p>
    <w:p>
      <w:r>
        <w:rPr>
          <w:b/>
        </w:rPr>
        <w:t xml:space="preserve">[36:31] </w:t>
      </w:r>
      <w:r>
        <w:t>، ایک بہت چھوٹا سا ڈراپ، سرسوں کے برابر آپ ڈال دیں، poison۔</w:t>
      </w:r>
    </w:p>
    <w:p>
      <w:pPr>
        <w:jc w:val="right"/>
      </w:pPr>
      <w:r>
        <w:t>، ایک بہت چھوٹا سا ڈراپ، سرسوں کے برابر آپ ڈال دیں، پوائزن۔</w:t>
      </w:r>
    </w:p>
    <w:p>
      <w:r>
        <w:rPr>
          <w:b/>
        </w:rPr>
        <w:t xml:space="preserve">[36:36] </w:t>
      </w:r>
      <w:r>
        <w:t>to sara pani jo hai kharab ho jayega.</w:t>
      </w:r>
    </w:p>
    <w:p>
      <w:pPr>
        <w:jc w:val="right"/>
      </w:pPr>
      <w:r>
        <w:t>تو سارا پانی جو ہے خراب ہو جائے گا۔</w:t>
      </w:r>
    </w:p>
    <w:p>
      <w:r>
        <w:rPr>
          <w:b/>
        </w:rPr>
        <w:t xml:space="preserve">[36:41] </w:t>
      </w:r>
      <w:r>
        <w:t>ek poori balti pani hai is mein aap ek drop daal diye poison ka to sara pani kharab</w:t>
      </w:r>
    </w:p>
    <w:p>
      <w:pPr>
        <w:jc w:val="right"/>
      </w:pPr>
      <w:r>
        <w:t>ایک پوری بالٹی پانی ہے اس میں آپ ایک ڈراپ ڈال دیئے پوائزن کا تو سارا پانی خراب</w:t>
      </w:r>
    </w:p>
    <w:p>
      <w:r>
        <w:rPr>
          <w:b/>
        </w:rPr>
        <w:t xml:space="preserve">[36:46] </w:t>
      </w:r>
      <w:r>
        <w:t>ho jayega.</w:t>
      </w:r>
    </w:p>
    <w:p>
      <w:pPr>
        <w:jc w:val="right"/>
      </w:pPr>
      <w:r>
        <w:t>ہو جائے گا۔</w:t>
      </w:r>
    </w:p>
    <w:p>
      <w:r>
        <w:rPr>
          <w:b/>
        </w:rPr>
        <w:t xml:space="preserve">[36:51] </w:t>
      </w:r>
      <w:r>
        <w:t>isi tarah se insani personality ka mamla hai.</w:t>
      </w:r>
    </w:p>
    <w:p>
      <w:pPr>
        <w:jc w:val="right"/>
      </w:pPr>
      <w:r>
        <w:t>اسی طرح سے انسانی پرسنیلٹی کا معاملہ ہے۔</w:t>
      </w:r>
    </w:p>
    <w:p>
      <w:r>
        <w:rPr>
          <w:b/>
        </w:rPr>
        <w:t xml:space="preserve">[36:56] </w:t>
      </w:r>
      <w:r>
        <w:t>jis aadmi ke andar</w:t>
      </w:r>
    </w:p>
    <w:p>
      <w:pPr>
        <w:jc w:val="right"/>
      </w:pPr>
      <w:r>
        <w:t>جس آدمی کے اندر</w:t>
      </w:r>
    </w:p>
    <w:p>
      <w:r>
        <w:rPr>
          <w:b/>
        </w:rPr>
        <w:t xml:space="preserve">[37:01] </w:t>
      </w:r>
      <w:r>
        <w:t>کچھ بھی، ایک آئٹہ کے برابر بھی negativity ہے تو شکر اس کے دل میں نہیں آ سکتا۔</w:t>
      </w:r>
    </w:p>
    <w:p>
      <w:pPr>
        <w:jc w:val="right"/>
      </w:pPr>
      <w:r>
        <w:t>کچھ بھی، ایک آئٹہ کے برابر بھی نیگیٹیویٹی ہے تو شکر اس کے دل میں نہیں آ سکتا۔</w:t>
      </w:r>
    </w:p>
    <w:p>
      <w:r>
        <w:rPr>
          <w:b/>
        </w:rPr>
        <w:t xml:space="preserve">[37:07] </w:t>
      </w:r>
      <w:r>
        <w:t>shukr to bohat ziyada positivity chahta hai.</w:t>
      </w:r>
    </w:p>
    <w:p>
      <w:pPr>
        <w:jc w:val="right"/>
      </w:pPr>
      <w:r>
        <w:t>شکر تو بہت زیادہ پازیٹیویٹی چاہتا ہے۔</w:t>
      </w:r>
    </w:p>
    <w:p>
      <w:r>
        <w:rPr>
          <w:b/>
        </w:rPr>
        <w:t xml:space="preserve">[37:14] </w:t>
      </w:r>
      <w:r>
        <w:t>Positivity, hundred percent positivity.</w:t>
      </w:r>
    </w:p>
    <w:p>
      <w:pPr>
        <w:jc w:val="right"/>
      </w:pPr>
      <w:r>
        <w:t>پازیٹیویٹی، ہنڈرڈ پرسنٹ پازیٹیویٹی۔</w:t>
      </w:r>
    </w:p>
    <w:p>
      <w:r>
        <w:rPr>
          <w:b/>
        </w:rPr>
        <w:t xml:space="preserve">[37:20] </w:t>
      </w:r>
      <w:r>
        <w:t>is liye sabar banna hai.</w:t>
      </w:r>
    </w:p>
    <w:p>
      <w:pPr>
        <w:jc w:val="right"/>
      </w:pPr>
      <w:r>
        <w:t>اس لیے صبار بننا ہے۔</w:t>
      </w:r>
    </w:p>
    <w:p>
      <w:r>
        <w:rPr>
          <w:b/>
        </w:rPr>
        <w:t xml:space="preserve">[37:26] </w:t>
      </w:r>
      <w:r>
        <w:t>kyun ke aap mita sakte nahi dunya ko, dunya se evil ko. dunya se</w:t>
      </w:r>
    </w:p>
    <w:p>
      <w:pPr>
        <w:jc w:val="right"/>
      </w:pPr>
      <w:r>
        <w:t>کیوں کہ آپ مٹا سکتے نہیں دنیا کو، دنیا سے ایول کو۔ دنیا سے</w:t>
      </w:r>
    </w:p>
    <w:p>
      <w:r>
        <w:rPr>
          <w:b/>
        </w:rPr>
        <w:t xml:space="preserve">[37:32] </w:t>
      </w:r>
      <w:r>
        <w:t>evil ko mita nahi sakte aap.</w:t>
      </w:r>
    </w:p>
    <w:p>
      <w:pPr>
        <w:jc w:val="right"/>
      </w:pPr>
      <w:r>
        <w:t>ایول کو مٹا نہیں سکتے آپ۔</w:t>
      </w:r>
    </w:p>
    <w:p>
      <w:r>
        <w:rPr>
          <w:b/>
        </w:rPr>
        <w:t xml:space="preserve">[37:37] </w:t>
      </w:r>
      <w:r>
        <w:t>evil to rahegi.</w:t>
      </w:r>
    </w:p>
    <w:p>
      <w:pPr>
        <w:jc w:val="right"/>
      </w:pPr>
      <w:r>
        <w:t>ایول تو رہے گی۔</w:t>
      </w:r>
    </w:p>
    <w:p>
      <w:r>
        <w:rPr>
          <w:b/>
        </w:rPr>
        <w:t xml:space="preserve">[37:42] </w:t>
      </w:r>
      <w:r>
        <w:t>kyun ke insaan ko Khuda ne di hai freedom, azadi.</w:t>
      </w:r>
    </w:p>
    <w:p>
      <w:pPr>
        <w:jc w:val="right"/>
      </w:pPr>
      <w:r>
        <w:t>کیوں کہ انسان کو خدا نے دی ہے فریڈم، آزادی۔</w:t>
      </w:r>
    </w:p>
    <w:p>
      <w:r>
        <w:rPr>
          <w:b/>
        </w:rPr>
        <w:t xml:space="preserve">[37:47] </w:t>
      </w:r>
      <w:r>
        <w:t>to azadi di hai to log misuse bhi karenge, yeh bhi karenge, woh bhi karenge.</w:t>
      </w:r>
    </w:p>
    <w:p>
      <w:pPr>
        <w:jc w:val="right"/>
      </w:pPr>
      <w:r>
        <w:t>تو آزادی دی ہے تو لوگ مس یوز بھی کریں گے، یہ بھی کریں گے، وہ بھی کریں گے۔</w:t>
      </w:r>
    </w:p>
    <w:p>
      <w:r>
        <w:rPr>
          <w:b/>
        </w:rPr>
        <w:t xml:space="preserve">[37:52] </w:t>
      </w:r>
      <w:r>
        <w:t>to aap mitaen kaise? aap ke bas mein nahi hai ke aap freedom ko abalish kar dein.</w:t>
      </w:r>
    </w:p>
    <w:p>
      <w:pPr>
        <w:jc w:val="right"/>
      </w:pPr>
      <w:r>
        <w:t>تو آپ مٹائیں کیسے؟ آپ کے بس میں نہیں ہے کہ آپ فریڈم کو ابالش کر دیں۔</w:t>
      </w:r>
    </w:p>
    <w:p>
      <w:r>
        <w:rPr>
          <w:b/>
        </w:rPr>
        <w:t xml:space="preserve">[37:57] </w:t>
      </w:r>
      <w:r>
        <w:t>is liye aap ke bas mein yeh bhi nahi hai ke sari unpresent situation ko aap khatam</w:t>
      </w:r>
    </w:p>
    <w:p>
      <w:pPr>
        <w:jc w:val="right"/>
      </w:pPr>
      <w:r>
        <w:t>اس لیے آپ کے بس میں یہ بھی نہیں ہے کہ ساری ان پریزنٹ سچویشن کو آپ ختم</w:t>
      </w:r>
    </w:p>
    <w:p>
      <w:r>
        <w:rPr>
          <w:b/>
        </w:rPr>
        <w:t xml:space="preserve">[38:02] </w:t>
      </w:r>
      <w:r>
        <w:t>kar dein.</w:t>
      </w:r>
    </w:p>
    <w:p>
      <w:pPr>
        <w:jc w:val="right"/>
      </w:pPr>
      <w:r>
        <w:t>کر دیں۔</w:t>
      </w:r>
    </w:p>
    <w:p>
      <w:r>
        <w:rPr>
          <w:b/>
        </w:rPr>
        <w:t xml:space="preserve">[38:06] </w:t>
      </w:r>
      <w:r>
        <w:t>woh rahegi.</w:t>
      </w:r>
    </w:p>
    <w:p>
      <w:pPr>
        <w:jc w:val="right"/>
      </w:pPr>
      <w:r>
        <w:t>وہ رہے گی۔</w:t>
      </w:r>
    </w:p>
    <w:p>
      <w:r>
        <w:rPr>
          <w:b/>
        </w:rPr>
        <w:t xml:space="preserve">[38:09] </w:t>
      </w:r>
      <w:r>
        <w:t>jis mani ke is ke rehte hue aap ko positive banna padega.</w:t>
      </w:r>
    </w:p>
    <w:p>
      <w:pPr>
        <w:jc w:val="right"/>
      </w:pPr>
      <w:r>
        <w:t>جس معنی کہ اس کے رہتے ہوئے آپ کو پازیٹیو بننا پڑے گا۔</w:t>
      </w:r>
    </w:p>
    <w:p>
      <w:r>
        <w:rPr>
          <w:b/>
        </w:rPr>
        <w:t xml:space="preserve">[38:13] </w:t>
      </w:r>
      <w:r>
        <w:t>aur woh kaise hoga? woh sabr ke through hoga.</w:t>
      </w:r>
    </w:p>
    <w:p>
      <w:pPr>
        <w:jc w:val="right"/>
      </w:pPr>
      <w:r>
        <w:t>اور وہ کیسے ہو گا؟ وہ صبر کے تھرو ہو گا۔</w:t>
      </w:r>
    </w:p>
    <w:p>
      <w:r>
        <w:rPr>
          <w:b/>
        </w:rPr>
        <w:t xml:space="preserve">[38:17] </w:t>
      </w:r>
      <w:r>
        <w:t>yani un par sabr kar ke aap un ko positive banayenge.</w:t>
      </w:r>
    </w:p>
    <w:p>
      <w:pPr>
        <w:jc w:val="right"/>
      </w:pPr>
      <w:r>
        <w:t>یعنی ان پر صبر کر کے آپ ان کو پازیٹیو بنائیں گے۔</w:t>
      </w:r>
    </w:p>
    <w:p>
      <w:r>
        <w:rPr>
          <w:b/>
        </w:rPr>
        <w:t xml:space="preserve">[38:21] </w:t>
      </w:r>
      <w:r>
        <w:t>jab positive banayenge tab aap ke andar thrilling shukr aayega.</w:t>
      </w:r>
    </w:p>
    <w:p>
      <w:pPr>
        <w:jc w:val="right"/>
      </w:pPr>
      <w:r>
        <w:t>جب پازیٹیو بنائیں گے تب آپ کے اندر تھرلنگ شکر آئے گا۔</w:t>
      </w:r>
    </w:p>
    <w:p>
      <w:r>
        <w:rPr>
          <w:b/>
        </w:rPr>
        <w:t xml:space="preserve">[38:24] </w:t>
      </w:r>
      <w:r>
        <w:t>yeh hai process.</w:t>
      </w:r>
    </w:p>
    <w:p>
      <w:pPr>
        <w:jc w:val="right"/>
      </w:pPr>
      <w:r>
        <w:t>یہ ہے پروسیس۔</w:t>
      </w:r>
    </w:p>
    <w:p>
      <w:r>
        <w:rPr>
          <w:b/>
        </w:rPr>
        <w:t xml:space="preserve">[38:28] </w:t>
      </w:r>
      <w:r>
        <w:t>yani aap ko in sari cheezon ko ignore karna padega.</w:t>
      </w:r>
    </w:p>
    <w:p>
      <w:pPr>
        <w:jc w:val="right"/>
      </w:pPr>
      <w:r>
        <w:t>یعنی آپ کو ان ساری چیزوں کو اگنور کرنا پڑے گا۔</w:t>
      </w:r>
    </w:p>
    <w:p>
      <w:r>
        <w:rPr>
          <w:b/>
        </w:rPr>
        <w:t xml:space="preserve">[38:32] </w:t>
      </w:r>
      <w:r>
        <w:t>jo aap ke against mein ho rahi hain.</w:t>
      </w:r>
    </w:p>
    <w:p>
      <w:pPr>
        <w:jc w:val="right"/>
      </w:pPr>
      <w:r>
        <w:t>جو آپ کے اگینسٹ میں ہو رہی ہیں۔</w:t>
      </w:r>
    </w:p>
    <w:p>
      <w:r>
        <w:rPr>
          <w:b/>
        </w:rPr>
        <w:t xml:space="preserve">[38:37] </w:t>
      </w:r>
      <w:r>
        <w:t>ignore karna padega.</w:t>
      </w:r>
    </w:p>
    <w:p>
      <w:pPr>
        <w:jc w:val="right"/>
      </w:pPr>
      <w:r>
        <w:t>اگنور کرنا پڑے گا۔</w:t>
      </w:r>
    </w:p>
    <w:p>
      <w:r>
        <w:rPr>
          <w:b/>
        </w:rPr>
        <w:t xml:space="preserve">[38:42] </w:t>
      </w:r>
      <w:r>
        <w:t>sabr karna padega un ke upar.</w:t>
      </w:r>
    </w:p>
    <w:p>
      <w:pPr>
        <w:jc w:val="right"/>
      </w:pPr>
      <w:r>
        <w:t>صبر کرنا پڑے گا ان کے اوپر۔</w:t>
      </w:r>
    </w:p>
    <w:p>
      <w:r>
        <w:rPr>
          <w:b/>
        </w:rPr>
        <w:t xml:space="preserve">[38:47] </w:t>
      </w:r>
      <w:r>
        <w:t>apne seene ko is se khaali karna pare ga.</w:t>
      </w:r>
    </w:p>
    <w:p>
      <w:pPr>
        <w:jc w:val="right"/>
      </w:pPr>
      <w:r>
        <w:t>اپنے سینے کو اس سے خالی کرنا پڑے گا۔</w:t>
      </w:r>
    </w:p>
    <w:p>
      <w:r>
        <w:rPr>
          <w:b/>
        </w:rPr>
        <w:t xml:space="preserve">[38:52] </w:t>
      </w:r>
      <w:r>
        <w:t>jab aisa aap kar len ge tab aap ke andar positivity aaye gi.</w:t>
      </w:r>
    </w:p>
    <w:p>
      <w:pPr>
        <w:jc w:val="right"/>
      </w:pPr>
      <w:r>
        <w:t>جب ایسا آپ کر لیں گے تب آپ کے اندر پازیٹیویٹی آئے گی۔</w:t>
      </w:r>
    </w:p>
    <w:p>
      <w:r>
        <w:rPr>
          <w:b/>
        </w:rPr>
        <w:t xml:space="preserve">[38:57] </w:t>
      </w:r>
      <w:r>
        <w:t>aur jab positivity aaye gi tab aap ke andar woh soch jaag jaaye gi.</w:t>
      </w:r>
    </w:p>
    <w:p>
      <w:pPr>
        <w:jc w:val="right"/>
      </w:pPr>
      <w:r>
        <w:t>اور جب پازیٹیویٹی آئے گی تب آپ کے اندر وہ سوچ جاگ جائے گی۔</w:t>
      </w:r>
    </w:p>
    <w:p>
      <w:r>
        <w:rPr>
          <w:b/>
        </w:rPr>
        <w:t xml:space="preserve">[39:02] </w:t>
      </w:r>
      <w:r>
        <w:t>woh soch jis soch ka nateeja hota hai super shukr.</w:t>
      </w:r>
    </w:p>
    <w:p>
      <w:pPr>
        <w:jc w:val="right"/>
      </w:pPr>
      <w:r>
        <w:t>وہ سوچ جس سوچ کا نتیجہ ہوتا ہے سپر شکر۔</w:t>
      </w:r>
    </w:p>
    <w:p>
      <w:r>
        <w:rPr>
          <w:b/>
        </w:rPr>
        <w:t xml:space="preserve">[39:07] </w:t>
      </w:r>
      <w:r>
        <w:t>kal ke paper mein aik aik bohat an ek interesting cheez thi. woh northern ireland ki aik university ke professors ne aik research kiya hai. ke research is par kiya hai ke jo atheist hotay hain woh aur jo Khuda ko mannay walay woh hotay hain woh in mein compare kiya unhon ne. compare, com</w:t>
      </w:r>
    </w:p>
    <w:p>
      <w:pPr>
        <w:jc w:val="right"/>
      </w:pPr>
      <w:r>
        <w:t>کل کے پیپر میں ایک ایک بہت ان ایک انٹرسٹنگ چیز تھی۔ وہ ناردرن آئرلینڈ کی ایک یونیورسٹی کے پروفیسروں نے ایک ریسرچ کیا ہے۔ کہ ریسرچ اس پر کیا ہے کہ جو ایتھیسٹ ہوتے ہیں وہ اور جو خدا کو ماننے والے وہ ہوتے ہیں وہ ان میں کمپیئر کیا انہوں نے۔ کمپیئر، کم</w:t>
      </w:r>
    </w:p>
    <w:p>
      <w:r>
        <w:rPr>
          <w:b/>
        </w:rPr>
        <w:t xml:space="preserve">[39:37] </w:t>
      </w:r>
      <w:r>
        <w:t>parison kiya unhon ne. to comparison ke baad unhon ne aik report chhapi hai. us mein batatay hain ke atheist log ziyada intelligent hotay hain. atheist are likely to be more intelligent than those who believe in God. to is ko le kar ke aik column columnist ne aik likha hai article. jo kal ke English</w:t>
      </w:r>
    </w:p>
    <w:p>
      <w:pPr>
        <w:jc w:val="right"/>
      </w:pPr>
      <w:r>
        <w:t>پیریزن کیا انہوں نے۔ تو کمپیریزن کے بعد انہوں نے ایک رپورٹ چھاپی ہے۔ اس میں بتاتے ہیں کہ ایتھیسٹ لوگ زیادہ انٹیلیجنٹ ہوتے ہیں۔ ایتھیسٹ آر لائکلی ٹو بی مور انٹیلیجنٹ دین دوز ہو بیلیو ان گاڈ۔ تو اس کو لے کر کے ایک کالم کالمسٹ نے ایک لکھا ہے آرٹیکل۔ جو کل کے انگل</w:t>
      </w:r>
    </w:p>
    <w:p>
      <w:r>
        <w:rPr>
          <w:b/>
        </w:rPr>
        <w:t xml:space="preserve">[40:07] </w:t>
      </w:r>
      <w:r>
        <w:t>sh parchy mein chupa hai.</w:t>
      </w:r>
    </w:p>
    <w:p>
      <w:pPr>
        <w:jc w:val="right"/>
      </w:pPr>
      <w:r>
        <w:t>ش پرچے میں چھپا ہے۔</w:t>
      </w:r>
    </w:p>
    <w:p>
      <w:r>
        <w:rPr>
          <w:b/>
        </w:rPr>
        <w:t xml:space="preserve">[40:12] </w:t>
      </w:r>
      <w:r>
        <w:t>kal ya parson ke.</w:t>
      </w:r>
    </w:p>
    <w:p>
      <w:pPr>
        <w:jc w:val="right"/>
      </w:pPr>
      <w:r>
        <w:t>کل یا پرسوں کے۔</w:t>
      </w:r>
    </w:p>
    <w:p>
      <w:r>
        <w:rPr>
          <w:b/>
        </w:rPr>
        <w:t xml:space="preserve">[40:16] </w:t>
      </w:r>
      <w:r>
        <w:t>to is ne jokingly yeh kaha hai ke yeh to tum ulti baat keh rahe ho.</w:t>
      </w:r>
    </w:p>
    <w:p>
      <w:pPr>
        <w:jc w:val="right"/>
      </w:pPr>
      <w:r>
        <w:t>تو اس نے جوکنگلی یہ کہا ہے کہ یہ تو تم الٹی بات کہہ رہے ہو۔</w:t>
      </w:r>
    </w:p>
    <w:p>
      <w:r>
        <w:rPr>
          <w:b/>
        </w:rPr>
        <w:t xml:space="preserve">[40:20] </w:t>
      </w:r>
      <w:r>
        <w:t>jo Khuda ko maanne wale hain woh zyada intelligent hain.</w:t>
      </w:r>
    </w:p>
    <w:p>
      <w:pPr>
        <w:jc w:val="right"/>
      </w:pPr>
      <w:r>
        <w:t>جو خدا کو ماننے والے ہیں وہ زیادہ انٹیلیجنٹ ہیں۔</w:t>
      </w:r>
    </w:p>
    <w:p>
      <w:r>
        <w:rPr>
          <w:b/>
        </w:rPr>
        <w:t xml:space="preserve">[40:25] </w:t>
      </w:r>
      <w:r>
        <w:t>yeh joke kya hai is ne? woh kaise? to woh kehte hain ke dekho dunya ko.</w:t>
      </w:r>
    </w:p>
    <w:p>
      <w:pPr>
        <w:jc w:val="right"/>
      </w:pPr>
      <w:r>
        <w:t>یہ جوک کیا ہے اس نے؟ وہ کیسے؟ تو وہ کہتے ہیں کہ دیکھو دنیا کو۔</w:t>
      </w:r>
    </w:p>
    <w:p>
      <w:r>
        <w:rPr>
          <w:b/>
        </w:rPr>
        <w:t xml:space="preserve">[40:29] </w:t>
      </w:r>
      <w:r>
        <w:t>yahan kitna horror hai.</w:t>
      </w:r>
    </w:p>
    <w:p>
      <w:pPr>
        <w:jc w:val="right"/>
      </w:pPr>
      <w:r>
        <w:t>یہاں کتنا ہرر ہے۔</w:t>
      </w:r>
    </w:p>
    <w:p>
      <w:r>
        <w:rPr>
          <w:b/>
        </w:rPr>
        <w:t xml:space="preserve">[40:34] </w:t>
      </w:r>
      <w:r>
        <w:t>itna horror hai, itni museebat hai, itni malai hai, itna corruption hai, itni problem hai,</w:t>
      </w:r>
    </w:p>
    <w:p>
      <w:pPr>
        <w:jc w:val="right"/>
      </w:pPr>
      <w:r>
        <w:t>اتنا ہرر ہے، اتنی مصیبت ہے، اتنی ملٹی ہے، اتنا کرپشن ہے، اتنی پرابلم ہے،</w:t>
      </w:r>
    </w:p>
    <w:p>
      <w:r>
        <w:rPr>
          <w:b/>
        </w:rPr>
        <w:t xml:space="preserve">[40:38] </w:t>
      </w:r>
      <w:r>
        <w:t>itna evil hai.</w:t>
      </w:r>
    </w:p>
    <w:p>
      <w:pPr>
        <w:jc w:val="right"/>
      </w:pPr>
      <w:r>
        <w:t>اتنا ایول ہے۔</w:t>
      </w:r>
    </w:p>
    <w:p>
      <w:r>
        <w:rPr>
          <w:b/>
        </w:rPr>
        <w:t xml:space="preserve">[40:41] </w:t>
      </w:r>
      <w:r>
        <w:t>tab bhi yeh log Khuda ko maante hain.</w:t>
      </w:r>
    </w:p>
    <w:p>
      <w:pPr>
        <w:jc w:val="right"/>
      </w:pPr>
      <w:r>
        <w:t>تب بھی یہ لوگ خدا کو مانتے ہیں۔</w:t>
      </w:r>
    </w:p>
    <w:p>
      <w:r>
        <w:rPr>
          <w:b/>
        </w:rPr>
        <w:t xml:space="preserve">[40:45] </w:t>
      </w:r>
      <w:r>
        <w:t>aise Khuda ko jo God Almighty hai.</w:t>
      </w:r>
    </w:p>
    <w:p>
      <w:pPr>
        <w:jc w:val="right"/>
      </w:pPr>
      <w:r>
        <w:t>ایسے خدا کو جو گاڈ آل مائٹی ہے۔</w:t>
      </w:r>
    </w:p>
    <w:p>
      <w:r>
        <w:rPr>
          <w:b/>
        </w:rPr>
        <w:t xml:space="preserve">[40:48] </w:t>
      </w:r>
      <w:r>
        <w:t>jo God All Right hai.</w:t>
      </w:r>
    </w:p>
    <w:p>
      <w:pPr>
        <w:jc w:val="right"/>
      </w:pPr>
      <w:r>
        <w:t>جو گاڈ آل رائٹ ہے۔</w:t>
      </w:r>
    </w:p>
    <w:p>
      <w:r>
        <w:rPr>
          <w:b/>
        </w:rPr>
        <w:t xml:space="preserve">[40:52] </w:t>
      </w:r>
      <w:r>
        <w:t>jo saari qism ki burai is ke andar hai.</w:t>
      </w:r>
    </w:p>
    <w:p>
      <w:pPr>
        <w:jc w:val="right"/>
      </w:pPr>
      <w:r>
        <w:t>جو ساری قسم کی بوٹی اس کے اندر ہے۔</w:t>
      </w:r>
    </w:p>
    <w:p>
      <w:r>
        <w:rPr>
          <w:b/>
        </w:rPr>
        <w:t xml:space="preserve">[40:55] </w:t>
      </w:r>
      <w:r>
        <w:t>tab bhi yeh maante hain ke aisa Khuda hai.</w:t>
      </w:r>
    </w:p>
    <w:p>
      <w:pPr>
        <w:jc w:val="right"/>
      </w:pPr>
      <w:r>
        <w:t>تب بھی یہ مانتے ہیں کہ ایسا خدا ہے۔</w:t>
      </w:r>
    </w:p>
    <w:p>
      <w:r>
        <w:rPr>
          <w:b/>
        </w:rPr>
        <w:t xml:space="preserve">[40:58] </w:t>
      </w:r>
      <w:r>
        <w:t>yaani evil se bhari hui ek dunya banai Khuda ne.</w:t>
      </w:r>
    </w:p>
    <w:p>
      <w:pPr>
        <w:jc w:val="right"/>
      </w:pPr>
      <w:r>
        <w:t>یعنی ایول سے بھری ہوئی ایک دنیا بنائی خدا نے۔</w:t>
      </w:r>
    </w:p>
    <w:p>
      <w:r>
        <w:rPr>
          <w:b/>
        </w:rPr>
        <w:t xml:space="preserve">[41:02] </w:t>
      </w:r>
      <w:r>
        <w:t>tab bhi woh maane hue hain ke ek aisa Khuda hai jo bohat hi All Right hai.</w:t>
      </w:r>
    </w:p>
    <w:p>
      <w:pPr>
        <w:jc w:val="right"/>
      </w:pPr>
      <w:r>
        <w:t>تب بھی وہ مانے ہوئے ہیں کہ ایک ایسا خدا ہے جو بہت ہی آل رائٹ ہے۔</w:t>
      </w:r>
    </w:p>
    <w:p>
      <w:r>
        <w:rPr>
          <w:b/>
        </w:rPr>
        <w:t xml:space="preserve">[41:05] </w:t>
      </w:r>
      <w:r>
        <w:t>to yeh to bohat hi intelligent log hain yeh</w:t>
      </w:r>
    </w:p>
    <w:p>
      <w:pPr>
        <w:jc w:val="right"/>
      </w:pPr>
      <w:r>
        <w:t>تو یہ تو بہت ہی انٹیلیجنٹ لوگ ہیں یہ</w:t>
      </w:r>
    </w:p>
    <w:p>
      <w:r>
        <w:rPr>
          <w:b/>
        </w:rPr>
        <w:t xml:space="preserve">[41:08] </w:t>
      </w:r>
      <w:r>
        <w:t>—</w:t>
      </w:r>
    </w:p>
    <w:p>
      <w:pPr>
        <w:jc w:val="right"/>
      </w:pPr>
      <w:r>
        <w:t>۔</w:t>
      </w:r>
    </w:p>
    <w:p>
      <w:r>
        <w:rPr>
          <w:b/>
        </w:rPr>
        <w:t xml:space="preserve">[41:13] </w:t>
      </w:r>
      <w:r>
        <w:t>jokingly aisa kaha is ne.</w:t>
      </w:r>
    </w:p>
    <w:p>
      <w:pPr>
        <w:jc w:val="right"/>
      </w:pPr>
      <w:r>
        <w:t>جوکنگلی ایسا کہا اس نے۔</w:t>
      </w:r>
    </w:p>
    <w:p>
      <w:r>
        <w:rPr>
          <w:b/>
        </w:rPr>
        <w:t xml:space="preserve">[41:17] </w:t>
      </w:r>
      <w:r>
        <w:t>ab is mein dekhiye is aadmi ki nadani.</w:t>
      </w:r>
    </w:p>
    <w:p>
      <w:pPr>
        <w:jc w:val="right"/>
      </w:pPr>
      <w:r>
        <w:t>اب اس میں دیکھیے اس آدمی کی نادانی۔</w:t>
      </w:r>
    </w:p>
    <w:p>
      <w:r>
        <w:rPr>
          <w:b/>
        </w:rPr>
        <w:t xml:space="preserve">[41:21] </w:t>
      </w:r>
      <w:r>
        <w:t>ke unhon ne sochna chahiye tha ke yeh jo hamari dunya hai ek bohat hi tiny part hai</w:t>
      </w:r>
    </w:p>
    <w:p>
      <w:pPr>
        <w:jc w:val="right"/>
      </w:pPr>
      <w:r>
        <w:t>کہ انہوں نے سوچنا چاہیے تھا کہ یہ جو ہماری دنیا ہے ایک بہت ہی ٹائنی پارٹ ہے</w:t>
      </w:r>
    </w:p>
    <w:p>
      <w:r>
        <w:rPr>
          <w:b/>
        </w:rPr>
        <w:t xml:space="preserve">[41:26] </w:t>
      </w:r>
      <w:r>
        <w:t>yeh planet mein insaan.</w:t>
      </w:r>
    </w:p>
    <w:p>
      <w:pPr>
        <w:jc w:val="right"/>
      </w:pPr>
      <w:r>
        <w:t>یہ پلینٹ میں انسان۔</w:t>
      </w:r>
    </w:p>
    <w:p>
      <w:r>
        <w:rPr>
          <w:b/>
        </w:rPr>
        <w:t xml:space="preserve">[41:30] </w:t>
      </w:r>
      <w:r>
        <w:t>baqi universe to bohat hi bari hai, bohat bari hai, bohat bari hai.</w:t>
      </w:r>
    </w:p>
    <w:p>
      <w:pPr>
        <w:jc w:val="right"/>
      </w:pPr>
      <w:r>
        <w:t>باقی یونیورس تو بہت ہی بڑی ہے، بہت بڑی ہے، بہت بڑی ہے۔</w:t>
      </w:r>
    </w:p>
    <w:p>
      <w:r>
        <w:rPr>
          <w:b/>
        </w:rPr>
        <w:t xml:space="preserve">[41:34] </w:t>
      </w:r>
      <w:r>
        <w:t>aap jante hain ke sari</w:t>
      </w:r>
    </w:p>
    <w:p>
      <w:pPr>
        <w:jc w:val="right"/>
      </w:pPr>
      <w:r>
        <w:t>آپ جانتے ہیں کہ ساری</w:t>
      </w:r>
    </w:p>
    <w:p>
      <w:r>
        <w:rPr>
          <w:b/>
        </w:rPr>
        <w:t xml:space="preserve">[41:39] </w:t>
      </w:r>
      <w:r>
        <w:t>dunya mein jo log hain, jo insan hain to aap agar aik aik aik woh banayen, aik aik box banayen.</w:t>
      </w:r>
    </w:p>
    <w:p>
      <w:pPr>
        <w:jc w:val="right"/>
      </w:pPr>
      <w:r>
        <w:t>دنیا میں جو لوگ ہیں، جو انسان ہیں تو آپ اگر ایک ایک ایک وہ بنائیں، ایک ایک باکس بنائیں۔</w:t>
      </w:r>
    </w:p>
    <w:p>
      <w:r>
        <w:rPr>
          <w:b/>
        </w:rPr>
        <w:t xml:space="preserve">[41:46] </w:t>
      </w:r>
      <w:r>
        <w:t>jis box ki chorai aik mail ho aur lambai aik mail ho.</w:t>
      </w:r>
    </w:p>
    <w:p>
      <w:pPr>
        <w:jc w:val="right"/>
      </w:pPr>
      <w:r>
        <w:t>جس باکس کی چوڑائی ایک مائل ہو اور لمبائی ایک مائل ہو۔</w:t>
      </w:r>
    </w:p>
    <w:p>
      <w:r>
        <w:rPr>
          <w:b/>
        </w:rPr>
        <w:t xml:space="preserve">[41:54] </w:t>
      </w:r>
      <w:r>
        <w:t>yani aik mail aik chorai, aik mail lambai ka box banayen.</w:t>
      </w:r>
    </w:p>
    <w:p>
      <w:pPr>
        <w:jc w:val="right"/>
      </w:pPr>
      <w:r>
        <w:t>یعنی ایک مائل ایک چوڑائی، ایک مائل لمبائی کا باکس بنائیں۔</w:t>
      </w:r>
    </w:p>
    <w:p>
      <w:r>
        <w:rPr>
          <w:b/>
        </w:rPr>
        <w:t xml:space="preserve">[42:02] </w:t>
      </w:r>
      <w:r>
        <w:t>to sare insan is ke andar pack kiya ja sakte hain, sare insan.</w:t>
      </w:r>
    </w:p>
    <w:p>
      <w:pPr>
        <w:jc w:val="right"/>
      </w:pPr>
      <w:r>
        <w:t>تو سارے انسان اس کے اندر پیک کیا جا سکتے ہیں، سارے انسان۔</w:t>
      </w:r>
    </w:p>
    <w:p>
      <w:r>
        <w:rPr>
          <w:b/>
        </w:rPr>
        <w:t xml:space="preserve">[42:10] </w:t>
      </w:r>
      <w:r>
        <w:t>aur ab is box ko aap dal dein pacific ocean mein to is tarah doob jaye ga ke</w:t>
      </w:r>
    </w:p>
    <w:p>
      <w:pPr>
        <w:jc w:val="right"/>
      </w:pPr>
      <w:r>
        <w:t>اور اب اس باکس کو آپ ڈال دیں پیسیفک اوشن میں تو اس طرح ڈوب جائے گا کہ</w:t>
      </w:r>
    </w:p>
    <w:p>
      <w:r>
        <w:rPr>
          <w:b/>
        </w:rPr>
        <w:t xml:space="preserve">[42:14] </w:t>
      </w:r>
      <w:r>
        <w:t>dikhai bhi nahi de ga woh.</w:t>
      </w:r>
    </w:p>
    <w:p>
      <w:pPr>
        <w:jc w:val="right"/>
      </w:pPr>
      <w:r>
        <w:t>دکھائی بھی نہیں دے گا وہ۔</w:t>
      </w:r>
    </w:p>
    <w:p>
      <w:r>
        <w:rPr>
          <w:b/>
        </w:rPr>
        <w:t xml:space="preserve">[42:18] </w:t>
      </w:r>
      <w:r>
        <w:t>to itna tiny part hai insan is dunya ka.</w:t>
      </w:r>
    </w:p>
    <w:p>
      <w:pPr>
        <w:jc w:val="right"/>
      </w:pPr>
      <w:r>
        <w:t>تو اتنا ٹائنی پارٹ ہے انسان اس دنیا کا۔</w:t>
      </w:r>
    </w:p>
    <w:p>
      <w:r>
        <w:rPr>
          <w:b/>
        </w:rPr>
        <w:t xml:space="preserve">[42:23] </w:t>
      </w:r>
      <w:r>
        <w:t>to corruption kahan hai? is dunya mein to hai aur kahan hai? is dunya ke chhod kar jo</w:t>
      </w:r>
    </w:p>
    <w:p>
      <w:pPr>
        <w:jc w:val="right"/>
      </w:pPr>
      <w:r>
        <w:t>تو کرپشن کہاں ہے؟ اس دنیا میں تو ہے اور کہاں ہے؟ اس دنیا کے چھوڑ کر جو</w:t>
      </w:r>
    </w:p>
    <w:p>
      <w:r>
        <w:rPr>
          <w:b/>
        </w:rPr>
        <w:t xml:space="preserve">[42:27] </w:t>
      </w:r>
      <w:r>
        <w:t>nature hai wahan to koi corruption nahi hai.</w:t>
      </w:r>
    </w:p>
    <w:p>
      <w:pPr>
        <w:jc w:val="right"/>
      </w:pPr>
      <w:r>
        <w:t>نیچر ہے وہاں تو کوئی کرپشن نہیں ہے۔</w:t>
      </w:r>
    </w:p>
    <w:p>
      <w:r>
        <w:rPr>
          <w:b/>
        </w:rPr>
        <w:t xml:space="preserve">[42:31] </w:t>
      </w:r>
      <w:r>
        <w:t>hawaon mein koi corruption nahi hai, darakhton mein koi corruption nahi hai.</w:t>
      </w:r>
    </w:p>
    <w:p>
      <w:pPr>
        <w:jc w:val="right"/>
      </w:pPr>
      <w:r>
        <w:t>ہواؤں میں کوئی کرپشن نہیں ہے، درختوں میں کوئی کرپشن نہیں ہے۔</w:t>
      </w:r>
    </w:p>
    <w:p>
      <w:r>
        <w:rPr>
          <w:b/>
        </w:rPr>
        <w:t xml:space="preserve">[42:35] </w:t>
      </w:r>
      <w:r>
        <w:t>daryaaon aur samundaron mein koi</w:t>
      </w:r>
    </w:p>
    <w:p>
      <w:pPr>
        <w:jc w:val="right"/>
      </w:pPr>
      <w:r>
        <w:t>دریاؤں اور سمندروں میں کوئی</w:t>
      </w:r>
    </w:p>
    <w:p>
      <w:r>
        <w:rPr>
          <w:b/>
        </w:rPr>
        <w:t xml:space="preserve">[42:40] </w:t>
      </w:r>
      <w:r>
        <w:t>corruption nahi hai.</w:t>
      </w:r>
    </w:p>
    <w:p>
      <w:pPr>
        <w:jc w:val="right"/>
      </w:pPr>
      <w:r>
        <w:t>کرپشن نہیں ہے۔</w:t>
      </w:r>
    </w:p>
    <w:p>
      <w:r>
        <w:rPr>
          <w:b/>
        </w:rPr>
        <w:t xml:space="preserve">[42:45] </w:t>
      </w:r>
      <w:r>
        <w:t>galaxy mein, solar system mein koi corruption nahi hai.</w:t>
      </w:r>
    </w:p>
    <w:p>
      <w:pPr>
        <w:jc w:val="right"/>
      </w:pPr>
      <w:r>
        <w:t>گلیکسی میں، سولر سسٹم میں کوئی کرپشن نہیں ہے۔</w:t>
      </w:r>
    </w:p>
    <w:p>
      <w:r>
        <w:rPr>
          <w:b/>
        </w:rPr>
        <w:t xml:space="preserve">[42:50] </w:t>
      </w:r>
      <w:r>
        <w:t>to itni bari universe hai, itni bari universe hai jis ka aik bohat hi tiny part hai insan.</w:t>
      </w:r>
    </w:p>
    <w:p>
      <w:pPr>
        <w:jc w:val="right"/>
      </w:pPr>
      <w:r>
        <w:t>تو اتنی بڑی یونیورس ہے، اتنی بڑی یونیورس ہے جس کا ایک بہت ہی ٹائنی پارٹ ہے انسان۔</w:t>
      </w:r>
    </w:p>
    <w:p>
      <w:r>
        <w:rPr>
          <w:b/>
        </w:rPr>
        <w:t xml:space="preserve">[42:55] </w:t>
      </w:r>
      <w:r>
        <w:t>to insan mein jo corruption hai is ko aap universalize kyun kar rahe hain? yahan par is contradiction</w:t>
      </w:r>
    </w:p>
    <w:p>
      <w:pPr>
        <w:jc w:val="right"/>
      </w:pPr>
      <w:r>
        <w:t>تو انسان میں جو کرپشن ہے اس کو آپ یونیورسلائز کیوں کر رہے ہیں؟ یہاں پر اس کنٹراڈکشن</w:t>
      </w:r>
    </w:p>
    <w:p>
      <w:r>
        <w:rPr>
          <w:b/>
        </w:rPr>
        <w:t xml:space="preserve">[43:00] </w:t>
      </w:r>
      <w:r>
        <w:t>ko dekh kar ke ke insan mein kyun hai aur baqi rest of the world mein kyun nahi hai.</w:t>
      </w:r>
    </w:p>
    <w:p>
      <w:pPr>
        <w:jc w:val="right"/>
      </w:pPr>
      <w:r>
        <w:t>کو دیکھ کر کے کہ انسان میں کیوں ہے اور باقی ریسٹ آف دا ورلڈ میں کیوں نہیں ہے۔</w:t>
      </w:r>
    </w:p>
    <w:p>
      <w:r>
        <w:rPr>
          <w:b/>
        </w:rPr>
        <w:t xml:space="preserve">[43:05] </w:t>
      </w:r>
      <w:r>
        <w:t>to aap payen</w:t>
      </w:r>
    </w:p>
    <w:p>
      <w:pPr>
        <w:jc w:val="right"/>
      </w:pPr>
      <w:r>
        <w:t>تو آپ پائیں</w:t>
      </w:r>
    </w:p>
    <w:p>
      <w:r>
        <w:rPr>
          <w:b/>
        </w:rPr>
        <w:t xml:space="preserve">[43:10] </w:t>
      </w:r>
      <w:r>
        <w:t>ke rest of the world jo hai is ko freedom nahi mili hui.</w:t>
      </w:r>
    </w:p>
    <w:p>
      <w:pPr>
        <w:jc w:val="right"/>
      </w:pPr>
      <w:r>
        <w:t>کہ ریسٹ آف دا ورلڈ جو ہے اس کو فریڈم نہیں ملی ہوئی۔</w:t>
      </w:r>
    </w:p>
    <w:p>
      <w:r>
        <w:rPr>
          <w:b/>
        </w:rPr>
        <w:t xml:space="preserve">[43:15] </w:t>
      </w:r>
      <w:r>
        <w:t>woh law of nature ko follow karti hai.</w:t>
      </w:r>
    </w:p>
    <w:p>
      <w:pPr>
        <w:jc w:val="right"/>
      </w:pPr>
      <w:r>
        <w:t>وہ لاء آف نیچر کو فالو کرتی ہے۔</w:t>
      </w:r>
    </w:p>
    <w:p>
      <w:r>
        <w:rPr>
          <w:b/>
        </w:rPr>
        <w:t xml:space="preserve">[43:20] </w:t>
      </w:r>
      <w:r>
        <w:t>insan ke siwa jo nature hai, jo dunya hai woh khuda ke law of nature ko follow karti hai.</w:t>
      </w:r>
    </w:p>
    <w:p>
      <w:pPr>
        <w:jc w:val="right"/>
      </w:pPr>
      <w:r>
        <w:t>انسان کے سوا جو نیچر ہے، جو دنیا ہے وہ خدا کے لاء آف نیچر کو فالو کرتی ہے۔</w:t>
      </w:r>
    </w:p>
    <w:p>
      <w:r>
        <w:rPr>
          <w:b/>
        </w:rPr>
        <w:t xml:space="preserve">[43:25] </w:t>
      </w:r>
      <w:r>
        <w:t>wahan par koi corruption bhi nahi hai, koi evil bhi nahi hai, kuch bhi nahi hai.</w:t>
      </w:r>
    </w:p>
    <w:p>
      <w:pPr>
        <w:jc w:val="right"/>
      </w:pPr>
      <w:r>
        <w:t>وہاں پر کوئی کرپشن بھی نہیں ہے، کوئی ایول بھی نہیں ہے، کچھ بھی نہیں ہے۔</w:t>
      </w:r>
    </w:p>
    <w:p>
      <w:r>
        <w:rPr>
          <w:b/>
        </w:rPr>
        <w:t xml:space="preserve">[43:30] </w:t>
      </w:r>
      <w:r>
        <w:t>insan mein hai sirf.</w:t>
      </w:r>
    </w:p>
    <w:p>
      <w:pPr>
        <w:jc w:val="right"/>
      </w:pPr>
      <w:r>
        <w:t>انسان میں ہے صرف۔</w:t>
      </w:r>
    </w:p>
    <w:p>
      <w:r>
        <w:rPr>
          <w:b/>
        </w:rPr>
        <w:t xml:space="preserve">[43:35] </w:t>
      </w:r>
      <w:r>
        <w:t>to kyun hai ke insan ko khuda ne freedom diya hai? freedom kyun diya hai? test ke liye</w:t>
      </w:r>
    </w:p>
    <w:p>
      <w:pPr>
        <w:jc w:val="right"/>
      </w:pPr>
      <w:r>
        <w:t>تو کیوں ہے کہ انسان کو خدا نے فریڈم دیا ہے؟ فریڈم کیوں دیا ہے؟ ٹیسٹ کے لیے</w:t>
      </w:r>
    </w:p>
    <w:p>
      <w:r>
        <w:rPr>
          <w:b/>
        </w:rPr>
        <w:t xml:space="preserve">[43:40] </w:t>
      </w:r>
      <w:r>
        <w:t>diya hai? is tarah explain ki jiye to maloom hoga ye to bohat hi yani koi is mein is</w:t>
      </w:r>
    </w:p>
    <w:p>
      <w:pPr>
        <w:jc w:val="right"/>
      </w:pPr>
      <w:r>
        <w:t>دیا ہے؟ اس طرح ایکسپلین کیجیے تو معلوم ہوگا یہ تو بہت ہی یعنی کوئی اس میں اس</w:t>
      </w:r>
    </w:p>
    <w:p>
      <w:r>
        <w:rPr>
          <w:b/>
        </w:rPr>
        <w:t xml:space="preserve">[43:46] </w:t>
      </w:r>
      <w:r>
        <w:t>tarah ka ki baat hi nahi hai.</w:t>
      </w:r>
    </w:p>
    <w:p>
      <w:pPr>
        <w:jc w:val="right"/>
      </w:pPr>
      <w:r>
        <w:t>طرح کا کی بات ہی نہیں ہے۔</w:t>
      </w:r>
    </w:p>
    <w:p>
      <w:r>
        <w:rPr>
          <w:b/>
        </w:rPr>
        <w:t xml:space="preserve">[43:52] </w:t>
      </w:r>
      <w:r>
        <w:t>lekin is tarah se explain na kar ke unhon ne ye keh diya ke jo jis dunya mein</w:t>
      </w:r>
    </w:p>
    <w:p>
      <w:pPr>
        <w:jc w:val="right"/>
      </w:pPr>
      <w:r>
        <w:t>لیکن اس طرح سے ایکسپلین نہ کر کے انہوں نے یہ کہہ دیا کہ جو جس دنیا میں</w:t>
      </w:r>
    </w:p>
    <w:p>
      <w:r>
        <w:rPr>
          <w:b/>
        </w:rPr>
        <w:t xml:space="preserve">[43:58] </w:t>
      </w:r>
      <w:r>
        <w:t>itna dunya mein kahan evil hai? evil to is is tiny part mein hai jis ko hum insan kehte hain.</w:t>
      </w:r>
    </w:p>
    <w:p>
      <w:pPr>
        <w:jc w:val="right"/>
      </w:pPr>
      <w:r>
        <w:t>اتنا دنیا میں کہاں ایول ہے؟ ایول تو اس اس ٹائنی پارٹ میں ہے جس کو ہم انسان کہتے ہیں۔</w:t>
      </w:r>
    </w:p>
    <w:p>
      <w:r>
        <w:rPr>
          <w:b/>
        </w:rPr>
        <w:t xml:space="preserve">[44:04] </w:t>
      </w:r>
      <w:r>
        <w:t>baqi to evil free hai.</w:t>
      </w:r>
    </w:p>
    <w:p>
      <w:pPr>
        <w:jc w:val="right"/>
      </w:pPr>
      <w:r>
        <w:t>باقی تو ایول فری ہے۔</w:t>
      </w:r>
    </w:p>
    <w:p>
      <w:r>
        <w:rPr>
          <w:b/>
        </w:rPr>
        <w:t xml:space="preserve">[44:10] </w:t>
      </w:r>
      <w:r>
        <w:t>puri puri dunya evil free hai.</w:t>
      </w:r>
    </w:p>
    <w:p>
      <w:pPr>
        <w:jc w:val="right"/>
      </w:pPr>
      <w:r>
        <w:t>پوری پوری دنیا ایول فری ہے۔</w:t>
      </w:r>
    </w:p>
    <w:p>
      <w:r>
        <w:rPr>
          <w:b/>
        </w:rPr>
        <w:t xml:space="preserve">[44:15] </w:t>
      </w:r>
      <w:r>
        <w:t>to main jab main ne parha ye to main ne socha ke in logon ke dil mein shukr</w:t>
      </w:r>
    </w:p>
    <w:p>
      <w:pPr>
        <w:jc w:val="right"/>
      </w:pPr>
      <w:r>
        <w:t>تو میں جب میں نے پڑھا یہ تو میں نے سوچا کہ ان لوگوں کے دل میں شکر</w:t>
      </w:r>
    </w:p>
    <w:p>
      <w:r>
        <w:rPr>
          <w:b/>
        </w:rPr>
        <w:t xml:space="preserve">[44:19] </w:t>
      </w:r>
      <w:r>
        <w:t>kese aaye? kyunke wo to yani evil thinking bhari hui hai un ke mind mein.</w:t>
      </w:r>
    </w:p>
    <w:p>
      <w:pPr>
        <w:jc w:val="right"/>
      </w:pPr>
      <w:r>
        <w:t>کیسے آئے؟ کیونکہ وہ تو یعنی ایول تھنکنگ بھری ہوئی ہے ان کے مائنڈ میں۔</w:t>
      </w:r>
    </w:p>
    <w:p>
      <w:r>
        <w:rPr>
          <w:b/>
        </w:rPr>
        <w:t xml:space="preserve">[44:23] </w:t>
      </w:r>
      <w:r>
        <w:t>negative thinking bhari hui hai un ke mind mein.</w:t>
      </w:r>
    </w:p>
    <w:p>
      <w:pPr>
        <w:jc w:val="right"/>
      </w:pPr>
      <w:r>
        <w:t>نیگیٹیو تھنکنگ بھری ہوئی ہے ان کے مائنڈ میں۔</w:t>
      </w:r>
    </w:p>
    <w:p>
      <w:r>
        <w:rPr>
          <w:b/>
        </w:rPr>
        <w:t xml:space="preserve">[44:27] </w:t>
      </w:r>
      <w:r>
        <w:t>to ye satan aisi baatein dalta hai aadmi ke andar.</w:t>
      </w:r>
    </w:p>
    <w:p>
      <w:pPr>
        <w:jc w:val="right"/>
      </w:pPr>
      <w:r>
        <w:t>تو یہ سیٹن ایسی باتیں ڈالتا ہے آدمی کے اندر۔</w:t>
      </w:r>
    </w:p>
    <w:p>
      <w:r>
        <w:rPr>
          <w:b/>
        </w:rPr>
        <w:t xml:space="preserve">[44:32] </w:t>
      </w:r>
      <w:r>
        <w:t>is tarah se wo hatata hai logon ko shukr ke rastay se.</w:t>
      </w:r>
    </w:p>
    <w:p>
      <w:pPr>
        <w:jc w:val="right"/>
      </w:pPr>
      <w:r>
        <w:t>اس طرح سے وہ ہٹاتا ہے لوگوں کو شکر کے راستے سے۔</w:t>
      </w:r>
    </w:p>
    <w:p>
      <w:r>
        <w:rPr>
          <w:b/>
        </w:rPr>
        <w:t xml:space="preserve">[44:36] </w:t>
      </w:r>
      <w:r>
        <w:t>jo kaha tha is ne ke she</w:t>
      </w:r>
    </w:p>
    <w:p>
      <w:pPr>
        <w:jc w:val="right"/>
      </w:pPr>
      <w:r>
        <w:t>جو کہا تھا اس نے کہ شی</w:t>
      </w:r>
    </w:p>
    <w:p>
      <w:r>
        <w:rPr>
          <w:b/>
        </w:rPr>
        <w:t xml:space="preserve">[44:40] </w:t>
      </w:r>
      <w:r>
        <w:t>tan ne jo kaha tha khuda ko challenge karte hue ke tu insanon ki majority ko shukr karne</w:t>
      </w:r>
    </w:p>
    <w:p>
      <w:pPr>
        <w:jc w:val="right"/>
      </w:pPr>
      <w:r>
        <w:t>ٹن نے جو کہا تھا خدا کو چیلنج کرتے ہوئے کہ تو انسانوں کی میجورٹی کو شکر کرنے</w:t>
      </w:r>
    </w:p>
    <w:p>
      <w:r>
        <w:rPr>
          <w:b/>
        </w:rPr>
        <w:t xml:space="preserve">[44:45] </w:t>
      </w:r>
      <w:r>
        <w:t>wala nahi paye ga.</w:t>
      </w:r>
    </w:p>
    <w:p>
      <w:pPr>
        <w:jc w:val="right"/>
      </w:pPr>
      <w:r>
        <w:t>والا نہیں پائے گا۔</w:t>
      </w:r>
    </w:p>
    <w:p>
      <w:r>
        <w:rPr>
          <w:b/>
        </w:rPr>
        <w:t xml:space="preserve">[44:49] </w:t>
      </w:r>
      <w:r>
        <w:t>grateful nahi paye ga.</w:t>
      </w:r>
    </w:p>
    <w:p>
      <w:pPr>
        <w:jc w:val="right"/>
      </w:pPr>
      <w:r>
        <w:t>گریٹ فل نہیں پائے گا۔</w:t>
      </w:r>
    </w:p>
    <w:p>
      <w:r>
        <w:rPr>
          <w:b/>
        </w:rPr>
        <w:t xml:space="preserve">[44:53] </w:t>
      </w:r>
      <w:r>
        <w:t>to kese hatata hai wo? isi tarah hatata hai.</w:t>
      </w:r>
    </w:p>
    <w:p>
      <w:pPr>
        <w:jc w:val="right"/>
      </w:pPr>
      <w:r>
        <w:t>تو کیسے ہٹاتا ہے وہ؟ اسی طرح ہٹاتا ہے۔</w:t>
      </w:r>
    </w:p>
    <w:p>
      <w:r>
        <w:rPr>
          <w:b/>
        </w:rPr>
        <w:t xml:space="preserve">[44:58] </w:t>
      </w:r>
      <w:r>
        <w:t>satan jo hai aadmi ke andar ghalat soch dalta hai ke dekho evil bhara hua hai.</w:t>
      </w:r>
    </w:p>
    <w:p>
      <w:pPr>
        <w:jc w:val="right"/>
      </w:pPr>
      <w:r>
        <w:t>سیٹن جو ہے آدمی کے اندر غلط سوچ ڈالتا ہے کہ دیکھو ایول بھرا ہوا ہے۔</w:t>
      </w:r>
    </w:p>
    <w:p>
      <w:r>
        <w:rPr>
          <w:b/>
        </w:rPr>
        <w:t xml:space="preserve">[45:02] </w:t>
      </w:r>
      <w:r>
        <w:t>har taraf corruption hai, har taraf musibat hai.</w:t>
      </w:r>
    </w:p>
    <w:p>
      <w:pPr>
        <w:jc w:val="right"/>
      </w:pPr>
      <w:r>
        <w:t>ہر طرف کرپشن ہے، ہر طرف مصیبت ہے۔</w:t>
      </w:r>
    </w:p>
    <w:p>
      <w:r>
        <w:rPr>
          <w:b/>
        </w:rPr>
        <w:t xml:space="preserve">[45:06] </w:t>
      </w:r>
      <w:r>
        <w:t>to khuda agar</w:t>
      </w:r>
    </w:p>
    <w:p>
      <w:pPr>
        <w:jc w:val="right"/>
      </w:pPr>
      <w:r>
        <w:t>تو خدا اگر</w:t>
      </w:r>
    </w:p>
    <w:p>
      <w:r>
        <w:rPr>
          <w:b/>
        </w:rPr>
        <w:t xml:space="preserve">[45:10] </w:t>
      </w:r>
      <w:r>
        <w:t>hai to ye sab kyun hai ye? khuda hota to control karta.</w:t>
      </w:r>
    </w:p>
    <w:p>
      <w:pPr>
        <w:jc w:val="right"/>
      </w:pPr>
      <w:r>
        <w:t>ہے تو یہ سب کیوں ہے یہ؟ خدا ہوتا تو کنٹرول کرتا۔</w:t>
      </w:r>
    </w:p>
    <w:p>
      <w:r>
        <w:rPr>
          <w:b/>
        </w:rPr>
        <w:t xml:space="preserve">[45:14] </w:t>
      </w:r>
      <w:r>
        <w:t>ab wahan par us ko counter karne ke liye aap ko ye sochna pare ga ke aakhir isi</w:t>
      </w:r>
    </w:p>
    <w:p>
      <w:pPr>
        <w:jc w:val="right"/>
      </w:pPr>
      <w:r>
        <w:t>اب وہاں پر اس کو کاؤنٹر کرنے کے لیے آپ کو یہ سوچنا پڑے گا کہ آخر اسی</w:t>
      </w:r>
    </w:p>
    <w:p>
      <w:r>
        <w:rPr>
          <w:b/>
        </w:rPr>
        <w:t xml:space="preserve">[45:18] </w:t>
      </w:r>
      <w:r>
        <w:t>universe mein jo doosri hissa hai jis ko hum nature kehte hain jo bohat hi bara hai, bohat</w:t>
      </w:r>
    </w:p>
    <w:p>
      <w:pPr>
        <w:jc w:val="right"/>
      </w:pPr>
      <w:r>
        <w:t>یونیورس میں جو دوسری حصہ ہے جس کو ہم نیچر کہتے ہیں جو بہت ہی بڑا ہے، بہت</w:t>
      </w:r>
    </w:p>
    <w:p>
      <w:r>
        <w:rPr>
          <w:b/>
        </w:rPr>
        <w:t xml:space="preserve">[45:22] </w:t>
      </w:r>
      <w:r>
        <w:t>hi bara hai, bohat bara hai.</w:t>
      </w:r>
    </w:p>
    <w:p>
      <w:pPr>
        <w:jc w:val="right"/>
      </w:pPr>
      <w:r>
        <w:t>ہی بڑا ہے، بہت بڑا ہے۔</w:t>
      </w:r>
    </w:p>
    <w:p>
      <w:r>
        <w:rPr>
          <w:b/>
        </w:rPr>
        <w:t xml:space="preserve">[45:25] </w:t>
      </w:r>
      <w:r>
        <w:t>wo to evil free hai.</w:t>
      </w:r>
    </w:p>
    <w:p>
      <w:pPr>
        <w:jc w:val="right"/>
      </w:pPr>
      <w:r>
        <w:t>وہ تو ایول فری ہے۔</w:t>
      </w:r>
    </w:p>
    <w:p>
      <w:r>
        <w:rPr>
          <w:b/>
        </w:rPr>
        <w:t xml:space="preserve">[45:29] </w:t>
      </w:r>
      <w:r>
        <w:t>wo to perfect hai.</w:t>
      </w:r>
    </w:p>
    <w:p>
      <w:pPr>
        <w:jc w:val="right"/>
      </w:pPr>
      <w:r>
        <w:t>وہ تو پرفیکٹ ہے۔</w:t>
      </w:r>
    </w:p>
    <w:p>
      <w:r>
        <w:rPr>
          <w:b/>
        </w:rPr>
        <w:t xml:space="preserve">[45:33] </w:t>
      </w:r>
      <w:r>
        <w:t>is mein har cheez bilkul theek theek kaam kar rahi hai.</w:t>
      </w:r>
    </w:p>
    <w:p>
      <w:pPr>
        <w:jc w:val="right"/>
      </w:pPr>
      <w:r>
        <w:t>اس میں ہر چیز بالکل ٹھیک ٹھیک کام کر رہی ہے۔</w:t>
      </w:r>
    </w:p>
    <w:p>
      <w:r>
        <w:rPr>
          <w:b/>
        </w:rPr>
        <w:t xml:space="preserve">[45:37] </w:t>
      </w:r>
      <w:r>
        <w:t>to is tarah jab compare karein ge aap,</w:t>
      </w:r>
    </w:p>
    <w:p>
      <w:pPr>
        <w:jc w:val="right"/>
      </w:pPr>
      <w:r>
        <w:t>تو اس طرح جب کمپیئر کریں گے آپ،</w:t>
      </w:r>
    </w:p>
    <w:p>
      <w:r>
        <w:rPr>
          <w:b/>
        </w:rPr>
        <w:t xml:space="preserve">[45:41] </w:t>
      </w:r>
      <w:r>
        <w:t>compare kar ke is ko explain karna chahein ge to aap jaan lein ge ke insaan chounke insaan</w:t>
      </w:r>
    </w:p>
    <w:p>
      <w:pPr>
        <w:jc w:val="right"/>
      </w:pPr>
      <w:r>
        <w:t>کمپیئر کر کے اس کو ایکسپلین کرنا چاہیں گے تو آپ جان لیں گے کہ انسان چونکہ انسان</w:t>
      </w:r>
    </w:p>
    <w:p>
      <w:r>
        <w:rPr>
          <w:b/>
        </w:rPr>
        <w:t xml:space="preserve">[45:46] </w:t>
      </w:r>
      <w:r>
        <w:t>ko chounke azaadi di gayi hai is liye yahan par aisa hai.</w:t>
      </w:r>
    </w:p>
    <w:p>
      <w:pPr>
        <w:jc w:val="right"/>
      </w:pPr>
      <w:r>
        <w:t>کو چونکہ آزادی دی گئی ہے اس لیے یہاں پر ایسا ہے۔</w:t>
      </w:r>
    </w:p>
    <w:p>
      <w:r>
        <w:rPr>
          <w:b/>
        </w:rPr>
        <w:t xml:space="preserve">[45:51] </w:t>
      </w:r>
      <w:r>
        <w:t>kyounke azaadi ka matlab kya hai? woh misuse kar sakta hai.</w:t>
      </w:r>
    </w:p>
    <w:p>
      <w:pPr>
        <w:jc w:val="right"/>
      </w:pPr>
      <w:r>
        <w:t>کیونکہ آزادی کا مطلب کیا ہے؟ وہ مس یوز کر سکتا ہے۔</w:t>
      </w:r>
    </w:p>
    <w:p>
      <w:r>
        <w:rPr>
          <w:b/>
        </w:rPr>
        <w:t xml:space="preserve">[45:56] </w:t>
      </w:r>
      <w:r>
        <w:t>rest of the world jo hai us ko azaadi nahi hai to wahan misuse bhi nahi kar</w:t>
      </w:r>
    </w:p>
    <w:p>
      <w:pPr>
        <w:jc w:val="right"/>
      </w:pPr>
      <w:r>
        <w:t>ریسٹ آف دا ورلڈ جو ہے اس کو آزادی نہیں ہے تو وہاں مس یوز بھی نہیں کر</w:t>
      </w:r>
    </w:p>
    <w:p>
      <w:r>
        <w:rPr>
          <w:b/>
        </w:rPr>
        <w:t xml:space="preserve">[46:01] </w:t>
      </w:r>
      <w:r>
        <w:t>sakte hain woh.</w:t>
      </w:r>
    </w:p>
    <w:p>
      <w:pPr>
        <w:jc w:val="right"/>
      </w:pPr>
      <w:r>
        <w:t>سکتے ہیں وہ۔</w:t>
      </w:r>
    </w:p>
    <w:p>
      <w:r>
        <w:rPr>
          <w:b/>
        </w:rPr>
        <w:t xml:space="preserve">[46:06] </w:t>
      </w:r>
      <w:r>
        <w:t>to jab tak aap is tarah sochna na jaanein, is tarah</w:t>
      </w:r>
    </w:p>
    <w:p>
      <w:pPr>
        <w:jc w:val="right"/>
      </w:pPr>
      <w:r>
        <w:t>تو جب تک آپ اس طرح سوچنا نہ جانیں، اس طرح</w:t>
      </w:r>
    </w:p>
    <w:p>
      <w:r>
        <w:rPr>
          <w:b/>
        </w:rPr>
        <w:t xml:space="preserve">[46:11] </w:t>
      </w:r>
      <w:r>
        <w:t>cheezon ko explain karna na jaanein aap apni negativity ko khatam nahi kar sakte.</w:t>
      </w:r>
    </w:p>
    <w:p>
      <w:pPr>
        <w:jc w:val="right"/>
      </w:pPr>
      <w:r>
        <w:t>چیزوں کو ایکسپلین کرنا نہ جانیں آپ اپنی نیگیٹیوٹی کو ختم نہیں کر سکتے۔</w:t>
      </w:r>
    </w:p>
    <w:p>
      <w:r>
        <w:rPr>
          <w:b/>
        </w:rPr>
        <w:t xml:space="preserve">[46:18] </w:t>
      </w:r>
      <w:r>
        <w:t>aur jab tak aap apni negativity ko khatam na karein aap ke andar super shukr nahi aa sakta hai.</w:t>
      </w:r>
    </w:p>
    <w:p>
      <w:pPr>
        <w:jc w:val="right"/>
      </w:pPr>
      <w:r>
        <w:t>اور جب تک آپ اپنی نیگیٹیوٹی کو ختم نہ کریں آپ کے اندر سپر شکر نہیں آ سکتا ہے۔</w:t>
      </w:r>
    </w:p>
    <w:p>
      <w:r>
        <w:rPr>
          <w:b/>
        </w:rPr>
        <w:t xml:space="preserve">[46:26] </w:t>
      </w:r>
      <w:r>
        <w:t>dekhiye ek hadees hai, lambi hadees.</w:t>
      </w:r>
    </w:p>
    <w:p>
      <w:pPr>
        <w:jc w:val="right"/>
      </w:pPr>
      <w:r>
        <w:t>دیکھیے ایک حدیث ہے، لمبی حدیث۔</w:t>
      </w:r>
    </w:p>
    <w:p>
      <w:r>
        <w:rPr>
          <w:b/>
        </w:rPr>
        <w:t xml:space="preserve">[46:34] </w:t>
      </w:r>
      <w:r>
        <w:t>yani rasool Allah sal Allah alaihi wasallam ki ek dua is mein hai.</w:t>
      </w:r>
    </w:p>
    <w:p>
      <w:pPr>
        <w:jc w:val="right"/>
      </w:pPr>
      <w:r>
        <w:t>یعنی رسول اللہ صلی اللہ علیہ وسلم کی ایک دعا اس میں ہے۔</w:t>
      </w:r>
    </w:p>
    <w:p>
      <w:r>
        <w:rPr>
          <w:b/>
        </w:rPr>
        <w:t xml:space="preserve">[46:42] </w:t>
      </w:r>
      <w:r>
        <w:t>woh musnad ahmad mein aayi hai aur tirmizi mein aayi hai, ibn majah mein aayi hai.</w:t>
      </w:r>
    </w:p>
    <w:p>
      <w:pPr>
        <w:jc w:val="right"/>
      </w:pPr>
      <w:r>
        <w:t>وہ مسند احمد میں آئی ہے اور ترمذی میں آئی ہے، ابن ماجہ میں آئی ہے۔</w:t>
      </w:r>
    </w:p>
    <w:p>
      <w:r>
        <w:rPr>
          <w:b/>
        </w:rPr>
        <w:t xml:space="preserve">[46:49] </w:t>
      </w:r>
      <w:r>
        <w:t>yeh hadees yani yeh dua.</w:t>
      </w:r>
    </w:p>
    <w:p>
      <w:pPr>
        <w:jc w:val="right"/>
      </w:pPr>
      <w:r>
        <w:t>یہ حدیث یعنی یہ دعا۔</w:t>
      </w:r>
    </w:p>
    <w:p>
      <w:r>
        <w:rPr>
          <w:b/>
        </w:rPr>
        <w:t xml:space="preserve">[46:57] </w:t>
      </w:r>
      <w:r>
        <w:t>is dua ka ek part yeh hai ke rasool Allah ne kaha ke rab j'alni laka shakkara.</w:t>
      </w:r>
    </w:p>
    <w:p>
      <w:pPr>
        <w:jc w:val="right"/>
      </w:pPr>
      <w:r>
        <w:t>اس دعا کا ایک پارٹ یہ ہے کہ رسول اللہ نے کہا کہ رب جعلنی لک شکار۔</w:t>
      </w:r>
    </w:p>
    <w:p>
      <w:r>
        <w:rPr>
          <w:b/>
        </w:rPr>
        <w:t xml:space="preserve">[47:04] </w:t>
      </w:r>
      <w:r>
        <w:t>bohat ajeeb baat hai is ko sochiye ke rasool Allah ne dua karte hue kaha ke rab j'alni l</w:t>
      </w:r>
    </w:p>
    <w:p>
      <w:pPr>
        <w:jc w:val="right"/>
      </w:pPr>
      <w:r>
        <w:t>بہت عجیب بات ہے اس کو سوچیے کہ رسول اللہ نے دعا کرتے ہوئے کہا کہ رب جعلنی ل</w:t>
      </w:r>
    </w:p>
    <w:p>
      <w:r>
        <w:rPr>
          <w:b/>
        </w:rPr>
        <w:t xml:space="preserve">[47:12] </w:t>
      </w:r>
      <w:r>
        <w:t>ka shakkara. aye khuda mujh ko bohat zyada shukr karne wala bana. shakkara ma'ni bohat shukr karne wala. is mein ek exaggeration hai ye. yani superlative degree mein kaha gaya hai shukr. rab j'alni laka shakkara. aye khuda mujh ko bohat zyada shukr karne wala bana. is ka matlab kya hua? ke jo shukr chahiye</w:t>
      </w:r>
    </w:p>
    <w:p>
      <w:pPr>
        <w:jc w:val="right"/>
      </w:pPr>
      <w:r>
        <w:t>ک شکار۔ اے خدا مجھ کو بہت زیادہ شکر کرنے والا بنا۔ شکار معنی بہت شکر کرنے والا۔ اس میں ایک ایگزیجریشن ہے یہ۔ یعنی سپرلیٹیو ڈگری میں کہا گیا ہے شکر۔ رب جعلنی لک شکار۔ اے خدا مجھ کو بہت زیادہ شکر کرنے والا بنا۔ اس کا مطلب کیا ہوا؟ کہ جو شکر چاہ</w:t>
      </w:r>
    </w:p>
    <w:p>
      <w:r>
        <w:rPr>
          <w:b/>
        </w:rPr>
        <w:t xml:space="preserve">[47:42] </w:t>
      </w:r>
      <w:r>
        <w:t>iye wohi shukr hai jo jis mein aadmi shakkara ban gaya ho.</w:t>
      </w:r>
    </w:p>
    <w:p>
      <w:pPr>
        <w:jc w:val="right"/>
      </w:pPr>
      <w:r>
        <w:t>یے وہ وہی شکر ہے جو جس میں آدمی شکار بن گیا ہو۔</w:t>
      </w:r>
    </w:p>
    <w:p>
      <w:r>
        <w:rPr>
          <w:b/>
        </w:rPr>
        <w:t xml:space="preserve">[47:46] </w:t>
      </w:r>
      <w:r>
        <w:t>bohat ziyada shukr karne wala ban gaya ho.</w:t>
      </w:r>
    </w:p>
    <w:p>
      <w:pPr>
        <w:jc w:val="right"/>
      </w:pPr>
      <w:r>
        <w:t>بہت زیادہ شکر کرنے والا بن گیا ہو۔</w:t>
      </w:r>
    </w:p>
    <w:p>
      <w:r>
        <w:rPr>
          <w:b/>
        </w:rPr>
        <w:t xml:space="preserve">[47:50] </w:t>
      </w:r>
      <w:r>
        <w:t>is ka matlab kya hai? is ka matlab nahi ke shukr shukr shukr shukr shukr shukr shukr shukr aap ginein.</w:t>
      </w:r>
    </w:p>
    <w:p>
      <w:pPr>
        <w:jc w:val="right"/>
      </w:pPr>
      <w:r>
        <w:t>اس کا مطلب کیا ہے؟ اس کا مطلب نہیں کہ شکر شکر شکر شکر شکر شکر شکر شکر آپ گنیں۔</w:t>
      </w:r>
    </w:p>
    <w:p>
      <w:r>
        <w:rPr>
          <w:b/>
        </w:rPr>
        <w:t xml:space="preserve">[47:54] </w:t>
      </w:r>
      <w:r>
        <w:t>ek lakh baar.</w:t>
      </w:r>
    </w:p>
    <w:p>
      <w:pPr>
        <w:jc w:val="right"/>
      </w:pPr>
      <w:r>
        <w:t>ایک لاکھ بار۔</w:t>
      </w:r>
    </w:p>
    <w:p>
      <w:r>
        <w:rPr>
          <w:b/>
        </w:rPr>
        <w:t xml:space="preserve">[47:59] </w:t>
      </w:r>
      <w:r>
        <w:t>koi log samjhein ge ke is ka matlab hai ke ek lakh baar shukr ka sab gino.</w:t>
      </w:r>
    </w:p>
    <w:p>
      <w:pPr>
        <w:jc w:val="right"/>
      </w:pPr>
      <w:r>
        <w:t>کوئی لوگ سمجھیں گے کہ اس کا مطلب ہے کہ ایک لاکھ بار شکر کا سب گنو۔</w:t>
      </w:r>
    </w:p>
    <w:p>
      <w:r>
        <w:rPr>
          <w:b/>
        </w:rPr>
        <w:t xml:space="preserve">[48:03] </w:t>
      </w:r>
      <w:r>
        <w:t>yeh matlab nahi hai is ka.</w:t>
      </w:r>
    </w:p>
    <w:p>
      <w:pPr>
        <w:jc w:val="right"/>
      </w:pPr>
      <w:r>
        <w:t>یہ مطلب نہیں ہے اس کا۔</w:t>
      </w:r>
    </w:p>
    <w:p>
      <w:r>
        <w:rPr>
          <w:b/>
        </w:rPr>
        <w:t xml:space="preserve">[48:07] </w:t>
      </w:r>
      <w:r>
        <w:t>yeh to yani bohat hi yani mazaaq hai ke khuda</w:t>
      </w:r>
    </w:p>
    <w:p>
      <w:pPr>
        <w:jc w:val="right"/>
      </w:pPr>
      <w:r>
        <w:t>یہ تو یعنی بہت ہی یعنی مذاق ہے کہ خدا</w:t>
      </w:r>
    </w:p>
    <w:p>
      <w:r>
        <w:rPr>
          <w:b/>
        </w:rPr>
        <w:t xml:space="preserve">[48:12] </w:t>
      </w:r>
      <w:r>
        <w:t>jo hai us se khush ho jaye ke hum shukr shukr shukr shukr shukr shukr kar rahe hain.</w:t>
      </w:r>
    </w:p>
    <w:p>
      <w:pPr>
        <w:jc w:val="right"/>
      </w:pPr>
      <w:r>
        <w:t>جو ہے اس سے خوش ہو جائے کہ ہم شکر شکر شکر شکر شکر شکر کر رہے ہیں۔</w:t>
      </w:r>
    </w:p>
    <w:p>
      <w:r>
        <w:rPr>
          <w:b/>
        </w:rPr>
        <w:t xml:space="preserve">[48:16] </w:t>
      </w:r>
      <w:r>
        <w:t>is se to insaan bhi nahi khush ho ga.</w:t>
      </w:r>
    </w:p>
    <w:p>
      <w:pPr>
        <w:jc w:val="right"/>
      </w:pPr>
      <w:r>
        <w:t>اس سے تو انسان بھی نہیں خوش ہو گا۔</w:t>
      </w:r>
    </w:p>
    <w:p>
      <w:r>
        <w:rPr>
          <w:b/>
        </w:rPr>
        <w:t xml:space="preserve">[48:20] </w:t>
      </w:r>
      <w:r>
        <w:t>is se to insan bhi khush nahi ho sakta.</w:t>
      </w:r>
    </w:p>
    <w:p>
      <w:pPr>
        <w:jc w:val="right"/>
      </w:pPr>
      <w:r>
        <w:t>اس سے تو انسان بھی خوش نہیں ہو سکتا۔</w:t>
      </w:r>
    </w:p>
    <w:p>
      <w:r>
        <w:rPr>
          <w:b/>
        </w:rPr>
        <w:t xml:space="preserve">[48:25] </w:t>
      </w:r>
      <w:r>
        <w:t>kisi character sahib ka aik aik aik chaprasi ho.</w:t>
      </w:r>
    </w:p>
    <w:p>
      <w:pPr>
        <w:jc w:val="right"/>
      </w:pPr>
      <w:r>
        <w:t>کسی کریکٹر صاحب کا ایک ایک ایک چپراسی ہو۔</w:t>
      </w:r>
    </w:p>
    <w:p>
      <w:r>
        <w:rPr>
          <w:b/>
        </w:rPr>
        <w:t xml:space="preserve">[48:29] </w:t>
      </w:r>
      <w:r>
        <w:t>woh chaprasi jo hai character sahib, character sahib, character sahib, character sahib, character sahib, to kya woh khush</w:t>
      </w:r>
    </w:p>
    <w:p>
      <w:pPr>
        <w:jc w:val="right"/>
      </w:pPr>
      <w:r>
        <w:t>وہ چپراسی جو ہے کریکٹر صاحب، کریکٹر صاحب، کریکٹر صاحب، کریکٹر صاحب، کریکٹر صاحب، تو کیا وہ خوش</w:t>
      </w:r>
    </w:p>
    <w:p>
      <w:r>
        <w:rPr>
          <w:b/>
        </w:rPr>
        <w:t xml:space="preserve">[48:33] </w:t>
      </w:r>
      <w:r>
        <w:t>ho jaye ga aisa karne se? woh woh to kaam se khush ho ga.</w:t>
      </w:r>
    </w:p>
    <w:p>
      <w:pPr>
        <w:jc w:val="right"/>
      </w:pPr>
      <w:r>
        <w:t>ہو جائے گا ایسا کرنے سے؟ وہ وہ تو کام سے خوش ہو گا۔</w:t>
      </w:r>
    </w:p>
    <w:p>
      <w:r>
        <w:rPr>
          <w:b/>
        </w:rPr>
        <w:t xml:space="preserve">[48:37] </w:t>
      </w:r>
      <w:r>
        <w:t>character jo hai woh kaam se khush ho ga. aisa nahi</w:t>
      </w:r>
    </w:p>
    <w:p>
      <w:pPr>
        <w:jc w:val="right"/>
      </w:pPr>
      <w:r>
        <w:t>کریکٹر جو ہے وہ کام سے خوش ہو گا۔ ایسا نہیں</w:t>
      </w:r>
    </w:p>
    <w:p>
      <w:r>
        <w:rPr>
          <w:b/>
        </w:rPr>
        <w:t xml:space="preserve">[48:42] </w:t>
      </w:r>
      <w:r>
        <w:t>ke is ke naam ko aap jap naam ka jap kar rahe hain.</w:t>
      </w:r>
    </w:p>
    <w:p>
      <w:pPr>
        <w:jc w:val="right"/>
      </w:pPr>
      <w:r>
        <w:t>کہ اس کے نام کو آپ جپ نام کا جپ کر رہے ہیں۔</w:t>
      </w:r>
    </w:p>
    <w:p>
      <w:r>
        <w:rPr>
          <w:b/>
        </w:rPr>
        <w:t xml:space="preserve">[48:47] </w:t>
      </w:r>
      <w:r>
        <w:t>to rasool Allah ne jo dua ki ke khuda ya mujhe shukar bana.</w:t>
      </w:r>
    </w:p>
    <w:p>
      <w:pPr>
        <w:jc w:val="right"/>
      </w:pPr>
      <w:r>
        <w:t>تو رسول اللہ نے جو دعا کی کہ خدایا مجھے شکار بنا۔</w:t>
      </w:r>
    </w:p>
    <w:p>
      <w:r>
        <w:rPr>
          <w:b/>
        </w:rPr>
        <w:t xml:space="preserve">[48:52] </w:t>
      </w:r>
      <w:r>
        <w:t>bohat ziyada shukar karne wala bana.</w:t>
      </w:r>
    </w:p>
    <w:p>
      <w:pPr>
        <w:jc w:val="right"/>
      </w:pPr>
      <w:r>
        <w:t>بہت زیادہ شکر کرنے والا بنا۔</w:t>
      </w:r>
    </w:p>
    <w:p>
      <w:r>
        <w:rPr>
          <w:b/>
        </w:rPr>
        <w:t xml:space="preserve">[48:57] </w:t>
      </w:r>
      <w:r>
        <w:t>to is ka matlab yahi tha ke mujhe yeh yeh yeh cheez de ke capacity de ke mein</w:t>
      </w:r>
    </w:p>
    <w:p>
      <w:pPr>
        <w:jc w:val="right"/>
      </w:pPr>
      <w:r>
        <w:t>تو اس کا مطلب یہی تھا کہ مجھے یہ یہ یہ چیز دے کہ کپیسٹی دے کہ میں</w:t>
      </w:r>
    </w:p>
    <w:p>
      <w:r>
        <w:rPr>
          <w:b/>
        </w:rPr>
        <w:t xml:space="preserve">[49:02] </w:t>
      </w:r>
      <w:r>
        <w:t>sochun, sochun, sochun aur soch soch kar ke woh item nikalun, shukar ka item har cheez mein.</w:t>
      </w:r>
    </w:p>
    <w:p>
      <w:pPr>
        <w:jc w:val="right"/>
      </w:pPr>
      <w:r>
        <w:t>سوچوں، سوچوں، سوچوں اور سوچ سوچ کر کے وہ آئٹم نکالوں، شکر کا آئٹم ہر چیز میں۔</w:t>
      </w:r>
    </w:p>
    <w:p>
      <w:r>
        <w:rPr>
          <w:b/>
        </w:rPr>
        <w:t xml:space="preserve">[49:07] </w:t>
      </w:r>
      <w:r>
        <w:t>yani baal aur naakhun se le kar ke solar system aur galaxy tak mujhe shukar dikhai de.</w:t>
      </w:r>
    </w:p>
    <w:p>
      <w:pPr>
        <w:jc w:val="right"/>
      </w:pPr>
      <w:r>
        <w:t>یعنی بال اور ناخن سے لے کر کے سولر سسٹم اور گلیکسی تک مجھے شکر دکھائی دے۔</w:t>
      </w:r>
    </w:p>
    <w:p>
      <w:r>
        <w:rPr>
          <w:b/>
        </w:rPr>
        <w:t xml:space="preserve">[49:12] </w:t>
      </w:r>
      <w:r>
        <w:t>har cheez mein shukar dikhai de.</w:t>
      </w:r>
    </w:p>
    <w:p>
      <w:pPr>
        <w:jc w:val="right"/>
      </w:pPr>
      <w:r>
        <w:t>ہر چیز میں شکر دکھائی دے۔</w:t>
      </w:r>
    </w:p>
    <w:p>
      <w:r>
        <w:rPr>
          <w:b/>
        </w:rPr>
        <w:t xml:space="preserve">[49:16] </w:t>
      </w:r>
      <w:r>
        <w:t>to sochne ki ka process jo hai woh mera itna ziyada active ho jaye, itna active ho jaye</w:t>
      </w:r>
    </w:p>
    <w:p>
      <w:pPr>
        <w:jc w:val="right"/>
      </w:pPr>
      <w:r>
        <w:t>تو سوچنے کی کا پروسیس جو ہے وہ میرا اتنا زیادہ ایکٹیو ہو جائے، اتنا ایکٹیو ہو جائے</w:t>
      </w:r>
    </w:p>
    <w:p>
      <w:r>
        <w:rPr>
          <w:b/>
        </w:rPr>
        <w:t xml:space="preserve">[49:20] </w:t>
      </w:r>
      <w:r>
        <w:t>ke har cheez mein mujhe shukar ka saman dikhai de.</w:t>
      </w:r>
    </w:p>
    <w:p>
      <w:pPr>
        <w:jc w:val="right"/>
      </w:pPr>
      <w:r>
        <w:t>کہ ہر چیز میں مجھے شکر کا سامان دکھائی دے۔</w:t>
      </w:r>
    </w:p>
    <w:p>
      <w:r>
        <w:rPr>
          <w:b/>
        </w:rPr>
        <w:t xml:space="preserve">[49:24] </w:t>
      </w:r>
      <w:r>
        <w:t>yeh matlab tha is ka.</w:t>
      </w:r>
    </w:p>
    <w:p>
      <w:pPr>
        <w:jc w:val="right"/>
      </w:pPr>
      <w:r>
        <w:t>یہ مطلب تھا اس کا۔</w:t>
      </w:r>
    </w:p>
    <w:p>
      <w:r>
        <w:rPr>
          <w:b/>
        </w:rPr>
        <w:t xml:space="preserve">[49:28] </w:t>
      </w:r>
      <w:r>
        <w:t>yeh koi mysterious baat nahi hai.</w:t>
      </w:r>
    </w:p>
    <w:p>
      <w:pPr>
        <w:jc w:val="right"/>
      </w:pPr>
      <w:r>
        <w:t>یہ کوئی مسچیرس بات نہیں ہے۔</w:t>
      </w:r>
    </w:p>
    <w:p>
      <w:r>
        <w:rPr>
          <w:b/>
        </w:rPr>
        <w:t xml:space="preserve">[49:32] </w:t>
      </w:r>
      <w:r>
        <w:t>yeh koi miraculous baat nahi hai.</w:t>
      </w:r>
    </w:p>
    <w:p>
      <w:pPr>
        <w:jc w:val="right"/>
      </w:pPr>
      <w:r>
        <w:t>یہ کوئی میریکولس بات نہیں ہے۔</w:t>
      </w:r>
    </w:p>
    <w:p>
      <w:r>
        <w:rPr>
          <w:b/>
        </w:rPr>
        <w:t xml:space="preserve">[49:36] </w:t>
      </w:r>
      <w:r>
        <w:t>is ka matlab yeh nahi ke miraculously mujhe shukar karne wala bana de.</w:t>
      </w:r>
    </w:p>
    <w:p>
      <w:pPr>
        <w:jc w:val="right"/>
      </w:pPr>
      <w:r>
        <w:t>اس کا مطلب یہ نہیں کہ میریکولسلی مجھے شکر کرنے والا بنا دے۔</w:t>
      </w:r>
    </w:p>
    <w:p>
      <w:r>
        <w:rPr>
          <w:b/>
        </w:rPr>
        <w:t xml:space="preserve">[49:40] </w:t>
      </w:r>
      <w:r>
        <w:t>yeh matlab nahi hai is ka.</w:t>
      </w:r>
    </w:p>
    <w:p>
      <w:pPr>
        <w:jc w:val="right"/>
      </w:pPr>
      <w:r>
        <w:t>یہ مطلب نہیں ہے اس کا۔</w:t>
      </w:r>
    </w:p>
    <w:p>
      <w:r>
        <w:rPr>
          <w:b/>
        </w:rPr>
        <w:t xml:space="preserve">[49:44] </w:t>
      </w:r>
      <w:r>
        <w:t>is mein koi mystery nahi hai.</w:t>
      </w:r>
    </w:p>
    <w:p>
      <w:pPr>
        <w:jc w:val="right"/>
      </w:pPr>
      <w:r>
        <w:t>اس میں کوئی مسٹری نہیں ہے۔</w:t>
      </w:r>
    </w:p>
    <w:p>
      <w:r>
        <w:rPr>
          <w:b/>
        </w:rPr>
        <w:t xml:space="preserve">[49:50] </w:t>
      </w:r>
      <w:r>
        <w:t>kyun ke ziyada shukar aata hai ziyada soch se.</w:t>
      </w:r>
    </w:p>
    <w:p>
      <w:pPr>
        <w:jc w:val="right"/>
      </w:pPr>
      <w:r>
        <w:t>کیونکہ زیادہ شکر آتا ہے زیادہ سوچ سے۔</w:t>
      </w:r>
    </w:p>
    <w:p>
      <w:r>
        <w:rPr>
          <w:b/>
        </w:rPr>
        <w:t xml:space="preserve">[49:56] </w:t>
      </w:r>
      <w:r>
        <w:t>to rasool Allah ne ziyada soch ki tofeeq mangi ke mujhe bohat ziyada sochne wala bana.</w:t>
      </w:r>
    </w:p>
    <w:p>
      <w:pPr>
        <w:jc w:val="right"/>
      </w:pPr>
      <w:r>
        <w:t>تو رسول اللہ نے زیادہ سوچ کی توفیق مانگی کہ مجھے بہت زیادہ سوچنے والا بنا۔</w:t>
      </w:r>
    </w:p>
    <w:p>
      <w:r>
        <w:rPr>
          <w:b/>
        </w:rPr>
        <w:t xml:space="preserve">[50:02] </w:t>
      </w:r>
      <w:r>
        <w:t>ab jaise dekhiye aik sahib ka bachcha paida hua.</w:t>
      </w:r>
    </w:p>
    <w:p>
      <w:pPr>
        <w:jc w:val="right"/>
      </w:pPr>
      <w:r>
        <w:t>اب جیسے دیکھیے ایک صاحب کا بچہ پیدا ہوا۔</w:t>
      </w:r>
    </w:p>
    <w:p>
      <w:r>
        <w:rPr>
          <w:b/>
        </w:rPr>
        <w:t xml:space="preserve">[50:08] </w:t>
      </w:r>
      <w:r>
        <w:t>to koi do mahine hua</w:t>
      </w:r>
    </w:p>
    <w:p>
      <w:pPr>
        <w:jc w:val="right"/>
      </w:pPr>
      <w:r>
        <w:t>تو کوئی دو مہینہ ہوا</w:t>
      </w:r>
    </w:p>
    <w:p>
      <w:r>
        <w:rPr>
          <w:b/>
        </w:rPr>
        <w:t xml:space="preserve">[50:14] </w:t>
      </w:r>
      <w:r>
        <w:t>hoga.</w:t>
      </w:r>
    </w:p>
    <w:p>
      <w:pPr>
        <w:jc w:val="right"/>
      </w:pPr>
      <w:r>
        <w:t>ہو گا۔</w:t>
      </w:r>
    </w:p>
    <w:p>
      <w:r>
        <w:rPr>
          <w:b/>
        </w:rPr>
        <w:t xml:space="preserve">[50:18] </w:t>
      </w:r>
      <w:r>
        <w:t>un ka telephone aaya ke main aur meri biwi aap se milna chahte hain.</w:t>
      </w:r>
    </w:p>
    <w:p>
      <w:pPr>
        <w:jc w:val="right"/>
      </w:pPr>
      <w:r>
        <w:t>ان کا ٹیلی فون آیا کہ میں اور میری بیوی آپ سے ملنا چاہتے ہیں۔</w:t>
      </w:r>
    </w:p>
    <w:p>
      <w:r>
        <w:rPr>
          <w:b/>
        </w:rPr>
        <w:t xml:space="preserve">[50:21] </w:t>
      </w:r>
      <w:r>
        <w:t>to main ne kaha kis liye? unhon ne kaha ke kuch baat karna hai aap se spirituality par.</w:t>
      </w:r>
    </w:p>
    <w:p>
      <w:pPr>
        <w:jc w:val="right"/>
      </w:pPr>
      <w:r>
        <w:t>تو میں نے کہا کس لیے؟ انہوں نے کہا کہ کچھ بات کرنا ہے آپ سے اسپرچولٹی پر۔</w:t>
      </w:r>
    </w:p>
    <w:p>
      <w:r>
        <w:rPr>
          <w:b/>
        </w:rPr>
        <w:t xml:space="preserve">[50:25] </w:t>
      </w:r>
      <w:r>
        <w:t>to main ne kaha bhai bachon ko le kar to mat aiyega.</w:t>
      </w:r>
    </w:p>
    <w:p>
      <w:pPr>
        <w:jc w:val="right"/>
      </w:pPr>
      <w:r>
        <w:t>تو میں نے کہا بھئی بچوں کو لے کر تو مت آئیے گا۔</w:t>
      </w:r>
    </w:p>
    <w:p>
      <w:r>
        <w:rPr>
          <w:b/>
        </w:rPr>
        <w:t xml:space="preserve">[50:29] </w:t>
      </w:r>
      <w:r>
        <w:t>koi bachon ko le kar aap aayenge to phir bachhe hi ki baat ho gi, woh baat</w:t>
      </w:r>
    </w:p>
    <w:p>
      <w:pPr>
        <w:jc w:val="right"/>
      </w:pPr>
      <w:r>
        <w:t>کوئی بچوں کو لے کر آپ آئیں گے تو پھر بچے ہی کی بات ہو گی، وہ بات</w:t>
      </w:r>
    </w:p>
    <w:p>
      <w:r>
        <w:rPr>
          <w:b/>
        </w:rPr>
        <w:t xml:space="preserve">[50:33] </w:t>
      </w:r>
      <w:r>
        <w:t>nahin ho sakti hai.</w:t>
      </w:r>
    </w:p>
    <w:p>
      <w:pPr>
        <w:jc w:val="right"/>
      </w:pPr>
      <w:r>
        <w:t>نہیں ہو سکتی ہے۔</w:t>
      </w:r>
    </w:p>
    <w:p>
      <w:r>
        <w:rPr>
          <w:b/>
        </w:rPr>
        <w:t xml:space="preserve">[50:37] </w:t>
      </w:r>
      <w:r>
        <w:t>kaha nahin nahin aisa nahin hai, mera bachha aisa hai, mera bachha waisa hai, mera bachha bilkul chup</w:t>
      </w:r>
    </w:p>
    <w:p>
      <w:pPr>
        <w:jc w:val="right"/>
      </w:pPr>
      <w:r>
        <w:t>کہا نہیں نہیں ایسا نہیں ہے، میرا بچہ ایسا ہے، میرا بچہ ویسا ہے، میرا بچہ بالکل چپ</w:t>
      </w:r>
    </w:p>
    <w:p>
      <w:r>
        <w:rPr>
          <w:b/>
        </w:rPr>
        <w:t xml:space="preserve">[50:41] </w:t>
      </w:r>
      <w:r>
        <w:t>rehta hai, kuch bhi nahin bolta.</w:t>
      </w:r>
    </w:p>
    <w:p>
      <w:pPr>
        <w:jc w:val="right"/>
      </w:pPr>
      <w:r>
        <w:t>رہتا ہے، کچھ بھی نہیں بولتا۔</w:t>
      </w:r>
    </w:p>
    <w:p>
      <w:r>
        <w:rPr>
          <w:b/>
        </w:rPr>
        <w:t xml:space="preserve">[50:45] </w:t>
      </w:r>
      <w:r>
        <w:t>khair jab unhon ne insist kiya to main ne kaha aa jaiye.</w:t>
      </w:r>
    </w:p>
    <w:p>
      <w:pPr>
        <w:jc w:val="right"/>
      </w:pPr>
      <w:r>
        <w:t>خیر جب انہوں نے انسسٹ کیا تو میں نے کہا آ جائیے۔</w:t>
      </w:r>
    </w:p>
    <w:p>
      <w:r>
        <w:rPr>
          <w:b/>
        </w:rPr>
        <w:t xml:space="preserve">[50:51] </w:t>
      </w:r>
      <w:r>
        <w:t>ab suniye dono husband aur wife aaye mere paas taqreeban qareeb do ghanta baithe. do ghanta.</w:t>
      </w:r>
    </w:p>
    <w:p>
      <w:pPr>
        <w:jc w:val="right"/>
      </w:pPr>
      <w:r>
        <w:t>اب سنیے دونوں ہسبینڈ اور وائف آئے میرے پاس تقریباً قریب دو گھنٹہ بیٹھے۔ دو گھنٹہ۔</w:t>
      </w:r>
    </w:p>
    <w:p>
      <w:r>
        <w:rPr>
          <w:b/>
        </w:rPr>
        <w:t xml:space="preserve">[50:57] </w:t>
      </w:r>
      <w:r>
        <w:t>aur jante hain kya hua? dono poori tarah poore yaani is poore time mein bas bachhe ko dekhte rahe.</w:t>
      </w:r>
    </w:p>
    <w:p>
      <w:pPr>
        <w:jc w:val="right"/>
      </w:pPr>
      <w:r>
        <w:t>اور جانتے ہیں کیا ہوا؟ دونوں پوری طرح پورے یعنی اس پورے ٹائم میں بس بچے کو دیکھتے رہے۔</w:t>
      </w:r>
    </w:p>
    <w:p>
      <w:r>
        <w:rPr>
          <w:b/>
        </w:rPr>
        <w:t xml:space="preserve">[51:03] </w:t>
      </w:r>
      <w:r>
        <w:t>woh bhi bachhe ko dekh rahe hain, woh bhi bachhe ko dekh rahe hain.</w:t>
      </w:r>
    </w:p>
    <w:p>
      <w:pPr>
        <w:jc w:val="right"/>
      </w:pPr>
      <w:r>
        <w:t>وہ بھی بچے کو دیکھ رہے ہیں، وہ بھی بچے کو دیکھ رہے ہیں۔</w:t>
      </w:r>
    </w:p>
    <w:p>
      <w:r>
        <w:rPr>
          <w:b/>
        </w:rPr>
        <w:t xml:space="preserve">[51:09] </w:t>
      </w:r>
      <w:r>
        <w:t>isi ko dekh dekhte khush ho rahe hain.</w:t>
      </w:r>
    </w:p>
    <w:p>
      <w:pPr>
        <w:jc w:val="right"/>
      </w:pPr>
      <w:r>
        <w:t>اسی کو دیکھ دیکھتے خوش ہو رہے ہیں۔</w:t>
      </w:r>
    </w:p>
    <w:p>
      <w:r>
        <w:rPr>
          <w:b/>
        </w:rPr>
        <w:t xml:space="preserve">[51:15] </w:t>
      </w:r>
      <w:r>
        <w:t>yeh do mahine ka bachha jo hai sara focus in ka isi bachhe par tha.</w:t>
      </w:r>
    </w:p>
    <w:p>
      <w:pPr>
        <w:jc w:val="right"/>
      </w:pPr>
      <w:r>
        <w:t>یہ دو مہینے کا بچہ جو ہے سارا فوکس ان کا اسی بچے پر تھا۔</w:t>
      </w:r>
    </w:p>
    <w:p>
      <w:r>
        <w:rPr>
          <w:b/>
        </w:rPr>
        <w:t xml:space="preserve">[51:20] </w:t>
      </w:r>
      <w:r>
        <w:t>meri koi baat sunne ke liye woh un ka mind jo hai ready hi nahin tha.</w:t>
      </w:r>
    </w:p>
    <w:p>
      <w:pPr>
        <w:jc w:val="right"/>
      </w:pPr>
      <w:r>
        <w:t>میری کوئی بات سننے کے لیے وہ ان کا مائنڈ جو ہے پریپری ہی نہیں تھا۔</w:t>
      </w:r>
    </w:p>
    <w:p>
      <w:r>
        <w:rPr>
          <w:b/>
        </w:rPr>
        <w:t xml:space="preserve">[51:25] </w:t>
      </w:r>
      <w:r>
        <w:t>spirituality ki baat sunne ke liye.</w:t>
      </w:r>
    </w:p>
    <w:p>
      <w:pPr>
        <w:jc w:val="right"/>
      </w:pPr>
      <w:r>
        <w:t>اسپرچولٹی کی بات سننے کے لیے۔</w:t>
      </w:r>
    </w:p>
    <w:p>
      <w:r>
        <w:rPr>
          <w:b/>
        </w:rPr>
        <w:t xml:space="preserve">[51:30] </w:t>
      </w:r>
      <w:r>
        <w:t>to logon ko bachha bari cheez dikhai diya.</w:t>
      </w:r>
    </w:p>
    <w:p>
      <w:pPr>
        <w:jc w:val="right"/>
      </w:pPr>
      <w:r>
        <w:t>تو لوگوں کو بچہ بڑی چیز دکھائی دیا۔</w:t>
      </w:r>
    </w:p>
    <w:p>
      <w:r>
        <w:rPr>
          <w:b/>
        </w:rPr>
        <w:t xml:space="preserve">[51:35] </w:t>
      </w:r>
      <w:r>
        <w:t>to Khuda kahan se bara un ko dikhai de ga? kahan se shukr karen ge woh? to jab</w:t>
      </w:r>
    </w:p>
    <w:p>
      <w:pPr>
        <w:jc w:val="right"/>
      </w:pPr>
      <w:r>
        <w:t>تو خدا کہاں سے بڑا ان کو دکھائی دے گا؟ کہاں سے شکر کریں گے وہ؟ تو جب</w:t>
      </w:r>
    </w:p>
    <w:p>
      <w:r>
        <w:rPr>
          <w:b/>
        </w:rPr>
        <w:t xml:space="preserve">[51:40] </w:t>
      </w:r>
      <w:r>
        <w:t>tak aap apne aap ko</w:t>
      </w:r>
    </w:p>
    <w:p>
      <w:pPr>
        <w:jc w:val="right"/>
      </w:pPr>
      <w:r>
        <w:t>تک آپ اپنے آپ کو</w:t>
      </w:r>
    </w:p>
    <w:p>
      <w:r>
        <w:rPr>
          <w:b/>
        </w:rPr>
        <w:t xml:space="preserve">[51:46] </w:t>
      </w:r>
      <w:r>
        <w:t>ghairullah se na uthayen, other than God jo cheezen hain, jab tak aap is mein jee rahe</w:t>
      </w:r>
    </w:p>
    <w:p>
      <w:pPr>
        <w:jc w:val="right"/>
      </w:pPr>
      <w:r>
        <w:t>غیر اللہ سے نہ اٹھائیں، ادر دین گاڈ جو چیزیں ہیں، جب تک آپ اس میں جی رہے</w:t>
      </w:r>
    </w:p>
    <w:p>
      <w:r>
        <w:rPr>
          <w:b/>
        </w:rPr>
        <w:t xml:space="preserve">[51:52] </w:t>
      </w:r>
      <w:r>
        <w:t>hain tab tak aap shukr nahin kar sakte aap.</w:t>
      </w:r>
    </w:p>
    <w:p>
      <w:pPr>
        <w:jc w:val="right"/>
      </w:pPr>
      <w:r>
        <w:t>ہیں تب تک آپ شکر نہیں کر سکتے آپ۔</w:t>
      </w:r>
    </w:p>
    <w:p>
      <w:r>
        <w:rPr>
          <w:b/>
        </w:rPr>
        <w:t xml:space="preserve">[51:58] </w:t>
      </w:r>
      <w:r>
        <w:t>other than God jo cheezen is duniya mein hain, chahe woh aap ka bachha hi kyun na ho,</w:t>
      </w:r>
    </w:p>
    <w:p>
      <w:pPr>
        <w:jc w:val="right"/>
      </w:pPr>
      <w:r>
        <w:t>ادر دین گاڈ جو چیزیں اس دنیا میں ہیں، چاہے وہ آپ کا بچہ ہی کیوں نہ ہو،</w:t>
      </w:r>
    </w:p>
    <w:p>
      <w:r>
        <w:rPr>
          <w:b/>
        </w:rPr>
        <w:t xml:space="preserve">[52:04] </w:t>
      </w:r>
      <w:r>
        <w:t>chahe woh aap ki kothi aur car kyun na ho, aap ka bank balance kyun na ho, kis</w:t>
      </w:r>
    </w:p>
    <w:p>
      <w:pPr>
        <w:jc w:val="right"/>
      </w:pPr>
      <w:r>
        <w:t>چاہے وہ آپ کی کوٹھی اور کار کیوں نہ ہو، آپ کا بینک بیلنس کیوں نہ ہو، کس</w:t>
      </w:r>
    </w:p>
    <w:p>
      <w:r>
        <w:rPr>
          <w:b/>
        </w:rPr>
        <w:t xml:space="preserve">[52:10] </w:t>
      </w:r>
      <w:r>
        <w:t>koi bhi cheez, jab tak aap ka concern woh cheezen hongi yaani other than God wali cheezen to</w:t>
      </w:r>
    </w:p>
    <w:p>
      <w:pPr>
        <w:jc w:val="right"/>
      </w:pPr>
      <w:r>
        <w:t>کوئی بھی چیز، جب تک آپ کا کنسرن وہ چیزیں ہوں گی یعنی ادر دین گاڈ والی چیزیں تو</w:t>
      </w:r>
    </w:p>
    <w:p>
      <w:r>
        <w:rPr>
          <w:b/>
        </w:rPr>
        <w:t xml:space="preserve">[52:16] </w:t>
      </w:r>
      <w:r>
        <w:t>aap ke andar woh thinking nahin develop kare gi.</w:t>
      </w:r>
    </w:p>
    <w:p>
      <w:pPr>
        <w:jc w:val="right"/>
      </w:pPr>
      <w:r>
        <w:t>آپ کے اندر وہ تھنکنگ نہیں ڈیولپ کرے گی۔</w:t>
      </w:r>
    </w:p>
    <w:p>
      <w:r>
        <w:rPr>
          <w:b/>
        </w:rPr>
        <w:t xml:space="preserve">[52:23] </w:t>
      </w:r>
      <w:r>
        <w:t>yaani God oriented thinking develop hi nahin kare gi.</w:t>
      </w:r>
    </w:p>
    <w:p>
      <w:pPr>
        <w:jc w:val="right"/>
      </w:pPr>
      <w:r>
        <w:t>یعنی گاڈ اورینٹڈ تھنکنگ ڈیولپ ہی نہیں کرے گی۔</w:t>
      </w:r>
    </w:p>
    <w:p>
      <w:r>
        <w:rPr>
          <w:b/>
        </w:rPr>
        <w:t xml:space="preserve">[52:31] </w:t>
      </w:r>
      <w:r>
        <w:t>to aap shukr kaise karenge? shukr karne ke liye jo starting point hai woh hai gaud oriented thinking.</w:t>
      </w:r>
    </w:p>
    <w:p>
      <w:pPr>
        <w:jc w:val="right"/>
      </w:pPr>
      <w:r>
        <w:t>تو آپ شکر کیسے کریں گے؟ شکر کرنے کے لیے جو سٹارٹنگ پوائنٹ ہے وہ ہے گاڈ اورینٹڈ تھنکنگ۔</w:t>
      </w:r>
    </w:p>
    <w:p>
      <w:r>
        <w:rPr>
          <w:b/>
        </w:rPr>
        <w:t xml:space="preserve">[52:38] </w:t>
      </w:r>
      <w:r>
        <w:t>yani cheezon mein jalwa dekhna Khuda ka. jaise</w:t>
      </w:r>
    </w:p>
    <w:p>
      <w:pPr>
        <w:jc w:val="right"/>
      </w:pPr>
      <w:r>
        <w:t>یعنی چیزوں میں جلوہ دیکھنا خدا کا۔ جیسے</w:t>
      </w:r>
    </w:p>
    <w:p>
      <w:r>
        <w:rPr>
          <w:b/>
        </w:rPr>
        <w:t xml:space="preserve">[52:46] </w:t>
      </w:r>
      <w:r>
        <w:t>ek arab shair tha Abu al-Atahiyah, uska naam tha. Abu al-Atahiyah.</w:t>
      </w:r>
    </w:p>
    <w:p>
      <w:pPr>
        <w:jc w:val="right"/>
      </w:pPr>
      <w:r>
        <w:t>ایک عرب شاعر تھا ابو العطاہیہ، اس کا نام تھا۔ ابو العطاہیہ۔</w:t>
      </w:r>
    </w:p>
    <w:p>
      <w:r>
        <w:rPr>
          <w:b/>
        </w:rPr>
        <w:t xml:space="preserve">[52:52] </w:t>
      </w:r>
      <w:r>
        <w:t>wo to usne kaha ke wa fi kulli shay'in lahu aayatun tadullu 'ala annahu al-wahid.</w:t>
      </w:r>
    </w:p>
    <w:p>
      <w:pPr>
        <w:jc w:val="right"/>
      </w:pPr>
      <w:r>
        <w:t>وہ تو اس نے کہا کہ وفی کل شی لہو آیت تدلو علی انہ الواحد۔</w:t>
      </w:r>
    </w:p>
    <w:p>
      <w:r>
        <w:rPr>
          <w:b/>
        </w:rPr>
        <w:t xml:space="preserve">[52:58] </w:t>
      </w:r>
      <w:r>
        <w:t>yani har cheez, har cheez, har cheez jo hai batati hai ke Khuda ek hai, Khuda ek hai,</w:t>
      </w:r>
    </w:p>
    <w:p>
      <w:pPr>
        <w:jc w:val="right"/>
      </w:pPr>
      <w:r>
        <w:t>یعنی ہر چیز، ہر چیز، ہر چیز جو ہے بتاتی ہے کہ خدا ایک ہے، خدا ایک ہے،</w:t>
      </w:r>
    </w:p>
    <w:p>
      <w:r>
        <w:rPr>
          <w:b/>
        </w:rPr>
        <w:t xml:space="preserve">[53:04] </w:t>
      </w:r>
      <w:r>
        <w:t>Khuda ek hai.</w:t>
      </w:r>
    </w:p>
    <w:p>
      <w:pPr>
        <w:jc w:val="right"/>
      </w:pPr>
      <w:r>
        <w:t>خدا ایک ہے۔</w:t>
      </w:r>
    </w:p>
    <w:p>
      <w:r>
        <w:rPr>
          <w:b/>
        </w:rPr>
        <w:t xml:space="preserve">[53:10] </w:t>
      </w:r>
      <w:r>
        <w:t>to yeh kaise</w:t>
      </w:r>
    </w:p>
    <w:p>
      <w:pPr>
        <w:jc w:val="right"/>
      </w:pPr>
      <w:r>
        <w:t>تو یہ کیسے</w:t>
      </w:r>
    </w:p>
    <w:p>
      <w:r>
        <w:rPr>
          <w:b/>
        </w:rPr>
        <w:t xml:space="preserve">[53:16] </w:t>
      </w:r>
      <w:r>
        <w:t>bolti to nahi? cheezen bolti to nahi hain.</w:t>
      </w:r>
    </w:p>
    <w:p>
      <w:pPr>
        <w:jc w:val="right"/>
      </w:pPr>
      <w:r>
        <w:t>بولتی تو نہیں؟ چیزیں بولتی تو نہیں ہیں۔</w:t>
      </w:r>
    </w:p>
    <w:p>
      <w:r>
        <w:rPr>
          <w:b/>
        </w:rPr>
        <w:t xml:space="preserve">[53:21] </w:t>
      </w:r>
      <w:r>
        <w:t>darakht bolta nahi hai.</w:t>
      </w:r>
    </w:p>
    <w:p>
      <w:pPr>
        <w:jc w:val="right"/>
      </w:pPr>
      <w:r>
        <w:t>درخت بولتا نہیں ہے۔</w:t>
      </w:r>
    </w:p>
    <w:p>
      <w:r>
        <w:rPr>
          <w:b/>
        </w:rPr>
        <w:t xml:space="preserve">[53:26] </w:t>
      </w:r>
      <w:r>
        <w:t>soch kar ke aap is mein se nikalte hain.</w:t>
      </w:r>
    </w:p>
    <w:p>
      <w:pPr>
        <w:jc w:val="right"/>
      </w:pPr>
      <w:r>
        <w:t>سوچ کر کے آپ اس میں سے نکالتے ہیں۔</w:t>
      </w:r>
    </w:p>
    <w:p>
      <w:r>
        <w:rPr>
          <w:b/>
        </w:rPr>
        <w:t xml:space="preserve">[53:31] </w:t>
      </w:r>
      <w:r>
        <w:t>har cheez mein jo wisdom hai, har cheez mein jo design hai, har cheez mein jo hikmaten hain,</w:t>
      </w:r>
    </w:p>
    <w:p>
      <w:pPr>
        <w:jc w:val="right"/>
      </w:pPr>
      <w:r>
        <w:t>ہر چیز میں جو وزڈم ہے، ہر چیز میں جو ڈیزائن ہے، ہر چیز میں جو حکمتیں ہیں،</w:t>
      </w:r>
    </w:p>
    <w:p>
      <w:r>
        <w:rPr>
          <w:b/>
        </w:rPr>
        <w:t xml:space="preserve">[53:37] </w:t>
      </w:r>
      <w:r>
        <w:t>jab us par aap sochte hain to wahan aap Khuda ka jalwa dekhte hain.</w:t>
      </w:r>
    </w:p>
    <w:p>
      <w:pPr>
        <w:jc w:val="right"/>
      </w:pPr>
      <w:r>
        <w:t>جب اس پر آپ سوچتے ہیں تو وہاں آپ خدا کا جلوہ دیکھتے ہیں۔</w:t>
      </w:r>
    </w:p>
    <w:p>
      <w:r>
        <w:rPr>
          <w:b/>
        </w:rPr>
        <w:t xml:space="preserve">[53:42] </w:t>
      </w:r>
      <w:r>
        <w:t>yani creation mein aap ko creator dikhai padne lagta hai.</w:t>
      </w:r>
    </w:p>
    <w:p>
      <w:pPr>
        <w:jc w:val="right"/>
      </w:pPr>
      <w:r>
        <w:t>یعنی کریشن میں آپ کو کریٹر دکھائی پڑنے لگتا ہے۔</w:t>
      </w:r>
    </w:p>
    <w:p>
      <w:r>
        <w:rPr>
          <w:b/>
        </w:rPr>
        <w:t xml:space="preserve">[53:47] </w:t>
      </w:r>
      <w:r>
        <w:t>creation mein aap ko creator dikhai padne lagta hai.</w:t>
      </w:r>
    </w:p>
    <w:p>
      <w:pPr>
        <w:jc w:val="right"/>
      </w:pPr>
      <w:r>
        <w:t>کریشن میں آپ کو کریٹر دکھائی پڑنے لگتا ہے۔</w:t>
      </w:r>
    </w:p>
    <w:p>
      <w:r>
        <w:rPr>
          <w:b/>
        </w:rPr>
        <w:t xml:space="preserve">[53:55] </w:t>
      </w:r>
      <w:r>
        <w:t>تو اس طرح جب سوچتے ہیں آپ، اس طرح جب آپ نے اپنے mind کو active کرتے ہیں</w:t>
      </w:r>
    </w:p>
    <w:p>
      <w:pPr>
        <w:jc w:val="right"/>
      </w:pPr>
      <w:r>
        <w:t>تو اس طرح جب سوچتے ہیں آپ، اس طرح جب آپ نے اپنے مائنڈ کو ایکٹیو کرتے ہیں</w:t>
      </w:r>
    </w:p>
    <w:p>
      <w:r>
        <w:rPr>
          <w:b/>
        </w:rPr>
        <w:t xml:space="preserve">[54:03] </w:t>
      </w:r>
      <w:r>
        <w:t>tab kya hota hai? tab woh cheez aati hai jis ko maine kaha super shukr. woh thrilling.</w:t>
      </w:r>
    </w:p>
    <w:p>
      <w:pPr>
        <w:jc w:val="right"/>
      </w:pPr>
      <w:r>
        <w:t>تب کیا ہوتا ہے؟ تب وہ چیز آتی ہے جس کو میں نے کہا سپر شکر۔ وہ تھرلنگ۔</w:t>
      </w:r>
    </w:p>
    <w:p>
      <w:r>
        <w:rPr>
          <w:b/>
        </w:rPr>
        <w:t xml:space="preserve">[54:11] </w:t>
      </w:r>
      <w:r>
        <w:t>wo thrilling aati hai jis thrilling se aap ke andar super shukr ka jazba paida ho.</w:t>
      </w:r>
    </w:p>
    <w:p>
      <w:pPr>
        <w:jc w:val="right"/>
      </w:pPr>
      <w:r>
        <w:t>وہ تھرلنگ آتی ہے جس تھرلنگ سے آپ کے اندر سپر شکر کا جذبہ پیدا ہو۔</w:t>
      </w:r>
    </w:p>
    <w:p>
      <w:r>
        <w:rPr>
          <w:b/>
        </w:rPr>
        <w:t xml:space="preserve">[54:19] </w:t>
      </w:r>
      <w:r>
        <w:t>to sabr karna bohat zaroori hai.</w:t>
      </w:r>
    </w:p>
    <w:p>
      <w:pPr>
        <w:jc w:val="right"/>
      </w:pPr>
      <w:r>
        <w:t>تو صبر کرنا بہت ضروری ہے۔</w:t>
      </w:r>
    </w:p>
    <w:p>
      <w:r>
        <w:rPr>
          <w:b/>
        </w:rPr>
        <w:t xml:space="preserve">[54:25] </w:t>
      </w:r>
      <w:r>
        <w:t>jab tak aap sabr na ho aap ke andar, sabr ka maani mein bhi shamil kijiye.</w:t>
      </w:r>
    </w:p>
    <w:p>
      <w:pPr>
        <w:jc w:val="right"/>
      </w:pPr>
      <w:r>
        <w:t>جب تک آپ صبر نہ ہو آپ کے اندر، صبر کا معنی میں بھی شامل کیجیے۔</w:t>
      </w:r>
    </w:p>
    <w:p>
      <w:r>
        <w:rPr>
          <w:b/>
        </w:rPr>
        <w:t xml:space="preserve">[54:31] </w:t>
      </w:r>
      <w:r>
        <w:t>yani sabr jo hai yani negative situation par sabr karna, provocation par sabr karna, aur jo hamara idhar</w:t>
      </w:r>
    </w:p>
    <w:p>
      <w:pPr>
        <w:jc w:val="right"/>
      </w:pPr>
      <w:r>
        <w:t>یعنی صبر جو ہے یعنی نیگیٹیو سچویشن پر صبر کرنا، پرووکیشن پر صبر کرنا، اور جو ہمارا ادھر</w:t>
      </w:r>
    </w:p>
    <w:p>
      <w:r>
        <w:rPr>
          <w:b/>
        </w:rPr>
        <w:t xml:space="preserve">[54:37] </w:t>
      </w:r>
      <w:r>
        <w:t>idhar idhar dil bhagta hai desire par is par sabr karna, aur jo cheezen jin se hum</w:t>
      </w:r>
    </w:p>
    <w:p>
      <w:pPr>
        <w:jc w:val="right"/>
      </w:pPr>
      <w:r>
        <w:t>ادھر ادھر ادھر دل بھاگتا ہے ڈیزائر پر اس پر صبر کرنا، اور جو چیزیں جن سے ہم</w:t>
      </w:r>
    </w:p>
    <w:p>
      <w:r>
        <w:rPr>
          <w:b/>
        </w:rPr>
        <w:t xml:space="preserve">[54:43] </w:t>
      </w:r>
      <w:r>
        <w:t>ko interest interest hone lagta hai idhar hum daudne lagte hain is par sabr karna</w:t>
      </w:r>
    </w:p>
    <w:p>
      <w:pPr>
        <w:jc w:val="right"/>
      </w:pPr>
      <w:r>
        <w:t>کو انٹرسٹ انٹرسٹ ہونے لگتا ہے ادھر ہم دوڑنے لگتے ہیں اس پر صبر کرنا</w:t>
      </w:r>
    </w:p>
    <w:p>
      <w:r>
        <w:rPr>
          <w:b/>
        </w:rPr>
        <w:t xml:space="preserve">[54:49] </w:t>
      </w:r>
      <w:r>
        <w:t>.</w:t>
      </w:r>
    </w:p>
    <w:p>
      <w:pPr>
        <w:jc w:val="right"/>
      </w:pPr>
      <w:r>
        <w:t>۔</w:t>
      </w:r>
    </w:p>
    <w:p>
      <w:r>
        <w:rPr>
          <w:b/>
        </w:rPr>
        <w:t xml:space="preserve">[54:54] </w:t>
      </w:r>
      <w:r>
        <w:t>yani ek hi cheez par focus dalna, apne aap ko ek hi cheez par dedicate kar lena.</w:t>
      </w:r>
    </w:p>
    <w:p>
      <w:pPr>
        <w:jc w:val="right"/>
      </w:pPr>
      <w:r>
        <w:t>یعنی ایک ہی چیز پر فوکس ڈالنا، اپنے آپ کو ایک ہی چیز پر ڈیڈیکیٹ کر لینا۔</w:t>
      </w:r>
    </w:p>
    <w:p>
      <w:r>
        <w:rPr>
          <w:b/>
        </w:rPr>
        <w:t xml:space="preserve">[54:59] </w:t>
      </w:r>
      <w:r>
        <w:t>ek hi cheez par apne aap ko centralize kar lena.</w:t>
      </w:r>
    </w:p>
    <w:p>
      <w:pPr>
        <w:jc w:val="right"/>
      </w:pPr>
      <w:r>
        <w:t>ایک ہی چیز پر اپنے آپ کو سینٹرلائز کر لینا۔</w:t>
      </w:r>
    </w:p>
    <w:p>
      <w:r>
        <w:rPr>
          <w:b/>
        </w:rPr>
        <w:t xml:space="preserve">[55:04] </w:t>
      </w:r>
      <w:r>
        <w:t>tab ja kar ke woh soch ubhregi.</w:t>
      </w:r>
    </w:p>
    <w:p>
      <w:pPr>
        <w:jc w:val="right"/>
      </w:pPr>
      <w:r>
        <w:t>تب جا کر کے وہ سوچ ابھرے گی۔</w:t>
      </w:r>
    </w:p>
    <w:p>
      <w:r>
        <w:rPr>
          <w:b/>
        </w:rPr>
        <w:t xml:space="preserve">[55:10] </w:t>
      </w:r>
      <w:r>
        <w:t>soch jo hai bohat hi zyada concentration chahti hai.</w:t>
      </w:r>
    </w:p>
    <w:p>
      <w:pPr>
        <w:jc w:val="right"/>
      </w:pPr>
      <w:r>
        <w:t>سوچ جو ہے بہت ہی زیادہ کنسنٹریشن چاہتی ہے۔</w:t>
      </w:r>
    </w:p>
    <w:p>
      <w:r>
        <w:rPr>
          <w:b/>
        </w:rPr>
        <w:t xml:space="preserve">[55:15] </w:t>
      </w:r>
      <w:r>
        <w:t>soch koi mamooli cheez nahi hai.</w:t>
      </w:r>
    </w:p>
    <w:p>
      <w:pPr>
        <w:jc w:val="right"/>
      </w:pPr>
      <w:r>
        <w:t>سوچ کوئی معمولی چیز نہیں ہے۔</w:t>
      </w:r>
    </w:p>
    <w:p>
      <w:r>
        <w:rPr>
          <w:b/>
        </w:rPr>
        <w:t xml:space="preserve">[55:20] </w:t>
      </w:r>
      <w:r>
        <w:t>jaise newton ko dekhiye.</w:t>
      </w:r>
    </w:p>
    <w:p>
      <w:pPr>
        <w:jc w:val="right"/>
      </w:pPr>
      <w:r>
        <w:t>جیسے نیوٹن کو دیکھیے۔</w:t>
      </w:r>
    </w:p>
    <w:p>
      <w:r>
        <w:rPr>
          <w:b/>
        </w:rPr>
        <w:t xml:space="preserve">[55:25] </w:t>
      </w:r>
      <w:r>
        <w:t>newton jo tha woh founder of modern science mana jata hai is ko.</w:t>
      </w:r>
    </w:p>
    <w:p>
      <w:pPr>
        <w:jc w:val="right"/>
      </w:pPr>
      <w:r>
        <w:t>نیوٹن جو تھا وہ فاؤنڈر آف ماڈرن سائنس مانا جاتا ہے اس کو۔</w:t>
      </w:r>
    </w:p>
    <w:p>
      <w:r>
        <w:rPr>
          <w:b/>
        </w:rPr>
        <w:t xml:space="preserve">[55:30] </w:t>
      </w:r>
      <w:r>
        <w:t>to founder of modern science kaise bana? bohat zyada sochne ki is ke andar mada tha.</w:t>
      </w:r>
    </w:p>
    <w:p>
      <w:pPr>
        <w:jc w:val="right"/>
      </w:pPr>
      <w:r>
        <w:t>تو فاؤنڈر آف ماڈرن سائنس کیسے بنا؟ بہت زیادہ سوچنے کی اس کے اندر مادہ تھا۔</w:t>
      </w:r>
    </w:p>
    <w:p>
      <w:r>
        <w:rPr>
          <w:b/>
        </w:rPr>
        <w:t xml:space="preserve">[55:35] </w:t>
      </w:r>
      <w:r>
        <w:t>is ko wool gatherer kaha jata tha.</w:t>
      </w:r>
    </w:p>
    <w:p>
      <w:pPr>
        <w:jc w:val="right"/>
      </w:pPr>
      <w:r>
        <w:t>اس کو وول گیدرر کہا جاتا تھا۔</w:t>
      </w:r>
    </w:p>
    <w:p>
      <w:r>
        <w:rPr>
          <w:b/>
        </w:rPr>
        <w:t xml:space="preserve">[55:40] </w:t>
      </w:r>
      <w:r>
        <w:t>wool gatherer ke matlab hote hain khoya hua aadmi.</w:t>
      </w:r>
    </w:p>
    <w:p>
      <w:pPr>
        <w:jc w:val="right"/>
      </w:pPr>
      <w:r>
        <w:t>وول گیدرر کے مطلب ہوتے ہیں کھویا ہوا آدمی۔</w:t>
      </w:r>
    </w:p>
    <w:p>
      <w:r>
        <w:rPr>
          <w:b/>
        </w:rPr>
        <w:t xml:space="preserve">[55:45] </w:t>
      </w:r>
      <w:r>
        <w:t>soch mein khoya hua aadmi. khud</w:t>
      </w:r>
    </w:p>
    <w:p>
      <w:pPr>
        <w:jc w:val="right"/>
      </w:pPr>
      <w:r>
        <w:t>سوچ میں کھویا ہوا آدمی۔ خود</w:t>
      </w:r>
    </w:p>
    <w:p>
      <w:r>
        <w:rPr>
          <w:b/>
        </w:rPr>
        <w:t xml:space="preserve">[55:50] </w:t>
      </w:r>
      <w:r>
        <w:t>apne bare mein kaha tha newton ne.</w:t>
      </w:r>
    </w:p>
    <w:p>
      <w:pPr>
        <w:jc w:val="right"/>
      </w:pPr>
      <w:r>
        <w:t>اپنے بارے میں کہا تھا نیوٹن نے۔</w:t>
      </w:r>
    </w:p>
    <w:p>
      <w:r>
        <w:rPr>
          <w:b/>
        </w:rPr>
        <w:t xml:space="preserve">[55:54] </w:t>
      </w:r>
      <w:r>
        <w:t>apne bare mein.</w:t>
      </w:r>
    </w:p>
    <w:p>
      <w:pPr>
        <w:jc w:val="right"/>
      </w:pPr>
      <w:r>
        <w:t>اپنے بارے میں۔</w:t>
      </w:r>
    </w:p>
    <w:p>
      <w:r>
        <w:rPr>
          <w:b/>
        </w:rPr>
        <w:t xml:space="preserve">[55:57] </w:t>
      </w:r>
      <w:r>
        <w:t>ke i have no special sagacity.</w:t>
      </w:r>
    </w:p>
    <w:p>
      <w:pPr>
        <w:jc w:val="right"/>
      </w:pPr>
      <w:r>
        <w:t>کہ آئی ہیو نو اسپیشل سگیسٹی۔</w:t>
      </w:r>
    </w:p>
    <w:p>
      <w:r>
        <w:rPr>
          <w:b/>
        </w:rPr>
        <w:t xml:space="preserve">[56:01] </w:t>
      </w:r>
      <w:r>
        <w:t>only the power of patient thought.</w:t>
      </w:r>
    </w:p>
    <w:p>
      <w:pPr>
        <w:jc w:val="right"/>
      </w:pPr>
      <w:r>
        <w:t>اونلی دا پاور آف پیشنٹ تھاٹ۔</w:t>
      </w:r>
    </w:p>
    <w:p>
      <w:r>
        <w:rPr>
          <w:b/>
        </w:rPr>
        <w:t xml:space="preserve">[56:04] </w:t>
      </w:r>
      <w:r>
        <w:t>log bohat is ke zamane mein is ko bohat zyada popularity mili.</w:t>
      </w:r>
    </w:p>
    <w:p>
      <w:pPr>
        <w:jc w:val="right"/>
      </w:pPr>
      <w:r>
        <w:t>لوگ بہت اس کے زمانے میں اس کو بہت زیادہ پاپولیرٹی ملی۔</w:t>
      </w:r>
    </w:p>
    <w:p>
      <w:r>
        <w:rPr>
          <w:b/>
        </w:rPr>
        <w:t xml:space="preserve">[56:08] </w:t>
      </w:r>
      <w:r>
        <w:t>bohat in ko darja mila.</w:t>
      </w:r>
    </w:p>
    <w:p>
      <w:pPr>
        <w:jc w:val="right"/>
      </w:pPr>
      <w:r>
        <w:t>بہت ان کو درجہ ملا۔</w:t>
      </w:r>
    </w:p>
    <w:p>
      <w:r>
        <w:rPr>
          <w:b/>
        </w:rPr>
        <w:t xml:space="preserve">[56:11] </w:t>
      </w:r>
      <w:r>
        <w:t>to log is ki tareef karte the is ki.</w:t>
      </w:r>
    </w:p>
    <w:p>
      <w:pPr>
        <w:jc w:val="right"/>
      </w:pPr>
      <w:r>
        <w:t>تو لوگ اس کی تعریف کرتے تھے اس کی۔</w:t>
      </w:r>
    </w:p>
    <w:p>
      <w:r>
        <w:rPr>
          <w:b/>
        </w:rPr>
        <w:t xml:space="preserve">[56:15] </w:t>
      </w:r>
      <w:r>
        <w:t>to is ne kaha ke i have no special sagacity.</w:t>
      </w:r>
    </w:p>
    <w:p>
      <w:pPr>
        <w:jc w:val="right"/>
      </w:pPr>
      <w:r>
        <w:t>تو اس نے کہا کہ آئی ہیو نو اسپیشل سگیسٹی۔</w:t>
      </w:r>
    </w:p>
    <w:p>
      <w:r>
        <w:rPr>
          <w:b/>
        </w:rPr>
        <w:t xml:space="preserve">[56:18] </w:t>
      </w:r>
      <w:r>
        <w:t>only the power of patient thought</w:t>
      </w:r>
    </w:p>
    <w:p>
      <w:pPr>
        <w:jc w:val="right"/>
      </w:pPr>
      <w:r>
        <w:t>اونلی دا پاور آف پیشنٹ تھاٹ</w:t>
      </w:r>
    </w:p>
    <w:p>
      <w:r>
        <w:rPr>
          <w:b/>
        </w:rPr>
        <w:t xml:space="preserve">[56:22] </w:t>
      </w:r>
      <w:r>
        <w:t>—</w:t>
      </w:r>
    </w:p>
    <w:p>
      <w:pPr>
        <w:jc w:val="right"/>
      </w:pPr>
      <w:r>
        <w:t>۔</w:t>
      </w:r>
    </w:p>
    <w:p>
      <w:r>
        <w:rPr>
          <w:b/>
        </w:rPr>
        <w:t xml:space="preserve">[56:28] </w:t>
      </w:r>
      <w:r>
        <w:t>to yeh patient thought jo is ne kaha yeh yahan bhi chahiye.</w:t>
      </w:r>
    </w:p>
    <w:p>
      <w:pPr>
        <w:jc w:val="right"/>
      </w:pPr>
      <w:r>
        <w:t>تو یہ پیشنٹ تھاٹ جو اس نے کہا یہ یہاں بھی چاہیے۔</w:t>
      </w:r>
    </w:p>
    <w:p>
      <w:r>
        <w:rPr>
          <w:b/>
        </w:rPr>
        <w:t xml:space="preserve">[56:34] </w:t>
      </w:r>
      <w:r>
        <w:t>har cheez ko bhula kar, har cheez se apne aap ko alag kar ke, har cheez se apne</w:t>
      </w:r>
    </w:p>
    <w:p>
      <w:pPr>
        <w:jc w:val="right"/>
      </w:pPr>
      <w:r>
        <w:t>ہر چیز کو بھلا کر، ہر چیز سے اپنے آپ کو الگ کر کے، ہر چیز سے اپنے</w:t>
      </w:r>
    </w:p>
    <w:p>
      <w:r>
        <w:rPr>
          <w:b/>
        </w:rPr>
        <w:t xml:space="preserve">[56:40] </w:t>
      </w:r>
      <w:r>
        <w:t>ko detach kar ke, aur sab cheez ko tolerate karte hue, har cheez ko bardasht karte hue, apni</w:t>
      </w:r>
    </w:p>
    <w:p>
      <w:pPr>
        <w:jc w:val="right"/>
      </w:pPr>
      <w:r>
        <w:t>کو ڈیٹیچ کر کے، اور سب چیز کو ٹولریٹ کرتے ہوئے، ہر چیز کو برداشت کرتے ہوئے، اپنی</w:t>
      </w:r>
    </w:p>
    <w:p>
      <w:r>
        <w:rPr>
          <w:b/>
        </w:rPr>
        <w:t xml:space="preserve">[56:46] </w:t>
      </w:r>
      <w:r>
        <w:t>soch ko lagaye rakhna, lagaye rakhna, lagaye rakhna Khuda ki taraf.</w:t>
      </w:r>
    </w:p>
    <w:p>
      <w:pPr>
        <w:jc w:val="right"/>
      </w:pPr>
      <w:r>
        <w:t>سوچ کو لگائے رکھنا، لگائے رکھنا، لگائے رکھنا خدا کی طرف۔</w:t>
      </w:r>
    </w:p>
    <w:p>
      <w:r>
        <w:rPr>
          <w:b/>
        </w:rPr>
        <w:t xml:space="preserve">[56:52] </w:t>
      </w:r>
      <w:r>
        <w:t>tab aap ko discovery hoti hai.</w:t>
      </w:r>
    </w:p>
    <w:p>
      <w:pPr>
        <w:jc w:val="right"/>
      </w:pPr>
      <w:r>
        <w:t>تب آپ کو ڈسکوری ہوتی ہے۔</w:t>
      </w:r>
    </w:p>
    <w:p>
      <w:r>
        <w:rPr>
          <w:b/>
        </w:rPr>
        <w:t xml:space="preserve">[56:56] </w:t>
      </w:r>
      <w:r>
        <w:t>tab aap ka mind woh jo aspect hai chhupe hue aspect.</w:t>
      </w:r>
    </w:p>
    <w:p>
      <w:pPr>
        <w:jc w:val="right"/>
      </w:pPr>
      <w:r>
        <w:t>تب آپ کا مائنڈ وہ جو آسپیکٹ ہے چھپے ہوئے آسپیکٹ۔</w:t>
      </w:r>
    </w:p>
    <w:p>
      <w:r>
        <w:rPr>
          <w:b/>
        </w:rPr>
        <w:t xml:space="preserve">[57:01] </w:t>
      </w:r>
      <w:r>
        <w:t>kyun ke aap jante hain yeh sab aspect chhupe hue hain.</w:t>
      </w:r>
    </w:p>
    <w:p>
      <w:pPr>
        <w:jc w:val="right"/>
      </w:pPr>
      <w:r>
        <w:t>کیونکہ آپ جانتے ہیں یہ سب آسپیکٹ چھپے ہوئے ہیں۔</w:t>
      </w:r>
    </w:p>
    <w:p>
      <w:r>
        <w:rPr>
          <w:b/>
        </w:rPr>
        <w:t xml:space="preserve">[57:05] </w:t>
      </w:r>
      <w:r>
        <w:t>to is ke chhupe hue aspect jo hai is tak pahoanchta hai aap ka mind.</w:t>
      </w:r>
    </w:p>
    <w:p>
      <w:pPr>
        <w:jc w:val="right"/>
      </w:pPr>
      <w:r>
        <w:t>تو اس کے چھپے ہوئے آسپیکٹ جو ہے اس تک پہنچتا ہے آپ کا مائنڈ۔</w:t>
      </w:r>
    </w:p>
    <w:p>
      <w:r>
        <w:rPr>
          <w:b/>
        </w:rPr>
        <w:t xml:space="preserve">[57:09] </w:t>
      </w:r>
      <w:r>
        <w:t>phir aap ke andar ek thrill aata hai.</w:t>
      </w:r>
    </w:p>
    <w:p>
      <w:pPr>
        <w:jc w:val="right"/>
      </w:pPr>
      <w:r>
        <w:t>پھر آپ کے اندر ایک تھرل آتا ہے۔</w:t>
      </w:r>
    </w:p>
    <w:p>
      <w:r>
        <w:rPr>
          <w:b/>
        </w:rPr>
        <w:t xml:space="preserve">[57:14] </w:t>
      </w:r>
      <w:r>
        <w:t>phir is thrill se super shukr paida hota hai.</w:t>
      </w:r>
    </w:p>
    <w:p>
      <w:pPr>
        <w:jc w:val="right"/>
      </w:pPr>
      <w:r>
        <w:t>پھر اس تھرل سے سپر شکر پیدا ہوتا ہے۔</w:t>
      </w:r>
    </w:p>
    <w:p>
      <w:r>
        <w:rPr>
          <w:b/>
        </w:rPr>
        <w:t xml:space="preserve">[57:18] </w:t>
      </w:r>
      <w:r>
        <w:t>to is baat ko achhi tarah janana chahiye ke</w:t>
      </w:r>
    </w:p>
    <w:p>
      <w:pPr>
        <w:jc w:val="right"/>
      </w:pPr>
      <w:r>
        <w:t>تو اس بات کو اچھی طرح جاننا چاہیے کہ</w:t>
      </w:r>
    </w:p>
    <w:p>
      <w:r>
        <w:rPr>
          <w:b/>
        </w:rPr>
        <w:t xml:space="preserve">[57:22] </w:t>
      </w:r>
      <w:r>
        <w:t>yeh jo super shukr jis ko mein keh raha hoon woh Khuda ke nazdeek bohat bari ibadat hai.</w:t>
      </w:r>
    </w:p>
    <w:p>
      <w:pPr>
        <w:jc w:val="right"/>
      </w:pPr>
      <w:r>
        <w:t>یہ جو سپر شکر جس کو میں کہہ رہا ہوں وہ خدا کے نزدیک بہت بڑی عبادت ہے۔</w:t>
      </w:r>
    </w:p>
    <w:p>
      <w:r>
        <w:rPr>
          <w:b/>
        </w:rPr>
        <w:t xml:space="preserve">[57:28] </w:t>
      </w:r>
      <w:r>
        <w:t>insan chahta hai woh shaitan chahta hai ke insan ko yeh ibadat na karne de.</w:t>
      </w:r>
    </w:p>
    <w:p>
      <w:pPr>
        <w:jc w:val="right"/>
      </w:pPr>
      <w:r>
        <w:t>انسان چاہتا ہے وہ شیطان چاہتا ہے کہ انسان کو یہ عبادت نہ کرنے دے۔</w:t>
      </w:r>
    </w:p>
    <w:p>
      <w:r>
        <w:rPr>
          <w:b/>
        </w:rPr>
        <w:t xml:space="preserve">[57:34] </w:t>
      </w:r>
      <w:r>
        <w:t>shaitan chahta hai ke is ko yeh ibadat na karne de.</w:t>
      </w:r>
    </w:p>
    <w:p>
      <w:pPr>
        <w:jc w:val="right"/>
      </w:pPr>
      <w:r>
        <w:t>شیطان چاہتا ہے کہ اس کو یہ عبادت نہ کرنے دے۔</w:t>
      </w:r>
    </w:p>
    <w:p>
      <w:r>
        <w:rPr>
          <w:b/>
        </w:rPr>
        <w:t xml:space="preserve">[57:40] </w:t>
      </w:r>
      <w:r>
        <w:t>to hazar tareeqe se woh distraction paida karta hai.</w:t>
      </w:r>
    </w:p>
    <w:p>
      <w:pPr>
        <w:jc w:val="right"/>
      </w:pPr>
      <w:r>
        <w:t>تو ہزار طریقے سے وہ ڈسٹریکشن پیدا کرتا ہے۔</w:t>
      </w:r>
    </w:p>
    <w:p>
      <w:r>
        <w:rPr>
          <w:b/>
        </w:rPr>
        <w:t xml:space="preserve">[57:46] </w:t>
      </w:r>
      <w:r>
        <w:t>hazar tareeqe se woh distract karta hai insan ko. to distraction</w:t>
      </w:r>
    </w:p>
    <w:p>
      <w:pPr>
        <w:jc w:val="right"/>
      </w:pPr>
      <w:r>
        <w:t>ہزار طریقے سے وہ ڈسٹریکٹ کرتا ہے انسان کو۔ تو ڈسٹریکشن</w:t>
      </w:r>
    </w:p>
    <w:p>
      <w:r>
        <w:rPr>
          <w:b/>
        </w:rPr>
        <w:t xml:space="preserve">[57:52] </w:t>
      </w:r>
      <w:r>
        <w:t>se apne ko jo bachaye ga wahi apne andar is soch ko develop kar paye ga.</w:t>
      </w:r>
    </w:p>
    <w:p>
      <w:pPr>
        <w:jc w:val="right"/>
      </w:pPr>
      <w:r>
        <w:t>سے اپنے کو جو بچائے گا وہی اپنے اندر اس سوچ کو ڈیولپ کر پائے گا۔</w:t>
      </w:r>
    </w:p>
    <w:p>
      <w:r>
        <w:rPr>
          <w:b/>
        </w:rPr>
        <w:t xml:space="preserve">[57:58] </w:t>
      </w:r>
      <w:r>
        <w:t>har distraction yaad rakhiye satan ki taraf se hota hai. har distraction.</w:t>
      </w:r>
    </w:p>
    <w:p>
      <w:pPr>
        <w:jc w:val="right"/>
      </w:pPr>
      <w:r>
        <w:t>ہر ڈسٹریکشن یاد رکھیے سیٹن کی طرف سے ہوتا ہے۔ ہر ڈسٹریکشن۔</w:t>
      </w:r>
    </w:p>
    <w:p>
      <w:r>
        <w:rPr>
          <w:b/>
        </w:rPr>
        <w:t xml:space="preserve">[58:04] </w:t>
      </w:r>
      <w:r>
        <w:t>har distraction satan ki taraf se hota hai.</w:t>
      </w:r>
    </w:p>
    <w:p>
      <w:pPr>
        <w:jc w:val="right"/>
      </w:pPr>
      <w:r>
        <w:t>ہر ڈسٹریکشن سیٹن کی طرف سے ہوتا ہے۔</w:t>
      </w:r>
    </w:p>
    <w:p>
      <w:r>
        <w:rPr>
          <w:b/>
        </w:rPr>
        <w:t xml:space="preserve">[58:10] </w:t>
      </w:r>
      <w:r>
        <w:t>to shaitan chahta hai ke aadmi jo hai yeh bari ibadat na karne paye.</w:t>
      </w:r>
    </w:p>
    <w:p>
      <w:pPr>
        <w:jc w:val="right"/>
      </w:pPr>
      <w:r>
        <w:t>تو شیطان چاہتا ہے کہ آدمی جو ہے یہ بڑی عبادت نہ کرنے پائے۔</w:t>
      </w:r>
    </w:p>
    <w:p>
      <w:r>
        <w:rPr>
          <w:b/>
        </w:rPr>
        <w:t xml:space="preserve">[58:16] </w:t>
      </w:r>
      <w:r>
        <w:t>yani khud woh</w:t>
      </w:r>
    </w:p>
    <w:p>
      <w:pPr>
        <w:jc w:val="right"/>
      </w:pPr>
      <w:r>
        <w:t>یعنی خود وہ</w:t>
      </w:r>
    </w:p>
    <w:p>
      <w:r>
        <w:rPr>
          <w:b/>
        </w:rPr>
        <w:t xml:space="preserve">[58:22] </w:t>
      </w:r>
      <w:r>
        <w:t>jis tarah mehroom hua hai Khuda ke blessing se waise hi sare insan jo hain mehroom ho jayen.</w:t>
      </w:r>
    </w:p>
    <w:p>
      <w:pPr>
        <w:jc w:val="right"/>
      </w:pPr>
      <w:r>
        <w:t>جس طرح محروم ہوا ہے خدا کے بلیسنگ سے ویسے ہی سارے انسان جو ہیں محروم ہو جائیں۔</w:t>
      </w:r>
    </w:p>
    <w:p>
      <w:r>
        <w:rPr>
          <w:b/>
        </w:rPr>
        <w:t xml:space="preserve">[58:27] </w:t>
      </w:r>
      <w:r>
        <w:t>yeh hai shaitan ki koshish.</w:t>
      </w:r>
    </w:p>
    <w:p>
      <w:pPr>
        <w:jc w:val="right"/>
      </w:pPr>
      <w:r>
        <w:t>یہ ہے شیطان کی کوشش۔</w:t>
      </w:r>
    </w:p>
    <w:p>
      <w:r>
        <w:rPr>
          <w:b/>
        </w:rPr>
        <w:t xml:space="preserve">[58:31] </w:t>
      </w:r>
      <w:r>
        <w:t>apne jaisa woh doosre insanon ko banana chahta hai.</w:t>
      </w:r>
    </w:p>
    <w:p>
      <w:pPr>
        <w:jc w:val="right"/>
      </w:pPr>
      <w:r>
        <w:t>اپنے جیسا وہ دوسرے انسانوں کو بنانا چاہتا ہے۔</w:t>
      </w:r>
    </w:p>
    <w:p>
      <w:r>
        <w:rPr>
          <w:b/>
        </w:rPr>
        <w:t xml:space="preserve">[58:35] </w:t>
      </w:r>
      <w:r>
        <w:t>khud jaye ga hell mein to sare insan bhi hell mein jayen.</w:t>
      </w:r>
    </w:p>
    <w:p>
      <w:pPr>
        <w:jc w:val="right"/>
      </w:pPr>
      <w:r>
        <w:t>خود جائے گا ہیل میں تو سارے انسان بھی ہیل میں جائیں۔</w:t>
      </w:r>
    </w:p>
    <w:p>
      <w:r>
        <w:rPr>
          <w:b/>
        </w:rPr>
        <w:t xml:space="preserve">[58:40] </w:t>
      </w:r>
      <w:r>
        <w:t>yeh isi ke liye dorr dhoop hai is ki.</w:t>
      </w:r>
    </w:p>
    <w:p>
      <w:pPr>
        <w:jc w:val="right"/>
      </w:pPr>
      <w:r>
        <w:t>یہ اسی کے لیے دوڑ دھوپ ہے اس کی۔</w:t>
      </w:r>
    </w:p>
    <w:p>
      <w:r>
        <w:rPr>
          <w:b/>
        </w:rPr>
        <w:t xml:space="preserve">[58:44] </w:t>
      </w:r>
      <w:r>
        <w:t>puri history mein.</w:t>
      </w:r>
    </w:p>
    <w:p>
      <w:pPr>
        <w:jc w:val="right"/>
      </w:pPr>
      <w:r>
        <w:t>پوری ہسٹری میں۔</w:t>
      </w:r>
    </w:p>
    <w:p>
      <w:r>
        <w:rPr>
          <w:b/>
        </w:rPr>
        <w:t xml:space="preserve">[58:48] </w:t>
      </w:r>
      <w:r>
        <w:t>to yaad rakhiye sab se bari ibadat shukr hai. aur</w:t>
      </w:r>
    </w:p>
    <w:p>
      <w:pPr>
        <w:jc w:val="right"/>
      </w:pPr>
      <w:r>
        <w:t>تو یاد رکھیے سب سے بڑی عبادت شکر ہے۔ اور</w:t>
      </w:r>
    </w:p>
    <w:p>
      <w:r>
        <w:rPr>
          <w:b/>
        </w:rPr>
        <w:t xml:space="preserve">[58:53] </w:t>
      </w:r>
      <w:r>
        <w:t>shukr karne ke liye zaroori hai ke aap apne aap ko distraction se bachayen. aur sochen, sochen, sochen. jitni zyada soch utni bara shukr.</w:t>
      </w:r>
    </w:p>
    <w:p>
      <w:pPr>
        <w:jc w:val="right"/>
      </w:pPr>
      <w:r>
        <w:t>شکر کرنے کے لیے ضروری ہے کہ آپ اپنے آپ کو ڈسٹریکشن سے بچائیں۔ اور سوچیں، سوچیں، سوچیں۔ جتنی زیادہ سوچ اتنی بڑا شکر۔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