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Death in Islam June 16, 2008 Maulana Wahiduddin Khan</w:t>
      </w:r>
    </w:p>
    <w:p>
      <w:r>
        <w:t>https://www.youtube.com/watch?v=cJZYpp3eP1Q</w:t>
      </w:r>
    </w:p>
    <w:p>
      <w:r>
        <w:rPr>
          <w:b/>
        </w:rPr>
        <w:t xml:space="preserve">[00:15] </w:t>
      </w:r>
      <w:r>
        <w:t>Bismillah Rehman ur Rahim, wa Salla Allahu ala Nabi al Kareem.</w:t>
      </w:r>
    </w:p>
    <w:p>
      <w:pPr>
        <w:jc w:val="right"/>
      </w:pPr>
      <w:r>
        <w:t>بسم اللہ الرحمن الرحیم، وصلی اللہ علی النبی الکریم۔</w:t>
      </w:r>
    </w:p>
    <w:p>
      <w:r>
        <w:rPr>
          <w:b/>
        </w:rPr>
        <w:t xml:space="preserve">[00:23] </w:t>
      </w:r>
      <w:r>
        <w:t>Rab ishrah li sadri, wa yassir li amri, wahul uqdatan min lisani, yafqahu qawli.</w:t>
      </w:r>
    </w:p>
    <w:p>
      <w:pPr>
        <w:jc w:val="right"/>
      </w:pPr>
      <w:r>
        <w:t>رب اشرح لی صدری، ویسر لی امری، واحل العقدۃ من لسانی، یفقہ قولی۔</w:t>
      </w:r>
    </w:p>
    <w:p>
      <w:r>
        <w:rPr>
          <w:b/>
        </w:rPr>
        <w:t xml:space="preserve">[00:36] </w:t>
      </w:r>
      <w:r>
        <w:t>is waqt mein</w:t>
      </w:r>
    </w:p>
    <w:p>
      <w:pPr>
        <w:jc w:val="right"/>
      </w:pPr>
      <w:r>
        <w:t>اس وقت میں</w:t>
      </w:r>
    </w:p>
    <w:p>
      <w:r>
        <w:rPr>
          <w:b/>
        </w:rPr>
        <w:t xml:space="preserve">[00:40] </w:t>
      </w:r>
      <w:r>
        <w:t>maut ke baray mein kuch kahunga, yani the concept of death in Islam.</w:t>
      </w:r>
    </w:p>
    <w:p>
      <w:pPr>
        <w:jc w:val="right"/>
      </w:pPr>
      <w:r>
        <w:t>موت کے بارے میں کچھ کہوں گا، یعنی دا کانسیپٹ آف ڈیتھ ان اسلام۔</w:t>
      </w:r>
    </w:p>
    <w:p>
      <w:r>
        <w:rPr>
          <w:b/>
        </w:rPr>
        <w:t xml:space="preserve">[00:51] </w:t>
      </w:r>
      <w:r>
        <w:t>mujhe ek ayat yaad aayi Quran ki, woh ayat is tarah hai: "Kullu nafsin za'iqatul maut".</w:t>
      </w:r>
    </w:p>
    <w:p>
      <w:pPr>
        <w:jc w:val="right"/>
      </w:pPr>
      <w:r>
        <w:t>مجھے ایک آیت یاد آئی قرآن کی، وہ آیت اس طرح ہے: "کل نفس ذائقۃ الموت"۔</w:t>
      </w:r>
    </w:p>
    <w:p>
      <w:r>
        <w:rPr>
          <w:b/>
        </w:rPr>
        <w:t xml:space="preserve">[01:06] </w:t>
      </w:r>
      <w:r>
        <w:t>har aadmi par maut aani hai. har aadmi jo har aadmi jo zinda hai, woh ek din zaroor marega.</w:t>
      </w:r>
    </w:p>
    <w:p>
      <w:pPr>
        <w:jc w:val="right"/>
      </w:pPr>
      <w:r>
        <w:t>ہر آدمی پر موت آنی ہے۔ ہر آدمی جو ہر آدمی جو زندہ ہے، وہ ایک دن ضرور مرے گا۔</w:t>
      </w:r>
    </w:p>
    <w:p>
      <w:r>
        <w:rPr>
          <w:b/>
        </w:rPr>
        <w:t xml:space="preserve">[01:25] </w:t>
      </w:r>
      <w:r>
        <w:t>main samajhta hoon ke yeh bohat zyada sochne ki baat hai.</w:t>
      </w:r>
    </w:p>
    <w:p>
      <w:pPr>
        <w:jc w:val="right"/>
      </w:pPr>
      <w:r>
        <w:t>میں سمجھتا ہوں کہ یہ بہت زیادہ سوچنے کی بات ہے۔</w:t>
      </w:r>
    </w:p>
    <w:p>
      <w:r>
        <w:rPr>
          <w:b/>
        </w:rPr>
        <w:t xml:space="preserve">[01:32] </w:t>
      </w:r>
      <w:r>
        <w:t>hadith mein aaya hai ke: "Aksiru dhikr hadim al-ladhat". Al-mawt.</w:t>
      </w:r>
    </w:p>
    <w:p>
      <w:pPr>
        <w:jc w:val="right"/>
      </w:pPr>
      <w:r>
        <w:t>حدیث میں آیا ہے کہ: "اکثرو ذکر ہادم اللذات"۔ الموت۔</w:t>
      </w:r>
    </w:p>
    <w:p>
      <w:r>
        <w:rPr>
          <w:b/>
        </w:rPr>
        <w:t xml:space="preserve">[01:41] </w:t>
      </w:r>
      <w:r>
        <w:t>tum log maut ke baray mein bohat zyada socho, kyunke maut lazzaton ko utha dene wali hai.</w:t>
      </w:r>
    </w:p>
    <w:p>
      <w:pPr>
        <w:jc w:val="right"/>
      </w:pPr>
      <w:r>
        <w:t>تم لوگ موت کے بارے میں بہت زیادہ سوچو، کیونکہ موت لذتوں کو اٹھا دینے والی ہے۔</w:t>
      </w:r>
    </w:p>
    <w:p>
      <w:r>
        <w:rPr>
          <w:b/>
        </w:rPr>
        <w:t xml:space="preserve">[01:58] </w:t>
      </w:r>
      <w:r>
        <w:t>dekhiye, hum is duniya mein paida hote hain, phir barhe hote hain, kaam karte hain.</w:t>
      </w:r>
    </w:p>
    <w:p>
      <w:pPr>
        <w:jc w:val="right"/>
      </w:pPr>
      <w:r>
        <w:t>دیکھیے، ہم اس دنیا میں پیدا ہوتے ہیں، پھر بڑے ہوتے ہیں، کام کرتے ہیں۔</w:t>
      </w:r>
    </w:p>
    <w:p>
      <w:r>
        <w:rPr>
          <w:b/>
        </w:rPr>
        <w:t xml:space="preserve">[02:09] </w:t>
      </w:r>
      <w:r>
        <w:t>log jo hain, ghar banate hain aur jo bhi dunyawi cheezen hain, un ke liye koshish karte hain taake un ko ek kamyab zindagi hasil ho.</w:t>
      </w:r>
    </w:p>
    <w:p>
      <w:pPr>
        <w:jc w:val="right"/>
      </w:pPr>
      <w:r>
        <w:t>لوگ جو ہیں، گھر بناتے ہیں اور جو بھی دنیاوی چیزیں ہیں، ان کے لیے کوشش کرتے ہیں تاکہ ان کو ایک کامیاب زندگی حاصل ہو۔</w:t>
      </w:r>
    </w:p>
    <w:p>
      <w:r>
        <w:rPr>
          <w:b/>
        </w:rPr>
        <w:t xml:space="preserve">[02:27] </w:t>
      </w:r>
      <w:r>
        <w:t>lekin hadith mein aaya hai ke: "duniya mein is tarah raho jaise ke tum ek musafir ho".</w:t>
      </w:r>
    </w:p>
    <w:p>
      <w:pPr>
        <w:jc w:val="right"/>
      </w:pPr>
      <w:r>
        <w:t>لیکن حدیث میں آیا ہے کہ: "دنیا میں اس طرح رہو جیسے کہ تم ایک مسافر ہو"۔</w:t>
      </w:r>
    </w:p>
    <w:p>
      <w:r>
        <w:rPr>
          <w:b/>
        </w:rPr>
        <w:t xml:space="preserve">[02:42] </w:t>
      </w:r>
      <w:r>
        <w:t>Kun fid-dunya ka'annaka ghareeb wa 'abir sabil. Duniya mein tum is tarah raho jaise ke tum ek musafir ho, rasta chalne wale.</w:t>
      </w:r>
    </w:p>
    <w:p>
      <w:pPr>
        <w:jc w:val="right"/>
      </w:pPr>
      <w:r>
        <w:t>کن فی الدنیا کانک غریب و عابر سبیل۔ دنیا میں تم اس طرح رہو جیسے کہ تم ایک مسافر ہو، راستہ چلنے والے۔</w:t>
      </w:r>
    </w:p>
    <w:p>
      <w:r>
        <w:rPr>
          <w:b/>
        </w:rPr>
        <w:t xml:space="preserve">[03:01] </w:t>
      </w:r>
      <w:r>
        <w:t>is se maloom hua ke maut zindagi ka end nahi hai.</w:t>
      </w:r>
    </w:p>
    <w:p>
      <w:pPr>
        <w:jc w:val="right"/>
      </w:pPr>
      <w:r>
        <w:t>اس سے معلوم ہوا کہ موت زندگی کا اینڈ نہیں ہے۔</w:t>
      </w:r>
    </w:p>
    <w:p>
      <w:r>
        <w:rPr>
          <w:b/>
        </w:rPr>
        <w:t xml:space="preserve">[03:13] </w:t>
      </w:r>
      <w:r>
        <w:t>maut ke baad bhi zindagi hai. Islam mein life after death ka concept hai.</w:t>
      </w:r>
    </w:p>
    <w:p>
      <w:pPr>
        <w:jc w:val="right"/>
      </w:pPr>
      <w:r>
        <w:t>موت کے بعد بھی زندگی ہے۔ اسلام میں لائف آفٹر ڈیتھ کا کانسیپٹ ہے۔</w:t>
      </w:r>
    </w:p>
    <w:p>
      <w:r>
        <w:rPr>
          <w:b/>
        </w:rPr>
        <w:t xml:space="preserve">[03:25] </w:t>
      </w:r>
      <w:r>
        <w:t>yani hum jo duniya mein hain, 50 saal, 60 saal, 70 saal ke liye, to yahi kal hamari life, yahi kal hamara life span nahi hai.</w:t>
      </w:r>
    </w:p>
    <w:p>
      <w:pPr>
        <w:jc w:val="right"/>
      </w:pPr>
      <w:r>
        <w:t>یعنی ہم جو دنیا میں ہیں، 50 سال، 60 سال، 70 سال کے لیے، تو یہی کل ہماری لائف، یہی کل ہمارا لائف سپین نہیں ہے۔</w:t>
      </w:r>
    </w:p>
    <w:p>
      <w:r>
        <w:rPr>
          <w:b/>
        </w:rPr>
        <w:t xml:space="preserve">[03:46] </w:t>
      </w:r>
      <w:r>
        <w:t>Islam ke mutabiq Khuda ne insan ko banaya ek eternal being ke taur par, yani hamesha rehne wali ek hasti ke taur par.</w:t>
      </w:r>
    </w:p>
    <w:p>
      <w:pPr>
        <w:jc w:val="right"/>
      </w:pPr>
      <w:r>
        <w:t>اسلام کے مطابق خدا نے انسان کو بنایا ایک ایٹرنل بینگ کے طور پر، یعنی ہمیشہ رہنے والی ایک ہستی کے طور پر۔</w:t>
      </w:r>
    </w:p>
    <w:p>
      <w:r>
        <w:rPr>
          <w:b/>
        </w:rPr>
        <w:t xml:space="preserve">[04:01] </w:t>
      </w:r>
      <w:r>
        <w:t>phir Khuda ne yeh kiya ke insan ki zindagi ko do hisson mein bant diya.</w:t>
      </w:r>
    </w:p>
    <w:p>
      <w:pPr>
        <w:jc w:val="right"/>
      </w:pPr>
      <w:r>
        <w:t>پھر خدا نے یہ کیا کہ انسان کی زندگی کو دو حصوں میں بانٹ دیا۔</w:t>
      </w:r>
    </w:p>
    <w:p>
      <w:r>
        <w:rPr>
          <w:b/>
        </w:rPr>
        <w:t xml:space="preserve">[04:12] </w:t>
      </w:r>
      <w:r>
        <w:t>ek hai pre-death period aur doosra hai post-death period.</w:t>
      </w:r>
    </w:p>
    <w:p>
      <w:pPr>
        <w:jc w:val="right"/>
      </w:pPr>
      <w:r>
        <w:t>ایک ہے پری ڈیتھ پیریڈ اور دوسرا ہے پوسٹ ڈیتھ پیریڈ۔</w:t>
      </w:r>
    </w:p>
    <w:p>
      <w:r>
        <w:rPr>
          <w:b/>
        </w:rPr>
        <w:t xml:space="preserve">[04:22] </w:t>
      </w:r>
      <w:r>
        <w:t>jis tarah ice berg ka tip, aap jante hain ke ice berg pathar ka pahad hota hai, woh samandar mein dooba rehta hai.</w:t>
      </w:r>
    </w:p>
    <w:p>
      <w:pPr>
        <w:jc w:val="right"/>
      </w:pPr>
      <w:r>
        <w:t>جس طرح آئس برگ کا ٹپ، آپ جانتے ہیں کہ آئس برگ پتھر کا پہاڑ ہوتا ہے، وہ سمندر میں ڈوبا رہتا ہے۔</w:t>
      </w:r>
    </w:p>
    <w:p>
      <w:r>
        <w:rPr>
          <w:b/>
        </w:rPr>
        <w:t xml:space="preserve">[04:36] </w:t>
      </w:r>
      <w:r>
        <w:t>is ka sirf ek chhota sa hissa upar dikhai deta hai, tip. baqi sara woh barfani pahad samandar mein dooba hua hota hai.</w:t>
      </w:r>
    </w:p>
    <w:p>
      <w:pPr>
        <w:jc w:val="right"/>
      </w:pPr>
      <w:r>
        <w:t>اس کا صرف ایک چھوٹا سا حصہ اوپر دکھائی دیتا ہے، ٹپ۔ باقی سارا وہ برفانی پہاڑ سمندر میں ڈوبا ہوا ہوتا ہے۔</w:t>
      </w:r>
    </w:p>
    <w:p>
      <w:r>
        <w:rPr>
          <w:b/>
        </w:rPr>
        <w:t xml:space="preserve">[04:51] </w:t>
      </w:r>
      <w:r>
        <w:t>yahi misaal zindagi aur maut ki hai. aadmi ka</w:t>
      </w:r>
    </w:p>
    <w:p>
      <w:pPr>
        <w:jc w:val="right"/>
      </w:pPr>
      <w:r>
        <w:t>یہی مثال زندگی اور موت کی ہے۔ آدمی کا</w:t>
      </w:r>
    </w:p>
    <w:p>
      <w:r>
        <w:rPr>
          <w:b/>
        </w:rPr>
        <w:t xml:space="preserve">[05:00] </w:t>
      </w:r>
      <w:r>
        <w:t>sirf ek tip, aadmi ki zindagi ka ek chhota sa hissa, yani tip of the ice berg, maut se pehle wali zindagi mein hai.</w:t>
      </w:r>
    </w:p>
    <w:p>
      <w:pPr>
        <w:jc w:val="right"/>
      </w:pPr>
      <w:r>
        <w:t>صرف ایک ٹپ، آدمی کی زندگی کا ایک چھوٹا سا حصہ، یعنی ٹپ آف دا آئس برگ، موت سے پہلے والی زندگی میں ہے۔</w:t>
      </w:r>
    </w:p>
    <w:p>
      <w:r>
        <w:rPr>
          <w:b/>
        </w:rPr>
        <w:t xml:space="preserve">[05:13] </w:t>
      </w:r>
      <w:r>
        <w:t>baqi sara jo hissa is ka hai, poora jo ice berg hai, bohat bara, woh sab maut ke baad wale hisse mein hai.</w:t>
      </w:r>
    </w:p>
    <w:p>
      <w:pPr>
        <w:jc w:val="right"/>
      </w:pPr>
      <w:r>
        <w:t>باقی سارا جو حصہ اس کا ہے، پورا جو آئس برگ ہے، بہت بڑا، وہ سب موت کے بعد والے حصے میں ہے۔</w:t>
      </w:r>
    </w:p>
    <w:p>
      <w:r>
        <w:rPr>
          <w:b/>
        </w:rPr>
        <w:t xml:space="preserve">[05:28] </w:t>
      </w:r>
      <w:r>
        <w:t>ab aap sochiye ke ek aadmi agar safar kar raha hai, chahe bus se chal raha ho, car se, train se ya hawai jahaz se, to safar mein is ka kya haal hota hai?</w:t>
      </w:r>
    </w:p>
    <w:p>
      <w:pPr>
        <w:jc w:val="right"/>
      </w:pPr>
      <w:r>
        <w:t>اب آپ سوچیے کہ ایک آدمی اگر سفر کر رہا ہے، چاہے بس سے چل رہا ہو، کار سے، ٹرین سے یا ہوائی جہاز سے، تو سفر میں اس کا کیا حال ہوتا ہے؟</w:t>
      </w:r>
    </w:p>
    <w:p>
      <w:r>
        <w:rPr>
          <w:b/>
        </w:rPr>
        <w:t xml:space="preserve">[05:42] </w:t>
      </w:r>
      <w:r>
        <w:t>safar ki halat mein jab woh hota hai to woh sab har cheez ko temporary samajhta hai.</w:t>
      </w:r>
    </w:p>
    <w:p>
      <w:pPr>
        <w:jc w:val="right"/>
      </w:pPr>
      <w:r>
        <w:t>سفر کی حالت میں جب وہ ہوتا ہے تو وہ سب ہر چیز کو ٹیمپریری سمجھتا ہے۔</w:t>
      </w:r>
    </w:p>
    <w:p>
      <w:r>
        <w:rPr>
          <w:b/>
        </w:rPr>
        <w:t xml:space="preserve">[05:53] </w:t>
      </w:r>
      <w:r>
        <w:t>jagah mili ya nahi mili,</w:t>
      </w:r>
    </w:p>
    <w:p>
      <w:pPr>
        <w:jc w:val="right"/>
      </w:pPr>
      <w:r>
        <w:t>جگہ ملی یا نہیں ملی،</w:t>
      </w:r>
    </w:p>
    <w:p>
      <w:r>
        <w:rPr>
          <w:b/>
        </w:rPr>
        <w:t xml:space="preserve">[05:58] </w:t>
      </w:r>
      <w:r>
        <w:t>khane ko theek se mila ya kam mila, aaram mila ya takleef mili, in sab ko woh ignore karta hai, sehta hai.</w:t>
      </w:r>
    </w:p>
    <w:p>
      <w:pPr>
        <w:jc w:val="right"/>
      </w:pPr>
      <w:r>
        <w:t>کھانے کو ٹھیک سے ملا یا کم ملا، آرام ملا یا تکلیف ملی، ان سب کو وہ اگنور کرتا ہے، سہتا ہے۔</w:t>
      </w:r>
    </w:p>
    <w:p>
      <w:r>
        <w:rPr>
          <w:b/>
        </w:rPr>
        <w:t xml:space="preserve">[06:11] </w:t>
      </w:r>
      <w:r>
        <w:t>kyun? woh samajhta hai ke yeh kya hai? it is the temporary phase of my journey.</w:t>
      </w:r>
    </w:p>
    <w:p>
      <w:pPr>
        <w:jc w:val="right"/>
      </w:pPr>
      <w:r>
        <w:t>کیوں؟ وہ سمجھتا ہے کہ یہ کیا ہے؟ اٹ از دا ٹیمپریری فیز آف مائی جرنی۔</w:t>
      </w:r>
    </w:p>
    <w:p>
      <w:r>
        <w:rPr>
          <w:b/>
        </w:rPr>
        <w:t xml:space="preserve">[06:25] </w:t>
      </w:r>
      <w:r>
        <w:t>journey to bohat lambi hai, yeh to sirf ek temporary phase hai.</w:t>
      </w:r>
    </w:p>
    <w:p>
      <w:pPr>
        <w:jc w:val="right"/>
      </w:pPr>
      <w:r>
        <w:t>جرنی تو بہت لمبی ہے، یہ تو صرف ایک ٹیمپریری فیز ہے۔</w:t>
      </w:r>
    </w:p>
    <w:p>
      <w:r>
        <w:rPr>
          <w:b/>
        </w:rPr>
        <w:t xml:space="preserve">[06:33] </w:t>
      </w:r>
      <w:r>
        <w:t>har musafir ka zehn yahi hota hai ke jab woh safar mein hota hai to woh apne safar ke is is muddat ko sirf ek temporary phase samajhta hai.</w:t>
      </w:r>
    </w:p>
    <w:p>
      <w:pPr>
        <w:jc w:val="right"/>
      </w:pPr>
      <w:r>
        <w:t>ہر مسافر کا ذہن یہی ہوتا ہے کہ جب وہ سفر میں ہوتا ہے تو وہ اپنے سفر کے اس اس مدت کو صرف ایک ٹیمپریری فیز سمجھتا ہے۔</w:t>
      </w:r>
    </w:p>
    <w:p>
      <w:r>
        <w:rPr>
          <w:b/>
        </w:rPr>
        <w:t xml:space="preserve">[06:55] </w:t>
      </w:r>
      <w:r>
        <w:t>temporary phase samajhne ki wajah se har cheez ko woh</w:t>
      </w:r>
    </w:p>
    <w:p>
      <w:pPr>
        <w:jc w:val="right"/>
      </w:pPr>
      <w:r>
        <w:t>ٹیمپریری فیز سمجھنے کی وجہ سے ہر چیز کو وہ</w:t>
      </w:r>
    </w:p>
    <w:p>
      <w:r>
        <w:rPr>
          <w:b/>
        </w:rPr>
        <w:t xml:space="preserve">[07:04] </w:t>
      </w:r>
      <w:r>
        <w:t>is tarah leta hai ke abhi thori der ke baad safar khatam ho jaye ga, is ke baad kuch nahi. mislan kuch saathi hote hain safar mein, woh bhi bas waqti hote hain,</w:t>
      </w:r>
    </w:p>
    <w:p>
      <w:pPr>
        <w:jc w:val="right"/>
      </w:pPr>
      <w:r>
        <w:t>اس طرح لیتا ہے کہ ابھی تھوڑی دیر کے بعد سفر ختم ہو جائے گا، اس کے بعد کچھ نہیں۔ مثلاً کچھ ساتھی ہوتے ہیں سفر میں، وہ بھی بس وقتی ہوتے ہیں،</w:t>
      </w:r>
    </w:p>
    <w:p>
      <w:r>
        <w:rPr>
          <w:b/>
        </w:rPr>
        <w:t xml:space="preserve">[07:19] </w:t>
      </w:r>
      <w:r>
        <w:t>koi life time ke saathi nahi hote, woh jo safar mein hote hain. to har cheez ko temporary samajh kar lena.</w:t>
      </w:r>
    </w:p>
    <w:p>
      <w:pPr>
        <w:jc w:val="right"/>
      </w:pPr>
      <w:r>
        <w:t>کوئی لائف ٹائم کے ساتھی نہیں ہوتے، وہ جو سفر میں ہوتے ہیں۔ تو ہر چیز کو ٹیمپریری سمجھ کر لینا۔</w:t>
      </w:r>
    </w:p>
    <w:p>
      <w:r>
        <w:rPr>
          <w:b/>
        </w:rPr>
        <w:t xml:space="preserve">[07:32] </w:t>
      </w:r>
      <w:r>
        <w:t>to jo hadith maine sunai, us se maloom hota hai ke is poori zindagi ka muamla bhi yahi hai.</w:t>
      </w:r>
    </w:p>
    <w:p>
      <w:pPr>
        <w:jc w:val="right"/>
      </w:pPr>
      <w:r>
        <w:t>تو جو حدیث میں نے سنائی، اس سے معلوم ہوتا ہے کہ اس پوری زندگی کا معاملہ بھی یہی ہے۔</w:t>
      </w:r>
    </w:p>
    <w:p>
      <w:r>
        <w:rPr>
          <w:b/>
        </w:rPr>
        <w:t xml:space="preserve">[07:43] </w:t>
      </w:r>
      <w:r>
        <w:t>poori zindagi ka muamla. yani aadmi ko chahiye ke woh maut ke baad aanay wale, maut ke baad aanay wala jo phase hai zindagi ka, us par dhiyan lagaye rahe,</w:t>
      </w:r>
    </w:p>
    <w:p>
      <w:pPr>
        <w:jc w:val="right"/>
      </w:pPr>
      <w:r>
        <w:t>پوری زندگی کا معاملہ۔ یعنی آدمی کو چاہیے کہ وہ موت کے بعد آنے والے، موت کے بعد آنے والا جو فیز ہے زندگی کا، اس پر دھیان لگائے رہے،</w:t>
      </w:r>
    </w:p>
    <w:p>
      <w:r>
        <w:rPr>
          <w:b/>
        </w:rPr>
        <w:t xml:space="preserve">[08:00] </w:t>
      </w:r>
      <w:r>
        <w:t>us ke liye tayyari kare.</w:t>
      </w:r>
    </w:p>
    <w:p>
      <w:pPr>
        <w:jc w:val="right"/>
      </w:pPr>
      <w:r>
        <w:t>اس کے لیے تیاری کرے۔</w:t>
      </w:r>
    </w:p>
    <w:p>
      <w:r>
        <w:rPr>
          <w:b/>
        </w:rPr>
        <w:t xml:space="preserve">[08:04] </w:t>
      </w:r>
      <w:r>
        <w:t>maut se pehle ka jo phase hai zindagi ka, us ko sirf temporary samjhe.</w:t>
      </w:r>
    </w:p>
    <w:p>
      <w:pPr>
        <w:jc w:val="right"/>
      </w:pPr>
      <w:r>
        <w:t>موت سے پہلے کا جو فیز ہے زندگی کا، اس کو صرف ٹیمپریری سمجھے۔</w:t>
      </w:r>
    </w:p>
    <w:p>
      <w:r>
        <w:rPr>
          <w:b/>
        </w:rPr>
        <w:t xml:space="preserve">[08:14] </w:t>
      </w:r>
      <w:r>
        <w:t>us se kya hoga? us se yeh hoga ke thinking badal jaye gi. thinking badal jaye gi.</w:t>
      </w:r>
    </w:p>
    <w:p>
      <w:pPr>
        <w:jc w:val="right"/>
      </w:pPr>
      <w:r>
        <w:t>اس سے کیا ہوگا؟ اس سے یہ ہوگا کہ تھنکنگ بدل جائے گی۔ تھنکنگ بدل جائے گی۔</w:t>
      </w:r>
    </w:p>
    <w:p>
      <w:r>
        <w:rPr>
          <w:b/>
        </w:rPr>
        <w:t xml:space="preserve">[08:25] </w:t>
      </w:r>
      <w:r>
        <w:t>aadmi future ke baray mein soche ga. yeh future se bhi murad hai maut ke baad aanay wala future.</w:t>
      </w:r>
    </w:p>
    <w:p>
      <w:pPr>
        <w:jc w:val="right"/>
      </w:pPr>
      <w:r>
        <w:t>آدمی فیوچر کے بارے میں سوچے گا۔ یہ فیوچر سے بھی مراد ہے موت کے بعد آنے والا فیوچر۔</w:t>
      </w:r>
    </w:p>
    <w:p>
      <w:r>
        <w:rPr>
          <w:b/>
        </w:rPr>
        <w:t xml:space="preserve">[08:36] </w:t>
      </w:r>
      <w:r>
        <w:t>us ka dhiyan lagaye rahe, us ka dhiyan laga rahe ga future ke baray mein. aur jo present hai, yani maut se pehle ka jo marhala hai zindagi ka, us ko bas temporary samajh kar zindagi guzare ga.</w:t>
      </w:r>
    </w:p>
    <w:p>
      <w:pPr>
        <w:jc w:val="right"/>
      </w:pPr>
      <w:r>
        <w:t>اس کا دھیان لگائے رہے، اس کا دھیان لگا رہے گا فیوچر کے بارے میں۔ اور جو پریزنٹ ہے، یعنی موت سے پہلے کا جو مرحلہ ہے زندگی کا، اس کو بس ٹیمپریری سمجھ کر زندگی گزارے گا۔</w:t>
      </w:r>
    </w:p>
    <w:p>
      <w:r>
        <w:rPr>
          <w:b/>
        </w:rPr>
        <w:t xml:space="preserve">[09:01] </w:t>
      </w:r>
      <w:r>
        <w:t>islam mein bohat ziyada ahmiyat di gayi hai is ko. kyun? us se poori zindagi ka jo rukh hai, bilkul badal jata hai.</w:t>
      </w:r>
    </w:p>
    <w:p>
      <w:pPr>
        <w:jc w:val="right"/>
      </w:pPr>
      <w:r>
        <w:t>اسلام میں بہت زیادہ اہمیت دی گئی ہے اس کو۔ کیوں؟ اس سے پوری زندگی کا جو رخ ہے، بالکل بدل جاتا ہے۔</w:t>
      </w:r>
    </w:p>
    <w:p>
      <w:r>
        <w:rPr>
          <w:b/>
        </w:rPr>
        <w:t xml:space="preserve">[09:19] </w:t>
      </w:r>
      <w:r>
        <w:t>us se kya hota hai ke aap dunya mein kam mila ya ziyada mila, us ko ziyada ahmiyat nahi dete.</w:t>
      </w:r>
    </w:p>
    <w:p>
      <w:pPr>
        <w:jc w:val="right"/>
      </w:pPr>
      <w:r>
        <w:t>اس سے کیا ہوتا ہے کہ آپ دنیا میں کم ملا یا زیادہ ملا، اس کو زیادہ اہمیت نہیں دیتے۔</w:t>
      </w:r>
    </w:p>
    <w:p>
      <w:r>
        <w:rPr>
          <w:b/>
        </w:rPr>
        <w:t xml:space="preserve">[09:31] </w:t>
      </w:r>
      <w:r>
        <w:t>kam mila to aap apne ko yahi samajhte hain ke mein fail ho gaya.</w:t>
      </w:r>
    </w:p>
    <w:p>
      <w:pPr>
        <w:jc w:val="right"/>
      </w:pPr>
      <w:r>
        <w:t>کم ملا تو آپ اپنے کو یہی سمجھتے ہیں کہ میں فیل ہو گیا۔</w:t>
      </w:r>
    </w:p>
    <w:p>
      <w:r>
        <w:rPr>
          <w:b/>
        </w:rPr>
        <w:t xml:space="preserve">[09:39] </w:t>
      </w:r>
      <w:r>
        <w:t>aap ko idhar frustration nahi aata. zyada mila to aap ko idhar akarr nahi aati. kyun ke zyada mila tab bhi thori dair mein wo khatm ho jaye ga.</w:t>
      </w:r>
    </w:p>
    <w:p>
      <w:pPr>
        <w:jc w:val="right"/>
      </w:pPr>
      <w:r>
        <w:t>آپ کو ادھر فرسٹریشن نہیں آتا۔ زیادہ ملا تو آپ کو ادھر اکڑ نہیں آتی۔ کیوں کہ زیادہ ملا تب بھی تھوڑی دیر میں وہ ختم ہو جائے گا۔</w:t>
      </w:r>
    </w:p>
    <w:p>
      <w:r>
        <w:rPr>
          <w:b/>
        </w:rPr>
        <w:t xml:space="preserve">[09:52] </w:t>
      </w:r>
      <w:r>
        <w:t>to kam mila ya zyada mila, dono aap ke liye relative hota hai, relative. jab thori dair ke baad aap ko is duniya ko chhod dena hai aur eternal life mein chale jana hai,</w:t>
      </w:r>
    </w:p>
    <w:p>
      <w:pPr>
        <w:jc w:val="right"/>
      </w:pPr>
      <w:r>
        <w:t>تو کم ملا یا زیادہ ملا، دونوں آپ کے لیے ریلیٹو ہوتا ہے، ریلیٹو۔ جب تھوڑی دیر کے بعد آپ کو اس دنیا کو چھوڑ دینا ہے اور ایٹرنل لائف میں چلے جانا ہے،</w:t>
      </w:r>
    </w:p>
    <w:p>
      <w:r>
        <w:rPr>
          <w:b/>
        </w:rPr>
        <w:t xml:space="preserve">[10:10] </w:t>
      </w:r>
      <w:r>
        <w:t>to kam mila to kya aur zyada mila to kya? is se aadmi ke andar dekhiye, patience aata hai. patience.</w:t>
      </w:r>
    </w:p>
    <w:p>
      <w:pPr>
        <w:jc w:val="right"/>
      </w:pPr>
      <w:r>
        <w:t>تو کم ملا تو کیا اور زیادہ ملا تو کیا؟ اس سے آدمی کے اندر دیکھیے، پیشنس آتا ہے۔ پیشنس۔</w:t>
      </w:r>
    </w:p>
    <w:p>
      <w:r>
        <w:rPr>
          <w:b/>
        </w:rPr>
        <w:t xml:space="preserve">[10:21] </w:t>
      </w:r>
      <w:r>
        <w:t>contentment aata hai. jhagde ladai ka zehn khatm ho jata hai. dekhiye, jhagda ladai kyun hota hai? zyada ko paane ke liye.</w:t>
      </w:r>
    </w:p>
    <w:p>
      <w:pPr>
        <w:jc w:val="right"/>
      </w:pPr>
      <w:r>
        <w:t>کنٹینٹمنٹ آتا ہے۔ جھگڑے لڑائی کا ذہن ختم ہو جاتا ہے۔ دیکھیے، جھگڑا لڑائی کیوں ہوتا ہے؟ زیادہ کو پانے کے لیے۔</w:t>
      </w:r>
    </w:p>
    <w:p>
      <w:r>
        <w:rPr>
          <w:b/>
        </w:rPr>
        <w:t xml:space="preserve">[10:35] </w:t>
      </w:r>
      <w:r>
        <w:t>zyada ko paane ke liye. jo kuch aap ke upar hai, jo kuch aap ke paas hai, us par aap ko bas nahi hota.</w:t>
      </w:r>
    </w:p>
    <w:p>
      <w:pPr>
        <w:jc w:val="right"/>
      </w:pPr>
      <w:r>
        <w:t>زیادہ کو پانے کے لیے۔ جو کچھ آپ کے اوپر ہے، جو کچھ آپ کے پاس ہے، اس پر آپ کو بس نہیں ہوتا۔</w:t>
      </w:r>
    </w:p>
    <w:p>
      <w:r>
        <w:rPr>
          <w:b/>
        </w:rPr>
        <w:t xml:space="preserve">[10:45] </w:t>
      </w:r>
      <w:r>
        <w:t>contentment nahi aata us par. aap chahte hain ke aur aur aur. isi se jhagde paida hote hain. isi se talluqat bigadte hain.</w:t>
      </w:r>
    </w:p>
    <w:p>
      <w:pPr>
        <w:jc w:val="right"/>
      </w:pPr>
      <w:r>
        <w:t>کنٹینٹمنٹ نہیں آتا اس پر۔ آپ چاہتے ہیں کہ اور اور اور۔ اسی سے جھگڑے پیدا ہوتے ہیں۔ اسی سے تعلقات بگڑتے ہیں۔</w:t>
      </w:r>
    </w:p>
    <w:p>
      <w:r>
        <w:rPr>
          <w:b/>
        </w:rPr>
        <w:t xml:space="preserve">[10:54] </w:t>
      </w:r>
      <w:r>
        <w:t>isi se exploitation aata hai. isi se log selfish ban jate hain.</w:t>
      </w:r>
    </w:p>
    <w:p>
      <w:pPr>
        <w:jc w:val="right"/>
      </w:pPr>
      <w:r>
        <w:t>اسی سے ایکسپلائٹیشن آتا ہے۔ اسی سے لوگ سیلفش بن جاتے ہیں۔</w:t>
      </w:r>
    </w:p>
    <w:p>
      <w:r>
        <w:rPr>
          <w:b/>
        </w:rPr>
        <w:t xml:space="preserve">[11:02] </w:t>
      </w:r>
      <w:r>
        <w:t>isi se log ek doosre se chheen jhappat karte hain. yaani samaj mein, social life mein jitni bhi negative activities hain, wo sab isi se nikalti hain.</w:t>
      </w:r>
    </w:p>
    <w:p>
      <w:pPr>
        <w:jc w:val="right"/>
      </w:pPr>
      <w:r>
        <w:t>اسی سے لوگ ایک دوسرے سے چھین جھپٹ کرتے ہیں۔ یعنی سماج میں، سوشل لائف میں جتنی بھی نیگیٹیو ایکٹیویٹیز ہیں، وہ سب اسی سے نکلتی ہیں۔</w:t>
      </w:r>
    </w:p>
    <w:p>
      <w:r>
        <w:rPr>
          <w:b/>
        </w:rPr>
        <w:t xml:space="preserve">[11:21] </w:t>
      </w:r>
      <w:r>
        <w:t>agar logon ke andar ye soch aa jaye ke ye to ek temporary phase hai meri zindagi ka,</w:t>
      </w:r>
    </w:p>
    <w:p>
      <w:pPr>
        <w:jc w:val="right"/>
      </w:pPr>
      <w:r>
        <w:t>اگر لوگوں کے اندر یہ سوچ آ جائے کہ یہ تو ایک ٹیمپریری فیز ہے میری زندگی کا،</w:t>
      </w:r>
    </w:p>
    <w:p>
      <w:r>
        <w:rPr>
          <w:b/>
        </w:rPr>
        <w:t xml:space="preserve">[11:31] </w:t>
      </w:r>
      <w:r>
        <w:t>to kya hoga? society mein peace aa jayega. society mein peace aa jayega.</w:t>
      </w:r>
    </w:p>
    <w:p>
      <w:pPr>
        <w:jc w:val="right"/>
      </w:pPr>
      <w:r>
        <w:t>تو کیا ہوگا؟ سوسائٹی میں پیس آ جائے گا۔ سوسائٹی میں پیس آ جائے گا۔</w:t>
      </w:r>
    </w:p>
    <w:p>
      <w:r>
        <w:rPr>
          <w:b/>
        </w:rPr>
        <w:t xml:space="preserve">[11:41] </w:t>
      </w:r>
      <w:r>
        <w:t>exploitation khatm ho jayega. selfishness khatm ho jayegi.</w:t>
      </w:r>
    </w:p>
    <w:p>
      <w:pPr>
        <w:jc w:val="right"/>
      </w:pPr>
      <w:r>
        <w:t>ایکسپلائٹیشن ختم ہو جائے گا۔ سیلفشنس ختم ہو جائے گی۔</w:t>
      </w:r>
    </w:p>
    <w:p>
      <w:r>
        <w:rPr>
          <w:b/>
        </w:rPr>
        <w:t xml:space="preserve">[11:51] </w:t>
      </w:r>
      <w:r>
        <w:t>to ye saada baat nahi hai.</w:t>
      </w:r>
    </w:p>
    <w:p>
      <w:pPr>
        <w:jc w:val="right"/>
      </w:pPr>
      <w:r>
        <w:t>تو یہ سادہ بات نہیں ہے۔</w:t>
      </w:r>
    </w:p>
    <w:p>
      <w:r>
        <w:rPr>
          <w:b/>
        </w:rPr>
        <w:t xml:space="preserve">[11:56] </w:t>
      </w:r>
      <w:r>
        <w:t>ye koi saada baat nahi hai. ye bohat bari baat hai. aaj mein ek hadith ko le kar soch raha tha.</w:t>
      </w:r>
    </w:p>
    <w:p>
      <w:pPr>
        <w:jc w:val="right"/>
      </w:pPr>
      <w:r>
        <w:t>یہ کوئی سادہ بات نہیں ہے۔ یہ بہت بڑی بات ہے۔ آج میں ایک حدیث کو لے کر سوچ رہا تھا۔</w:t>
      </w:r>
    </w:p>
    <w:p>
      <w:r>
        <w:rPr>
          <w:b/>
        </w:rPr>
        <w:t xml:space="preserve">[12:13] </w:t>
      </w:r>
      <w:r>
        <w:t>ek hadith hai jo sahih al bukhari mein hai. wo ye hai ke: "ado ilayhim haqqahum wasal allahu haqqakum".</w:t>
      </w:r>
    </w:p>
    <w:p>
      <w:pPr>
        <w:jc w:val="right"/>
      </w:pPr>
      <w:r>
        <w:t>ایک حدیث ہے جو صحیح البخاری میں ہے۔ وہ یہ ہے کہ: "ادو الیہم حقہم وصل اللہ حقکم"۔</w:t>
      </w:r>
    </w:p>
    <w:p>
      <w:r>
        <w:rPr>
          <w:b/>
        </w:rPr>
        <w:t xml:space="preserve">[12:30] </w:t>
      </w:r>
      <w:r>
        <w:t>logon ko un ka haq do aur apna jo haq hai wo khuda se mango.</w:t>
      </w:r>
    </w:p>
    <w:p>
      <w:pPr>
        <w:jc w:val="right"/>
      </w:pPr>
      <w:r>
        <w:t>لوگوں کو ان کا حق دو اور اپنا جو حق ہے وہ خدا سے مانگو۔</w:t>
      </w:r>
    </w:p>
    <w:p>
      <w:r>
        <w:rPr>
          <w:b/>
        </w:rPr>
        <w:t xml:space="preserve">[12:39] </w:t>
      </w:r>
      <w:r>
        <w:t>logon ka jo haq hai wo un ko do aur tumhara jo haq hai wo khuda se mango. is ka matlab kya hai? ke tum duty conscious bano,</w:t>
      </w:r>
    </w:p>
    <w:p>
      <w:pPr>
        <w:jc w:val="right"/>
      </w:pPr>
      <w:r>
        <w:t>لوگوں کا جو حق ہے وہ ان کو دو اور تمہارا جو حق ہے وہ خدا سے مانگو۔ اس کا مطلب کیا ہے؟ کہ تم ڈیوٹی کانشیس بنو،</w:t>
      </w:r>
    </w:p>
    <w:p>
      <w:r>
        <w:rPr>
          <w:b/>
        </w:rPr>
        <w:t xml:space="preserve">[12:54] </w:t>
      </w:r>
      <w:r>
        <w:t>right conscious na bano.</w:t>
      </w:r>
    </w:p>
    <w:p>
      <w:pPr>
        <w:jc w:val="right"/>
      </w:pPr>
      <w:r>
        <w:t>رائٹ کانشیس نہ بنو۔</w:t>
      </w:r>
    </w:p>
    <w:p>
      <w:r>
        <w:rPr>
          <w:b/>
        </w:rPr>
        <w:t xml:space="preserve">[12:58] </w:t>
      </w:r>
      <w:r>
        <w:t>ye saada baat nahi hai. ye bohat hi aham hai.</w:t>
      </w:r>
    </w:p>
    <w:p>
      <w:pPr>
        <w:jc w:val="right"/>
      </w:pPr>
      <w:r>
        <w:t>یہ سادہ بات نہیں ہے۔ یہ بہت ہی اہم ہے۔</w:t>
      </w:r>
    </w:p>
    <w:p>
      <w:r>
        <w:rPr>
          <w:b/>
        </w:rPr>
        <w:t xml:space="preserve">[13:06] </w:t>
      </w:r>
      <w:r>
        <w:t>ye is baat ki teaching hai ke ek individual aur ek society kaisa hona chahiye. is ko duty conscious hona chahiye.</w:t>
      </w:r>
    </w:p>
    <w:p>
      <w:pPr>
        <w:jc w:val="right"/>
      </w:pPr>
      <w:r>
        <w:t>یہ اس بات کی ٹیچنگ ہے کہ ایک انڈیویجول اور ایک سوسائٹی کیسا ہونا چاہیے۔ اس کو ڈیوٹی کانشیس ہونا چاہیے۔</w:t>
      </w:r>
    </w:p>
    <w:p>
      <w:r>
        <w:rPr>
          <w:b/>
        </w:rPr>
        <w:t xml:space="preserve">[13:22] </w:t>
      </w:r>
      <w:r>
        <w:t>right conscious nahi hona chahiye. ab sochiye ke agar log duty conscious ban jayein, right conscious na rahein, to kya hoga?</w:t>
      </w:r>
    </w:p>
    <w:p>
      <w:pPr>
        <w:jc w:val="right"/>
      </w:pPr>
      <w:r>
        <w:t>رائٹ کانشیس نہیں ہونا چاہیے۔ اب سوچیئے کہ اگر لوگ ڈیوٹی کانشیس بن جائیں، رائٹ کانشیس نہ رہیں، تو کیا ہوگا؟</w:t>
      </w:r>
    </w:p>
    <w:p>
      <w:r>
        <w:rPr>
          <w:b/>
        </w:rPr>
        <w:t xml:space="preserve">[13:33] </w:t>
      </w:r>
      <w:r>
        <w:t>society mein peace hi peace hai. aaj kal aap dekhiye, rozana harrtal aur band, tod phod.</w:t>
      </w:r>
    </w:p>
    <w:p>
      <w:pPr>
        <w:jc w:val="right"/>
      </w:pPr>
      <w:r>
        <w:t>سوسائٹی میں پیس ہی پیس ہے۔ آج کل آپ دیکھیے، روزانہ ہڑتال اور بند، توڑ پھوڑ۔</w:t>
      </w:r>
    </w:p>
    <w:p>
      <w:r>
        <w:rPr>
          <w:b/>
        </w:rPr>
        <w:t xml:space="preserve">[13:45] </w:t>
      </w:r>
      <w:r>
        <w:t>rail rail roko, pehiya jaam karo. rozana paperon mein aap padhte hain. kyun?</w:t>
      </w:r>
    </w:p>
    <w:p>
      <w:pPr>
        <w:jc w:val="right"/>
      </w:pPr>
      <w:r>
        <w:t>ریل ریل روکو، پہیہ جام کرو۔ روزانہ پیپروں میں آپ پڑھتے ہیں۔ کیوں؟</w:t>
      </w:r>
    </w:p>
    <w:p>
      <w:r>
        <w:rPr>
          <w:b/>
        </w:rPr>
        <w:t xml:space="preserve">[13:55] </w:t>
      </w:r>
      <w:r>
        <w:t>har aadmi apna right mang raha hai.</w:t>
      </w:r>
    </w:p>
    <w:p>
      <w:pPr>
        <w:jc w:val="right"/>
      </w:pPr>
      <w:r>
        <w:t>ہر آدمی اپنا رائٹ مانگ رہا ہے۔</w:t>
      </w:r>
    </w:p>
    <w:p>
      <w:r>
        <w:rPr>
          <w:b/>
        </w:rPr>
        <w:t xml:space="preserve">[14:00] </w:t>
      </w:r>
      <w:r>
        <w:t>har aadmi apna right mang raha hai. rozana har taraf yahi sab hai. police ka, logon ka jhadap hoti hai, goliyan chalti hain, log marte hain,</w:t>
      </w:r>
    </w:p>
    <w:p>
      <w:pPr>
        <w:jc w:val="right"/>
      </w:pPr>
      <w:r>
        <w:t>ہر آدمی اپنا رائٹ مانگ رہا ہے۔ روزانہ ہر طرف یہی سب ہے۔ پولیس کا، لوگوں کا جھڑپ ہوتی ہے، گولیاں چلتی ہیں، لوگ مرتے ہیں،</w:t>
      </w:r>
    </w:p>
    <w:p>
      <w:r>
        <w:rPr>
          <w:b/>
        </w:rPr>
        <w:t xml:space="preserve">[14:16] </w:t>
      </w:r>
      <w:r>
        <w:t>ghar ujadte hain.</w:t>
      </w:r>
    </w:p>
    <w:p>
      <w:pPr>
        <w:jc w:val="right"/>
      </w:pPr>
      <w:r>
        <w:t>گھر اجڑتے ہیں۔</w:t>
      </w:r>
    </w:p>
    <w:p>
      <w:r>
        <w:rPr>
          <w:b/>
        </w:rPr>
        <w:t xml:space="preserve">[14:21] </w:t>
      </w:r>
      <w:r>
        <w:t>innocent log jo rastay mein hain, woh is mein pakar aa jatay hain. business tabah hota hai.</w:t>
      </w:r>
    </w:p>
    <w:p>
      <w:pPr>
        <w:jc w:val="right"/>
      </w:pPr>
      <w:r>
        <w:t>انوسنٹ لوگ جو راستے میں ہیں، وہ اس میں پکڑ آ جاتے ہیں۔ بزنس تباہ ہوتا ہے۔</w:t>
      </w:r>
    </w:p>
    <w:p>
      <w:r>
        <w:rPr>
          <w:b/>
        </w:rPr>
        <w:t xml:space="preserve">[14:32] </w:t>
      </w:r>
      <w:r>
        <w:t>aik baar mein gaya</w:t>
      </w:r>
    </w:p>
    <w:p>
      <w:pPr>
        <w:jc w:val="right"/>
      </w:pPr>
      <w:r>
        <w:t>ایک بار میں گیا</w:t>
      </w:r>
    </w:p>
    <w:p>
      <w:r>
        <w:rPr>
          <w:b/>
        </w:rPr>
        <w:t xml:space="preserve">[14:38] </w:t>
      </w:r>
      <w:r>
        <w:t>is area mein jahan koylha nikalta hai. koylha. maine dekha ke wahan par woh sab kaam thap hai, kanein hain.</w:t>
      </w:r>
    </w:p>
    <w:p>
      <w:pPr>
        <w:jc w:val="right"/>
      </w:pPr>
      <w:r>
        <w:t>اس ایریا میں جہاں کوئلہ نکلتا ہے۔ کوئلہ۔ میں نے دیکھا کہ وہاں پر وہ سب کام ٹھپ ہے، کانیں ہیں۔</w:t>
      </w:r>
    </w:p>
    <w:p>
      <w:r>
        <w:rPr>
          <w:b/>
        </w:rPr>
        <w:t xml:space="preserve">[14:50] </w:t>
      </w:r>
      <w:r>
        <w:t>kanein se koylha nahi nikala ja raha hai. maine poocha ke aisa kyun hai? wahan ki strike chal rahi hai. koylhe ke kaan mein jo log kaam kar rahay hain,</w:t>
      </w:r>
    </w:p>
    <w:p>
      <w:pPr>
        <w:jc w:val="right"/>
      </w:pPr>
      <w:r>
        <w:t>کانوں سے کوئلہ نہیں نکالا جا رہا ہے۔ میں نے پوچھا کہ ایسا کیوں ہے؟ وہاں کی سٹرائیک چل رہی ہے۔ کوئلے کے کان میں جو لوگ کام کر رہے ہیں،</w:t>
      </w:r>
    </w:p>
    <w:p>
      <w:r>
        <w:rPr>
          <w:b/>
        </w:rPr>
        <w:t xml:space="preserve">[15:04] </w:t>
      </w:r>
      <w:r>
        <w:t>unki koi mangein hain? aur is mangein ko le kar ke woh strike ki hui hain. ab sara business thap ho jaye, unhein apna right lena hai.</w:t>
      </w:r>
    </w:p>
    <w:p>
      <w:pPr>
        <w:jc w:val="right"/>
      </w:pPr>
      <w:r>
        <w:t>ان کی کوئی مانگیں ہیں؟ اور اس مانگوں کو لے کر کے وہ سٹرائیک کی ہوئی ہیں۔ اب سارا بزنس ٹھپ ہو جائے، انہیں اپنا رائٹ لینا ہے۔</w:t>
      </w:r>
    </w:p>
    <w:p>
      <w:r>
        <w:rPr>
          <w:b/>
        </w:rPr>
        <w:t xml:space="preserve">[15:19] </w:t>
      </w:r>
      <w:r>
        <w:t>to yeh sara aap dekhiye ga jitna jhagda hai, woh sab right ko le kar ke hai. har aadmi apna right mang raha hai. kisi ko reservation chahiye, kisi ko admission chahiye, kisi ko job chahiye.</w:t>
      </w:r>
    </w:p>
    <w:p>
      <w:pPr>
        <w:jc w:val="right"/>
      </w:pPr>
      <w:r>
        <w:t>تو یہ سارا آپ دیکھیے گا جتنا جھگڑا ہے، وہ سب رائٹ کو لے کر کے ہے۔ ہر آدمی اپنا رائٹ مانگ رہا ہے۔ کسی کو ریزرویشن چاہیے، کسی کو ایڈمیشن چاہیے، کسی کو جاب چاہیے۔</w:t>
      </w:r>
    </w:p>
    <w:p>
      <w:r>
        <w:rPr>
          <w:b/>
        </w:rPr>
        <w:t xml:space="preserve">[15:35] </w:t>
      </w:r>
      <w:r>
        <w:t>kisi ko ziyada salary chahiye, kisi ko promotion chahiye.</w:t>
      </w:r>
    </w:p>
    <w:p>
      <w:pPr>
        <w:jc w:val="right"/>
      </w:pPr>
      <w:r>
        <w:t>کسی کو زیادہ سیلری چاہیے، کسی کو پروموشن چاہیے۔</w:t>
      </w:r>
    </w:p>
    <w:p>
      <w:r>
        <w:rPr>
          <w:b/>
        </w:rPr>
        <w:t xml:space="preserve">[15:43] </w:t>
      </w:r>
      <w:r>
        <w:t>kisi ko yeh chahiye, kisi ko woh chahiye. is ko le kar ke log sarakon par aa jatay hain, hangama karte hain.</w:t>
      </w:r>
    </w:p>
    <w:p>
      <w:pPr>
        <w:jc w:val="right"/>
      </w:pPr>
      <w:r>
        <w:t>کسی کو یہ چاہیے، کسی کو وہ چاہیے۔ اس کو لے کر کے لوگ سڑکوں پر آ جاتے ہیں، ہنگامہ کرتے ہیں۔</w:t>
      </w:r>
    </w:p>
    <w:p>
      <w:r>
        <w:rPr>
          <w:b/>
        </w:rPr>
        <w:t xml:space="preserve">[15:54] </w:t>
      </w:r>
      <w:r>
        <w:t>to kyun right ke liye? sirf aik hi cheez agar aa jaye ke log right conscious na rahen balkay duty conscious ho jayen, to achaanak har taraf peace ho jaye ga.</w:t>
      </w:r>
    </w:p>
    <w:p>
      <w:pPr>
        <w:jc w:val="right"/>
      </w:pPr>
      <w:r>
        <w:t>تو کیوں رائٹ کے لیے؟ صرف ایک ہی چیز اگر آ جائے کہ لوگ رائٹ کانشیس نہ رہیں بلکہ ڈیوٹی کانشیس ہو جائیں، تو اچانک ہر طرف پیس ہو جائے گا۔</w:t>
      </w:r>
    </w:p>
    <w:p>
      <w:r>
        <w:rPr>
          <w:b/>
        </w:rPr>
        <w:t xml:space="preserve">[16:09] </w:t>
      </w:r>
      <w:r>
        <w:t>achaanak har taraf peace ho jaye ga. to islam ki jo teaching hai, woh is par pesh karti hai ke log duty conscious banen.</w:t>
      </w:r>
    </w:p>
    <w:p>
      <w:pPr>
        <w:jc w:val="right"/>
      </w:pPr>
      <w:r>
        <w:t>اچانک ہر طرف پیس ہو جائے گا۔ تو اسلام کی جو ٹیچنگ ہے، وہ اس پر پیش کرتی ہے کہ لوگ ڈیوٹی کانشیس بنیں۔</w:t>
      </w:r>
    </w:p>
    <w:p>
      <w:r>
        <w:rPr>
          <w:b/>
        </w:rPr>
        <w:t xml:space="preserve">[16:22] </w:t>
      </w:r>
      <w:r>
        <w:t>apni responsibility ko le kar sochen. apni zimmedariyon ko le kar sochen. mujhe kya karna hai, is ko le kar sochen.</w:t>
      </w:r>
    </w:p>
    <w:p>
      <w:pPr>
        <w:jc w:val="right"/>
      </w:pPr>
      <w:r>
        <w:t>اپنی ریسپانسبیلٹی کو لے کر سوچیں۔ اپنی ذمہ داریوں کو لے کر سوچیں۔ مجھے کیا کرنا ہے، اس کو لے کر سوچیں۔</w:t>
      </w:r>
    </w:p>
    <w:p>
      <w:r>
        <w:rPr>
          <w:b/>
        </w:rPr>
        <w:t xml:space="preserve">[16:34] </w:t>
      </w:r>
      <w:r>
        <w:t>yani har aadmi giver banay, giver. sirf taker bananay ki koshish na karay. to har taraf peace, peace, peace ki baatein ho rahi hain.</w:t>
      </w:r>
    </w:p>
    <w:p>
      <w:pPr>
        <w:jc w:val="right"/>
      </w:pPr>
      <w:r>
        <w:t>یعنی ہر آدمی گیور بنے، گیور۔ صرف ٹیکر بننے کی کوشش نہ کرے۔ تو ہر طرف پیس، پیس، پیس کی باتیں ہو رہی ہیں۔</w:t>
      </w:r>
    </w:p>
    <w:p>
      <w:r>
        <w:rPr>
          <w:b/>
        </w:rPr>
        <w:t xml:space="preserve">[16:44] </w:t>
      </w:r>
      <w:r>
        <w:t>lekin peace ka formula logon ko nahi maloom. jahan bhi dekhiye, peace par conferencein ho rahi hain.</w:t>
      </w:r>
    </w:p>
    <w:p>
      <w:pPr>
        <w:jc w:val="right"/>
      </w:pPr>
      <w:r>
        <w:t>لیکن پیس کا فارمولا لوگوں کو نہیں معلوم۔ جہاں بھی دیکھیے، پیس پر کانفرنسیں ہو رہی ہیں۔</w:t>
      </w:r>
    </w:p>
    <w:p>
      <w:r>
        <w:rPr>
          <w:b/>
        </w:rPr>
        <w:t xml:space="preserve">[16:55] </w:t>
      </w:r>
      <w:r>
        <w:t>lekin in conferenceon mein abhi tak kisi ko yeh discovery nahi hui ke peace ka formula kya hai. peace ka formula yahi hai: "ado ilaihim haqqahum wasalullah haqqakum".</w:t>
      </w:r>
    </w:p>
    <w:p>
      <w:pPr>
        <w:jc w:val="right"/>
      </w:pPr>
      <w:r>
        <w:t>لیکن ان کانفرنسوں میں ابھی تک کسی کو یہ ڈسکوری نہیں ہوئی کہ پیس کا فارمولا کیا ہے۔ پیس کا فارمولا یہی ہے: "ادو الیہم حقہم وصل اللہ حقکم"۔</w:t>
      </w:r>
    </w:p>
    <w:p>
      <w:r>
        <w:rPr>
          <w:b/>
        </w:rPr>
        <w:t xml:space="preserve">[17:11] </w:t>
      </w:r>
      <w:r>
        <w:t>logon ko logon ka jo haq hai, woh un ko do. aur tumhara jo haq hai, woh khuda se mango. yani doosron ke liye tumhari jo duty hai, jo tumhari zimmedari hai, jo tumhari responsibility hai, us ko poora karo, poora karo, poora karo.</w:t>
      </w:r>
    </w:p>
    <w:p>
      <w:pPr>
        <w:jc w:val="right"/>
      </w:pPr>
      <w:r>
        <w:t>لوگوں کو لوگوں کا جو حق ہے، وہ ان کو دو۔ اور تمہارا جو حق ہے، وہ خدا سے مانگو۔ یعنی دوسروں کے لیے تمہاری جو ڈیوٹی ہے، جو تمہاری ذمہ داری ہے، جو تمہاری ریسپانسبیلٹی ہے، اس کو پورا کرو، پورا کرو، پورا کرو۔</w:t>
      </w:r>
    </w:p>
    <w:p>
      <w:r>
        <w:rPr>
          <w:b/>
        </w:rPr>
        <w:t xml:space="preserve">[17:31] </w:t>
      </w:r>
      <w:r>
        <w:t>tumhari apni jo desire hai, tum jo apnay liye kuch chahtay ho, us ke liye mehnat karo Allah ke bharose par. yani apnay liye mehnat karna aur doosron ke liye denay ke liye tayyar rehna.</w:t>
      </w:r>
    </w:p>
    <w:p>
      <w:pPr>
        <w:jc w:val="right"/>
      </w:pPr>
      <w:r>
        <w:t>تمہاری اپنی جو ڈیزائر ہے، تم جو اپنے لیے کچھ چاہتے ہو، اس کے لیے محنت کرو اللہ کے بھروسے پر۔ یعنی اپنے لیے محنت کرنا اور دوسروں کے لیے دینے کے لیے تیار رہنا۔</w:t>
      </w:r>
    </w:p>
    <w:p>
      <w:r>
        <w:rPr>
          <w:b/>
        </w:rPr>
        <w:t xml:space="preserve">[17:46] </w:t>
      </w:r>
      <w:r>
        <w:t>yeh hai peace ka formula. isi se ghar mein peace aaye ga. aik ghar hai, is mein das aadmi hain.</w:t>
      </w:r>
    </w:p>
    <w:p>
      <w:pPr>
        <w:jc w:val="right"/>
      </w:pPr>
      <w:r>
        <w:t>یہ ہے پیس کا فارمولا۔ اسی سے گھر میں پیس آئے گا۔ ایک گھر ہے، اس میں دس آدمی ہیں۔</w:t>
      </w:r>
    </w:p>
    <w:p>
      <w:r>
        <w:rPr>
          <w:b/>
        </w:rPr>
        <w:t xml:space="preserve">[17:55] </w:t>
      </w:r>
      <w:r>
        <w:t>har aadmi ka mind agar yeh ho ke mujhe meri kuch responsibility hai, usay mujhe poora karna hai, to ghar mein peace hi peace hoga.</w:t>
      </w:r>
    </w:p>
    <w:p>
      <w:pPr>
        <w:jc w:val="right"/>
      </w:pPr>
      <w:r>
        <w:t>ہر آدمی کا مائنڈ اگر یہ ہو کہ مجھے میری کچھ ریسپانسبیلٹی ہے، اسے مجھے پورا کرنا ہے، تو گھر میں پیس ہی پیس ہوگا۔</w:t>
      </w:r>
    </w:p>
    <w:p>
      <w:r>
        <w:rPr>
          <w:b/>
        </w:rPr>
        <w:t xml:space="preserve">[18:06] </w:t>
      </w:r>
      <w:r>
        <w:t>log agar chahen ke mujhe yeh cheez milni chahiye, mujhe woh cheez milni chahiye, to aik jhagda rahe ga. aisi samaj mein, aisi national life mein, yahan tak ke kahin international life mein.</w:t>
      </w:r>
    </w:p>
    <w:p>
      <w:pPr>
        <w:jc w:val="right"/>
      </w:pPr>
      <w:r>
        <w:t>لوگ اگر چاہیں کہ مجھے یہ چیز ملنی چاہیے، مجھے وہ چیز ملنی چاہیے، تو ایک جھگڑا رہے گا۔ ایسی سماج میں، ایسی نیشنل لائف میں، یہاں تک کہ کہیں انٹرنیشنل لائف میں۔</w:t>
      </w:r>
    </w:p>
    <w:p>
      <w:r>
        <w:rPr>
          <w:b/>
        </w:rPr>
        <w:t xml:space="preserve">[18:22] </w:t>
      </w:r>
      <w:r>
        <w:t>logon ki nazar agar duty par ho, apni responsibility par ho, jo mujhe karna hai, us par ho, to peace hi peace hai.</w:t>
      </w:r>
    </w:p>
    <w:p>
      <w:pPr>
        <w:jc w:val="right"/>
      </w:pPr>
      <w:r>
        <w:t>لوگوں کی نظر اگر ڈیوٹی پر ہو، اپنی ریسپانسبیلٹی پر ہو، جو مجھے کرنا ہے، اس پر ہو، تو پیس ہی پیس ہے۔</w:t>
      </w:r>
    </w:p>
    <w:p>
      <w:r>
        <w:rPr>
          <w:b/>
        </w:rPr>
        <w:t xml:space="preserve">[18:35] </w:t>
      </w:r>
      <w:r>
        <w:t>aur agar duty aur agar logon ki nazar is par ho ke mujhe milna kya chahiye, to phir jhagda hoga, controversy hogi, peace jo hai bhang ho jaye ga.</w:t>
      </w:r>
    </w:p>
    <w:p>
      <w:pPr>
        <w:jc w:val="right"/>
      </w:pPr>
      <w:r>
        <w:t>اور اگر ڈیوٹی اور اگر لوگوں کی نظر اس پر ہو کہ مجھے ملنا کیا چاہیے، تو پھر جھگڑا ہوگا، کنٹروورسی ہوگی، پیس جو ہے بھنگ ہو جائے گا۔</w:t>
      </w:r>
    </w:p>
    <w:p>
      <w:r>
        <w:rPr>
          <w:b/>
        </w:rPr>
        <w:t xml:space="preserve">[18:49] </w:t>
      </w:r>
      <w:r>
        <w:t>lekin yeh jo formula hai, yeh juda hua hai direct maut se, maut ke concept se. jab aap maut ke concept ko manen,</w:t>
      </w:r>
    </w:p>
    <w:p>
      <w:pPr>
        <w:jc w:val="right"/>
      </w:pPr>
      <w:r>
        <w:t>لیکن یہ جو فارمولا ہے، یہ جڑا ہوا ہے ڈائریکٹ موت سے، موت کے کانسیپٹ سے۔ جب آپ موت کے کانسیپٹ کو مانیں،</w:t>
      </w:r>
    </w:p>
    <w:p>
      <w:r>
        <w:rPr>
          <w:b/>
        </w:rPr>
        <w:t xml:space="preserve">[19:03] </w:t>
      </w:r>
      <w:r>
        <w:t>tab hi aap ke andar yeh sab cheezein ayengi. nahi to nahi ayengi.</w:t>
      </w:r>
    </w:p>
    <w:p>
      <w:pPr>
        <w:jc w:val="right"/>
      </w:pPr>
      <w:r>
        <w:t>تب ہی آپ کے اندر یہ سب چیزیں آئیں گی۔ نہیں تو نہیں آئیں گی۔</w:t>
      </w:r>
    </w:p>
    <w:p>
      <w:r>
        <w:rPr>
          <w:b/>
        </w:rPr>
        <w:t xml:space="preserve">[19:11] </w:t>
      </w:r>
      <w:r>
        <w:t>jis tarah se aap. aap safar kijiye kisi bhi sawari mein. to us mein peace rehta hai. andar koi larai nahi karta.</w:t>
      </w:r>
    </w:p>
    <w:p>
      <w:pPr>
        <w:jc w:val="right"/>
      </w:pPr>
      <w:r>
        <w:t>جس طرح سے آپ۔ آپ سفر کیجیے کسی بھی سواری میں۔ تو اس میں پیس رہتا ہے۔ اندر کوئی لڑائی نہیں کرتا۔</w:t>
      </w:r>
    </w:p>
    <w:p>
      <w:r>
        <w:rPr>
          <w:b/>
        </w:rPr>
        <w:t xml:space="preserve">[19:22] </w:t>
      </w:r>
      <w:r>
        <w:t>bus ke andar larai nahi hogi. train ke andar larai nahi hogi. hawa jahaz ke andar larai nahi hogi. kyun?</w:t>
      </w:r>
    </w:p>
    <w:p>
      <w:pPr>
        <w:jc w:val="right"/>
      </w:pPr>
      <w:r>
        <w:t>بس کے اندر لڑائی نہیں ہوگی۔ ٹرین کے اندر لڑائی نہیں ہوگی۔ ہوا جہاز کے اندر لڑائی نہیں ہوگی۔ کیوں؟</w:t>
      </w:r>
    </w:p>
    <w:p>
      <w:r>
        <w:rPr>
          <w:b/>
        </w:rPr>
        <w:t xml:space="preserve">[19:31] </w:t>
      </w:r>
      <w:r>
        <w:t>wahan log samajhte hain ke bas abhi thori der rehna hai yahan. thori der ke baad journey khatm ho jayegi.</w:t>
      </w:r>
    </w:p>
    <w:p>
      <w:pPr>
        <w:jc w:val="right"/>
      </w:pPr>
      <w:r>
        <w:t>وہاں لوگ سمجھتے ہیں کہ بس ابھی تھوڑی دیر رہنا ہے یہاں۔ تھوڑی دیر کے بعد جرنی ختم ہو جائے گی۔</w:t>
      </w:r>
    </w:p>
    <w:p>
      <w:r>
        <w:rPr>
          <w:b/>
        </w:rPr>
        <w:t xml:space="preserve">[19:40] </w:t>
      </w:r>
      <w:r>
        <w:t>to isi tarah se agar zindagi ka yeh concept ho ke maut ke baad ka jo hai, yeh to aik temporary phase hai, to ladna bharna kya hai?</w:t>
      </w:r>
    </w:p>
    <w:p>
      <w:pPr>
        <w:jc w:val="right"/>
      </w:pPr>
      <w:r>
        <w:t>تو اسی طریقے سے اگر زندگی کا یہ کانسیپٹ ہو کہ موت کے بعد کا جو ہے، یہ تو ایک ٹیمپریری فیز ہے، تو لڑنا بھڑنا کیا ہے؟</w:t>
      </w:r>
    </w:p>
    <w:p>
      <w:r>
        <w:rPr>
          <w:b/>
        </w:rPr>
        <w:t xml:space="preserve">[19:53] </w:t>
      </w:r>
      <w:r>
        <w:t>kam mein bhi kaam chal jayega, zyada mein bhi kaam chalega.</w:t>
      </w:r>
    </w:p>
    <w:p>
      <w:pPr>
        <w:jc w:val="right"/>
      </w:pPr>
      <w:r>
        <w:t>کم میں بھی کام چل جائے گا، زیادہ میں بھی کام چلے گا۔</w:t>
      </w:r>
    </w:p>
    <w:p>
      <w:r>
        <w:rPr>
          <w:b/>
        </w:rPr>
        <w:t xml:space="preserve">[20:00] </w:t>
      </w:r>
      <w:r>
        <w:t>to main samajhta hoon ke yeh jo concept hai maut ka islam mein, woh saada baat nahi hai. woh bohat hi aham hai.</w:t>
      </w:r>
    </w:p>
    <w:p>
      <w:pPr>
        <w:jc w:val="right"/>
      </w:pPr>
      <w:r>
        <w:t>تو میں سمجھتا ہوں کہ یہ جو کانسیپٹ ہے موت کا اسلام میں، وہ سادہ بات نہیں ہے۔ وہ بہت ہی اہم ہے۔</w:t>
      </w:r>
    </w:p>
    <w:p>
      <w:r>
        <w:rPr>
          <w:b/>
        </w:rPr>
        <w:t xml:space="preserve">[20:13] </w:t>
      </w:r>
      <w:r>
        <w:t>poori zindagi ke sath to juda hua hai woh.</w:t>
      </w:r>
    </w:p>
    <w:p>
      <w:pPr>
        <w:jc w:val="right"/>
      </w:pPr>
      <w:r>
        <w:t>پوری زندگی کے ساتھ تو جڑا ہوا ہے وہ۔</w:t>
      </w:r>
    </w:p>
    <w:p>
      <w:r>
        <w:rPr>
          <w:b/>
        </w:rPr>
        <w:t xml:space="preserve">[20:18] </w:t>
      </w:r>
      <w:r>
        <w:t>poori zindagi ke sath juda hua hai.</w:t>
      </w:r>
    </w:p>
    <w:p>
      <w:pPr>
        <w:jc w:val="right"/>
      </w:pPr>
      <w:r>
        <w:t>پوری زندگی کے ساتھ جڑا ہوا ہے۔</w:t>
      </w:r>
    </w:p>
    <w:p>
      <w:r>
        <w:rPr>
          <w:b/>
        </w:rPr>
        <w:t xml:space="preserve">[20:30] </w:t>
      </w:r>
      <w:r>
        <w:t>aaj aik magazine mein main parh raha tha, us mein</w:t>
      </w:r>
    </w:p>
    <w:p>
      <w:pPr>
        <w:jc w:val="right"/>
      </w:pPr>
      <w:r>
        <w:t>آج ایک میگزین میں میں پڑھ رہا تھا، اس میں</w:t>
      </w:r>
    </w:p>
    <w:p>
      <w:r>
        <w:rPr>
          <w:b/>
        </w:rPr>
        <w:t xml:space="preserve">[20:36] </w:t>
      </w:r>
      <w:r>
        <w:t>char aadmi jin ki death ho gayi, un ka us mein un ke baray mein tha woh. to har aik aadmi ki us mein khoobi bayan ki ja rahi thi, un ki barhai, aise thay, waise thay.</w:t>
      </w:r>
    </w:p>
    <w:p>
      <w:pPr>
        <w:jc w:val="right"/>
      </w:pPr>
      <w:r>
        <w:t>چار آدمی جن کی ڈیتھ ہو گئی، ان کا اس میں ان کے بارے میں تھا وہ۔ تو ہر ایک آدمی کی اس میں خوبی بیان کی جا رہی تھی، ان کی بڑائی، ایسے تھے، ویسے تھے۔</w:t>
      </w:r>
    </w:p>
    <w:p>
      <w:r>
        <w:rPr>
          <w:b/>
        </w:rPr>
        <w:t xml:space="preserve">[20:51] </w:t>
      </w:r>
      <w:r>
        <w:t>bas</w:t>
      </w:r>
    </w:p>
    <w:p>
      <w:pPr>
        <w:jc w:val="right"/>
      </w:pPr>
      <w:r>
        <w:t>بس</w:t>
      </w:r>
    </w:p>
    <w:p>
      <w:r>
        <w:rPr>
          <w:b/>
        </w:rPr>
        <w:t xml:space="preserve">[20:54] </w:t>
      </w:r>
      <w:r>
        <w:t>main samajhta hoon ke doosre ki maut se apni maut ko yaad karna yeh asal kaam hai. maine dekha hai ke jab bhi kisi ki maut hoti hai to aap qabristan mein jaiye to wahan koi maut ka charcha nahi karega.</w:t>
      </w:r>
    </w:p>
    <w:p>
      <w:pPr>
        <w:jc w:val="right"/>
      </w:pPr>
      <w:r>
        <w:t>میں سمجھتا ہوں کہ دوسرے کی موت سے اپنی موت کو یاد کرنا یہ اصل کام ہے۔ میں نے دیکھا ہے کہ جب بھی کسی کی موت ہوتی ہے تو آپ قبرستان میں جائیے تو وہاں کوئی موت کا چرچا نہیں کرے گا۔</w:t>
      </w:r>
    </w:p>
    <w:p>
      <w:r>
        <w:rPr>
          <w:b/>
        </w:rPr>
        <w:t xml:space="preserve">[21:14] </w:t>
      </w:r>
      <w:r>
        <w:t>idhar udhar ki baatein karega. yaani samne aik janaza rakha hua hai. samne aik qabar khodi ja rahi hai. samne aik aadmi mitti mein dafan kiya ja raha hai.</w:t>
      </w:r>
    </w:p>
    <w:p>
      <w:pPr>
        <w:jc w:val="right"/>
      </w:pPr>
      <w:r>
        <w:t>ادھر ادھر کی باتیں کرے گا۔ یعنی سامنے ایک جنازہ رکھا ہوا ہے۔ سامنے ایک قبر کھودی جا رہی ہے۔ سامنے ایک آدمی مٹی میں دفن کیا جا رہا ہے۔</w:t>
      </w:r>
    </w:p>
    <w:p>
      <w:r>
        <w:rPr>
          <w:b/>
        </w:rPr>
        <w:t xml:space="preserve">[21:25] </w:t>
      </w:r>
      <w:r>
        <w:t>lekin baatein kar rahe hain log kis ki? idhar udhar ki. aise hi kisi ke marne ke baad jab koi duration meeting hoti hai, wahan aap jaiye to bas wahan bhi idhar udhar ki baatein.</w:t>
      </w:r>
    </w:p>
    <w:p>
      <w:pPr>
        <w:jc w:val="right"/>
      </w:pPr>
      <w:r>
        <w:t>لیکن باتیں کر رہے ہیں لوگ کس کی؟ ادھر ادھر کی۔ ایسے ہی کسی کے مرنے کے بعد جب کوئی ڈیورنس میٹنگ ہوتی ہے، وہاں آپ جائیے تو بس وہاں بھی ادھر ادھر کی باتیں۔</w:t>
      </w:r>
    </w:p>
    <w:p>
      <w:r>
        <w:rPr>
          <w:b/>
        </w:rPr>
        <w:t xml:space="preserve">[21:43] </w:t>
      </w:r>
      <w:r>
        <w:t>marne wale ke kamalat batayenge ke yeh aise thay, woh waise thay.</w:t>
      </w:r>
    </w:p>
    <w:p>
      <w:pPr>
        <w:jc w:val="right"/>
      </w:pPr>
      <w:r>
        <w:t>مرنے والے کے کمالات بتائیں گے کہ یہ ایسے تھے، وہ ویسے تھے۔</w:t>
      </w:r>
    </w:p>
    <w:p>
      <w:r>
        <w:rPr>
          <w:b/>
        </w:rPr>
        <w:t xml:space="preserve">[21:52] </w:t>
      </w:r>
      <w:r>
        <w:t>akhbaron mein aur magazine mein chhapte rehte hain kisi ke marne par. wahan bhi bas marne walon ki barhai.</w:t>
      </w:r>
    </w:p>
    <w:p>
      <w:pPr>
        <w:jc w:val="right"/>
      </w:pPr>
      <w:r>
        <w:t>اخباروں میں اور میگزین میں چھپتے رہتے ہیں کسی کے مرنے پر۔ وہاں بھی بس مرنے والوں کی بڑائی۔</w:t>
      </w:r>
    </w:p>
    <w:p>
      <w:r>
        <w:rPr>
          <w:b/>
        </w:rPr>
        <w:t xml:space="preserve">[22:01] </w:t>
      </w:r>
      <w:r>
        <w:t>halankay dekhiye, har maut aik reminder hai. koi aadmi jab marta hai to woh aap ko yaad dilata hai ke tum bhi isi tarah marne wale ho.</w:t>
      </w:r>
    </w:p>
    <w:p>
      <w:pPr>
        <w:jc w:val="right"/>
      </w:pPr>
      <w:r>
        <w:t>حالانکہ دیکھیے، ہر موت ایک ریمائنڈر ہے۔ کوئی آدمی جب مرتا ہے تو وہ آپ کو یاد دلاتا ہے کہ تم بھی اسی طرح مرنے والے ہو۔</w:t>
      </w:r>
    </w:p>
    <w:p>
      <w:r>
        <w:rPr>
          <w:b/>
        </w:rPr>
        <w:t xml:space="preserve">[22:20] </w:t>
      </w:r>
      <w:r>
        <w:t>har aadmi ki maut aik reminder maut hoti hai. doosre ko yaad dilane ke liye.</w:t>
      </w:r>
    </w:p>
    <w:p>
      <w:pPr>
        <w:jc w:val="right"/>
      </w:pPr>
      <w:r>
        <w:t>ہر آدمی کی موت ایک ریمائنڈر موت ہوتی ہے۔ دوسرے کو یاد دلانے کے لیے۔</w:t>
      </w:r>
    </w:p>
    <w:p>
      <w:r>
        <w:rPr>
          <w:b/>
        </w:rPr>
        <w:t xml:space="preserve">[22:31] </w:t>
      </w:r>
      <w:r>
        <w:t>to sab se zyada zaroori yeh hai ke aap jab kisi ke marne ki khabar sunein, kisi ko marte hue dekhein, to yaad karein ke isi tarah se main bhi marne wala hoon.</w:t>
      </w:r>
    </w:p>
    <w:p>
      <w:pPr>
        <w:jc w:val="right"/>
      </w:pPr>
      <w:r>
        <w:t>تو سب سے زیادہ ضروری یہ ہے کہ آپ جب کسی کے مرنے کی خبر سنیں، کسی کو مرتے ہوئے دیکھیں، تو یاد کریں کہ اسی طرح سے میں بھی مرنے والا ہوں۔</w:t>
      </w:r>
    </w:p>
    <w:p>
      <w:r>
        <w:rPr>
          <w:b/>
        </w:rPr>
        <w:t xml:space="preserve">[22:47] </w:t>
      </w:r>
      <w:r>
        <w:t>so every death is a reminder death.</w:t>
      </w:r>
    </w:p>
    <w:p>
      <w:pPr>
        <w:jc w:val="right"/>
      </w:pPr>
      <w:r>
        <w:t>سو ایوری ڈیتھ از ا ریمائنڈر ڈیتھ۔</w:t>
      </w:r>
    </w:p>
    <w:p>
      <w:r>
        <w:rPr>
          <w:b/>
        </w:rPr>
        <w:t xml:space="preserve">[22:54] </w:t>
      </w:r>
      <w:r>
        <w:t>ke aap sochein kis tarah se insaan zinda tha, abhi mar gaya.</w:t>
      </w:r>
    </w:p>
    <w:p>
      <w:pPr>
        <w:jc w:val="right"/>
      </w:pPr>
      <w:r>
        <w:t>کہ آپ سوچیں کس طرح سے انسان زندہ تھا، ابھی مر گیا۔</w:t>
      </w:r>
    </w:p>
    <w:p>
      <w:r>
        <w:rPr>
          <w:b/>
        </w:rPr>
        <w:t xml:space="preserve">[23:01] </w:t>
      </w:r>
      <w:r>
        <w:t>kis tarah insaan zinda tha, abhi mar gaya. ji main bhi aaj zinda hoon, kal mar jaunga.</w:t>
      </w:r>
    </w:p>
    <w:p>
      <w:pPr>
        <w:jc w:val="right"/>
      </w:pPr>
      <w:r>
        <w:t>کس طرح انسان زندہ تھا، ابھی مر گیا۔ جی میں بھی آج زندہ ہوں، کل مر جاؤں گا۔</w:t>
      </w:r>
    </w:p>
    <w:p>
      <w:r>
        <w:rPr>
          <w:b/>
        </w:rPr>
        <w:t xml:space="preserve">[23:09] </w:t>
      </w:r>
      <w:r>
        <w:t>phir dekhiye, islam ke mutabiq maut ke sath aik aur cheez juri hui hai. woh hai accountability.</w:t>
      </w:r>
    </w:p>
    <w:p>
      <w:pPr>
        <w:jc w:val="right"/>
      </w:pPr>
      <w:r>
        <w:t>پھر دیکھیے، اسلام کے مطابق موت کے ساتھ ایک اور چیز جڑی ہوئی ہے۔ وہ ہے اکاؤنٹیبلٹی۔</w:t>
      </w:r>
    </w:p>
    <w:p>
      <w:r>
        <w:rPr>
          <w:b/>
        </w:rPr>
        <w:t xml:space="preserve">[23:20] </w:t>
      </w:r>
      <w:r>
        <w:t>accountability. hadith mein aata hai ke: "ma mata faqad qamat qiyamatahu". jo mara, us ka hisab shuru ho gaya.</w:t>
      </w:r>
    </w:p>
    <w:p>
      <w:pPr>
        <w:jc w:val="right"/>
      </w:pPr>
      <w:r>
        <w:t>اکاؤنٹیبلٹی۔ حدیث میں آتا ہے کہ: "مَا مَاتَ فَقَدْ قَامَتْ قَيَامَتُهُ"۔ جو مرا، اس کا حساب شروع ہو گیا۔</w:t>
      </w:r>
    </w:p>
    <w:p>
      <w:r>
        <w:rPr>
          <w:b/>
        </w:rPr>
        <w:t xml:space="preserve">[23:34] </w:t>
      </w:r>
      <w:r>
        <w:t>is dunya mein hum hain</w:t>
      </w:r>
    </w:p>
    <w:p>
      <w:pPr>
        <w:jc w:val="right"/>
      </w:pPr>
      <w:r>
        <w:t>اس دنیا میں ہم ہیں</w:t>
      </w:r>
    </w:p>
    <w:p>
      <w:r>
        <w:rPr>
          <w:b/>
        </w:rPr>
        <w:t xml:space="preserve">[23:39] </w:t>
      </w:r>
      <w:r>
        <w:t>to yahan par hisab nahi ho raha hai. yahan to sirf hum jo ajeeb aata hai, woh karte hain.</w:t>
      </w:r>
    </w:p>
    <w:p>
      <w:pPr>
        <w:jc w:val="right"/>
      </w:pPr>
      <w:r>
        <w:t>تو یہاں پر حساب نہیں ہو رہا ہے۔ یہاں تو صرف ہم جو عجیب آتا ہے، وہ کرتے ہیں۔</w:t>
      </w:r>
    </w:p>
    <w:p>
      <w:r>
        <w:rPr>
          <w:b/>
        </w:rPr>
        <w:t xml:space="preserve">[23:50] </w:t>
      </w:r>
      <w:r>
        <w:t>to hadith mein hai ke aaj tum aik aisi dunya mein ho jahan amal hai magar hisab nahi hai. maut ke baad tum aik aisi dunya mein hoge jahan hisab hai</w:t>
      </w:r>
    </w:p>
    <w:p>
      <w:pPr>
        <w:jc w:val="right"/>
      </w:pPr>
      <w:r>
        <w:t>تو حدیث میں ہے کہ آج تم ایک ایسی دنیا میں ہو جہاں عمل ہے مگر حساب نہیں ہے۔ موت کے بعد تم ایک ایسی دنیا میں ہو گے جہاں حساب ہے</w:t>
      </w:r>
    </w:p>
    <w:p>
      <w:r>
        <w:rPr>
          <w:b/>
        </w:rPr>
        <w:t xml:space="preserve">[24:07] </w:t>
      </w:r>
      <w:r>
        <w:t>magar amal nahi hai. yahi ek baat agar aadmi soche ke aaj tum jis dunya mein ho, wahan amal hai, karna hai,</w:t>
      </w:r>
    </w:p>
    <w:p>
      <w:pPr>
        <w:jc w:val="right"/>
      </w:pPr>
      <w:r>
        <w:t>مگر عمل نہیں ہے۔ یہی ایک بات اگر آدمی سوچے کہ آج تم جس دنیا میں ہو، وہاں عمل ہے، کرنا ہے،</w:t>
      </w:r>
    </w:p>
    <w:p>
      <w:r>
        <w:rPr>
          <w:b/>
        </w:rPr>
        <w:t xml:space="preserve">[24:24] </w:t>
      </w:r>
      <w:r>
        <w:t>hisab nahi hai. yani khuda hisab nahi le raha yahan par. azadi hai. yani aaj ki dunya mein azadi hai, jo chahe karo.</w:t>
      </w:r>
    </w:p>
    <w:p>
      <w:pPr>
        <w:jc w:val="right"/>
      </w:pPr>
      <w:r>
        <w:t>حساب نہیں ہے۔ یعنی خدا حساب نہیں لے رہا یہاں پر۔ آزادی ہے۔ یعنی آج کی دنیا میں آزادی ہے، جو چاہے کرو۔</w:t>
      </w:r>
    </w:p>
    <w:p>
      <w:r>
        <w:rPr>
          <w:b/>
        </w:rPr>
        <w:t xml:space="preserve">[24:34] </w:t>
      </w:r>
      <w:r>
        <w:t>koi pakad nahi. koi hisab nahi. lekin maut ke baad yeh situation khatam ho jayegi.</w:t>
      </w:r>
    </w:p>
    <w:p>
      <w:pPr>
        <w:jc w:val="right"/>
      </w:pPr>
      <w:r>
        <w:t>کوئی پکڑ نہیں۔ کوئی حساب نہیں۔ لیکن موت کے بعد یہ سچویشن ختم ہو جائے گی۔</w:t>
      </w:r>
    </w:p>
    <w:p>
      <w:r>
        <w:rPr>
          <w:b/>
        </w:rPr>
        <w:t xml:space="preserve">[24:45] </w:t>
      </w:r>
      <w:r>
        <w:t>is ke baad to phir</w:t>
      </w:r>
    </w:p>
    <w:p>
      <w:pPr>
        <w:jc w:val="right"/>
      </w:pPr>
      <w:r>
        <w:t>اس کے بعد تو پھر</w:t>
      </w:r>
    </w:p>
    <w:p>
      <w:r>
        <w:rPr>
          <w:b/>
        </w:rPr>
        <w:t xml:space="preserve">[24:50] </w:t>
      </w:r>
      <w:r>
        <w:t>day of judgement shuru ho jayega. accountability shuru ho jayegi.</w:t>
      </w:r>
    </w:p>
    <w:p>
      <w:pPr>
        <w:jc w:val="right"/>
      </w:pPr>
      <w:r>
        <w:t>ڈے آف ججمنٹ شروع ہو جائے گا۔ اکاؤنٹیبلٹی شروع ہو جائے گی۔</w:t>
      </w:r>
    </w:p>
    <w:p>
      <w:r>
        <w:rPr>
          <w:b/>
        </w:rPr>
        <w:t xml:space="preserve">[24:58] </w:t>
      </w:r>
      <w:r>
        <w:t>isi ko hadith mein kaha gaya ke aaj tum ek aisi dunya mein ho jahan amal hai magar hisab nahi hai. kal tum ek aisi dunya mein hoge jahan hisab hai magar amal nahi.</w:t>
      </w:r>
    </w:p>
    <w:p>
      <w:pPr>
        <w:jc w:val="right"/>
      </w:pPr>
      <w:r>
        <w:t>اسی کو حدیث میں کہا گیا کہ آج تم ایک ایسی دنیا میں ہو جہاں عمل ہے مگر حساب نہیں ہے۔ کل تم ایک ایسی دنیا میں ہو گے جہاں حساب ہے مگر عمل نہیں۔</w:t>
      </w:r>
    </w:p>
    <w:p>
      <w:r>
        <w:rPr>
          <w:b/>
        </w:rPr>
        <w:t xml:space="preserve">[25:14] </w:t>
      </w:r>
      <w:r>
        <w:t>yani kal jo hai,</w:t>
      </w:r>
    </w:p>
    <w:p>
      <w:pPr>
        <w:jc w:val="right"/>
      </w:pPr>
      <w:r>
        <w:t>یعنی کل جو ہے،</w:t>
      </w:r>
    </w:p>
    <w:p>
      <w:r>
        <w:rPr>
          <w:b/>
        </w:rPr>
        <w:t xml:space="preserve">[25:18] </w:t>
      </w:r>
      <w:r>
        <w:t>aaj ke kiye par wahan par reward ya punishment milna hai. marne ke baad phir nahi ho sakta ke hum ab se kuch karein.</w:t>
      </w:r>
    </w:p>
    <w:p>
      <w:pPr>
        <w:jc w:val="right"/>
      </w:pPr>
      <w:r>
        <w:t>آج کے کیے پر وہاں پر ریوارڈ یا پنشمنٹ ملنا ہے۔ مرنے کے بعد پھر نہیں ہو سکتا کہ ہم اب سے کچھ کریں۔</w:t>
      </w:r>
    </w:p>
    <w:p>
      <w:r>
        <w:rPr>
          <w:b/>
        </w:rPr>
        <w:t xml:space="preserve">[25:30] </w:t>
      </w:r>
      <w:r>
        <w:t>karne ka period khatam. maut aayi to karne ka period khatam ho gaya.</w:t>
      </w:r>
    </w:p>
    <w:p>
      <w:pPr>
        <w:jc w:val="right"/>
      </w:pPr>
      <w:r>
        <w:t>کرنے کا پیریڈ ختم۔ موت آئی تو کرنے کا پیریڈ ختم ہو گیا۔</w:t>
      </w:r>
    </w:p>
    <w:p>
      <w:r>
        <w:rPr>
          <w:b/>
        </w:rPr>
        <w:t xml:space="preserve">[25:41] </w:t>
      </w:r>
      <w:r>
        <w:t>result ka period shuru ho gaya. jaise ek ek student hai, woh examination hall mein hai. to us ko bataya gaya hai ke tum teen ghante ka tum ko time hai.</w:t>
      </w:r>
    </w:p>
    <w:p>
      <w:pPr>
        <w:jc w:val="right"/>
      </w:pPr>
      <w:r>
        <w:t>رزلٹ کا پیریڈ شروع ہو گیا۔ جیسے ایک ایک سٹوڈنٹ ہے، وہ ایگزامینیشن ہال میں ہے۔ تو اس کو بتایا گیا ہے کہ تم تین گھنٹے کا تم کو ٹائم ہے۔</w:t>
      </w:r>
    </w:p>
    <w:p>
      <w:r>
        <w:rPr>
          <w:b/>
        </w:rPr>
        <w:t xml:space="preserve">[25:54] </w:t>
      </w:r>
      <w:r>
        <w:t>jo likhna hai, likh do. paper diya gaya. paper le kar woh baitha hua hai us ke samne.</w:t>
      </w:r>
    </w:p>
    <w:p>
      <w:pPr>
        <w:jc w:val="right"/>
      </w:pPr>
      <w:r>
        <w:t>جو لکھنا ہے، لکھ دو۔ پیپر دیا گیا۔ پیپر لے کر وہ بیٹھا ہوا ہے اس کے سامنے۔</w:t>
      </w:r>
    </w:p>
    <w:p>
      <w:r>
        <w:rPr>
          <w:b/>
        </w:rPr>
        <w:t xml:space="preserve">[26:07] </w:t>
      </w:r>
      <w:r>
        <w:t>to teen ghante mein woh sirf apna paper karega. lekin jab teen ghanta poora ho jayega to us ke baad kya hoga?</w:t>
      </w:r>
    </w:p>
    <w:p>
      <w:pPr>
        <w:jc w:val="right"/>
      </w:pPr>
      <w:r>
        <w:t>تو تین گھنٹے میں وہ صرف اپنا پیپر کرے گا۔ لیکن جب تین گھنٹہ پورا ہو جائے گا تو اس کے بعد کیا ہوگا؟</w:t>
      </w:r>
    </w:p>
    <w:p>
      <w:r>
        <w:rPr>
          <w:b/>
        </w:rPr>
        <w:t xml:space="preserve">[26:20] </w:t>
      </w:r>
      <w:r>
        <w:t>us ke baad result hai.</w:t>
      </w:r>
    </w:p>
    <w:p>
      <w:pPr>
        <w:jc w:val="right"/>
      </w:pPr>
      <w:r>
        <w:t>اس کے بعد رزلٹ ہے۔</w:t>
      </w:r>
    </w:p>
    <w:p>
      <w:r>
        <w:rPr>
          <w:b/>
        </w:rPr>
        <w:t xml:space="preserve">[26:24] </w:t>
      </w:r>
      <w:r>
        <w:t>ek student ke liye teen ghanta ka time karne ka time hai. karne ka period hai.</w:t>
      </w:r>
    </w:p>
    <w:p>
      <w:pPr>
        <w:jc w:val="right"/>
      </w:pPr>
      <w:r>
        <w:t>ایک سٹوڈنٹ کے لیے تین گھنٹہ کا ٹائم کرنے کا ٹائم ہے۔ کرنے کا پیریڈ ہے۔</w:t>
      </w:r>
    </w:p>
    <w:p>
      <w:r>
        <w:rPr>
          <w:b/>
        </w:rPr>
        <w:t xml:space="preserve">[26:36] </w:t>
      </w:r>
      <w:r>
        <w:t>aur teen ghante ke baad kya hoga? result ka time aa jayega.</w:t>
      </w:r>
    </w:p>
    <w:p>
      <w:pPr>
        <w:jc w:val="right"/>
      </w:pPr>
      <w:r>
        <w:t>اور تین گھنٹے کے بعد کیا ہوگا؟ رزلٹ کا ٹائم آ جائے گا۔</w:t>
      </w:r>
    </w:p>
    <w:p>
      <w:r>
        <w:rPr>
          <w:b/>
        </w:rPr>
        <w:t xml:space="preserve">[26:44] </w:t>
      </w:r>
      <w:r>
        <w:t>isi se aap samajh sakte hain zindagi aur maut ke muamle ko.</w:t>
      </w:r>
    </w:p>
    <w:p>
      <w:pPr>
        <w:jc w:val="right"/>
      </w:pPr>
      <w:r>
        <w:t>اسی سے آپ سمجھ سکتے ہیں زندگی اور موت کے معاملے کو۔</w:t>
      </w:r>
    </w:p>
    <w:p>
      <w:r>
        <w:rPr>
          <w:b/>
        </w:rPr>
        <w:t xml:space="preserve">[26:51] </w:t>
      </w:r>
      <w:r>
        <w:t>aaj jo hai, aap ko poori azadi hai. aaj jo chahiye kijiye, jo chahe na kijiye.</w:t>
      </w:r>
    </w:p>
    <w:p>
      <w:pPr>
        <w:jc w:val="right"/>
      </w:pPr>
      <w:r>
        <w:t>آج جو ہے، آپ کو پوری آزادی ہے۔ آج جو چاہیے کیجیے، جو چاہے نہ کیجیے۔</w:t>
      </w:r>
    </w:p>
    <w:p>
      <w:r>
        <w:rPr>
          <w:b/>
        </w:rPr>
        <w:t xml:space="preserve">[27:02] </w:t>
      </w:r>
      <w:r>
        <w:t>lekin kal aap ko azadi nahi rahegi. kal to aaj ke kiye par</w:t>
      </w:r>
    </w:p>
    <w:p>
      <w:pPr>
        <w:jc w:val="right"/>
      </w:pPr>
      <w:r>
        <w:t>لیکن کل آپ کو آزادی نہیں رہے گی۔ کل تو آج کے کیے پر</w:t>
      </w:r>
    </w:p>
    <w:p>
      <w:r>
        <w:rPr>
          <w:b/>
        </w:rPr>
        <w:t xml:space="preserve">[27:13] </w:t>
      </w:r>
      <w:r>
        <w:t>aap ko ya to reward milega ya punishment milega. ek sahib ke haan shadi hui. to shadi ke baad wahan par</w:t>
      </w:r>
    </w:p>
    <w:p>
      <w:pPr>
        <w:jc w:val="right"/>
      </w:pPr>
      <w:r>
        <w:t>آپ کو یا تو ریوارڈ ملے گا یا پنشمنٹ ملے گا۔ ایک صاحب کے ہاں شادی ہوئی۔ تو شادی کے بعد وہاں پر</w:t>
      </w:r>
    </w:p>
    <w:p>
      <w:r>
        <w:rPr>
          <w:b/>
        </w:rPr>
        <w:t xml:space="preserve">[27:25] </w:t>
      </w:r>
      <w:r>
        <w:t>dastarkhwan bichha. khana aaya. us mein murgh tha. murgh bahut acha paka hua.</w:t>
      </w:r>
    </w:p>
    <w:p>
      <w:pPr>
        <w:jc w:val="right"/>
      </w:pPr>
      <w:r>
        <w:t>دسترخوان بچھا۔ کھانا آیا۔ اس میں مرغ تھا۔ مرغ بہت اچھا پکا ہوا۔</w:t>
      </w:r>
    </w:p>
    <w:p>
      <w:r>
        <w:rPr>
          <w:b/>
        </w:rPr>
        <w:t xml:space="preserve">[27:39] </w:t>
      </w:r>
      <w:r>
        <w:t>to ek shayar the, Iqbal. un ka ek sher hai ke: "nishaan-e-mard-e-momin baat goyam".</w:t>
      </w:r>
    </w:p>
    <w:p>
      <w:pPr>
        <w:jc w:val="right"/>
      </w:pPr>
      <w:r>
        <w:t>تو ایک شاعر تھے، اقبال۔ ان کا ایک شعر ہے کہ: "نشانِ مردِ مومن باتُ گویم"۔</w:t>
      </w:r>
    </w:p>
    <w:p>
      <w:r>
        <w:rPr>
          <w:b/>
        </w:rPr>
        <w:t xml:space="preserve">[27:51] </w:t>
      </w:r>
      <w:r>
        <w:t>jo marg aamad, tabassum bar lab-e-oost.</w:t>
      </w:r>
    </w:p>
    <w:p>
      <w:pPr>
        <w:jc w:val="right"/>
      </w:pPr>
      <w:r>
        <w:t>جو مرگ آمد، تبسم بر لبِ اوست۔</w:t>
      </w:r>
    </w:p>
    <w:p>
      <w:r>
        <w:rPr>
          <w:b/>
        </w:rPr>
        <w:t xml:space="preserve">[27:57] </w:t>
      </w:r>
      <w:r>
        <w:t>momin ki pehchan mein tum ko batata hoon. yani sache believer ki pehchan kya hai, woh mein tum ko batata hoon.</w:t>
      </w:r>
    </w:p>
    <w:p>
      <w:pPr>
        <w:jc w:val="right"/>
      </w:pPr>
      <w:r>
        <w:t>مومن کی پہچان میں تم کو بتاتا ہوں۔ یعنی سچے بیلیور کی پہچان کیا ہے، وہ میں تم کو بتاتا ہوں۔</w:t>
      </w:r>
    </w:p>
    <w:p>
      <w:r>
        <w:rPr>
          <w:b/>
        </w:rPr>
        <w:t xml:space="preserve">[28:06] </w:t>
      </w:r>
      <w:r>
        <w:t>woh yeh hai ke jab us par maut ka waqt aaye to us ke chehre par hansi ho, muskurahat ho.</w:t>
      </w:r>
    </w:p>
    <w:p>
      <w:pPr>
        <w:jc w:val="right"/>
      </w:pPr>
      <w:r>
        <w:t>وہ یہ ہے کہ جب اس پر موت کا وقت آئے تو اس کے چہرے پر ہنسی ہو، مسکراہٹ ہو۔</w:t>
      </w:r>
    </w:p>
    <w:p>
      <w:r>
        <w:rPr>
          <w:b/>
        </w:rPr>
        <w:t xml:space="preserve">[28:19] </w:t>
      </w:r>
      <w:r>
        <w:t>yeh sher mein sahi nahi samajhta. lekin mein ek aur baat kehna chahta hoon. woh baat yeh hai ke yeh Arabic line hai, us mein marg ka lafz hai.</w:t>
      </w:r>
    </w:p>
    <w:p>
      <w:pPr>
        <w:jc w:val="right"/>
      </w:pPr>
      <w:r>
        <w:t>یہ شعر میں صحیح نہیں سمجھتا۔ لیکن میں ایک اور بات کہنا چاہتا ہوں۔ وہ بات یہ ہے کہ یہ عربک لائن ہے، اس میں مرگ کا لفظ ہے۔</w:t>
      </w:r>
    </w:p>
    <w:p>
      <w:r>
        <w:rPr>
          <w:b/>
        </w:rPr>
        <w:t xml:space="preserve">[28:31] </w:t>
      </w:r>
      <w:r>
        <w:t>em ae aar jee, marg. marg maani maut. jo marg aaya, tabassum bar lab-e ost. ke jab maut aayi to us ke chehray par muskurahat thi.</w:t>
      </w:r>
    </w:p>
    <w:p>
      <w:pPr>
        <w:jc w:val="right"/>
      </w:pPr>
      <w:r>
        <w:t>ایم اے آر جی، مرگ۔ مرگ معنی موت۔ جو مرگ آیا، تبسم بر لبِ اوست۔ کہ جب موت آئی تو اس کے چہرے پر مسکراہٹ تھی۔</w:t>
      </w:r>
    </w:p>
    <w:p>
      <w:r>
        <w:rPr>
          <w:b/>
        </w:rPr>
        <w:t xml:space="preserve">[28:42] </w:t>
      </w:r>
      <w:r>
        <w:t>to ek sahib ne jab murgh ke saamnay murgh aaya to baray dhoom se unhon ne parha ke: "nishaan-e mard-e momin baat goyam".</w:t>
      </w:r>
    </w:p>
    <w:p>
      <w:pPr>
        <w:jc w:val="right"/>
      </w:pPr>
      <w:r>
        <w:t>تو ایک صاحب نے جب مرغ کے سامنے مرغ آیا تو بڑے دھوم سے انہوں نے پڑھا کہ: "نشانِ مردِ مومن باتُ گویم"۔</w:t>
      </w:r>
    </w:p>
    <w:p>
      <w:r>
        <w:rPr>
          <w:b/>
        </w:rPr>
        <w:t xml:space="preserve">[28:52] </w:t>
      </w:r>
      <w:r>
        <w:t>jo murgh aaya, yaani murgh ko unhon ne murgh bana diya. jo murgh aaya, tabassum bar lab-e ost. mein tum ko momin ki pehchaan batata hoon.</w:t>
      </w:r>
    </w:p>
    <w:p>
      <w:pPr>
        <w:jc w:val="right"/>
      </w:pPr>
      <w:r>
        <w:t>جو مرغ آیا، یعنی مرغ کو انہوں نے مرغ بنا دیا۔ جو مرغ آیا، تبسم بر لبِ اوست۔ میں تم کو مومن کی پہچان بتاتا ہوں۔</w:t>
      </w:r>
    </w:p>
    <w:p>
      <w:r>
        <w:rPr>
          <w:b/>
        </w:rPr>
        <w:t xml:space="preserve">[29:04] </w:t>
      </w:r>
      <w:r>
        <w:t>ke us ke saamnay jab murgh aaye to us ke chehray par hansi ho.</w:t>
      </w:r>
    </w:p>
    <w:p>
      <w:pPr>
        <w:jc w:val="right"/>
      </w:pPr>
      <w:r>
        <w:t>کہ اس کے سامنے جب مرغ آئے تو اس کے چہرے پر ہنسی ہو۔</w:t>
      </w:r>
    </w:p>
    <w:p>
      <w:r>
        <w:rPr>
          <w:b/>
        </w:rPr>
        <w:t xml:space="preserve">[29:14] </w:t>
      </w:r>
      <w:r>
        <w:t>yeh aisa kyun kiya unhon ne? kyunke maut ke baray mein aadmi</w:t>
      </w:r>
    </w:p>
    <w:p>
      <w:pPr>
        <w:jc w:val="right"/>
      </w:pPr>
      <w:r>
        <w:t>یہ ایسا کیوں کیا انہوں نے؟ کیونکہ موت کے بارے میں آدمی</w:t>
      </w:r>
    </w:p>
    <w:p>
      <w:r>
        <w:rPr>
          <w:b/>
        </w:rPr>
        <w:t xml:space="preserve">[29:23] </w:t>
      </w:r>
      <w:r>
        <w:t>serious nahin hai. maut ko bohat hi lightly leta hai woh. us ko yeh ehsaas nahin hai ke maut jo hai, kitni gumabheer cheez hai.</w:t>
      </w:r>
    </w:p>
    <w:p>
      <w:pPr>
        <w:jc w:val="right"/>
      </w:pPr>
      <w:r>
        <w:t>سیریس نہیں ہے۔ موت کو بہت ہی لائٹلی لیتا ہے وہ۔ اس کو یہ احساس نہیں ہے کہ موت جو ہے، کتنی گمبھیر چیز ہے۔</w:t>
      </w:r>
    </w:p>
    <w:p>
      <w:r>
        <w:rPr>
          <w:b/>
        </w:rPr>
        <w:t xml:space="preserve">[29:35] </w:t>
      </w:r>
      <w:r>
        <w:t>idhar maut hui, idhar insaan Khuda ki.</w:t>
      </w:r>
    </w:p>
    <w:p>
      <w:pPr>
        <w:jc w:val="right"/>
      </w:pPr>
      <w:r>
        <w:t>ادھر موت ہوئی، ادھر انسان خدا کی۔</w:t>
      </w:r>
    </w:p>
    <w:p>
      <w:r>
        <w:rPr>
          <w:b/>
        </w:rPr>
        <w:t xml:space="preserve">[29:42] </w:t>
      </w:r>
      <w:r>
        <w:t>idhar maut aayi aur idhar day of judgment shuru ho gaya. us ki peshi Khuda ke saamnay ho gayi. us ke amal ka jo record hai, us record ke mutabiq us ke liye faisla diya jaane laga.</w:t>
      </w:r>
    </w:p>
    <w:p>
      <w:pPr>
        <w:jc w:val="right"/>
      </w:pPr>
      <w:r>
        <w:t>ادھر موت آئی اور ادھر ڈے آف ججمنٹ شروع ہو گیا۔ اس کی پیشی خدا کے سامنے ہو گئی۔ اس کے عمل کا جو ریکارڈ ہے، اس ریکارڈ کے مطابق اس کے لیے فیصلہ دیا جانے لگا۔</w:t>
      </w:r>
    </w:p>
    <w:p>
      <w:r>
        <w:rPr>
          <w:b/>
        </w:rPr>
        <w:t xml:space="preserve">[29:57] </w:t>
      </w:r>
      <w:r>
        <w:t>hell ka ya paradise ka. to maut se yeh saari cheezein juri hui hain. accountability, judgment, hell, paradise, eternal life,</w:t>
      </w:r>
    </w:p>
    <w:p>
      <w:pPr>
        <w:jc w:val="right"/>
      </w:pPr>
      <w:r>
        <w:t>ہیل کا یا پیراڈائز کا۔ تو موت سے یہ ساری چیزیں جڑی ہوئی ہیں۔ اکاؤنٹیبلٹی، ججمنٹ، ہیل، پیراڈائز، ایٹرنل لائف،</w:t>
      </w:r>
    </w:p>
    <w:p>
      <w:r>
        <w:rPr>
          <w:b/>
        </w:rPr>
        <w:t xml:space="preserve">[30:10] </w:t>
      </w:r>
      <w:r>
        <w:t>yeh sab maut se juri hui hain. ab sochiye ke agar aadmi in sab baaton ko soche to yeh is tarah se murgh par kahega.</w:t>
      </w:r>
    </w:p>
    <w:p>
      <w:pPr>
        <w:jc w:val="right"/>
      </w:pPr>
      <w:r>
        <w:t>یہ سب موت سے جڑی ہوئی ہیں۔ اب سوچیے کہ اگر آدمی ان سب باتوں کو سوچے تو یہ اس طرح سے مرغ پر کہے گا۔</w:t>
      </w:r>
    </w:p>
    <w:p>
      <w:r>
        <w:rPr>
          <w:b/>
        </w:rPr>
        <w:t xml:space="preserve">[30:22] </w:t>
      </w:r>
      <w:r>
        <w:t>murgh ko dekh kar khush ho ga aur yeh kahega ke: "jo murgh, nishaan-e mard-e momin baat goyam". jo murgh aaya, tabassum bar lab-e ost.</w:t>
      </w:r>
    </w:p>
    <w:p>
      <w:pPr>
        <w:jc w:val="right"/>
      </w:pPr>
      <w:r>
        <w:t>مرغ کو دیکھ کر خوش ہو گا اور یہ کہے گا کہ: "جو مرغ، نشانِ مردِ مومن باتُ گویم"۔ جو مرغ آیا، تبسم بر لبِ اوست۔</w:t>
      </w:r>
    </w:p>
    <w:p>
      <w:r>
        <w:rPr>
          <w:b/>
        </w:rPr>
        <w:t xml:space="preserve">[30:32] </w:t>
      </w:r>
      <w:r>
        <w:t>to unhon ne mazaq bana diya maut ko. yeh maut ko jo aadmi maut ko soche to woh joke nahin karega.</w:t>
      </w:r>
    </w:p>
    <w:p>
      <w:pPr>
        <w:jc w:val="right"/>
      </w:pPr>
      <w:r>
        <w:t>تو انہوں نے مذاق بنا دیا موت کو۔ یہ موت کو جو آدمی موت کو سوچے تو وہ جوک نہیں کرے گا۔</w:t>
      </w:r>
    </w:p>
    <w:p>
      <w:r>
        <w:rPr>
          <w:b/>
        </w:rPr>
        <w:t xml:space="preserve">[30:43] </w:t>
      </w:r>
      <w:r>
        <w:t>maut ko sochne wala joke nahin kar sakta. isi liye hadith mein hai ke: "aksiru zikr hadam al-ladhat al-mawt".</w:t>
      </w:r>
    </w:p>
    <w:p>
      <w:pPr>
        <w:jc w:val="right"/>
      </w:pPr>
      <w:r>
        <w:t>موت کو سوچنے والا جوک نہیں کر سکتا۔ اسی لیے حدیث میں ہے کہ: "اکثرو ذکر ہادو اللذات الموت"۔</w:t>
      </w:r>
    </w:p>
    <w:p>
      <w:r>
        <w:rPr>
          <w:b/>
        </w:rPr>
        <w:t xml:space="preserve">[30:53] </w:t>
      </w:r>
      <w:r>
        <w:t>maut ko yaad karo jo lazzaton ko dha dene wali hai. to hadith mein to yeh bataya gaya hai momin ki tasweer.</w:t>
      </w:r>
    </w:p>
    <w:p>
      <w:pPr>
        <w:jc w:val="right"/>
      </w:pPr>
      <w:r>
        <w:t>موت کو یاد کرو جو لذتوں کو ڈھا دینے والی ہے۔ تو حدیث میں تو یہ بتایا گیا ہے مومن کی تصویر۔</w:t>
      </w:r>
    </w:p>
    <w:p>
      <w:r>
        <w:rPr>
          <w:b/>
        </w:rPr>
        <w:t xml:space="preserve">[31:05] </w:t>
      </w:r>
      <w:r>
        <w:t>yaani hadith mein momin ki tasweer yeh hai ke maut ki baat aayi to woh serious ho gaya. maut ki baat aayi to us mein gumabheerta paida ho gayi.</w:t>
      </w:r>
    </w:p>
    <w:p>
      <w:pPr>
        <w:jc w:val="right"/>
      </w:pPr>
      <w:r>
        <w:t>یعنی حدیث میں مومن کی تصویر یہ ہے کہ موت کی بات آئی تو وہ سیریس ہو گیا۔ موت کی بات آئی تو اس میں گمبھیرتا پیدا ہو گئی۔</w:t>
      </w:r>
    </w:p>
    <w:p>
      <w:r>
        <w:rPr>
          <w:b/>
        </w:rPr>
        <w:t xml:space="preserve">[31:17] </w:t>
      </w:r>
      <w:r>
        <w:t>maut ki baat aayi to bohat ziyada sincere ho gaya woh. aur yahan par woh sher parh rahe hain ke: "maut ko bataniya murgh".</w:t>
      </w:r>
    </w:p>
    <w:p>
      <w:pPr>
        <w:jc w:val="right"/>
      </w:pPr>
      <w:r>
        <w:t>موت کی بات آئی تو بہت زیادہ سنسیئر ہو گیا وہ۔ اور یہاں پر وہ شعر پڑھ رہے ہیں کہ: "موت کو بتانیا مرغ"۔</w:t>
      </w:r>
    </w:p>
    <w:p>
      <w:r>
        <w:rPr>
          <w:b/>
        </w:rPr>
        <w:t xml:space="preserve">[31:27] </w:t>
      </w:r>
      <w:r>
        <w:t>aur us ke baad woh hans rahe hain.</w:t>
      </w:r>
    </w:p>
    <w:p>
      <w:pPr>
        <w:jc w:val="right"/>
      </w:pPr>
      <w:r>
        <w:t>اور اس کے بعد وہ ہنس رہے ہیں۔</w:t>
      </w:r>
    </w:p>
    <w:p>
      <w:r>
        <w:rPr>
          <w:b/>
        </w:rPr>
        <w:t xml:space="preserve">[31:33] </w:t>
      </w:r>
      <w:r>
        <w:t>to mein ne socha ke aakhir yeh aisa kyun hai insaan ka haal? aisa kyun hai? ke maut par aadmi ko serious ho jana chahiye.</w:t>
      </w:r>
    </w:p>
    <w:p>
      <w:pPr>
        <w:jc w:val="right"/>
      </w:pPr>
      <w:r>
        <w:t>تو میں نے سوچا کہ آخر یہ ایسا کیوں ہے انسان کا حال؟ ایسا کیوں ہے؟ کہ موت پر آدمی کو سیریس ہو جانا چاہیے۔</w:t>
      </w:r>
    </w:p>
    <w:p>
      <w:r>
        <w:rPr>
          <w:b/>
        </w:rPr>
        <w:t xml:space="preserve">[31:45] </w:t>
      </w:r>
      <w:r>
        <w:t>ab maut par un ko murgh yaad aa raha hai. is ki wajah yeh hai ke yeh log jo hain, aaj kal ke jo log hain,</w:t>
      </w:r>
    </w:p>
    <w:p>
      <w:pPr>
        <w:jc w:val="right"/>
      </w:pPr>
      <w:r>
        <w:t>اب موت پر ان کو مرغ یاد آ رہا ہے۔ اس کی وجہ یہ ہے کہ یہ لوگ جو ہیں، آج کل کے جو لوگ ہیں،</w:t>
      </w:r>
    </w:p>
    <w:p>
      <w:r>
        <w:rPr>
          <w:b/>
        </w:rPr>
        <w:t xml:space="preserve">[31:57] </w:t>
      </w:r>
      <w:r>
        <w:t>woh samajhte hain ke jannat to apni reserve hai. jannat to apni pakki hai. jannat to koi jaane wali nahin hai. kuch bhi karo, jannat to mile gi.</w:t>
      </w:r>
    </w:p>
    <w:p>
      <w:pPr>
        <w:jc w:val="right"/>
      </w:pPr>
      <w:r>
        <w:t>وہ سمجھتے ہیں کہ جنت تو اپنی ریزرو ہے۔ جنت تو اپنی پکی ہے۔ جنت تو کوئی جانے والی نہیں ہے۔ کچھ بھی کرو، جنت تو ملے گی۔</w:t>
      </w:r>
    </w:p>
    <w:p>
      <w:r>
        <w:rPr>
          <w:b/>
        </w:rPr>
        <w:t xml:space="preserve">[32:12] </w:t>
      </w:r>
      <w:r>
        <w:t>ghalib ne kaha tha ke: "rind ke rind rahe, haath se jannat na gayi".</w:t>
      </w:r>
    </w:p>
    <w:p>
      <w:pPr>
        <w:jc w:val="right"/>
      </w:pPr>
      <w:r>
        <w:t>غالب نے کہا تھا کہ: "رند کے رند رہے، ہاتھ سے جنت نہ گئی"۔</w:t>
      </w:r>
    </w:p>
    <w:p>
      <w:r>
        <w:rPr>
          <w:b/>
        </w:rPr>
        <w:t xml:space="preserve">[32:24] </w:t>
      </w:r>
      <w:r>
        <w:t>ghalib jo urdu ke bohat well known poet hain, mashhoor shayar hain, to un ki ek line mein unhon ne kaha ke: "hum zindagi mein khoob peete rahe aur phir jannat bhi hamari khoi nahin gayi hum se".</w:t>
      </w:r>
    </w:p>
    <w:p>
      <w:pPr>
        <w:jc w:val="right"/>
      </w:pPr>
      <w:r>
        <w:t>غالب جو اردو کے بہت ویل نون پوئٹ ہیں، مشہور شاعر ہیں، تو ان کی ایک لائن میں انہوں نے کہا کہ: "ہم زندگی میں خوب پیتے رہے اور پھر جنت بھی ہماری کھوئی نہیں گئی ہم سے"۔</w:t>
      </w:r>
    </w:p>
    <w:p>
      <w:r>
        <w:rPr>
          <w:b/>
        </w:rPr>
        <w:t xml:space="preserve">[32:45] </w:t>
      </w:r>
      <w:r>
        <w:t>to unhon ne kaha ke: "rind ke rind rahe". rind kehte hain aise aadmi ko jo sharab piye aur bohat hi magan mast rahe. jis ko fikr na ho aakhirat ki.</w:t>
      </w:r>
    </w:p>
    <w:p>
      <w:pPr>
        <w:jc w:val="right"/>
      </w:pPr>
      <w:r>
        <w:t>تو انہوں نے کہا کہ: "رند کے رند رہے"۔ رند کہتے ہیں ایسے آدمی کو جو شراب پیئے اور بہت ہی مگن مست رہے۔ جس کو فکر نہ ہو آخرت کی۔</w:t>
      </w:r>
    </w:p>
    <w:p>
      <w:r>
        <w:rPr>
          <w:b/>
        </w:rPr>
        <w:t xml:space="preserve">[32:56] </w:t>
      </w:r>
      <w:r>
        <w:t>to use kehte hain rind. mast magan aadmi. sharab kabab mein jeene wala aadmi.</w:t>
      </w:r>
    </w:p>
    <w:p>
      <w:pPr>
        <w:jc w:val="right"/>
      </w:pPr>
      <w:r>
        <w:t>تو اسے کہتے ہیں رند۔ مست مگن آدمی۔ شراب کباب میں جینے والا آدمی۔</w:t>
      </w:r>
    </w:p>
    <w:p>
      <w:r>
        <w:rPr>
          <w:b/>
        </w:rPr>
        <w:t xml:space="preserve">[33:08] </w:t>
      </w:r>
      <w:r>
        <w:t>to unhon ne kaha ke: "rind ke rind rahe, haath se jannat na gayi". ke dunya mein hum khoob sharab kabab ki zindagi guzari aur phir jannat bhi mil gayi humein.</w:t>
      </w:r>
    </w:p>
    <w:p>
      <w:pPr>
        <w:jc w:val="right"/>
      </w:pPr>
      <w:r>
        <w:t>تو انہوں نے کہا کہ: "رند کے رند رہے، ہاتھ سے جنت نہ گئی"۔ کہ دنیا میں ہم خوب شراب کباب کی زندگی گزاری اور پھر جنت بھی مل گئی ہمیں۔</w:t>
      </w:r>
    </w:p>
    <w:p>
      <w:r>
        <w:rPr>
          <w:b/>
        </w:rPr>
        <w:t xml:space="preserve">[33:18] </w:t>
      </w:r>
      <w:r>
        <w:t>to aaj kal logon ka haal yahi hai. to ho sakta hai jannat to reserve hai meri. jannat ka to mamla pakka hai.</w:t>
      </w:r>
    </w:p>
    <w:p>
      <w:pPr>
        <w:jc w:val="right"/>
      </w:pPr>
      <w:r>
        <w:t>تو آج کل لوگوں کا حال یہی ہے۔ تو ہو سکتا ہے جنت تو ریزرو ہے میری۔ جنت کا تو معاملہ پکا ہے۔</w:t>
      </w:r>
    </w:p>
    <w:p>
      <w:r>
        <w:rPr>
          <w:b/>
        </w:rPr>
        <w:t xml:space="preserve">[33:31] </w:t>
      </w:r>
      <w:r>
        <w:t>yeh khud hi khud unhon ne bana liya hai aise aqeedey.</w:t>
      </w:r>
    </w:p>
    <w:p>
      <w:pPr>
        <w:jc w:val="right"/>
      </w:pPr>
      <w:r>
        <w:t>یہ خود ہی خود انہوں نے بنا لیا ہے ایسے عقیدے۔</w:t>
      </w:r>
    </w:p>
    <w:p>
      <w:r>
        <w:rPr>
          <w:b/>
        </w:rPr>
        <w:t xml:space="preserve">[33:37] </w:t>
      </w:r>
      <w:r>
        <w:t>ek baar to ab mein kahin safar karne ke liye railway station par pahuncha. to platform par badi bheed thi.</w:t>
      </w:r>
    </w:p>
    <w:p>
      <w:pPr>
        <w:jc w:val="right"/>
      </w:pPr>
      <w:r>
        <w:t>ایک بار تو اب میں کہیں سفر کرنے کے لیے ریلوے اسٹیشن پر پہنچا۔ تو پلیٹ فارم پر بڑی بھیڑ تھی۔</w:t>
      </w:r>
    </w:p>
    <w:p>
      <w:r>
        <w:rPr>
          <w:b/>
        </w:rPr>
        <w:t xml:space="preserve">[33:49] </w:t>
      </w:r>
      <w:r>
        <w:t>to maine dekha ke aksar log bohat hi pareshani mein idhar daud rahe hain, idhar daud rahe hain. yaani majority jo thi woh daud rahi thi idhar udhar pareshani ke saath.</w:t>
      </w:r>
    </w:p>
    <w:p>
      <w:pPr>
        <w:jc w:val="right"/>
      </w:pPr>
      <w:r>
        <w:t>تو میں نے دیکھا کہ اکثر لوگ بہت ہی پریشانی میں ادھر دوڑ رہے ہیں، ادھر دوڑ رہے ہیں۔ یعنی میجورٹی جو تھی وہ دوڑ رہی تھی ادھر ادھر پریشانی کے ساتھ۔</w:t>
      </w:r>
    </w:p>
    <w:p>
      <w:r>
        <w:rPr>
          <w:b/>
        </w:rPr>
        <w:t xml:space="preserve">[34:00] </w:t>
      </w:r>
      <w:r>
        <w:t>aur kuch log bohat itminan ke saath chal rahe thay. bohat itminan ke saath. unhein koi pareshani nahi thi. to maine socha ke aisa kyun hai?</w:t>
      </w:r>
    </w:p>
    <w:p>
      <w:pPr>
        <w:jc w:val="right"/>
      </w:pPr>
      <w:r>
        <w:t>اور کچھ لوگ بہت اطمینان کے ساتھ چل رہے تھے۔ بہت اطمینان کے ساتھ۔ انہیں کوئی پریشانی نہیں تھی۔ تو میں نے سوچا کہ ایسا کیوں ہے؟</w:t>
      </w:r>
    </w:p>
    <w:p>
      <w:r>
        <w:rPr>
          <w:b/>
        </w:rPr>
        <w:t xml:space="preserve">[34:10] </w:t>
      </w:r>
      <w:r>
        <w:t>ke kuch log itne itminan ke saath hain kyun? befikar. aur kuch log jo hain pareshani mein daud rahe hain idhar se udhar. to pata chala ke jo log befikar hain, unki pocket mein reservation hai.</w:t>
      </w:r>
    </w:p>
    <w:p>
      <w:pPr>
        <w:jc w:val="right"/>
      </w:pPr>
      <w:r>
        <w:t>کہ کچھ لوگ اتنے اطمینان کے ساتھ ہیں کیوں؟ بے فکر۔ اور کچھ لوگ جو ہیں پریشانی میں دوڑ رہے ہیں ادھر سے ادھر۔ تو پتہ چلا کہ جو لوگ بے فکر ہیں، ان کی پاکٹ میں ریزرویشن ہے۔</w:t>
      </w:r>
    </w:p>
    <w:p>
      <w:r>
        <w:rPr>
          <w:b/>
        </w:rPr>
        <w:t xml:space="preserve">[34:26] </w:t>
      </w:r>
      <w:r>
        <w:t>razarve ticket hai. jin musafiron ki jeb mein, jin musafiron ne apna seat reserve kara li thi,</w:t>
      </w:r>
    </w:p>
    <w:p>
      <w:pPr>
        <w:jc w:val="right"/>
      </w:pPr>
      <w:r>
        <w:t>ریزرو ٹکٹ ہے۔ جن مسافروں کی جیب میں، جن مسافروں نے اپنا سیٹ ریزرو کرا لی تھی،</w:t>
      </w:r>
    </w:p>
    <w:p>
      <w:r>
        <w:rPr>
          <w:b/>
        </w:rPr>
        <w:t xml:space="preserve">[34:40] </w:t>
      </w:r>
      <w:r>
        <w:t>unki pocket mein woh ticket maujood tha reservation ka. to itminan se chal rahe thay woh ke mujhe to seat mile gi.</w:t>
      </w:r>
    </w:p>
    <w:p>
      <w:pPr>
        <w:jc w:val="right"/>
      </w:pPr>
      <w:r>
        <w:t>ان کی پاکٹ میں وہ ٹکٹ موجود تھا ریزرویشن کا۔ تو اطمینان سے چل رہے تھے وہ کہ مجھے تو سیٹ ملے گی۔</w:t>
      </w:r>
    </w:p>
    <w:p>
      <w:r>
        <w:rPr>
          <w:b/>
        </w:rPr>
        <w:t xml:space="preserve">[34:50] </w:t>
      </w:r>
      <w:r>
        <w:t>jab mein dabe mein enter karunga to wahan par meri seat reserve hai. lekin jinka reservation nahi tha, woh pareshan thay ke pata nahi seat mile ke na mile.</w:t>
      </w:r>
    </w:p>
    <w:p>
      <w:pPr>
        <w:jc w:val="right"/>
      </w:pPr>
      <w:r>
        <w:t>جب میں ڈبے میں انٹر کروں گا تو وہاں پر میری سیٹ ریزرو ہے۔ لیکن جن کا ریزرویشن نہیں تھا، وہ پریشان تھے کہ پتہ نہیں سیٹ ملے کہ نہ ملے۔</w:t>
      </w:r>
    </w:p>
    <w:p>
      <w:r>
        <w:rPr>
          <w:b/>
        </w:rPr>
        <w:t xml:space="preserve">[35:02] </w:t>
      </w:r>
      <w:r>
        <w:t>saari seatain khapai ho jayein to mein kya karunga? to yahi haal aaj kal logon ka hai.</w:t>
      </w:r>
    </w:p>
    <w:p>
      <w:pPr>
        <w:jc w:val="right"/>
      </w:pPr>
      <w:r>
        <w:t>ساری سیٹیں کھپائی ہو جائیں تو میں کیا کروں گا؟ تو یہی حال آج کل لوگوں کا ہے۔</w:t>
      </w:r>
    </w:p>
    <w:p>
      <w:r>
        <w:rPr>
          <w:b/>
        </w:rPr>
        <w:t xml:space="preserve">[35:12] </w:t>
      </w:r>
      <w:r>
        <w:t>woh samajhte hain ke hamari seat to reserve hai. to bas unko poora itminan hai. woh joke kar rahe hain. woh hans rahe hain. maut se bilkul befikar hain.</w:t>
      </w:r>
    </w:p>
    <w:p>
      <w:pPr>
        <w:jc w:val="right"/>
      </w:pPr>
      <w:r>
        <w:t>وہ سمجھتے ہیں کہ ہماری سیٹ تو ریزرو ہے۔ تو بس ان کو پورا اطمینان ہے۔ وہ جوک کر رہے ہیں۔ وہ ہنس رہے ہیں۔ موت سے بالکل بے فکر ہیں۔</w:t>
      </w:r>
    </w:p>
    <w:p>
      <w:r>
        <w:rPr>
          <w:b/>
        </w:rPr>
        <w:t xml:space="preserve">[35:25] </w:t>
      </w:r>
      <w:r>
        <w:t>maut aayi to kya hua? maut aaye gi to hamein to jannat mein jana hai.</w:t>
      </w:r>
    </w:p>
    <w:p>
      <w:pPr>
        <w:jc w:val="right"/>
      </w:pPr>
      <w:r>
        <w:t>موت آئی تو کیا ہوا؟ موت آئے گی تو ہمیں تو جنت میں جانا ہے۔</w:t>
      </w:r>
    </w:p>
    <w:p>
      <w:r>
        <w:rPr>
          <w:b/>
        </w:rPr>
        <w:t xml:space="preserve">[35:32] </w:t>
      </w:r>
      <w:r>
        <w:t>to yaad rakhiye jannat kisi ki reserve nahi hai.</w:t>
      </w:r>
    </w:p>
    <w:p>
      <w:pPr>
        <w:jc w:val="right"/>
      </w:pPr>
      <w:r>
        <w:t>تو یاد رکھیے جنت کسی کی ریزرو نہیں ہے۔</w:t>
      </w:r>
    </w:p>
    <w:p>
      <w:r>
        <w:rPr>
          <w:b/>
        </w:rPr>
        <w:t xml:space="preserve">[35:38] </w:t>
      </w:r>
      <w:r>
        <w:t>jannat kisi ki reserve nahi hai. koi bhi aadmi chahe dadi wala ho ya be dadi wala ho. yahan tak ke jo namaz roza karta ho, jo us ne hajj kar rakhe hon, us ki bhi jannat reserve nahi hai.</w:t>
      </w:r>
    </w:p>
    <w:p>
      <w:pPr>
        <w:jc w:val="right"/>
      </w:pPr>
      <w:r>
        <w:t>جنت کسی کی ریزرو نہیں ہے۔ کوئی بھی آدمی چاہے داڑھی والا ہو یا بے داڑھی والا ہو۔ یہاں تک کہ جو نماز روزہ کرتا ہو، جو اس نے حج کر رکھے ہوں، اس کی بھی جنت ریزرو نہیں ہے۔</w:t>
      </w:r>
    </w:p>
    <w:p>
      <w:r>
        <w:rPr>
          <w:b/>
        </w:rPr>
        <w:t xml:space="preserve">[36:00] </w:t>
      </w:r>
      <w:r>
        <w:t>rasool Allah sal Allah alaihi wasallam ne ek baar kaha. aap ki aaliya theen Aisha. to aap ne kaha ke aye Aisha!</w:t>
      </w:r>
    </w:p>
    <w:p>
      <w:pPr>
        <w:jc w:val="right"/>
      </w:pPr>
      <w:r>
        <w:t>رسول اللہ صلی اللہ علیہ وسلم نے ایک بار کہا۔ آپ کی عالیہ تھیں عائشہ۔ تو آپ نے کہا کہ اے عائشہ!</w:t>
      </w:r>
    </w:p>
    <w:p>
      <w:r>
        <w:rPr>
          <w:b/>
        </w:rPr>
        <w:t xml:space="preserve">[36:15] </w:t>
      </w:r>
      <w:r>
        <w:t>aakhirat ki fikr karo. apne aap ko aise amal karo ke jo tum ko jannat mein pahunchane wala ho. aur Khuda se dua karo.</w:t>
      </w:r>
    </w:p>
    <w:p>
      <w:pPr>
        <w:jc w:val="right"/>
      </w:pPr>
      <w:r>
        <w:t>آخرت کی فکر کرو۔ اپنے آپ کو ایسے عمل کرو کہ جو تم کو جنت میں پہنچانے والا ہو۔ اور خدا سے دعا کرو۔</w:t>
      </w:r>
    </w:p>
    <w:p>
      <w:r>
        <w:rPr>
          <w:b/>
        </w:rPr>
        <w:t xml:space="preserve">[36:28] </w:t>
      </w:r>
      <w:r>
        <w:t>to unhon ne poocha ke</w:t>
      </w:r>
    </w:p>
    <w:p>
      <w:pPr>
        <w:jc w:val="right"/>
      </w:pPr>
      <w:r>
        <w:t>تو انہوں نے پوچھا کہ</w:t>
      </w:r>
    </w:p>
    <w:p>
      <w:r>
        <w:rPr>
          <w:b/>
        </w:rPr>
        <w:t xml:space="preserve">[36:33] </w:t>
      </w:r>
      <w:r>
        <w:t>jannat ke bare mein unhon ne sawal kiya. Hazrat Aisha ne.</w:t>
      </w:r>
    </w:p>
    <w:p>
      <w:pPr>
        <w:jc w:val="right"/>
      </w:pPr>
      <w:r>
        <w:t>جنت کے بارے میں انہوں نے سوال کیا۔ حضرت عائشہ نے۔</w:t>
      </w:r>
    </w:p>
    <w:p>
      <w:r>
        <w:rPr>
          <w:b/>
        </w:rPr>
        <w:t xml:space="preserve">[36:42] </w:t>
      </w:r>
      <w:r>
        <w:t>to aap ne farmaya ke kisi ka amal us ko jannat mein nahi le jayega. amal se murad thi matlab yeh jo zahiri amal hota hai ke aap ne hazaron rak'at namaz padh dali hain.</w:t>
      </w:r>
    </w:p>
    <w:p>
      <w:pPr>
        <w:jc w:val="right"/>
      </w:pPr>
      <w:r>
        <w:t>تو آپ نے فرمایا کہ کسی کا عمل اس کو جنت میں نہیں لے جائے گا۔ عمل سے مراد تھی مطلب یہ جو ظاہری عمل ہوتا ہے کہ آپ نے ہزاروں رکعت نماز پڑھ ڈالی ہیں۔</w:t>
      </w:r>
    </w:p>
    <w:p>
      <w:r>
        <w:rPr>
          <w:b/>
        </w:rPr>
        <w:t xml:space="preserve">[37:00] </w:t>
      </w:r>
      <w:r>
        <w:t>aap ne sa'i o hajj kar liye hain. is tarah ka jo zahiri amal hota hai yaani quantitative amal. to is se hi koi aadmi jannat mein chala jayega.</w:t>
      </w:r>
    </w:p>
    <w:p>
      <w:pPr>
        <w:jc w:val="right"/>
      </w:pPr>
      <w:r>
        <w:t>آپ نے سعی و حج کر لیے ہیں۔ اس طرح کا جو ظاہری عمل ہوتا ہے یعنی کوانٹیٹیٹیو عمل۔ تو اس سے ہی کوئی آدمی جنت میں چلا جائے گا۔</w:t>
      </w:r>
    </w:p>
    <w:p>
      <w:r>
        <w:rPr>
          <w:b/>
        </w:rPr>
        <w:t xml:space="preserve">[37:13] </w:t>
      </w:r>
      <w:r>
        <w:t>jannat mein jayega aadmi Khuda ki meharbani se. Khuda ki rehmat se.</w:t>
      </w:r>
    </w:p>
    <w:p>
      <w:pPr>
        <w:jc w:val="right"/>
      </w:pPr>
      <w:r>
        <w:t>جنت میں جائے گا آدمی خدا کی مہربانی سے۔ خدا کی رحمت سے۔</w:t>
      </w:r>
    </w:p>
    <w:p>
      <w:r>
        <w:rPr>
          <w:b/>
        </w:rPr>
        <w:t xml:space="preserve">[37:22] </w:t>
      </w:r>
      <w:r>
        <w:t>to unhon ne poocha ke kya aap ka bhi mamla hai? aap to aap to prophet hain. aap to paighambar hain. kya aap ke sath bhi aisa hi hoga?</w:t>
      </w:r>
    </w:p>
    <w:p>
      <w:pPr>
        <w:jc w:val="right"/>
      </w:pPr>
      <w:r>
        <w:t>تو انہوں نے پوچھا کہ کیا آپ کا بھی معاملہ ہے؟ آپ تو آپ تو پرافٹ ہیں۔ آپ تو پیغمبر ہیں۔ کیا آپ کے ساتھ بھی ایسا ہی ہوگا؟</w:t>
      </w:r>
    </w:p>
    <w:p>
      <w:r>
        <w:rPr>
          <w:b/>
        </w:rPr>
        <w:t xml:space="preserve">[37:36] </w:t>
      </w:r>
      <w:r>
        <w:t>to aap ne farmaya ke haan aye Aisha!</w:t>
      </w:r>
    </w:p>
    <w:p>
      <w:pPr>
        <w:jc w:val="right"/>
      </w:pPr>
      <w:r>
        <w:t>تو آپ نے فرمایا کہ ہاں اے عائشہ!</w:t>
      </w:r>
    </w:p>
    <w:p>
      <w:r>
        <w:rPr>
          <w:b/>
        </w:rPr>
        <w:t xml:space="preserve">[37:42] </w:t>
      </w:r>
      <w:r>
        <w:t>illa annallaha wa fadli.</w:t>
      </w:r>
    </w:p>
    <w:p>
      <w:pPr>
        <w:jc w:val="right"/>
      </w:pPr>
      <w:r>
        <w:t>الا ان اللہ و فضلی۔</w:t>
      </w:r>
    </w:p>
    <w:p>
      <w:r>
        <w:rPr>
          <w:b/>
        </w:rPr>
        <w:t xml:space="preserve">[37:48] </w:t>
      </w:r>
      <w:r>
        <w:t>illa yeh ke Khuda mujh ko apni rehmat se aur apni blessing se dhanp le.</w:t>
      </w:r>
    </w:p>
    <w:p>
      <w:pPr>
        <w:jc w:val="right"/>
      </w:pPr>
      <w:r>
        <w:t>الا یہ کہ خدا مجھ کو اپنی رحمت سے اور اپنی بریسنگ سے ڈھانپ لے۔</w:t>
      </w:r>
    </w:p>
    <w:p>
      <w:r>
        <w:rPr>
          <w:b/>
        </w:rPr>
        <w:t xml:space="preserve">[38:01] </w:t>
      </w:r>
      <w:r>
        <w:t>ab aap bataiye ke paighambar khud apne bare mein keh raha hai ke meri paradise reserve nahi hai.</w:t>
      </w:r>
    </w:p>
    <w:p>
      <w:pPr>
        <w:jc w:val="right"/>
      </w:pPr>
      <w:r>
        <w:t>اب آپ بتائیے کہ پیغمبر خود اپنے بارے میں کہہ رہا ہے کہ میری پیراڈائز ریزرو نہیں ہے۔</w:t>
      </w:r>
    </w:p>
    <w:p>
      <w:r>
        <w:rPr>
          <w:b/>
        </w:rPr>
        <w:t xml:space="preserve">[38:10] </w:t>
      </w:r>
      <w:r>
        <w:t>meri paradise khuda ke hath</w:t>
      </w:r>
    </w:p>
    <w:p>
      <w:pPr>
        <w:jc w:val="right"/>
      </w:pPr>
      <w:r>
        <w:t>میری پیراڈائز خدا کے ہاتھ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