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Spirit of the Mission September 16, 2018</w:t>
      </w:r>
    </w:p>
    <w:p>
      <w:r>
        <w:t>https://www.youtube.com/watch?v=rjiTU2v3U30</w:t>
      </w:r>
    </w:p>
    <w:p>
      <w:r>
        <w:rPr>
          <w:b/>
        </w:rPr>
        <w:t xml:space="preserve">[00:14] </w:t>
      </w:r>
      <w:r>
        <w:t>bismillah rehman rehim, wa salla Allahu ala nabiyyil karim.</w:t>
      </w:r>
    </w:p>
    <w:p>
      <w:pPr>
        <w:jc w:val="right"/>
      </w:pPr>
      <w:r>
        <w:t>بسم اللہ الرحمن الرحیم، و صلی اللہ علی 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16 sitambar 2018.</w:t>
      </w:r>
    </w:p>
    <w:p>
      <w:pPr>
        <w:jc w:val="right"/>
      </w:pPr>
      <w:r>
        <w:t>16 ستمبر 2018۔</w:t>
      </w:r>
    </w:p>
    <w:p>
      <w:r>
        <w:rPr>
          <w:b/>
        </w:rPr>
        <w:t xml:space="preserve">[00:49] </w:t>
      </w:r>
      <w:r>
        <w:t>aaj mujhe subah ek baat yaad aayi, is se mera mind trigger hua.</w:t>
      </w:r>
    </w:p>
    <w:p>
      <w:pPr>
        <w:jc w:val="right"/>
      </w:pPr>
      <w:r>
        <w:t>آج مجھے صبح ایک بات یاد آئی، اس سے میرا مائنڈ ٹریگر ہوا۔</w:t>
      </w:r>
    </w:p>
    <w:p>
      <w:r>
        <w:rPr>
          <w:b/>
        </w:rPr>
        <w:t xml:space="preserve">[01:01] </w:t>
      </w:r>
      <w:r>
        <w:t>woh yeh ke</w:t>
      </w:r>
    </w:p>
    <w:p>
      <w:pPr>
        <w:jc w:val="right"/>
      </w:pPr>
      <w:r>
        <w:t>وہ یہ کہ</w:t>
      </w:r>
    </w:p>
    <w:p>
      <w:r>
        <w:rPr>
          <w:b/>
        </w:rPr>
        <w:t xml:space="preserve">[01:07] </w:t>
      </w:r>
      <w:r>
        <w:t>imam ghazali, jo bohat hi mashhoor</w:t>
      </w:r>
    </w:p>
    <w:p>
      <w:pPr>
        <w:jc w:val="right"/>
      </w:pPr>
      <w:r>
        <w:t>امام غزالی، جو بہت ہی مشہور</w:t>
      </w:r>
    </w:p>
    <w:p>
      <w:r>
        <w:rPr>
          <w:b/>
        </w:rPr>
        <w:t xml:space="preserve">[01:13] </w:t>
      </w:r>
      <w:r>
        <w:t>shakhsiyat hain</w:t>
      </w:r>
    </w:p>
    <w:p>
      <w:pPr>
        <w:jc w:val="right"/>
      </w:pPr>
      <w:r>
        <w:t>شخصیت ہیں</w:t>
      </w:r>
    </w:p>
    <w:p>
      <w:r>
        <w:rPr>
          <w:b/>
        </w:rPr>
        <w:t xml:space="preserve">[01:17] </w:t>
      </w:r>
      <w:r>
        <w:t>muslim daur ki, toh un ki kitab hai "Ihya Ulum al-Din".</w:t>
      </w:r>
    </w:p>
    <w:p>
      <w:pPr>
        <w:jc w:val="right"/>
      </w:pPr>
      <w:r>
        <w:t>مسلم دور کی، تو ان کی کتاب ہے "احیاء علوم الدین"۔</w:t>
      </w:r>
    </w:p>
    <w:p>
      <w:r>
        <w:rPr>
          <w:b/>
        </w:rPr>
        <w:t xml:space="preserve">[01:28] </w:t>
      </w:r>
      <w:r>
        <w:t>is mein unhon ne mukhtalif bab qaim kiye hain. toh ek bab hai "bab fazl al-qasd", kamai ki fazilat.</w:t>
      </w:r>
    </w:p>
    <w:p>
      <w:pPr>
        <w:jc w:val="right"/>
      </w:pPr>
      <w:r>
        <w:t>اس میں انہوں نے مختلف باب قائم کیے ہیں۔ تو ایک باب ہے "باب فضل القصد"، کمائی کی فضیلت۔</w:t>
      </w:r>
    </w:p>
    <w:p>
      <w:r>
        <w:rPr>
          <w:b/>
        </w:rPr>
        <w:t xml:space="preserve">[01:45] </w:t>
      </w:r>
      <w:r>
        <w:t>kamai ki fazilat.</w:t>
      </w:r>
    </w:p>
    <w:p>
      <w:pPr>
        <w:jc w:val="right"/>
      </w:pPr>
      <w:r>
        <w:t>کمائی کی فضیلت۔</w:t>
      </w:r>
    </w:p>
    <w:p>
      <w:r>
        <w:rPr>
          <w:b/>
        </w:rPr>
        <w:t xml:space="preserve">[01:52] </w:t>
      </w:r>
      <w:r>
        <w:t>toh is bab mein woh likhte hain</w:t>
      </w:r>
    </w:p>
    <w:p>
      <w:pPr>
        <w:jc w:val="right"/>
      </w:pPr>
      <w:r>
        <w:t>تو اس باب میں وہ لکھتے ہیں</w:t>
      </w:r>
    </w:p>
    <w:p>
      <w:r>
        <w:rPr>
          <w:b/>
        </w:rPr>
        <w:t xml:space="preserve">[01:56] </w:t>
      </w:r>
      <w:r>
        <w:t>ke</w:t>
      </w:r>
    </w:p>
    <w:p>
      <w:pPr>
        <w:jc w:val="right"/>
      </w:pPr>
      <w:r>
        <w:t>کہ</w:t>
      </w:r>
    </w:p>
    <w:p>
      <w:r>
        <w:rPr>
          <w:b/>
        </w:rPr>
        <w:t xml:space="preserve">[02:03] </w:t>
      </w:r>
      <w:r>
        <w:t>"in al-sahaba kanu yatajirun fi al-bir wa al-bahr". sahaba khushki aur samundaron mein tijarat karte the.</w:t>
      </w:r>
    </w:p>
    <w:p>
      <w:pPr>
        <w:jc w:val="right"/>
      </w:pPr>
      <w:r>
        <w:t>"إن الصحابة كانوا يتجرون في البر والبحر"۔ صحابہ خشکی اور سمندروں میں تجارت کرتے تھے۔</w:t>
      </w:r>
    </w:p>
    <w:p>
      <w:r>
        <w:rPr>
          <w:b/>
        </w:rPr>
        <w:t xml:space="preserve">[02:23] </w:t>
      </w:r>
      <w:r>
        <w:t>toh kaha, is mein unhon ne likha ke sahaba ka tareeqa tha ke tijarat kar ke jaiz kamai hasil karna.</w:t>
      </w:r>
    </w:p>
    <w:p>
      <w:pPr>
        <w:jc w:val="right"/>
      </w:pPr>
      <w:r>
        <w:t>تو کہا، اس میں انہوں نے لکھا کہ صحابہ کا طریقہ تھا کہ تجارت کر کے جائز کمائی حاصل کرنا۔</w:t>
      </w:r>
    </w:p>
    <w:p>
      <w:r>
        <w:rPr>
          <w:b/>
        </w:rPr>
        <w:t xml:space="preserve">[02:36] </w:t>
      </w:r>
      <w:r>
        <w:t>lekin yeh baat mere nazdeek misleading hai.</w:t>
      </w:r>
    </w:p>
    <w:p>
      <w:pPr>
        <w:jc w:val="right"/>
      </w:pPr>
      <w:r>
        <w:t>لیکن یہ بات میرے نزدیک مس لیڈنگ ہے۔</w:t>
      </w:r>
    </w:p>
    <w:p>
      <w:r>
        <w:rPr>
          <w:b/>
        </w:rPr>
        <w:t xml:space="preserve">[02:44] </w:t>
      </w:r>
      <w:r>
        <w:t>asal baat yeh nahi hai ke woh tijarat kar ke</w:t>
      </w:r>
    </w:p>
    <w:p>
      <w:pPr>
        <w:jc w:val="right"/>
      </w:pPr>
      <w:r>
        <w:t>اصل بات یہ نہیں ہے کہ وہ تجارت کر کے</w:t>
      </w:r>
    </w:p>
    <w:p>
      <w:r>
        <w:rPr>
          <w:b/>
        </w:rPr>
        <w:t xml:space="preserve">[02:52] </w:t>
      </w:r>
      <w:r>
        <w:t>jaiz qasd hasil karte the, jaiz kamai. asal baat yeh nahi hai. is par sochte sochte mere zehen mein ek bohat bari baat aayi.</w:t>
      </w:r>
    </w:p>
    <w:p>
      <w:pPr>
        <w:jc w:val="right"/>
      </w:pPr>
      <w:r>
        <w:t>جائز قصد حاصل کرتے تھے، جائز کمائی۔ اصل بات یہ نہیں ہے۔ اس پر سوچتے سوچتے میرے ذہن میں ایک بہت بڑی بات آئی۔</w:t>
      </w:r>
    </w:p>
    <w:p>
      <w:r>
        <w:rPr>
          <w:b/>
        </w:rPr>
        <w:t xml:space="preserve">[03:04] </w:t>
      </w:r>
      <w:r>
        <w:t>woh yeh ke rasool Allah sal Allahu alaihi wa sallam ka jo tareeqa tha, woh kya tha? misal ke taur par aap ne kaha ke panch waqt ki namaz padho.</w:t>
      </w:r>
    </w:p>
    <w:p>
      <w:pPr>
        <w:jc w:val="right"/>
      </w:pPr>
      <w:r>
        <w:t>وہ یہ کہ رسول اللہ صلی اللہ علیہ وسلم کا جو طریقہ تھا، وہ کیا تھا؟ مثلاً آپ نے کہا کہ پانچ وقت کی نماز پڑھو۔</w:t>
      </w:r>
    </w:p>
    <w:p>
      <w:r>
        <w:rPr>
          <w:b/>
        </w:rPr>
        <w:t xml:space="preserve">[03:19] </w:t>
      </w:r>
      <w:r>
        <w:t>is tarah se hukum nahi diya aap ne ke dawat ka kaam karo.</w:t>
      </w:r>
    </w:p>
    <w:p>
      <w:pPr>
        <w:jc w:val="right"/>
      </w:pPr>
      <w:r>
        <w:t>اس طرح سے حکم نہیں دیا آپ نے کہ دعوت کا کام کرو۔</w:t>
      </w:r>
    </w:p>
    <w:p>
      <w:r>
        <w:rPr>
          <w:b/>
        </w:rPr>
        <w:t xml:space="preserve">[03:27] </w:t>
      </w:r>
      <w:r>
        <w:t>jis tarah aap ne yeh kaha ke panch waqt ki namaz padho, aisa hukum nahi maujood hai dawat ke bare mein ke aye logon tum dawat ka kaam karo.</w:t>
      </w:r>
    </w:p>
    <w:p>
      <w:pPr>
        <w:jc w:val="right"/>
      </w:pPr>
      <w:r>
        <w:t>جس طرح آپ نے یہ کہا کہ پانچ وقت کی نماز پڑھو، ایسا حکم نہیں موجود ہے دعوت کے بارے میں کہ اے لوگوں تم دعوت کا کام کرو۔</w:t>
      </w:r>
    </w:p>
    <w:p>
      <w:r>
        <w:rPr>
          <w:b/>
        </w:rPr>
        <w:t xml:space="preserve">[03:39] </w:t>
      </w:r>
      <w:r>
        <w:t>nahi, aap ka jo tareeqa tha, woh tha sahaba ko men of mission banana.</w:t>
      </w:r>
    </w:p>
    <w:p>
      <w:pPr>
        <w:jc w:val="right"/>
      </w:pPr>
      <w:r>
        <w:t>نہیں، آپ کا جو طریقہ تھا، وہ تھا صحابہ کو مائنڈ آف مشن بنانا۔</w:t>
      </w:r>
    </w:p>
    <w:p>
      <w:r>
        <w:rPr>
          <w:b/>
        </w:rPr>
        <w:t xml:space="preserve">[03:51] </w:t>
      </w:r>
      <w:r>
        <w:t>mind of mission. Mind of mission ka matlab yeh hota hai ke jahan bhi hon, jo bhi karen, har jagah woh apne mission ka kaam karte rahen.</w:t>
      </w:r>
    </w:p>
    <w:p>
      <w:pPr>
        <w:jc w:val="right"/>
      </w:pPr>
      <w:r>
        <w:t>مائنڈ آف مشن۔ مائنڈ آف مشن کا مطلب یہ ہوتا ہے کہ جہاں بھی ہوں، جو بھی کریں، ہر جگہ وہ اپنے مشن کا کام کرتے رہیں۔</w:t>
      </w:r>
    </w:p>
    <w:p>
      <w:r>
        <w:rPr>
          <w:b/>
        </w:rPr>
        <w:t xml:space="preserve">[04:06] </w:t>
      </w:r>
      <w:r>
        <w:t>tijarat kar rahe hain tab bhi mission, safar kar rahe hain tab bhi mission. kuch bhi kar rahe hain, kuch bhi kar rahe hain, wahan insaan milte hain.</w:t>
      </w:r>
    </w:p>
    <w:p>
      <w:pPr>
        <w:jc w:val="right"/>
      </w:pPr>
      <w:r>
        <w:t>تجارت کر رہے ہیں تب بھی مشن، سفر کر رہے ہیں تب بھی مشن۔ کچھ بھی کر رہے ہیں، کچھ بھی کر رہے ہیں، وہاں انسان ملتے ہیں۔</w:t>
      </w:r>
    </w:p>
    <w:p>
      <w:r>
        <w:rPr>
          <w:b/>
        </w:rPr>
        <w:t xml:space="preserve">[04:17] </w:t>
      </w:r>
      <w:r>
        <w:t>ab kuch bhi karen ge to aap ko insan milen ge. to asal cheez yeh nahi ke tijarat karte the ya falan kaam karte the.</w:t>
      </w:r>
    </w:p>
    <w:p>
      <w:pPr>
        <w:jc w:val="right"/>
      </w:pPr>
      <w:r>
        <w:t>اب کچھ بھی کریں گے تو آپ کو انسان ملیں گے۔ تو اصل چیز یہ نہیں کہ تجارت کرتے تھے یا فلاں کام کرتے تھے۔</w:t>
      </w:r>
    </w:p>
    <w:p>
      <w:r>
        <w:rPr>
          <w:b/>
        </w:rPr>
        <w:t xml:space="preserve">[04:32] </w:t>
      </w:r>
      <w:r>
        <w:t>asal qabliyat yeh hai ke un ke andar speed jo bhari hui thi, woh dawat ki thi. speed.</w:t>
      </w:r>
    </w:p>
    <w:p>
      <w:pPr>
        <w:jc w:val="right"/>
      </w:pPr>
      <w:r>
        <w:t>اصل قابلیت یہ ہے کہ ان کے اندر اسپیڈ جو بھری ہوئی تھی، وہ دعوت کی تھی۔ اسپیڈ۔</w:t>
      </w:r>
    </w:p>
    <w:p>
      <w:r>
        <w:rPr>
          <w:b/>
        </w:rPr>
        <w:t xml:space="preserve">[04:42] </w:t>
      </w:r>
      <w:r>
        <w:t>dawat ki speed. dawat ki speed. So now wherever they found themselves, immediately they started dawat.</w:t>
      </w:r>
    </w:p>
    <w:p>
      <w:pPr>
        <w:jc w:val="right"/>
      </w:pPr>
      <w:r>
        <w:t>دعوت کی اسپیڈ۔ دعوت کی اسپیڈ۔ تو اب جہاں بھی وہ اپنے آپ کو پاتے تھے، فوراً وہ دعوت کا</w:t>
      </w:r>
    </w:p>
    <w:p>
      <w:r>
        <w:rPr>
          <w:b/>
        </w:rPr>
        <w:t xml:space="preserve">[04:56] </w:t>
      </w:r>
      <w:r>
        <w:t>ki baat shuru kar dete the.</w:t>
      </w:r>
    </w:p>
    <w:p>
      <w:pPr>
        <w:jc w:val="right"/>
      </w:pPr>
      <w:r>
        <w:t>کی بات شروع کر دیتے تھے۔</w:t>
      </w:r>
    </w:p>
    <w:p>
      <w:r>
        <w:rPr>
          <w:b/>
        </w:rPr>
        <w:t xml:space="preserve">[05:03] </w:t>
      </w:r>
      <w:r>
        <w:t>to kaha ke sahaba ke bare mein yeh jo hai, yeh misleading chapterization hai. yeh chapter misleading hai.</w:t>
      </w:r>
    </w:p>
    <w:p>
      <w:pPr>
        <w:jc w:val="right"/>
      </w:pPr>
      <w:r>
        <w:t>تو کہا کہ صحابہ کے بارے میں یہ جو ہے، یہ مس لیڈنگ چیپٹرائزیشن ہے۔ یہ چیپٹر مس لیڈنگ ہے۔</w:t>
      </w:r>
    </w:p>
    <w:p>
      <w:r>
        <w:rPr>
          <w:b/>
        </w:rPr>
        <w:t xml:space="preserve">[05:14] </w:t>
      </w:r>
      <w:r>
        <w:t>is se yahi nikle ga ke sahaba tijarat karte the. ke sahaba khushki aur tari mein tijarat karte the.</w:t>
      </w:r>
    </w:p>
    <w:p>
      <w:pPr>
        <w:jc w:val="right"/>
      </w:pPr>
      <w:r>
        <w:t>اس سے یہی نکلے گا کہ صحابہ تجارت کرتے تھے۔ کہ صحابہ خشکی اور تری میں تجارت کرتے تھے۔</w:t>
      </w:r>
    </w:p>
    <w:p>
      <w:r>
        <w:rPr>
          <w:b/>
        </w:rPr>
        <w:t xml:space="preserve">[05:25] </w:t>
      </w:r>
      <w:r>
        <w:t>yeh baat nahi hai. is ka matlab hai ke sahaba sath khushi mein. sahaba ka haal yeh tha ke chahe tijarat kar rahe hon ya safar kar rahe hon ya yeh kar rahe hon, woh kar rahe hon, lekin hamesha woh</w:t>
      </w:r>
    </w:p>
    <w:p>
      <w:pPr>
        <w:jc w:val="right"/>
      </w:pPr>
      <w:r>
        <w:t>یہ بات نہیں ہے۔ اس کا مطلب ہے کہ صحابہ ساتھ خوشی میں۔ صحابہ کا حال یہ تھا کہ چاہے تجارت کر رہے ہوں یا سفر کر رہے ہوں یا یہ کر رہے ہوں، وہ کر رہے ہوں، لیکن ہمیشہ وہ</w:t>
      </w:r>
    </w:p>
    <w:p>
      <w:r>
        <w:rPr>
          <w:b/>
        </w:rPr>
        <w:t xml:space="preserve">[05:45] </w:t>
      </w:r>
      <w:r>
        <w:t>dawat ka kaam jari rakhte the.</w:t>
      </w:r>
    </w:p>
    <w:p>
      <w:pPr>
        <w:jc w:val="right"/>
      </w:pPr>
      <w:r>
        <w:t>دعوت کا کام جاری رکھتے تھے۔</w:t>
      </w:r>
    </w:p>
    <w:p>
      <w:r>
        <w:rPr>
          <w:b/>
        </w:rPr>
        <w:t xml:space="preserve">[05:52] </w:t>
      </w:r>
      <w:r>
        <w:t>to kaha, sahaba ki asal tareef yeh hui ke dawat ki sirf speed mein jeene wala insan.</w:t>
      </w:r>
    </w:p>
    <w:p>
      <w:pPr>
        <w:jc w:val="right"/>
      </w:pPr>
      <w:r>
        <w:t>تو کہا، صحابہ کی اصل تعریف یہ ہوئی کہ دعوت کی صرف اسپیڈ میں جینے والا انسان۔</w:t>
      </w:r>
    </w:p>
    <w:p>
      <w:r>
        <w:rPr>
          <w:b/>
        </w:rPr>
        <w:t xml:space="preserve">[06:03] </w:t>
      </w:r>
      <w:r>
        <w:t>dawat ki speed mein jeene wala insan. ab is par sochte sochte mein bohat bari baat samajh mein aai. woh yeh ke kya wajah hai, bohat dinon se yeh masla tha ke islam ki tareekh mein dawat ka chapter jaise hadaf lagta hai.</w:t>
      </w:r>
    </w:p>
    <w:p>
      <w:pPr>
        <w:jc w:val="right"/>
      </w:pPr>
      <w:r>
        <w:t>دعوت کی اسپیڈ میں جینے والا انسان۔ اب اس پر سوچتے سوچتے میں بہت بڑی بات سمجھ میں آئی۔ وہ یہ کہ کیا وجہ ہے، بہت دنوں سے یہ مسئلہ تھا کہ اسلام کی تاریخ میں دعوت کا چیپٹر جیسے حذف لگتا ہے۔</w:t>
      </w:r>
    </w:p>
    <w:p>
      <w:r>
        <w:rPr>
          <w:b/>
        </w:rPr>
        <w:t xml:space="preserve">[06:28] </w:t>
      </w:r>
      <w:r>
        <w:t>kisi kitab mein nahi. kitab ad-dawa wa at-tabligh ka ke bab nahi kitabon mein.</w:t>
      </w:r>
    </w:p>
    <w:p>
      <w:pPr>
        <w:jc w:val="right"/>
      </w:pPr>
      <w:r>
        <w:t>کسی کتاب میں نہیں۔ کتاب الدعویٰ و تبلیغ کا کے باب نہیں کتابوں میں۔</w:t>
      </w:r>
    </w:p>
    <w:p>
      <w:r>
        <w:rPr>
          <w:b/>
        </w:rPr>
        <w:t xml:space="preserve">[06:37] </w:t>
      </w:r>
      <w:r>
        <w:t>is ki wajah yeh hai ke woh to asal is speed ki baat thi.</w:t>
      </w:r>
    </w:p>
    <w:p>
      <w:pPr>
        <w:jc w:val="right"/>
      </w:pPr>
      <w:r>
        <w:t>اس کی وجہ یہ ہے کہ وہ تو اصل اس اسپیڈ کی بات تھی۔</w:t>
      </w:r>
    </w:p>
    <w:p>
      <w:r>
        <w:rPr>
          <w:b/>
        </w:rPr>
        <w:t xml:space="preserve">[06:48] </w:t>
      </w:r>
      <w:r>
        <w:t>asal speed ki baat thi. yani rasool Allah sal Allah alaihi wasallam ne jo speed bhari thi un ke andar, woh yeh thi ke tumhara mission yeh hai, tumhara asal kaam yeh hai, tumhara asal goal yeh hai ke Allah ke paigham ko shayad dunya mein pohnchao.</w:t>
      </w:r>
    </w:p>
    <w:p>
      <w:pPr>
        <w:jc w:val="right"/>
      </w:pPr>
      <w:r>
        <w:t>اصل اسپیڈ کی بات تھی۔ یعنی رسول اللہ صلی اللہ علیہ وسلم نے جو اسپیڈ بھری تھی ان کے اندر، وہ یہ تھی کہ تمہارا مشن یہ ہے، تمہارا اصل کام یہ ہے، تمہارا اصل گول یہ ہے کہ اللہ کے پیغام کو شاید دنیا میں پہنچاؤ۔</w:t>
      </w:r>
    </w:p>
    <w:p>
      <w:r>
        <w:rPr>
          <w:b/>
        </w:rPr>
        <w:t xml:space="preserve">[07:10] </w:t>
      </w:r>
      <w:r>
        <w:t>ab jab yeh speed paida ho gai to aadmi kahin bhi ho.</w:t>
      </w:r>
    </w:p>
    <w:p>
      <w:pPr>
        <w:jc w:val="right"/>
      </w:pPr>
      <w:r>
        <w:t>اب جب یہ اسپیڈ پیدا ہوگئی تو آدمی کہیں بھی ہو۔</w:t>
      </w:r>
    </w:p>
    <w:p>
      <w:r>
        <w:rPr>
          <w:b/>
        </w:rPr>
        <w:t xml:space="preserve">[07:18] </w:t>
      </w:r>
      <w:r>
        <w:t>phir mere samajh mein yeh baat bhi aai ke quran mein jo hai siyahat.</w:t>
      </w:r>
    </w:p>
    <w:p>
      <w:pPr>
        <w:jc w:val="right"/>
      </w:pPr>
      <w:r>
        <w:t>پھر میرے سمجھ میں یہ بات بھی آئی کہ قرآن میں جو ہے سیاحت۔</w:t>
      </w:r>
    </w:p>
    <w:p>
      <w:r>
        <w:rPr>
          <w:b/>
        </w:rPr>
        <w:t xml:space="preserve">[07:26] </w:t>
      </w:r>
      <w:r>
        <w:t>to main ne socha ke siyahat ka jo hukum hai quran mein ke aali iman saaye hote hain, yani safar karne wale hote hain,</w:t>
      </w:r>
    </w:p>
    <w:p>
      <w:pPr>
        <w:jc w:val="right"/>
      </w:pPr>
      <w:r>
        <w:t>تو میں نے سوچا کہ سیاحت کا جو حکم ہے قرآن میں کہ عالی ایمان سائے ہوتے ہیں، یعنی سفر کرنے والے ہوتے ہیں،</w:t>
      </w:r>
    </w:p>
    <w:p>
      <w:r>
        <w:rPr>
          <w:b/>
        </w:rPr>
        <w:t xml:space="preserve">[07:42] </w:t>
      </w:r>
      <w:r>
        <w:t>wahan bhi yahi hai ke safar karen tab bhi dawat, tijarat karen tab bhi dawat.</w:t>
      </w:r>
    </w:p>
    <w:p>
      <w:pPr>
        <w:jc w:val="right"/>
      </w:pPr>
      <w:r>
        <w:t>وہاں بھی یہی ہے کہ سفر کریں تب بھی دعوت، تجارت کریں تب بھی دعوت۔</w:t>
      </w:r>
    </w:p>
    <w:p>
      <w:r>
        <w:rPr>
          <w:b/>
        </w:rPr>
        <w:t xml:space="preserve">[07:53] </w:t>
      </w:r>
      <w:r>
        <w:t>to yeh jis tarah ki jitni cheezen hain hadith mein ya quran mein ya hamari kitabon mein, to is mein asal cheez hoti hai speed of dawah.</w:t>
      </w:r>
    </w:p>
    <w:p>
      <w:pPr>
        <w:jc w:val="right"/>
      </w:pPr>
      <w:r>
        <w:t>تو یہ جس طرح کی جتنی چیزیں ہیں حدیث میں یا قرآن میں یا ہماری کتابوں میں، تو اس میں اصل چیز ہوتی ہے اسپیڈ آف دعویٰ۔</w:t>
      </w:r>
    </w:p>
    <w:p>
      <w:r>
        <w:rPr>
          <w:b/>
        </w:rPr>
        <w:t xml:space="preserve">[08:07] </w:t>
      </w:r>
      <w:r>
        <w:t>lekin jo chapterization hua hai, woh is tarike se hua hai ke tijarat ka kahin tijarat ka unwan hai, kahin koi aur unwan hai.</w:t>
      </w:r>
    </w:p>
    <w:p>
      <w:pPr>
        <w:jc w:val="right"/>
      </w:pPr>
      <w:r>
        <w:t>لیکن جو چیپٹرائزیشن ہوا ہے، وہ اس طریقے سے ہوا ہے کہ تجارت کا کہیں تجارت کا عنوان ہے، کہیں کوئی اور عنوان ہے۔</w:t>
      </w:r>
    </w:p>
    <w:p>
      <w:r>
        <w:rPr>
          <w:b/>
        </w:rPr>
        <w:t xml:space="preserve">[08:19] </w:t>
      </w:r>
      <w:r>
        <w:t>humein is ko is tarah parhna hai, is tarah lena hai ke sahaba naam hai aise insanon ka jin ke iman ne un ke andar dawat ki speed bhar di thi.</w:t>
      </w:r>
    </w:p>
    <w:p>
      <w:pPr>
        <w:jc w:val="right"/>
      </w:pPr>
      <w:r>
        <w:t>ہمیں اس کو اس طرح پڑھنا ہے، اس طرح لینا ہے کہ صحابہ نام ہے ایسے انسانوں کا جن کے ایمان نے ان کے اندر دعوت کی اسپیڈ بھر دی تھی۔</w:t>
      </w:r>
    </w:p>
    <w:p>
      <w:r>
        <w:rPr>
          <w:b/>
        </w:rPr>
        <w:t xml:space="preserve">[08:40] </w:t>
      </w:r>
      <w:r>
        <w:t>aur bas isi pe gum rahe hote the, chahe kahin bhi hon.</w:t>
      </w:r>
    </w:p>
    <w:p>
      <w:pPr>
        <w:jc w:val="right"/>
      </w:pPr>
      <w:r>
        <w:t>اور بس اسی پہ گم رہے ہوتے تھے، چاہے کہیں بھی ہوں۔</w:t>
      </w:r>
    </w:p>
    <w:p>
      <w:r>
        <w:rPr>
          <w:b/>
        </w:rPr>
        <w:t xml:space="preserve">[08:49] </w:t>
      </w:r>
      <w:r>
        <w:t>ab dekhiye quran mein surah furqan hai,</w:t>
      </w:r>
    </w:p>
    <w:p>
      <w:pPr>
        <w:jc w:val="right"/>
      </w:pPr>
      <w:r>
        <w:t>اب دیکھیے قرآن میں سورہ الفرقان ہے،</w:t>
      </w:r>
    </w:p>
    <w:p>
      <w:r>
        <w:rPr>
          <w:b/>
        </w:rPr>
        <w:t xml:space="preserve">[08:56] </w:t>
      </w:r>
      <w:r>
        <w:t>is ke shuru mein yeh ayat aai hai. woh ayat jo hai kis tarike se hai? li yakuna lil alameen nazeera.</w:t>
      </w:r>
    </w:p>
    <w:p>
      <w:pPr>
        <w:jc w:val="right"/>
      </w:pPr>
      <w:r>
        <w:t>اس کے شروع میں یہ آیت آئی ہے۔ وہ آیت جو ہے کس طریقے سے ہے؟ لیکون للعالمین نظیرا۔</w:t>
      </w:r>
    </w:p>
    <w:p>
      <w:r>
        <w:rPr>
          <w:b/>
        </w:rPr>
        <w:t xml:space="preserve">[09:06] </w:t>
      </w:r>
      <w:r>
        <w:t>tabarak alladhi nazzal al-furqan ala abdhi li yakuna lil alameen nazeera. ab dekhiye, babarkat hai woh Allah jis ne quran utara.</w:t>
      </w:r>
    </w:p>
    <w:p>
      <w:pPr>
        <w:jc w:val="right"/>
      </w:pPr>
      <w:r>
        <w:t>تبارک الذی نزل الفرقان علی عبده لیکون للعالمین نظیرا۔ اب دیکھیے، بابرکت ہے وہ اللہ جس نے قرآن اتارا۔</w:t>
      </w:r>
    </w:p>
    <w:p>
      <w:r>
        <w:rPr>
          <w:b/>
        </w:rPr>
        <w:t xml:space="preserve">[09:20] </w:t>
      </w:r>
      <w:r>
        <w:t>li yakuna lil alameen nazeera taake woh banaye sare alam ke liye</w:t>
      </w:r>
    </w:p>
    <w:p>
      <w:pPr>
        <w:jc w:val="right"/>
      </w:pPr>
      <w:r>
        <w:t>لیکون للعالمین نظیرا تاکہ وہ بنائے سارے عالم کے لیے</w:t>
      </w:r>
    </w:p>
    <w:p>
      <w:r>
        <w:rPr>
          <w:b/>
        </w:rPr>
        <w:t xml:space="preserve">[09:30] </w:t>
      </w:r>
      <w:r>
        <w:t>inzar karne wala, ba-khabar karne wala, hoshiyar karne wala.</w:t>
      </w:r>
    </w:p>
    <w:p>
      <w:pPr>
        <w:jc w:val="right"/>
      </w:pPr>
      <w:r>
        <w:t>انظار کرنے والا، باخبر کرنے والا، ہوشیار کرنے والا۔</w:t>
      </w:r>
    </w:p>
    <w:p>
      <w:r>
        <w:rPr>
          <w:b/>
        </w:rPr>
        <w:t xml:space="preserve">[09:38] </w:t>
      </w:r>
      <w:r>
        <w:t>to quran kaise banega? khud quran to chal ke jayega nahin.</w:t>
      </w:r>
    </w:p>
    <w:p>
      <w:pPr>
        <w:jc w:val="right"/>
      </w:pPr>
      <w:r>
        <w:t>تو قرآن کیسے بنے گا؟ خود قرآن تو چل کے جائے گا نہیں۔</w:t>
      </w:r>
    </w:p>
    <w:p>
      <w:r>
        <w:rPr>
          <w:b/>
        </w:rPr>
        <w:t xml:space="preserve">[09:44] </w:t>
      </w:r>
      <w:r>
        <w:t>to is ko doosri ayat se mila ke padhiye ke quran mein yeh hai ke li-yunzirakum bihi wa barq.</w:t>
      </w:r>
    </w:p>
    <w:p>
      <w:pPr>
        <w:jc w:val="right"/>
      </w:pPr>
      <w:r>
        <w:t>تو اس کو دوسری آیت سے ملا کے پڑھیے کہ قرآن میں یہ ہے کہ لیونزرکم بہی و برق۔</w:t>
      </w:r>
    </w:p>
    <w:p>
      <w:r>
        <w:rPr>
          <w:b/>
        </w:rPr>
        <w:t xml:space="preserve">[09:55] </w:t>
      </w:r>
      <w:r>
        <w:t>wo ayat kis tarah hai? wa awha ilayhi al-qur'anu li-yunzirakum bihi wa man balagh. han, mujh par utra hai quran ta-ke tum, ta-ke main tum ko inzar karoon aur tum,</w:t>
      </w:r>
    </w:p>
    <w:p>
      <w:pPr>
        <w:jc w:val="right"/>
      </w:pPr>
      <w:r>
        <w:t>وہ آیت کس طرح ہے؟ واوحی الیہ القرآن لیزرکم بہی و من بلغ۔ ہاں، مجھ پر اترا ہے قرآن تاکہ تم، تاکہ میں تم کو انظار کروں اور تم،</w:t>
      </w:r>
    </w:p>
    <w:p>
      <w:r>
        <w:rPr>
          <w:b/>
        </w:rPr>
        <w:t xml:space="preserve">[10:15] </w:t>
      </w:r>
      <w:r>
        <w:t>aur jis ko, jis ko wo pahunchaye, wo inzar karta rahe. ab yahan bhi dekhiye, ya'ni eternal mission.</w:t>
      </w:r>
    </w:p>
    <w:p>
      <w:pPr>
        <w:jc w:val="right"/>
      </w:pPr>
      <w:r>
        <w:t>اور جس کو، جس کو وہ پہنچائے، وہ انظار کرتا رہے۔ اب یہاں بھی دیکھیے، یعنی ایٹرنل مشن۔</w:t>
      </w:r>
    </w:p>
    <w:p>
      <w:r>
        <w:rPr>
          <w:b/>
        </w:rPr>
        <w:t xml:space="preserve">[10:25] </w:t>
      </w:r>
      <w:r>
        <w:t>eternal mission kya hua?</w:t>
      </w:r>
    </w:p>
    <w:p>
      <w:pPr>
        <w:jc w:val="right"/>
      </w:pPr>
      <w:r>
        <w:t>ایٹرنل مشن کیا ہوا؟</w:t>
      </w:r>
    </w:p>
    <w:p>
      <w:r>
        <w:rPr>
          <w:b/>
        </w:rPr>
        <w:t xml:space="preserve">[10:29] </w:t>
      </w:r>
      <w:r>
        <w:t>inzar. eternal mission yeh hua ke rasool Allah sal-lal-lahu alayhi wa-sal-lam ke is aas paas jo log the, aap ne un ko bataya Allah ka message.</w:t>
      </w:r>
    </w:p>
    <w:p>
      <w:pPr>
        <w:jc w:val="right"/>
      </w:pPr>
      <w:r>
        <w:t>انظار۔ ایٹرنل مشن یہ ہوا کہ رسول اللہ صلی اللہ علیہ وسلم کے اس پاس جو لوگ تھے، آپ نے ان کو بتایا اللہ کا میسج۔</w:t>
      </w:r>
    </w:p>
    <w:p>
      <w:r>
        <w:rPr>
          <w:b/>
        </w:rPr>
        <w:t xml:space="preserve">[10:46] </w:t>
      </w:r>
      <w:r>
        <w:t>ab un ka farz ban gaya ke wo batayen doosron ko. phir un ka farz ban gaya ke doosron ko batayen. to sare sunne walon ko yeh farz ban gaya ke wo doosron ko batate rahen, batate rahen, batate rahen.</w:t>
      </w:r>
    </w:p>
    <w:p>
      <w:pPr>
        <w:jc w:val="right"/>
      </w:pPr>
      <w:r>
        <w:t>اب ان کا فرض بن گیا کہ وہ بتائیں دوسروں کو۔ پھر ان کا فرض بن گیا کہ دوسروں کو بتائیں۔ تو سارے سننے والوں کو یہ فرض بن گیا کہ وہ دوسروں کو بتاتے رہیں، بتاتے رہیں، بتاتے رہیں۔</w:t>
      </w:r>
    </w:p>
    <w:p>
      <w:r>
        <w:rPr>
          <w:b/>
        </w:rPr>
        <w:t xml:space="preserve">[11:03] </w:t>
      </w:r>
      <w:r>
        <w:t>yeh hai li-yakuna lil-'alamina nadhira. ya'ni ta-ke quran bane sare logon ke liye kitab inzar.</w:t>
      </w:r>
    </w:p>
    <w:p>
      <w:pPr>
        <w:jc w:val="right"/>
      </w:pPr>
      <w:r>
        <w:t>یہ ہے لیکون للعالمین نظیرا۔ یعنی تاکہ قرآن بنے سارے لوگوں کے لیے کتاب انظار۔</w:t>
      </w:r>
    </w:p>
    <w:p>
      <w:r>
        <w:rPr>
          <w:b/>
        </w:rPr>
        <w:t xml:space="preserve">[11:15] </w:t>
      </w:r>
      <w:r>
        <w:t>to kaise banega? quran kaise banega? isi tarah se.</w:t>
      </w:r>
    </w:p>
    <w:p>
      <w:pPr>
        <w:jc w:val="right"/>
      </w:pPr>
      <w:r>
        <w:t>تو کیسے بنے گا؟ قرآن کیسے بنے گا؟ اسی طریقے سے۔</w:t>
      </w:r>
    </w:p>
    <w:p>
      <w:r>
        <w:rPr>
          <w:b/>
        </w:rPr>
        <w:t xml:space="preserve">[11:24] </w:t>
      </w:r>
      <w:r>
        <w:t>isi tarah se banega. yeh bahut ajib cheez hai ke asal cheez hai rasool Allah ka tareeqa jo tha, is speed bhar dena.</w:t>
      </w:r>
    </w:p>
    <w:p>
      <w:pPr>
        <w:jc w:val="right"/>
      </w:pPr>
      <w:r>
        <w:t>اسی طریقے سے بنے گا۔ یہ بہت عجیب چیز ہے کہ اصل چیز ہے رسول اللہ کا طریقہ جو تھا، اس اسپیڈ بھر دینا۔</w:t>
      </w:r>
    </w:p>
    <w:p>
      <w:r>
        <w:rPr>
          <w:b/>
        </w:rPr>
        <w:t xml:space="preserve">[11:37] </w:t>
      </w:r>
      <w:r>
        <w:t>logon ke andar speed bhar dena.</w:t>
      </w:r>
    </w:p>
    <w:p>
      <w:pPr>
        <w:jc w:val="right"/>
      </w:pPr>
      <w:r>
        <w:t>لوگوں کے اندر اسپیڈ بھر دینا۔</w:t>
      </w:r>
    </w:p>
    <w:p>
      <w:r>
        <w:rPr>
          <w:b/>
        </w:rPr>
        <w:t xml:space="preserve">[11:44] </w:t>
      </w:r>
      <w:r>
        <w:t>is tarah sara jo community hai, muslim community, har aadmi mushrik banta ban jata hai.</w:t>
      </w:r>
    </w:p>
    <w:p>
      <w:pPr>
        <w:jc w:val="right"/>
      </w:pPr>
      <w:r>
        <w:t>اس طرح سارا جو کمیونٹی ہے، مسلم کمیونٹی، ہر آدمی مشرک بنتا بن جاتا ہے۔</w:t>
      </w:r>
    </w:p>
    <w:p>
      <w:r>
        <w:rPr>
          <w:b/>
        </w:rPr>
        <w:t xml:space="preserve">[11:57] </w:t>
      </w:r>
      <w:r>
        <w:t>ab Allah taala ne jab yeh hukum diya to sath sath kya kiya? ke poori tareekh ko, poori history ko isi rastay par chala diya.</w:t>
      </w:r>
    </w:p>
    <w:p>
      <w:pPr>
        <w:jc w:val="right"/>
      </w:pPr>
      <w:r>
        <w:t>اب اللہ تعالی نے جب یہ حکم دیا تو ساتھ ساتھ کیا کیا؟ کہ پوری تاریخ کو، پوری ہسٹری کو اسی راستے پر چلا دیا۔</w:t>
      </w:r>
    </w:p>
    <w:p>
      <w:r>
        <w:rPr>
          <w:b/>
        </w:rPr>
        <w:t xml:space="preserve">[12:10] </w:t>
      </w:r>
      <w:r>
        <w:t>ya'ni poori human history ko muwafiq bana diya, supporter bana diya. supporter.</w:t>
      </w:r>
    </w:p>
    <w:p>
      <w:pPr>
        <w:jc w:val="right"/>
      </w:pPr>
      <w:r>
        <w:t>یعنی پوری ہیومن ہسٹری کو موافق بنا دیا، سپورٹر بنا دیا۔ سپورٹر۔</w:t>
      </w:r>
    </w:p>
    <w:p>
      <w:r>
        <w:rPr>
          <w:b/>
        </w:rPr>
        <w:t xml:space="preserve">[12:20] </w:t>
      </w:r>
      <w:r>
        <w:t>supporter bana diya. wo kaise?</w:t>
      </w:r>
    </w:p>
    <w:p>
      <w:pPr>
        <w:jc w:val="right"/>
      </w:pPr>
      <w:r>
        <w:t>سپورٹر بنا دیا۔ وہ کیسے؟</w:t>
      </w:r>
    </w:p>
    <w:p>
      <w:r>
        <w:rPr>
          <w:b/>
        </w:rPr>
        <w:t xml:space="preserve">[12:28] </w:t>
      </w:r>
      <w:r>
        <w:t>wo is tarah se ke Allah ne aise halaat paida kiye ke dunya mein age of communication aa gaya. age of communication.</w:t>
      </w:r>
    </w:p>
    <w:p>
      <w:pPr>
        <w:jc w:val="right"/>
      </w:pPr>
      <w:r>
        <w:t>وہ اس طرح سے کہ اللہ نے ایسے حالات پیدا کیے کہ دنیا میں ایج آف کمیونیکیشن آ گیا۔ ایج آف کمیونیکیشن۔</w:t>
      </w:r>
    </w:p>
    <w:p>
      <w:r>
        <w:rPr>
          <w:b/>
        </w:rPr>
        <w:t xml:space="preserve">[12:40] </w:t>
      </w:r>
      <w:r>
        <w:t>ya'ni sare log yahan ja rahe hain, wahan ja rahe hain.</w:t>
      </w:r>
    </w:p>
    <w:p>
      <w:pPr>
        <w:jc w:val="right"/>
      </w:pPr>
      <w:r>
        <w:t>یعنی سارے لوگ یہاں جا رہے ہیں، وہاں جا رہے ہیں۔</w:t>
      </w:r>
    </w:p>
    <w:p>
      <w:r>
        <w:rPr>
          <w:b/>
        </w:rPr>
        <w:t xml:space="preserve">[12:47] </w:t>
      </w:r>
      <w:r>
        <w:t>ya'ni poora poora universe, poora poora globe jo hai, wo ek mobile globe ban gaya.</w:t>
      </w:r>
    </w:p>
    <w:p>
      <w:pPr>
        <w:jc w:val="right"/>
      </w:pPr>
      <w:r>
        <w:t>یعنی پورا پورا یونیورس، پورا پورا گلوب جو ہے، وہ ایک موبائل گلوب بن گیا۔</w:t>
      </w:r>
    </w:p>
    <w:p>
      <w:r>
        <w:rPr>
          <w:b/>
        </w:rPr>
        <w:t xml:space="preserve">[12:59] </w:t>
      </w:r>
      <w:r>
        <w:t>sab log is ko kehte hain tourism. to mukhtalif wajah se, koi business ke liye, koi sair karne ke liye, koi kis ke liye?</w:t>
      </w:r>
    </w:p>
    <w:p>
      <w:pPr>
        <w:jc w:val="right"/>
      </w:pPr>
      <w:r>
        <w:t>سب لوگ اس کو کہتے ہیں ٹورزم۔ تو مختلف وجہ سے، کوئی بزنس کے لیے، کوئی سیر کرنے کے لیے، کوئی کس کے لیے؟</w:t>
      </w:r>
    </w:p>
    <w:p>
      <w:r>
        <w:rPr>
          <w:b/>
        </w:rPr>
        <w:t xml:space="preserve">[13:12] </w:t>
      </w:r>
      <w:r>
        <w:t>taleem ke liye. yahan se wahan, wahan se wahan, yahan se wahan, wahan se wahan. to sare log jo hain, mobilization ki halat mein hain.</w:t>
      </w:r>
    </w:p>
    <w:p>
      <w:pPr>
        <w:jc w:val="right"/>
      </w:pPr>
      <w:r>
        <w:t>تعلیم کے لیے۔ یہاں سے وہاں، وہاں سے وہاں، یہاں سے وہاں، وہاں سے وہاں۔ تو سارے لوگ جو ہیں، موبیلائزیشن کی حالت میں ہیں۔</w:t>
      </w:r>
    </w:p>
    <w:p>
      <w:r>
        <w:rPr>
          <w:b/>
        </w:rPr>
        <w:t xml:space="preserve">[13:25] </w:t>
      </w:r>
      <w:r>
        <w:t>aise hi dekhiye, communication. printing press aaya, computer aaya, recorder aaya.</w:t>
      </w:r>
    </w:p>
    <w:p>
      <w:pPr>
        <w:jc w:val="right"/>
      </w:pPr>
      <w:r>
        <w:t>ایسے ہی دیکھیے، کمیونیکیشن۔ پرنٹنگ پریس آیا، کمپیوٹر آیا، ریکارڈر آیا۔</w:t>
      </w:r>
    </w:p>
    <w:p>
      <w:r>
        <w:rPr>
          <w:b/>
        </w:rPr>
        <w:t xml:space="preserve">[13:34] </w:t>
      </w:r>
      <w:r>
        <w:t>yeh jo communication ke zarraye aaye,</w:t>
      </w:r>
    </w:p>
    <w:p>
      <w:pPr>
        <w:jc w:val="right"/>
      </w:pPr>
      <w:r>
        <w:t>یہ جو کمیونیکیشن کے ذرائع آئے،</w:t>
      </w:r>
    </w:p>
    <w:p>
      <w:r>
        <w:rPr>
          <w:b/>
        </w:rPr>
        <w:t xml:space="preserve">[13:40] </w:t>
      </w:r>
      <w:r>
        <w:t>to is ki wajah se yeh mumkin hoga ke aap jahan bhi hon, jahan bhi hon, jahan bhi hon, wahan par aap dawat kar sakte hain.</w:t>
      </w:r>
    </w:p>
    <w:p>
      <w:pPr>
        <w:jc w:val="right"/>
      </w:pPr>
      <w:r>
        <w:t>تو اس کی وجہ سے یہ ممکن ہوگا کہ آپ جہاں بھی ہوں، جہاں بھی ہوں، جہاں بھی ہوں، وہاں پر آپ دعوت کر سکتے ہیں۔</w:t>
      </w:r>
    </w:p>
    <w:p>
      <w:r>
        <w:rPr>
          <w:b/>
        </w:rPr>
        <w:t xml:space="preserve">[13:51] </w:t>
      </w:r>
      <w:r>
        <w:t>misal ke taur par dekhiye, aap</w:t>
      </w:r>
    </w:p>
    <w:p>
      <w:pPr>
        <w:jc w:val="right"/>
      </w:pPr>
      <w:r>
        <w:t>مثلاً دیکھیے، آپ</w:t>
      </w:r>
    </w:p>
    <w:p>
      <w:r>
        <w:rPr>
          <w:b/>
        </w:rPr>
        <w:t xml:space="preserve">[13:55] </w:t>
      </w:r>
      <w:r>
        <w:t>quran par chhote chhote booklet, pamphlet, pocket size mein chhapa hua rakh lein apni jeb mein, apni pocket mein,</w:t>
      </w:r>
    </w:p>
    <w:p>
      <w:pPr>
        <w:jc w:val="right"/>
      </w:pPr>
      <w:r>
        <w:t>قرآن پر چھوٹے چھوٹے بکلیٹ، پمفلیٹ، پاکٹ سائز میں چھپا ہوا رکھ لیں اپنی جیب میں، اپنی پاکٹ میں،</w:t>
      </w:r>
    </w:p>
    <w:p>
      <w:r>
        <w:rPr>
          <w:b/>
        </w:rPr>
        <w:t xml:space="preserve">[14:08] </w:t>
      </w:r>
      <w:r>
        <w:t>apne bag mein. to jahan bhi jaiye, dete rahiye logon ko.</w:t>
      </w:r>
    </w:p>
    <w:p>
      <w:pPr>
        <w:jc w:val="right"/>
      </w:pPr>
      <w:r>
        <w:t>اپنے بیگ میں۔ تو جہاں بھی جائیے، دیتے رہیے لوگوں کو۔</w:t>
      </w:r>
    </w:p>
    <w:p>
      <w:r>
        <w:rPr>
          <w:b/>
        </w:rPr>
        <w:t xml:space="preserve">[14:17] </w:t>
      </w:r>
      <w:r>
        <w:t>jaise abhi unhon ne waqia bataya ek sahib ka ke woh train mein safar kar rahe the to ek kitab thi un ke paas, hamare haan ki, insan apne ko pehchan.</w:t>
      </w:r>
    </w:p>
    <w:p>
      <w:pPr>
        <w:jc w:val="right"/>
      </w:pPr>
      <w:r>
        <w:t>جیسے ابھی انہوں نے واقعہ بتایا ایک صاحب کا کہ وہ ٹرین میں سفر کر رہے تھے تو ایک کتاب تھی ان کے پاس، ہمارے ہاں کی، انسان اپنے کو پہچان۔</w:t>
      </w:r>
    </w:p>
    <w:p>
      <w:r>
        <w:rPr>
          <w:b/>
        </w:rPr>
        <w:t xml:space="preserve">[14:36] </w:t>
      </w:r>
      <w:r>
        <w:t>hindi zaban mein ek kitab, kai zaban mein chhapi hai. ek pamphlet hai,</w:t>
      </w:r>
    </w:p>
    <w:p>
      <w:pPr>
        <w:jc w:val="right"/>
      </w:pPr>
      <w:r>
        <w:t>ہندی زبان میں ایک کتاب، کئی زبان میں چھپی ہے۔ ایک پمفلیٹ ہے،</w:t>
      </w:r>
    </w:p>
    <w:p>
      <w:r>
        <w:rPr>
          <w:b/>
        </w:rPr>
        <w:t xml:space="preserve">[14:47] </w:t>
      </w:r>
      <w:r>
        <w:t>shayad woh 50 safhe se bhi kam hai. to us ko aise kar ke parh rahe the woh. to us paas jo ek aur jo procedure chal raha tha, us ko woh naam jo tha ke insan apne aap ko pehchan.</w:t>
      </w:r>
    </w:p>
    <w:p>
      <w:pPr>
        <w:jc w:val="right"/>
      </w:pPr>
      <w:r>
        <w:t>شاید وہ 50 صفحے سے بھی کم ہے۔ تو اس کو ایسے کر کے پڑھ رہے تھے وہ۔ تو اس پاس جو ایک اور جو پروسیجر چل رہا تھا، اس کو وہ نام جو تھا کہ انسان اپنے آپ کو پہچان۔</w:t>
      </w:r>
    </w:p>
    <w:p>
      <w:r>
        <w:rPr>
          <w:b/>
        </w:rPr>
        <w:t xml:space="preserve">[15:06] </w:t>
      </w:r>
      <w:r>
        <w:t>yeh ajeeb sa laga to un se poochne lage, bhai yeh kaun si kitab hai? yeh to unhon ne de diya ke lo bhai parho tum.</w:t>
      </w:r>
    </w:p>
    <w:p>
      <w:pPr>
        <w:jc w:val="right"/>
      </w:pPr>
      <w:r>
        <w:t>یہ عجیب سا لگا تو ان سے پوچھنے لگے، بھئی یہ کون سی کتاب ہے؟ یہ تو انہوں نے دے دیا کہ لو بھئی پڑھو تم۔</w:t>
      </w:r>
    </w:p>
    <w:p>
      <w:r>
        <w:rPr>
          <w:b/>
        </w:rPr>
        <w:t xml:space="preserve">[15:16] </w:t>
      </w:r>
      <w:r>
        <w:t>to un ki biwi, un ka beta sab parh lage parhne hain. us ko</w:t>
      </w:r>
    </w:p>
    <w:p>
      <w:pPr>
        <w:jc w:val="right"/>
      </w:pPr>
      <w:r>
        <w:t>تو ان کی بیوی، ان کا بیٹا سب پڑھ لگے پڑھنے ہیں۔ اس کو</w:t>
      </w:r>
    </w:p>
    <w:p>
      <w:r>
        <w:rPr>
          <w:b/>
        </w:rPr>
        <w:t xml:space="preserve">[15:24] </w:t>
      </w:r>
      <w:r>
        <w:t>yeh hai communication ka, aap ki madad par hona. poora age, poora communication ka nizam, woh aap ki madad par hai.</w:t>
      </w:r>
    </w:p>
    <w:p>
      <w:pPr>
        <w:jc w:val="right"/>
      </w:pPr>
      <w:r>
        <w:t>یہ ہے کمیونیکیشن کا، آپ کی مدد پر ہونا۔ پورا ایج، پورا کمیونیکیشن کا نظام، وہ آپ کی مدد پر ہے۔</w:t>
      </w:r>
    </w:p>
    <w:p>
      <w:r>
        <w:rPr>
          <w:b/>
        </w:rPr>
        <w:t xml:space="preserve">[15:39] </w:t>
      </w:r>
      <w:r>
        <w:t>to jarr ki baat yeh hai ke aap ka mission jo hai, yeh ho ke ek ek member jo society ka hai, ek ek member jo hai,</w:t>
      </w:r>
    </w:p>
    <w:p>
      <w:pPr>
        <w:jc w:val="right"/>
      </w:pPr>
      <w:r>
        <w:t>تو جڑ کی بات یہ ہے کہ آپ کا مشن جو ہے، یہ ہو کہ ایک ایک ممبر جو سوسائٹی کا ہے، ایک ایک ممبر جو ہے،</w:t>
      </w:r>
    </w:p>
    <w:p>
      <w:r>
        <w:rPr>
          <w:b/>
        </w:rPr>
        <w:t xml:space="preserve">[15:53] </w:t>
      </w:r>
      <w:r>
        <w:t>us ke andar speed bharein. aap speed</w:t>
      </w:r>
    </w:p>
    <w:p>
      <w:pPr>
        <w:jc w:val="right"/>
      </w:pPr>
      <w:r>
        <w:t>اس کے اندر اسپیڈ بھریں۔ آپ اسپیڈ</w:t>
      </w:r>
    </w:p>
    <w:p>
      <w:r>
        <w:rPr>
          <w:b/>
        </w:rPr>
        <w:t xml:space="preserve">[15:58] </w:t>
      </w:r>
      <w:r>
        <w:t>ke yeh rab ul alameen ki kitab hai, is ke liye Allah ne likh diya hai, likh diya hai ke woh sari dunya mein logon tak pohanchaye.</w:t>
      </w:r>
    </w:p>
    <w:p>
      <w:pPr>
        <w:jc w:val="right"/>
      </w:pPr>
      <w:r>
        <w:t>کہ یہ رب العالمین کی کتاب ہے، اس کے لیے اللہ نے لکھ دیا ہے، لکھ دیا ہے کہ وہ ساری دنیا میں لوگوں تک پہنچائے۔</w:t>
      </w:r>
    </w:p>
    <w:p>
      <w:r>
        <w:rPr>
          <w:b/>
        </w:rPr>
        <w:t xml:space="preserve">[16:11] </w:t>
      </w:r>
      <w:r>
        <w:t>to main hi to khud jo pohanchaoon ga. ab woh bechain, jaise abhi hamare paas ek message aaya, woh batai to sir sahib, agency wala baat jo Sajid Anwar sahib ki, woh bataiye to.</w:t>
      </w:r>
    </w:p>
    <w:p>
      <w:pPr>
        <w:jc w:val="right"/>
      </w:pPr>
      <w:r>
        <w:t>تو میں ہی تو خود جو پہنچاؤں گا۔ اب وہ بے تاب، جیسے ابھی ہمارے پاس ایک میسج آیا، وہ بتائی تو سر صاحب، ایجنسی والا بات جو ساجد انور صاحب کی، وہ بتائیے تو۔</w:t>
      </w:r>
    </w:p>
    <w:p>
      <w:r>
        <w:rPr>
          <w:b/>
        </w:rPr>
        <w:t xml:space="preserve">[16:31] </w:t>
      </w:r>
      <w:r>
        <w:t>bataiye sahib. yeh message Mumbai se Mahboob Hamdani sahib ne bheja hai.</w:t>
      </w:r>
    </w:p>
    <w:p>
      <w:pPr>
        <w:jc w:val="right"/>
      </w:pPr>
      <w:r>
        <w:t>بتائیے صاحب۔ یہ میسج ممبئی سے محبوب حمدت گی صاحب نے بھیجا ہے۔</w:t>
      </w:r>
    </w:p>
    <w:p>
      <w:r>
        <w:rPr>
          <w:b/>
        </w:rPr>
        <w:t xml:space="preserve">[16:42] </w:t>
      </w:r>
      <w:r>
        <w:t>Maulana today session and its after effect. today evening we received a Quran request from Navi Mumbai, Dr. Junaid.</w:t>
      </w:r>
    </w:p>
    <w:p>
      <w:pPr>
        <w:jc w:val="right"/>
      </w:pPr>
      <w:r>
        <w:t>مولانا ٹوڈے سیشن اینڈ اٹس افٹر ایفیکٹ۔ ٹوڈے ایوننگ وی ریسیوڈ ا قرآن ریکویسٹ فرام نویں ممبئی، ڈاکٹر جنید۔</w:t>
      </w:r>
    </w:p>
    <w:p>
      <w:r>
        <w:rPr>
          <w:b/>
        </w:rPr>
        <w:t xml:space="preserve">[16:52] </w:t>
      </w:r>
      <w:r>
        <w:t>Listen Maulana talk live today. When we received the request. Sense of agency was so occupied to Dr. Junaid that he immediately relayed the requester with a copy of Quran.</w:t>
      </w:r>
    </w:p>
    <w:p>
      <w:pPr>
        <w:jc w:val="right"/>
      </w:pPr>
      <w:r>
        <w:t>لسن مولانا ٹاک لائیو ٹوڈے۔ وینی ریسیوڈ دا ریکویسٹ۔ سینس اف ایجنسی واز سو اکوپائیڈ ٹو ڈاکٹر جنید دیٹ ہی امیڈیٹلی ریز دا ریکویسٹر ودا کاپی اف قرآن۔</w:t>
      </w:r>
    </w:p>
    <w:p>
      <w:r>
        <w:rPr>
          <w:b/>
        </w:rPr>
        <w:t xml:space="preserve">[17:07] </w:t>
      </w:r>
      <w:r>
        <w:t>Mr. Amjad Khan who requested. It was so so surprise that he said, "main to ek ghante pehle hi request kiya hai." Dr. Junaid replied, "Sir, it's age of communication." When I talk Dr. Junaid, he added a new dimension to the Maulana talk.</w:t>
      </w:r>
    </w:p>
    <w:p>
      <w:pPr>
        <w:jc w:val="right"/>
      </w:pPr>
      <w:r>
        <w:t>مسٹر امجد خان ہو ریکویسٹڈ۔ اٹ واز سو سو سرپرائز دیٹ ہی سیڈ، "میں تو ایک گھنٹے پہلے ہی ریکویسٹ کیا ہے۔" ڈاکٹر جنید ریپلائیڈ، "سر، اٹس ایج اف کمیونیکیشن۔" وین ائی ٹاک ڈاکٹر جنید، ہی ایڈڈ ا نیو ڈائمنشن ٹو دا مولانا ٹاک۔</w:t>
      </w:r>
    </w:p>
    <w:p>
      <w:r>
        <w:rPr>
          <w:b/>
        </w:rPr>
        <w:t xml:space="preserve">[17:29] </w:t>
      </w:r>
      <w:r>
        <w:t>He said, "Sense of urgency and age of communication complement each other." If he want to do something urgently after remembering death, the whole infrastructure of communication is available to help your agency.</w:t>
      </w:r>
    </w:p>
    <w:p>
      <w:pPr>
        <w:jc w:val="right"/>
      </w:pPr>
      <w:r>
        <w:t>ہی سیڈ، "سینس اف ایجنسی اینڈ ایج اف کمیونیکیشن کمپلیمنٹ ایچ ادر۔" اف ہی وانٹ ٹو ڈو سمتھنگ ارجنٹلی افٹر ریممبرنگ ڈیتھ، دا ہول انفراسٹرکچر اف کمیونیکیشن از اویلیبل ٹو ہیلپ یور ایجنسی۔</w:t>
      </w:r>
    </w:p>
    <w:p>
      <w:r>
        <w:rPr>
          <w:b/>
        </w:rPr>
        <w:t xml:space="preserve">[17:47] </w:t>
      </w:r>
      <w:r>
        <w:t>And today he experienced it successfully.</w:t>
      </w:r>
    </w:p>
    <w:p>
      <w:pPr>
        <w:jc w:val="right"/>
      </w:pPr>
      <w:r>
        <w:t>اینڈ ٹوڈے ہی ایکسپیرینس اٹ سکسیس فلی۔</w:t>
      </w:r>
    </w:p>
    <w:p>
      <w:r>
        <w:rPr>
          <w:b/>
        </w:rPr>
        <w:t xml:space="preserve">[17:52] </w:t>
      </w:r>
      <w:r>
        <w:t>to ab poori baat kya hui? poori baat ko le kar sochiye ke Allah ne, khaliq ne insan ko paida kiya ek maqsad ke liye, ek purpose ke liye.</w:t>
      </w:r>
    </w:p>
    <w:p>
      <w:pPr>
        <w:jc w:val="right"/>
      </w:pPr>
      <w:r>
        <w:t>تو اب پوری بات کیا ہوئی؟ پوری بات کو لے کر سوچیے کہ اللہ نے، خالق نے انسان کو پیدا کیا ایک مقصد کے لیے، ایک پرپس کے لیے۔</w:t>
      </w:r>
    </w:p>
    <w:p>
      <w:r>
        <w:rPr>
          <w:b/>
        </w:rPr>
        <w:t xml:space="preserve">[18:15] </w:t>
      </w:r>
      <w:r>
        <w:t>khalaq al maut wal hayat li yubluakum ayyukum ahsan amala. yani paida kiya insan ko aur rakha is ek testing ground mein,</w:t>
      </w:r>
    </w:p>
    <w:p>
      <w:pPr>
        <w:jc w:val="right"/>
      </w:pPr>
      <w:r>
        <w:t>خلق الموت والحیات لیبلکم ایکم احسن عمرا۔ یعنی پیدا کیا انسان کو اور رکھا اس ایک ٹیسٹنگ گراؤنڈ میں،</w:t>
      </w:r>
    </w:p>
    <w:p>
      <w:r>
        <w:rPr>
          <w:b/>
        </w:rPr>
        <w:t xml:space="preserve">[18:29] </w:t>
      </w:r>
      <w:r>
        <w:t>aur is mein chunao ho raha hai, chunao ho raha hai logon mein. best deed wala kaun hai?</w:t>
      </w:r>
    </w:p>
    <w:p>
      <w:pPr>
        <w:jc w:val="right"/>
      </w:pPr>
      <w:r>
        <w:t>اور اس میں چناؤ ہو رہا ہے، چناؤ ہو رہا ہے لوگوں میں۔ بیسٹ ڈیڈ والا کون ہے؟</w:t>
      </w:r>
    </w:p>
    <w:p>
      <w:r>
        <w:rPr>
          <w:b/>
        </w:rPr>
        <w:t xml:space="preserve">[18:42] </w:t>
      </w:r>
      <w:r>
        <w:t>to farishte lage hue hain har taraf,</w:t>
      </w:r>
    </w:p>
    <w:p>
      <w:pPr>
        <w:jc w:val="right"/>
      </w:pPr>
      <w:r>
        <w:t>تو فرشتے لگے ہوئے ہیں ہر طرف،</w:t>
      </w:r>
    </w:p>
    <w:p>
      <w:r>
        <w:rPr>
          <w:b/>
        </w:rPr>
        <w:t xml:space="preserve">[18:49] </w:t>
      </w:r>
      <w:r>
        <w:t>jaise industrial world mein kaha jata hai ke badi badi jo companiyan hoti hain, apne kuch logon ko laga deti hain.</w:t>
      </w:r>
    </w:p>
    <w:p>
      <w:pPr>
        <w:jc w:val="right"/>
      </w:pPr>
      <w:r>
        <w:t>جیسے انڈسٹریل ورلڈ میں کہا جاتا ہے کہ بڑی بڑی جو کمپنیاں ہوتی ہیں، اپنے کچھ لوگوں کو لگا دیتی ہیں۔</w:t>
      </w:r>
    </w:p>
    <w:p>
      <w:r>
        <w:rPr>
          <w:b/>
        </w:rPr>
        <w:t xml:space="preserve">[18:59] </w:t>
      </w:r>
      <w:r>
        <w:t>wo college mein, university mein, har jagah woh dekh rahe hain, dekh rahe hain, dekh rahe hain. un ka nazariya kya hota hai? catch them.</w:t>
      </w:r>
    </w:p>
    <w:p>
      <w:pPr>
        <w:jc w:val="right"/>
      </w:pPr>
      <w:r>
        <w:t>وہ کالج میں، یونیورسٹی میں، ہر جگہ وہ دیکھ رہے ہیں، دیکھ رہے ہیں، دیکھ رہے ہیں۔ ان کا نظریہ کیا ہوتا ہے؟ کیش دمینگ۔</w:t>
      </w:r>
    </w:p>
    <w:p>
      <w:r>
        <w:rPr>
          <w:b/>
        </w:rPr>
        <w:t xml:space="preserve">[19:11] </w:t>
      </w:r>
      <w:r>
        <w:t>wo young jo hain, jo naujawan log jo parh rahe hain, un ke un ko woh wash karte hain, aur jis ko dekhte hain ke woh hunar hai,</w:t>
      </w:r>
    </w:p>
    <w:p>
      <w:pPr>
        <w:jc w:val="right"/>
      </w:pPr>
      <w:r>
        <w:t>وہینگ جو ہیں، جو نوجوان لوگ جو پڑھ رہے ہیں، ان کے ان کو وہ واش کرتے ہیں، اور جس کو دیکھتے ہیں کہ وہ ہنر ہے،</w:t>
      </w:r>
    </w:p>
    <w:p>
      <w:r>
        <w:rPr>
          <w:b/>
        </w:rPr>
        <w:t xml:space="preserve">[19:25] </w:t>
      </w:r>
      <w:r>
        <w:t>is ko pakar lete hain, is ko le lete hain, aur phir is ko woh apne hisab se taraqqi dete hain.</w:t>
      </w:r>
    </w:p>
    <w:p>
      <w:pPr>
        <w:jc w:val="right"/>
      </w:pPr>
      <w:r>
        <w:t>اس کو پکڑ لیتے ہیں، اس کو لے لیتے ہیں، اور پھر اس کو وہ اپنے حساب سے ترقی دیتے ہیں۔</w:t>
      </w:r>
    </w:p>
    <w:p>
      <w:r>
        <w:rPr>
          <w:b/>
        </w:rPr>
        <w:t xml:space="preserve">[19:36] </w:t>
      </w:r>
      <w:r>
        <w:t>to farishte jo lage hue hain ke logon ko dekho, dekho, aur is mein jo ahsan amal hai, best deed wala jo hai, is ko chun lo.</w:t>
      </w:r>
    </w:p>
    <w:p>
      <w:pPr>
        <w:jc w:val="right"/>
      </w:pPr>
      <w:r>
        <w:t>تو فرشتے جو لگے ہوئے ہیں کہ لوگوں کو دیکھو، دیکھو، اور اس میں جو احسن عمل ہے، بیسٹ ڈیڈ والا جو ہے، اس کو چن لو۔</w:t>
      </w:r>
    </w:p>
    <w:p>
      <w:r>
        <w:rPr>
          <w:b/>
        </w:rPr>
        <w:t xml:space="preserve">[19:51] </w:t>
      </w:r>
      <w:r>
        <w:t>phir yeh jo yeh jo giroh, yeh jo group bane ga, sare history ke andar, sari history ke jo insan paida hue, is mein se jo jo jo chunaao hoga,</w:t>
      </w:r>
    </w:p>
    <w:p>
      <w:pPr>
        <w:jc w:val="right"/>
      </w:pPr>
      <w:r>
        <w:t>پھر یہ جو یہ جو گروہ، یہ جو گروپ بنے گا، سارے ہسٹری کے اندر، ساری ہسٹری کے جو انسان پیدا ہوئے، اس میں سے جو جو جو چناؤ ہوگا،</w:t>
      </w:r>
    </w:p>
    <w:p>
      <w:r>
        <w:rPr>
          <w:b/>
        </w:rPr>
        <w:t xml:space="preserve">[20:10] </w:t>
      </w:r>
      <w:r>
        <w:t>jo selection hoga, un ko jama kiya jaye ga. un ke liye hai paradise.</w:t>
      </w:r>
    </w:p>
    <w:p>
      <w:pPr>
        <w:jc w:val="right"/>
      </w:pPr>
      <w:r>
        <w:t>جو سلیکشن ہوگا، ان کو جمع کیا جائے گا۔ ان کے لیے ہے پیرڈائز۔</w:t>
      </w:r>
    </w:p>
    <w:p>
      <w:r>
        <w:rPr>
          <w:b/>
        </w:rPr>
        <w:t xml:space="preserve">[20:17] </w:t>
      </w:r>
      <w:r>
        <w:t>to dekhiye, nabiyon ne kya kiya? nabiyon ka kaam yeh tha ke apne manane walon ke andar speed bhar dein, speed ke jo jahan bhi ho,</w:t>
      </w:r>
    </w:p>
    <w:p>
      <w:pPr>
        <w:jc w:val="right"/>
      </w:pPr>
      <w:r>
        <w:t>تو دیکھیے، نبیوں نے کیا کیا؟ نبیوں کا کام یہ تھا کہ اپنے ماننے والوں کے اندر اسپیڈ بھر دیں، اسپیڈ کہ جو جہاں بھی ہو،</w:t>
      </w:r>
    </w:p>
    <w:p>
      <w:r>
        <w:rPr>
          <w:b/>
        </w:rPr>
        <w:t xml:space="preserve">[20:33] </w:t>
      </w:r>
      <w:r>
        <w:t>logon ko pahunchao. creator ka message</w:t>
      </w:r>
    </w:p>
    <w:p>
      <w:pPr>
        <w:jc w:val="right"/>
      </w:pPr>
      <w:r>
        <w:t>لوگوں کو پہنچاؤ۔ کریٹر کا میسج</w:t>
      </w:r>
    </w:p>
    <w:p>
      <w:r>
        <w:rPr>
          <w:b/>
        </w:rPr>
        <w:t xml:space="preserve">[20:40] </w:t>
      </w:r>
      <w:r>
        <w:t>jahan bhi ho, tum safar kar rahe ho, business kar rahe ho, ibadat kar rahe ho, dealing kar rahe ho, kuch bhi to tumhare sine mein yeh speed bhari hui ho ke tumhein apne rab ke message ko pahunchana hai.</w:t>
      </w:r>
    </w:p>
    <w:p>
      <w:pPr>
        <w:jc w:val="right"/>
      </w:pPr>
      <w:r>
        <w:t>جہاں بھی ہو، تم سفر کر رہے ہو، بزنس کر رہے ہو، عبادت کر رہے ہو، ڈیلنگ کر رہے ہو، کچھ بھی تو تمہارے سینے میں یہ اسپیڈ بھری ہوئی ہو کہ تمہیں اپنے رب کے میسج کو پہنچانا ہے۔</w:t>
      </w:r>
    </w:p>
    <w:p>
      <w:r>
        <w:rPr>
          <w:b/>
        </w:rPr>
        <w:t xml:space="preserve">[21:07] </w:t>
      </w:r>
      <w:r>
        <w:t>yeh hai asal baat.</w:t>
      </w:r>
    </w:p>
    <w:p>
      <w:pPr>
        <w:jc w:val="right"/>
      </w:pPr>
      <w:r>
        <w:t>یہ ہے اصل بات۔</w:t>
      </w:r>
    </w:p>
    <w:p>
      <w:r>
        <w:rPr>
          <w:b/>
        </w:rPr>
        <w:t xml:space="preserve">[21:13] </w:t>
      </w:r>
      <w:r>
        <w:t>isi yahi wajah hai ke dawat ka hukum is tarike se nahi aaya hai ke a logon, dawat ka kaam karo,</w:t>
      </w:r>
    </w:p>
    <w:p>
      <w:pPr>
        <w:jc w:val="right"/>
      </w:pPr>
      <w:r>
        <w:t>اسی یہی وجہ ہے کہ دعوت کا حکم اس طریقے سے نہیں آیا ہے کہ اے لوگوں، دعوت کا کام کرو،</w:t>
      </w:r>
    </w:p>
    <w:p>
      <w:r>
        <w:rPr>
          <w:b/>
        </w:rPr>
        <w:t xml:space="preserve">[21:24] </w:t>
      </w:r>
      <w:r>
        <w:t>a logon, dawat ka kaam karo. nahi, balke yeh tarika ikhtiyar kiya gaya ke speed bhar di jaye, speed bhar diya jaye.</w:t>
      </w:r>
    </w:p>
    <w:p>
      <w:pPr>
        <w:jc w:val="right"/>
      </w:pPr>
      <w:r>
        <w:t>اے لوگوں، دعوت کا کام کرو۔ نہیں، بلکہ یہ طریقہ اختیار کیا گیا کہ اسپیڈ بھر دی جائے، اسپیڈ بھر دیا جائے۔</w:t>
      </w:r>
    </w:p>
    <w:p>
      <w:r>
        <w:rPr>
          <w:b/>
        </w:rPr>
        <w:t xml:space="preserve">[21:35] </w:t>
      </w:r>
      <w:r>
        <w:t>jo jahan bhi honge, woh jahan bhi honge, bas koi ab is woh is Twitter ko zor mare gi, use kahe gi, "arey bhai, yeh log pahunchao in ko, pahunchao in ko."</w:t>
      </w:r>
    </w:p>
    <w:p>
      <w:pPr>
        <w:jc w:val="right"/>
      </w:pPr>
      <w:r>
        <w:t>جو جہاں بھی ہوں گے، وہ جہاں بھی ہوں گے، بس کوئی اب اس وہ اس ٹویٹر کو زور مارے گی، اسے کہے گی، "ارے بھئی، یہ لوگ پہنچاؤ ان کو، پہنچاؤ ان کو۔"</w:t>
      </w:r>
    </w:p>
    <w:p>
      <w:r>
        <w:rPr>
          <w:b/>
        </w:rPr>
        <w:t xml:space="preserve">[21:53] </w:t>
      </w:r>
      <w:r>
        <w:t>to yeh mujhe samajh aya,</w:t>
      </w:r>
    </w:p>
    <w:p>
      <w:pPr>
        <w:jc w:val="right"/>
      </w:pPr>
      <w:r>
        <w:t>تو یہ مجھے سمجھ آیا،</w:t>
      </w:r>
    </w:p>
    <w:p>
      <w:r>
        <w:rPr>
          <w:b/>
        </w:rPr>
        <w:t xml:space="preserve">[21:59] </w:t>
      </w:r>
      <w:r>
        <w:t>yeh mujhe samajh aya. to hamara aap ka kaam bhi yahi hai ke hum logon mein speed bharein. koi fiqhi zaban mein yeh na, yeh kehne se koi faida nahi hai ke a logon, dawat farz hai,</w:t>
      </w:r>
    </w:p>
    <w:p>
      <w:pPr>
        <w:jc w:val="right"/>
      </w:pPr>
      <w:r>
        <w:t>یہ مجھے سمجھ آیا۔ تو ہمارا آپ کا کام بھی یہی ہے کہ ہم لوگوں میں اسپیڈ بھریں۔ کوئی فقہی زبان میں یہ نہ، یہ کہنے سے کوئی فائدہ نہیں ہے کہ اے لوگوں، دعوت فرض ہے،</w:t>
      </w:r>
    </w:p>
    <w:p>
      <w:r>
        <w:rPr>
          <w:b/>
        </w:rPr>
        <w:t xml:space="preserve">[22:18] </w:t>
      </w:r>
      <w:r>
        <w:t>yeh koi bara effect nahi, use parhe ga. nahi, balke is ke andar jab speed bhare gi aap to un ko yeh aye ga ke hamein to yeh kaam karna hai.</w:t>
      </w:r>
    </w:p>
    <w:p>
      <w:pPr>
        <w:jc w:val="right"/>
      </w:pPr>
      <w:r>
        <w:t>یہ کوئی بڑا ایفیکٹ نہیں، اسے پڑھے گا۔ نہیں، بلکہ اس کے اندر جب اسپیڈ بھرے گی آپ تو ان کو یہ آئے گا کہ ہمیں تو یہ کام کرنا ہے۔</w:t>
      </w:r>
    </w:p>
    <w:p>
      <w:r>
        <w:rPr>
          <w:b/>
        </w:rPr>
        <w:t xml:space="preserve">[22:36] </w:t>
      </w:r>
      <w:r>
        <w:t>to tab hoga woh liakallil alameen nazeerah, tab hoga.</w:t>
      </w:r>
    </w:p>
    <w:p>
      <w:pPr>
        <w:jc w:val="right"/>
      </w:pPr>
      <w:r>
        <w:t>تو تب ہوگا وہ لیکون للعالمین نظیرہ، تب ہوگا۔</w:t>
      </w:r>
    </w:p>
    <w:p>
      <w:r>
        <w:rPr>
          <w:b/>
        </w:rPr>
        <w:t xml:space="preserve">[22:46] </w:t>
      </w:r>
      <w:r>
        <w:t>to ek ek har taraf ek ek ek ek mission chal pare ga, living mission.</w:t>
      </w:r>
    </w:p>
    <w:p>
      <w:pPr>
        <w:jc w:val="right"/>
      </w:pPr>
      <w:r>
        <w:t>تو ایک ایک ہر طرف ایک ایک ایک ایک مشن چل پڑے گا، لیونگ مشن۔</w:t>
      </w:r>
    </w:p>
    <w:p>
      <w:r>
        <w:rPr>
          <w:b/>
        </w:rPr>
        <w:t xml:space="preserve">[22:58] </w:t>
      </w:r>
      <w:r>
        <w:t>har taraf ek living mission chal pare ga. har aadmi ki soch mein rahe ga, woh kahin bhi ho, kuch bhi kar raha ho, kyun ke soch mein baitha rahe ga to is ke pocket mein kuch kitabein hongi,</w:t>
      </w:r>
    </w:p>
    <w:p>
      <w:pPr>
        <w:jc w:val="right"/>
      </w:pPr>
      <w:r>
        <w:t>ہر طرف ایک لیونگ مشن چل پڑے گا۔ ہر آدمی کی سوچ میں رہے گا، وہ کہیں بھی ہو، کچھ بھی کر رہا ہو، کیونکہ سوچ میں بیٹھا رہے گا تو اس کے پاکٹ میں کچھ کتابیں ہوں گی،</w:t>
      </w:r>
    </w:p>
    <w:p>
      <w:r>
        <w:rPr>
          <w:b/>
        </w:rPr>
        <w:t xml:space="preserve">[23:16] </w:t>
      </w:r>
      <w:r>
        <w:t>is ke zehan mein kuch aaj yaad honge, woh sab dawat ko le kar honge.</w:t>
      </w:r>
    </w:p>
    <w:p>
      <w:pPr>
        <w:jc w:val="right"/>
      </w:pPr>
      <w:r>
        <w:t>اس کے ذہن میں کچھ آج یاد ہوں گے، وہ سب دعوت کو لے کر ہوں گے۔</w:t>
      </w:r>
    </w:p>
    <w:p>
      <w:r>
        <w:rPr>
          <w:b/>
        </w:rPr>
        <w:t xml:space="preserve">[23:25] </w:t>
      </w:r>
      <w:r>
        <w:t>is tarike se ek ek jaal phailay ga sari</w:t>
      </w:r>
    </w:p>
    <w:p>
      <w:pPr>
        <w:jc w:val="right"/>
      </w:pPr>
      <w:r>
        <w:t>اس طریقے سے ایک ایک جال پھیلے گا ساری</w:t>
      </w:r>
    </w:p>
    <w:p>
      <w:r>
        <w:rPr>
          <w:b/>
        </w:rPr>
        <w:t xml:space="preserve">[23:31] </w:t>
      </w:r>
      <w:r>
        <w:t>duniya mein. ab dekhiye ke isi mission ke tehat, isi scheme ke tehat, Allah taala ne kya kiya?</w:t>
      </w:r>
    </w:p>
    <w:p>
      <w:pPr>
        <w:jc w:val="right"/>
      </w:pPr>
      <w:r>
        <w:t>دنیا میں۔ اب دیکھیے کہ اسی مشن کے تحت، اسی اسکیم کے تحت، اللہ تعالی نے کیا کیا؟</w:t>
      </w:r>
    </w:p>
    <w:p>
      <w:r>
        <w:rPr>
          <w:b/>
        </w:rPr>
        <w:t xml:space="preserve">[23:45] </w:t>
      </w:r>
      <w:r>
        <w:t>Allah taala ne yeh kiya ke duniya mein ek naya daur laya. pehle zamane mein log safar karte the to talwar le ke chalte the, kyun ke self reserch ka mamla tha.</w:t>
      </w:r>
    </w:p>
    <w:p>
      <w:pPr>
        <w:jc w:val="right"/>
      </w:pPr>
      <w:r>
        <w:t>اللہ تعالی نے یہ کیا کہ دنیا میں ایک نیا دور لایا۔ پہلے زمانے میں لوگ سفر کرتے تھے تو تلوار لے کے چلتے تھے، کیونکہ سیلف ریسرن کا معاملہ تھا۔</w:t>
      </w:r>
    </w:p>
    <w:p>
      <w:r>
        <w:rPr>
          <w:b/>
        </w:rPr>
        <w:t xml:space="preserve">[24:04] </w:t>
      </w:r>
      <w:r>
        <w:t>safar karne ke liye talwar zarori thi, self reserch defense ke liye. ab kya hai? aap ko sirf zarorat hai travel document ki.</w:t>
      </w:r>
    </w:p>
    <w:p>
      <w:pPr>
        <w:jc w:val="right"/>
      </w:pPr>
      <w:r>
        <w:t>سفر کرنے کے لیے تلوار ضروری تھی، سیلف ریسرن ڈیفنس کے لیے۔ اب کیا ہے؟ آپ کو صرف ضرورت ہے ٹریول ڈاکومنٹ کی۔</w:t>
      </w:r>
    </w:p>
    <w:p>
      <w:r>
        <w:rPr>
          <w:b/>
        </w:rPr>
        <w:t xml:space="preserve">[24:17] </w:t>
      </w:r>
      <w:r>
        <w:t>ab is ko kehte hain travel document, yani passport aur visa. aap ke pas passport aur visa ho to jahan chahiye jaiye, jis country mein chahiye jaiye, raat ko jaiye, din ko jaiye.</w:t>
      </w:r>
    </w:p>
    <w:p>
      <w:pPr>
        <w:jc w:val="right"/>
      </w:pPr>
      <w:r>
        <w:t>اب اس کو کہتے ہیں ٹریول ڈاکومنٹ، یعنی پاسپورٹ اور ویزا۔ آپ کے پاس پاسپورٹ اور ویزا ہو تو جہاں چاہیے جائیے، جس کنٹری میں چاہیے جائیے، رات کو جائیے، دن کو جائیے۔</w:t>
      </w:r>
    </w:p>
    <w:p>
      <w:r>
        <w:rPr>
          <w:b/>
        </w:rPr>
        <w:t xml:space="preserve">[24:38] </w:t>
      </w:r>
      <w:r>
        <w:t>to is tarike se yeh yeh expansion hua ke duniya ke taqreeban har mulk mein al-iman phail gaye.</w:t>
      </w:r>
    </w:p>
    <w:p>
      <w:pPr>
        <w:jc w:val="right"/>
      </w:pPr>
      <w:r>
        <w:t>تو اس طریقے سے یہ یہ ایکسپینشن ہوا کہ دنیا کے تقریباً ہر ملک میں الایمان پھیل گئے۔</w:t>
      </w:r>
    </w:p>
    <w:p>
      <w:r>
        <w:rPr>
          <w:b/>
        </w:rPr>
        <w:t xml:space="preserve">[24:51] </w:t>
      </w:r>
      <w:r>
        <w:t>duniya mein taqreeban 200 mulk hain, har mulk mein quran ko manane wale Allah ne pahuncha diye. ab un ke haan to speed agar bhari hui ho,</w:t>
      </w:r>
    </w:p>
    <w:p>
      <w:pPr>
        <w:jc w:val="right"/>
      </w:pPr>
      <w:r>
        <w:t>دنیا میں تقریباً 200 ملک ہیں، ہر ملک میں قرآن کو ماننے والے اللہ نے پہنچا دیے۔ اب ان کے ہاں تو اسپیڈ اگر بھری ہوئی ہو،</w:t>
      </w:r>
    </w:p>
    <w:p>
      <w:r>
        <w:rPr>
          <w:b/>
        </w:rPr>
        <w:t xml:space="preserve">[25:05] </w:t>
      </w:r>
      <w:r>
        <w:t>un ko un ko woh quran ko mante hain, lekin hamare haan jo chapterization hua hai, is mein sirf yeh jana hai unhon ne ke koi quran barkat ki kitab hai,</w:t>
      </w:r>
    </w:p>
    <w:p>
      <w:pPr>
        <w:jc w:val="right"/>
      </w:pPr>
      <w:r>
        <w:t>ان کو ان کو وہ قرآن کو مانتے ہیں، لیکن ہمارے ہاں جو چیپٹرائزیشن ہوا ہے، اس میں صرف یہ جانا ہے انہوں نے کہ کوئی قرآن برکت کی کتاب ہے،</w:t>
      </w:r>
    </w:p>
    <w:p>
      <w:r>
        <w:rPr>
          <w:b/>
        </w:rPr>
        <w:t xml:space="preserve">[25:19] </w:t>
      </w:r>
      <w:r>
        <w:t>is ko apne paas rakhe raho ya ghar mein rakhe raho to barkat hogi. yeh hai chapterization ki ghalati.</w:t>
      </w:r>
    </w:p>
    <w:p>
      <w:pPr>
        <w:jc w:val="right"/>
      </w:pPr>
      <w:r>
        <w:t>اس کو اپنے پاس رکھے رہو یا گھر میں رکھے رہو تو برکت ہوگی۔ یہ ہے چیپٹرائزیشن کی غلطی۔</w:t>
      </w:r>
    </w:p>
    <w:p>
      <w:r>
        <w:rPr>
          <w:b/>
        </w:rPr>
        <w:t xml:space="preserve">[25:32] </w:t>
      </w:r>
      <w:r>
        <w:t>nahi, agar woh yeh jaane ke quran to woh kitab hai jis ko hamein pahunchana hai, pahunchana hai, pahunchana hai,</w:t>
      </w:r>
    </w:p>
    <w:p>
      <w:pPr>
        <w:jc w:val="right"/>
      </w:pPr>
      <w:r>
        <w:t>نہیں، اگر وہ یہ جانے کہ قرآن تو وہ کتاب ہے جس کو ہمیں پہنچانا ہے، پہنچانا ہے، پہنچانا ہے،</w:t>
      </w:r>
    </w:p>
    <w:p>
      <w:r>
        <w:rPr>
          <w:b/>
        </w:rPr>
        <w:t xml:space="preserve">[25:44] </w:t>
      </w:r>
      <w:r>
        <w:t>is ka jo reward hai, woh pahunchane par hai. yeh nahi ke ji ghar mein rakha hua hai to reward mil jayega. quran ka jo reward jo milna hai, woh woh is par hai ke aap ne kitna pahunchaya.</w:t>
      </w:r>
    </w:p>
    <w:p>
      <w:pPr>
        <w:jc w:val="right"/>
      </w:pPr>
      <w:r>
        <w:t>اس کا جو ریوارڈ ہے، وہ پہنچانے پر ہے۔ یہ نہیں کہ جی گھر میں رکھا ہوا ہے تو ریوارڈ مل جائے گا۔ قرآن کا جو ریوارڈ جو ملنا ہے، وہ وہ اس پر ہے کہ آپ نے کتنا پہنچایا۔</w:t>
      </w:r>
    </w:p>
    <w:p>
      <w:r>
        <w:rPr>
          <w:b/>
        </w:rPr>
        <w:t xml:space="preserve">[26:00] </w:t>
      </w:r>
      <w:r>
        <w:t>yeh nahi ke taak mein rakhi hui hain, almari mein rakhi hui hain, is par nahi hai.</w:t>
      </w:r>
    </w:p>
    <w:p>
      <w:pPr>
        <w:jc w:val="right"/>
      </w:pPr>
      <w:r>
        <w:t>یہ نہیں کہ تاک میں رکھی ہوئی ہیں، الماری میں رکھی ہوئی ہیں، اس پر نہیں ہے۔</w:t>
      </w:r>
    </w:p>
    <w:p>
      <w:r>
        <w:rPr>
          <w:b/>
        </w:rPr>
        <w:t xml:space="preserve">[26:09] </w:t>
      </w:r>
      <w:r>
        <w:t>to Allah taala ne dekhiye, ek dispersal hua, sari duniya mein log pahunche. ab agar yeh speed maujood hoti, yeh speed to sari duniya mein achaanak misr pahunch jata.</w:t>
      </w:r>
    </w:p>
    <w:p>
      <w:pPr>
        <w:jc w:val="right"/>
      </w:pPr>
      <w:r>
        <w:t>تو اللہ تعالی نے دیکھیے، ایک ڈسپرسل ہوا، ساری دنیا میں لوگ پہنچے۔ اب اگر یہ اسپیڈ موجود ہوتی، یہ اسپیڈ تو ساری دنیا میں اچانک مصر پہنچ جاتا۔</w:t>
      </w:r>
    </w:p>
    <w:p>
      <w:r>
        <w:rPr>
          <w:b/>
        </w:rPr>
        <w:t xml:space="preserve">[26:26] </w:t>
      </w:r>
      <w:r>
        <w:t>likon lil alameen najrah ka matlab yahi hai.</w:t>
      </w:r>
    </w:p>
    <w:p>
      <w:pPr>
        <w:jc w:val="right"/>
      </w:pPr>
      <w:r>
        <w:t>لیکون للعالمین نجرہ کا مطلب یہی ہے۔</w:t>
      </w:r>
    </w:p>
    <w:p>
      <w:r>
        <w:rPr>
          <w:b/>
        </w:rPr>
        <w:t xml:space="preserve">[26:32] </w:t>
      </w:r>
      <w:r>
        <w:t>sari duniya mein, sari duniya mein, sari duniya mein log aap jo waqt ka jo nizam hai, waqt ka jo culture hai, woh sab aap ko help ke liye tayar hain.</w:t>
      </w:r>
    </w:p>
    <w:p>
      <w:pPr>
        <w:jc w:val="right"/>
      </w:pPr>
      <w:r>
        <w:t>ساری دنیا میں، ساری دنیا میں، ساری دنیا میں لوگ آپ جو وقت کا جو نظام ہے، وقت کا جو کلچر ہے، وہ سب آپ کو ہیلپ کے لیے تیار ہیں۔</w:t>
      </w:r>
    </w:p>
    <w:p>
      <w:r>
        <w:rPr>
          <w:b/>
        </w:rPr>
        <w:t xml:space="preserve">[26:46] </w:t>
      </w:r>
      <w:r>
        <w:t>travel document aap ki jeb mein ho, jahan chahe jaiye, aur wahan insan hi milenge sab ko. agar aap nahi bol sakte ho un ki zuban to aap is ka transition kijiye.</w:t>
      </w:r>
    </w:p>
    <w:p>
      <w:pPr>
        <w:jc w:val="right"/>
      </w:pPr>
      <w:r>
        <w:t>ٹریول ڈاکومنٹ آپ کی جیب میں ہو، جہاں چاہے جائیے، اور وہاں انسان ہی ملیں گے سب کو۔ اگر آپ نہیں بول سکتے ہو ان کی زبان تو آپ اس کا ٹرانسیشن کیجئے۔</w:t>
      </w:r>
    </w:p>
    <w:p>
      <w:r>
        <w:rPr>
          <w:b/>
        </w:rPr>
        <w:t xml:space="preserve">[27:02] </w:t>
      </w:r>
      <w:r>
        <w:t>jaise abhi aaj hi khabar mili hai ke kashmir mein kuch log jo wahan dawat ka kaam karte hain,</w:t>
      </w:r>
    </w:p>
    <w:p>
      <w:pPr>
        <w:jc w:val="right"/>
      </w:pPr>
      <w:r>
        <w:t>جیسے ابھی آج ہی خبر ملی ہے کہ کشمیر میں کچھ لوگ جو وہاں دعوت کا کام کرتے ہیں،</w:t>
      </w:r>
    </w:p>
    <w:p>
      <w:r>
        <w:rPr>
          <w:b/>
        </w:rPr>
        <w:t xml:space="preserve">[27:18] </w:t>
      </w:r>
      <w:r>
        <w:t>to un ko pata chala ke falan jagah chinese bohat aa rahe hain, wahan pahunche.</w:t>
      </w:r>
    </w:p>
    <w:p>
      <w:pPr>
        <w:jc w:val="right"/>
      </w:pPr>
      <w:r>
        <w:t>تو ان کو پتہ چلا کہ فلاں جگہ چائنیز بہت آ رہے ہیں، وہاں پہنچ گئے۔</w:t>
      </w:r>
    </w:p>
    <w:p>
      <w:r>
        <w:rPr>
          <w:b/>
        </w:rPr>
        <w:t xml:space="preserve">[27:26] </w:t>
      </w:r>
      <w:r>
        <w:t>woh</w:t>
      </w:r>
    </w:p>
    <w:p>
      <w:pPr>
        <w:jc w:val="right"/>
      </w:pPr>
      <w:r>
        <w:t>وہ</w:t>
      </w:r>
    </w:p>
    <w:p>
      <w:r>
        <w:rPr>
          <w:b/>
        </w:rPr>
        <w:t xml:space="preserve">[27:29] </w:t>
      </w:r>
      <w:r>
        <w:t>chinese mein tarjuma quran ka le kar un ko diya ke chinese mein quran ka tarjuma le ke pahunche, un ko distribute kiya, aur bohat khush hue woh.</w:t>
      </w:r>
    </w:p>
    <w:p>
      <w:pPr>
        <w:jc w:val="right"/>
      </w:pPr>
      <w:r>
        <w:t>چائنیز میں ترجمہ قرآن کا لے کر ان کو دیا کہ چائنیز میں قرآن کا ترجمہ لے کے پہنچے، ان کو ڈسٹریبیوٹ کیا، اور بہت خوش ہوئے وہ۔</w:t>
      </w:r>
    </w:p>
    <w:p>
      <w:r>
        <w:rPr>
          <w:b/>
        </w:rPr>
        <w:t xml:space="preserve">[27:49] </w:t>
      </w:r>
      <w:r>
        <w:t>to isi tarah sari duniya mein</w:t>
      </w:r>
    </w:p>
    <w:p>
      <w:pPr>
        <w:jc w:val="right"/>
      </w:pPr>
      <w:r>
        <w:t>تو اسی طرح ساری دنیا میں</w:t>
      </w:r>
    </w:p>
    <w:p>
      <w:r>
        <w:rPr>
          <w:b/>
        </w:rPr>
        <w:t xml:space="preserve">[27:54] </w:t>
      </w:r>
      <w:r>
        <w:t>log phaile hue hain,</w:t>
      </w:r>
    </w:p>
    <w:p>
      <w:pPr>
        <w:jc w:val="right"/>
      </w:pPr>
      <w:r>
        <w:t>لوگ پھیلے ہوئے ہیں،</w:t>
      </w:r>
    </w:p>
    <w:p>
      <w:r>
        <w:rPr>
          <w:b/>
        </w:rPr>
        <w:t xml:space="preserve">[27:58] </w:t>
      </w:r>
      <w:r>
        <w:t>har mulk mein. to yahi hai likon lil alameen najrah, sare alam mein aap phaile hue hain.</w:t>
      </w:r>
    </w:p>
    <w:p>
      <w:pPr>
        <w:jc w:val="right"/>
      </w:pPr>
      <w:r>
        <w:t>ہر ملک میں۔ تو یہی ہے لیکون للعالمین نجرہ، سارے عالم میں آپ پھیلے ہوئے ہیں۔</w:t>
      </w:r>
    </w:p>
    <w:p>
      <w:r>
        <w:rPr>
          <w:b/>
        </w:rPr>
        <w:t xml:space="preserve">[28:12] </w:t>
      </w:r>
      <w:r>
        <w:t>to un ki zubanon mein tarjume le lijiye, un ki understandable language mein, aur is ko pahunchaiye, pahunchaiye, pahunchaiye.</w:t>
      </w:r>
    </w:p>
    <w:p>
      <w:pPr>
        <w:jc w:val="right"/>
      </w:pPr>
      <w:r>
        <w:t>تو ان کی زبانوں میں ترجمے لے لیجئے، ان کی انڈرسٹینڈیبل لینگویج میں، اور اس کو پہنچائیے، پہنچائیے، پہنچائیے۔</w:t>
      </w:r>
    </w:p>
    <w:p>
      <w:r>
        <w:rPr>
          <w:b/>
        </w:rPr>
        <w:t xml:space="preserve">[28:28] </w:t>
      </w:r>
      <w:r>
        <w:t>to yeh ek yeh ek</w:t>
      </w:r>
    </w:p>
    <w:p>
      <w:pPr>
        <w:jc w:val="right"/>
      </w:pPr>
      <w:r>
        <w:t>تو یہ ایک یہ ایک</w:t>
      </w:r>
    </w:p>
    <w:p>
      <w:r>
        <w:rPr>
          <w:b/>
        </w:rPr>
        <w:t xml:space="preserve">[28:34] </w:t>
      </w:r>
      <w:r>
        <w:t>expansion hoga jo hote hote pahunch jayega sare alam tak.</w:t>
      </w:r>
    </w:p>
    <w:p>
      <w:pPr>
        <w:jc w:val="right"/>
      </w:pPr>
      <w:r>
        <w:t>ایکسپینشن ہوگا جو ہوتے ہوتے پہنچ جائے گا سارے عالم تک۔</w:t>
      </w:r>
    </w:p>
    <w:p>
      <w:r>
        <w:rPr>
          <w:b/>
        </w:rPr>
        <w:t xml:space="preserve">[28:46] </w:t>
      </w:r>
      <w:r>
        <w:t>yeh hai dawat. dawat ka matlab hai ke logon ke dilon mein</w:t>
      </w:r>
    </w:p>
    <w:p>
      <w:pPr>
        <w:jc w:val="right"/>
      </w:pPr>
      <w:r>
        <w:t>یہ ہے دعوت۔ دعوت کا مطلب ہے کہ لوگوں کے دلوں میں</w:t>
      </w:r>
    </w:p>
    <w:p>
      <w:r>
        <w:rPr>
          <w:b/>
        </w:rPr>
        <w:t xml:space="preserve">[28:55] </w:t>
      </w:r>
      <w:r>
        <w:t>speed bharna, speed bharna,</w:t>
      </w:r>
    </w:p>
    <w:p>
      <w:pPr>
        <w:jc w:val="right"/>
      </w:pPr>
      <w:r>
        <w:t>اسپیڈ بھرنا، اسپیڈ بھرنا،</w:t>
      </w:r>
    </w:p>
    <w:p>
      <w:r>
        <w:rPr>
          <w:b/>
        </w:rPr>
        <w:t xml:space="preserve">[29:03] </w:t>
      </w:r>
      <w:r>
        <w:t>aur phir woh chhod dena duniya mein. jahan chahe jao, tumhare sath tumhari speed rahegi, aur jahan tum dekho ge kuch insan hain</w:t>
      </w:r>
    </w:p>
    <w:p>
      <w:pPr>
        <w:jc w:val="right"/>
      </w:pPr>
      <w:r>
        <w:t>اور پھر وہ چھوڑ دینا دنیا میں۔ جہاں چاہے جاؤ، تمہارے ساتھ تمہاری اسپیڈ رہے گی، اور جہاں تم دیکھو گے کچھ انسان ہیں</w:t>
      </w:r>
    </w:p>
    <w:p>
      <w:r>
        <w:rPr>
          <w:b/>
        </w:rPr>
        <w:t xml:space="preserve">[29:18] </w:t>
      </w:r>
      <w:r>
        <w:t>to bas wahan aap apna kaam shuru kar denge.</w:t>
      </w:r>
    </w:p>
    <w:p>
      <w:pPr>
        <w:jc w:val="right"/>
      </w:pPr>
      <w:r>
        <w:t>تو بس وہاں آپ اپنا کام شروع کر دیں گے۔</w:t>
      </w:r>
    </w:p>
    <w:p>
      <w:r>
        <w:rPr>
          <w:b/>
        </w:rPr>
        <w:t xml:space="preserve">[29:27] </w:t>
      </w:r>
      <w:r>
        <w:t>maine ek kitab padhi thi, christian missionary ki logon ki kahaniyan.</w:t>
      </w:r>
    </w:p>
    <w:p>
      <w:pPr>
        <w:jc w:val="right"/>
      </w:pPr>
      <w:r>
        <w:t>میں نے ایک کتاب پڑھی تھی، کرسچن مشنری کی لوگوں کی کہانیاں۔</w:t>
      </w:r>
    </w:p>
    <w:p>
      <w:r>
        <w:rPr>
          <w:b/>
        </w:rPr>
        <w:t xml:space="preserve">[29:37] </w:t>
      </w:r>
      <w:r>
        <w:t>to</w:t>
      </w:r>
    </w:p>
    <w:p>
      <w:pPr>
        <w:jc w:val="right"/>
      </w:pPr>
      <w:r>
        <w:t>تو</w:t>
      </w:r>
    </w:p>
    <w:p>
      <w:r>
        <w:rPr>
          <w:b/>
        </w:rPr>
        <w:t xml:space="preserve">[29:42] </w:t>
      </w:r>
      <w:r>
        <w:t>aik aik bohat bara peero ke ilaqay mein bohat bara jangla hai, jis mein</w:t>
      </w:r>
    </w:p>
    <w:p>
      <w:pPr>
        <w:jc w:val="right"/>
      </w:pPr>
      <w:r>
        <w:t>ایک ایک بہت بڑا پیرو کے علاقے میں بہت بڑا جنگل ہے، جس میں</w:t>
      </w:r>
    </w:p>
    <w:p>
      <w:r>
        <w:rPr>
          <w:b/>
        </w:rPr>
        <w:t xml:space="preserve">[29:53] </w:t>
      </w:r>
      <w:r>
        <w:t>is zamane ke log rehte hain jab dunya mein civilization nahi aai thi. shayad ab na ho, lekin is zamane mein thay woh log.</w:t>
      </w:r>
    </w:p>
    <w:p>
      <w:pPr>
        <w:jc w:val="right"/>
      </w:pPr>
      <w:r>
        <w:t>اس زمانے کے لوگ رہتے ہیں جب دنیا میں سیو ایشن نہیں آئی تھی۔ شاید اب نہ ہو، لیکن اس زمانے میں تھے وہ لوگ۔</w:t>
      </w:r>
    </w:p>
    <w:p>
      <w:r>
        <w:rPr>
          <w:b/>
        </w:rPr>
        <w:t xml:space="preserve">[30:05] </w:t>
      </w:r>
      <w:r>
        <w:t>to Christian logon ko yeh khayal hua ke wahan par hum pohanchayen Bible ka message.</w:t>
      </w:r>
    </w:p>
    <w:p>
      <w:pPr>
        <w:jc w:val="right"/>
      </w:pPr>
      <w:r>
        <w:t>تو کرسچن لوگوں کو یہ خیال ہوا کہ وہاں پر ہم پہنچائیں بائبل کا میسج۔</w:t>
      </w:r>
    </w:p>
    <w:p>
      <w:r>
        <w:rPr>
          <w:b/>
        </w:rPr>
        <w:t xml:space="preserve">[30:16] </w:t>
      </w:r>
      <w:r>
        <w:t>to unhon ne kuch logon ko bheja peero ke un janglon mein ke ja ke dekho ke wahan kya mamla hai, hum ko batao.</w:t>
      </w:r>
    </w:p>
    <w:p>
      <w:pPr>
        <w:jc w:val="right"/>
      </w:pPr>
      <w:r>
        <w:t>تو انہوں نے کچھ لوگوں کو بھیجا پیرو کے ان جنگلوں میں کہ جا کے دیکھو کہ وہاں کیا معاملہ ہے، ہم کو بتاؤ۔</w:t>
      </w:r>
    </w:p>
    <w:p>
      <w:r>
        <w:rPr>
          <w:b/>
        </w:rPr>
        <w:t xml:space="preserve">[30:26] </w:t>
      </w:r>
      <w:r>
        <w:t>to woh gaye, unhon ne dekha, wapas aaye to unhon ne kaha ke wahan to</w:t>
      </w:r>
    </w:p>
    <w:p>
      <w:pPr>
        <w:jc w:val="right"/>
      </w:pPr>
      <w:r>
        <w:t>تو وہ گئے، انہوں نے دیکھا، واپس آئے تو انہوں نے کہا کہ وہاں تو</w:t>
      </w:r>
    </w:p>
    <w:p>
      <w:r>
        <w:rPr>
          <w:b/>
        </w:rPr>
        <w:t xml:space="preserve">[30:35] </w:t>
      </w:r>
      <w:r>
        <w:t>machar hai, makhi hai, jangli janwar hain, yeh hai, woh hai. to jab woh report de rahe thay to aik Christian chila kar bola,</w:t>
      </w:r>
    </w:p>
    <w:p>
      <w:pPr>
        <w:jc w:val="right"/>
      </w:pPr>
      <w:r>
        <w:t>مچھر ہے، مکھی ہے، جنگلی جانور ہیں، یہ ہے، وہ ہے۔ تو جب وہ رپورٹ دے رہے تھے تو ایک کرسچن چلا کر بولا،</w:t>
      </w:r>
    </w:p>
    <w:p>
      <w:r>
        <w:rPr>
          <w:b/>
        </w:rPr>
        <w:t xml:space="preserve">[30:51] </w:t>
      </w:r>
      <w:r>
        <w:t>"arey bhai, is ko chodo, yeh batao ke wahan insan hain?" to unhon ne kaha, "haan, insan to hain." to us ne kaha ke "bas, to hamara</w:t>
      </w:r>
    </w:p>
    <w:p>
      <w:pPr>
        <w:jc w:val="right"/>
      </w:pPr>
      <w:r>
        <w:t>"ارے بھئی، اس کو چھوڑو، یہ بتاؤ کہ وہاں انسان ہیں؟" تو انہوں نے کہا، "ہاں، انسان تو ہیں۔" تو اس نے کہا کہ "بس، تو ہمارا</w:t>
      </w:r>
    </w:p>
    <w:p>
      <w:r>
        <w:rPr>
          <w:b/>
        </w:rPr>
        <w:t xml:space="preserve">[31:06] </w:t>
      </w:r>
      <w:r>
        <w:t>mission hamein maloom ho gaya, hum jayen ge wahan aur un ko pohanchayen ge." to woh wahan gaye, aur yahan tak kiya unhon ne ke un ki zuban jo thi, aik jangli zuban thi, un ki koi woh tehriri zuban nahi thi, aise kuch bolte thay.</w:t>
      </w:r>
    </w:p>
    <w:p>
      <w:pPr>
        <w:jc w:val="right"/>
      </w:pPr>
      <w:r>
        <w:t>مشن ہمیں معلوم ہو گیا، ہم جائیں گے وہاں اور ان کو پہنچائیں گے۔" تو وہ وہاں گئے، اور یہاں تک کیا انہوں نے کہ ان کی زبان جو تھی، ایک جنگلی زبان تھی، ان کی کوئی وہ تحریری زبان نہیں تھی، ایسے کچھ بولتے تھے۔</w:t>
      </w:r>
    </w:p>
    <w:p>
      <w:r>
        <w:rPr>
          <w:b/>
        </w:rPr>
        <w:t xml:space="preserve">[31:24] </w:t>
      </w:r>
      <w:r>
        <w:t>is zuban ko unhon ne seekha, is zuban ki grammar tayyar ki, is zuban ki is dhala, is mein unhon ne</w:t>
      </w:r>
    </w:p>
    <w:p>
      <w:pPr>
        <w:jc w:val="right"/>
      </w:pPr>
      <w:r>
        <w:t>اس زبان کو انہوں نے سیکھا، اس زبان کی گریمر تیار کی، اس زبان کی اس ڈھالا، اس میں انہوں نے</w:t>
      </w:r>
    </w:p>
    <w:p>
      <w:r>
        <w:rPr>
          <w:b/>
        </w:rPr>
        <w:t xml:space="preserve">[31:40] </w:t>
      </w:r>
      <w:r>
        <w:t>tehriri zuban banaya, aur phir unhon ne chhapa Bible is zuban mein, aur wahan pohanchaya. to hamare aap ke andar yeh speed paida ho jaye.</w:t>
      </w:r>
    </w:p>
    <w:p>
      <w:pPr>
        <w:jc w:val="right"/>
      </w:pPr>
      <w:r>
        <w:t>تحریری زبان بنایا، اور پھر انہوں نے چھاپا بائبل اس زبان میں، اور وہاں پہنچایا۔ تو ہمارے آپ کے اندر یہ اسپیڈ پیدا ہو جائے۔</w:t>
      </w:r>
    </w:p>
    <w:p>
      <w:r>
        <w:rPr>
          <w:b/>
        </w:rPr>
        <w:t xml:space="preserve">[31:55] </w:t>
      </w:r>
      <w:r>
        <w:t>teesri ka naam dawat hai.</w:t>
      </w:r>
    </w:p>
    <w:p>
      <w:pPr>
        <w:jc w:val="right"/>
      </w:pPr>
      <w:r>
        <w:t>تیسری کا نام دعوت ہے۔</w:t>
      </w:r>
    </w:p>
    <w:p>
      <w:r>
        <w:rPr>
          <w:b/>
        </w:rPr>
        <w:t xml:space="preserve">[32:00] </w:t>
      </w:r>
      <w:r>
        <w:t>hamare aap ke andar agar speed paida ho jaye to isi ka naam dawat hai. dekhiye, kitabon mein jo waqiat hain, ghazwa ke naam se, jihad ke naam se, sariya ke naam se, woh sab dawat ke waqiat hain.</w:t>
      </w:r>
    </w:p>
    <w:p>
      <w:pPr>
        <w:jc w:val="right"/>
      </w:pPr>
      <w:r>
        <w:t>ہمارے آپ کے اندر اگر اسپیڈ پیدا ہو جائے تو اسی کا نام دعوت ہے۔ دیکھیے، کتابوں میں جو واقعات ہیں، غزوہ کے نام سے، جہاد کے نام سے، سریہ کے نام سے، وہ سب دعوت کے واقعات ہیں۔</w:t>
      </w:r>
    </w:p>
    <w:p>
      <w:r>
        <w:rPr>
          <w:b/>
        </w:rPr>
        <w:t xml:space="preserve">[32:19] </w:t>
      </w:r>
      <w:r>
        <w:t>har jihad ka waqia dawat ka waqia hai. chounke is zamane mein</w:t>
      </w:r>
    </w:p>
    <w:p>
      <w:pPr>
        <w:jc w:val="right"/>
      </w:pPr>
      <w:r>
        <w:t>ہر جہاد کا واقعہ دعوت کا واقعہ ہے۔ چونکہ اس زمانے میں</w:t>
      </w:r>
    </w:p>
    <w:p>
      <w:r>
        <w:rPr>
          <w:b/>
        </w:rPr>
        <w:t xml:space="preserve">[32:30] </w:t>
      </w:r>
      <w:r>
        <w:t>ab sirf self defence ke liye aap ko kuch hathiyar rakhna parta tha, aaj kal ke zamane mein is ki zaroorat nahi parti.</w:t>
      </w:r>
    </w:p>
    <w:p>
      <w:pPr>
        <w:jc w:val="right"/>
      </w:pPr>
      <w:r>
        <w:t>اب صرف سیلف ڈیفنس کے لیے آپ کو کچھ ہتھیار رکھنا پڑتا تھا، آج کل کے زمانے میں اس کی ضرورت نہیں پڑتی۔</w:t>
      </w:r>
    </w:p>
    <w:p>
      <w:r>
        <w:rPr>
          <w:b/>
        </w:rPr>
        <w:t xml:space="preserve">[32:41] </w:t>
      </w:r>
      <w:r>
        <w:t>aap jahan bhi jaiye, aap mehfooz hain. is zamane mein aisa nahi hota tha. is liye jab nikalte thay log to unhein rakhna parta tha self defence ke liye kuch hathiyar.</w:t>
      </w:r>
    </w:p>
    <w:p>
      <w:pPr>
        <w:jc w:val="right"/>
      </w:pPr>
      <w:r>
        <w:t>آپ جہاں بھی جائیے، آپ محفوظ ہیں۔ اس زمانے میں ایسا نہیں ہوتا تھا۔ اس لیے جب نکلتے تھے لوگ تو انہیں رکھنا پڑتا تھا سیلف ڈیفنس کے لیے کچھ ہتھیار۔</w:t>
      </w:r>
    </w:p>
    <w:p>
      <w:r>
        <w:rPr>
          <w:b/>
        </w:rPr>
        <w:t xml:space="preserve">[33:00] </w:t>
      </w:r>
      <w:r>
        <w:t>to logon ne samajh liya ke yeh musallah jihad tha. kuch nahi, jihad ke sare waqiat jo hain, tabligh ke dawat ke waqiat hain.</w:t>
      </w:r>
    </w:p>
    <w:p>
      <w:pPr>
        <w:jc w:val="right"/>
      </w:pPr>
      <w:r>
        <w:t>تو لوگوں نے سمجھ لیا کہ یہ مسلح جہاد تھا۔ کچھ نہیں، جہاد کے سارے واقعات جو ہیں، تبلیغ کے دعوت کے واقعات ہیں۔</w:t>
      </w:r>
    </w:p>
    <w:p>
      <w:r>
        <w:rPr>
          <w:b/>
        </w:rPr>
        <w:t xml:space="preserve">[33:17] </w:t>
      </w:r>
      <w:r>
        <w:t>zamane ke zamani asbab se wahan par kuch jharpein huin, kuch is ke masle huwe, bas yeh huwa.</w:t>
      </w:r>
    </w:p>
    <w:p>
      <w:pPr>
        <w:jc w:val="right"/>
      </w:pPr>
      <w:r>
        <w:t>زمانے کے زمانی اسباب سے وہاں پر کچھ جھڑپیں ہوئیں، کچھ اس کے مسئلے ہوئے، بس یہ ہوا۔</w:t>
      </w:r>
    </w:p>
    <w:p>
      <w:r>
        <w:rPr>
          <w:b/>
        </w:rPr>
        <w:t xml:space="preserve">[33:30] </w:t>
      </w:r>
      <w:r>
        <w:t>tamam sahaba ka Rasool Allah ka mission jo tha, woh dawat tha.</w:t>
      </w:r>
    </w:p>
    <w:p>
      <w:pPr>
        <w:jc w:val="right"/>
      </w:pPr>
      <w:r>
        <w:t>تمام صحابہ کا رسول اللہ کا مشن جو تھا، وہ دعوت تھا۔</w:t>
      </w:r>
    </w:p>
    <w:p>
      <w:r>
        <w:rPr>
          <w:b/>
        </w:rPr>
        <w:t xml:space="preserve">[33:37] </w:t>
      </w:r>
      <w:r>
        <w:t>age factor se kahin kahin kuch is ke masle huwi hain. ab woh age factor khatam ho gaya. ab na koi ladai hai, ladai hai, na aap ko talwar rakhna hai.</w:t>
      </w:r>
    </w:p>
    <w:p>
      <w:pPr>
        <w:jc w:val="right"/>
      </w:pPr>
      <w:r>
        <w:t>ایج فیکٹر سے کہیں کہیں کچھ اس کے مسئلے ہوئی ہیں۔ اب وہ ایج فیکٹر ختم ہو گیا۔ اب نہ کوئی لڑائی ہے، لڑائی ہے، نہ آپ کو تلوار رکھنا ہے۔</w:t>
      </w:r>
    </w:p>
    <w:p>
      <w:r>
        <w:rPr>
          <w:b/>
        </w:rPr>
        <w:t xml:space="preserve">[33:50] </w:t>
      </w:r>
      <w:r>
        <w:t>har jagah aap mehfooz hain, har jagah bas travel document aap ke paas ho.</w:t>
      </w:r>
    </w:p>
    <w:p>
      <w:pPr>
        <w:jc w:val="right"/>
      </w:pPr>
      <w:r>
        <w:t>ہر جگہ آپ محفوظ ہیں، ہر جگہ بس ٹریول ڈاکومنٹ آپ کے پاس ہوں۔</w:t>
      </w:r>
    </w:p>
    <w:p>
      <w:r>
        <w:rPr>
          <w:b/>
        </w:rPr>
        <w:t xml:space="preserve">[33:59] </w:t>
      </w:r>
      <w:r>
        <w:t>to poora ka poora age aap ki aap ki help par hai, poora ka poora age aap ki help par hai.</w:t>
      </w:r>
    </w:p>
    <w:p>
      <w:pPr>
        <w:jc w:val="right"/>
      </w:pPr>
      <w:r>
        <w:t>تو پورا کا پورا ایج آپ کی آپ کی ہیلپ پر ہے، پورا کا پورا ایج آپ کی ہیلپ پر ہے۔</w:t>
      </w:r>
    </w:p>
    <w:p>
      <w:r>
        <w:rPr>
          <w:b/>
        </w:rPr>
        <w:t xml:space="preserve">[34:14] </w:t>
      </w:r>
      <w:r>
        <w:t>har zuban mein indicator tayyar kijiye.</w:t>
      </w:r>
    </w:p>
    <w:p>
      <w:pPr>
        <w:jc w:val="right"/>
      </w:pPr>
      <w:r>
        <w:t>ہر زبان میں انڈیکیٹر تیار کیجئے۔</w:t>
      </w:r>
    </w:p>
    <w:p>
      <w:r>
        <w:rPr>
          <w:b/>
        </w:rPr>
        <w:t xml:space="preserve">[34:20] </w:t>
      </w:r>
      <w:r>
        <w:t>aur to Islam ki jo scheme thi, woh yeh thi ke rozmarra ki activities bhi mein dawat ko shamil kar dena,</w:t>
      </w:r>
    </w:p>
    <w:p>
      <w:pPr>
        <w:jc w:val="right"/>
      </w:pPr>
      <w:r>
        <w:t>اور تو اسلام کی جو اسکیم تھی، وہ یہ تھی کہ روزمرہ کی ایکٹیویٹیز بھی میں دعوت کو شامل کر دینا،</w:t>
      </w:r>
    </w:p>
    <w:p>
      <w:r>
        <w:rPr>
          <w:b/>
        </w:rPr>
        <w:t xml:space="preserve">[34:39] </w:t>
      </w:r>
      <w:r>
        <w:t>ya aap ki daily activities hain, usi mein dawat ko shamil kar dena.</w:t>
      </w:r>
    </w:p>
    <w:p>
      <w:pPr>
        <w:jc w:val="right"/>
      </w:pPr>
      <w:r>
        <w:t>یا آپ کی ڈیلی ایکٹیویٹیز ہیں، اسی میں دعوت کو شامل کر دینا۔</w:t>
      </w:r>
    </w:p>
    <w:p>
      <w:r>
        <w:rPr>
          <w:b/>
        </w:rPr>
        <w:t xml:space="preserve">[34:48] </w:t>
      </w:r>
      <w:r>
        <w:t>to yeh karna hai aap ko ke jo log idhar udhar gaye hain, bazahir koi gaya hai parhne ke liye, koi gaya hai business ke liye, koi gaya hai service ke liye, to jaane dijiye un ko jo bhi ya jis.</w:t>
      </w:r>
    </w:p>
    <w:p>
      <w:pPr>
        <w:jc w:val="right"/>
      </w:pPr>
      <w:r>
        <w:t>تو یہ کرنا ہے آپ کو کہ جو لوگ ادھر ادھر گئے ہیں، بظاہر کوئی گیا ہے پڑھنے کے لیے، کوئی گیا ہے بزنس کے لیے، کوئی گیا ہے سروس کے لیے، تو جانے دیجئے ان کو جو بھی یا جس۔</w:t>
      </w:r>
    </w:p>
    <w:p>
      <w:r>
        <w:rPr>
          <w:b/>
        </w:rPr>
        <w:t xml:space="preserve">[35:04] </w:t>
      </w:r>
      <w:r>
        <w:t>lekin is ko fazl al qasab mat kahiye.</w:t>
      </w:r>
    </w:p>
    <w:p>
      <w:pPr>
        <w:jc w:val="right"/>
      </w:pPr>
      <w:r>
        <w:t>لیکن اس کو فضل القصب مت کہیے۔</w:t>
      </w:r>
    </w:p>
    <w:p>
      <w:r>
        <w:rPr>
          <w:b/>
        </w:rPr>
        <w:t xml:space="preserve">[35:11] </w:t>
      </w:r>
      <w:r>
        <w:t>to aadmi samjhe ke bas ab main qasab ke liye hoon. is ki speed bhar dijiye ke woh qasab ke aitbaar se kuch bhi kare, karne dijiye is ko.</w:t>
      </w:r>
    </w:p>
    <w:p>
      <w:pPr>
        <w:jc w:val="right"/>
      </w:pPr>
      <w:r>
        <w:t>تو آدمی سمجھے کہ بس اب میں قصب کے لیے ہوں۔ اس کی اسپیڈ بھر دیجئے کہ وہ قصب کے اعتبار سے کچھ بھی کرے، کرنے دیجئے اس کو۔</w:t>
      </w:r>
    </w:p>
    <w:p>
      <w:r>
        <w:rPr>
          <w:b/>
        </w:rPr>
        <w:t xml:space="preserve">[35:27] </w:t>
      </w:r>
      <w:r>
        <w:t>is ka speed bhari hui ho dawat ki. to qasab to kare ga apne zaroorat ke liye, apni need ke liye, lekin is ka jo mission hoga, mission mission to wohi hoga,</w:t>
      </w:r>
    </w:p>
    <w:p>
      <w:pPr>
        <w:jc w:val="right"/>
      </w:pPr>
      <w:r>
        <w:t>اس کا اسپیڈ بھری ہوئی ہو دعوت کی۔ تو قصب تو کرے گا اپنے ضرورت کے لیے، اپنی نیڈ کے لیے، لیکن اس کا جو مشن ہوگا، مشن مشن تو وہی ہوگا،</w:t>
      </w:r>
    </w:p>
    <w:p>
      <w:r>
        <w:rPr>
          <w:b/>
        </w:rPr>
        <w:t xml:space="preserve">[35:45] </w:t>
      </w:r>
      <w:r>
        <w:t>pohanchana, pohanchana, pohanchana, pohanchana ke jo kitab Allah ne bheji hai, is ko lakon lil alameen nazeera hona hai, sare alam pohanchana hai is ko.</w:t>
      </w:r>
    </w:p>
    <w:p>
      <w:pPr>
        <w:jc w:val="right"/>
      </w:pPr>
      <w:r>
        <w:t>پہنچانا، پہنچانا، پہنچانا، پہنچانا کہ جو کتاب اللہ نے بھیجی ہے، اس کو لیکون للعالمین نذیرہ ہونا ہے، سارے عالم پہنچنا ہے اس کو۔</w:t>
      </w:r>
    </w:p>
    <w:p>
      <w:r>
        <w:rPr>
          <w:b/>
        </w:rPr>
        <w:t xml:space="preserve">[36:00] </w:t>
      </w:r>
      <w:r>
        <w:t>to aap deewar war pohanchayenge, kuch bhi karenge, aap is ke sath sath yeh kaam karte rahenge pohanchane ka.</w:t>
      </w:r>
    </w:p>
    <w:p>
      <w:pPr>
        <w:jc w:val="right"/>
      </w:pPr>
      <w:r>
        <w:t>تو آپ دیوار وار پہنچائیں گے، کچھ بھی کریں گے، آپ اس کے ساتھ ساتھ یہ کام کرتے رہیں گے پہنچانے کا۔</w:t>
      </w:r>
    </w:p>
    <w:p>
      <w:r>
        <w:rPr>
          <w:b/>
        </w:rPr>
        <w:t xml:space="preserve">[36:13] </w:t>
      </w:r>
      <w:r>
        <w:t>agar aap speed bharte raho in ke andar aur logon ko batayen</w:t>
      </w:r>
    </w:p>
    <w:p>
      <w:pPr>
        <w:jc w:val="right"/>
      </w:pPr>
      <w:r>
        <w:t>اگر آپ اسپیڈ بھرتے رہو ان کے اندر اور لوگوں کو بتائیں</w:t>
      </w:r>
    </w:p>
    <w:p>
      <w:r>
        <w:rPr>
          <w:b/>
        </w:rPr>
        <w:t xml:space="preserve">[36:22] </w:t>
      </w:r>
      <w:r>
        <w:t>ke woh waqt aanay wala hai jab ke tum Allah ke samne khare kiye jaoge, yom yaqoomu al naasu li rabb al alameen. jab aap ka samna hoga Allah rabb al alameen se,</w:t>
      </w:r>
    </w:p>
    <w:p>
      <w:pPr>
        <w:jc w:val="right"/>
      </w:pPr>
      <w:r>
        <w:t>کہ وہ وقت آنے والا ہے جب کہ تم اللہ کے سامنے کھڑے کیے جاؤ گے، یوم یقوم الناس لرب العالمین۔ جب آپ کا سامنا ہوگا اللہ رب العالمین سے،</w:t>
      </w:r>
    </w:p>
    <w:p>
      <w:r>
        <w:rPr>
          <w:b/>
        </w:rPr>
        <w:t xml:space="preserve">[36:39] </w:t>
      </w:r>
      <w:r>
        <w:t>to is waqt</w:t>
      </w:r>
    </w:p>
    <w:p>
      <w:pPr>
        <w:jc w:val="right"/>
      </w:pPr>
      <w:r>
        <w:t>تو اس وقت</w:t>
      </w:r>
    </w:p>
    <w:p>
      <w:r>
        <w:rPr>
          <w:b/>
        </w:rPr>
        <w:t xml:space="preserve">[36:43] </w:t>
      </w:r>
      <w:r>
        <w:t>aap ko yeh kehne ke liye hona chahiye ke khuda</w:t>
      </w:r>
    </w:p>
    <w:p>
      <w:pPr>
        <w:jc w:val="right"/>
      </w:pPr>
      <w:r>
        <w:t>آپ کو یہ کہنے کے لیے ہونا چاہیے کہ خد</w:t>
      </w:r>
    </w:p>
    <w:p>
      <w:r>
        <w:rPr>
          <w:b/>
        </w:rPr>
        <w:t xml:space="preserve">[36:47] </w:t>
      </w:r>
      <w:r>
        <w:t>ya! maine tere bando tak tera kalam pohancha diya.</w:t>
      </w:r>
    </w:p>
    <w:p>
      <w:pPr>
        <w:jc w:val="right"/>
      </w:pPr>
      <w:r>
        <w:t>ایا! میں نے تیرے بندوں تک تیرا کلام پہنچا دیا۔</w:t>
      </w:r>
    </w:p>
    <w:p>
      <w:r>
        <w:rPr>
          <w:b/>
        </w:rPr>
        <w:t xml:space="preserve">[36:55] </w:t>
      </w:r>
      <w:r>
        <w:t>mujhe ek waqia yaad aata hai jo main chhapa tha risale mein jammu ka</w:t>
      </w:r>
    </w:p>
    <w:p>
      <w:pPr>
        <w:jc w:val="right"/>
      </w:pPr>
      <w:r>
        <w:t>مجھے ایک واقعہ یاد آتا ہے جو میں چھاپا تھا رسالے میں جموں کا</w:t>
      </w:r>
    </w:p>
    <w:p>
      <w:r>
        <w:rPr>
          <w:b/>
        </w:rPr>
        <w:t xml:space="preserve">[37:04] </w:t>
      </w:r>
      <w:r>
        <w:t>ke jammu ke area mein ek sahib the jo forster the. forster jangal ke area mein un ki duty hoti thi,</w:t>
      </w:r>
    </w:p>
    <w:p>
      <w:pPr>
        <w:jc w:val="right"/>
      </w:pPr>
      <w:r>
        <w:t>کہ جموں کے ایریا میں ایک صاحب تھے جو فارسٹر تھے۔ فارسٹر جنگل کے ایریا میں ان کی ڈیوٹی ہوتی تھی،</w:t>
      </w:r>
    </w:p>
    <w:p>
      <w:r>
        <w:rPr>
          <w:b/>
        </w:rPr>
        <w:t xml:space="preserve">[37:17] </w:t>
      </w:r>
      <w:r>
        <w:t>to wahan jatay the, phir lotatay the apne ghar sham ko aksar. to kuch bachon ke liye kuch le atay the, chocolate waghera.</w:t>
      </w:r>
    </w:p>
    <w:p>
      <w:pPr>
        <w:jc w:val="right"/>
      </w:pPr>
      <w:r>
        <w:t>تو وہاں جاتے تھے، پھر لوٹتے تھے اپنے گھر شام کو اکثر۔ تو کچھ بچوں کے لیے کچھ لے آتے تھے، چاکلیٹ وغیرہ۔</w:t>
      </w:r>
    </w:p>
    <w:p>
      <w:r>
        <w:rPr>
          <w:b/>
        </w:rPr>
        <w:t xml:space="preserve">[37:30] </w:t>
      </w:r>
      <w:r>
        <w:t>to ek bar yeh hua ke woh sham ko lotay to chotay bachay ne un se poocha, "hamari kya laye?"</w:t>
      </w:r>
    </w:p>
    <w:p>
      <w:pPr>
        <w:jc w:val="right"/>
      </w:pPr>
      <w:r>
        <w:t>تو ایک بار یہ ہوا کہ وہ شام کو لوٹے تو چھوٹے بچے نے ان سے پوچھا، "ہماری کیا لائے؟"</w:t>
      </w:r>
    </w:p>
    <w:p>
      <w:r>
        <w:rPr>
          <w:b/>
        </w:rPr>
        <w:t xml:space="preserve">[37:45] </w:t>
      </w:r>
      <w:r>
        <w:t>to us din unhon ne kaha ke bhai, aaj to kuch nahi laya main.</w:t>
      </w:r>
    </w:p>
    <w:p>
      <w:pPr>
        <w:jc w:val="right"/>
      </w:pPr>
      <w:r>
        <w:t>تو اس دن انہوں نے کہا کہ بھئی، آج تو کچھ نہیں لایا میں۔</w:t>
      </w:r>
    </w:p>
    <w:p>
      <w:r>
        <w:rPr>
          <w:b/>
        </w:rPr>
        <w:t xml:space="preserve">[37:51] </w:t>
      </w:r>
      <w:r>
        <w:t>to us bachay ne kaha ke jab tum kuch nahi laye hamare liye to aaye kyun?</w:t>
      </w:r>
    </w:p>
    <w:p>
      <w:pPr>
        <w:jc w:val="right"/>
      </w:pPr>
      <w:r>
        <w:t>تو اس بچے نے کہا کہ جب تم کچھ نہیں لائے ہمارے لیے تو آئے کیوں؟</w:t>
      </w:r>
    </w:p>
    <w:p>
      <w:r>
        <w:rPr>
          <w:b/>
        </w:rPr>
        <w:t xml:space="preserve">[38:01] </w:t>
      </w:r>
      <w:r>
        <w:t>jab tum hamare liye kuch nahi laye to aaye kyun yahan? to aap yeh sochen ke agar qayamat mein Allah rabb al alameen pooche aur aap ke paas yeh kehne ko na ho ke aap kya laye hain, kya kar ke wahan pohanchay hain,</w:t>
      </w:r>
    </w:p>
    <w:p>
      <w:pPr>
        <w:jc w:val="right"/>
      </w:pPr>
      <w:r>
        <w:t>جب تم ہمارے لیے کچھ نہیں لائے تو آئے کیوں یہاں؟ تو آپ یہ سوچیں کہ اگر قیامت میں اللہ رب العالمین پوچھے اور آپ کے پاس یہ کہنے کو نہ ہو کہ آپ کیا لائے ہیں، کیا کر کے وہاں پہنچے ہیں،</w:t>
      </w:r>
    </w:p>
    <w:p>
      <w:r>
        <w:rPr>
          <w:b/>
        </w:rPr>
        <w:t xml:space="preserve">[38:25] </w:t>
      </w:r>
      <w:r>
        <w:t>yeh kehne ko na ho to aap bataiye ke woh sharmindagi, sharmindagi ka kitna ajeeb lamha hoga.</w:t>
      </w:r>
    </w:p>
    <w:p>
      <w:pPr>
        <w:jc w:val="right"/>
      </w:pPr>
      <w:r>
        <w:t>یہ کہنے کو نہ ہو تو آپ بتائیے کہ وہ شرمندگی، شرمندگی کا کتنا عجیب لمحہ ہوگا۔</w:t>
      </w:r>
    </w:p>
    <w:p>
      <w:r>
        <w:rPr>
          <w:b/>
        </w:rPr>
        <w:t xml:space="preserve">[38:34] </w:t>
      </w:r>
      <w:r>
        <w:t>aap sain ki zameen phat jao, main garh jaoon is mein.</w:t>
      </w:r>
    </w:p>
    <w:p>
      <w:pPr>
        <w:jc w:val="right"/>
      </w:pPr>
      <w:r>
        <w:t>آپ سائیں کی زمین پھٹ جاؤ، میں گڑھ جاؤں اس میں۔</w:t>
      </w:r>
    </w:p>
    <w:p>
      <w:r>
        <w:rPr>
          <w:b/>
        </w:rPr>
        <w:t xml:space="preserve">[38:42] </w:t>
      </w:r>
      <w:r>
        <w:t>to us din aap ke paas kehne ke liye hona chahiye</w:t>
      </w:r>
    </w:p>
    <w:p>
      <w:pPr>
        <w:jc w:val="right"/>
      </w:pPr>
      <w:r>
        <w:t>تو اس دن آپ کے پاس کہنے کے لیے ہونا چاہیے</w:t>
      </w:r>
    </w:p>
    <w:p>
      <w:r>
        <w:rPr>
          <w:b/>
        </w:rPr>
        <w:t xml:space="preserve">[38:46] </w:t>
      </w:r>
      <w:r>
        <w:t>ke khuda ya! maine tera paigham sare alam tak pohancha diya. is process ka main part ban gaya jo tha lakon lil alameen nazeera.</w:t>
      </w:r>
    </w:p>
    <w:p>
      <w:pPr>
        <w:jc w:val="right"/>
      </w:pPr>
      <w:r>
        <w:t>کہ خدایا! میں نے تیرا پیغام سارے عالم تک پہنچا دیا۔ اس پروسیس کا میں پارٹ بن گیا جو تھا لیکون للعالمین نذیرہ۔</w:t>
      </w:r>
    </w:p>
    <w:p>
      <w:r>
        <w:rPr>
          <w:b/>
        </w:rPr>
        <w:t xml:space="preserve">[38:56] </w:t>
      </w:r>
      <w:r>
        <w:t>yeh ek process tha poori history mein. to main hi is historical process ka part bana. jahan gaya, wahan yeh kaam kiya.</w:t>
      </w:r>
    </w:p>
    <w:p>
      <w:pPr>
        <w:jc w:val="right"/>
      </w:pPr>
      <w:r>
        <w:t>یہ ایک پروسیس تھا پوری ہسٹری میں۔ تو میں ہی اس ہسٹاریکل پروسیس کا پارٹ بنا۔ جہاں گیا، وہاں یہ کام کیا۔</w:t>
      </w:r>
    </w:p>
    <w:p>
      <w:r>
        <w:rPr>
          <w:b/>
        </w:rPr>
        <w:t xml:space="preserve">[39:06] </w:t>
      </w:r>
      <w:r>
        <w:t>jahan gaya, wohi kaam kiya.</w:t>
      </w:r>
    </w:p>
    <w:p>
      <w:pPr>
        <w:jc w:val="right"/>
      </w:pPr>
      <w:r>
        <w:t>جہاں گیا، وہی کام کیا۔</w:t>
      </w:r>
    </w:p>
    <w:p>
      <w:r>
        <w:rPr>
          <w:b/>
        </w:rPr>
        <w:t xml:space="preserve">[39:13] </w:t>
      </w:r>
      <w:r>
        <w:t>yeh speed bharna hai.</w:t>
      </w:r>
    </w:p>
    <w:p>
      <w:pPr>
        <w:jc w:val="right"/>
      </w:pPr>
      <w:r>
        <w:t>یہ اسپیڈ بھرنا ہے۔</w:t>
      </w:r>
    </w:p>
    <w:p>
      <w:r>
        <w:rPr>
          <w:b/>
        </w:rPr>
        <w:t xml:space="preserve">[39:17] </w:t>
      </w:r>
      <w:r>
        <w:t>hamara kaam hai is yeh speed bharna logon ke andar.</w:t>
      </w:r>
    </w:p>
    <w:p>
      <w:pPr>
        <w:jc w:val="right"/>
      </w:pPr>
      <w:r>
        <w:t>ہمارا کام ہے اس یہ اسپیڈ بھرنا لوگوں کے اندر۔</w:t>
      </w:r>
    </w:p>
    <w:p>
      <w:r>
        <w:rPr>
          <w:b/>
        </w:rPr>
        <w:t xml:space="preserve">[39:26] </w:t>
      </w:r>
      <w:r>
        <w:t>yeh bombay ke sajjad sajid anwar sahib ko raat ko yaad aaya in ko</w:t>
      </w:r>
    </w:p>
    <w:p>
      <w:pPr>
        <w:jc w:val="right"/>
      </w:pPr>
      <w:r>
        <w:t>یہ بمبئی کے سجاد ساجد انور صاحب کو رات کو یاد آیا ان کو</w:t>
      </w:r>
    </w:p>
    <w:p>
      <w:r>
        <w:rPr>
          <w:b/>
        </w:rPr>
        <w:t xml:space="preserve">[39:36] </w:t>
      </w:r>
      <w:r>
        <w:t>keh islam ek sense of urgency deta hai, jo karna hai, abhi kar daalo. to raat ko ja kar unhon ne naak kiya is aadmi ko jis ne quran manga tha aur pohanchaya ek ghante ke andar andar bombay mein.</w:t>
      </w:r>
    </w:p>
    <w:p>
      <w:pPr>
        <w:jc w:val="right"/>
      </w:pPr>
      <w:r>
        <w:t>کہ اسلام ایک سینس آف ارجنسی دیتا ہے، جو کرنا ہے، ابھی کر ڈالو۔ تو رات کو جا کر انہوں نے ناک کیا اس آدمی کو جس نے قرآن مانگا تھا اور پہنچایا ایک گھنٹے کے اندر اندر بمبئی میں۔</w:t>
      </w:r>
    </w:p>
    <w:p>
      <w:r>
        <w:rPr>
          <w:b/>
        </w:rPr>
        <w:t xml:space="preserve">[39:58] </w:t>
      </w:r>
      <w:r>
        <w:t>to hamara aap ka kaam yeh hai ke hum logon ke andar speed bhar dein, speed bhar dein, speed bhar dein. is ke baad woh apne aap karega kaam.</w:t>
      </w:r>
    </w:p>
    <w:p>
      <w:pPr>
        <w:jc w:val="right"/>
      </w:pPr>
      <w:r>
        <w:t>تو ہمارا آپ کا کام یہ ہے کہ ہم لوگوں کے اندر اسپیڈ بھر دیں، اسپیڈ بھر دیں، اسپیڈ بھر دیں۔ اس کے بعد وہ اپنے آپ کرے گا کام۔</w:t>
      </w:r>
    </w:p>
    <w:p>
      <w:r>
        <w:rPr>
          <w:b/>
        </w:rPr>
        <w:t xml:space="preserve">[40:07] </w:t>
      </w:r>
      <w:r>
        <w:t>aadmi jahan bhi hai, wahi jahan bhi hai, wahi.</w:t>
      </w:r>
    </w:p>
    <w:p>
      <w:pPr>
        <w:jc w:val="right"/>
      </w:pPr>
      <w:r>
        <w:t>آدمی جہاں بھی ہے، وہی جہاں بھی ہے، وہی۔</w:t>
      </w:r>
    </w:p>
    <w:p>
      <w:r>
        <w:rPr>
          <w:b/>
        </w:rPr>
        <w:t xml:space="preserve">[40:16] </w:t>
      </w:r>
      <w:r>
        <w:t>to allah ke fazl se aise log hamare haan ek team tayyar ho gayi hai. ek team tayyar ho gayi hai.</w:t>
      </w:r>
    </w:p>
    <w:p>
      <w:pPr>
        <w:jc w:val="right"/>
      </w:pPr>
      <w:r>
        <w:t>تو اللہ کے فضل سے ایسے لوگ ہمارے ہاں ایک ٹیم تیار ہو گئی ہے۔ ایک ٹیم تیار ہو گئی ہے۔</w:t>
      </w:r>
    </w:p>
    <w:p>
      <w:r>
        <w:rPr>
          <w:b/>
        </w:rPr>
        <w:t xml:space="preserve">[40:33] </w:t>
      </w:r>
      <w:r>
        <w:t>na sirf india mein balkeh bahar ke mulkon mein aise log paida ho gaye hain jis ke andar yeh yeh speed hai ke woh allah ke mission ko, allah ke paigham ko sare insanon tak pohanchayein.</w:t>
      </w:r>
    </w:p>
    <w:p>
      <w:pPr>
        <w:jc w:val="right"/>
      </w:pPr>
      <w:r>
        <w:t>نہ صرف انڈیا میں بلکہ باہر کے ملکوں میں ایسے لوگ پیدا ہوگئے ہیں جس کے اندر یہ یہ اسپیڈ ہے کہ وہ اللہ کے مشن کو، اللہ کے پیغام کو سارے انسانوں تک پہنچائیں۔</w:t>
      </w:r>
    </w:p>
    <w:p>
      <w:r>
        <w:rPr>
          <w:b/>
        </w:rPr>
        <w:t xml:space="preserve">[40:55] </w:t>
      </w:r>
      <w:r>
        <w:t>to woh process jaari hai ke likon lilalamin nazeera.</w:t>
      </w:r>
    </w:p>
    <w:p>
      <w:pPr>
        <w:jc w:val="right"/>
      </w:pPr>
      <w:r>
        <w:t>تو وہ پروسیس جاری ہے کہ لیکون للعالمین نذیرہ۔</w:t>
      </w:r>
    </w:p>
    <w:p>
      <w:r>
        <w:rPr>
          <w:b/>
        </w:rPr>
        <w:t xml:space="preserve">[41:03] </w:t>
      </w:r>
      <w:r>
        <w:t>aur inshallah ho sakta hai ke hamare aap ki zindagi mein yeh process apne culmination tak pohanch jaye.</w:t>
      </w:r>
    </w:p>
    <w:p>
      <w:pPr>
        <w:jc w:val="right"/>
      </w:pPr>
      <w:r>
        <w:t>اور انشاءاللہ ہو سکتا ہے کہ ہمارے آپ کی زندگی میں یہ پروسیس اپنے کلمیشن تک پہنچ جائے۔</w:t>
      </w:r>
    </w:p>
    <w:p>
      <w:r>
        <w:rPr>
          <w:b/>
        </w:rPr>
        <w:t xml:space="preserve">[41:14] </w:t>
      </w:r>
      <w:r>
        <w:t>ho sakta hai.</w:t>
      </w:r>
    </w:p>
    <w:p>
      <w:pPr>
        <w:jc w:val="right"/>
      </w:pPr>
      <w:r>
        <w:t>ہو سکتا ہے۔</w:t>
      </w:r>
    </w:p>
    <w:p>
      <w:r>
        <w:rPr>
          <w:b/>
        </w:rPr>
        <w:t xml:space="preserve">[41:22] </w:t>
      </w:r>
      <w:r>
        <w:t>to meri dua hai ke allah taala hum ko aap ko tofeeq de ke hum is baat ko samjhein ke duniya mein hamein dawat ki speed ke sath jeena hai.</w:t>
      </w:r>
    </w:p>
    <w:p>
      <w:pPr>
        <w:jc w:val="right"/>
      </w:pPr>
      <w:r>
        <w:t>تو میری دعا ہے کہ اللہ تعالی ہم کو آپ کو توفیق دے کہ ہم اس بات کو سمجھیں کہ دنیا میں ہمیں دعوت کی اسپیڈ کے ساتھ جینا ہے۔</w:t>
      </w:r>
    </w:p>
    <w:p>
      <w:r>
        <w:rPr>
          <w:b/>
        </w:rPr>
        <w:t xml:space="preserve">[41:34] </w:t>
      </w:r>
      <w:r>
        <w:t>kahin bhi hon, jahan bhi hon, hamein dawat ki speed ke sath jeena hai. likon lilalamin nazeera ki speed ke sath jeena hai.</w:t>
      </w:r>
    </w:p>
    <w:p>
      <w:pPr>
        <w:jc w:val="right"/>
      </w:pPr>
      <w:r>
        <w:t>کہیں بھی ہوں، جہاں بھی ہوں، ہمیں دعوت کی اسپیڈ کے ساتھ جینا ہے۔ لیکون للعالمین نذیرہ کی اسپیڈ کے ساتھ جینا ہے۔</w:t>
      </w:r>
    </w:p>
    <w:p>
      <w:r>
        <w:rPr>
          <w:b/>
        </w:rPr>
        <w:t xml:space="preserve">[41:48] </w:t>
      </w:r>
      <w:r>
        <w:t>meri dua hai ke allah taala hum sab ko is ki tofeeq de.</w:t>
      </w:r>
    </w:p>
    <w:p>
      <w:pPr>
        <w:jc w:val="right"/>
      </w:pPr>
      <w:r>
        <w:t>میری دعا ہے کہ اللہ تعالی ہم سب کو اس کی توفیق دے۔</w:t>
      </w:r>
    </w:p>
    <w:p>
      <w:r>
        <w:rPr>
          <w:b/>
        </w:rPr>
        <w:t xml:space="preserve">[41:55] </w:t>
      </w:r>
      <w:r>
        <w:t>assalam o alaikum wa rehmatullah.</w:t>
      </w:r>
    </w:p>
    <w:p>
      <w:pPr>
        <w:jc w:val="right"/>
      </w:pPr>
      <w:r>
        <w:t>السلام علیکم ورحمۃ اللہ۔</w:t>
      </w:r>
    </w:p>
    <w:p>
      <w:r>
        <w:rPr>
          <w:b/>
        </w:rPr>
        <w:t xml:space="preserve">[42:07] </w:t>
      </w:r>
      <w:r>
        <w:t>okay, so we will start with the comments and question answer session. we request the online viewers to also mention their location when they post their questions or comments.</w:t>
      </w:r>
    </w:p>
    <w:p>
      <w:pPr>
        <w:jc w:val="right"/>
      </w:pPr>
      <w:r>
        <w:t>اوکے، سو وی ویل سٹارٹ ود دی کمنٹس اینڈ کوئسچن انسر سیشن۔ وی ریکویسٹ دی ان لائن ویوورز ٹو السو مینشن دیر لوکیشن وین دے پوسٹ دیر کوئسچنز اور کمنٹس۔</w:t>
      </w:r>
    </w:p>
    <w:p>
      <w:r>
        <w:rPr>
          <w:b/>
        </w:rPr>
        <w:t xml:space="preserve">[42:21] </w:t>
      </w:r>
      <w:r>
        <w:t>maulana, sab se pehle comment parhna chahenge jo sab logon ne bheje hain aaj ke talk ke baad.</w:t>
      </w:r>
    </w:p>
    <w:p>
      <w:pPr>
        <w:jc w:val="right"/>
      </w:pPr>
      <w:r>
        <w:t>مولانا، سب سے پہلے کمنٹ پڑھنا چاہیں گے جو سب لوگوں نے بھیجے ہیں آج کے ٹاک کے بعد۔</w:t>
      </w:r>
    </w:p>
    <w:p>
      <w:r>
        <w:rPr>
          <w:b/>
        </w:rPr>
        <w:t xml:space="preserve">[42:31] </w:t>
      </w:r>
      <w:r>
        <w:t>abdul rehman sahib ne ghaziabad se likha hai: "maulana, your talks reveal that who so ever we are, where ever we, where so ever we are, we are a daee.</w:t>
      </w:r>
    </w:p>
    <w:p>
      <w:pPr>
        <w:jc w:val="right"/>
      </w:pPr>
      <w:r>
        <w:t>عبدالرحمن صاحب نے غازی آباد سے لکھا ہے: "مولانا، یور ٹاکس ریویل دیٹ ہو سو ایور وی آر، ویئر ایور وی، ویئر سو ایور وی آر، وی آر ا دائی۔</w:t>
      </w:r>
    </w:p>
    <w:p>
      <w:r>
        <w:rPr>
          <w:b/>
        </w:rPr>
        <w:t xml:space="preserve">[42:45] </w:t>
      </w:r>
      <w:r>
        <w:t>it means that responsibility of da'wah is inseparable from any activity a man undertakes in his life.</w:t>
      </w:r>
    </w:p>
    <w:p>
      <w:pPr>
        <w:jc w:val="right"/>
      </w:pPr>
      <w:r>
        <w:t>اٹ مینز دیٹ رسپانسبیلٹی اف دعوی از انسیپریبل فرام اینی ایکٹیوٹی ا مین انڈرٹیکس ان ہز لائف۔</w:t>
      </w:r>
    </w:p>
    <w:p>
      <w:r>
        <w:rPr>
          <w:b/>
        </w:rPr>
        <w:t xml:space="preserve">[42:54] </w:t>
      </w:r>
      <w:r>
        <w:t>may allah bless and help us to do da'wah work enthusiastically." miss shabana ansari ne pakistan se likha hai: "maulana sahib, i understand it by your talk that we must have to become 24 hours daee with the sense of urgency,</w:t>
      </w:r>
    </w:p>
    <w:p>
      <w:pPr>
        <w:jc w:val="right"/>
      </w:pPr>
      <w:r>
        <w:t>می اللہ بلیس اینڈ ہیلپ اس ٹو ڈو دعوی ورک انتھوزیاسٹکلی۔" مس شبانہ انصاری نے پاکستان سے لکھا ہے: "مولانا صاحب، ائی انڈرسٹینڈ اٹ بائی یور ٹاک دیٹ وی مسٹ ہیو ٹو بیکم 24 اورز دائی ود دی سینس اف ارجنسی،</w:t>
      </w:r>
    </w:p>
    <w:p>
      <w:r>
        <w:rPr>
          <w:b/>
        </w:rPr>
        <w:t xml:space="preserve">[43:12] </w:t>
      </w:r>
      <w:r>
        <w:t>because death has no time when it will approach us." maulana iqbal umri ne chennai se likha hai: "spirit bharne bharna hi asal kaam hai.</w:t>
      </w:r>
    </w:p>
    <w:p>
      <w:pPr>
        <w:jc w:val="right"/>
      </w:pPr>
      <w:r>
        <w:t>بیکاز ڈیتھ ہیز نو ٹائم وین اٹ ویل اپروچ اس۔" مولانا اقبال عمری نے چنئی سے لکھا ہے: "سپرٹ بھرنے بھرنا ہی اصل کام ہے۔</w:t>
      </w:r>
    </w:p>
    <w:p>
      <w:r>
        <w:rPr>
          <w:b/>
        </w:rPr>
        <w:t xml:space="preserve">[43:24] </w:t>
      </w:r>
      <w:r>
        <w:t>is tareeqe se kaam har jagah hoga. da'wah oriented thinking paida hogi." maulana, aaj wazeh hua.</w:t>
      </w:r>
    </w:p>
    <w:p>
      <w:pPr>
        <w:jc w:val="right"/>
      </w:pPr>
      <w:r>
        <w:t>اس طریقے سے کام ہر جگہ ہوگا۔ دعوی اورینٹڈ تھنکنگ پیدا ہوگی۔" مولانا، آج واضح ہوا۔</w:t>
      </w:r>
    </w:p>
    <w:p>
      <w:r>
        <w:rPr>
          <w:b/>
        </w:rPr>
        <w:t xml:space="preserve">[43:33] </w:t>
      </w:r>
      <w:r>
        <w:t>jazak Allah. Sajid Ahmed Khan sahib ne likha hai: "Nagpur se kal jo sahib ne insaan apne ko</w:t>
      </w:r>
    </w:p>
    <w:p>
      <w:pPr>
        <w:jc w:val="right"/>
      </w:pPr>
      <w:r>
        <w:t>جزاک اللہ۔ ساجد احمد خان صاحب نے لکھا ہے: "ناگپور سے کل جو صاحب نے انسان اپنے کو</w:t>
      </w:r>
    </w:p>
    <w:p>
      <w:r>
        <w:rPr>
          <w:b/>
        </w:rPr>
        <w:t xml:space="preserve">[43:42] </w:t>
      </w:r>
      <w:r>
        <w:t>pehchan kitab le kar parhi, unhon ne kaha: 'main khud aik mission se juda hua hoon jis ka</w:t>
      </w:r>
    </w:p>
    <w:p>
      <w:pPr>
        <w:jc w:val="right"/>
      </w:pPr>
      <w:r>
        <w:t>پہچان کتاب لے کر پڑھی، انہوں نے کہا: 'میں خود ایک مشن سے جڑا ہوا ہوں جس کا</w:t>
      </w:r>
    </w:p>
    <w:p>
      <w:r>
        <w:rPr>
          <w:b/>
        </w:rPr>
        <w:t xml:space="preserve">[43:49] </w:t>
      </w:r>
      <w:r>
        <w:t>مقصد humanity، positive thinking اور happiness spread کرنا ہے۔'</w:t>
      </w:r>
    </w:p>
    <w:p>
      <w:pPr>
        <w:jc w:val="right"/>
      </w:pPr>
      <w:r>
        <w:t>مقصد ہیومینٹی، پوزیٹیو تھنکنگ اور ہیپینس سپریڈ کرنا ہے۔'</w:t>
      </w:r>
    </w:p>
    <w:p>
      <w:r>
        <w:rPr>
          <w:b/>
        </w:rPr>
        <w:t xml:space="preserve">[43:55] </w:t>
      </w:r>
      <w:r>
        <w:t>mein aur mere sabhi saathi full time mission ke bare mein sochte rehte hain aur active rehte hain.</w:t>
      </w:r>
    </w:p>
    <w:p>
      <w:pPr>
        <w:jc w:val="right"/>
      </w:pPr>
      <w:r>
        <w:t>میں اور میرے سبھی ساتھی فل ٹائم مشن کے بارے میں سوچتے رہتے ہیں اور ایکٹیو رہتے ہیں۔</w:t>
      </w:r>
    </w:p>
    <w:p>
      <w:r>
        <w:rPr>
          <w:b/>
        </w:rPr>
        <w:t xml:space="preserve">[44:03] </w:t>
      </w:r>
      <w:r>
        <w:t>mujhe mehsoos hua is se bohat zyada involvement ke sath cps ko kaam karna chahiye. is ke liye apni poori poori salahiyatein salahiyatein lagani chahiye." tariq badar sahib ne lahore, pakistan se likha hai:</w:t>
      </w:r>
    </w:p>
    <w:p>
      <w:pPr>
        <w:jc w:val="right"/>
      </w:pPr>
      <w:r>
        <w:t>مجھے محسوس ہوا اس سے بہت زیادہ انوالومنٹ کے ساتھ سی پی ایس کو کام کرنا چاہیے۔ اس کے لیے اپنی پوری پوری صلاحیتیں صلاحیتیں لگانی چاہیے۔" طارق بدر صاحب نے لاہور، پاکستان سے لکھا ہے:</w:t>
      </w:r>
    </w:p>
    <w:p>
      <w:r>
        <w:rPr>
          <w:b/>
        </w:rPr>
        <w:t xml:space="preserve">[44:22] </w:t>
      </w:r>
      <w:r>
        <w:t>"i will be traveling to europe this month. since few days, i was planning how to do da'wah work during my trip, where i was not able to carry quran with me and thinking what else could be done.</w:t>
      </w:r>
    </w:p>
    <w:p>
      <w:pPr>
        <w:jc w:val="right"/>
      </w:pPr>
      <w:r>
        <w:t>"آئی ویل بی ٹریولنگ ٹو یورپ دس منتھ۔ سنس فیو ڈیز، آئی واز پلاننگ ہاؤ ٹو ڈو دعوی ورک ڈیورنگ مائی ٹرپ، ویئر آئی واز ناٹ ایبل ٹو کیری قرآن ود می اینڈ تھنکنگ واٹ ایلس کڈ بی ڈن۔</w:t>
      </w:r>
    </w:p>
    <w:p>
      <w:r>
        <w:rPr>
          <w:b/>
        </w:rPr>
        <w:t xml:space="preserve">[44:39] </w:t>
      </w:r>
      <w:r>
        <w:t>when i listen to today lecture, i was surprised that today lecture for today lecture was for me only, and maulana sahib is like talking to me and guiding me personally what i have to do during my travel.</w:t>
      </w:r>
    </w:p>
    <w:p>
      <w:pPr>
        <w:jc w:val="right"/>
      </w:pPr>
      <w:r>
        <w:t>وین آئی لسن ٹو ٹوڈے لیکچر، آئی واز سرپرائزڈ دیٹ ٹوڈے لیکچر فار ٹوڈے لیکچر واز فار می اونلی، اینڈ مولانا صاحب از لائک ٹاکنگ ٹو می اینڈ گائیڈنگ می پرسنلی واٹ آئی ہیو ٹو ڈو ڈیورنگ مائی ٹریول۔</w:t>
      </w:r>
    </w:p>
    <w:p>
      <w:r>
        <w:rPr>
          <w:b/>
        </w:rPr>
        <w:t xml:space="preserve">[44:56] </w:t>
      </w:r>
      <w:r>
        <w:t>this happen to me for the second time. maulana sahib solve my problem when he said: 'carry pamphlets', and i quickly recalled that i have some pamphlets that saniyas naina sahib send to me.</w:t>
      </w:r>
    </w:p>
    <w:p>
      <w:pPr>
        <w:jc w:val="right"/>
      </w:pPr>
      <w:r>
        <w:t>دس ہیپن ٹو می فار دا سیکنڈ ٹائم۔ مولانا صاحب سالو مائی پرابلم وین ہی سیڈ: 'کیری پیمفلیٹس'، اینڈ آئی کوئیکلی ریکالڈ دیٹ آئی ہیو سم پیمفلیٹس دیٹ سانیاس نین صاحب سینڈ ٹو می۔</w:t>
      </w:r>
    </w:p>
    <w:p>
      <w:r>
        <w:rPr>
          <w:b/>
        </w:rPr>
        <w:t xml:space="preserve">[45:12] </w:t>
      </w:r>
      <w:r>
        <w:t>insha'allah, i will follow Maulana advice. jazak'allah Maulana for reading my mind. dr junaid sheikh ne mumbai se likha hai: 'today, i learned that spirit of dawah is of the utmost importance for da'wah.'</w:t>
      </w:r>
    </w:p>
    <w:p>
      <w:pPr>
        <w:jc w:val="right"/>
      </w:pPr>
      <w:r>
        <w:t>انشاءاللہ، آئی ویل فالو مولانا ایڈوائس۔ جزاک اللہ مولانا فار ریڈنگ مائی مائنڈ۔" ڈاکٹر جنید شیخ نے ممبئی سے لکھا ہے: "ٹوڈے، آئی لرنڈ دیٹ سپرٹ اف دعوت از اف دی اٹ موسٹ امپورٹنس فار دعوی۔</w:t>
      </w:r>
    </w:p>
    <w:p>
      <w:r>
        <w:rPr>
          <w:b/>
        </w:rPr>
        <w:t xml:space="preserve">[45:31] </w:t>
      </w:r>
      <w:r>
        <w:t>Maulana sahib, i will commit myself to read your literature and listen to your lectures repeatedly and seriously, so that i can develop and maintain the necessary spirit for da'wah to avail the dawah friendly age.</w:t>
      </w:r>
    </w:p>
    <w:p>
      <w:pPr>
        <w:jc w:val="right"/>
      </w:pPr>
      <w:r>
        <w:t>مولانا صاحب، آئی ویل کمنٹ مائی سیلف ٹو ریڈ یور لٹریچر اینڈ لسن ٹو یور لیکچرز ریپیٹڈلی اینڈ سیریسلی، سو دیٹ آئی کین ڈیویلپ اینڈ مینٹین دی نیسیسری سپرٹ فار دعوی ٹو اویل دی دائی فرینڈلی ایج۔</w:t>
      </w:r>
    </w:p>
    <w:p>
      <w:r>
        <w:rPr>
          <w:b/>
        </w:rPr>
        <w:t xml:space="preserve">[45:50] </w:t>
      </w:r>
      <w:r>
        <w:t>jazak'allah Maulana sahib. Maulana, ab sawal lete hain. yeh sawal bheja hai Maulana khateeb asrar sahib ne</w:t>
      </w:r>
    </w:p>
    <w:p>
      <w:pPr>
        <w:jc w:val="right"/>
      </w:pPr>
      <w:r>
        <w:t>جزاک اللہ مولانا صاحب۔" مولانا، اب سوال لیتے ہیں۔ یہ سوال بھیجا ہے مولانا خطیب اسرار صاحب نے</w:t>
      </w:r>
    </w:p>
    <w:p>
      <w:r>
        <w:rPr>
          <w:b/>
        </w:rPr>
        <w:t xml:space="preserve">[46:01] </w:t>
      </w:r>
      <w:r>
        <w:t>chennai se. unhon ne likha hai: 'bangladesh ke do deobandi aalim medical treatment ke silsile mein chennai aaye hue hain.</w:t>
      </w:r>
    </w:p>
    <w:p>
      <w:pPr>
        <w:jc w:val="right"/>
      </w:pPr>
      <w:r>
        <w:t>چنئی سے۔ انہوں نے لکھا ہے: "بنگلہ دیش کے دو دیوبندی عالم میڈیکل ٹریٹمنٹ کے سلسلے میں چنئی آئے ہوئے ہیں۔</w:t>
      </w:r>
    </w:p>
    <w:p>
      <w:r>
        <w:rPr>
          <w:b/>
        </w:rPr>
        <w:t xml:space="preserve">[46:13] </w:t>
      </w:r>
      <w:r>
        <w:t>woh aap ki books lene ke liye mujhe unhon ne phone kiya, toh main ne un se mulaqat ki aur aap ki books un tak pohnchai.</w:t>
      </w:r>
    </w:p>
    <w:p>
      <w:pPr>
        <w:jc w:val="right"/>
      </w:pPr>
      <w:r>
        <w:t>وہ آپ کی بکس لینے کے لیے مجھے انہوں نے فون کیا، تو میں نے ان سے ملاقات کی اور آپ کی بکس ان تک پہنچائیں۔</w:t>
      </w:r>
    </w:p>
    <w:p>
      <w:r>
        <w:rPr>
          <w:b/>
        </w:rPr>
        <w:t xml:space="preserve">[46:25] </w:t>
      </w:r>
      <w:r>
        <w:t>main ne, main, main ne un se poocha ke india mein kaise laga? toh unhon ne kaha ke hum bangladesh mein suntay hain ke india mein hindu musalman par bohat ziyada zulm kartay hain, lekin hum das din se yahan par hain, magar yahan musalman achi halaat mein hain aur hindu bhi bohat achay lagtay hain.</w:t>
      </w:r>
    </w:p>
    <w:p>
      <w:pPr>
        <w:jc w:val="right"/>
      </w:pPr>
      <w:r>
        <w:t>میں نے، میں، میں نے ان سے پوچھا کہ انڈیا میں کیسے لگا؟ تو انہوں نے کہا کہ ہم بنگلہ دیش میں سنتے ہیں کہ انڈیا میں ہندو مسلمان پر بہت زیادہ ظلم کرتے ہیں، لیکن ہم دس دن سے یہاں پر ہیں، مگر یہاں مسلمان اچھی حالات میں ہیں اور ہندو بھی بہت اچھے لگتے ہیں۔</w:t>
      </w:r>
    </w:p>
    <w:p>
      <w:r>
        <w:rPr>
          <w:b/>
        </w:rPr>
        <w:t xml:space="preserve">[46:49] </w:t>
      </w:r>
      <w:r>
        <w:t>toh un ka sawal tha ke kyun is tarah ki negative news muslim dunya mein phailai jati hain? Maulana, is ke baray mein bataein.'</w:t>
      </w:r>
    </w:p>
    <w:p>
      <w:pPr>
        <w:jc w:val="right"/>
      </w:pPr>
      <w:r>
        <w:t>تو ان کا سوال تھا کہ کیوں اس طرح کی نیگیٹیو نیوز مسلم دنیا میں پھیلائی جاتی ہیں؟ مولانا، اس کے بارے میں بتائیں۔"</w:t>
      </w:r>
    </w:p>
    <w:p>
      <w:r>
        <w:rPr>
          <w:b/>
        </w:rPr>
        <w:t xml:space="preserve">[47:02] </w:t>
      </w:r>
      <w:r>
        <w:t>ji toh shaitan karega aisa. allah ne jo opportunity paida ki hai dawah ki, toh shaitan chahta hai ke is ko avail na karein musalman.</w:t>
      </w:r>
    </w:p>
    <w:p>
      <w:pPr>
        <w:jc w:val="right"/>
      </w:pPr>
      <w:r>
        <w:t>جی تو شیطان کرے گا ایسا۔ اللہ نے جو اپرچونیٹی پیدا کی ہے دعوت کی، تو شیطان چاہتا ہے کہ اس کو اویل نہ کریں مسلمان۔</w:t>
      </w:r>
    </w:p>
    <w:p>
      <w:r>
        <w:rPr>
          <w:b/>
        </w:rPr>
        <w:t xml:space="preserve">[47:15] </w:t>
      </w:r>
      <w:r>
        <w:t>toh jhooti baatein phailata hai. jo log yeh sab baatein phailatay hain, woh shaitan ke agent hain. itna hi india mein, itna hamaray chances hain, itna mawaqe hain.</w:t>
      </w:r>
    </w:p>
    <w:p>
      <w:pPr>
        <w:jc w:val="right"/>
      </w:pPr>
      <w:r>
        <w:t>تو جھوٹی باتیں پھیلاتا ہے۔ جو لوگ یہ سب باتیں پھیلاتے ہیں، وہ شیطان کے ایجنٹ ہیں۔ اتنا ہی انڈیا میں، اتنا ہمارے چانسز ہیں، اتنا مواقع ہیں۔</w:t>
      </w:r>
    </w:p>
    <w:p>
      <w:r>
        <w:rPr>
          <w:b/>
        </w:rPr>
        <w:t xml:space="preserve">[47:34] </w:t>
      </w:r>
      <w:r>
        <w:t>toh jo ghalat baat bolte hain, jo log, un ko suntay hi kehna chahiye ke tum jhoot bolte ho. is ko sun kar ke kehna idhar udhar.</w:t>
      </w:r>
    </w:p>
    <w:p>
      <w:pPr>
        <w:jc w:val="right"/>
      </w:pPr>
      <w:r>
        <w:t>تو جو غلط بات بولتے ہیں، جو لوگ، ان کو سنتے ہی کہنا چاہیے کہ تم جھوٹ بولتے ہو۔ اس کو سن کر کے کہنا ادھر ادھر۔</w:t>
      </w:r>
    </w:p>
    <w:p>
      <w:r>
        <w:rPr>
          <w:b/>
        </w:rPr>
        <w:t xml:space="preserve">[47:47] </w:t>
      </w:r>
      <w:r>
        <w:t>toh hadith mein aata hai ke: 'kifa bil mar'i kaziban an yuhadditha bikulli ma sami'a' ke suna lage, charcha karne suna lage.</w:t>
      </w:r>
    </w:p>
    <w:p>
      <w:pPr>
        <w:jc w:val="right"/>
      </w:pPr>
      <w:r>
        <w:t>تو حدیث میں آتا ہے کہ: "کف بالبر کذبا یحدث بکل ما سمیع" کہ سنا لگے، چرچا کرنے سنا لگے۔</w:t>
      </w:r>
    </w:p>
    <w:p>
      <w:r>
        <w:rPr>
          <w:b/>
        </w:rPr>
        <w:t xml:space="preserve">[48:00] </w:t>
      </w:r>
      <w:r>
        <w:t>ek hi kaam agar musalman karein ke sun kar charcha na karein, balkeh is ki scrutiny karein, is ko jaanchein ke kya hua, karein aur tehqeeq karein.</w:t>
      </w:r>
    </w:p>
    <w:p>
      <w:pPr>
        <w:jc w:val="right"/>
      </w:pPr>
      <w:r>
        <w:t>ایک ہی کام اگر مسلمان کریں کہ سن کر چرچا نہ کریں، بلکہ اس کی اسکوٹنی کریں، اس کو جانچیں کہ کیا ہوا، کریں اور تحقیق کریں۔</w:t>
      </w:r>
    </w:p>
    <w:p>
      <w:r>
        <w:rPr>
          <w:b/>
        </w:rPr>
        <w:t xml:space="preserve">[48:14] </w:t>
      </w:r>
      <w:r>
        <w:t>tumhare baghair yeh toh jhooti baat hai. logon ke andar yeh yeh adat par gayi hai ke suna toh lage, band karna hai.</w:t>
      </w:r>
    </w:p>
    <w:p>
      <w:pPr>
        <w:jc w:val="right"/>
      </w:pPr>
      <w:r>
        <w:t>تمہارے بغیر یہ تو جھوٹی بات ہے۔ لوگوں کے اندر یہ یہ عادت پڑ گئی ہے کہ سنا تو لگے، بند کرنا ہے۔</w:t>
      </w:r>
    </w:p>
    <w:p>
      <w:r>
        <w:rPr>
          <w:b/>
        </w:rPr>
        <w:t xml:space="preserve">[48:24] </w:t>
      </w:r>
      <w:r>
        <w:t>is adat ko khatam karna hai, bas phir apnay aap sab kuch theek ho jaye ga. Maulana, agla sawal ranchi se kiya hai syed saddam sahib ne, aur unhon ne aap se poocha hai ke: 'Maulana sahib, how can we beat shaitan in our daily life?</w:t>
      </w:r>
    </w:p>
    <w:p>
      <w:pPr>
        <w:jc w:val="right"/>
      </w:pPr>
      <w:r>
        <w:t>اس عادت کو ختم کرنا ہے، بس پھر اپنے آپ سب کچھ ٹھیک ہو جائے گا۔ مولانا، اگلا سوال رانچی سے کیا ہے سید صدام صاحب نے، اور انہوں نے آپ سے پوچھا ہے کہ: "مولانا صاحب، ہاؤ کین وی بیٹ شیطان ان اور ڈیلی لائف؟</w:t>
      </w:r>
    </w:p>
    <w:p>
      <w:r>
        <w:rPr>
          <w:b/>
        </w:rPr>
        <w:t xml:space="preserve">[48:43] </w:t>
      </w:r>
      <w:r>
        <w:t>what is your advice to all of us?'</w:t>
      </w:r>
    </w:p>
    <w:p>
      <w:pPr>
        <w:jc w:val="right"/>
      </w:pPr>
      <w:r>
        <w:t>واٹ از یور ایڈوائس ٹو ال اف اس؟"</w:t>
      </w:r>
    </w:p>
    <w:p>
      <w:r>
        <w:rPr>
          <w:b/>
        </w:rPr>
        <w:t xml:space="preserve">[48:53] </w:t>
      </w:r>
      <w:r>
        <w:t>bhai, main toh yeh karta hoon ke mere paas bhi shaitan aata hai subah shaam, raat din har waqt.</w:t>
      </w:r>
    </w:p>
    <w:p>
      <w:pPr>
        <w:jc w:val="right"/>
      </w:pPr>
      <w:r>
        <w:t>بھئی، میں تو یہ کرتا ہوں کہ میرے پاس بھی شیطان آتا ہے صبح شام، رات دن ہر وقت۔</w:t>
      </w:r>
    </w:p>
    <w:p>
      <w:r>
        <w:rPr>
          <w:b/>
        </w:rPr>
        <w:t xml:space="preserve">[49:04] </w:t>
      </w:r>
      <w:r>
        <w:t>toh usi waqt din andher mein parhta hoon:</w:t>
      </w:r>
    </w:p>
    <w:p>
      <w:pPr>
        <w:jc w:val="right"/>
      </w:pPr>
      <w:r>
        <w:t>تو اسی وقت دن اندیر میں پڑھتا ہوں:</w:t>
      </w:r>
    </w:p>
    <w:p>
      <w:r>
        <w:rPr>
          <w:b/>
        </w:rPr>
        <w:t xml:space="preserve">[49:14] </w:t>
      </w:r>
      <w:r>
        <w:t>'allahumma inni a'udhu bika min ash-shaytanir rajeem, la hawla wa la quwwata illa billahil 'aliyyil 'adheem'. bas shaitan bhag jata hai. itna asaan hai shaitan ko bhagana, lekin koi musalman pe amal nahi karta.</w:t>
      </w:r>
    </w:p>
    <w:p>
      <w:pPr>
        <w:jc w:val="right"/>
      </w:pPr>
      <w:r>
        <w:t>"اللہم انی اعوذ بک من الشیطان الرجیم، لا حول ولا قوۃ الا باللہ العظیم"۔ بس شیطان بھاگ جاتا ہے۔ اتنا آسان ہے شیطان کو بھگانا، لیکن کوئی مسلمان پہ عمل نہیں کرتا۔</w:t>
      </w:r>
    </w:p>
    <w:p>
      <w:r>
        <w:rPr>
          <w:b/>
        </w:rPr>
        <w:t xml:space="preserve">[49:33] </w:t>
      </w:r>
      <w:r>
        <w:t>jab sahi aap ko mehsoos ho ke</w:t>
      </w:r>
    </w:p>
    <w:p>
      <w:pPr>
        <w:jc w:val="right"/>
      </w:pPr>
      <w:r>
        <w:t>جب صحیح آپ کو محسوس ہو کہ</w:t>
      </w:r>
    </w:p>
    <w:p>
      <w:r>
        <w:rPr>
          <w:b/>
        </w:rPr>
        <w:t xml:space="preserve">[49:38] </w:t>
      </w:r>
      <w:r>
        <w:t>is tarah ka khayal dil mein aaya negative, toh jaldi se parhiye: 'allahumma inni a'udhu bika min ash-shaytanir rajeem'.</w:t>
      </w:r>
    </w:p>
    <w:p>
      <w:pPr>
        <w:jc w:val="right"/>
      </w:pPr>
      <w:r>
        <w:t>اس طرح کا خیال دل میں آیا نیگیٹیو، تو جلدی سے پڑھیے: "اللہم انی اعوذ بک من من الشیطان الرجیم"۔</w:t>
      </w:r>
    </w:p>
    <w:p>
      <w:r>
        <w:rPr>
          <w:b/>
        </w:rPr>
        <w:t xml:space="preserve">[49:53] </w:t>
      </w:r>
      <w:r>
        <w:t>bas woh bhag jaye ga. kuch karna hi nahi hai, siwaye is ke dil se, dil se is ko aap bolein.</w:t>
      </w:r>
    </w:p>
    <w:p>
      <w:pPr>
        <w:jc w:val="right"/>
      </w:pPr>
      <w:r>
        <w:t>بس وہ بھاگ جائے گا۔ کچھ کرنا ہی نہیں ہے، سوائے اس کے دل سے، دل سے اس کو آپ بولیں۔</w:t>
      </w:r>
    </w:p>
    <w:p>
      <w:r>
        <w:rPr>
          <w:b/>
        </w:rPr>
        <w:t xml:space="preserve">[50:05] </w:t>
      </w:r>
      <w:r>
        <w:t>aap kar ke dekh lijiye.</w:t>
      </w:r>
    </w:p>
    <w:p>
      <w:pPr>
        <w:jc w:val="right"/>
      </w:pPr>
      <w:r>
        <w:t>آپ کر کے دیکھ لیجئے۔</w:t>
      </w:r>
    </w:p>
    <w:p>
      <w:r>
        <w:rPr>
          <w:b/>
        </w:rPr>
        <w:t xml:space="preserve">[50:14] </w:t>
      </w:r>
      <w:r>
        <w:t>Maulana, kuch aur comment lena chahein ge sawal lene se pehle. mahboob sahib ne mumbai se likha hai: 'Maulana, it's your efforts and struggle which is developing spirit in me of marifat and dawah.</w:t>
      </w:r>
    </w:p>
    <w:p>
      <w:pPr>
        <w:jc w:val="right"/>
      </w:pPr>
      <w:r>
        <w:t>مولانا، کچھ اور کمنٹ لینا چاہیں گے سوال لینے سے پہلے۔ محبوب صاحب نے ممبئی سے لکھا ہے: "مولانا، اٹس یور ایفرٹس اینڈ سٹرگل وچ از ڈیویلپنگ سپرٹ ان می اف معرفت اینڈ دعوی۔</w:t>
      </w:r>
    </w:p>
    <w:p>
      <w:r>
        <w:rPr>
          <w:b/>
        </w:rPr>
        <w:t xml:space="preserve">[50:29] </w:t>
      </w:r>
      <w:r>
        <w:t>jazak'allah Maulana for your guidance. thank you very much Maulana.' dr naghma siddiqui ne delhi se likha hai: 'jazak'allah for making me understand the spirit of dawah this week,</w:t>
      </w:r>
    </w:p>
    <w:p>
      <w:pPr>
        <w:jc w:val="right"/>
      </w:pPr>
      <w:r>
        <w:t>جزاک اللہ مولانا فار یور گائیڈنس۔ تھینک یو ویری مچ مولانا۔" ڈاکٹر نغمہ صدیقی نے دلی سے لکھا ہے: "جزاک اللہ فار میکنگ می انڈرسٹینڈ دا سپرٹ اف دعوی دس ویک،</w:t>
      </w:r>
    </w:p>
    <w:p>
      <w:r>
        <w:rPr>
          <w:b/>
        </w:rPr>
        <w:t xml:space="preserve">[50:45] </w:t>
      </w:r>
      <w:r>
        <w:t>that i have to be ready at all times to give the quran and supporting material to people at all times. i have committed to doing this and will insha'allah do so till i die.'</w:t>
      </w:r>
    </w:p>
    <w:p>
      <w:pPr>
        <w:jc w:val="right"/>
      </w:pPr>
      <w:r>
        <w:t>دیٹ آئی ہیو ٹو بی ریڈی ایٹ ال ٹائمز ٹو گیو دا قرآن اینڈ سپورٹنگ مٹیریل ٹو پیپل ایٹ ال ٹائمز۔ آئی ہیو کمیٹڈ ٹو ڈوئنگ دس اینڈ ویل انشاءاللہ ڈو سو ٹل آئی ڈائی۔"</w:t>
      </w:r>
    </w:p>
    <w:p>
      <w:r>
        <w:rPr>
          <w:b/>
        </w:rPr>
        <w:t xml:space="preserve">[51:00] </w:t>
      </w:r>
      <w:r>
        <w:t>doctor hina khan ne london se likha hai: "very true, i was surprised and pleased that one of your student, maulana sahib, ah doctor aslam,</w:t>
      </w:r>
    </w:p>
    <w:p>
      <w:pPr>
        <w:jc w:val="right"/>
      </w:pPr>
      <w:r>
        <w:t>ڈاکٹر حنا خان نے لندن سے لکھا ہے: "ویری ٹرو، آئی واز سرپرائزڈ اینڈ پلیز دیٹ ون اف یور سٹوڈنٹ، مولانا صاحب، آہ ڈاکٹر اسلم،</w:t>
      </w:r>
    </w:p>
    <w:p>
      <w:r>
        <w:rPr>
          <w:b/>
        </w:rPr>
        <w:t xml:space="preserve">[51:14] </w:t>
      </w:r>
      <w:r>
        <w:t>came here ah first time and because the queue was long in the immigration, he used that time giving translation of quran and relevant book booklets of peace mission to the people who were waiting.</w:t>
      </w:r>
    </w:p>
    <w:p>
      <w:pPr>
        <w:jc w:val="right"/>
      </w:pPr>
      <w:r>
        <w:t>کیم ہیئر آہ فرسٹ ٹائم اینڈ بیکاز دا کیو واز لانگ ان دی امیگریشن، ہی یوز دیٹ ٹائم گیونگ ٹرانسلیشن اف قرآن اینڈ ریلیونٹ بک بکلیٹس اف پیس مشن ٹو دا پیپل ہو وار ویٹنگ۔</w:t>
      </w:r>
    </w:p>
    <w:p>
      <w:r>
        <w:rPr>
          <w:b/>
        </w:rPr>
        <w:t xml:space="preserve">[51:31] </w:t>
      </w:r>
      <w:r>
        <w:t>otherwise, first time visitors would usually be afraid to do such an activity in a new place and at the airport particularly.</w:t>
      </w:r>
    </w:p>
    <w:p>
      <w:pPr>
        <w:jc w:val="right"/>
      </w:pPr>
      <w:r>
        <w:t>ادروائز، فرسٹ ٹائم وزیٹرز وڈ یوزلی بی افریڈ ٹو ڈو سچ این ایکٹیوٹی ان ا نیو پلیس اینڈ ایٹ دی ایئرپورٹ پرٹیکولرلی۔</w:t>
      </w:r>
    </w:p>
    <w:p>
      <w:r>
        <w:rPr>
          <w:b/>
        </w:rPr>
        <w:t xml:space="preserve">[51:41] </w:t>
      </w:r>
      <w:r>
        <w:t>may god protect all such people for they good intentions and task." yeh kis ka hai? yeh doctor hina khan ne likha hai doctor aslam ko le ke ke immigration ke douran jab time tha to woh nahi, woh to samajh raha hoon ji ke doctor aslam ne zabardast kaam kiya ji.</w:t>
      </w:r>
    </w:p>
    <w:p>
      <w:pPr>
        <w:jc w:val="right"/>
      </w:pPr>
      <w:r>
        <w:t>می گاڈ پروٹیکٹ ال سچ پیپل فار دے گڈ انٹینشنز اینڈ ٹاسک۔" یہ کس کا ہے؟ یہ ڈاکٹر حنا خان نے لکھا ہے ڈاکٹر اسلم کو لے کے کہ امیگریشن کے دوران جب ٹائم تھا تو وہ نہیں، وہ تو سمجھ رہا ہوں جی کہ ڈاکٹر اسلم نے زبردست کام کیا جی۔</w:t>
      </w:r>
    </w:p>
    <w:p>
      <w:r>
        <w:rPr>
          <w:b/>
        </w:rPr>
        <w:t xml:space="preserve">[52:05] </w:t>
      </w:r>
      <w:r>
        <w:t>maulana, agla sawal bheja hai professor najma siddiqui ne delhi se. unhon ne unhon ne likha hai ke: "please elaborate, maulana sahib, please elaborate on the concept of dua which is called as qabooliyat ki ghari.</w:t>
      </w:r>
    </w:p>
    <w:p>
      <w:pPr>
        <w:jc w:val="right"/>
      </w:pPr>
      <w:r>
        <w:t>مولانا، اگلا سوال بھیجا ہے پروفیسر نجمہ صدیقی نے دلی سے۔ انہوں نے انہوں نے لکھا ہے کہ: "پلیز لیب، مولانا صاحب، پلیز ایلیبوریٹ ان دا کانسیپٹ اف دعا وچ از کالڈ ایز قبولیت کی گھڑی۔</w:t>
      </w:r>
    </w:p>
    <w:p>
      <w:r>
        <w:rPr>
          <w:b/>
        </w:rPr>
        <w:t xml:space="preserve">[52:23] </w:t>
      </w:r>
      <w:r>
        <w:t>is ke bare mein batayein."</w:t>
      </w:r>
    </w:p>
    <w:p>
      <w:pPr>
        <w:jc w:val="right"/>
      </w:pPr>
      <w:r>
        <w:t>اس کے بارے میں بتائیں۔"</w:t>
      </w:r>
    </w:p>
    <w:p>
      <w:r>
        <w:rPr>
          <w:b/>
        </w:rPr>
        <w:t xml:space="preserve">[52:29] </w:t>
      </w:r>
      <w:r>
        <w:t>qabooliyat ki ghari koi nahi hoti, yeh awami baat hai. koi hadith quran mein mere sath koi lafz nahi hai.</w:t>
      </w:r>
    </w:p>
    <w:p>
      <w:pPr>
        <w:jc w:val="right"/>
      </w:pPr>
      <w:r>
        <w:t>قبولیت کی گھڑی کوئی نہیں ہوتی، یہ عوامی بات ہے۔ کوئی حدیث قرآن میں میرے ساتھ کوئی لفظ نہیں ہے۔</w:t>
      </w:r>
    </w:p>
    <w:p>
      <w:r>
        <w:rPr>
          <w:b/>
        </w:rPr>
        <w:t xml:space="preserve">[52:38] </w:t>
      </w:r>
      <w:r>
        <w:t>qabooliyat ka mamla aap ke dil se taluq rakhta hai, koi ghari nahi hai,</w:t>
      </w:r>
    </w:p>
    <w:p>
      <w:pPr>
        <w:jc w:val="right"/>
      </w:pPr>
      <w:r>
        <w:t>قبولیت کا معاملہ آپ کے دل سے تعلق رکھتا ہے، کوئی گھڑی نہیں ہے،</w:t>
      </w:r>
    </w:p>
    <w:p>
      <w:r>
        <w:rPr>
          <w:b/>
        </w:rPr>
        <w:t xml:space="preserve">[52:48] </w:t>
      </w:r>
      <w:r>
        <w:t>koi ghari nahi hai.</w:t>
      </w:r>
    </w:p>
    <w:p>
      <w:pPr>
        <w:jc w:val="right"/>
      </w:pPr>
      <w:r>
        <w:t>کوئی گھڑی نہیں ہے۔</w:t>
      </w:r>
    </w:p>
    <w:p>
      <w:r>
        <w:rPr>
          <w:b/>
        </w:rPr>
        <w:t xml:space="preserve">[52:54] </w:t>
      </w:r>
      <w:r>
        <w:t>jitna zyada aap phir phir honge, utne hi zyada aap ki dua ki qabooliyat ke chances barh jayenge.</w:t>
      </w:r>
    </w:p>
    <w:p>
      <w:pPr>
        <w:jc w:val="right"/>
      </w:pPr>
      <w:r>
        <w:t>جتنا زیادہ آپ پھر پھر ہوں گے، اتنے ہی زیادہ آپ کی دعا کی قبولیت کے چانسز بڑھ جائیں گے۔</w:t>
      </w:r>
    </w:p>
    <w:p>
      <w:r>
        <w:rPr>
          <w:b/>
        </w:rPr>
        <w:t xml:space="preserve">[53:10] </w:t>
      </w:r>
      <w:r>
        <w:t>maulana, doctor farida khanum jo is waqt kolkata mein hain, unhon ne likha hai: "in the airplane to kolkata, my seat belt got stuck.</w:t>
      </w:r>
    </w:p>
    <w:p>
      <w:pPr>
        <w:jc w:val="right"/>
      </w:pPr>
      <w:r>
        <w:t>مولانا، ڈاکٹر فریدہ خانم جو اس وقت کلکتہ میں ہیں، انہوں نے لکھا ہے: "ان دی ایئرپلین ٹو کلکتہ، مائی سیٹ بیلٹ گاٹ سٹک۔</w:t>
      </w:r>
    </w:p>
    <w:p>
      <w:r>
        <w:rPr>
          <w:b/>
        </w:rPr>
        <w:t xml:space="preserve">[53:22] </w:t>
      </w:r>
      <w:r>
        <w:t>a lady going past helped release it</w:t>
      </w:r>
    </w:p>
    <w:p>
      <w:pPr>
        <w:jc w:val="right"/>
      </w:pPr>
      <w:r>
        <w:t>ا لیڈی گوئنگ پاسٹ ہیلپڈ ریلیز اٹ</w:t>
      </w:r>
    </w:p>
    <w:p>
      <w:r>
        <w:rPr>
          <w:b/>
        </w:rPr>
        <w:t xml:space="preserve">[53:25] </w:t>
      </w:r>
      <w:r>
        <w:t>. i decided immediately to give her the quran. she turned out to be a bangladeshi who working temporarily in india.</w:t>
      </w:r>
    </w:p>
    <w:p>
      <w:pPr>
        <w:jc w:val="right"/>
      </w:pPr>
      <w:r>
        <w:t>۔ آئی ڈیسائیڈڈ امیڈیٹلی ٹو گیو ہر دا قرآن۔ شی ٹرنڈ آؤٹ ٹو بی ا بنگلہ دیشی ہو ورکنگ ٹیمپرریلی ان انڈیا۔</w:t>
      </w:r>
    </w:p>
    <w:p>
      <w:r>
        <w:rPr>
          <w:b/>
        </w:rPr>
        <w:t xml:space="preserve">[53:34] </w:t>
      </w:r>
      <w:r>
        <w:t>when she received the quran, she kissed it and said: 'she was very fortunate to receive something so precious.'"</w:t>
      </w:r>
    </w:p>
    <w:p>
      <w:pPr>
        <w:jc w:val="right"/>
      </w:pPr>
      <w:r>
        <w:t>وین شی ریسیوڈ دا قرآن، شی کسڈ اٹ اینڈ سیڈ: 'شی واز ویری فارچونیٹ ٹو ریسیو سمتھنگ سو پریشیس۔'"</w:t>
      </w:r>
    </w:p>
    <w:p>
      <w:r>
        <w:rPr>
          <w:b/>
        </w:rPr>
        <w:t xml:space="preserve">[53:47] </w:t>
      </w:r>
      <w:r>
        <w:t>masha allah. maulana, agla sawal lete hain. yeh bheja hai</w:t>
      </w:r>
    </w:p>
    <w:p>
      <w:pPr>
        <w:jc w:val="right"/>
      </w:pPr>
      <w:r>
        <w:t>ماشاءاللہ۔ مولانا، اگلا سوال لیتے ہیں۔ یہ بھیجا ہے</w:t>
      </w:r>
    </w:p>
    <w:p>
      <w:r>
        <w:rPr>
          <w:b/>
        </w:rPr>
        <w:t xml:space="preserve">[53:55] </w:t>
      </w:r>
      <w:r>
        <w:t>usman arif sahib ne dubai se. unhon ne likha hai: "maulana, often we see teams get formed, but then eventually break away due to ego issues.</w:t>
      </w:r>
    </w:p>
    <w:p>
      <w:pPr>
        <w:jc w:val="right"/>
      </w:pPr>
      <w:r>
        <w:t>عثمان عارف صاحب نے دبئی سے۔ انہوں نے لکھا ہے: "مولانا، افن وی سی ٹیمز گیٹ فارمڈ، بٹ دین ایونچولی بریک اوے ڈیو ٹو ایگو ایشوز۔</w:t>
      </w:r>
    </w:p>
    <w:p>
      <w:r>
        <w:rPr>
          <w:b/>
        </w:rPr>
        <w:t xml:space="preserve">[54:08] </w:t>
      </w:r>
      <w:r>
        <w:t>what is your guidance on this subject? and how can we inculcate the spirit in every member that cause of dawah is bigger than the individual?"</w:t>
      </w:r>
    </w:p>
    <w:p>
      <w:pPr>
        <w:jc w:val="right"/>
      </w:pPr>
      <w:r>
        <w:t>واٹ از یور گائیڈنس ان دس سبجیکٹ؟ اینڈ ہاؤ کین وی انکلکیٹ دا سپرٹ ان ایوری ممبر دیٹ کاز اف دعوی از بیگر دین دی انڈیویجول؟"</w:t>
      </w:r>
    </w:p>
    <w:p>
      <w:r>
        <w:rPr>
          <w:b/>
        </w:rPr>
        <w:t xml:space="preserve">[54:22] </w:t>
      </w:r>
      <w:r>
        <w:t>bhai, ego issue kise aata hai? dai bhai ki badu mein yeh dai ke hawale se keh rahe hain. maulana, to dai ko apne ego khatam karna chahiye.</w:t>
      </w:r>
    </w:p>
    <w:p>
      <w:pPr>
        <w:jc w:val="right"/>
      </w:pPr>
      <w:r>
        <w:t>بھئی، ایگو ایشو کسے آتا ہے؟ دائی بھئی کی بدو میں یہ دائی کے حوالے سے کہہ رہے ہیں۔ مولانا، تو دائی کو اپنے ایگو ختم کرنا چاہیے۔</w:t>
      </w:r>
    </w:p>
    <w:p>
      <w:r>
        <w:rPr>
          <w:b/>
        </w:rPr>
        <w:t xml:space="preserve">[54:33] </w:t>
      </w:r>
      <w:r>
        <w:t>jab woh quran ko phailana chahta hai to sab se pehle apne ego kill kijiye. yeh to koi baat nahi hui. yeh ego bhi hai aur dawah bhi kaam.</w:t>
      </w:r>
    </w:p>
    <w:p>
      <w:pPr>
        <w:jc w:val="right"/>
      </w:pPr>
      <w:r>
        <w:t>جب وہ قرآن کو پھیلانا چاہتا ہے تو سب سے پہلے اپنے ایگو کل کیجئے۔ یہ تو کوئی بات نہیں ہوئی۔ یہ ایگو بھی ہے اور دعوت بھی کام۔</w:t>
      </w:r>
    </w:p>
    <w:p>
      <w:r>
        <w:rPr>
          <w:b/>
        </w:rPr>
        <w:t xml:space="preserve">[54:45] </w:t>
      </w:r>
      <w:r>
        <w:t>yeh kaise ho sakta hai? agar aap dai banna chahte hain allah ke haan to ego to</w:t>
      </w:r>
    </w:p>
    <w:p>
      <w:pPr>
        <w:jc w:val="right"/>
      </w:pPr>
      <w:r>
        <w:t>یہ کیسے ہو سکتا ہے؟ اگر آپ دائی بننا چاہتے ہیں اللہ کے ہاں تو ایگو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