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Self Discovery | September 30, 2018</w:t>
      </w:r>
    </w:p>
    <w:p>
      <w:r>
        <w:t>https://www.youtube.com/watch?v=ks3TBvsuttc</w:t>
      </w:r>
    </w:p>
    <w:p>
      <w:r>
        <w:rPr>
          <w:b/>
        </w:rPr>
        <w:t xml:space="preserve">[00:10] </w:t>
      </w:r>
      <w:r>
        <w:t>Bismillah Rehman-e-Rahim, wa-sallallahu ala-n-nabiyyil-kareem.</w:t>
      </w:r>
    </w:p>
    <w:p>
      <w:pPr>
        <w:jc w:val="right"/>
      </w:pPr>
      <w:r>
        <w:t>بسم اللہ الرحمن الرحیم، وصلی اللہ علی النبی الکریم۔</w:t>
      </w:r>
    </w:p>
    <w:p>
      <w:r>
        <w:rPr>
          <w:b/>
        </w:rPr>
        <w:t xml:space="preserve">[00:20] </w:t>
      </w:r>
      <w:r>
        <w:t>Rab-bish-rahli sadri, wa yassir li amri, wah-l-uqdatan-min-lisani, yafqahu qawli.</w:t>
      </w:r>
    </w:p>
    <w:p>
      <w:pPr>
        <w:jc w:val="right"/>
      </w:pPr>
      <w:r>
        <w:t>رب اشرح لی صدری، ویسر لی امری، واحل العقدۃ من لسانی، یفقہ قولی۔</w:t>
      </w:r>
    </w:p>
    <w:p>
      <w:r>
        <w:rPr>
          <w:b/>
        </w:rPr>
        <w:t xml:space="preserve">[00:31] </w:t>
      </w:r>
      <w:r>
        <w:t>aaj aisa hua ke mein</w:t>
      </w:r>
    </w:p>
    <w:p>
      <w:pPr>
        <w:jc w:val="right"/>
      </w:pPr>
      <w:r>
        <w:t>آج ایسا ہوا کہ میں</w:t>
      </w:r>
    </w:p>
    <w:p>
      <w:r>
        <w:rPr>
          <w:b/>
        </w:rPr>
        <w:t xml:space="preserve">[00:41] </w:t>
      </w:r>
      <w:r>
        <w:t>subah se yeh soch raha tha ke aaj ka topic kya ho, koi topic samajh mein nahi aa raha tha.</w:t>
      </w:r>
    </w:p>
    <w:p>
      <w:pPr>
        <w:jc w:val="right"/>
      </w:pPr>
      <w:r>
        <w:t>صبح سے یہ سوچ رہا تھا کہ آج کا ٹاپک کیا ہو، کوئی ٹاپک سمجھ میں نہیں آ رہا تھا۔</w:t>
      </w:r>
    </w:p>
    <w:p>
      <w:r>
        <w:rPr>
          <w:b/>
        </w:rPr>
        <w:t xml:space="preserve">[00:51] </w:t>
      </w:r>
      <w:r>
        <w:t>yahan tak ke kuch aur bhi asbab pade to mein subah ka khana hi bhool gaya.</w:t>
      </w:r>
    </w:p>
    <w:p>
      <w:pPr>
        <w:jc w:val="right"/>
      </w:pPr>
      <w:r>
        <w:t>یہاں تک کہ کچھ اور بھی اسباب پڑے تو میں صبح کا کھانا ہی بھول گیا۔</w:t>
      </w:r>
    </w:p>
    <w:p>
      <w:r>
        <w:rPr>
          <w:b/>
        </w:rPr>
        <w:t xml:space="preserve">[01:01] </w:t>
      </w:r>
      <w:r>
        <w:t>subah ka breakfast jo hai, bistar par tha mein, aur bohat</w:t>
      </w:r>
    </w:p>
    <w:p>
      <w:pPr>
        <w:jc w:val="right"/>
      </w:pPr>
      <w:r>
        <w:t>صبح کا بریک فاسٹ جو ہے، بستر پر تھا میں، اور بہت</w:t>
      </w:r>
    </w:p>
    <w:p>
      <w:r>
        <w:rPr>
          <w:b/>
        </w:rPr>
        <w:t xml:space="preserve">[01:11] </w:t>
      </w:r>
      <w:r>
        <w:t>deer ho gayi mujhe is mein.</w:t>
      </w:r>
    </w:p>
    <w:p>
      <w:pPr>
        <w:jc w:val="right"/>
      </w:pPr>
      <w:r>
        <w:t>دیر ہو گئی مجھے اس میں۔</w:t>
      </w:r>
    </w:p>
    <w:p>
      <w:r>
        <w:rPr>
          <w:b/>
        </w:rPr>
        <w:t xml:space="preserve">[01:19] </w:t>
      </w:r>
      <w:r>
        <w:t>phir ek baat pesh aayi, mein is se utha jaon, charbai se bahar jane ke liye, to mein</w:t>
      </w:r>
    </w:p>
    <w:p>
      <w:pPr>
        <w:jc w:val="right"/>
      </w:pPr>
      <w:r>
        <w:t>پھر ایک بات پیش آئی، میں اس سے اٹھا جاؤں، چربائی سے باہر جانے کے لیے، تو میں</w:t>
      </w:r>
    </w:p>
    <w:p>
      <w:r>
        <w:rPr>
          <w:b/>
        </w:rPr>
        <w:t xml:space="preserve">[01:26] </w:t>
      </w:r>
      <w:r>
        <w:t>bohat ziyada apne ko weak feel kar raha tha, weak.</w:t>
      </w:r>
    </w:p>
    <w:p>
      <w:pPr>
        <w:jc w:val="right"/>
      </w:pPr>
      <w:r>
        <w:t>بہت زیادہ اپنے کو ویک فیل کر رہا تھا، ویک۔</w:t>
      </w:r>
    </w:p>
    <w:p>
      <w:r>
        <w:rPr>
          <w:b/>
        </w:rPr>
        <w:t xml:space="preserve">[01:34] </w:t>
      </w:r>
      <w:r>
        <w:t>yani wahan yahan se chal kar wahan jane mein lagta tha ke mein</w:t>
      </w:r>
    </w:p>
    <w:p>
      <w:pPr>
        <w:jc w:val="right"/>
      </w:pPr>
      <w:r>
        <w:t>یعنی وہاں یہاں سے چل کر وہاں جانے میں لگتا تھا کہ میں</w:t>
      </w:r>
    </w:p>
    <w:p>
      <w:r>
        <w:rPr>
          <w:b/>
        </w:rPr>
        <w:t xml:space="preserve">[01:42] </w:t>
      </w:r>
      <w:r>
        <w:t>ek dam, dehati zaban mein kehte hain, larbar ho raha tha.</w:t>
      </w:r>
    </w:p>
    <w:p>
      <w:pPr>
        <w:jc w:val="right"/>
      </w:pPr>
      <w:r>
        <w:t>ایک دم، دیہاتی زبان میں کہتے ہیں، لاربار ہو رہا تھا۔</w:t>
      </w:r>
    </w:p>
    <w:p>
      <w:r>
        <w:rPr>
          <w:b/>
        </w:rPr>
        <w:t xml:space="preserve">[01:49] </w:t>
      </w:r>
      <w:r>
        <w:t>dehati zaban mein is ko kehte hain larbar, yani bohat ziyada weak.</w:t>
      </w:r>
    </w:p>
    <w:p>
      <w:pPr>
        <w:jc w:val="right"/>
      </w:pPr>
      <w:r>
        <w:t>دیہاتی زبان میں اس کو کہتے ہیں لاربار، یعنی بہت زیادہ ویک۔</w:t>
      </w:r>
    </w:p>
    <w:p>
      <w:r>
        <w:rPr>
          <w:b/>
        </w:rPr>
        <w:t xml:space="preserve">[01:57] </w:t>
      </w:r>
      <w:r>
        <w:t>to phir kya hua, phir apa ne kuch mujhe khane ke diya.</w:t>
      </w:r>
    </w:p>
    <w:p>
      <w:pPr>
        <w:jc w:val="right"/>
      </w:pPr>
      <w:r>
        <w:t>تو پھر کیا ہوا، پھر آپا نے کچھ مجھے کھانے کے دیا۔</w:t>
      </w:r>
    </w:p>
    <w:p>
      <w:r>
        <w:rPr>
          <w:b/>
        </w:rPr>
        <w:t xml:space="preserve">[02:05] </w:t>
      </w:r>
      <w:r>
        <w:t>jab mein ne kha liya</w:t>
      </w:r>
    </w:p>
    <w:p>
      <w:pPr>
        <w:jc w:val="right"/>
      </w:pPr>
      <w:r>
        <w:t>جب میں نے کھا لیا</w:t>
      </w:r>
    </w:p>
    <w:p>
      <w:r>
        <w:rPr>
          <w:b/>
        </w:rPr>
        <w:t xml:space="preserve">[02:13] </w:t>
      </w:r>
      <w:r>
        <w:t>to achaanak maine socha, paya ke mere andar taqat aa gayi hai, normal ho gaya main. tab maine ek cheez discover ki, woh hai importance of rizq, importance of food. aadmi aise hi khata rehta hai, subah hui, break f</w:t>
      </w:r>
    </w:p>
    <w:p>
      <w:pPr>
        <w:jc w:val="right"/>
      </w:pPr>
      <w:r>
        <w:t>تو اچانک میں نے سوچا، پایا کہ میرے اندر طاقت آ گئی ہے، نارمل ہو گیا میں۔ تب میں نے ایک چیز ڈسکور کی، وہ ہے امپورٹنس آف رزق، امپورٹنس آف فوڈ۔ آدمی ایسے ہی کھاتا رہتا ہے، صبح ہوئی، بریک ف</w:t>
      </w:r>
    </w:p>
    <w:p>
      <w:r>
        <w:rPr>
          <w:b/>
        </w:rPr>
        <w:t xml:space="preserve">[02:43] </w:t>
      </w:r>
      <w:r>
        <w:t>ist de diya, dopehar hui to din ka khana kha liya, sham hui to sham ka khana kha liya.</w:t>
      </w:r>
    </w:p>
    <w:p>
      <w:pPr>
        <w:jc w:val="right"/>
      </w:pPr>
      <w:r>
        <w:t>اسٹ دے دیا، دوپہر ہوئی تو دن کا کھانا کھا لیا، شام ہوئی تو شام کا کھانا کھا لیا۔</w:t>
      </w:r>
    </w:p>
    <w:p>
      <w:r>
        <w:rPr>
          <w:b/>
        </w:rPr>
        <w:t xml:space="preserve">[02:53] </w:t>
      </w:r>
      <w:r>
        <w:t>تو وہ جو importance ہے رزق کی، وہ true sense میں وہ اس کو discover نہیں کر پاتا۔</w:t>
      </w:r>
    </w:p>
    <w:p>
      <w:pPr>
        <w:jc w:val="right"/>
      </w:pPr>
      <w:r>
        <w:t>تو وہ جو امپورٹنس ہے رزق کی، وہ ٹرو سینس میں وہ اس کو ڈسکور نہیں کر پاتا۔</w:t>
      </w:r>
    </w:p>
    <w:p>
      <w:r>
        <w:rPr>
          <w:b/>
        </w:rPr>
        <w:t xml:space="preserve">[03:03] </w:t>
      </w:r>
      <w:r>
        <w:t>to yeh soch</w:t>
      </w:r>
    </w:p>
    <w:p>
      <w:pPr>
        <w:jc w:val="right"/>
      </w:pPr>
      <w:r>
        <w:t>تو یہ سوچ</w:t>
      </w:r>
    </w:p>
    <w:p>
      <w:r>
        <w:rPr>
          <w:b/>
        </w:rPr>
        <w:t xml:space="preserve">[03:13] </w:t>
      </w:r>
      <w:r>
        <w:t>te sochte mujhe ek yaad aayat yaad aayi.</w:t>
      </w:r>
    </w:p>
    <w:p>
      <w:pPr>
        <w:jc w:val="right"/>
      </w:pPr>
      <w:r>
        <w:t>تے سوچتے مجھے ایک یاد آیت یاد آئی۔</w:t>
      </w:r>
    </w:p>
    <w:p>
      <w:r>
        <w:rPr>
          <w:b/>
        </w:rPr>
        <w:t xml:space="preserve">[03:19] </w:t>
      </w:r>
      <w:r>
        <w:t>woh aayat aap ke samne aaj parhi jaye gi, is ka tarjuma kiya jayega, is ko aap suniye.</w:t>
      </w:r>
    </w:p>
    <w:p>
      <w:pPr>
        <w:jc w:val="right"/>
      </w:pPr>
      <w:r>
        <w:t>وہ آیت آپ کے سامنے آج پڑھی جائے گی، اس کا ترجمہ کیا جائے گا، اس کو آپ سنیے۔</w:t>
      </w:r>
    </w:p>
    <w:p>
      <w:r>
        <w:rPr>
          <w:b/>
        </w:rPr>
        <w:t xml:space="preserve">[03:25] </w:t>
      </w:r>
      <w:r>
        <w:t>bismillah rahman rahim.</w:t>
      </w:r>
    </w:p>
    <w:p>
      <w:pPr>
        <w:jc w:val="right"/>
      </w:pPr>
      <w:r>
        <w:t>بسم اللہ الرحمن الرحیم۔</w:t>
      </w:r>
    </w:p>
    <w:p>
      <w:r>
        <w:rPr>
          <w:b/>
        </w:rPr>
        <w:t xml:space="preserve">[03:31] </w:t>
      </w:r>
      <w:r>
        <w:t>wa man kana fi hadhi a'ma fahwa fi al-akhirati a'ma wa dalla sabila.</w:t>
      </w:r>
    </w:p>
    <w:p>
      <w:pPr>
        <w:jc w:val="right"/>
      </w:pPr>
      <w:r>
        <w:t>ومن کان فیھذہ اعما فھو فی الاخرۃ اعما وضل سبیلا۔</w:t>
      </w:r>
    </w:p>
    <w:p>
      <w:r>
        <w:rPr>
          <w:b/>
        </w:rPr>
        <w:t xml:space="preserve">[03:37] </w:t>
      </w:r>
      <w:r>
        <w:t>surah bani israel, chapter number 17, verse number 72.</w:t>
      </w:r>
    </w:p>
    <w:p>
      <w:pPr>
        <w:jc w:val="right"/>
      </w:pPr>
      <w:r>
        <w:t>سورہ بنی اسرائیل، چیپٹر نمبر 17، ورس نمبر 72۔</w:t>
      </w:r>
    </w:p>
    <w:p>
      <w:r>
        <w:rPr>
          <w:b/>
        </w:rPr>
        <w:t xml:space="preserve">[03:43] </w:t>
      </w:r>
      <w:r>
        <w:t>aur jo shakhs is dunya mein andha raha, wo akhirat mein bhi andha rahega, aur wo bahut door pada hoga raste se. whoever has been blind in this life, will be blind in the life to come, and still further astray from the path, path of truth. badi kaisi, yani kaisi regretful aayat hai ye ke yahan</w:t>
      </w:r>
    </w:p>
    <w:p>
      <w:pPr>
        <w:jc w:val="right"/>
      </w:pPr>
      <w:r>
        <w:t>اور جو شخص اس دنیا میں اندھا رہا، وہ آخرت میں بھی اندھا رہے گا، اور وہ بہت دور پڑا ہوگا راستے سے۔ ہو ایور ہیز بین بلائنڈ ان دس لائف، ول بی بلائنڈ ان دی لائف ٹو کم، اینڈ سٹل فردر اسٹری فرام دا پارٹ، پاتھ آف ٹرتھ۔ بڑی کیسی، یعنی کیسی ریٹ فل آیت ہے یہ کہ یہاں</w:t>
      </w:r>
    </w:p>
    <w:p>
      <w:r>
        <w:rPr>
          <w:b/>
        </w:rPr>
        <w:t xml:space="preserve">[04:13] </w:t>
      </w:r>
      <w:r>
        <w:t>agar aap blind reh gaye to wahan bhi blind rahenge.</w:t>
      </w:r>
    </w:p>
    <w:p>
      <w:pPr>
        <w:jc w:val="right"/>
      </w:pPr>
      <w:r>
        <w:t>اگر آپ بلائنڈ رہ گئے تو وہاں بھی بلائنڈ رہیں گے۔</w:t>
      </w:r>
    </w:p>
    <w:p>
      <w:r>
        <w:rPr>
          <w:b/>
        </w:rPr>
        <w:t xml:space="preserve">[04:24] </w:t>
      </w:r>
      <w:r>
        <w:t>aap kabhi aankh band kar ke ek ghanta rahiye, aur phir dekhiye kya beitta hai aap.</w:t>
      </w:r>
    </w:p>
    <w:p>
      <w:pPr>
        <w:jc w:val="right"/>
      </w:pPr>
      <w:r>
        <w:t>آپ کبھی آنکھ بند کر کے ایک گھنٹہ رہیے، اور پھر دیکھیے کیا بیتتا ہے آپ۔</w:t>
      </w:r>
    </w:p>
    <w:p>
      <w:r>
        <w:rPr>
          <w:b/>
        </w:rPr>
        <w:t xml:space="preserve">[04:35] </w:t>
      </w:r>
      <w:r>
        <w:t>تو میں نے سوچا کہ یہ What is this blindness? Blindness کیا چیز ہے؟</w:t>
      </w:r>
    </w:p>
    <w:p>
      <w:pPr>
        <w:jc w:val="right"/>
      </w:pPr>
      <w:r>
        <w:t>تو میں نے سوچا کہ یہ واٹ از دس بلائنڈنس؟ بلائنڈنس کیا چیز ہے؟</w:t>
      </w:r>
    </w:p>
    <w:p>
      <w:r>
        <w:rPr>
          <w:b/>
        </w:rPr>
        <w:t xml:space="preserve">[04:46] </w:t>
      </w:r>
      <w:r>
        <w:t>blind hona kya hai? blind hona yeh hai ke hum bekhabar ho jayein rizq ki importance janne se.</w:t>
      </w:r>
    </w:p>
    <w:p>
      <w:pPr>
        <w:jc w:val="right"/>
      </w:pPr>
      <w:r>
        <w:t>بلائنڈ ہونا کیا ہے؟ بلائنڈ ہونا یہ ہے کہ ہم بے خبر ہو جائیں رزق کی امپورٹنس جاننے سے۔</w:t>
      </w:r>
    </w:p>
    <w:p>
      <w:r>
        <w:rPr>
          <w:b/>
        </w:rPr>
        <w:t xml:space="preserve">[05:01] </w:t>
      </w:r>
      <w:r>
        <w:t>to hum larbar ho jate hain, weak ho jate hain, chalna phirna mushkil maloom hota hai.</w:t>
      </w:r>
    </w:p>
    <w:p>
      <w:pPr>
        <w:jc w:val="right"/>
      </w:pPr>
      <w:r>
        <w:t>تو ہم لاربار ہو جاتے ہیں، ویک ہو جاتے ہیں، چلنا پھرنا مشکل معلوم ہوتا ہے۔</w:t>
      </w:r>
    </w:p>
    <w:p>
      <w:r>
        <w:rPr>
          <w:b/>
        </w:rPr>
        <w:t xml:space="preserve">[05:16] </w:t>
      </w:r>
      <w:r>
        <w:t>تو اب blind ہونے کا مطلب یہ ہے کہ انسان reality جو ہے، reality اس کو discover نہ کر پائے۔</w:t>
      </w:r>
    </w:p>
    <w:p>
      <w:pPr>
        <w:jc w:val="right"/>
      </w:pPr>
      <w:r>
        <w:t>تو اب بلائنڈ ہونے کا مطلب یہ ہے کہ انسان ریلیٹی جو ہے، ریلیٹی اس کو ڈسکور نہ کر پائے۔</w:t>
      </w:r>
    </w:p>
    <w:p>
      <w:r>
        <w:rPr>
          <w:b/>
        </w:rPr>
        <w:t xml:space="preserve">[05:31] </w:t>
      </w:r>
      <w:r>
        <w:t>یعنی یہ ڈسکور نہ کر پائے کہ میں کسی خالق کا مخلوق ہوں، اس کسی creator کا creation</w:t>
      </w:r>
    </w:p>
    <w:p>
      <w:pPr>
        <w:jc w:val="right"/>
      </w:pPr>
      <w:r>
        <w:t>یعنی یہ ڈسکور نہ کر پائے کہ میں کسی خالق کا مخلوق ہوں، اس کسی کریٹر کا کریشن</w:t>
      </w:r>
    </w:p>
    <w:p>
      <w:r>
        <w:rPr>
          <w:b/>
        </w:rPr>
        <w:t xml:space="preserve">[05:46] </w:t>
      </w:r>
      <w:r>
        <w:t>hoon. kisi ne mujhe rizq diya hai to mujhe food milta hai, kisi ne mujhe hawa, oxygen, light, soil, sab cheez di hai to mujhe wo cheez mil rahi hai. in is</w:t>
      </w:r>
    </w:p>
    <w:p>
      <w:pPr>
        <w:jc w:val="right"/>
      </w:pPr>
      <w:r>
        <w:t>ہوں۔ کسی نے مجھے رزق دیا ہے تو مجھے فوڈ ملتا ہے، کسی نے مجھے ہوا، اکسیجن، لائٹ، سوائل، سب چیز دی ہے تو مجھے وہ چیز مل رہی ہے۔ ان اس</w:t>
      </w:r>
    </w:p>
    <w:p>
      <w:r>
        <w:rPr>
          <w:b/>
        </w:rPr>
        <w:t xml:space="preserve">[06:16] </w:t>
      </w:r>
      <w:r>
        <w:t>yeh hai reality.</w:t>
      </w:r>
    </w:p>
    <w:p>
      <w:pPr>
        <w:jc w:val="right"/>
      </w:pPr>
      <w:r>
        <w:t>یہ ہے ریلیٹی۔</w:t>
      </w:r>
    </w:p>
    <w:p>
      <w:r>
        <w:rPr>
          <w:b/>
        </w:rPr>
        <w:t xml:space="preserve">[06:24] </w:t>
      </w:r>
      <w:r>
        <w:t>jo aadmi is reality se duniya mein bekhabar raha, to yeh bohat hi ziyada, bohat hi ziyada</w:t>
      </w:r>
    </w:p>
    <w:p>
      <w:pPr>
        <w:jc w:val="right"/>
      </w:pPr>
      <w:r>
        <w:t>جو آدمی اس ریلیٹی سے دنیا میں بے خبر رہا، تو یہ بہت ہی زیادہ، بہت ہی زیادہ</w:t>
      </w:r>
    </w:p>
    <w:p>
      <w:r>
        <w:rPr>
          <w:b/>
        </w:rPr>
        <w:t xml:space="preserve">[06:32] </w:t>
      </w:r>
      <w:r>
        <w:t>warning ki baat hai ke woh akhirat mein bhi blind rahega.</w:t>
      </w:r>
    </w:p>
    <w:p>
      <w:pPr>
        <w:jc w:val="right"/>
      </w:pPr>
      <w:r>
        <w:t>وارننگ کی بات ہے کہ وہ آخرت میں بھی بلائنڈ رہے گا۔</w:t>
      </w:r>
    </w:p>
    <w:p>
      <w:r>
        <w:rPr>
          <w:b/>
        </w:rPr>
        <w:t xml:space="preserve">[06:39] </w:t>
      </w:r>
      <w:r>
        <w:t>is ka mani kya hai? ke discovery ka jo chance hai,</w:t>
      </w:r>
    </w:p>
    <w:p>
      <w:pPr>
        <w:jc w:val="right"/>
      </w:pPr>
      <w:r>
        <w:t>اس کا معنی کیا ہے؟ کہ ڈسکوری کا جو چانس ہے،</w:t>
      </w:r>
    </w:p>
    <w:p>
      <w:r>
        <w:rPr>
          <w:b/>
        </w:rPr>
        <w:t xml:space="preserve">[06:47] </w:t>
      </w:r>
      <w:r>
        <w:t>hum discover karen Allah Rabb al-Alameen ko, hum discover karen creation ko, hum discover karen food ki importance ko, hum discover karen water, oxygen, light, har cheez ki importance ko. to ye discovery ka jo chance diya gaya hai aap ko, ye dunya ke liye hai,</w:t>
      </w:r>
    </w:p>
    <w:p>
      <w:pPr>
        <w:jc w:val="right"/>
      </w:pPr>
      <w:r>
        <w:t>ہم ڈسکور کریں اللہ رب العالمین کو، ہم ڈسکور کریں کریشن کو، ہم ڈسکور کریں فوڈ کی امپورٹنس کو، ہم ڈسکور کریں واٹر، اکسیجن، لائٹ، ہر چیز کی امپورٹنس کو۔ تو یہ ڈسکوری کا جو چانس دیا گیا ہے آپ کو، یہ دنیا کے لیے ہے،</w:t>
      </w:r>
    </w:p>
    <w:p>
      <w:r>
        <w:rPr>
          <w:b/>
        </w:rPr>
        <w:t xml:space="preserve">[07:17] </w:t>
      </w:r>
      <w:r>
        <w:t>woh wahan nahi rahega waqai.</w:t>
      </w:r>
    </w:p>
    <w:p>
      <w:pPr>
        <w:jc w:val="right"/>
      </w:pPr>
      <w:r>
        <w:t>وہ وہاں نہیں رہے گا واقعی۔</w:t>
      </w:r>
    </w:p>
    <w:p>
      <w:r>
        <w:rPr>
          <w:b/>
        </w:rPr>
        <w:t xml:space="preserve">[07:23] </w:t>
      </w:r>
      <w:r>
        <w:t>yeh kaisi ajeeb baat hai.</w:t>
      </w:r>
    </w:p>
    <w:p>
      <w:pPr>
        <w:jc w:val="right"/>
      </w:pPr>
      <w:r>
        <w:t>یہ کیسی عجیب بات ہے۔</w:t>
      </w:r>
    </w:p>
    <w:p>
      <w:r>
        <w:rPr>
          <w:b/>
        </w:rPr>
        <w:t xml:space="preserve">[07:30] </w:t>
      </w:r>
      <w:r>
        <w:t>yani aisa hi hai jaise ke bone ke waqt kisi ne nahi boya, to kaatne ke waqt kya</w:t>
      </w:r>
    </w:p>
    <w:p>
      <w:pPr>
        <w:jc w:val="right"/>
      </w:pPr>
      <w:r>
        <w:t>یعنی ایسا ہی ہے جیسے کہ بونے کے وقت کسی نے نہیں بویا، تو کاٹنے کے وقت کیا</w:t>
      </w:r>
    </w:p>
    <w:p>
      <w:r>
        <w:rPr>
          <w:b/>
        </w:rPr>
        <w:t xml:space="preserve">[07:36] </w:t>
      </w:r>
      <w:r>
        <w:t>paayega? kuch nahi paayega.</w:t>
      </w:r>
    </w:p>
    <w:p>
      <w:pPr>
        <w:jc w:val="right"/>
      </w:pPr>
      <w:r>
        <w:t>پائے گا؟ کچھ نہیں پائے گا۔</w:t>
      </w:r>
    </w:p>
    <w:p>
      <w:r>
        <w:rPr>
          <w:b/>
        </w:rPr>
        <w:t xml:space="preserve">[07:43] </w:t>
      </w:r>
      <w:r>
        <w:t>kaisi ajeeb baat hai yeh.</w:t>
      </w:r>
    </w:p>
    <w:p>
      <w:pPr>
        <w:jc w:val="right"/>
      </w:pPr>
      <w:r>
        <w:t>کیسی عجیب بات ہے یہ۔</w:t>
      </w:r>
    </w:p>
    <w:p>
      <w:r>
        <w:rPr>
          <w:b/>
        </w:rPr>
        <w:t xml:space="preserve">[07:49] </w:t>
      </w:r>
      <w:r>
        <w:t>bible mein yeh tamseel maujood hai ke jis ne bone ke waqt nahi boya, to kaatne ke waqt</w:t>
      </w:r>
    </w:p>
    <w:p>
      <w:pPr>
        <w:jc w:val="right"/>
      </w:pPr>
      <w:r>
        <w:t>بائبل میں یہ تمثیل موجود ہے کہ جس نے بونے کے وقت نہیں بویا، تو کاٹنے کے وقت</w:t>
      </w:r>
    </w:p>
    <w:p>
      <w:r>
        <w:rPr>
          <w:b/>
        </w:rPr>
        <w:t xml:space="preserve">[07:57] </w:t>
      </w:r>
      <w:r>
        <w:t>usay kuch nahi milega.</w:t>
      </w:r>
    </w:p>
    <w:p>
      <w:pPr>
        <w:jc w:val="right"/>
      </w:pPr>
      <w:r>
        <w:t>اسے کچھ نہیں ملے گا۔</w:t>
      </w:r>
    </w:p>
    <w:p>
      <w:r>
        <w:rPr>
          <w:b/>
        </w:rPr>
        <w:t xml:space="preserve">[08:04] </w:t>
      </w:r>
      <w:r>
        <w:t>harvest us ke hissay mein nahi aayega.</w:t>
      </w:r>
    </w:p>
    <w:p>
      <w:pPr>
        <w:jc w:val="right"/>
      </w:pPr>
      <w:r>
        <w:t>ہارویسٹ اس کے حصے میں نہیں آئے گا۔</w:t>
      </w:r>
    </w:p>
    <w:p>
      <w:r>
        <w:rPr>
          <w:b/>
        </w:rPr>
        <w:t xml:space="preserve">[08:12] </w:t>
      </w:r>
      <w:r>
        <w:t>aap ghor kijiye, chounke mujh par aisa guzra hai jab main aankh ka operation hua tha, cataract tha</w:t>
      </w:r>
    </w:p>
    <w:p>
      <w:pPr>
        <w:jc w:val="right"/>
      </w:pPr>
      <w:r>
        <w:t>آپ غور کیجئے، چونکہ مجھ پر ایسا گزرا ہے جب میں آنکھ کا آپریشن ہوا تھا، کاٹریکٹ تھا</w:t>
      </w:r>
    </w:p>
    <w:p>
      <w:r>
        <w:rPr>
          <w:b/>
        </w:rPr>
        <w:t xml:space="preserve">[08:19] </w:t>
      </w:r>
      <w:r>
        <w:t>, to is mein baandh dete hain, us ke oopar kuch baandh dete hain, cover.</w:t>
      </w:r>
    </w:p>
    <w:p>
      <w:pPr>
        <w:jc w:val="right"/>
      </w:pPr>
      <w:r>
        <w:t>، تو اس میں باندھ دیتے ہیں، اس کے اوپر کچھ باندھ دیتے ہیں، کور۔</w:t>
      </w:r>
    </w:p>
    <w:p>
      <w:r>
        <w:rPr>
          <w:b/>
        </w:rPr>
        <w:t xml:space="preserve">[08:27] </w:t>
      </w:r>
      <w:r>
        <w:t>to main us waqt kuch cheez dekh nahi paata tha.</w:t>
      </w:r>
    </w:p>
    <w:p>
      <w:pPr>
        <w:jc w:val="right"/>
      </w:pPr>
      <w:r>
        <w:t>تو میں اس وقت کچھ چیز دیکھ نہیں پاتا تھا۔</w:t>
      </w:r>
    </w:p>
    <w:p>
      <w:r>
        <w:rPr>
          <w:b/>
        </w:rPr>
        <w:t xml:space="preserve">[08:35] </w:t>
      </w:r>
      <w:r>
        <w:t>mere paas log thay, un ki awaaz sun sakta tha, lekin un ko dekh nahi sakta tha.</w:t>
      </w:r>
    </w:p>
    <w:p>
      <w:pPr>
        <w:jc w:val="right"/>
      </w:pPr>
      <w:r>
        <w:t>میرے پاس لوگ تھے، ان کی آواز سن سکتا تھا، لیکن ان کو دیکھ نہیں سکتا تھا۔</w:t>
      </w:r>
    </w:p>
    <w:p>
      <w:r>
        <w:rPr>
          <w:b/>
        </w:rPr>
        <w:t xml:space="preserve">[08:42] </w:t>
      </w:r>
      <w:r>
        <w:t>to main ne, yani us waqt discover kiya ke</w:t>
      </w:r>
    </w:p>
    <w:p>
      <w:pPr>
        <w:jc w:val="right"/>
      </w:pPr>
      <w:r>
        <w:t>تو میں نے، یعنی اس وقت ڈسکور کیا کہ</w:t>
      </w:r>
    </w:p>
    <w:p>
      <w:r>
        <w:rPr>
          <w:b/>
        </w:rPr>
        <w:t xml:space="preserve">[08:50] </w:t>
      </w:r>
      <w:r>
        <w:t>aankh na hona kya cheez hai? aadmi na dekh saka to kya cheez hai? blind hona kya cheez</w:t>
      </w:r>
    </w:p>
    <w:p>
      <w:pPr>
        <w:jc w:val="right"/>
      </w:pPr>
      <w:r>
        <w:t>آنکھ نہ ہونا کیا چیز ہے؟ آدمی نہ دیکھ سکا تو کیا چیز ہے؟ بلائنڈ ہونا کیا چیز</w:t>
      </w:r>
    </w:p>
    <w:p>
      <w:r>
        <w:rPr>
          <w:b/>
        </w:rPr>
        <w:t xml:space="preserve">[09:00] </w:t>
      </w:r>
      <w:r>
        <w:t>hai? to us ke maani kya hue? yeh jo hum ko diya gaya hai, dekhne ki taaqat, sunne</w:t>
      </w:r>
    </w:p>
    <w:p>
      <w:pPr>
        <w:jc w:val="right"/>
      </w:pPr>
      <w:r>
        <w:t>ہے؟ تو اس کے معنی کیا ہوئے؟ یہ جو ہم کو دیا گیا ہے، دیکھنے کی طاقت، سننے</w:t>
      </w:r>
    </w:p>
    <w:p>
      <w:r>
        <w:rPr>
          <w:b/>
        </w:rPr>
        <w:t xml:space="preserve">[09:10] </w:t>
      </w:r>
      <w:r>
        <w:t>ki taaqat, sochne ki taaqat, yeh test jo hai,</w:t>
      </w:r>
    </w:p>
    <w:p>
      <w:pPr>
        <w:jc w:val="right"/>
      </w:pPr>
      <w:r>
        <w:t>کی طاقت، سوچنے کی طاقت، یہ ٹیسٹ جو ہے،</w:t>
      </w:r>
    </w:p>
    <w:p>
      <w:r>
        <w:rPr>
          <w:b/>
        </w:rPr>
        <w:t xml:space="preserve">[09:20] </w:t>
      </w:r>
      <w:r>
        <w:t>hamari zabaan mein test birds hain, woh chakhne ki taaqat.</w:t>
      </w:r>
    </w:p>
    <w:p>
      <w:pPr>
        <w:jc w:val="right"/>
      </w:pPr>
      <w:r>
        <w:t>ہماری زبان میں ٹیسٹ برڈز ہیں، وہ چکھنے کی طاقت۔</w:t>
      </w:r>
    </w:p>
    <w:p>
      <w:r>
        <w:rPr>
          <w:b/>
        </w:rPr>
        <w:t xml:space="preserve">[09:28] </w:t>
      </w:r>
      <w:r>
        <w:t>yeh saari cheezein di gayi hain marifat ke liye ke jab tak aap is dunya mein hain, in</w:t>
      </w:r>
    </w:p>
    <w:p>
      <w:pPr>
        <w:jc w:val="right"/>
      </w:pPr>
      <w:r>
        <w:t>یہ ساری چیزیں دی گئی ہیں معرفت کے لیے کہ جب تک آپ اس دنیا میں ہیں، ان</w:t>
      </w:r>
    </w:p>
    <w:p>
      <w:r>
        <w:rPr>
          <w:b/>
        </w:rPr>
        <w:t xml:space="preserve">[09:35] </w:t>
      </w:r>
      <w:r>
        <w:t>taaqaton ke zariye aap discover karein Allah Rabb-ul-alameen ko, Allah Rabb-ul-alameen ke jo diya hai, nemat</w:t>
      </w:r>
    </w:p>
    <w:p>
      <w:pPr>
        <w:jc w:val="right"/>
      </w:pPr>
      <w:r>
        <w:t>طاقتوں کے ذریعے آپ ڈسکور کریں اللہ رب العالمین کو، اللہ رب العالمین کے جو دیا ہے، نعمت</w:t>
      </w:r>
    </w:p>
    <w:p>
      <w:r>
        <w:rPr>
          <w:b/>
        </w:rPr>
        <w:t xml:space="preserve">[09:43] </w:t>
      </w:r>
      <w:r>
        <w:t>hai, us ko, us</w:t>
      </w:r>
    </w:p>
    <w:p>
      <w:pPr>
        <w:jc w:val="right"/>
      </w:pPr>
      <w:r>
        <w:t>ہے، اس کو، اس</w:t>
      </w:r>
    </w:p>
    <w:p>
      <w:r>
        <w:rPr>
          <w:b/>
        </w:rPr>
        <w:t xml:space="preserve">[09:51] </w:t>
      </w:r>
      <w:r>
        <w:t>blessing ko.</w:t>
      </w:r>
    </w:p>
    <w:p>
      <w:pPr>
        <w:jc w:val="right"/>
      </w:pPr>
      <w:r>
        <w:t>بلیسنگ کو۔</w:t>
      </w:r>
    </w:p>
    <w:p>
      <w:r>
        <w:rPr>
          <w:b/>
        </w:rPr>
        <w:t xml:space="preserve">[09:58] </w:t>
      </w:r>
      <w:r>
        <w:t>to sirf, sirf, sirf janne ka masla nahi hai, ek hi baat jaan liya.</w:t>
      </w:r>
    </w:p>
    <w:p>
      <w:pPr>
        <w:jc w:val="right"/>
      </w:pPr>
      <w:r>
        <w:t>تو صرف، صرف، صرف جاننے کا مسئلہ نہیں ہے، ایک ہی بات جان لیا۔</w:t>
      </w:r>
    </w:p>
    <w:p>
      <w:r>
        <w:rPr>
          <w:b/>
        </w:rPr>
        <w:t xml:space="preserve">[10:06] </w:t>
      </w:r>
      <w:r>
        <w:t>ab ghor kijiye, kya khalique ko bas itne matloob hai ke aap jaan lein ke main dekhta hoon,</w:t>
      </w:r>
    </w:p>
    <w:p>
      <w:pPr>
        <w:jc w:val="right"/>
      </w:pPr>
      <w:r>
        <w:t>اب غور کیجئے، کیا خالق کو بس اتنے مطلوب ہے کہ آپ جان لیں کہ میں دیکھتا ہوں،</w:t>
      </w:r>
    </w:p>
    <w:p>
      <w:r>
        <w:rPr>
          <w:b/>
        </w:rPr>
        <w:t xml:space="preserve">[10:13] </w:t>
      </w:r>
      <w:r>
        <w:t>jaan lein ke main sunta hoon? nahi, is ka direct ta'alluq hai</w:t>
      </w:r>
    </w:p>
    <w:p>
      <w:pPr>
        <w:jc w:val="right"/>
      </w:pPr>
      <w:r>
        <w:t>جان لیں کہ میں سنتا ہوں؟ نہیں، اس کا ڈائریکٹ تعلق ہے</w:t>
      </w:r>
    </w:p>
    <w:p>
      <w:r>
        <w:rPr>
          <w:b/>
        </w:rPr>
        <w:t xml:space="preserve">[10:21] </w:t>
      </w:r>
      <w:r>
        <w:t>personality development se. yani jaan jaan ke, ek ek cheez ko discover kar ke, ek ek cheez ko aap apni personality develop karen. wo personality jo paradise mein entry pane ke qabil ho, wo kya sifat</w:t>
      </w:r>
    </w:p>
    <w:p>
      <w:pPr>
        <w:jc w:val="right"/>
      </w:pPr>
      <w:r>
        <w:t>پرسنیلٹی ڈیولپمنٹ سے۔ یعنی جان جان کے، ایک ایک چیز کو ڈسکور کر کے، ایک ایک چیز کو آپ اپنی پرسنیلٹی ڈیولپ کریں۔ وہ پرسنیلٹی جو پارادائز میں انٹری پانے کے قابل ہو، وہ کیا صفت</w:t>
      </w:r>
    </w:p>
    <w:p>
      <w:r>
        <w:rPr>
          <w:b/>
        </w:rPr>
        <w:t xml:space="preserve">[10:51] </w:t>
      </w:r>
      <w:r>
        <w:t>mein hain? woh kya quality hai? to Quran mein ek ayat hai: "laiq man nabiyyin was siddiqin wash shuhada'i was salihin</w:t>
      </w:r>
    </w:p>
    <w:p>
      <w:pPr>
        <w:jc w:val="right"/>
      </w:pPr>
      <w:r>
        <w:t>یں ہیں؟ وہ کیا کوالٹی ہے؟ تو قرآن میں ایک آیت ہے: "لائق مان نبی وصدیقین وشہداء وصالحین</w:t>
      </w:r>
    </w:p>
    <w:p>
      <w:r>
        <w:rPr>
          <w:b/>
        </w:rPr>
        <w:t xml:space="preserve">[11:01] </w:t>
      </w:r>
      <w:r>
        <w:t>wa husn-o-laiq rafeeqa".</w:t>
      </w:r>
    </w:p>
    <w:p>
      <w:pPr>
        <w:jc w:val="right"/>
      </w:pPr>
      <w:r>
        <w:t>و حسن ولائق رفیقہ"۔</w:t>
      </w:r>
    </w:p>
    <w:p>
      <w:r>
        <w:rPr>
          <w:b/>
        </w:rPr>
        <w:t xml:space="preserve">[11:11] </w:t>
      </w:r>
      <w:r>
        <w:t>yani jannat mein ya paradise mein woh insaan jagah payega jiske andar</w:t>
      </w:r>
    </w:p>
    <w:p>
      <w:pPr>
        <w:jc w:val="right"/>
      </w:pPr>
      <w:r>
        <w:t>یعنی جنت میں یا پارادائز میں وہ انسان جگہ پائے گا جس کے اندر</w:t>
      </w:r>
    </w:p>
    <w:p>
      <w:r>
        <w:rPr>
          <w:b/>
        </w:rPr>
        <w:t xml:space="preserve">[11:21] </w:t>
      </w:r>
      <w:r>
        <w:t>husn-e-rifaqat ho, best neighborhood ho, kyunke woh ek society hogi jo poori history ke selected log jahan</w:t>
      </w:r>
    </w:p>
    <w:p>
      <w:pPr>
        <w:jc w:val="right"/>
      </w:pPr>
      <w:r>
        <w:t>حسن رفاقت ہو، بیسٹ نیبرہڈ ہو، کیونکہ وہ ایک سوسائٹی ہوگی جو پوری ہسٹری کے سلیکٹڈ لوگ جہاں</w:t>
      </w:r>
    </w:p>
    <w:p>
      <w:r>
        <w:rPr>
          <w:b/>
        </w:rPr>
        <w:t xml:space="preserve">[11:37] </w:t>
      </w:r>
      <w:r>
        <w:t>honge, un logon ke saath rehne ki training poori history ke. jo</w:t>
      </w:r>
    </w:p>
    <w:p>
      <w:pPr>
        <w:jc w:val="right"/>
      </w:pPr>
      <w:r>
        <w:t>ہوں گے، ان لوگوں کے ساتھ رہنے کی ٹریننگ پوری ہسٹری کے۔ جو</w:t>
      </w:r>
    </w:p>
    <w:p>
      <w:r>
        <w:rPr>
          <w:b/>
        </w:rPr>
        <w:t xml:space="preserve">[11:52] </w:t>
      </w:r>
      <w:r>
        <w:t>selected personalities hongi, jahan woh rahenge, wahan rehna.</w:t>
      </w:r>
    </w:p>
    <w:p>
      <w:pPr>
        <w:jc w:val="right"/>
      </w:pPr>
      <w:r>
        <w:t>سلیکٹڈ پرسنیلٹیز ہوں گی، جہاں وہ رہیں گے، وہاں رہنا۔</w:t>
      </w:r>
    </w:p>
    <w:p>
      <w:r>
        <w:rPr>
          <w:b/>
        </w:rPr>
        <w:t xml:space="preserve">[12:00] </w:t>
      </w:r>
      <w:r>
        <w:t>to is maani ke aap ko in advance discover karna hai ke unki quality kya hogi, is</w:t>
      </w:r>
    </w:p>
    <w:p>
      <w:pPr>
        <w:jc w:val="right"/>
      </w:pPr>
      <w:r>
        <w:t>تو اس معنی کہ آپ کو ان ایڈوانس ڈسکور کرنا ہے کہ ان کی کوالٹی کیا ہوگی، اس</w:t>
      </w:r>
    </w:p>
    <w:p>
      <w:r>
        <w:rPr>
          <w:b/>
        </w:rPr>
        <w:t xml:space="preserve">[12:08] </w:t>
      </w:r>
      <w:r>
        <w:t>quality ko apne andar paida karna.</w:t>
      </w:r>
    </w:p>
    <w:p>
      <w:pPr>
        <w:jc w:val="right"/>
      </w:pPr>
      <w:r>
        <w:t>کوالٹی کو اپنے اندر پیدا کرنا۔</w:t>
      </w:r>
    </w:p>
    <w:p>
      <w:r>
        <w:rPr>
          <w:b/>
        </w:rPr>
        <w:t xml:space="preserve">[12:15] </w:t>
      </w:r>
      <w:r>
        <w:t>to asal kaam yeh hai insaan ka.</w:t>
      </w:r>
    </w:p>
    <w:p>
      <w:pPr>
        <w:jc w:val="right"/>
      </w:pPr>
      <w:r>
        <w:t>تو اصل کام یہ ہے انسان کا۔</w:t>
      </w:r>
    </w:p>
    <w:p>
      <w:r>
        <w:rPr>
          <w:b/>
        </w:rPr>
        <w:t xml:space="preserve">[12:23] </w:t>
      </w:r>
      <w:r>
        <w:t>doosra kaam jo is mein insaan apne ko mashhoor rakhta hai, woh nahi hai.</w:t>
      </w:r>
    </w:p>
    <w:p>
      <w:pPr>
        <w:jc w:val="right"/>
      </w:pPr>
      <w:r>
        <w:t>دوسرا کام جو اس میں انسان اپنے کو مشہور رکھتا ہے، وہ نہیں ہے۔</w:t>
      </w:r>
    </w:p>
    <w:p>
      <w:r>
        <w:rPr>
          <w:b/>
        </w:rPr>
        <w:t xml:space="preserve">[12:33] </w:t>
      </w:r>
      <w:r>
        <w:t>to yeh ayat jo aap ne suni: "man kaana fi hazi a'maa fa huwa fil aakhirati a'maa".</w:t>
      </w:r>
    </w:p>
    <w:p>
      <w:pPr>
        <w:jc w:val="right"/>
      </w:pPr>
      <w:r>
        <w:t>تو یہ آیت جو آپ نے سنی: "من کان فیھذی اعما فھو فی الاخرت اعما"۔</w:t>
      </w:r>
    </w:p>
    <w:p>
      <w:r>
        <w:rPr>
          <w:b/>
        </w:rPr>
        <w:t xml:space="preserve">[12:43] </w:t>
      </w:r>
      <w:r>
        <w:t>jo dunya mein is haqeeqat ko discover karne se</w:t>
      </w:r>
    </w:p>
    <w:p>
      <w:pPr>
        <w:jc w:val="right"/>
      </w:pPr>
      <w:r>
        <w:t>جو دنیا میں اس حقیقت کو ڈسکور کرنے سے</w:t>
      </w:r>
    </w:p>
    <w:p>
      <w:r>
        <w:rPr>
          <w:b/>
        </w:rPr>
        <w:t xml:space="preserve">[12:53] </w:t>
      </w:r>
      <w:r>
        <w:t>mehroom raha ke mera creator Allah Rabb-ul-Aalameen hai, Allah ne mujhe sunne ki taaqat di, khane ki</w:t>
      </w:r>
    </w:p>
    <w:p>
      <w:pPr>
        <w:jc w:val="right"/>
      </w:pPr>
      <w:r>
        <w:t>محروم رہا کہ میرا کریٹر اللہ رب العالمین ہے، اللہ نے مجھے سننے کی طاقت دی، کھانے کی</w:t>
      </w:r>
    </w:p>
    <w:p>
      <w:r>
        <w:rPr>
          <w:b/>
        </w:rPr>
        <w:t xml:space="preserve">[13:03] </w:t>
      </w:r>
      <w:r>
        <w:t>taaqat di, mere rizq paida kiya, mere sawal paida kiya, mere soul system paida kiya, in sab baaton</w:t>
      </w:r>
    </w:p>
    <w:p>
      <w:pPr>
        <w:jc w:val="right"/>
      </w:pPr>
      <w:r>
        <w:t>طاقت دی، میرے رزق پیدا کیا، میرے سوال پیدا کیا، میرے سول سسٹم پیدا کیا، ان سب باتوں</w:t>
      </w:r>
    </w:p>
    <w:p>
      <w:r>
        <w:rPr>
          <w:b/>
        </w:rPr>
        <w:t xml:space="preserve">[13:14] </w:t>
      </w:r>
      <w:r>
        <w:t>ko jo discover karne se mehroom raha,</w:t>
      </w:r>
    </w:p>
    <w:p>
      <w:pPr>
        <w:jc w:val="right"/>
      </w:pPr>
      <w:r>
        <w:t>کو جو ڈسکور کرنے سے محروم رہا،</w:t>
      </w:r>
    </w:p>
    <w:p>
      <w:r>
        <w:rPr>
          <w:b/>
        </w:rPr>
        <w:t xml:space="preserve">[13:24] </w:t>
      </w:r>
      <w:r>
        <w:t>uske baad jab woh akhirat mein uthega to bekhabri ki zindagi uski hogi.</w:t>
      </w:r>
    </w:p>
    <w:p>
      <w:pPr>
        <w:jc w:val="right"/>
      </w:pPr>
      <w:r>
        <w:t>اس کے بعد جب وہ آخرت میں اٹھے گا تو بے خبری کی زندگی اس کی ہوگی۔</w:t>
      </w:r>
    </w:p>
    <w:p>
      <w:r>
        <w:rPr>
          <w:b/>
        </w:rPr>
        <w:t xml:space="preserve">[13:34] </w:t>
      </w:r>
      <w:r>
        <w:t>yahan aankhein pan ke maani hain bekhabri.</w:t>
      </w:r>
    </w:p>
    <w:p>
      <w:pPr>
        <w:jc w:val="right"/>
      </w:pPr>
      <w:r>
        <w:t>یہاں آنکھیں پن کے معنی ہیں بے خبری۔</w:t>
      </w:r>
    </w:p>
    <w:p>
      <w:r>
        <w:rPr>
          <w:b/>
        </w:rPr>
        <w:t xml:space="preserve">[13:45] </w:t>
      </w:r>
      <w:r>
        <w:t>to yeh ayat jo hai Quran ki, jab mujhe der tak bhooka rehne se</w:t>
      </w:r>
    </w:p>
    <w:p>
      <w:pPr>
        <w:jc w:val="right"/>
      </w:pPr>
      <w:r>
        <w:t>تو یہ آیت جو ہے قرآن کی، جب مجھے دیر تک بھوکا رہنے سے</w:t>
      </w:r>
    </w:p>
    <w:p>
      <w:r>
        <w:rPr>
          <w:b/>
        </w:rPr>
        <w:t xml:space="preserve">[13:56] </w:t>
      </w:r>
      <w:r>
        <w:t>weakness I, aur maine kaha ke larbar hone laga hoon, maine tab mujhe is ayat ki</w:t>
      </w:r>
    </w:p>
    <w:p>
      <w:pPr>
        <w:jc w:val="right"/>
      </w:pPr>
      <w:r>
        <w:t>ویکنس آئی، اور میں نے کہا کہ لاربار ہونے لگا ہوں، میں نے تب مجھے اس آیت کی</w:t>
      </w:r>
    </w:p>
    <w:p>
      <w:r>
        <w:rPr>
          <w:b/>
        </w:rPr>
        <w:t xml:space="preserve">[14:06] </w:t>
      </w:r>
      <w:r>
        <w:t>ahmiyat samajh aayi, is food ki ahmiyat samajh aayi.</w:t>
      </w:r>
    </w:p>
    <w:p>
      <w:pPr>
        <w:jc w:val="right"/>
      </w:pPr>
      <w:r>
        <w:t>اہمیت سمجھ آئی، اس فوڈ کی اہمیت سمجھ آئی۔</w:t>
      </w:r>
    </w:p>
    <w:p>
      <w:r>
        <w:rPr>
          <w:b/>
        </w:rPr>
        <w:t xml:space="preserve">[14:17] </w:t>
      </w:r>
      <w:r>
        <w:t>rozana hum routine mein jab khate peete rehte hain, routine mein to food ki power nahi samajh mein aati.</w:t>
      </w:r>
    </w:p>
    <w:p>
      <w:pPr>
        <w:jc w:val="right"/>
      </w:pPr>
      <w:r>
        <w:t>روزانہ ہم روٹین میں جب کھاتے پیتے رہتے ہیں، روٹین میں تو فوڈ کی پاور نہیں سمجھ میں آتی۔</w:t>
      </w:r>
    </w:p>
    <w:p>
      <w:r>
        <w:rPr>
          <w:b/>
        </w:rPr>
        <w:t xml:space="preserve">[14:27] </w:t>
      </w:r>
      <w:r>
        <w:t>ek baar to aur aise hi hua tha jahaz mein.</w:t>
      </w:r>
    </w:p>
    <w:p>
      <w:pPr>
        <w:jc w:val="right"/>
      </w:pPr>
      <w:r>
        <w:t>ایک بار تو اور ایسے ہی ہوا تھا جہاز میں۔</w:t>
      </w:r>
    </w:p>
    <w:p>
      <w:r>
        <w:rPr>
          <w:b/>
        </w:rPr>
        <w:t xml:space="preserve">[14:32] </w:t>
      </w:r>
      <w:r>
        <w:t>mein jahaz mein fly kar raha tha to wahan bhi kuch aisa hua tha ke mein bohat bhook lag gayi.</w:t>
      </w:r>
    </w:p>
    <w:p>
      <w:pPr>
        <w:jc w:val="right"/>
      </w:pPr>
      <w:r>
        <w:t>میں جہاز میں فلائی کر رہا تھا تو وہاں بھی کچھ ایسا ہوا تھا کہ میں بہت بھوک لگ گئی۔</w:t>
      </w:r>
    </w:p>
    <w:p>
      <w:r>
        <w:rPr>
          <w:b/>
        </w:rPr>
        <w:t xml:space="preserve">[14:38] </w:t>
      </w:r>
      <w:r>
        <w:t>abhi time nahi hua tha kyunke jahaz mein aap jante hain ke time par khana dete hain, to</w:t>
      </w:r>
    </w:p>
    <w:p>
      <w:pPr>
        <w:jc w:val="right"/>
      </w:pPr>
      <w:r>
        <w:t>ابھی ٹائم نہیں ہوا تھا کیونکہ جہاز میں آپ جانتے ہیں کہ ٹائم پر کھانا دیتے ہیں، تو</w:t>
      </w:r>
    </w:p>
    <w:p>
      <w:r>
        <w:rPr>
          <w:b/>
        </w:rPr>
        <w:t xml:space="preserve">[14:43] </w:t>
      </w:r>
      <w:r>
        <w:t>time nahi hua tha aur mujhe bhook lag gayi.</w:t>
      </w:r>
    </w:p>
    <w:p>
      <w:pPr>
        <w:jc w:val="right"/>
      </w:pPr>
      <w:r>
        <w:t>ٹائم نہیں ہوا تھا اور مجھے بھوک لگ گئی۔</w:t>
      </w:r>
    </w:p>
    <w:p>
      <w:r>
        <w:rPr>
          <w:b/>
        </w:rPr>
        <w:t xml:space="preserve">[14:48] </w:t>
      </w:r>
      <w:r>
        <w:t>ab mein sochta tha ke kya kya karoon.</w:t>
      </w:r>
    </w:p>
    <w:p>
      <w:pPr>
        <w:jc w:val="right"/>
      </w:pPr>
      <w:r>
        <w:t>اب میں سوچتا تھا کہ کیا کیا کروں۔</w:t>
      </w:r>
    </w:p>
    <w:p>
      <w:r>
        <w:rPr>
          <w:b/>
        </w:rPr>
        <w:t xml:space="preserve">[14:53] </w:t>
      </w:r>
      <w:r>
        <w:t>to air hostess se mein ne kaha</w:t>
      </w:r>
    </w:p>
    <w:p>
      <w:pPr>
        <w:jc w:val="right"/>
      </w:pPr>
      <w:r>
        <w:t>تو ایئر ہاسٹل سے میں نے کہا</w:t>
      </w:r>
    </w:p>
    <w:p>
      <w:r>
        <w:rPr>
          <w:b/>
        </w:rPr>
        <w:t xml:space="preserve">[14:58] </w:t>
      </w:r>
      <w:r>
        <w:t>keh mujhe aap khana de sakte hain? to us ne kaha keh jab time hoga tabhi milega.</w:t>
      </w:r>
    </w:p>
    <w:p>
      <w:pPr>
        <w:jc w:val="right"/>
      </w:pPr>
      <w:r>
        <w:t>کہ مجھے آپ کھانا دے سکتے ہیں؟ تو اس نے کہا کہ جب ٹائم ہوگا تبھی ملے گا۔</w:t>
      </w:r>
    </w:p>
    <w:p>
      <w:r>
        <w:rPr>
          <w:b/>
        </w:rPr>
        <w:t xml:space="preserve">[15:03] </w:t>
      </w:r>
      <w:r>
        <w:t>beech mein hum nahi de khana nahi de sakte.</w:t>
      </w:r>
    </w:p>
    <w:p>
      <w:pPr>
        <w:jc w:val="right"/>
      </w:pPr>
      <w:r>
        <w:t>بیچ میں ہم نہیں دے کھانا نہیں دے سکتے۔</w:t>
      </w:r>
    </w:p>
    <w:p>
      <w:r>
        <w:rPr>
          <w:b/>
        </w:rPr>
        <w:t xml:space="preserve">[15:08] </w:t>
      </w:r>
      <w:r>
        <w:t>to mein ne kaha abhi kuch dijiye.</w:t>
      </w:r>
    </w:p>
    <w:p>
      <w:pPr>
        <w:jc w:val="right"/>
      </w:pPr>
      <w:r>
        <w:t>تو میں نے کہا ابھی کچھ دیجئے۔</w:t>
      </w:r>
    </w:p>
    <w:p>
      <w:r>
        <w:rPr>
          <w:b/>
        </w:rPr>
        <w:t xml:space="preserve">[15:14] </w:t>
      </w:r>
      <w:r>
        <w:t>to woh biscuit le aayi, sirf biscuit.</w:t>
      </w:r>
    </w:p>
    <w:p>
      <w:pPr>
        <w:jc w:val="right"/>
      </w:pPr>
      <w:r>
        <w:t>تو وہ بسکٹ لے آئی، صرف بسکٹ۔</w:t>
      </w:r>
    </w:p>
    <w:p>
      <w:r>
        <w:rPr>
          <w:b/>
        </w:rPr>
        <w:t xml:space="preserve">[15:19] </w:t>
      </w:r>
      <w:r>
        <w:t>to mein ne khaya.</w:t>
      </w:r>
    </w:p>
    <w:p>
      <w:pPr>
        <w:jc w:val="right"/>
      </w:pPr>
      <w:r>
        <w:t>تو میں نے کھایا۔</w:t>
      </w:r>
    </w:p>
    <w:p>
      <w:r>
        <w:rPr>
          <w:b/>
        </w:rPr>
        <w:t xml:space="preserve">[15:24] </w:t>
      </w:r>
      <w:r>
        <w:t>tab bhi mein ne mehsoos kiya tha keh keh food kya cheez hai.</w:t>
      </w:r>
    </w:p>
    <w:p>
      <w:pPr>
        <w:jc w:val="right"/>
      </w:pPr>
      <w:r>
        <w:t>تب بھی میں نے محسوس کیا تھا کہ کہ فوڈ کیا چیز ہے۔</w:t>
      </w:r>
    </w:p>
    <w:p>
      <w:r>
        <w:rPr>
          <w:b/>
        </w:rPr>
        <w:t xml:space="preserve">[15:29] </w:t>
      </w:r>
      <w:r>
        <w:t>aaj bhi zyada aur zyada izafe ke saath mein ne mehsoos kiya keh food kya cheez hai.</w:t>
      </w:r>
    </w:p>
    <w:p>
      <w:pPr>
        <w:jc w:val="right"/>
      </w:pPr>
      <w:r>
        <w:t>آج بھی زیادہ اور زیادہ اضافے کے ساتھ میں نے محسوس کیا کہ فوڈ کیا چیز ہے۔</w:t>
      </w:r>
    </w:p>
    <w:p>
      <w:r>
        <w:rPr>
          <w:b/>
        </w:rPr>
        <w:t xml:space="preserve">[15:37] </w:t>
      </w:r>
      <w:r>
        <w:t>to yeh sab sochte sochte mujhe samajh mein aaya keh roze ka jo hai concept woh hai compulsion</w:t>
      </w:r>
    </w:p>
    <w:p>
      <w:pPr>
        <w:jc w:val="right"/>
      </w:pPr>
      <w:r>
        <w:t>تو یہ سب سوچتے سوچتے مجھے سمجھ میں آیا کہ روزہ کا جو ہے کانسیپٹ وہ ہے کمپلشن</w:t>
      </w:r>
    </w:p>
    <w:p>
      <w:r>
        <w:rPr>
          <w:b/>
        </w:rPr>
        <w:t xml:space="preserve">[15:45] </w:t>
      </w:r>
      <w:r>
        <w:t>create karke aadmi ko batana food ki ahmiyat.</w:t>
      </w:r>
    </w:p>
    <w:p>
      <w:pPr>
        <w:jc w:val="right"/>
      </w:pPr>
      <w:r>
        <w:t>کریٹ کر کے آدمی کو بتانا فوڈ کی اہمیت۔</w:t>
      </w:r>
    </w:p>
    <w:p>
      <w:r>
        <w:rPr>
          <w:b/>
        </w:rPr>
        <w:t xml:space="preserve">[15:52] </w:t>
      </w:r>
      <w:r>
        <w:t>to roza jo hai compulsion create karta hai keh discover karo</w:t>
      </w:r>
    </w:p>
    <w:p>
      <w:pPr>
        <w:jc w:val="right"/>
      </w:pPr>
      <w:r>
        <w:t>تو روزہ جو ہے کمپلشن کریٹ کرتا ہے کہ ڈسکور کرو</w:t>
      </w:r>
    </w:p>
    <w:p>
      <w:r>
        <w:rPr>
          <w:b/>
        </w:rPr>
        <w:t xml:space="preserve">[16:00] </w:t>
      </w:r>
      <w:r>
        <w:t>keh food kya cheez hai, kitni importance hai.</w:t>
      </w:r>
    </w:p>
    <w:p>
      <w:pPr>
        <w:jc w:val="right"/>
      </w:pPr>
      <w:r>
        <w:t>کہ فوڈ کیا چیز ہے، کتنی امپورٹنس ہے۔</w:t>
      </w:r>
    </w:p>
    <w:p>
      <w:r>
        <w:rPr>
          <w:b/>
        </w:rPr>
        <w:t xml:space="preserve">[16:08] </w:t>
      </w:r>
      <w:r>
        <w:t>to Khuda ki ek blessing hai keh jab insaan kisi reality ko na jaan paaye to compulsion create</w:t>
      </w:r>
    </w:p>
    <w:p>
      <w:pPr>
        <w:jc w:val="right"/>
      </w:pPr>
      <w:r>
        <w:t>تو خدا کی ایک بلیسنگ ہے کہ جب انسان کسی ریلیٹی کو نہ جان پائے تو کمپلشن کریٹ</w:t>
      </w:r>
    </w:p>
    <w:p>
      <w:r>
        <w:rPr>
          <w:b/>
        </w:rPr>
        <w:t xml:space="preserve">[16:16] </w:t>
      </w:r>
      <w:r>
        <w:t>karke insaan ko usay bataya jata hai.</w:t>
      </w:r>
    </w:p>
    <w:p>
      <w:pPr>
        <w:jc w:val="right"/>
      </w:pPr>
      <w:r>
        <w:t>کر کے انسان کو اسے بتایا جاتا ہے۔</w:t>
      </w:r>
    </w:p>
    <w:p>
      <w:r>
        <w:rPr>
          <w:b/>
        </w:rPr>
        <w:t xml:space="preserve">[16:25] </w:t>
      </w:r>
      <w:r>
        <w:t>isi ko mein kehta hoon jo is se pehle mein ne kaha tha:</w:t>
      </w:r>
    </w:p>
    <w:p>
      <w:pPr>
        <w:jc w:val="right"/>
      </w:pPr>
      <w:r>
        <w:t>اسی کو میں کہتا ہوں جو اس سے پہلے میں نے کہا تھا:</w:t>
      </w:r>
    </w:p>
    <w:p>
      <w:r>
        <w:rPr>
          <w:b/>
        </w:rPr>
        <w:t xml:space="preserve">[16:33] </w:t>
      </w:r>
      <w:r>
        <w:t>apple shock.</w:t>
      </w:r>
    </w:p>
    <w:p>
      <w:pPr>
        <w:jc w:val="right"/>
      </w:pPr>
      <w:r>
        <w:t>ایپل شاک۔</w:t>
      </w:r>
    </w:p>
    <w:p>
      <w:r>
        <w:rPr>
          <w:b/>
        </w:rPr>
        <w:t xml:space="preserve">[16:39] </w:t>
      </w:r>
      <w:r>
        <w:t>apple shock Khuda ka method hai.</w:t>
      </w:r>
    </w:p>
    <w:p>
      <w:pPr>
        <w:jc w:val="right"/>
      </w:pPr>
      <w:r>
        <w:t>ایپل شاک خدا کا میتھڈ ہے۔</w:t>
      </w:r>
    </w:p>
    <w:p>
      <w:r>
        <w:rPr>
          <w:b/>
        </w:rPr>
        <w:t xml:space="preserve">[16:45] </w:t>
      </w:r>
      <w:r>
        <w:t>jab tareekh guzar rahi thi, guzar rahi thi, guzar rahi thi, aur insaan itni bari baat se be-</w:t>
      </w:r>
    </w:p>
    <w:p>
      <w:pPr>
        <w:jc w:val="right"/>
      </w:pPr>
      <w:r>
        <w:t>جب تاریخ گزر رہی تھی، گزر رہی تھی، گزر رہی تھی، اور انسان اتنی بڑی بات سے بے</w:t>
      </w:r>
    </w:p>
    <w:p>
      <w:r>
        <w:rPr>
          <w:b/>
        </w:rPr>
        <w:t xml:space="preserve">[16:51] </w:t>
      </w:r>
      <w:r>
        <w:t>khabar tha, gravity jo zameen ke andar hai, gravitational pull, poori poori history guzar rahi hai, insaan be-</w:t>
      </w:r>
    </w:p>
    <w:p>
      <w:pPr>
        <w:jc w:val="right"/>
      </w:pPr>
      <w:r>
        <w:t>خبر تھا، گریویٹی جو زمین کے اندر ہے، گریویٹیشنل پل، پوری پوری ہسٹری گزر رہی ہے، انسان بے</w:t>
      </w:r>
    </w:p>
    <w:p>
      <w:r>
        <w:rPr>
          <w:b/>
        </w:rPr>
        <w:t xml:space="preserve">[16:57] </w:t>
      </w:r>
      <w:r>
        <w:t>khabar hai itni bari nemat se keh zameen mein gravity na ho to kya</w:t>
      </w:r>
    </w:p>
    <w:p>
      <w:pPr>
        <w:jc w:val="right"/>
      </w:pPr>
      <w:r>
        <w:t>خبر ہے اتنی بڑی نعمت سے کہ زمین میں گریویٹی نہ ہو تو کیا</w:t>
      </w:r>
    </w:p>
    <w:p>
      <w:r>
        <w:rPr>
          <w:b/>
        </w:rPr>
        <w:t xml:space="preserve">[17:03] </w:t>
      </w:r>
      <w:r>
        <w:t>hoga? to insaan ne, to to Allah ne Newton ke sar par saib giraya.</w:t>
      </w:r>
    </w:p>
    <w:p>
      <w:pPr>
        <w:jc w:val="right"/>
      </w:pPr>
      <w:r>
        <w:t>ہوگا؟ تو انسان نے، تو تو اللہ نے نیوٹن کے سر پر سیب گرایا۔</w:t>
      </w:r>
    </w:p>
    <w:p>
      <w:r>
        <w:rPr>
          <w:b/>
        </w:rPr>
        <w:t xml:space="preserve">[17:10] </w:t>
      </w:r>
      <w:r>
        <w:t>us ko mein kehta hoon apple shock.</w:t>
      </w:r>
    </w:p>
    <w:p>
      <w:pPr>
        <w:jc w:val="right"/>
      </w:pPr>
      <w:r>
        <w:t>اس کو میں کہتا ہوں ایپل شاک۔</w:t>
      </w:r>
    </w:p>
    <w:p>
      <w:r>
        <w:rPr>
          <w:b/>
        </w:rPr>
        <w:t xml:space="preserve">[17:18] </w:t>
      </w:r>
      <w:r>
        <w:t>to yeh roza bhi ek roza shock hai keh rozana tum khate peete ho, to samajh mein aata</w:t>
      </w:r>
    </w:p>
    <w:p>
      <w:pPr>
        <w:jc w:val="right"/>
      </w:pPr>
      <w:r>
        <w:t>تو یہ روزہ بھی ایک روزہ شاک ہے کہ روزانہ تم کھاتے پیتے ہو، تو سمجھ میں آتا</w:t>
      </w:r>
    </w:p>
    <w:p>
      <w:r>
        <w:rPr>
          <w:b/>
        </w:rPr>
        <w:t xml:space="preserve">[17:25] </w:t>
      </w:r>
      <w:r>
        <w:t>hai keh rizq kya</w:t>
      </w:r>
    </w:p>
    <w:p>
      <w:pPr>
        <w:jc w:val="right"/>
      </w:pPr>
      <w:r>
        <w:t>ہے کہ رزق کیا</w:t>
      </w:r>
    </w:p>
    <w:p>
      <w:r>
        <w:rPr>
          <w:b/>
        </w:rPr>
        <w:t xml:space="preserve">[17:33] </w:t>
      </w:r>
      <w:r>
        <w:t>cheez hai, food kya cheez hai. roza ek apple shock ban kar is ke upar girta hai ta ke under compulsion aadmi ko jaane ke food kya cheez hai. lekin log jo rozedar log hain, woh un ka haal kya hai? overeating. roze mein overeating karte hain. roza naam hai o</w:t>
      </w:r>
    </w:p>
    <w:p>
      <w:pPr>
        <w:jc w:val="right"/>
      </w:pPr>
      <w:r>
        <w:t>چیز ہے، فوڈ کیا چیز ہے۔ روزہ ایک ایپل شاک بن کر اس کے اوپر گرتا ہے تاکہ انڈر کمپلشن آدمی کو جانے کہ فوڈ کیا چیز ہے۔ لیکن لوگ جو روزے دار لوگ ہیں، وہ ان کا حال کیا ہے؟ اوور ایٹنگ۔ روزے میں اوور ایٹنگ کرتے ہیں۔ روزہ نام ہے او</w:t>
      </w:r>
    </w:p>
    <w:p>
      <w:r>
        <w:rPr>
          <w:b/>
        </w:rPr>
        <w:t xml:space="preserve">[18:03] </w:t>
      </w:r>
      <w:r>
        <w:t>over eating ka.</w:t>
      </w:r>
    </w:p>
    <w:p>
      <w:pPr>
        <w:jc w:val="right"/>
      </w:pPr>
      <w:r>
        <w:t>ور ایٹنگ کا۔</w:t>
      </w:r>
    </w:p>
    <w:p>
      <w:r>
        <w:rPr>
          <w:b/>
        </w:rPr>
        <w:t xml:space="preserve">[18:11] </w:t>
      </w:r>
      <w:r>
        <w:t>رمضان کا مہینہ بن گیا ہے overeating کا مہینہ۔</w:t>
      </w:r>
    </w:p>
    <w:p>
      <w:pPr>
        <w:jc w:val="right"/>
      </w:pPr>
      <w:r>
        <w:t>رمضان کا مہینہ بن گیا ہے اوور ایٹنگ کا مہینہ۔</w:t>
      </w:r>
    </w:p>
    <w:p>
      <w:r>
        <w:rPr>
          <w:b/>
        </w:rPr>
        <w:t xml:space="preserve">[18:19] </w:t>
      </w:r>
      <w:r>
        <w:t>اس وجہ سے جو apple shock کا معاملہ کیا جاتا ہے، اس سے بھی بے خبر انسان ہے،</w:t>
      </w:r>
    </w:p>
    <w:p>
      <w:pPr>
        <w:jc w:val="right"/>
      </w:pPr>
      <w:r>
        <w:t>اس وجہ سے جو ایپل شاک کا معاملہ کیا جاتا ہے، اس سے بھی بے خبر انسان ہے،</w:t>
      </w:r>
    </w:p>
    <w:p>
      <w:r>
        <w:rPr>
          <w:b/>
        </w:rPr>
        <w:t xml:space="preserve">[18:27] </w:t>
      </w:r>
      <w:r>
        <w:t>اس سے بھی بے خبر ہے کیونکہ overeating کی وجہ سے۔</w:t>
      </w:r>
    </w:p>
    <w:p>
      <w:pPr>
        <w:jc w:val="right"/>
      </w:pPr>
      <w:r>
        <w:t>اس سے بھی بے خبر ہے کیونکہ اوور ایٹنگ کی وجہ سے۔</w:t>
      </w:r>
    </w:p>
    <w:p>
      <w:r>
        <w:rPr>
          <w:b/>
        </w:rPr>
        <w:t xml:space="preserve">[18:35] </w:t>
      </w:r>
      <w:r>
        <w:t>to yeh maamla kisi ek cheez se talluq nahi, is ka har har maamle se.</w:t>
      </w:r>
    </w:p>
    <w:p>
      <w:pPr>
        <w:jc w:val="right"/>
      </w:pPr>
      <w:r>
        <w:t>تو یہ معاملہ کسی ایک چیز سے تعلق نہیں، اس کا ہر ہر معاملے سے۔</w:t>
      </w:r>
    </w:p>
    <w:p>
      <w:r>
        <w:rPr>
          <w:b/>
        </w:rPr>
        <w:t xml:space="preserve">[18:45] </w:t>
      </w:r>
      <w:r>
        <w:t>yeh mamla jo aaj kal hum zor de rahe hain, bohat ziyada quran ke distribution par, woh wahi hai.</w:t>
      </w:r>
    </w:p>
    <w:p>
      <w:pPr>
        <w:jc w:val="right"/>
      </w:pPr>
      <w:r>
        <w:t>یہ معاملہ جو آج کل ہم زور دے رہے ہیں، بہت زیادہ قرآن کے ڈسٹریبیوشن پر، وہ وہی ہے۔</w:t>
      </w:r>
    </w:p>
    <w:p>
      <w:r>
        <w:rPr>
          <w:b/>
        </w:rPr>
        <w:t xml:space="preserve">[18:55] </w:t>
      </w:r>
      <w:r>
        <w:t>یہ دنیا میں جو militancy آئی، militancy جس نے ساری دنیا کے لوگ پ</w:t>
      </w:r>
    </w:p>
    <w:p>
      <w:pPr>
        <w:jc w:val="right"/>
      </w:pPr>
      <w:r>
        <w:t>یہ دنیا میں جو ملٹنسی آئی، ملٹنسی جس نے ساری دنیا کے لوگ پ</w:t>
      </w:r>
    </w:p>
    <w:p>
      <w:r>
        <w:rPr>
          <w:b/>
        </w:rPr>
        <w:t xml:space="preserve">[19:05] </w:t>
      </w:r>
      <w:r>
        <w:t>ریشان ہیں، وہ کیا ہے؟ وہ militancy بھی قرآن shock ہے۔</w:t>
      </w:r>
    </w:p>
    <w:p>
      <w:pPr>
        <w:jc w:val="right"/>
      </w:pPr>
      <w:r>
        <w:t>ریشان ہیں، وہ کیا ہے؟ وہ ملٹنسی بھی قرآن شاک ہے۔</w:t>
      </w:r>
    </w:p>
    <w:p>
      <w:r>
        <w:rPr>
          <w:b/>
        </w:rPr>
        <w:t xml:space="preserve">[19:14] </w:t>
      </w:r>
      <w:r>
        <w:t>quran ke naam par militancy chalai ja rahi hai, chalai ja rahi hai ke quran mein jihad ka</w:t>
      </w:r>
    </w:p>
    <w:p>
      <w:pPr>
        <w:jc w:val="right"/>
      </w:pPr>
      <w:r>
        <w:t>قرآن کے نام پر ملٹنسی چلائی جا رہی ہے، چلائی جا رہی ہے کہ قرآن میں جہاد کا</w:t>
      </w:r>
    </w:p>
    <w:p>
      <w:r>
        <w:rPr>
          <w:b/>
        </w:rPr>
        <w:t xml:space="preserve">[19:22] </w:t>
      </w:r>
      <w:r>
        <w:t>hukm aaya, quran mein kaha gaya hai: kafiron ko maro.</w:t>
      </w:r>
    </w:p>
    <w:p>
      <w:pPr>
        <w:jc w:val="right"/>
      </w:pPr>
      <w:r>
        <w:t>حکم آیا، قرآن میں کہا گیا ہے: کافروں کو مارو۔</w:t>
      </w:r>
    </w:p>
    <w:p>
      <w:r>
        <w:rPr>
          <w:b/>
        </w:rPr>
        <w:t xml:space="preserve">[19:30] </w:t>
      </w:r>
      <w:r>
        <w:t>yeh kya hai? yeh quran shock hai.</w:t>
      </w:r>
    </w:p>
    <w:p>
      <w:pPr>
        <w:jc w:val="right"/>
      </w:pPr>
      <w:r>
        <w:t>یہ کیا ہے؟ یہ قرآن شاک ہے۔</w:t>
      </w:r>
    </w:p>
    <w:p>
      <w:r>
        <w:rPr>
          <w:b/>
        </w:rPr>
        <w:t xml:space="preserve">[19:38] </w:t>
      </w:r>
      <w:r>
        <w:t>yeh quran shock hai.</w:t>
      </w:r>
    </w:p>
    <w:p>
      <w:pPr>
        <w:jc w:val="right"/>
      </w:pPr>
      <w:r>
        <w:t>یہ قرآن شاک ہے۔</w:t>
      </w:r>
    </w:p>
    <w:p>
      <w:r>
        <w:rPr>
          <w:b/>
        </w:rPr>
        <w:t xml:space="preserve">[19:45] </w:t>
      </w:r>
      <w:r>
        <w:t>logon ko chahiye ke jaagein, jaagein, jaagein aur samjhein ke baat kya hai.</w:t>
      </w:r>
    </w:p>
    <w:p>
      <w:pPr>
        <w:jc w:val="right"/>
      </w:pPr>
      <w:r>
        <w:t>لوگوں کو چاہیے کہ جاگیں، جاگیں، جاگیں اور سمجھیں کہ بات کیا ہے۔</w:t>
      </w:r>
    </w:p>
    <w:p>
      <w:r>
        <w:rPr>
          <w:b/>
        </w:rPr>
        <w:t xml:space="preserve">[19:51] </w:t>
      </w:r>
      <w:r>
        <w:t>to mein samajhta hoon ke baat yeh hai ke quran ko pata ho ke jo nafrat ho gayi</w:t>
      </w:r>
    </w:p>
    <w:p>
      <w:pPr>
        <w:jc w:val="right"/>
      </w:pPr>
      <w:r>
        <w:t>تو میں سمجھتا ہوں کہ بات یہ ہے کہ قرآن کو پتہ ہو کہ جو نفرت ہو گئی</w:t>
      </w:r>
    </w:p>
    <w:p>
      <w:r>
        <w:rPr>
          <w:b/>
        </w:rPr>
        <w:t xml:space="preserve">[19:58] </w:t>
      </w:r>
      <w:r>
        <w:t>hai sari duniya ko, jis ko kehte hain aaj kal musalman, parhe likhe musalman jo hain, woh kehte</w:t>
      </w:r>
    </w:p>
    <w:p>
      <w:pPr>
        <w:jc w:val="right"/>
      </w:pPr>
      <w:r>
        <w:t>ہے ساری دنیا کو، جس کو کہتے ہیں آج کل مسلمان، پڑھے لکھے مسلمان جو ہیں، وہ کہتے</w:t>
      </w:r>
    </w:p>
    <w:p>
      <w:r>
        <w:rPr>
          <w:b/>
        </w:rPr>
        <w:t xml:space="preserve">[20:04] </w:t>
      </w:r>
      <w:r>
        <w:t>hain islamophobia.</w:t>
      </w:r>
    </w:p>
    <w:p>
      <w:pPr>
        <w:jc w:val="right"/>
      </w:pPr>
      <w:r>
        <w:t>ہیں اسلامو فوبیا۔</w:t>
      </w:r>
    </w:p>
    <w:p>
      <w:r>
        <w:rPr>
          <w:b/>
        </w:rPr>
        <w:t xml:space="preserve">[20:11] </w:t>
      </w:r>
      <w:r>
        <w:t>islamophobia kya cheez hai? woh islamophobia nahi hai, woh quran shock hai.</w:t>
      </w:r>
    </w:p>
    <w:p>
      <w:pPr>
        <w:jc w:val="right"/>
      </w:pPr>
      <w:r>
        <w:t>اسلامو فوبیا کیا چیز ہے؟ وہ اسلامو فوبیا نہیں ہے، وہ قرآن شاک ہے۔</w:t>
      </w:r>
    </w:p>
    <w:p>
      <w:r>
        <w:rPr>
          <w:b/>
        </w:rPr>
        <w:t xml:space="preserve">[20:21] </w:t>
      </w:r>
      <w:r>
        <w:t>duniya keh rahi hai ke quran kya hai? do hum ko hum jaanein ke quran kya hai.</w:t>
      </w:r>
    </w:p>
    <w:p>
      <w:pPr>
        <w:jc w:val="right"/>
      </w:pPr>
      <w:r>
        <w:t>دنیا کہہ رہی ہے کہ قرآن کیا ہے؟ دو ہم کو ہم جانیں کہ قرآن کیا ہے۔</w:t>
      </w:r>
    </w:p>
    <w:p>
      <w:r>
        <w:rPr>
          <w:b/>
        </w:rPr>
        <w:t xml:space="preserve">[20:31] </w:t>
      </w:r>
      <w:r>
        <w:t>یہ اسلامو فوبیا اپنی حقیقت کے اعتبار سے قرآن shock ہے۔ تو</w:t>
      </w:r>
    </w:p>
    <w:p>
      <w:pPr>
        <w:jc w:val="right"/>
      </w:pPr>
      <w:r>
        <w:t>یہ اسلامو فوبیا اپنی حقیقت کے اعتبار سے قرآن شاک ہے۔ تو</w:t>
      </w:r>
    </w:p>
    <w:p>
      <w:r>
        <w:rPr>
          <w:b/>
        </w:rPr>
        <w:t xml:space="preserve">[20:41] </w:t>
      </w:r>
      <w:r>
        <w:t>islamophobia ko agar khatam karna hai, yaani islam ke khilaf, musalmanon ke khilaf jo duniya ko negativity</w:t>
      </w:r>
    </w:p>
    <w:p>
      <w:pPr>
        <w:jc w:val="right"/>
      </w:pPr>
      <w:r>
        <w:t>اسلامو فوبیا کو اگر ختم کرنا ہے، یعنی اسلام کے خلاف، مسلمانوں کے خلاف جو دنیا کو نیگیٹیوٹی</w:t>
      </w:r>
    </w:p>
    <w:p>
      <w:r>
        <w:rPr>
          <w:b/>
        </w:rPr>
        <w:t xml:space="preserve">[20:51] </w:t>
      </w:r>
      <w:r>
        <w:t>aa gayi hai, agar aap is ko khatam karna chahte hain to ek hi shakal yeh hai ke</w:t>
      </w:r>
    </w:p>
    <w:p>
      <w:pPr>
        <w:jc w:val="right"/>
      </w:pPr>
      <w:r>
        <w:t>آ گئی ہے، اگر آپ اس کو ختم کرنا چاہتے ہیں تو ایک ہی شکل یہ ہے کہ</w:t>
      </w:r>
    </w:p>
    <w:p>
      <w:r>
        <w:rPr>
          <w:b/>
        </w:rPr>
        <w:t xml:space="preserve">[21:02] </w:t>
      </w:r>
      <w:r>
        <w:t>quran ko phailaiye.</w:t>
      </w:r>
    </w:p>
    <w:p>
      <w:pPr>
        <w:jc w:val="right"/>
      </w:pPr>
      <w:r>
        <w:t>قرآن کو پھیلائیے۔</w:t>
      </w:r>
    </w:p>
    <w:p>
      <w:r>
        <w:rPr>
          <w:b/>
        </w:rPr>
        <w:t xml:space="preserve">[21:12] </w:t>
      </w:r>
      <w:r>
        <w:t>ab agar aap is ko aaj jawab yeh karein ke bomb maro, pathar maro, to is se islamophobia</w:t>
      </w:r>
    </w:p>
    <w:p>
      <w:pPr>
        <w:jc w:val="right"/>
      </w:pPr>
      <w:r>
        <w:t>اب اگر آپ اس کو آج جواب یہ کریں کہ بم ماریں، پتھر ماریں، تو اس سے اسلامو</w:t>
      </w:r>
    </w:p>
    <w:p>
      <w:r>
        <w:rPr>
          <w:b/>
        </w:rPr>
        <w:t xml:space="preserve">[21:22] </w:t>
      </w:r>
      <w:r>
        <w:t>khatam nahi hone wala hai kyunke jar mein to misunderstanding hai, galat fehmi hai.</w:t>
      </w:r>
    </w:p>
    <w:p>
      <w:pPr>
        <w:jc w:val="right"/>
      </w:pPr>
      <w:r>
        <w:t>فوبیا ختم نہیں ہونے والا ہے کیونکہ جڑ میں تو مس انڈرسٹینڈنگ ہے، غلط فہمی ہے۔</w:t>
      </w:r>
    </w:p>
    <w:p>
      <w:r>
        <w:rPr>
          <w:b/>
        </w:rPr>
        <w:t xml:space="preserve">[21:32] </w:t>
      </w:r>
      <w:r>
        <w:t>woh samajhte hain ke quran sikhata hai ke kafiron ko maro, pathar maro, goli maro,</w:t>
      </w:r>
    </w:p>
    <w:p>
      <w:pPr>
        <w:jc w:val="right"/>
      </w:pPr>
      <w:r>
        <w:t>وہ سمجھتے ہیں کہ قرآن سکھاتا ہے کہ کافروں کو مارو، پتھر مارو، گولی مارو،</w:t>
      </w:r>
    </w:p>
    <w:p>
      <w:r>
        <w:rPr>
          <w:b/>
        </w:rPr>
        <w:t xml:space="preserve">[21:43] </w:t>
      </w:r>
      <w:r>
        <w:t>bomb barsao. to aap ko Quran phailana parega ta ke dunya jaane ke Quran mein to likha hua hai: "wa Allah yad'u ila daris salam". Khuda pukarta hai aman ke ghar ki taraf. "and God calls to the home of peace". Quran mein to yeh likh</w:t>
      </w:r>
    </w:p>
    <w:p>
      <w:pPr>
        <w:jc w:val="right"/>
      </w:pPr>
      <w:r>
        <w:t>بم برساؤ۔ تو آپ کو قرآن پھیلانا پڑے گا تاکہ دنیا جانے کہ قرآن میں تو لکھا ہوا ہے: "واللہیدعو الی دار السلام"۔ خدا پکارتا ہے امن کے گھر کی طرف۔ "اینڈ گاڈ کالز ٹو دا ہوم آف پیس"۔ قرآن میں تو یہ لکھ</w:t>
      </w:r>
    </w:p>
    <w:p>
      <w:r>
        <w:rPr>
          <w:b/>
        </w:rPr>
        <w:t xml:space="preserve">[22:13] </w:t>
      </w:r>
      <w:r>
        <w:t>hua hai, yeh hai hi nahi ke bomb maro, pathar maro, goli maro, yeh hai hi nahi.</w:t>
      </w:r>
    </w:p>
    <w:p>
      <w:pPr>
        <w:jc w:val="right"/>
      </w:pPr>
      <w:r>
        <w:t>ا ہوا ہے، یہ ہے ہی نہیں کہ بم مارو، پتھر مارو، گولی مارو، یہ ہے ہی نہیں۔</w:t>
      </w:r>
    </w:p>
    <w:p>
      <w:r>
        <w:rPr>
          <w:b/>
        </w:rPr>
        <w:t xml:space="preserve">[22:21] </w:t>
      </w:r>
      <w:r>
        <w:t>waid-da'u ila dar-is-salam.</w:t>
      </w:r>
    </w:p>
    <w:p>
      <w:pPr>
        <w:jc w:val="right"/>
      </w:pPr>
      <w:r>
        <w:t>"واللہیدعو الی دار السلام"۔</w:t>
      </w:r>
    </w:p>
    <w:p>
      <w:r>
        <w:rPr>
          <w:b/>
        </w:rPr>
        <w:t xml:space="preserve">[22:28] </w:t>
      </w:r>
      <w:r>
        <w:t>god calls to the home of peace.</w:t>
      </w:r>
    </w:p>
    <w:p>
      <w:pPr>
        <w:jc w:val="right"/>
      </w:pPr>
      <w:r>
        <w:t>"گاڈ کالز ٹو دا ہوم آف پیس"۔</w:t>
      </w:r>
    </w:p>
    <w:p>
      <w:r>
        <w:rPr>
          <w:b/>
        </w:rPr>
        <w:t xml:space="preserve">[22:36] </w:t>
      </w:r>
      <w:r>
        <w:t>تو یہ Islamophobia sachi baat yeh hai ke woh Quran shock hai. Woh</w:t>
      </w:r>
    </w:p>
    <w:p>
      <w:pPr>
        <w:jc w:val="right"/>
      </w:pPr>
      <w:r>
        <w:t>تو یہ اسلامو فوبیا سچی بات یہ ہے کہ وہ قرآن شاک ہے۔ وہ</w:t>
      </w:r>
    </w:p>
    <w:p>
      <w:r>
        <w:rPr>
          <w:b/>
        </w:rPr>
        <w:t xml:space="preserve">[22:44] </w:t>
      </w:r>
      <w:r>
        <w:t>aaj hamare saathi jo jagah jagah Quran ko phaila rahe hain, India mein, India ke bahar, har jagah un ka tajurba hai ke jab woh logon ko dene ke liye jate hain, jahan log ekhatta hote hain to log bare shauq se mangte hain aur lete hain. acha, yeh Quran</w:t>
      </w:r>
    </w:p>
    <w:p>
      <w:pPr>
        <w:jc w:val="right"/>
      </w:pPr>
      <w:r>
        <w:t>آج ہمارے ساتھی جو جگہ جگہ قرآن کو پھیلا رہے ہیں، انڈیا میں، انڈیا کے باہر، ہر جگہ ان کا تجربہ ہے کہ جب وہ لوگوں کو دینے کے لیے جاتے ہیں، جہاں لوگ اکٹھا ہوتے ہیں تو لوگ بڑے شوق سے مانگتے ہیں اور لیتے ہیں۔ اچھا، یہ قرآن</w:t>
      </w:r>
    </w:p>
    <w:p>
      <w:r>
        <w:rPr>
          <w:b/>
        </w:rPr>
        <w:t xml:space="preserve">[23:14] </w:t>
      </w:r>
      <w:r>
        <w:t>hai, is ko to hum padhenge.</w:t>
      </w:r>
    </w:p>
    <w:p>
      <w:pPr>
        <w:jc w:val="right"/>
      </w:pPr>
      <w:r>
        <w:t>ہے، اس کو تو ہم پڑھیں گے۔</w:t>
      </w:r>
    </w:p>
    <w:p>
      <w:r>
        <w:rPr>
          <w:b/>
        </w:rPr>
        <w:t xml:space="preserve">[23:25] </w:t>
      </w:r>
      <w:r>
        <w:t>to yeh sab kuch jo ho raha hai duniya mein, islamophobia aur musalmanon ke khilaf negative thinking</w:t>
      </w:r>
    </w:p>
    <w:p>
      <w:pPr>
        <w:jc w:val="right"/>
      </w:pPr>
      <w:r>
        <w:t>تو یہ سب کچھ جو ہو رہا ہے دنیا میں، اسلامو فوبیا اور مسلمانوں کے خلاف نیگیٹیو تھنکنگ</w:t>
      </w:r>
    </w:p>
    <w:p>
      <w:r>
        <w:rPr>
          <w:b/>
        </w:rPr>
        <w:t xml:space="preserve">[23:35] </w:t>
      </w:r>
      <w:r>
        <w:t>aur jo bhi musalmanon ki shikayat karte hain, woh sari shikayatein darasal</w:t>
      </w:r>
    </w:p>
    <w:p>
      <w:pPr>
        <w:jc w:val="right"/>
      </w:pPr>
      <w:r>
        <w:t>اور جو بھی مسلمانوں کی شکایت کرتے ہیں، وہ ساری شکایتیں دراصل</w:t>
      </w:r>
    </w:p>
    <w:p>
      <w:r>
        <w:rPr>
          <w:b/>
        </w:rPr>
        <w:t xml:space="preserve">[23:46] </w:t>
      </w:r>
      <w:r>
        <w:t>Quran shock ke mukhtalif pehlu hain. to zaroorat hai ke is baat ko jana jaye, warna kya hoga? man kana fi hadhi a'ma fa huwa fil akhirati a'ma. agar hum is ko na jaanein, is ko discover na karein, is ke taqaze poora</w:t>
      </w:r>
    </w:p>
    <w:p>
      <w:pPr>
        <w:jc w:val="right"/>
      </w:pPr>
      <w:r>
        <w:t>قرآن شاک کے مختلف پہلو ہیں۔ تو ضرورت ہے کہ اس بات کو جانا جائے، ورنہ کیا ہوگا؟ من کان فیھذی اعما فھو فی الاخرت اعما۔ اگر ہم اس کو نہ جانیں، اس کو ڈسکور نہ کریں، اس کے تقاضے پورا</w:t>
      </w:r>
    </w:p>
    <w:p>
      <w:r>
        <w:rPr>
          <w:b/>
        </w:rPr>
        <w:t xml:space="preserve">[24:16] </w:t>
      </w:r>
      <w:r>
        <w:t>na karein, logon tak quran ko un ki understandable language mein na pahunchayein to yeh counterproductive ho jayega.</w:t>
      </w:r>
    </w:p>
    <w:p>
      <w:pPr>
        <w:jc w:val="right"/>
      </w:pPr>
      <w:r>
        <w:t>نہ کریں، لوگوں تک قرآن کو ان کی انڈرسٹینڈیبل لینگویج میں نہ پہنچائیں تو یہ کاؤنٹر پروڈکٹیو ہو جائے گا۔</w:t>
      </w:r>
    </w:p>
    <w:p>
      <w:r>
        <w:rPr>
          <w:b/>
        </w:rPr>
        <w:t xml:space="preserve">[24:31] </w:t>
      </w:r>
      <w:r>
        <w:t>to jab mein jab bhi sochta hoon kisi</w:t>
      </w:r>
    </w:p>
    <w:p>
      <w:pPr>
        <w:jc w:val="right"/>
      </w:pPr>
      <w:r>
        <w:t>تو جب میں جب بھی سوچتا ہوں کسی</w:t>
      </w:r>
    </w:p>
    <w:p>
      <w:r>
        <w:rPr>
          <w:b/>
        </w:rPr>
        <w:t xml:space="preserve">[24:47] </w:t>
      </w:r>
      <w:r>
        <w:t>kisi point ko le kar to aakhir mein yahi baat aati hai ke sara sara kaam yeh hai</w:t>
      </w:r>
    </w:p>
    <w:p>
      <w:pPr>
        <w:jc w:val="right"/>
      </w:pPr>
      <w:r>
        <w:t>کسی پوائنٹ کو لے کر تو آخر میں یہی بات آتی ہے کہ سارا سارا کام یہ ہے</w:t>
      </w:r>
    </w:p>
    <w:p>
      <w:r>
        <w:rPr>
          <w:b/>
        </w:rPr>
        <w:t xml:space="preserve">[24:57] </w:t>
      </w:r>
      <w:r>
        <w:t>ke quran ko phailao.</w:t>
      </w:r>
    </w:p>
    <w:p>
      <w:pPr>
        <w:jc w:val="right"/>
      </w:pPr>
      <w:r>
        <w:t>کہ قرآن کو پھیلاؤ۔</w:t>
      </w:r>
    </w:p>
    <w:p>
      <w:r>
        <w:rPr>
          <w:b/>
        </w:rPr>
        <w:t xml:space="preserve">[25:08] </w:t>
      </w:r>
      <w:r>
        <w:t>jis corner se dekhta hoon, jis pehlu se dekhta hoon,</w:t>
      </w:r>
    </w:p>
    <w:p>
      <w:pPr>
        <w:jc w:val="right"/>
      </w:pPr>
      <w:r>
        <w:t>جس کارنر سے دیکھتا ہوں، جس پہلو سے دیکھتا ہوں،</w:t>
      </w:r>
    </w:p>
    <w:p>
      <w:r>
        <w:rPr>
          <w:b/>
        </w:rPr>
        <w:t xml:space="preserve">[25:18] </w:t>
      </w:r>
      <w:r>
        <w:t>mein jab rehta tha purani dilli mein to wahan billi bara ek ek area hai, wahan rehta tha mein.</w:t>
      </w:r>
    </w:p>
    <w:p>
      <w:pPr>
        <w:jc w:val="right"/>
      </w:pPr>
      <w:r>
        <w:t>میں جب رہتا تھا پرانی دہلی میں تو وہاں بلی بارہ ایک ایک ایریا ہے، وہاں رہتا تھا میں۔</w:t>
      </w:r>
    </w:p>
    <w:p>
      <w:r>
        <w:rPr>
          <w:b/>
        </w:rPr>
        <w:t xml:space="preserve">[25:26] </w:t>
      </w:r>
      <w:r>
        <w:t>to wahan ek masjid thi, ab shayad woh masjid rebuilt ki gayi hai.</w:t>
      </w:r>
    </w:p>
    <w:p>
      <w:pPr>
        <w:jc w:val="right"/>
      </w:pPr>
      <w:r>
        <w:t>تو وہاں ایک مسجد تھی، اب شاید وہ مسجد ری بلٹ کی گئی ہے۔</w:t>
      </w:r>
    </w:p>
    <w:p>
      <w:r>
        <w:rPr>
          <w:b/>
        </w:rPr>
        <w:t xml:space="preserve">[25:33] </w:t>
      </w:r>
      <w:r>
        <w:t>to wahan mein namaz parhne jaya karta tha.</w:t>
      </w:r>
    </w:p>
    <w:p>
      <w:pPr>
        <w:jc w:val="right"/>
      </w:pPr>
      <w:r>
        <w:t>تو وہاں میں نماز پڑھنے جایا کرتا تھا۔</w:t>
      </w:r>
    </w:p>
    <w:p>
      <w:r>
        <w:rPr>
          <w:b/>
        </w:rPr>
        <w:t xml:space="preserve">[25:41] </w:t>
      </w:r>
      <w:r>
        <w:t>to maghrib ki namaz mein</w:t>
      </w:r>
    </w:p>
    <w:p>
      <w:pPr>
        <w:jc w:val="right"/>
      </w:pPr>
      <w:r>
        <w:t>تو مغرب کی نماز میں</w:t>
      </w:r>
    </w:p>
    <w:p>
      <w:r>
        <w:rPr>
          <w:b/>
        </w:rPr>
        <w:t xml:space="preserve">[25:48] </w:t>
      </w:r>
      <w:r>
        <w:t>ek hamesha ek cheez aur dikhai parti thi, corner mein jahan seedhi shuru hoti thi, woh upar ke floor par thi masjid. woh to wahan ek boodha aadmi apni choti bachi ko le kar wahan rehta tha. jaise hi</w:t>
      </w:r>
    </w:p>
    <w:p>
      <w:pPr>
        <w:jc w:val="right"/>
      </w:pPr>
      <w:r>
        <w:t>ایک ہمیشہ ایک چیز اور دکھائی پڑتی تھی، کارنر میں جہاں سیڑھی شروع ہوتی تھی، وہ اوپر کے فلور پر تھی مسجد۔ وہ تو وہاں ایک بوڑھا آدمی اپنی چھوٹی بچی کو لے کر وہاں رہتا تھا۔ جیسے ہی</w:t>
      </w:r>
    </w:p>
    <w:p>
      <w:r>
        <w:rPr>
          <w:b/>
        </w:rPr>
        <w:t xml:space="preserve">[26:18] </w:t>
      </w:r>
      <w:r>
        <w:t>namaz khatam hoti thi, woh khara ho jata tha, woh us ki bachi, aur hamesha woh ek hi</w:t>
      </w:r>
    </w:p>
    <w:p>
      <w:pPr>
        <w:jc w:val="right"/>
      </w:pPr>
      <w:r>
        <w:t>نماز ختم ہوتی تھی، وہ کھڑا ہو جاتا تھا، وہ اس کی بچی، اور ہمیشہ وہ ایک ہی</w:t>
      </w:r>
    </w:p>
    <w:p>
      <w:r>
        <w:rPr>
          <w:b/>
        </w:rPr>
        <w:t xml:space="preserve">[26:28] </w:t>
      </w:r>
      <w:r>
        <w:t>baat kehta tha, ek hi baat: "har har surat se, har pehlu se madad ka mohtaj hoon, har</w:t>
      </w:r>
    </w:p>
    <w:p>
      <w:pPr>
        <w:jc w:val="right"/>
      </w:pPr>
      <w:r>
        <w:t>بات کہتا تھا، ایک ہی بات: "ہر ہر صورت سے، ہر پہلو سے مدد کا محتاج ہوں، ہر</w:t>
      </w:r>
    </w:p>
    <w:p>
      <w:r>
        <w:rPr>
          <w:b/>
        </w:rPr>
        <w:t xml:space="preserve">[26:38] </w:t>
      </w:r>
      <w:r>
        <w:t>soorat se, har pehlu se madad ka mohtaj hoon." woh andha</w:t>
      </w:r>
    </w:p>
    <w:p>
      <w:pPr>
        <w:jc w:val="right"/>
      </w:pPr>
      <w:r>
        <w:t>صورت سے، ہر پہلو سے مدد کا محتاج ہوں۔" وہ اندھا</w:t>
      </w:r>
    </w:p>
    <w:p>
      <w:r>
        <w:rPr>
          <w:b/>
        </w:rPr>
        <w:t xml:space="preserve">[26:48] </w:t>
      </w:r>
      <w:r>
        <w:t>bhi tha bechara.</w:t>
      </w:r>
    </w:p>
    <w:p>
      <w:pPr>
        <w:jc w:val="right"/>
      </w:pPr>
      <w:r>
        <w:t>بھی تھا بیچارہ۔</w:t>
      </w:r>
    </w:p>
    <w:p>
      <w:r>
        <w:rPr>
          <w:b/>
        </w:rPr>
        <w:t xml:space="preserve">[26:54] </w:t>
      </w:r>
      <w:r>
        <w:t>to mera aaj kal yeh haal ho gaya hai ke har soorat se, har pehlu se mere hi</w:t>
      </w:r>
    </w:p>
    <w:p>
      <w:pPr>
        <w:jc w:val="right"/>
      </w:pPr>
      <w:r>
        <w:t>تو میرا آج کل یہ حال ہو گیا ہے کہ ہر صورت سے، ہر پہلو سے میرے ہی</w:t>
      </w:r>
    </w:p>
    <w:p>
      <w:r>
        <w:rPr>
          <w:b/>
        </w:rPr>
        <w:t xml:space="preserve">[27:00] </w:t>
      </w:r>
      <w:r>
        <w:t>mere mind mein aata hai ke ek hi kaam hai: "quran phailao, ek hi kaam hai: quran phailao."</w:t>
      </w:r>
    </w:p>
    <w:p>
      <w:pPr>
        <w:jc w:val="right"/>
      </w:pPr>
      <w:r>
        <w:t>میرے مائنڈ میں آتا ہے کہ ایک ہی کام ہے: "قرآن پھیلاؤ، ایک ہی کام ہے: قرآن پھیلاؤ۔"</w:t>
      </w:r>
    </w:p>
    <w:p>
      <w:r>
        <w:rPr>
          <w:b/>
        </w:rPr>
        <w:t xml:space="preserve">[27:06] </w:t>
      </w:r>
      <w:r>
        <w:t>yani phailao ke mani woh nahi jo aaj kal ho raha hai muslim mulkon mein.</w:t>
      </w:r>
    </w:p>
    <w:p>
      <w:pPr>
        <w:jc w:val="right"/>
      </w:pPr>
      <w:r>
        <w:t>یعنی پھیلاؤ کے معنی وہ نہیں جو آج کل ہو رہا ہے مسلم ملکوں میں۔</w:t>
      </w:r>
    </w:p>
    <w:p>
      <w:r>
        <w:rPr>
          <w:b/>
        </w:rPr>
        <w:t xml:space="preserve">[27:12] </w:t>
      </w:r>
      <w:r>
        <w:t>arabi quran sahib sahib ko phailate hain, woh nahi. quran</w:t>
      </w:r>
    </w:p>
    <w:p>
      <w:pPr>
        <w:jc w:val="right"/>
      </w:pPr>
      <w:r>
        <w:t>عربی قرآن صاحب صاحب کو پھیلاتے ہیں، وہ نہیں۔ قر</w:t>
      </w:r>
    </w:p>
    <w:p>
      <w:r>
        <w:rPr>
          <w:b/>
        </w:rPr>
        <w:t xml:space="preserve">[27:18] </w:t>
      </w:r>
      <w:r>
        <w:t>ان کو لوگوں کی اپنی understandable language میں تیار کرنا اور بہت ہی زیادہ وہ قابل فہم زبان</w:t>
      </w:r>
    </w:p>
    <w:p>
      <w:pPr>
        <w:jc w:val="right"/>
      </w:pPr>
      <w:r>
        <w:t>آن کو لوگوں کی اپنی انڈرسٹینڈیبل لینگویج میں تیار کرنا اور بہت ہی زیادہ وہ قابل فارم زبان</w:t>
      </w:r>
    </w:p>
    <w:p>
      <w:r>
        <w:rPr>
          <w:b/>
        </w:rPr>
        <w:t xml:space="preserve">[27:28] </w:t>
      </w:r>
      <w:r>
        <w:t>mein phir us ko logon tak pahunchana.</w:t>
      </w:r>
    </w:p>
    <w:p>
      <w:pPr>
        <w:jc w:val="right"/>
      </w:pPr>
      <w:r>
        <w:t>میں پھر اس کو لوگوں تک پہنچانا۔</w:t>
      </w:r>
    </w:p>
    <w:p>
      <w:r>
        <w:rPr>
          <w:b/>
        </w:rPr>
        <w:t xml:space="preserve">[27:39] </w:t>
      </w:r>
      <w:r>
        <w:t>jaise hum poland gaye to ek christian tha, scholar, us ko quran diya</w:t>
      </w:r>
    </w:p>
    <w:p>
      <w:pPr>
        <w:jc w:val="right"/>
      </w:pPr>
      <w:r>
        <w:t>جیسے ہم پولینڈ گئے تو ایک کرسچن تھا، اسکالر، اس کو قرآن دیا</w:t>
      </w:r>
    </w:p>
    <w:p>
      <w:r>
        <w:rPr>
          <w:b/>
        </w:rPr>
        <w:t xml:space="preserve">[27:49] </w:t>
      </w:r>
      <w:r>
        <w:t>gaya jo hamare se chhupa hai.</w:t>
      </w:r>
    </w:p>
    <w:p>
      <w:pPr>
        <w:jc w:val="right"/>
      </w:pPr>
      <w:r>
        <w:t>گیا جو ہمارے سے چھپا ہے۔</w:t>
      </w:r>
    </w:p>
    <w:p>
      <w:r>
        <w:rPr>
          <w:b/>
        </w:rPr>
        <w:t xml:space="preserve">[27:55] </w:t>
      </w:r>
      <w:r>
        <w:t>to us ne kuch parha thoda sa to kya kehta hai? woh: "arey, yeh to yeh to samajh</w:t>
      </w:r>
    </w:p>
    <w:p>
      <w:pPr>
        <w:jc w:val="right"/>
      </w:pPr>
      <w:r>
        <w:t>تو اس نے کچھ پڑھا تھوڑا سا تو کیا کہتا ہے؟ وہ: "ارے، یہ تو یہ تو سمجھ</w:t>
      </w:r>
    </w:p>
    <w:p>
      <w:r>
        <w:rPr>
          <w:b/>
        </w:rPr>
        <w:t xml:space="preserve">[28:01] </w:t>
      </w:r>
      <w:r>
        <w:t>mein aa raha hai." to us ne bataya ke is se pehle hum ne bohat se quran ke</w:t>
      </w:r>
    </w:p>
    <w:p>
      <w:pPr>
        <w:jc w:val="right"/>
      </w:pPr>
      <w:r>
        <w:t>میں آ رہا ہے۔" تو اس نے بتایا کہ اس سے پہلے ہم نے بہت سے قرآن کے</w:t>
      </w:r>
    </w:p>
    <w:p>
      <w:r>
        <w:rPr>
          <w:b/>
        </w:rPr>
        <w:t xml:space="preserve">[28:07] </w:t>
      </w:r>
      <w:r>
        <w:t>tarjame parhe, woh samajh hi nahi aate kya kehte hain.</w:t>
      </w:r>
    </w:p>
    <w:p>
      <w:pPr>
        <w:jc w:val="right"/>
      </w:pPr>
      <w:r>
        <w:t>ترجمے پڑھے، وہ سمجھ ہی نہیں آتے کیا کہتے ہیں۔</w:t>
      </w:r>
    </w:p>
    <w:p>
      <w:r>
        <w:rPr>
          <w:b/>
        </w:rPr>
        <w:t xml:space="preserve">[28:13] </w:t>
      </w:r>
      <w:r>
        <w:t>isi liye mein yeh badhata hoon: understandable language.</w:t>
      </w:r>
    </w:p>
    <w:p>
      <w:pPr>
        <w:jc w:val="right"/>
      </w:pPr>
      <w:r>
        <w:t>اسی لیے میں یہ بڑھاتا ہوں: انڈرسٹینڈیبل لینگویج۔</w:t>
      </w:r>
    </w:p>
    <w:p>
      <w:r>
        <w:rPr>
          <w:b/>
        </w:rPr>
        <w:t xml:space="preserve">[28:19] </w:t>
      </w:r>
      <w:r>
        <w:t>isi waqt se poland ke is tajrube ke baad yeh baat khushwant singh ne bhi likhi thi.</w:t>
      </w:r>
    </w:p>
    <w:p>
      <w:pPr>
        <w:jc w:val="right"/>
      </w:pPr>
      <w:r>
        <w:t>اسی وقت سے پولینڈ کے اس تجربے کے بعد یہ بات خوشوند سنگھ نے بھی لکھی تھی۔</w:t>
      </w:r>
    </w:p>
    <w:p>
      <w:r>
        <w:rPr>
          <w:b/>
        </w:rPr>
        <w:t xml:space="preserve">[28:26] </w:t>
      </w:r>
      <w:r>
        <w:t>khushwant singh ji ki death ho gayi thi.</w:t>
      </w:r>
    </w:p>
    <w:p>
      <w:pPr>
        <w:jc w:val="right"/>
      </w:pPr>
      <w:r>
        <w:t>خوشوند سنگھ جی کی ڈیتھ ہو گئی تھی۔</w:t>
      </w:r>
    </w:p>
    <w:p>
      <w:r>
        <w:rPr>
          <w:b/>
        </w:rPr>
        <w:t xml:space="preserve">[28:32] </w:t>
      </w:r>
      <w:r>
        <w:t>unhone likha tha ke maine bohat se tarjame parhe lekin koi clarity nahi hoti thi tarjomon mein.</w:t>
      </w:r>
    </w:p>
    <w:p>
      <w:pPr>
        <w:jc w:val="right"/>
      </w:pPr>
      <w:r>
        <w:t>انہوں نے لکھا تھا کہ میں نے بہت سے ترجمے پڑھے لیکن کوئی کلیرٹی نہیں ہوتی تھی ترجموں میں۔</w:t>
      </w:r>
    </w:p>
    <w:p>
      <w:r>
        <w:rPr>
          <w:b/>
        </w:rPr>
        <w:t xml:space="preserve">[28:38] </w:t>
      </w:r>
      <w:r>
        <w:t>yeh jo tarjuma hai jo hamara chupa hai, yeh to aik dam clear hai: "parho aur samajhte jao,</w:t>
      </w:r>
    </w:p>
    <w:p>
      <w:pPr>
        <w:jc w:val="right"/>
      </w:pPr>
      <w:r>
        <w:t>یہ جو ترجمہ ہے جو ہمارا چھپا ہے، یہ تو ایک دم کلیئر ہے: "پڑھو اور سمجھتے جاؤ،</w:t>
      </w:r>
    </w:p>
    <w:p>
      <w:r>
        <w:rPr>
          <w:b/>
        </w:rPr>
        <w:t xml:space="preserve">[28:44] </w:t>
      </w:r>
      <w:r>
        <w:t>parho aur samajhte jao."</w:t>
      </w:r>
    </w:p>
    <w:p>
      <w:pPr>
        <w:jc w:val="right"/>
      </w:pPr>
      <w:r>
        <w:t>پڑھو اور سمجھتے جاؤ۔"</w:t>
      </w:r>
    </w:p>
    <w:p>
      <w:r>
        <w:rPr>
          <w:b/>
        </w:rPr>
        <w:t xml:space="preserve">[28:51] </w:t>
      </w:r>
      <w:r>
        <w:t>to mein is mein izafa karta hoon hamesha: understandable language.</w:t>
      </w:r>
    </w:p>
    <w:p>
      <w:pPr>
        <w:jc w:val="right"/>
      </w:pPr>
      <w:r>
        <w:t>تو میں اس میں اضافہ کرتا ہوں ہمیشہ: انڈرسٹینڈیبل لینگویج۔</w:t>
      </w:r>
    </w:p>
    <w:p>
      <w:r>
        <w:rPr>
          <w:b/>
        </w:rPr>
        <w:t xml:space="preserve">[28:58] </w:t>
      </w:r>
      <w:r>
        <w:t>to mera yeh haal ho gaya hai ke har har surat se, har pehlu se aik hi cheez</w:t>
      </w:r>
    </w:p>
    <w:p>
      <w:pPr>
        <w:jc w:val="right"/>
      </w:pPr>
      <w:r>
        <w:t>تو میرا یہ حال ہو گیا ہے کہ ہر ہر صورت سے، ہر پہلو سے ایک ہی چیز</w:t>
      </w:r>
    </w:p>
    <w:p>
      <w:r>
        <w:rPr>
          <w:b/>
        </w:rPr>
        <w:t xml:space="preserve">[29:06] </w:t>
      </w:r>
      <w:r>
        <w:t>mujhe yaad aati hai: "quran phailao, quran phailao, quran phailao." lekin abhi tak maine yeh paya hai</w:t>
      </w:r>
    </w:p>
    <w:p>
      <w:pPr>
        <w:jc w:val="right"/>
      </w:pPr>
      <w:r>
        <w:t>مجھے یاد آتی ہے: "قرآن پھیلاؤ، قرآن پھیلاؤ، قرآن پھیلاؤ۔" لیکن ابھی تک میں نے یہ پایا ہے</w:t>
      </w:r>
    </w:p>
    <w:p>
      <w:r>
        <w:rPr>
          <w:b/>
        </w:rPr>
        <w:t xml:space="preserve">[29:13] </w:t>
      </w:r>
      <w:r>
        <w:t>ke log aksar samajhte hain ke koi chhaap kar unhein</w:t>
      </w:r>
    </w:p>
    <w:p>
      <w:pPr>
        <w:jc w:val="right"/>
      </w:pPr>
      <w:r>
        <w:t>کہ لوگ اکثر سمجھتے ہیں کہ کوئی چھاپ کر انہیں</w:t>
      </w:r>
    </w:p>
    <w:p>
      <w:r>
        <w:rPr>
          <w:b/>
        </w:rPr>
        <w:t xml:space="preserve">[29:21] </w:t>
      </w:r>
      <w:r>
        <w:t>aik dher de de to woh baant baant dein, khud apni jeeb ka paisa kharch karein quran ke liye.</w:t>
      </w:r>
    </w:p>
    <w:p>
      <w:pPr>
        <w:jc w:val="right"/>
      </w:pPr>
      <w:r>
        <w:t>ایک ڈھیر دے دے تو وہ بانٹ بانٹ دیں، خود اپنی جیب کا پیسہ خرچ کریں قرآن کے لیے۔</w:t>
      </w:r>
    </w:p>
    <w:p>
      <w:r>
        <w:rPr>
          <w:b/>
        </w:rPr>
        <w:t xml:space="preserve">[29:31] </w:t>
      </w:r>
      <w:r>
        <w:t>yeh yeh mizaj abhi nahi aaya hai, yeh mizaj abhi nahi aaya hai.</w:t>
      </w:r>
    </w:p>
    <w:p>
      <w:pPr>
        <w:jc w:val="right"/>
      </w:pPr>
      <w:r>
        <w:t>یہ یہ مزاج ابھی نہیں آیا ہے، یہ مزاج ابھی نہیں آیا ہے۔</w:t>
      </w:r>
    </w:p>
    <w:p>
      <w:r>
        <w:rPr>
          <w:b/>
        </w:rPr>
        <w:t xml:space="preserve">[29:41] </w:t>
      </w:r>
      <w:r>
        <w:t>to aaj mein kisi se baat kar raha tha, aaj hi subah mein keh raha tha ke</w:t>
      </w:r>
    </w:p>
    <w:p>
      <w:pPr>
        <w:jc w:val="right"/>
      </w:pPr>
      <w:r>
        <w:t>تو آج میں کسی سے بات کر رہا تھا، آج ہی صبح میں کہہ رہا تھا کہ</w:t>
      </w:r>
    </w:p>
    <w:p>
      <w:r>
        <w:rPr>
          <w:b/>
        </w:rPr>
        <w:t xml:space="preserve">[29:51] </w:t>
      </w:r>
      <w:r>
        <w:t>is zamane mein har aadmi ko jo apne ko kehta hai ke mein muslim hoon, mujh ko iman</w:t>
      </w:r>
    </w:p>
    <w:p>
      <w:pPr>
        <w:jc w:val="right"/>
      </w:pPr>
      <w:r>
        <w:t>اس زمانے میں ہر آدمی کو جو اپنے کو کہتا ہے کہ میں مسلم ہوں، مجھ کو ایمان</w:t>
      </w:r>
    </w:p>
    <w:p>
      <w:r>
        <w:rPr>
          <w:b/>
        </w:rPr>
        <w:t xml:space="preserve">[30:02] </w:t>
      </w:r>
      <w:r>
        <w:t>ki discovery hui hai, us ko do mein se aik kaam karna hai.</w:t>
      </w:r>
    </w:p>
    <w:p>
      <w:pPr>
        <w:jc w:val="right"/>
      </w:pPr>
      <w:r>
        <w:t>کی ڈسکوری ہوئی ہے، اس کو دو میں سے ایک کام کرنا ہے۔</w:t>
      </w:r>
    </w:p>
    <w:p>
      <w:r>
        <w:rPr>
          <w:b/>
        </w:rPr>
        <w:t xml:space="preserve">[30:13] </w:t>
      </w:r>
      <w:r>
        <w:t>do mein se aik kaam: ya to woh apne aap ko de ya apna paisa de,</w:t>
      </w:r>
    </w:p>
    <w:p>
      <w:pPr>
        <w:jc w:val="right"/>
      </w:pPr>
      <w:r>
        <w:t>دو میں سے ایک کام: یا تو وہ اپنے آپ کو دے یا اپنا پیسہ دے،</w:t>
      </w:r>
    </w:p>
    <w:p>
      <w:r>
        <w:rPr>
          <w:b/>
        </w:rPr>
        <w:t xml:space="preserve">[30:24] </w:t>
      </w:r>
      <w:r>
        <w:t>ya woh apne aap ko de is mission mein, yani quran ko phailane ke mission mein. masjid log masjid banane ke liye to paise dete hain. main kaisi ajeeb baat hai ke rasool allah ne farma diya: "peshi ke mere liye sari duniya hi masjid bana di gayi, sari zameen." kya alfaaz hain sahib is ke? "jahalat liya larzak allah masjid." haan, kya tarjum</w:t>
      </w:r>
    </w:p>
    <w:p>
      <w:pPr>
        <w:jc w:val="right"/>
      </w:pPr>
      <w:r>
        <w:t>یا وہ اپنے آپ کو دے اس مشن میں، یعنی قرآن کو پھیلانے کے مشن میں۔ مسجد لوگ مسجد بنانے کے لیے تو پیسے دیتے ہیں۔ میں کیسی عجیب بات ہے کہ رسول اللہ نے فرما دیا: "پیشی کہ میرے لیے ساری دنیا ہی مسجد بنا دی گئی، ساری زمین۔" کیا الفاظ ہیں صاحب اس کے؟ "جہلت لیا لرزک اللہ مسجد۔" ہاں، کیا ترجم</w:t>
      </w:r>
    </w:p>
    <w:p>
      <w:r>
        <w:rPr>
          <w:b/>
        </w:rPr>
        <w:t xml:space="preserve">[30:54] </w:t>
      </w:r>
      <w:r>
        <w:t>h hai? "mere liye zameen tamam ki tamam masjid bana di gayi." haan, rasool Allah ne farmaya ke</w:t>
      </w:r>
    </w:p>
    <w:p>
      <w:pPr>
        <w:jc w:val="right"/>
      </w:pPr>
      <w:r>
        <w:t>ہ ہے؟ "میرے لیے زمین تمام کی تمام مسجد بنا دی گئی۔" ہاں، رسول اللہ نے فرمایا کہ</w:t>
      </w:r>
    </w:p>
    <w:p>
      <w:r>
        <w:rPr>
          <w:b/>
        </w:rPr>
        <w:t xml:space="preserve">[30:59] </w:t>
      </w:r>
      <w:r>
        <w:t>saari zameen masjid hai.</w:t>
      </w:r>
    </w:p>
    <w:p>
      <w:pPr>
        <w:jc w:val="right"/>
      </w:pPr>
      <w:r>
        <w:t>ساری زمین مسجد ہے۔</w:t>
      </w:r>
    </w:p>
    <w:p>
      <w:r>
        <w:rPr>
          <w:b/>
        </w:rPr>
        <w:t xml:space="preserve">[31:04] </w:t>
      </w:r>
      <w:r>
        <w:t>masjid banane ki zaroorat nahi hai, namaz parhne ki zaroorat hai.</w:t>
      </w:r>
    </w:p>
    <w:p>
      <w:pPr>
        <w:jc w:val="right"/>
      </w:pPr>
      <w:r>
        <w:t>مسجد بنانے کی ضرورت نہیں ہے، نماز پڑھنے کی ضرورت ہے۔</w:t>
      </w:r>
    </w:p>
    <w:p>
      <w:r>
        <w:rPr>
          <w:b/>
        </w:rPr>
        <w:t xml:space="preserve">[31:09] </w:t>
      </w:r>
      <w:r>
        <w:t>to kahin parh lo.</w:t>
      </w:r>
    </w:p>
    <w:p>
      <w:pPr>
        <w:jc w:val="right"/>
      </w:pPr>
      <w:r>
        <w:t>تو کہیں پڑھ لو۔</w:t>
      </w:r>
    </w:p>
    <w:p>
      <w:r>
        <w:rPr>
          <w:b/>
        </w:rPr>
        <w:t xml:space="preserve">[31:14] </w:t>
      </w:r>
      <w:r>
        <w:t>to is ke liye to dhoom dhoom paise dete hain.</w:t>
      </w:r>
    </w:p>
    <w:p>
      <w:pPr>
        <w:jc w:val="right"/>
      </w:pPr>
      <w:r>
        <w:t>تو اس کے لیے تو دھوم دھوم پیسے دیتے ہیں۔</w:t>
      </w:r>
    </w:p>
    <w:p>
      <w:r>
        <w:rPr>
          <w:b/>
        </w:rPr>
        <w:t xml:space="preserve">[31:19] </w:t>
      </w:r>
      <w:r>
        <w:t>agar abhi hum agar masjid ka scheme bana lein ke nizamuddin west pe hamein aik</w:t>
      </w:r>
    </w:p>
    <w:p>
      <w:pPr>
        <w:jc w:val="right"/>
      </w:pPr>
      <w:r>
        <w:t>اگر ابھی ہم اگر مسجد کا اسکیم بنا لیں کہ نظام الدین ویسٹ پہ ہمیں ایک</w:t>
      </w:r>
    </w:p>
    <w:p>
      <w:r>
        <w:rPr>
          <w:b/>
        </w:rPr>
        <w:t xml:space="preserve">[31:24] </w:t>
      </w:r>
      <w:r>
        <w:t>ek masjid banana hai aur hum is ke woh permission bhi le lein, ek badi jagah to yaqeen kijiye, paise ki bharmaar ho jayegi. agar hum kisi tarike se government se ijazat le lein ke nizamuddin west mein aap ek badi masjid bana sakte hain aur is is zameen mein government ke permission</w:t>
      </w:r>
    </w:p>
    <w:p>
      <w:pPr>
        <w:jc w:val="right"/>
      </w:pPr>
      <w:r>
        <w:t>ایک مسجد بنانا ہے اور ہم اس کے وہ پرمیشن بھی لے لیں، ایک بڑی جگہ تو یقین کیجئے، پیسے کی بھرمار ہو جائے گی۔ اگر ہم کسی طریقے سے گورنمنٹ سے اجازت لے لیں کہ نظام الدین ویسٹ میں آپ ایک بڑی مسجد بنا سکتے ہیں اور اس اس زمین میں گورنمنٹ کے پرمیشن</w:t>
      </w:r>
    </w:p>
    <w:p>
      <w:r>
        <w:rPr>
          <w:b/>
        </w:rPr>
        <w:t xml:space="preserve">[31:54] </w:t>
      </w:r>
      <w:r>
        <w:t>se hum masjid banana shuru kar dein to yaqeen kijiye, paise ki bharmaar ho jayegi.</w:t>
      </w:r>
    </w:p>
    <w:p>
      <w:pPr>
        <w:jc w:val="right"/>
      </w:pPr>
      <w:r>
        <w:t>سے ہم مسجد بنانا شروع کر دیں تو یقین کیجئے، پیسے کی بھرمار ہو جائے گی۔</w:t>
      </w:r>
    </w:p>
    <w:p>
      <w:r>
        <w:rPr>
          <w:b/>
        </w:rPr>
        <w:t xml:space="preserve">[32:02] </w:t>
      </w:r>
      <w:r>
        <w:t>jabke Allah ne kaha hai ke har jahan kahin bhi namaz parh lo, kahin bhi parh lo namaz</w:t>
      </w:r>
    </w:p>
    <w:p>
      <w:pPr>
        <w:jc w:val="right"/>
      </w:pPr>
      <w:r>
        <w:t>جبکہ اللہ نے کہا ہے کہ ہر جہاں کہیں بھی نماز پڑھ لو، کہیں بھی پڑھ لو نماز</w:t>
      </w:r>
    </w:p>
    <w:p>
      <w:r>
        <w:rPr>
          <w:b/>
        </w:rPr>
        <w:t xml:space="preserve">[32:10] </w:t>
      </w:r>
      <w:r>
        <w:t>kyunke saari masjid saari zameeni masjid hai.</w:t>
      </w:r>
    </w:p>
    <w:p>
      <w:pPr>
        <w:jc w:val="right"/>
      </w:pPr>
      <w:r>
        <w:t>کیونکہ ساری مسجد ساری زمینی مسجد ہے۔</w:t>
      </w:r>
    </w:p>
    <w:p>
      <w:r>
        <w:rPr>
          <w:b/>
        </w:rPr>
        <w:t xml:space="preserve">[32:18] </w:t>
      </w:r>
      <w:r>
        <w:t>is wajah se maujooda zamane mein mein sirf kehta hoon ke logon ko do mein se aik cheez dena hai.</w:t>
      </w:r>
    </w:p>
    <w:p>
      <w:pPr>
        <w:jc w:val="right"/>
      </w:pPr>
      <w:r>
        <w:t>اس وجہ سے موجودہ زمانے میں میں صرف کہتا ہوں کہ لوگوں کو دو میں سے ایک چیز دینا ہے۔</w:t>
      </w:r>
    </w:p>
    <w:p>
      <w:r>
        <w:rPr>
          <w:b/>
        </w:rPr>
        <w:t xml:space="preserve">[32:26] </w:t>
      </w:r>
      <w:r>
        <w:t>agar tumhare paas time hai to apne aap ko do, agar time nahi hai to woh time jahan</w:t>
      </w:r>
    </w:p>
    <w:p>
      <w:pPr>
        <w:jc w:val="right"/>
      </w:pPr>
      <w:r>
        <w:t>اگر تمہارے پاس ٹائم ہے تو اپنے آپ کو دو، اگر ٹائم نہیں ہے تو وہ ٹائم جہاں</w:t>
      </w:r>
    </w:p>
    <w:p>
      <w:r>
        <w:rPr>
          <w:b/>
        </w:rPr>
        <w:t xml:space="preserve">[32:32] </w:t>
      </w:r>
      <w:r>
        <w:t>aap khaba rahe hain, paisa kamane kama rahe hain.</w:t>
      </w:r>
    </w:p>
    <w:p>
      <w:pPr>
        <w:jc w:val="right"/>
      </w:pPr>
      <w:r>
        <w:t>آپ کھبا رہے ہیں، پیسہ کمانے کما رہے ہیں۔</w:t>
      </w:r>
    </w:p>
    <w:p>
      <w:r>
        <w:rPr>
          <w:b/>
        </w:rPr>
        <w:t xml:space="preserve">[32:39] </w:t>
      </w:r>
      <w:r>
        <w:t>jis ke paas time nahi, kya woh paisa kama raha hai? jo bhi yeh kehta hai ke mere</w:t>
      </w:r>
    </w:p>
    <w:p>
      <w:pPr>
        <w:jc w:val="right"/>
      </w:pPr>
      <w:r>
        <w:t>جس کے پاس ٹائم نہیں، کیا وہ پیسہ کما رہا ہے؟ جو بھی یہ کہتا ہے کہ میرے</w:t>
      </w:r>
    </w:p>
    <w:p>
      <w:r>
        <w:rPr>
          <w:b/>
        </w:rPr>
        <w:t xml:space="preserve">[32:45] </w:t>
      </w:r>
      <w:r>
        <w:t>pas taim nahin hai, is ke mani kya hain? is ke mani hain ke main paisa kama raha</w:t>
      </w:r>
    </w:p>
    <w:p>
      <w:pPr>
        <w:jc w:val="right"/>
      </w:pPr>
      <w:r>
        <w:t>پاس ٹائم نہیں ہے، اس کے معنی کیا ہیں؟ اس کے معنی ہیں کہ میں پیسہ کما رہا</w:t>
      </w:r>
    </w:p>
    <w:p>
      <w:r>
        <w:rPr>
          <w:b/>
        </w:rPr>
        <w:t xml:space="preserve">[32:51] </w:t>
      </w:r>
      <w:r>
        <w:t>hoon aur mere pas is pe taim nahin hai to isi kamai mein se do.</w:t>
      </w:r>
    </w:p>
    <w:p>
      <w:pPr>
        <w:jc w:val="right"/>
      </w:pPr>
      <w:r>
        <w:t>ہوں اور میرے پاس اس پہ ٹائم نہیں ہے تو اسی کمائی میں سے دو۔</w:t>
      </w:r>
    </w:p>
    <w:p>
      <w:r>
        <w:rPr>
          <w:b/>
        </w:rPr>
        <w:t xml:space="preserve">[32:58] </w:t>
      </w:r>
      <w:r>
        <w:t>quran mein hai: surah aal imran, chapter number three, verse number 92: "lam tanalu mimma tuhibbun wama tunfiqu min shai'" . behtareen, behtareen! tum hargiz neki ko nahi pa sakte yahan tak ke tum kharch karo un cheezon mein se jis ko tum mehboob rakhte ho. aur sab se mehboob cheez to aap jante hain, paisa hai. to yeh ayat kitni</w:t>
      </w:r>
    </w:p>
    <w:p>
      <w:pPr>
        <w:jc w:val="right"/>
      </w:pPr>
      <w:r>
        <w:t>قرآن میں ہے: سورہ آل عمران، چیپٹر نمبر تھری، ورس نمبر 92: "لم تنالوا مما تحبون وما تنفقوا من شیء"۔ بہترین، بہترین! تم ہرگز نیکی کو نہیں پا سکتے یہاں تک کہ تم خرچ کرو ان چیزوں میں سے جس کو تم محبوب رکھتے ہو۔ اور سب سے محبوب چیز تو آپ جانتے ہیں، پیسہ ہے۔ تو یہ آیت کتنی</w:t>
      </w:r>
    </w:p>
    <w:p>
      <w:r>
        <w:rPr>
          <w:b/>
        </w:rPr>
        <w:t xml:space="preserve">[33:28] </w:t>
      </w:r>
      <w:r>
        <w:t>ziada yani drowani ayat hai ke tum jis iman ka dawa karte ho, woh iman tum ko mile</w:t>
      </w:r>
    </w:p>
    <w:p>
      <w:pPr>
        <w:jc w:val="right"/>
      </w:pPr>
      <w:r>
        <w:t>زیادہ یعنی ڈراونی آیت ہے کہ تم جس ایمان کا دعویٰ کرتے ہو، وہ ایمان تم کو ملے</w:t>
      </w:r>
    </w:p>
    <w:p>
      <w:r>
        <w:rPr>
          <w:b/>
        </w:rPr>
        <w:t xml:space="preserve">[33:38] </w:t>
      </w:r>
      <w:r>
        <w:t>gi nahin jab tak kharch na karo.</w:t>
      </w:r>
    </w:p>
    <w:p>
      <w:pPr>
        <w:jc w:val="right"/>
      </w:pPr>
      <w:r>
        <w:t>گی نہیں جب تک خرچ نہ کرو۔</w:t>
      </w:r>
    </w:p>
    <w:p>
      <w:r>
        <w:rPr>
          <w:b/>
        </w:rPr>
        <w:t xml:space="preserve">[33:48] </w:t>
      </w:r>
      <w:r>
        <w:t>آپ کو substantial amount خرچ کرنا ہے اپنے ایمان کے لیے، substantial amount</w:t>
      </w:r>
    </w:p>
    <w:p>
      <w:pPr>
        <w:jc w:val="right"/>
      </w:pPr>
      <w:r>
        <w:t>آپ کو سبسٹینشل اماؤنٹ خرچ کرنا ہے اپنے ایمان کے لیے، سبسٹینشل اماؤنٹ</w:t>
      </w:r>
    </w:p>
    <w:p>
      <w:r>
        <w:rPr>
          <w:b/>
        </w:rPr>
        <w:t xml:space="preserve">[33:58] </w:t>
      </w:r>
      <w:r>
        <w:t>kharch karna hai apne, warna woh aap ka iman hi nahin.</w:t>
      </w:r>
    </w:p>
    <w:p>
      <w:pPr>
        <w:jc w:val="right"/>
      </w:pPr>
      <w:r>
        <w:t>خرچ کرنا ہے اپنے، ورنہ وہ آپ کا ایمان ہی نہیں۔</w:t>
      </w:r>
    </w:p>
    <w:p>
      <w:r>
        <w:rPr>
          <w:b/>
        </w:rPr>
        <w:t xml:space="preserve">[34:07] </w:t>
      </w:r>
      <w:r>
        <w:t>to main samajhta hoon is zamane mein agar ziada pat point kiya jaye to sab se ziada importent</w:t>
      </w:r>
    </w:p>
    <w:p>
      <w:pPr>
        <w:jc w:val="right"/>
      </w:pPr>
      <w:r>
        <w:t>تو میں سمجھتا ہوں اس زمانے میں اگر زیادہ پٹ پوائنٹ کیا جائے تو سب سے زیادہ امپورٹنٹ</w:t>
      </w:r>
    </w:p>
    <w:p>
      <w:r>
        <w:rPr>
          <w:b/>
        </w:rPr>
        <w:t xml:space="preserve">[34:17] </w:t>
      </w:r>
      <w:r>
        <w:t>mad jo hai, woh hai quran ki mad.</w:t>
      </w:r>
    </w:p>
    <w:p>
      <w:pPr>
        <w:jc w:val="right"/>
      </w:pPr>
      <w:r>
        <w:t>مد جو ہے، وہ ہے قرآن کی مد۔</w:t>
      </w:r>
    </w:p>
    <w:p>
      <w:r>
        <w:rPr>
          <w:b/>
        </w:rPr>
        <w:t xml:space="preserve">[34:27] </w:t>
      </w:r>
      <w:r>
        <w:t>قرآن کی مد کہ قرآن کو لوگوں کی understandable language میں تیار کرنا اور اس کو پھیلانا۔</w:t>
      </w:r>
    </w:p>
    <w:p>
      <w:pPr>
        <w:jc w:val="right"/>
      </w:pPr>
      <w:r>
        <w:t>قرآن کی مد کہ قرآن کو لوگوں کی انڈرسٹینڈیبل لینگویج میں تیار کرنا اور اس کو پھیلانا۔</w:t>
      </w:r>
    </w:p>
    <w:p>
      <w:r>
        <w:rPr>
          <w:b/>
        </w:rPr>
        <w:t xml:space="preserve">[34:36] </w:t>
      </w:r>
      <w:r>
        <w:t>ab main ek aur pehlu se isi ka arz karta hoon. yeh jo ayat padhi gayi: "man kan fi hadhi a'ma khauf al-akhirat a'ma wa dal sabila". dekhiye, jo is duniya mein andha raha, woh akhirat bhi andha rahega. is ka matlab kya hai? har aadmi ke andar potential rakha gaya hai, har aadmi ko kuch potention</w:t>
      </w:r>
    </w:p>
    <w:p>
      <w:pPr>
        <w:jc w:val="right"/>
      </w:pPr>
      <w:r>
        <w:t>اب میں ایک اور پہلو سے اسی کا عرض کرتا ہوں۔ یہ جو آیت پڑھی گئی: "من کان فیھذی اعما خوف الاخرت اعما وعدل سبیلا"۔ دیکھیے، جو اس دنیا میں اندھا رہا، وہ آخرت بھی اندھا رہے گا۔ اس کا مطلب کیا ہے؟ ہر آدمی کے اندر پوٹینشل رکھا گیا ہے، ہر آدمی کو کچھ پوٹینش</w:t>
      </w:r>
    </w:p>
    <w:p>
      <w:r>
        <w:rPr>
          <w:b/>
        </w:rPr>
        <w:t xml:space="preserve">[35:06] </w:t>
      </w:r>
      <w:r>
        <w:t>l de kar dunya mein paida kiya gaya hai.</w:t>
      </w:r>
    </w:p>
    <w:p>
      <w:pPr>
        <w:jc w:val="right"/>
      </w:pPr>
      <w:r>
        <w:t>ل دے کر دنیا میں پیدا کیا گیا ہے۔</w:t>
      </w:r>
    </w:p>
    <w:p>
      <w:r>
        <w:rPr>
          <w:b/>
        </w:rPr>
        <w:t xml:space="preserve">[35:13] </w:t>
      </w:r>
      <w:r>
        <w:t>har aadmi, har aadmi, har aadmi!</w:t>
      </w:r>
    </w:p>
    <w:p>
      <w:pPr>
        <w:jc w:val="right"/>
      </w:pPr>
      <w:r>
        <w:t>ہر آدمی، ہر آدمی، ہر آدمی!</w:t>
      </w:r>
    </w:p>
    <w:p>
      <w:r>
        <w:rPr>
          <w:b/>
        </w:rPr>
        <w:t xml:space="preserve">[35:20] </w:t>
      </w:r>
      <w:r>
        <w:t>hata ke jo educated nahin hai, tab bhi.</w:t>
      </w:r>
    </w:p>
    <w:p>
      <w:pPr>
        <w:jc w:val="right"/>
      </w:pPr>
      <w:r>
        <w:t>حتی کہ جو ایجوکیٹڈ نہیں ہے، تب بھی۔</w:t>
      </w:r>
    </w:p>
    <w:p>
      <w:r>
        <w:rPr>
          <w:b/>
        </w:rPr>
        <w:t xml:space="preserve">[35:26] </w:t>
      </w:r>
      <w:r>
        <w:t>to aadmi ko kya karna hai? pehla kaam, pehla kaam har aadmi ke liye self discovery hai.</w:t>
      </w:r>
    </w:p>
    <w:p>
      <w:pPr>
        <w:jc w:val="right"/>
      </w:pPr>
      <w:r>
        <w:t>تو آدمی کو کیا کرنا ہے؟ پہلا کام، پہلا کام ہر آدمی کے لیے سیلف ڈسکوری ہے۔</w:t>
      </w:r>
    </w:p>
    <w:p>
      <w:r>
        <w:rPr>
          <w:b/>
        </w:rPr>
        <w:t xml:space="preserve">[35:33] </w:t>
      </w:r>
      <w:r>
        <w:t>pehla kaam apne aap ko discover karna hai</w:t>
      </w:r>
    </w:p>
    <w:p>
      <w:pPr>
        <w:jc w:val="right"/>
      </w:pPr>
      <w:r>
        <w:t>پہلا کام اپنے آپ کو ڈسکور کرنا ہے</w:t>
      </w:r>
    </w:p>
    <w:p>
      <w:r>
        <w:rPr>
          <w:b/>
        </w:rPr>
        <w:t xml:space="preserve">[35:40] </w:t>
      </w:r>
      <w:r>
        <w:t>ke main kya kar sakta hoon, mere andar kya potential hai.</w:t>
      </w:r>
    </w:p>
    <w:p>
      <w:pPr>
        <w:jc w:val="right"/>
      </w:pPr>
      <w:r>
        <w:t>کہ میں کیا کر سکتا ہوں، میرے اندر کیا پوٹینشل ہے۔</w:t>
      </w:r>
    </w:p>
    <w:p>
      <w:r>
        <w:rPr>
          <w:b/>
        </w:rPr>
        <w:t xml:space="preserve">[35:48] </w:t>
      </w:r>
      <w:r>
        <w:t>is ko discover karna aur is ko avail karna, yeh pehla kaam hai.</w:t>
      </w:r>
    </w:p>
    <w:p>
      <w:pPr>
        <w:jc w:val="right"/>
      </w:pPr>
      <w:r>
        <w:t>اس کو ڈسکور کرنا اور اس کو اویل کرنا، یہ پہلا کام ہے۔</w:t>
      </w:r>
    </w:p>
    <w:p>
      <w:r>
        <w:rPr>
          <w:b/>
        </w:rPr>
        <w:t xml:space="preserve">[35:55] </w:t>
      </w:r>
      <w:r>
        <w:t>apne aap ko discover karna, apne potential ko discover karna aur is potential ko avail karna, is ko</w:t>
      </w:r>
    </w:p>
    <w:p>
      <w:pPr>
        <w:jc w:val="right"/>
      </w:pPr>
      <w:r>
        <w:t>اپنے آپ کو ڈسکور کرنا، اپنے پوٹینشل کو ڈسکور کرنا اور اس پوٹینشل کو اویل کرنا، اس کو</w:t>
      </w:r>
    </w:p>
    <w:p>
      <w:r>
        <w:rPr>
          <w:b/>
        </w:rPr>
        <w:t xml:space="preserve">[36:03] </w:t>
      </w:r>
      <w:r>
        <w:t>actual banana, yeh hai pehla kaam.</w:t>
      </w:r>
    </w:p>
    <w:p>
      <w:pPr>
        <w:jc w:val="right"/>
      </w:pPr>
      <w:r>
        <w:t>ایکچول بنانا، یہ ہے پہلا کام۔</w:t>
      </w:r>
    </w:p>
    <w:p>
      <w:r>
        <w:rPr>
          <w:b/>
        </w:rPr>
        <w:t xml:space="preserve">[36:11] </w:t>
      </w:r>
      <w:r>
        <w:t>agar aap ne is ko discover nahin kiya aur is ko avail nahin kiya jis maqsad se Allah</w:t>
      </w:r>
    </w:p>
    <w:p>
      <w:pPr>
        <w:jc w:val="right"/>
      </w:pPr>
      <w:r>
        <w:t>اگر آپ نے اس کو ڈسکور نہیں کیا اور اس کو اویل نہیں کیا جس مقصد سے اللہ</w:t>
      </w:r>
    </w:p>
    <w:p>
      <w:r>
        <w:rPr>
          <w:b/>
        </w:rPr>
        <w:t xml:space="preserve">[36:22] </w:t>
      </w:r>
      <w:r>
        <w:t>ne aap ke andar woh potential rakha hai, is pe is ko istemal nahin kiya, is ke mani</w:t>
      </w:r>
    </w:p>
    <w:p>
      <w:pPr>
        <w:jc w:val="right"/>
      </w:pPr>
      <w:r>
        <w:t>نے آپ کے اندر وہ پوٹینشل رکھا ہے، اس پہ اس کو استعمال نہیں کیا، اس کے معنی</w:t>
      </w:r>
    </w:p>
    <w:p>
      <w:r>
        <w:rPr>
          <w:b/>
        </w:rPr>
        <w:t xml:space="preserve">[36:32] </w:t>
      </w:r>
      <w:r>
        <w:t>kya hue? jo aadmi aisa na kare, woh kya? dunya mein andha reh gaya, be khabar reh gaya,</w:t>
      </w:r>
    </w:p>
    <w:p>
      <w:pPr>
        <w:jc w:val="right"/>
      </w:pPr>
      <w:r>
        <w:t>کیا ہوئے؟ جو آدمی ایسا نہ کرے، وہ کیا؟ دنیا میں اندھا رہ گیا، بے خبر رہ گیا،</w:t>
      </w:r>
    </w:p>
    <w:p>
      <w:r>
        <w:rPr>
          <w:b/>
        </w:rPr>
        <w:t xml:space="preserve">[36:42] </w:t>
      </w:r>
      <w:r>
        <w:t>dunya mein be khabar reh gaya.</w:t>
      </w:r>
    </w:p>
    <w:p>
      <w:pPr>
        <w:jc w:val="right"/>
      </w:pPr>
      <w:r>
        <w:t>دنیا میں بے خبر رہ گیا۔</w:t>
      </w:r>
    </w:p>
    <w:p>
      <w:r>
        <w:rPr>
          <w:b/>
        </w:rPr>
        <w:t xml:space="preserve">[36:50] </w:t>
      </w:r>
      <w:r>
        <w:t>to logon ko, har aadmi ko chahiye ke woh jaane ke is ki zindagi ka pehla sawal kya hai.</w:t>
      </w:r>
    </w:p>
    <w:p>
      <w:pPr>
        <w:jc w:val="right"/>
      </w:pPr>
      <w:r>
        <w:t>تو لوگوں کو، ہر آدمی کو چاہیے کہ وہ جانے کہ اس کی زندگی کا پہلا سوال کیا ہے۔</w:t>
      </w:r>
    </w:p>
    <w:p>
      <w:r>
        <w:rPr>
          <w:b/>
        </w:rPr>
        <w:t xml:space="preserve">[36:57] </w:t>
      </w:r>
      <w:r>
        <w:t>pehla sawal yahi hai.</w:t>
      </w:r>
    </w:p>
    <w:p>
      <w:pPr>
        <w:jc w:val="right"/>
      </w:pPr>
      <w:r>
        <w:t>پہلا سوال یہی ہے۔</w:t>
      </w:r>
    </w:p>
    <w:p>
      <w:r>
        <w:rPr>
          <w:b/>
        </w:rPr>
        <w:t xml:space="preserve">[37:05] </w:t>
      </w:r>
      <w:r>
        <w:t>ek qissa mein ne parha tha, grace yani ancient grace mein</w:t>
      </w:r>
    </w:p>
    <w:p>
      <w:pPr>
        <w:jc w:val="right"/>
      </w:pPr>
      <w:r>
        <w:t>ایک قصہ میں نے پڑھا تھا، گریس یعنی اینشین گریس میں</w:t>
      </w:r>
    </w:p>
    <w:p>
      <w:r>
        <w:rPr>
          <w:b/>
        </w:rPr>
        <w:t xml:space="preserve">[37:13] </w:t>
      </w:r>
      <w:r>
        <w:t>ek philosopher tha, to woh yeh sochta tha ke main kya hoon, kya purpose hai mera, kis liye aaya hoon main is duniya mein. ek ek scientist ne is sawal par socha to us ki kitaab maine padhi thi, us mein yeh jumla</w:t>
      </w:r>
    </w:p>
    <w:p>
      <w:pPr>
        <w:jc w:val="right"/>
      </w:pPr>
      <w:r>
        <w:t>ایک فلاسفر تھا، تو وہ یہ سوچتا تھا کہ میں کیا ہوں، کیا پرپس ہے میرا، کس لیے آیا ہوں میں اس دنیا میں۔ ایک ایک سائنٹسٹ نے اس سوال پر سوچا تو اس کی کتاب میں نے پڑھی تھی، اس میں یہ جمل</w:t>
      </w:r>
    </w:p>
    <w:p>
      <w:r>
        <w:rPr>
          <w:b/>
        </w:rPr>
        <w:t xml:space="preserve">[37:43] </w:t>
      </w:r>
      <w:r>
        <w:t>یہ تھا کہ "It appears that mind was created in a world that was not made for him."</w:t>
      </w:r>
    </w:p>
    <w:p>
      <w:pPr>
        <w:jc w:val="right"/>
      </w:pPr>
      <w:r>
        <w:t>ہ تھا کہ "اٹ اپیئرز دیٹ مائنڈ واز کریٹڈ ان اے ورلڈ دیٹ واز ناٹ میڈ فار ہم"۔</w:t>
      </w:r>
    </w:p>
    <w:p>
      <w:r>
        <w:rPr>
          <w:b/>
        </w:rPr>
        <w:t xml:space="preserve">[37:53] </w:t>
      </w:r>
      <w:r>
        <w:t>is mein hota tha ke main yahan aa gaya hoon, koi mera purpose hi nahin.</w:t>
      </w:r>
    </w:p>
    <w:p>
      <w:pPr>
        <w:jc w:val="right"/>
      </w:pPr>
      <w:r>
        <w:t>اس میں ہوتا تھا کہ میں یہاں آ گیا ہوں، کوئی میرا پرپس ہی نہیں۔</w:t>
      </w:r>
    </w:p>
    <w:p>
      <w:r>
        <w:rPr>
          <w:b/>
        </w:rPr>
        <w:t xml:space="preserve">[38:03] </w:t>
      </w:r>
      <w:r>
        <w:t>"It appears that mind was created in a world that was not made for him."</w:t>
      </w:r>
    </w:p>
    <w:p>
      <w:pPr>
        <w:jc w:val="right"/>
      </w:pPr>
      <w:r>
        <w:t>"اٹ اپیئرز دیٹ مائنڈ واز کریٹڈ ان اے ورلڈ دیٹ واز ناٹ میڈ فار ہم"۔</w:t>
      </w:r>
    </w:p>
    <w:p>
      <w:r>
        <w:rPr>
          <w:b/>
        </w:rPr>
        <w:t xml:space="preserve">[38:13] </w:t>
      </w:r>
      <w:r>
        <w:t>to yeh pehla sawal hai.</w:t>
      </w:r>
    </w:p>
    <w:p>
      <w:pPr>
        <w:jc w:val="right"/>
      </w:pPr>
      <w:r>
        <w:t>تو یہ پہلا سوال ہے۔</w:t>
      </w:r>
    </w:p>
    <w:p>
      <w:r>
        <w:rPr>
          <w:b/>
        </w:rPr>
        <w:t xml:space="preserve">[38:20] </w:t>
      </w:r>
      <w:r>
        <w:t>isi ko ek grek, enshin grek ka ek falasfer yeh jaan nahin pata tha, to peR par charh</w:t>
      </w:r>
    </w:p>
    <w:p>
      <w:pPr>
        <w:jc w:val="right"/>
      </w:pPr>
      <w:r>
        <w:t>اسی کو ایک گریک، اینشین گریک کا ایک فلاسفر یہ جان نہیں پاتا تھا، تو پیڑ پر چڑھ</w:t>
      </w:r>
    </w:p>
    <w:p>
      <w:r>
        <w:rPr>
          <w:b/>
        </w:rPr>
        <w:t xml:space="preserve">[38:26] </w:t>
      </w:r>
      <w:r>
        <w:t>giya, oonche se peR par charh giya, woh oopar baitha hua tha.</w:t>
      </w:r>
    </w:p>
    <w:p>
      <w:pPr>
        <w:jc w:val="right"/>
      </w:pPr>
      <w:r>
        <w:t>گیا، اونچے سے پیڑ پر چڑھ گیا، وہ اوپر بیٹھا ہوا تھا۔</w:t>
      </w:r>
    </w:p>
    <w:p>
      <w:r>
        <w:rPr>
          <w:b/>
        </w:rPr>
        <w:t xml:space="preserve">[38:33] </w:t>
      </w:r>
      <w:r>
        <w:t>to kisi ne poocha ke tum oopar kyon baithe ho? tum kaun ho? tum kaun ho? to kaha</w:t>
      </w:r>
    </w:p>
    <w:p>
      <w:pPr>
        <w:jc w:val="right"/>
      </w:pPr>
      <w:r>
        <w:t>تو کسی نے پوچھا کہ تم اوپر کیوں بیٹھے ہو؟ تم کون ہو؟ تم کون ہو؟ تو کہا</w:t>
      </w:r>
    </w:p>
    <w:p>
      <w:r>
        <w:rPr>
          <w:b/>
        </w:rPr>
        <w:t xml:space="preserve">[38:40] </w:t>
      </w:r>
      <w:r>
        <w:t>yahi to nawale ko, main kaun hoon? isi liye yahan aa ke baitha hua hoon.</w:t>
      </w:r>
    </w:p>
    <w:p>
      <w:pPr>
        <w:jc w:val="right"/>
      </w:pPr>
      <w:r>
        <w:t>یہی تو نوالے کو، میں کون ہوں؟ اسی لیے یہاں آ کے بیٹھا ہوا ہوں۔</w:t>
      </w:r>
    </w:p>
    <w:p>
      <w:r>
        <w:rPr>
          <w:b/>
        </w:rPr>
        <w:t xml:space="preserve">[38:46] </w:t>
      </w:r>
      <w:r>
        <w:t>to "man kan fihdhi aema khauf fi aakhrat aema".</w:t>
      </w:r>
    </w:p>
    <w:p>
      <w:pPr>
        <w:jc w:val="right"/>
      </w:pPr>
      <w:r>
        <w:t>تو "من کان فیھذی اعما خوف فی الاخرت اعما"۔</w:t>
      </w:r>
    </w:p>
    <w:p>
      <w:r>
        <w:rPr>
          <w:b/>
        </w:rPr>
        <w:t xml:space="preserve">[38:56] </w:t>
      </w:r>
      <w:r>
        <w:t>jo aaj ki dunya mein bekhabar raha, woh aakhrat mein bhi bekhabar rahega.</w:t>
      </w:r>
    </w:p>
    <w:p>
      <w:pPr>
        <w:jc w:val="right"/>
      </w:pPr>
      <w:r>
        <w:t>جو آج کی دنیا میں بے خبر رہا، وہ آخرت میں بھی بے خبر رہے گا۔</w:t>
      </w:r>
    </w:p>
    <w:p>
      <w:r>
        <w:rPr>
          <w:b/>
        </w:rPr>
        <w:t xml:space="preserve">[39:06] </w:t>
      </w:r>
      <w:r>
        <w:t>to aap bataiye ke kaisi ajeeb dunya hogi jahan aadmi bekhabar paRa rahe?</w:t>
      </w:r>
    </w:p>
    <w:p>
      <w:pPr>
        <w:jc w:val="right"/>
      </w:pPr>
      <w:r>
        <w:t>تو آپ بتائیے کہ کیسی عجیب دنیا ہوگی جہاں آدمی بے خبر پڑا رہے؟</w:t>
      </w:r>
    </w:p>
    <w:p>
      <w:r>
        <w:rPr>
          <w:b/>
        </w:rPr>
        <w:t xml:space="preserve">[39:17] </w:t>
      </w:r>
      <w:r>
        <w:t>teen baaton ko bohat zyada sochna hai.</w:t>
      </w:r>
    </w:p>
    <w:p>
      <w:pPr>
        <w:jc w:val="right"/>
      </w:pPr>
      <w:r>
        <w:t>تین باتوں کو بہت زیادہ سوچنا ہے۔</w:t>
      </w:r>
    </w:p>
    <w:p>
      <w:r>
        <w:rPr>
          <w:b/>
        </w:rPr>
        <w:t xml:space="preserve">[39:23] </w:t>
      </w:r>
      <w:r>
        <w:t>aur sachi baat yeh hai ke yeh yeh sawal aap ki nature mein hota hai.</w:t>
      </w:r>
    </w:p>
    <w:p>
      <w:pPr>
        <w:jc w:val="right"/>
      </w:pPr>
      <w:r>
        <w:t>اور سچی بات یہ ہے کہ یہ یہ سوال آپ کی نیچر میں ہوتا ہے۔</w:t>
      </w:r>
    </w:p>
    <w:p>
      <w:r>
        <w:rPr>
          <w:b/>
        </w:rPr>
        <w:t xml:space="preserve">[39:30] </w:t>
      </w:r>
      <w:r>
        <w:t>agar aap ne fitrat ko zinda rakha hai, rakhein, zinda rakhein to aap ki fitrat har waqt pukar</w:t>
      </w:r>
    </w:p>
    <w:p>
      <w:pPr>
        <w:jc w:val="right"/>
      </w:pPr>
      <w:r>
        <w:t>اگر آپ نے فطرت کو زندہ رکھا ہے، رکھیں، زندہ رکھیں تو آپ کی فطرت ہر وقت پکار</w:t>
      </w:r>
    </w:p>
    <w:p>
      <w:r>
        <w:rPr>
          <w:b/>
        </w:rPr>
        <w:t xml:space="preserve">[39:37] </w:t>
      </w:r>
      <w:r>
        <w:t>le gi ke apne aap ko jano, apne aap ko jano.</w:t>
      </w:r>
    </w:p>
    <w:p>
      <w:pPr>
        <w:jc w:val="right"/>
      </w:pPr>
      <w:r>
        <w:t>لے گی کہ اپنے آپ کو جانو، اپنے آپ کو جانو۔</w:t>
      </w:r>
    </w:p>
    <w:p>
      <w:r>
        <w:rPr>
          <w:b/>
        </w:rPr>
        <w:t xml:space="preserve">[39:44] </w:t>
      </w:r>
      <w:r>
        <w:t>"discover yourself" yeh fitrat ki pukar hai. "</w:t>
      </w:r>
    </w:p>
    <w:p>
      <w:pPr>
        <w:jc w:val="right"/>
      </w:pPr>
      <w:r>
        <w:t>"ڈسکور یور سیلف" یہ فطرت کی پکار ہے۔ "</w:t>
      </w:r>
    </w:p>
    <w:p>
      <w:r>
        <w:rPr>
          <w:b/>
        </w:rPr>
        <w:t xml:space="preserve">[39:50] </w:t>
      </w:r>
      <w:r>
        <w:t>discover yourself".</w:t>
      </w:r>
    </w:p>
    <w:p>
      <w:pPr>
        <w:jc w:val="right"/>
      </w:pPr>
      <w:r>
        <w:t>ڈسکور یور سیلف"۔</w:t>
      </w:r>
    </w:p>
    <w:p>
      <w:r>
        <w:rPr>
          <w:b/>
        </w:rPr>
        <w:t xml:space="preserve">[39:56] </w:t>
      </w:r>
      <w:r>
        <w:t>ek sahab ne kaha ke aap aksar yeh kehte hain ke mera to koi kaam nahin hai, kursi</w:t>
      </w:r>
    </w:p>
    <w:p>
      <w:pPr>
        <w:jc w:val="right"/>
      </w:pPr>
      <w:r>
        <w:t>ایک صاحب نے کہا کہ آپ اکثر یہ کہتے ہیں کہ میرا تو کوئی کام نہیں ہے، کرسی</w:t>
      </w:r>
    </w:p>
    <w:p>
      <w:r>
        <w:rPr>
          <w:b/>
        </w:rPr>
        <w:t xml:space="preserve">[40:01] </w:t>
      </w:r>
      <w:r>
        <w:t>todta rehta hoon.</w:t>
      </w:r>
    </w:p>
    <w:p>
      <w:pPr>
        <w:jc w:val="right"/>
      </w:pPr>
      <w:r>
        <w:t>توڑتا رہتا ہوں۔</w:t>
      </w:r>
    </w:p>
    <w:p>
      <w:r>
        <w:rPr>
          <w:b/>
        </w:rPr>
        <w:t xml:space="preserve">[40:06] </w:t>
      </w:r>
      <w:r>
        <w:t>to kursi todna bhi shayad aap ke liye ek kaam hoga.</w:t>
      </w:r>
    </w:p>
    <w:p>
      <w:pPr>
        <w:jc w:val="right"/>
      </w:pPr>
      <w:r>
        <w:t>تو کرسی توڑنا بھی شاید آپ کے لیے ایک کام ہوگا۔</w:t>
      </w:r>
    </w:p>
    <w:p>
      <w:r>
        <w:rPr>
          <w:b/>
        </w:rPr>
        <w:t xml:space="preserve">[40:11] </w:t>
      </w:r>
      <w:r>
        <w:t>to kyon kursi todte hain? to waqea yeh hai ke bhai yahi sab sochta hoon, yani kursi par</w:t>
      </w:r>
    </w:p>
    <w:p>
      <w:pPr>
        <w:jc w:val="right"/>
      </w:pPr>
      <w:r>
        <w:t>تو کیوں کرسی توڑتے ہیں؟ تو واقعہ یہ ہے کہ بھئی یہی سب سوچتا ہوں، یعنی کرسی پر</w:t>
      </w:r>
    </w:p>
    <w:p>
      <w:r>
        <w:rPr>
          <w:b/>
        </w:rPr>
        <w:t xml:space="preserve">[40:16] </w:t>
      </w:r>
      <w:r>
        <w:t>baitha hua yeh sab sochta hoon.</w:t>
      </w:r>
    </w:p>
    <w:p>
      <w:pPr>
        <w:jc w:val="right"/>
      </w:pPr>
      <w:r>
        <w:t>بیٹھا ہوا یہ سب سوچتا ہوں۔</w:t>
      </w:r>
    </w:p>
    <w:p>
      <w:r>
        <w:rPr>
          <w:b/>
        </w:rPr>
        <w:t xml:space="preserve">[40:21] </w:t>
      </w:r>
      <w:r>
        <w:t>aaj yeh sab sochte sochte mujhe breakfast mein der ho gayi aur main lalwar ho gaya. tab maloom hua ke food kitni important cheez hai. apne apne aap ko discover karna. food kya hai? woh bhook kya hai? bhook jo hai, woh ek shock nature aap kehte hain, ek ek ek shock create</w:t>
      </w:r>
    </w:p>
    <w:p>
      <w:pPr>
        <w:jc w:val="right"/>
      </w:pPr>
      <w:r>
        <w:t>آج یہ سب سوچتے سوچتے مجھے بریک فاسٹ میں دیر ہو گئی اور میں لالوار ہو گیا۔ تب معلوم ہوا کہ فوڈ کتنی امپورٹنٹ چیز ہے۔ اپنے اپنے آپ کو ڈسکور کرنا۔ فوڈ کیا ہے؟ وہ بھوک کیا ہے؟ بھوک جو ہے، وہ ایک شاک نیچر آپ کہتے ہیں، ایک ایک ایک شاک کریٹ</w:t>
      </w:r>
    </w:p>
    <w:p>
      <w:r>
        <w:rPr>
          <w:b/>
        </w:rPr>
        <w:t xml:space="preserve">[40:51] </w:t>
      </w:r>
      <w:r>
        <w:t>کرتی ہے، ایک کپ کا، ایک corporation create کرتی ہے۔</w:t>
      </w:r>
    </w:p>
    <w:p>
      <w:pPr>
        <w:jc w:val="right"/>
      </w:pPr>
      <w:r>
        <w:t>کرتی ہے، ایک کپ کا، ایک کپریشن کریٹ کرتی ہے۔</w:t>
      </w:r>
    </w:p>
    <w:p>
      <w:r>
        <w:rPr>
          <w:b/>
        </w:rPr>
        <w:t xml:space="preserve">[41:02] </w:t>
      </w:r>
      <w:r>
        <w:t>بھوک جو ہے، وہ آپ کے اندر ایک cooperation create کرتی ہے کہ سوچو جو nature میں جو</w:t>
      </w:r>
    </w:p>
    <w:p>
      <w:pPr>
        <w:jc w:val="right"/>
      </w:pPr>
      <w:r>
        <w:t>بھوک جو ہے، وہ آپ کے اندر ایک کپریشن کریٹ کرتی ہے کہ سوچو جو نیچر میں جو</w:t>
      </w:r>
    </w:p>
    <w:p>
      <w:r>
        <w:rPr>
          <w:b/>
        </w:rPr>
        <w:t xml:space="preserve">[41:13] </w:t>
      </w:r>
      <w:r>
        <w:t>bade bade questions hain, is ko socho. to behrhaal</w:t>
      </w:r>
    </w:p>
    <w:p>
      <w:pPr>
        <w:jc w:val="right"/>
      </w:pPr>
      <w:r>
        <w:t>بڑے بڑے کوئسچن ہیں، اس کو سوچو۔ تو بہرحال</w:t>
      </w:r>
    </w:p>
    <w:p>
      <w:r>
        <w:rPr>
          <w:b/>
        </w:rPr>
        <w:t xml:space="preserve">[41:24] </w:t>
      </w:r>
      <w:r>
        <w:t>yeh baatein aaj subah mere mann mein aayin, is ko maine arz kar diya.</w:t>
      </w:r>
    </w:p>
    <w:p>
      <w:pPr>
        <w:jc w:val="right"/>
      </w:pPr>
      <w:r>
        <w:t>یہ باتیں آج صبح میرے من میں آئیں، اس کو میں نے عرض کر دیا۔</w:t>
      </w:r>
    </w:p>
    <w:p>
      <w:r>
        <w:rPr>
          <w:b/>
        </w:rPr>
        <w:t xml:space="preserve">[41:32] </w:t>
      </w:r>
      <w:r>
        <w:t>ab meri dua hai ke Allah taala mujh ko aur aap ko tofeeq de ke hum sochein aur</w:t>
      </w:r>
    </w:p>
    <w:p>
      <w:pPr>
        <w:jc w:val="right"/>
      </w:pPr>
      <w:r>
        <w:t>اب میری دعا ہے کہ اللہ تعالی مجھ کو اور آپ کو توفیق دے کہ ہم سوچیں اور</w:t>
      </w:r>
    </w:p>
    <w:p>
      <w:r>
        <w:rPr>
          <w:b/>
        </w:rPr>
        <w:t xml:space="preserve">[41:39] </w:t>
      </w:r>
      <w:r>
        <w:t>aap apne aap ko discover karein.</w:t>
      </w:r>
    </w:p>
    <w:p>
      <w:pPr>
        <w:jc w:val="right"/>
      </w:pPr>
      <w:r>
        <w:t>آپ اپنے آپ کو ڈسکور کریں۔</w:t>
      </w:r>
    </w:p>
    <w:p>
      <w:r>
        <w:rPr>
          <w:b/>
        </w:rPr>
        <w:t xml:space="preserve">[41:47] </w:t>
      </w:r>
      <w:r>
        <w:t>sochein aur apne aap ko discover karein taake hum apne potential ko avail kar sakein.</w:t>
      </w:r>
    </w:p>
    <w:p>
      <w:pPr>
        <w:jc w:val="right"/>
      </w:pPr>
      <w:r>
        <w:t>سوچیں اور اپنے آپ کو ڈسکور کریں تاکہ ہم اپنے پوٹینشل کو اویل کر سکیں۔</w:t>
      </w:r>
    </w:p>
    <w:p>
      <w:r>
        <w:rPr>
          <w:b/>
        </w:rPr>
        <w:t xml:space="preserve">[41:54] </w:t>
      </w:r>
      <w:r>
        <w:t>assalam o alaikum wa rehmatullah.</w:t>
      </w:r>
    </w:p>
    <w:p>
      <w:pPr>
        <w:jc w:val="right"/>
      </w:pPr>
      <w:r>
        <w:t>السلام علیکم ورحمۃ اللہ۔</w:t>
      </w:r>
    </w:p>
    <w:p>
      <w:r>
        <w:rPr>
          <w:b/>
        </w:rPr>
        <w:t xml:space="preserve">[42:05] </w:t>
      </w:r>
      <w:r>
        <w:t>aaj formal andaaz mein question answer ka session nahin hoga, balke aaj informal andaaz mein interactive session hoga.</w:t>
      </w:r>
    </w:p>
    <w:p>
      <w:pPr>
        <w:jc w:val="right"/>
      </w:pPr>
      <w:r>
        <w:t>آج فارمل انداز میں کوئسچن انسر کا سیشن نہیں ہوگا، بلکہ آج انفارمل انداز میں انٹریکٹو سیشن ہوگا۔</w:t>
      </w:r>
    </w:p>
    <w:p>
      <w:r>
        <w:rPr>
          <w:b/>
        </w:rPr>
        <w:t xml:space="preserve">[42:17] </w:t>
      </w:r>
      <w:r>
        <w:t>jo log live program ko dekh rahe hain, woh apne comment ya sawal facebook page par daal sakte hain.</w:t>
      </w:r>
    </w:p>
    <w:p>
      <w:pPr>
        <w:jc w:val="right"/>
      </w:pPr>
      <w:r>
        <w:t>جو لوگ لائیو پروگرام کو دیکھ رہے ہیں، وہ اپنے کمنٹ یا سوال فیس بک پیج پر ڈال سکتے ہیں۔</w:t>
      </w:r>
    </w:p>
    <w:p>
      <w:r>
        <w:rPr>
          <w:b/>
        </w:rPr>
        <w:t xml:space="preserve">[42:28] </w:t>
      </w:r>
      <w:r>
        <w:t>saath mein apna naam likhein aur apna maqam likhein.</w:t>
      </w:r>
    </w:p>
    <w:p>
      <w:pPr>
        <w:jc w:val="right"/>
      </w:pPr>
      <w:r>
        <w:t>ساتھ میں اپنا نام لکھیں اور اپنا مقام لکھیں۔</w:t>
      </w:r>
    </w:p>
    <w:p>
      <w:r>
        <w:rPr>
          <w:b/>
        </w:rPr>
        <w:t xml:space="preserve">[42:39] </w:t>
      </w:r>
      <w:r>
        <w:t>maulana, yeh haafiz saeed iqbal ahmad umri ka taassur hai, woh abhi is waqt sri lanka mein hain.</w:t>
      </w:r>
    </w:p>
    <w:p>
      <w:pPr>
        <w:jc w:val="right"/>
      </w:pPr>
      <w:r>
        <w:t>مولانا، یہ حافظ سعید اقبال احمد عمری کا تاثر ہے، وہ ابھی اس وقت سری لنکا میں ہیں۔</w:t>
      </w:r>
    </w:p>
    <w:p>
      <w:r>
        <w:rPr>
          <w:b/>
        </w:rPr>
        <w:t xml:space="preserve">[42:47] </w:t>
      </w:r>
      <w:r>
        <w:t>woh aap yeh keh rahe hain ke "present life is a chance for discovery, very thought provoking".</w:t>
      </w:r>
    </w:p>
    <w:p>
      <w:pPr>
        <w:jc w:val="right"/>
      </w:pPr>
      <w:r>
        <w:t>وہ آپ یہ کہہ رہے ہیں کہ "پریزنٹ لائف از ا چانس فار ڈسکوری، ویری تھاٹ پرووکنگ"۔</w:t>
      </w:r>
    </w:p>
    <w:p>
      <w:r>
        <w:rPr>
          <w:b/>
        </w:rPr>
        <w:t xml:space="preserve">[42:56] </w:t>
      </w:r>
      <w:r>
        <w:t>today, i know the importance of discovery.</w:t>
      </w:r>
    </w:p>
    <w:p>
      <w:pPr>
        <w:jc w:val="right"/>
      </w:pPr>
      <w:r>
        <w:t>ٹوڈے، آئی نو دا امپورٹنس آف ڈسکوری۔</w:t>
      </w:r>
    </w:p>
    <w:p>
      <w:r>
        <w:rPr>
          <w:b/>
        </w:rPr>
        <w:t xml:space="preserve">[43:04] </w:t>
      </w:r>
      <w:r>
        <w:t>jazak allah maulana.</w:t>
      </w:r>
    </w:p>
    <w:p>
      <w:pPr>
        <w:jc w:val="right"/>
      </w:pPr>
      <w:r>
        <w:t>جزاک اللہ مولانا۔</w:t>
      </w:r>
    </w:p>
    <w:p>
      <w:r>
        <w:rPr>
          <w:b/>
        </w:rPr>
        <w:t xml:space="preserve">[43:12] </w:t>
      </w:r>
      <w:r>
        <w:t>Muhammad Imran Talha, unhon ne apna maqam nahi likha hai, woh bol rahe hain. Assalam o alaikum Maulana. Allah ne hum ko, Allah hum ko dekhne wala hai, sunne wala hai, aqal samajh dene wala hai, test karne ki salahiyat dene wala hai, cheezon ko samajhne wala banaya hai, is liye ke hum khud ko discover kar ke marifat hasil karein. discover kar ke bohat aala baat aap ne bata</w:t>
      </w:r>
    </w:p>
    <w:p>
      <w:pPr>
        <w:jc w:val="right"/>
      </w:pPr>
      <w:r>
        <w:t>محمد عمران طلحہ، انہوں نے اپنا مقام نہیں لکھا ہے، وہ بول رہے ہیں۔ السلام علیکم مولانا۔ اللہ نے ہم کو، اللہ ہم کو دیکھنے والا ہے، سننے والا ہے، عقل سمجھ دینے والا ہے، ٹیسٹ کرنے کی صلاحیت دینے والا ہے، چیزوں کو سمجھنے والا بنایا ہے، اس لیے کہ ہم خود کو ڈسکور کر کے معرفت حاصل کریں۔ ڈسکور کر کے بہت اعلیٰ بات آپ نے بت</w:t>
      </w:r>
    </w:p>
    <w:p>
      <w:r>
        <w:rPr>
          <w:b/>
        </w:rPr>
        <w:t xml:space="preserve">[43:42] </w:t>
      </w:r>
      <w:r>
        <w:t>i maulana.</w:t>
      </w:r>
    </w:p>
    <w:p>
      <w:pPr>
        <w:jc w:val="right"/>
      </w:pPr>
      <w:r>
        <w:t>ائی مولانا۔</w:t>
      </w:r>
    </w:p>
    <w:p>
      <w:r>
        <w:rPr>
          <w:b/>
        </w:rPr>
        <w:t xml:space="preserve">[43:52] </w:t>
      </w:r>
      <w:r>
        <w:t>mr murad rahim, yeh keh rahe hain ke "present world is a major distraction".</w:t>
      </w:r>
    </w:p>
    <w:p>
      <w:pPr>
        <w:jc w:val="right"/>
      </w:pPr>
      <w:r>
        <w:t>مسٹر مراد رحیم، یہ کہہ رہے ہیں کہ "پریزنٹ ورلڈ از ا میجر ڈسٹریکشن"۔</w:t>
      </w:r>
    </w:p>
    <w:p>
      <w:r>
        <w:rPr>
          <w:b/>
        </w:rPr>
        <w:t xml:space="preserve">[44:03] </w:t>
      </w:r>
      <w:r>
        <w:t>maulana, is par aap kuch kehna chahenge? "present world is a major distraction" . dekhiye,</w:t>
      </w:r>
    </w:p>
    <w:p>
      <w:pPr>
        <w:jc w:val="right"/>
      </w:pPr>
      <w:r>
        <w:t>مولانا، اس پر آپ کچھ کہنا چاہیں گے؟ "پریزنٹ ورلڈ از ا میجر ڈسٹریکشن"۔ دیکھیے،</w:t>
      </w:r>
    </w:p>
    <w:p>
      <w:r>
        <w:rPr>
          <w:b/>
        </w:rPr>
        <w:t xml:space="preserve">[44:13] </w:t>
      </w:r>
      <w:r>
        <w:t>yeh ek ek rukh hai ke woh distraction hai.</w:t>
      </w:r>
    </w:p>
    <w:p>
      <w:pPr>
        <w:jc w:val="right"/>
      </w:pPr>
      <w:r>
        <w:t>یہ ایک ایک رخ ہے کہ وہ ڈسٹریکشن ہے۔</w:t>
      </w:r>
    </w:p>
    <w:p>
      <w:r>
        <w:rPr>
          <w:b/>
        </w:rPr>
        <w:t xml:space="preserve">[44:20] </w:t>
      </w:r>
      <w:r>
        <w:t>is ka doosra rukh bhi hai ke woh aap ko yaad dilata hai ke socho, jaise mere saath</w:t>
      </w:r>
    </w:p>
    <w:p>
      <w:pPr>
        <w:jc w:val="right"/>
      </w:pPr>
      <w:r>
        <w:t>اس کا دوسرا رخ بھی ہے کہ وہ آپ کو یاد دلاتا ہے کہ سوچو، جیسے میرے ساتھ</w:t>
      </w:r>
    </w:p>
    <w:p>
      <w:r>
        <w:rPr>
          <w:b/>
        </w:rPr>
        <w:t xml:space="preserve">[44:26] </w:t>
      </w:r>
      <w:r>
        <w:t>pesh aaya aaj ke bhook lagi, kamzor ho gaya, larwar ho kar idhar udhar.</w:t>
      </w:r>
    </w:p>
    <w:p>
      <w:pPr>
        <w:jc w:val="right"/>
      </w:pPr>
      <w:r>
        <w:t>پیش آیا آج کہ بھوک لگی، کمزور ہو گیا، لاروار ہو کر ادھر ادھر۔</w:t>
      </w:r>
    </w:p>
    <w:p>
      <w:r>
        <w:rPr>
          <w:b/>
        </w:rPr>
        <w:t xml:space="preserve">[44:32] </w:t>
      </w:r>
      <w:r>
        <w:t>to maine socha ke food kitni important cheez hai.</w:t>
      </w:r>
    </w:p>
    <w:p>
      <w:pPr>
        <w:jc w:val="right"/>
      </w:pPr>
      <w:r>
        <w:t>تو میں نے سوچا کہ فوڈ کتنی امپورٹنٹ چیز ہے۔</w:t>
      </w:r>
    </w:p>
    <w:p>
      <w:r>
        <w:rPr>
          <w:b/>
        </w:rPr>
        <w:t xml:space="preserve">[44:39] </w:t>
      </w:r>
      <w:r>
        <w:t>phir main is tarah ke allah ne saal banaya, pani banaya,</w:t>
      </w:r>
    </w:p>
    <w:p>
      <w:pPr>
        <w:jc w:val="right"/>
      </w:pPr>
      <w:r>
        <w:t>پھر میں اس طرح کہ اللہ نے سال بنایا، پانی بنایا،</w:t>
      </w:r>
    </w:p>
    <w:p>
      <w:r>
        <w:rPr>
          <w:b/>
        </w:rPr>
        <w:t xml:space="preserve">[44:45] </w:t>
      </w:r>
      <w:r>
        <w:t>fertilizer banaya, suraj ki hararat bheji upar se waghera.</w:t>
      </w:r>
    </w:p>
    <w:p>
      <w:pPr>
        <w:jc w:val="right"/>
      </w:pPr>
      <w:r>
        <w:t>فرٹیلائزر بنایا، سورج کی حرارت بھیجی اوپر سے وغیرہ۔</w:t>
      </w:r>
    </w:p>
    <w:p>
      <w:r>
        <w:rPr>
          <w:b/>
        </w:rPr>
        <w:t xml:space="preserve">[44:51] </w:t>
      </w:r>
      <w:r>
        <w:t>tab food tayyar hua.</w:t>
      </w:r>
    </w:p>
    <w:p>
      <w:pPr>
        <w:jc w:val="right"/>
      </w:pPr>
      <w:r>
        <w:t>تب فوڈ تیار ہوا۔</w:t>
      </w:r>
    </w:p>
    <w:p>
      <w:r>
        <w:rPr>
          <w:b/>
        </w:rPr>
        <w:t xml:space="preserve">[44:57] </w:t>
      </w:r>
      <w:r>
        <w:t>phir gas banaya to paka paka pakaya.</w:t>
      </w:r>
    </w:p>
    <w:p>
      <w:pPr>
        <w:jc w:val="right"/>
      </w:pPr>
      <w:r>
        <w:t>پھر گیس بنایا تو پکا پکا پکایا۔</w:t>
      </w:r>
    </w:p>
    <w:p>
      <w:r>
        <w:rPr>
          <w:b/>
        </w:rPr>
        <w:t xml:space="preserve">[45:03] </w:t>
      </w:r>
      <w:r>
        <w:t>ab kitchen mein yeh saari cheezein mujhe yaad agaein.</w:t>
      </w:r>
    </w:p>
    <w:p>
      <w:pPr>
        <w:jc w:val="right"/>
      </w:pPr>
      <w:r>
        <w:t>اب کچن میں یہ ساری چیزیں مجھے یاد آگئیں۔</w:t>
      </w:r>
    </w:p>
    <w:p>
      <w:r>
        <w:rPr>
          <w:b/>
        </w:rPr>
        <w:t xml:space="preserve">[45:09] </w:t>
      </w:r>
      <w:r>
        <w:t>to present world, jis ko logon ne distraction bana rakha hai, woh to reminder hai. h</w:t>
      </w:r>
    </w:p>
    <w:p>
      <w:pPr>
        <w:jc w:val="right"/>
      </w:pPr>
      <w:r>
        <w:t>تو پریزنٹ ورلڈ، جس کو لوگوں نے ڈسٹریکشن بنا رکھا ہے، وہ تو ریمائنڈر ہے۔ ہ</w:t>
      </w:r>
    </w:p>
    <w:p>
      <w:r>
        <w:rPr>
          <w:b/>
        </w:rPr>
        <w:t xml:space="preserve">[45:15] </w:t>
      </w:r>
      <w:r>
        <w:t>r woh cheez jis ko kehte hain aap present world aur jis ko aap excuse ke taur par</w:t>
      </w:r>
    </w:p>
    <w:p>
      <w:pPr>
        <w:jc w:val="right"/>
      </w:pPr>
      <w:r>
        <w:t>ر وہ چیز جس کو کہتے ہیں آپ پریزنٹ ورلڈ اور جس کو آپ ایکسکیوز کے طور پر</w:t>
      </w:r>
    </w:p>
    <w:p>
      <w:r>
        <w:rPr>
          <w:b/>
        </w:rPr>
        <w:t xml:space="preserve">[45:20] </w:t>
      </w:r>
      <w:r>
        <w:t>le rakha hai ke woh distract karta hai, nahi, woh remind karta hai.</w:t>
      </w:r>
    </w:p>
    <w:p>
      <w:pPr>
        <w:jc w:val="right"/>
      </w:pPr>
      <w:r>
        <w:t>لے رکھا ہے کہ وہ ڈسٹریکٹ کرتا ہے، نہیں، وہ ریمائنڈ کرتا ہے۔</w:t>
      </w:r>
    </w:p>
    <w:p>
      <w:r>
        <w:rPr>
          <w:b/>
        </w:rPr>
        <w:t xml:space="preserve">[45:25] </w:t>
      </w:r>
      <w:r>
        <w:t>distraction ke word badal dijiye.</w:t>
      </w:r>
    </w:p>
    <w:p>
      <w:pPr>
        <w:jc w:val="right"/>
      </w:pPr>
      <w:r>
        <w:t>ڈسٹریکشن کے ورڈ بدل دیجئے۔</w:t>
      </w:r>
    </w:p>
    <w:p>
      <w:r>
        <w:rPr>
          <w:b/>
        </w:rPr>
        <w:t xml:space="preserve">[45:30] </w:t>
      </w:r>
      <w:r>
        <w:t>har cheez reminder hai.</w:t>
      </w:r>
    </w:p>
    <w:p>
      <w:pPr>
        <w:jc w:val="right"/>
      </w:pPr>
      <w:r>
        <w:t>ہر چیز ریمائنڈر ہے۔</w:t>
      </w:r>
    </w:p>
    <w:p>
      <w:r>
        <w:rPr>
          <w:b/>
        </w:rPr>
        <w:t xml:space="preserve">[45:36] </w:t>
      </w:r>
      <w:r>
        <w:t>bhook lagna bhi reminder hai.</w:t>
      </w:r>
    </w:p>
    <w:p>
      <w:pPr>
        <w:jc w:val="right"/>
      </w:pPr>
      <w:r>
        <w:t>بھوک لگنا بھی ریمائنڈر ہے۔</w:t>
      </w:r>
    </w:p>
    <w:p>
      <w:r>
        <w:rPr>
          <w:b/>
        </w:rPr>
        <w:t xml:space="preserve">[45:41] </w:t>
      </w:r>
      <w:r>
        <w:t>har cheez, poori duniya hi reminder hai.</w:t>
      </w:r>
    </w:p>
    <w:p>
      <w:pPr>
        <w:jc w:val="right"/>
      </w:pPr>
      <w:r>
        <w:t>ہر چیز، پوری دنیا ہی ریمائنڈر ہے۔</w:t>
      </w:r>
    </w:p>
    <w:p>
      <w:r>
        <w:rPr>
          <w:b/>
        </w:rPr>
        <w:t xml:space="preserve">[45:46] </w:t>
      </w:r>
      <w:r>
        <w:t>suraj nikle tab bhi reminder hai, na nikle tab bhi reminder hai, barish ho tab bhi reminder hai,</w:t>
      </w:r>
    </w:p>
    <w:p>
      <w:pPr>
        <w:jc w:val="right"/>
      </w:pPr>
      <w:r>
        <w:t>سورج نکلے تب بھی ریمائنڈر ہے، نہ نکلے تب بھی ریمائنڈر ہے، بارش ہو تب بھی ریمائنڈر ہے،</w:t>
      </w:r>
    </w:p>
    <w:p>
      <w:r>
        <w:rPr>
          <w:b/>
        </w:rPr>
        <w:t xml:space="preserve">[45:50] </w:t>
      </w:r>
      <w:r>
        <w:t>na ho tab bhi reminder hai.</w:t>
      </w:r>
    </w:p>
    <w:p>
      <w:pPr>
        <w:jc w:val="right"/>
      </w:pPr>
      <w:r>
        <w:t>نہ ہو تب بھی ریمائنڈر ہے۔</w:t>
      </w:r>
    </w:p>
    <w:p>
      <w:r>
        <w:rPr>
          <w:b/>
        </w:rPr>
        <w:t xml:space="preserve">[45:55] </w:t>
      </w:r>
      <w:r>
        <w:t>to aap is tarah se agar sochte hain to distraction ka concept hi khatam ho jata hai.</w:t>
      </w:r>
    </w:p>
    <w:p>
      <w:pPr>
        <w:jc w:val="right"/>
      </w:pPr>
      <w:r>
        <w:t>تو آپ اس طرح سے اگر سوچتے ہیں تو ڈسٹریکشن کا کنسیپٹ ہی ختم ہو جاتا ہے۔</w:t>
      </w:r>
    </w:p>
    <w:p>
      <w:r>
        <w:rPr>
          <w:b/>
        </w:rPr>
        <w:t xml:space="preserve">[45:59] </w:t>
      </w:r>
      <w:r>
        <w:t>har cheez reminder ban jati hai.</w:t>
      </w:r>
    </w:p>
    <w:p>
      <w:pPr>
        <w:jc w:val="right"/>
      </w:pPr>
      <w:r>
        <w:t>ہر چیز ریمائنڈر بن جاتی ہے۔</w:t>
      </w:r>
    </w:p>
    <w:p>
      <w:r>
        <w:rPr>
          <w:b/>
        </w:rPr>
        <w:t xml:space="preserve">[46:04] </w:t>
      </w:r>
      <w:r>
        <w:t>muhammad faisal gujjar, lahore, pakistan.</w:t>
      </w:r>
    </w:p>
    <w:p>
      <w:pPr>
        <w:jc w:val="right"/>
      </w:pPr>
      <w:r>
        <w:t>محمد فیصل گوجر، لاہور، پاکستان۔</w:t>
      </w:r>
    </w:p>
    <w:p>
      <w:r>
        <w:rPr>
          <w:b/>
        </w:rPr>
        <w:t xml:space="preserve">[46:08] </w:t>
      </w:r>
      <w:r>
        <w:t>assalam o alaikum molana.</w:t>
      </w:r>
    </w:p>
    <w:p>
      <w:pPr>
        <w:jc w:val="right"/>
      </w:pPr>
      <w:r>
        <w:t>السلام علیکم مولانا۔</w:t>
      </w:r>
    </w:p>
    <w:p>
      <w:r>
        <w:rPr>
          <w:b/>
        </w:rPr>
        <w:t xml:space="preserve">[46:13] </w:t>
      </w:r>
      <w:r>
        <w:t>kal aap ke lecture mein chaar cheezen daryaft huin: ek,</w:t>
      </w:r>
    </w:p>
    <w:p>
      <w:pPr>
        <w:jc w:val="right"/>
      </w:pPr>
      <w:r>
        <w:t>کل آپ کے لیکچر میں چار چیزیں دریافت ہوئیں: ایک،</w:t>
      </w:r>
    </w:p>
    <w:p>
      <w:r>
        <w:rPr>
          <w:b/>
        </w:rPr>
        <w:t xml:space="preserve">[46:17] </w:t>
      </w:r>
      <w:r>
        <w:t>ghussa ko control karna machine ki misaal se; do, parh kar bolna; teen, apne ko reaction se</w:t>
      </w:r>
    </w:p>
    <w:p>
      <w:pPr>
        <w:jc w:val="right"/>
      </w:pPr>
      <w:r>
        <w:t>غصہ کو کنٹرول کرنا مشین کی مثال سے؛ دو، پڑھ کر بولنا؛ تین، اپنے کو ری ایکشن سے</w:t>
      </w:r>
    </w:p>
    <w:p>
      <w:r>
        <w:rPr>
          <w:b/>
        </w:rPr>
        <w:t xml:space="preserve">[46:25] </w:t>
      </w:r>
      <w:r>
        <w:t>bachana; chaar, sochna, sochna aur bas sochna.</w:t>
      </w:r>
    </w:p>
    <w:p>
      <w:pPr>
        <w:jc w:val="right"/>
      </w:pPr>
      <w:r>
        <w:t>بچانا؛ چار، سوچنا، سوچنا اور بس سوچنا۔</w:t>
      </w:r>
    </w:p>
    <w:p>
      <w:r>
        <w:rPr>
          <w:b/>
        </w:rPr>
        <w:t xml:space="preserve">[46:32] </w:t>
      </w:r>
      <w:r>
        <w:t>allah aap ko jaza e khair de.</w:t>
      </w:r>
    </w:p>
    <w:p>
      <w:pPr>
        <w:jc w:val="right"/>
      </w:pPr>
      <w:r>
        <w:t>اللہ آپ کو جزائے خیر دے۔</w:t>
      </w:r>
    </w:p>
    <w:p>
      <w:r>
        <w:rPr>
          <w:b/>
        </w:rPr>
        <w:t xml:space="preserve">[46:40] </w:t>
      </w:r>
      <w:r>
        <w:t>muhammad irfan rashidi,</w:t>
      </w:r>
    </w:p>
    <w:p>
      <w:pPr>
        <w:jc w:val="right"/>
      </w:pPr>
      <w:r>
        <w:t>محمد عرفان رشیدی،</w:t>
      </w:r>
    </w:p>
    <w:p>
      <w:r>
        <w:rPr>
          <w:b/>
        </w:rPr>
        <w:t xml:space="preserve">[46:47] </w:t>
      </w:r>
      <w:r>
        <w:t>Allah ki nematوں ki ko discover karna, Allah ki nematوں ko discover na karna, aankh hote hue bhi andhe bana rehna hai. jazak Allah Maulana sahib. Ayaz Ahmed sahib Jamshedpur, unhon ne apna comment de kar sawal kiya hai: "Maulana, maine aap se jo seekha hai un mein se ek cheez yeh hai ke Allah ne jo nematیں hum ko di hain, un par ghor kar</w:t>
      </w:r>
    </w:p>
    <w:p>
      <w:pPr>
        <w:jc w:val="right"/>
      </w:pPr>
      <w:r>
        <w:t>اللہ کی نعمتوں کی کو ڈسکور کرنا، اللہ کی نعمتوں کو ڈسکور نہ کرنا، آنکھ ہوتے ہوئے بھی اندھے بنا رہنا ہے۔ جزاک اللہ مولانا صاحب۔ ایاز احمد صاحب جمشید پور، انہوں نے اپنا کمنٹ دے کر سوال کیا ہے: "مولانا، میں نے آپ سے جو سیکھا ہے ان میں سے ایک چیز یہ ہے کہ اللہ نے جو نعمتیں ہم کو دی ہیں، ان پر غور کر</w:t>
      </w:r>
    </w:p>
    <w:p>
      <w:r>
        <w:rPr>
          <w:b/>
        </w:rPr>
        <w:t xml:space="preserve">[47:17] </w:t>
      </w:r>
      <w:r>
        <w:t>ke creator, allah ki azmat mein doob jana hai.</w:t>
      </w:r>
    </w:p>
    <w:p>
      <w:pPr>
        <w:jc w:val="right"/>
      </w:pPr>
      <w:r>
        <w:t>کے کریٹر، اللہ کی عظمت میں ڈوب جانا ہے۔</w:t>
      </w:r>
    </w:p>
    <w:p>
      <w:r>
        <w:rPr>
          <w:b/>
        </w:rPr>
        <w:t xml:space="preserve">[47:28] </w:t>
      </w:r>
      <w:r>
        <w:t>mera sawal yeh hai ke kya isi کیفیت ka naam marifat hai ya yeh discovery of god hai?</w:t>
      </w:r>
    </w:p>
    <w:p>
      <w:pPr>
        <w:jc w:val="right"/>
      </w:pPr>
      <w:r>
        <w:t>میرا سوال یہ ہے کہ کیا اسی کیفیت کا نام معرفت ہے یا یہ ڈسکوری آف گاڈ ہے؟</w:t>
      </w:r>
    </w:p>
    <w:p>
      <w:r>
        <w:rPr>
          <w:b/>
        </w:rPr>
        <w:t xml:space="preserve">[47:38] </w:t>
      </w:r>
      <w:r>
        <w:t>hum is کیفیت ko kya naam de sakte hain? marifat ka jo lafz hai,</w:t>
      </w:r>
    </w:p>
    <w:p>
      <w:pPr>
        <w:jc w:val="right"/>
      </w:pPr>
      <w:r>
        <w:t>ہم اس کیفیت کو کیا نام دے سکتے ہیں؟" معرفت کا جو لفظ ہے،</w:t>
      </w:r>
    </w:p>
    <w:p>
      <w:r>
        <w:rPr>
          <w:b/>
        </w:rPr>
        <w:t xml:space="preserve">[47:48] </w:t>
      </w:r>
      <w:r>
        <w:t>isko english mein kehte hain "realization".</w:t>
      </w:r>
    </w:p>
    <w:p>
      <w:pPr>
        <w:jc w:val="right"/>
      </w:pPr>
      <w:r>
        <w:t>اس کو انگلش میں کہتے ہیں "ریئلائزیشن"۔</w:t>
      </w:r>
    </w:p>
    <w:p>
      <w:r>
        <w:rPr>
          <w:b/>
        </w:rPr>
        <w:t xml:space="preserve">[47:54] </w:t>
      </w:r>
      <w:r>
        <w:t>to to end result hai, woh aap is ko "discovery of god" kahein ya "marifat" kahein, dono alag</w:t>
      </w:r>
    </w:p>
    <w:p>
      <w:pPr>
        <w:jc w:val="right"/>
      </w:pPr>
      <w:r>
        <w:t>تو تو اینڈ رزلٹ ہے، وہ آپ اس کو "ڈسکوری آف گاڈ" کہیں یا "معرفت" کہیں، دونوں الگ</w:t>
      </w:r>
    </w:p>
    <w:p>
      <w:r>
        <w:rPr>
          <w:b/>
        </w:rPr>
        <w:t xml:space="preserve">[48:00] </w:t>
      </w:r>
      <w:r>
        <w:t>alag nahi hain.</w:t>
      </w:r>
    </w:p>
    <w:p>
      <w:pPr>
        <w:jc w:val="right"/>
      </w:pPr>
      <w:r>
        <w:t>الگ نہیں ہیں۔</w:t>
      </w:r>
    </w:p>
    <w:p>
      <w:r>
        <w:rPr>
          <w:b/>
        </w:rPr>
        <w:t xml:space="preserve">[48:06] </w:t>
      </w:r>
      <w:r>
        <w:t>ek aage se yeh hai, ek aage se woh hai.</w:t>
      </w:r>
    </w:p>
    <w:p>
      <w:pPr>
        <w:jc w:val="right"/>
      </w:pPr>
      <w:r>
        <w:t>ایک اگے سے یہ ہے، ایک اگے سے وہ ہے۔</w:t>
      </w:r>
    </w:p>
    <w:p>
      <w:r>
        <w:rPr>
          <w:b/>
        </w:rPr>
        <w:t xml:space="preserve">[48:12] </w:t>
      </w:r>
      <w:r>
        <w:t>to hasil jis cheez ko kehte hain, hasil isi ko kehte hain</w:t>
      </w:r>
    </w:p>
    <w:p>
      <w:pPr>
        <w:jc w:val="right"/>
      </w:pPr>
      <w:r>
        <w:t>تو حاصل جس چیز کو کہتے ہیں، حاصل اسی کو کہتے ہیں</w:t>
      </w:r>
    </w:p>
    <w:p>
      <w:r>
        <w:rPr>
          <w:b/>
        </w:rPr>
        <w:t xml:space="preserve">[48:18] </w:t>
      </w:r>
      <w:r>
        <w:t>marifat.</w:t>
      </w:r>
    </w:p>
    <w:p>
      <w:pPr>
        <w:jc w:val="right"/>
      </w:pPr>
      <w:r>
        <w:t>معرفت۔</w:t>
      </w:r>
    </w:p>
    <w:p>
      <w:r>
        <w:rPr>
          <w:b/>
        </w:rPr>
        <w:t xml:space="preserve">[48:24] </w:t>
      </w:r>
      <w:r>
        <w:t>jis jis raaste se aap chalein, jis raaste se aap ko marifat hasil ho, woh sab is mein</w:t>
      </w:r>
    </w:p>
    <w:p>
      <w:pPr>
        <w:jc w:val="right"/>
      </w:pPr>
      <w:r>
        <w:t>جس جس راستے سے آپ چلیں، جس راستے سے آپ کو معرفت حاصل ہو، وہ سب اس میں</w:t>
      </w:r>
    </w:p>
    <w:p>
      <w:r>
        <w:rPr>
          <w:b/>
        </w:rPr>
        <w:t xml:space="preserve">[48:30] </w:t>
      </w:r>
      <w:r>
        <w:t>shamil samjha jayega.</w:t>
      </w:r>
    </w:p>
    <w:p>
      <w:pPr>
        <w:jc w:val="right"/>
      </w:pPr>
      <w:r>
        <w:t>شامل سمجھا جائے گا۔</w:t>
      </w:r>
    </w:p>
    <w:p>
      <w:r>
        <w:rPr>
          <w:b/>
        </w:rPr>
        <w:t xml:space="preserve">[48:36] </w:t>
      </w:r>
      <w:r>
        <w:t>asal cheez to yahi hai ke aap ko khaliq ki marifat hasil ho, idhar se ho ya idhar se ho.</w:t>
      </w:r>
    </w:p>
    <w:p>
      <w:pPr>
        <w:jc w:val="right"/>
      </w:pPr>
      <w:r>
        <w:t>اصل چیز تو یہی ہے کہ آپ کو خالق کی معرفت حاصل ہو، ادھر سے ہو یا ادھر سے ہو۔</w:t>
      </w:r>
    </w:p>
    <w:p>
      <w:r>
        <w:rPr>
          <w:b/>
        </w:rPr>
        <w:t xml:space="preserve">[48:42] </w:t>
      </w:r>
      <w:r>
        <w:t>muhammad irfan rashidi sahib,</w:t>
      </w:r>
    </w:p>
    <w:p>
      <w:pPr>
        <w:jc w:val="right"/>
      </w:pPr>
      <w:r>
        <w:t>محمد عرفان رشیدی صاحب،</w:t>
      </w:r>
    </w:p>
    <w:p>
      <w:r>
        <w:rPr>
          <w:b/>
        </w:rPr>
        <w:t xml:space="preserve">[48:48] </w:t>
      </w:r>
      <w:r>
        <w:t>nagpur se dobara yeh apna ta'assur de rahe hain: "islamophobia ko khatam karna hai to quran ko</w:t>
      </w:r>
    </w:p>
    <w:p>
      <w:pPr>
        <w:jc w:val="right"/>
      </w:pPr>
      <w:r>
        <w:t>ناگپور سے دوبارہ یہ اپنا تاثر دے رہے ہیں: "اسلامو فوبیا کو ختم کرنا ہے تو قرآن کو</w:t>
      </w:r>
    </w:p>
    <w:p>
      <w:r>
        <w:rPr>
          <w:b/>
        </w:rPr>
        <w:t xml:space="preserve">[48:56] </w:t>
      </w:r>
      <w:r>
        <w:t>phailayen gay. " great thought, jazak Allah.</w:t>
      </w:r>
    </w:p>
    <w:p>
      <w:pPr>
        <w:jc w:val="right"/>
      </w:pPr>
      <w:r>
        <w:t>پھیلائیں گے۔" گریٹ تھاٹ، جزاک اللہ۔</w:t>
      </w:r>
    </w:p>
    <w:p>
      <w:r>
        <w:rPr>
          <w:b/>
        </w:rPr>
        <w:t xml:space="preserve">[49:04] </w:t>
      </w:r>
      <w:r>
        <w:t>sajid ahmed khan, nagpur, jazak Allah Maulana sahib.</w:t>
      </w:r>
    </w:p>
    <w:p>
      <w:pPr>
        <w:jc w:val="right"/>
      </w:pPr>
      <w:r>
        <w:t>ساجد احمد خان، ناگپور، جزاک اللہ مولانا صاحب۔</w:t>
      </w:r>
    </w:p>
    <w:p>
      <w:r>
        <w:rPr>
          <w:b/>
        </w:rPr>
        <w:t xml:space="preserve">[49:11] </w:t>
      </w:r>
      <w:r>
        <w:t>aj mujhe andhay honay ka asal matlab samajh mein aya, woh hai bekhabari.</w:t>
      </w:r>
    </w:p>
    <w:p>
      <w:pPr>
        <w:jc w:val="right"/>
      </w:pPr>
      <w:r>
        <w:t>آج مجھے اندھے ہونے کا اصل مطلب سمجھ میں آیا، وہ ہے بے خبری۔</w:t>
      </w:r>
    </w:p>
    <w:p>
      <w:r>
        <w:rPr>
          <w:b/>
        </w:rPr>
        <w:t xml:space="preserve">[49:19] </w:t>
      </w:r>
      <w:r>
        <w:t>kal mujhe aap nay aik qareebi rishtaydar say, jin ko mein aik naik aur mazhabi person samajhta</w:t>
      </w:r>
    </w:p>
    <w:p>
      <w:pPr>
        <w:jc w:val="right"/>
      </w:pPr>
      <w:r>
        <w:t>کل مجھے آپ نے ایک قریبی رشتہ دار سے، جن کو میں ایک نیک اور مذہبی پرسن سمجھتا</w:t>
      </w:r>
    </w:p>
    <w:p>
      <w:r>
        <w:rPr>
          <w:b/>
        </w:rPr>
        <w:t xml:space="preserve">[49:27] </w:t>
      </w:r>
      <w:r>
        <w:t>tha, un say baat kartay huay mehsoos kiya kay zahiri mazhabi shakhsiyat honay kay bawajood darkness mein zindagi</w:t>
      </w:r>
    </w:p>
    <w:p>
      <w:pPr>
        <w:jc w:val="right"/>
      </w:pPr>
      <w:r>
        <w:t>تھا، ان سے بات کرتے ہوئے محسوس کیا کہ ظاہری مذہبی شخصیت ہونے کے باوجود ڈارکنس میں زندگی</w:t>
      </w:r>
    </w:p>
    <w:p>
      <w:r>
        <w:rPr>
          <w:b/>
        </w:rPr>
        <w:t xml:space="preserve">[49:34] </w:t>
      </w:r>
      <w:r>
        <w:t>guzar rahay hain.</w:t>
      </w:r>
    </w:p>
    <w:p>
      <w:pPr>
        <w:jc w:val="right"/>
      </w:pPr>
      <w:r>
        <w:t>گزار رہے ہیں۔</w:t>
      </w:r>
    </w:p>
    <w:p>
      <w:r>
        <w:rPr>
          <w:b/>
        </w:rPr>
        <w:t xml:space="preserve">[49:42] </w:t>
      </w:r>
      <w:r>
        <w:t>mein nay dua ki Allah un kay zehn ko khol day aur sach sachi baat</w:t>
      </w:r>
    </w:p>
    <w:p>
      <w:pPr>
        <w:jc w:val="right"/>
      </w:pPr>
      <w:r>
        <w:t>میں نے دعا کی اللہ ان کے ذہن کو کھول دے اور سچ سچی بات</w:t>
      </w:r>
    </w:p>
    <w:p>
      <w:r>
        <w:rPr>
          <w:b/>
        </w:rPr>
        <w:t xml:space="preserve">[49:49] </w:t>
      </w:r>
      <w:r>
        <w:t>kay liye roshan kar day.</w:t>
      </w:r>
    </w:p>
    <w:p>
      <w:pPr>
        <w:jc w:val="right"/>
      </w:pPr>
      <w:r>
        <w:t>کے لیے روشن کر دے۔</w:t>
      </w:r>
    </w:p>
    <w:p>
      <w:r>
        <w:rPr>
          <w:b/>
        </w:rPr>
        <w:t xml:space="preserve">[49:54] </w:t>
      </w:r>
      <w:r>
        <w:t>aj dua karta hoon kay khudaaya bekhabari kay andhay pan say hum sab ko ki hifazat farma. Ameen.</w:t>
      </w:r>
    </w:p>
    <w:p>
      <w:pPr>
        <w:jc w:val="right"/>
      </w:pPr>
      <w:r>
        <w:t>آج دعا کرتا ہوں کہ خدایا بے خبری کے اندھے پن سے ہم سب کو کی حفاظت فرما۔ آمین۔</w:t>
      </w:r>
    </w:p>
    <w:p>
      <w:r>
        <w:rPr>
          <w:b/>
        </w:rPr>
        <w:t xml:space="preserve">[49:59] </w:t>
      </w:r>
      <w:r>
        <w:t>hafiz saeed iqbal umri us waqt woh sri lanka mein hain aur woh wahan ka aik apna ta'sur</w:t>
      </w:r>
    </w:p>
    <w:p>
      <w:pPr>
        <w:jc w:val="right"/>
      </w:pPr>
      <w:r>
        <w:t>حافظ سعید اقبال عمری اس وقت وہ سری لنکا میں ہیں اور وہ وہاں کا ایک اپنا تاثر</w:t>
      </w:r>
    </w:p>
    <w:p>
      <w:r>
        <w:rPr>
          <w:b/>
        </w:rPr>
        <w:t xml:space="preserve">[50:04] </w:t>
      </w:r>
      <w:r>
        <w:t>bayan kar rahay hain.</w:t>
      </w:r>
    </w:p>
    <w:p>
      <w:pPr>
        <w:jc w:val="right"/>
      </w:pPr>
      <w:r>
        <w:t>بیان کر رہے ہیں۔</w:t>
      </w:r>
    </w:p>
    <w:p>
      <w:r>
        <w:rPr>
          <w:b/>
        </w:rPr>
        <w:t xml:space="preserve">[50:10] </w:t>
      </w:r>
      <w:r>
        <w:t>Maulana, aj colombo international fair ka last day hai.</w:t>
      </w:r>
    </w:p>
    <w:p>
      <w:pPr>
        <w:jc w:val="right"/>
      </w:pPr>
      <w:r>
        <w:t>مولانا، آج کولمبو انٹرنیشنل فیئر کا لاسٹ ڈے ہے۔</w:t>
      </w:r>
    </w:p>
    <w:p>
      <w:r>
        <w:rPr>
          <w:b/>
        </w:rPr>
        <w:t xml:space="preserve">[50:15] </w:t>
      </w:r>
      <w:r>
        <w:t>english, tamil aur sinhala quran, saray quran khatam ho chukay hain.</w:t>
      </w:r>
    </w:p>
    <w:p>
      <w:pPr>
        <w:jc w:val="right"/>
      </w:pPr>
      <w:r>
        <w:t>انگلش، تمل اور سنہالہ قرآن، سارے قرآن ختم ہو چکے ہیں۔</w:t>
      </w:r>
    </w:p>
    <w:p>
      <w:r>
        <w:rPr>
          <w:b/>
        </w:rPr>
        <w:t xml:space="preserve">[50:20] </w:t>
      </w:r>
      <w:r>
        <w:t>ab hum address collect kar rahe hain. koi 30 saal se, koi bohat dinon se Quran read karna chahta chahta tha. non muslim ko musalman Quran dete to nahi aur dene walon ko paisa bhi nahi dete. Allah taala tofeeq ata farmaye. aameen. Aamir Mori sahib Kashmir se likhte hain: "Maulana sahib, it is it is easy to turn p</w:t>
      </w:r>
    </w:p>
    <w:p>
      <w:pPr>
        <w:jc w:val="right"/>
      </w:pPr>
      <w:r>
        <w:t>اب ہم ایڈریس کلیکٹ کر رہے ہیں۔ کوئی 30 سال سے، کوئی بہت دنوں سے قرآن ریڈ کرنا چاہتا چاہتا تھا۔ نان مسلم کو مسلمان قرآن دیتے تو نہیں اور دینے والوں کو پیسہ بھی نہیں دیتے۔ اللہ تعالی توفیق عطا فرمائے۔ آمین۔ عامر موری صاحب کشمیر سے لکھتے ہیں: "مولانا صاحب، اٹ از اٹ از ایزی ٹو ٹرن پ</w:t>
      </w:r>
    </w:p>
    <w:p>
      <w:r>
        <w:rPr>
          <w:b/>
        </w:rPr>
        <w:t xml:space="preserve">[50:50] </w:t>
      </w:r>
      <w:r>
        <w:t>potential into actual, since potential is always hidden and most of the time we are unaware about our potential.</w:t>
      </w:r>
    </w:p>
    <w:p>
      <w:pPr>
        <w:jc w:val="right"/>
      </w:pPr>
      <w:r>
        <w:t>وٹینشل انٹو ایکچول، سنس پوٹینشل از الویز ہڈن اینڈ موسٹ آف ٹائم وی آر ان اویئر اباؤٹ اور پوٹینشل۔</w:t>
      </w:r>
    </w:p>
    <w:p>
      <w:r>
        <w:rPr>
          <w:b/>
        </w:rPr>
        <w:t xml:space="preserve">[51:00] </w:t>
      </w:r>
      <w:r>
        <w:t>"My question is: How can we identify and discover our potential? Kindly guide." Bhai, dekhiye, yeh doosre se</w:t>
      </w:r>
    </w:p>
    <w:p>
      <w:pPr>
        <w:jc w:val="right"/>
      </w:pPr>
      <w:r>
        <w:t>مائی کوئسچن از: ہاؤ کین وی آئیڈینٹیفائی اینڈ ڈسکور اور پوٹینشل؟ کائنڈلی گائیڈ۔" بھائی، دیکھیے، یہ دوسرے سے</w:t>
      </w:r>
    </w:p>
    <w:p>
      <w:r>
        <w:rPr>
          <w:b/>
        </w:rPr>
        <w:t xml:space="preserve">[51:10] </w:t>
      </w:r>
      <w:r>
        <w:t>poochhnay ki cheez nahi hai, khud apnay aap ko poochhnay ki cheez hai.</w:t>
      </w:r>
    </w:p>
    <w:p>
      <w:pPr>
        <w:jc w:val="right"/>
      </w:pPr>
      <w:r>
        <w:t>پوچھنے کی چیز نہیں ہے، خود اپنے آپ کو پوچھنے کی چیز ہے۔</w:t>
      </w:r>
    </w:p>
    <w:p>
      <w:r>
        <w:rPr>
          <w:b/>
        </w:rPr>
        <w:t xml:space="preserve">[51:20] </w:t>
      </w:r>
      <w:r>
        <w:t>aj kal har aadmi yahi to kar raha hai.</w:t>
      </w:r>
    </w:p>
    <w:p>
      <w:pPr>
        <w:jc w:val="right"/>
      </w:pPr>
      <w:r>
        <w:t>آج کل ہر آدمی یہی تو کر رہا ہے۔</w:t>
      </w:r>
    </w:p>
    <w:p>
      <w:r>
        <w:rPr>
          <w:b/>
        </w:rPr>
        <w:t xml:space="preserve">[51:27] </w:t>
      </w:r>
      <w:r>
        <w:t>har aadmi, jis ko bhi dekhiye, apnay betay ko, baap apnay betay ko, aur beta khud apnay aap</w:t>
      </w:r>
    </w:p>
    <w:p>
      <w:pPr>
        <w:jc w:val="right"/>
      </w:pPr>
      <w:r>
        <w:t>ہر آدمی، جس کو بھی دیکھیے، اپنے بیٹے کو، باپ اپنے بیٹے کو، اور بیٹا خود اپنے آپ</w:t>
      </w:r>
    </w:p>
    <w:p>
      <w:r>
        <w:rPr>
          <w:b/>
        </w:rPr>
        <w:t xml:space="preserve">[51:34] </w:t>
      </w:r>
      <w:r>
        <w:t>کو یہی تو کر رہا ہے کہ وہ identify کرتا ہے job کون سے job ہیں جس کے</w:t>
      </w:r>
    </w:p>
    <w:p>
      <w:pPr>
        <w:jc w:val="right"/>
      </w:pPr>
      <w:r>
        <w:t>کو یہی تو کر رہا ہے کہ وہ آئیڈینٹیفائی کرتا ہے جاب کون سے جاب ہیں جس کے</w:t>
      </w:r>
    </w:p>
    <w:p>
      <w:r>
        <w:rPr>
          <w:b/>
        </w:rPr>
        <w:t xml:space="preserve">[51:41] </w:t>
      </w:r>
      <w:r>
        <w:t>darwazay khulay huay hain.</w:t>
      </w:r>
    </w:p>
    <w:p>
      <w:pPr>
        <w:jc w:val="right"/>
      </w:pPr>
      <w:r>
        <w:t>دروازے کھلے ہوئے ہیں۔</w:t>
      </w:r>
    </w:p>
    <w:p>
      <w:r>
        <w:rPr>
          <w:b/>
        </w:rPr>
        <w:t xml:space="preserve">[51:48] </w:t>
      </w:r>
      <w:r>
        <w:t>is job kay mutabiq apni education ki planning karta hai aur phir woh dorta hai is job kay liye.</w:t>
      </w:r>
    </w:p>
    <w:p>
      <w:pPr>
        <w:jc w:val="right"/>
      </w:pPr>
      <w:r>
        <w:t>اس جاب کے مطابق اپنی ایجوکیشن کی پلاننگ کرتا ہے اور پھر وہ دوڑتا ہے اس جاب کے لیے۔</w:t>
      </w:r>
    </w:p>
    <w:p>
      <w:r>
        <w:rPr>
          <w:b/>
        </w:rPr>
        <w:t xml:space="preserve">[51:55] </w:t>
      </w:r>
      <w:r>
        <w:t>to yahi to kar raha hai har aadmi.</w:t>
      </w:r>
    </w:p>
    <w:p>
      <w:pPr>
        <w:jc w:val="right"/>
      </w:pPr>
      <w:r>
        <w:t>تو یہی تو کر رہا ہے ہر آدمی۔</w:t>
      </w:r>
    </w:p>
    <w:p>
      <w:r>
        <w:rPr>
          <w:b/>
        </w:rPr>
        <w:t xml:space="preserve">[52:00] </w:t>
      </w:r>
      <w:r>
        <w:t>to yeh yahan bhi karain, yani spiritual job kay liye kiye wohi kaam jo aap abhi tak physical</w:t>
      </w:r>
    </w:p>
    <w:p>
      <w:pPr>
        <w:jc w:val="right"/>
      </w:pPr>
      <w:r>
        <w:t>تو یہ یہاں بھی کریں، یعنی اسپریچول جاب کے لیے کیے وہی کام جو آپ ابھی تک فزیکل</w:t>
      </w:r>
    </w:p>
    <w:p>
      <w:r>
        <w:rPr>
          <w:b/>
        </w:rPr>
        <w:t xml:space="preserve">[52:05] </w:t>
      </w:r>
      <w:r>
        <w:t>job kay liye kar rahay hain.</w:t>
      </w:r>
    </w:p>
    <w:p>
      <w:pPr>
        <w:jc w:val="right"/>
      </w:pPr>
      <w:r>
        <w:t>جاب کے لیے کر رہے ہیں۔</w:t>
      </w:r>
    </w:p>
    <w:p>
      <w:r>
        <w:rPr>
          <w:b/>
        </w:rPr>
        <w:t xml:space="preserve">[52:10] </w:t>
      </w:r>
      <w:r>
        <w:t>har aadmi physical job mein busy hai, aik dam busy hai, kehta hai kay time nahi meray pas.</w:t>
      </w:r>
    </w:p>
    <w:p>
      <w:pPr>
        <w:jc w:val="right"/>
      </w:pPr>
      <w:r>
        <w:t>ہر آدمی فزیکل جاب میں بزی ہے، ایک دم بزی ہے، کہتا ہے کہ ٹائم نہیں میرے پاس۔</w:t>
      </w:r>
    </w:p>
    <w:p>
      <w:r>
        <w:rPr>
          <w:b/>
        </w:rPr>
        <w:t xml:space="preserve">[52:15] </w:t>
      </w:r>
      <w:r>
        <w:t>to jo cheez aap nay jani hai physical job kay liye, wohi cheez jaan lijiye spiritual job kay liye.</w:t>
      </w:r>
    </w:p>
    <w:p>
      <w:pPr>
        <w:jc w:val="right"/>
      </w:pPr>
      <w:r>
        <w:t>تو جو چیز آپ نے جانی ہے فزیکل جاب کے لیے، وہی چیز جان لیجئے اسپریچول جاب کے لیے۔</w:t>
      </w:r>
    </w:p>
    <w:p>
      <w:r>
        <w:rPr>
          <w:b/>
        </w:rPr>
        <w:t xml:space="preserve">[52:20] </w:t>
      </w:r>
      <w:r>
        <w:t>to bas kaam ban</w:t>
      </w:r>
    </w:p>
    <w:p>
      <w:pPr>
        <w:jc w:val="right"/>
      </w:pPr>
      <w:r>
        <w:t>تو بس کام بن</w:t>
      </w:r>
    </w:p>
    <w:p>
      <w:r>
        <w:rPr>
          <w:b/>
        </w:rPr>
        <w:t xml:space="preserve">[52:25] </w:t>
      </w:r>
      <w:r>
        <w:t>jaye ga.</w:t>
      </w:r>
    </w:p>
    <w:p>
      <w:pPr>
        <w:jc w:val="right"/>
      </w:pPr>
      <w:r>
        <w:t>جائے گا۔</w:t>
      </w:r>
    </w:p>
    <w:p>
      <w:r>
        <w:rPr>
          <w:b/>
        </w:rPr>
        <w:t xml:space="preserve">[52:33] </w:t>
      </w:r>
      <w:r>
        <w:t>abdulghani muhammad karachi se apna tasar dete hain: "jazak allah khaira, bohat fikr anghez bayan.</w:t>
      </w:r>
    </w:p>
    <w:p>
      <w:pPr>
        <w:jc w:val="right"/>
      </w:pPr>
      <w:r>
        <w:t>عبدالغنی محمد کراچی سے اپنا تاثر دیتے ہیں: "جزاک اللہ خیرا، بہت فکر انگیز بیان۔</w:t>
      </w:r>
    </w:p>
    <w:p>
      <w:r>
        <w:rPr>
          <w:b/>
        </w:rPr>
        <w:t xml:space="preserve">[52:41] </w:t>
      </w:r>
      <w:r>
        <w:t>hum sab ko apni akhirat ke bare mein fikr kerni chahiye." muhammad imran talha likhte hain: "discover your</w:t>
      </w:r>
    </w:p>
    <w:p>
      <w:pPr>
        <w:jc w:val="right"/>
      </w:pPr>
      <w:r>
        <w:t>ہم سب کو اپنی آخرت کے بارے میں فکر کرنی چاہیے۔" محمد عمران طلحہ لکھتے ہیں: "ڈسکور یور</w:t>
      </w:r>
    </w:p>
    <w:p>
      <w:r>
        <w:rPr>
          <w:b/>
        </w:rPr>
        <w:t xml:space="preserve">[52:49] </w:t>
      </w:r>
      <w:r>
        <w:t>self, yeh fitri cheez hai, bohat behtareen baat." shabina ali:</w:t>
      </w:r>
    </w:p>
    <w:p>
      <w:pPr>
        <w:jc w:val="right"/>
      </w:pPr>
      <w:r>
        <w:t>سیلف، یہ فطری چیز ہے، بہت بہترین بات۔" شبینہ علی:</w:t>
      </w:r>
    </w:p>
    <w:p>
      <w:r>
        <w:rPr>
          <w:b/>
        </w:rPr>
        <w:t xml:space="preserve">[52:57] </w:t>
      </w:r>
      <w:r>
        <w:t>"You are very true Maulana in saying that one has to discover its potential, which has, which which</w:t>
      </w:r>
    </w:p>
    <w:p>
      <w:pPr>
        <w:jc w:val="right"/>
      </w:pPr>
      <w:r>
        <w:t>"یو آر ویری ٹرو مولانا ان سینگ دیٹ ون ہیز ٹو ڈسکور اٹس پوٹینشل، وچ ہیز، وچ وچ</w:t>
      </w:r>
    </w:p>
    <w:p>
      <w:r>
        <w:rPr>
          <w:b/>
        </w:rPr>
        <w:t xml:space="preserve">[53:03] </w:t>
      </w:r>
      <w:r>
        <w:t>god has gifted to one self.</w:t>
      </w:r>
    </w:p>
    <w:p>
      <w:pPr>
        <w:jc w:val="right"/>
      </w:pPr>
      <w:r>
        <w:t>گاڈ ہیز گفٹڈ ٹو ون سیلف۔</w:t>
      </w:r>
    </w:p>
    <w:p>
      <w:r>
        <w:rPr>
          <w:b/>
        </w:rPr>
        <w:t xml:space="preserve">[53:09] </w:t>
      </w:r>
      <w:r>
        <w:t>However, I have mostly observed that most of the people after discovering their potential utilize it to</w:t>
      </w:r>
    </w:p>
    <w:p>
      <w:pPr>
        <w:jc w:val="right"/>
      </w:pPr>
      <w:r>
        <w:t>ہاؤ ایور، آئی ہیو موسٹلی ابزرو دیٹ موسٹ آف دا پیپل افٹر ڈسکورنگ دیر پوٹینشل یوٹیلائز اٹ ٹو</w:t>
      </w:r>
    </w:p>
    <w:p>
      <w:r>
        <w:rPr>
          <w:b/>
        </w:rPr>
        <w:t xml:space="preserve">[53:15] </w:t>
      </w:r>
      <w:r>
        <w:t>gain maximum worldly benefit.</w:t>
      </w:r>
    </w:p>
    <w:p>
      <w:pPr>
        <w:jc w:val="right"/>
      </w:pPr>
      <w:r>
        <w:t>گین میکسیمم ورلڈلی بینیفٹ۔</w:t>
      </w:r>
    </w:p>
    <w:p>
      <w:r>
        <w:rPr>
          <w:b/>
        </w:rPr>
        <w:t xml:space="preserve">[53:21] </w:t>
      </w:r>
      <w:r>
        <w:t>I was, I was once confronted by a Muslim friend while doing the work the</w:t>
      </w:r>
    </w:p>
    <w:p>
      <w:pPr>
        <w:jc w:val="right"/>
      </w:pPr>
      <w:r>
        <w:t>آئی واز، آئی واز ونس کنفرنٹڈ بائی مسلم فرینڈ وائل ڈوئنگ دا ورک دی</w:t>
      </w:r>
    </w:p>
    <w:p>
      <w:r>
        <w:rPr>
          <w:b/>
        </w:rPr>
        <w:t xml:space="preserve">[53:27] </w:t>
      </w:r>
      <w:r>
        <w:t>to did not.</w:t>
      </w:r>
    </w:p>
    <w:p>
      <w:pPr>
        <w:jc w:val="right"/>
      </w:pPr>
      <w:r>
        <w:t>ٹ ڈیڈ ناٹ۔</w:t>
      </w:r>
    </w:p>
    <w:p>
      <w:r>
        <w:rPr>
          <w:b/>
        </w:rPr>
        <w:t xml:space="preserve">[53:34] </w:t>
      </w:r>
      <w:r>
        <w:t>I have better work to do other than this." Maulana, my question is: "How to approach to this</w:t>
      </w:r>
    </w:p>
    <w:p>
      <w:pPr>
        <w:jc w:val="right"/>
      </w:pPr>
      <w:r>
        <w:t>آئی ہیو بیٹر ورک ٹو ڈو ادر دین دس۔" مولانا، مائی کوئسچن از: "ہاؤ ٹو اپروچ ٹو دس</w:t>
      </w:r>
    </w:p>
    <w:p>
      <w:r>
        <w:rPr>
          <w:b/>
        </w:rPr>
        <w:t xml:space="preserve">[53:42] </w:t>
      </w:r>
      <w:r>
        <w:t>kind of people?" bas aap dawat ka kaam karte rahiye, logon ko baat batate rahiye.</w:t>
      </w:r>
    </w:p>
    <w:p>
      <w:pPr>
        <w:jc w:val="right"/>
      </w:pPr>
      <w:r>
        <w:t>کائنڈ آف پیپل؟" بس آپ دعوت کا کام کرتے رہیے، لوگوں کو بات بتاتے رہیے۔</w:t>
      </w:r>
    </w:p>
    <w:p>
      <w:r>
        <w:rPr>
          <w:b/>
        </w:rPr>
        <w:t xml:space="preserve">[53:50] </w:t>
      </w:r>
      <w:r>
        <w:t>jis ke andar is ka nature jaga hua hoga,</w:t>
      </w:r>
    </w:p>
    <w:p>
      <w:pPr>
        <w:jc w:val="right"/>
      </w:pPr>
      <w:r>
        <w:t>جس کے اندر اس کا نیچر جاگا ہوا ہوگا،</w:t>
      </w:r>
    </w:p>
    <w:p>
      <w:r>
        <w:rPr>
          <w:b/>
        </w:rPr>
        <w:t xml:space="preserve">[53:57] </w:t>
      </w:r>
      <w:r>
        <w:t>is ki fitrat jaagi hogi, woh phone pakar lega.</w:t>
      </w:r>
    </w:p>
    <w:p>
      <w:pPr>
        <w:jc w:val="right"/>
      </w:pPr>
      <w:r>
        <w:t>اس کی فطرت جاگی ہوگی، وہ فون پکڑ لے گا۔</w:t>
      </w:r>
    </w:p>
    <w:p>
      <w:r>
        <w:rPr>
          <w:b/>
        </w:rPr>
        <w:t xml:space="preserve">[54:06] </w:t>
      </w:r>
      <w:r>
        <w:t>juneid sheikh mumbai se likhte hain: "today lecture was i opening for me.</w:t>
      </w:r>
    </w:p>
    <w:p>
      <w:pPr>
        <w:jc w:val="right"/>
      </w:pPr>
      <w:r>
        <w:t>جنید شیخ ممبئی سے لکھتے ہیں: "ٹوڈے لیکچر واز آئی اوپننگ فار می۔</w:t>
      </w:r>
    </w:p>
    <w:p>
      <w:r>
        <w:rPr>
          <w:b/>
        </w:rPr>
        <w:t xml:space="preserve">[54:15] </w:t>
      </w:r>
      <w:r>
        <w:t>I discovered that I am completely blind to my potential and my role is to discover it and</w:t>
      </w:r>
    </w:p>
    <w:p>
      <w:pPr>
        <w:jc w:val="right"/>
      </w:pPr>
      <w:r>
        <w:t>آئی ڈسکورڈ دیٹ آئی ایم کمپلیٹلی بلائنڈ ٹو مائی پوٹینشل اینڈ مائی رول از ٹو ڈسکور اٹ اینڈ</w:t>
      </w:r>
    </w:p>
    <w:p>
      <w:r>
        <w:rPr>
          <w:b/>
        </w:rPr>
        <w:t xml:space="preserve">[54:23] </w:t>
      </w:r>
      <w:r>
        <w:t>do it most struggle to convert it in actual." jazak allah maulana sahib.</w:t>
      </w:r>
    </w:p>
    <w:p>
      <w:pPr>
        <w:jc w:val="right"/>
      </w:pPr>
      <w:r>
        <w:t>ڈو ایٹ موسٹ سٹرگل ٹو کنورٹ اٹ ان ایکچول۔" جزاک اللہ مولانا صاحب۔</w:t>
      </w:r>
    </w:p>
    <w:p>
      <w:r>
        <w:rPr>
          <w:b/>
        </w:rPr>
        <w:t xml:space="preserve">[54:32] </w:t>
      </w:r>
      <w:r>
        <w:t>ڈاکٹر نغمہ صدیقی دہلی سے لکھتے ہیں: "مولانا، today I discovered the importance of being aware of realities,</w:t>
      </w:r>
    </w:p>
    <w:p>
      <w:pPr>
        <w:jc w:val="right"/>
      </w:pPr>
      <w:r>
        <w:t>ڈاکٹر نغمہ صدیقی دہلی سے لکھتے ہیں: "مولانا، ٹوڈے آئی ڈسکورڈ دا امپورٹنس آف بینگ اویئر آف ریلیٹیز،</w:t>
      </w:r>
    </w:p>
    <w:p>
      <w:r>
        <w:rPr>
          <w:b/>
        </w:rPr>
        <w:t xml:space="preserve">[54:39] </w:t>
      </w:r>
      <w:r>
        <w:t>Discovering my potential and actualizing it and distributing Quran.</w:t>
      </w:r>
    </w:p>
    <w:p>
      <w:pPr>
        <w:jc w:val="right"/>
      </w:pPr>
      <w:r>
        <w:t>ڈسکورنگ مائی پوٹینشل اینڈ ایکچولائزنگ اٹ اینڈ ڈسٹریبیوٹنگ قرآن۔</w:t>
      </w:r>
    </w:p>
    <w:p>
      <w:r>
        <w:rPr>
          <w:b/>
        </w:rPr>
        <w:t xml:space="preserve">[54:47] </w:t>
      </w:r>
      <w:r>
        <w:t>jazak allah for making me understand." maulana muhammad yaqoob umri sahib dehli se likhte hain: "today for the</w:t>
      </w:r>
    </w:p>
    <w:p>
      <w:pPr>
        <w:jc w:val="right"/>
      </w:pPr>
      <w:r>
        <w:t>جزاک اللہ فار میکنگ می انڈرسٹینڈ۔" مولانا محمد یعقوب عمری صاحب دہلی سے لکھتے ہیں: "ٹوڈے فار دا</w:t>
      </w:r>
    </w:p>
    <w:p>
      <w:r>
        <w:rPr>
          <w:b/>
        </w:rPr>
        <w:t xml:space="preserve">[54:55] </w:t>
      </w:r>
      <w:r>
        <w:t>first time understood</w:t>
      </w:r>
    </w:p>
    <w:p>
      <w:pPr>
        <w:jc w:val="right"/>
      </w:pPr>
      <w:r>
        <w:t>فرسٹ ٹائم انڈرسٹوڈ</w:t>
      </w:r>
    </w:p>
    <w:p>
      <w:r>
        <w:rPr>
          <w:b/>
        </w:rPr>
        <w:t xml:space="preserve">[55:02] </w:t>
      </w:r>
      <w:r>
        <w:t>the real blindness and the real vision.</w:t>
      </w:r>
    </w:p>
    <w:p>
      <w:pPr>
        <w:jc w:val="right"/>
      </w:pPr>
      <w:r>
        <w:t>دا ریل بلائنڈنس اینڈ دا ریل ویژن۔</w:t>
      </w:r>
    </w:p>
    <w:p>
      <w:r>
        <w:rPr>
          <w:b/>
        </w:rPr>
        <w:t xml:space="preserve">[55:10] </w:t>
      </w:r>
      <w:r>
        <w:t>real vision is to discover my self, discover my self, boundaries of allah and dawah opportunities around me."</w:t>
      </w:r>
    </w:p>
    <w:p>
      <w:pPr>
        <w:jc w:val="right"/>
      </w:pPr>
      <w:r>
        <w:t>ریل ویژن از ٹو ڈسکور مائی سیلف، ڈسکور مائی سیلف، باؤنڈریز آف اللہ اینڈ دعویٰ اپرچونیٹیز اراؤنڈ می۔"</w:t>
      </w:r>
    </w:p>
    <w:p>
      <w:r>
        <w:rPr>
          <w:b/>
        </w:rPr>
        <w:t xml:space="preserve">[55:17] </w:t>
      </w:r>
      <w:r>
        <w:t>quaid se manaf solanki sahib ka ek sawal hai: "kya allah se mannat mangi ja sakti hai?" mannat</w:t>
      </w:r>
    </w:p>
    <w:p>
      <w:pPr>
        <w:jc w:val="right"/>
      </w:pPr>
      <w:r>
        <w:t>قوید سے مناف سولنکی صاحب کا ایک سوال ہے: "کیا اللہ سے منت مانگی جا سکتی ہے؟" منت</w:t>
      </w:r>
    </w:p>
    <w:p>
      <w:r>
        <w:rPr>
          <w:b/>
        </w:rPr>
        <w:t xml:space="preserve">[55:25] </w:t>
      </w:r>
      <w:r>
        <w:t>kyun kehte hain aap? dua kijiye, kyun ke mannat ka lafz confusion paida karta hai.</w:t>
      </w:r>
    </w:p>
    <w:p>
      <w:pPr>
        <w:jc w:val="right"/>
      </w:pPr>
      <w:r>
        <w:t>کیوں کہتے ہیں آپ؟ دعا کیجئے، کیونکہ منت کا لفظ کنفیوژن پیدا کرتا ہے۔</w:t>
      </w:r>
    </w:p>
    <w:p>
      <w:r>
        <w:rPr>
          <w:b/>
        </w:rPr>
        <w:t xml:space="preserve">[55:32] </w:t>
      </w:r>
      <w:r>
        <w:t>darwaze dargahon mein jate hain log mannat mangne ke liye.</w:t>
      </w:r>
    </w:p>
    <w:p>
      <w:pPr>
        <w:jc w:val="right"/>
      </w:pPr>
      <w:r>
        <w:t>دروازے درگاہوں میں جاتے ہیں لوگ منت مانگنے کے لیے۔</w:t>
      </w:r>
    </w:p>
    <w:p>
      <w:r>
        <w:rPr>
          <w:b/>
        </w:rPr>
        <w:t xml:space="preserve">[55:40] </w:t>
      </w:r>
      <w:r>
        <w:t>to mannat ka lafz hum na karein to clear hai.</w:t>
      </w:r>
    </w:p>
    <w:p>
      <w:pPr>
        <w:jc w:val="right"/>
      </w:pPr>
      <w:r>
        <w:t>تو منت کا لفظ ہم نہ کریں تو کلیئر ہے۔</w:t>
      </w:r>
    </w:p>
    <w:p>
      <w:r>
        <w:rPr>
          <w:b/>
        </w:rPr>
        <w:t xml:space="preserve">[55:47] </w:t>
      </w:r>
      <w:r>
        <w:t>dua to dua to allah se kerni chahiye.</w:t>
      </w:r>
    </w:p>
    <w:p>
      <w:pPr>
        <w:jc w:val="right"/>
      </w:pPr>
      <w:r>
        <w:t>دعا تو دعا تو اللہ سے کرنی چاہیے۔</w:t>
      </w:r>
    </w:p>
    <w:p>
      <w:r>
        <w:rPr>
          <w:b/>
        </w:rPr>
        <w:t xml:space="preserve">[55:54] </w:t>
      </w:r>
      <w:r>
        <w:t>baqi mannat ka lafz confusion paida karta hai, kyun ke is ka matlab yeh hota hai ke qabron pe</w:t>
      </w:r>
    </w:p>
    <w:p>
      <w:pPr>
        <w:jc w:val="right"/>
      </w:pPr>
      <w:r>
        <w:t>باقی منت کا لفظ کنفیوژن پیدا کرتا ہے، کیونکہ اس کا مطلب یہ ہوتا ہے کہ قبروں پہ</w:t>
      </w:r>
    </w:p>
    <w:p>
      <w:r>
        <w:rPr>
          <w:b/>
        </w:rPr>
        <w:t xml:space="preserve">[56:02] </w:t>
      </w:r>
      <w:r>
        <w:t>jana, dargahon mein jana, wahan mannat mangna to woh to be samajh nahi aata.</w:t>
      </w:r>
    </w:p>
    <w:p>
      <w:pPr>
        <w:jc w:val="right"/>
      </w:pPr>
      <w:r>
        <w:t>جانا، درگاہوں میں جانا، وہاں منت مانگنا تو وہ تو بے سمجھ نہیں آتا۔</w:t>
      </w:r>
    </w:p>
    <w:p>
      <w:r>
        <w:rPr>
          <w:b/>
        </w:rPr>
        <w:t xml:space="preserve">[56:09] </w:t>
      </w:r>
      <w:r>
        <w:t>dania mustafa karachi se likhti hain: "assalam o alaikum maulana sahib.</w:t>
      </w:r>
    </w:p>
    <w:p>
      <w:pPr>
        <w:jc w:val="right"/>
      </w:pPr>
      <w:r>
        <w:t>دانیا مصطفی کراچی سے لکھتی ہیں: "السلام علیکم مولانا صاحب۔</w:t>
      </w:r>
    </w:p>
    <w:p>
      <w:r>
        <w:rPr>
          <w:b/>
        </w:rPr>
        <w:t xml:space="preserve">[56:15] </w:t>
      </w:r>
      <w:r>
        <w:t>Knowing your own strength and weakness can only be possible if you can avoid or manage the many</w:t>
      </w:r>
    </w:p>
    <w:p>
      <w:pPr>
        <w:jc w:val="right"/>
      </w:pPr>
      <w:r>
        <w:t>نوئنگ یور اون سٹرینتھ اینڈ ویکنس کین اونلی بی پوسیبل اف یو کین اوائڈ اور مینج دا مینی</w:t>
      </w:r>
    </w:p>
    <w:p>
      <w:r>
        <w:rPr>
          <w:b/>
        </w:rPr>
        <w:t xml:space="preserve">[56:21] </w:t>
      </w:r>
      <w:r>
        <w:t>distraction in this life.</w:t>
      </w:r>
    </w:p>
    <w:p>
      <w:pPr>
        <w:jc w:val="right"/>
      </w:pPr>
      <w:r>
        <w:t>ڈسٹریکشن ان دس لائف۔</w:t>
      </w:r>
    </w:p>
    <w:p>
      <w:r>
        <w:rPr>
          <w:b/>
        </w:rPr>
        <w:t xml:space="preserve">[56:27] </w:t>
      </w:r>
      <w:r>
        <w:t>"Is this thinking right Maulana?" چمکتی صبح اپنے strength and weakness کو ہم اس وقت جان سکتے ہیں</w:t>
      </w:r>
    </w:p>
    <w:p>
      <w:pPr>
        <w:jc w:val="right"/>
      </w:pPr>
      <w:r>
        <w:t>از دس تھنکنگ رائٹ مولانا؟" چمکتی صبح اپنے سٹرینتھ اینڈ ویکنس کو ہم اس وقت جان سکتے ہیں</w:t>
      </w:r>
    </w:p>
    <w:p>
      <w:r>
        <w:rPr>
          <w:b/>
        </w:rPr>
        <w:t xml:space="preserve">[56:33] </w:t>
      </w:r>
      <w:r>
        <w:t>jab hum apne aap ko distraction se bacha sakein</w:t>
      </w:r>
    </w:p>
    <w:p>
      <w:pPr>
        <w:jc w:val="right"/>
      </w:pPr>
      <w:r>
        <w:t>جب ہم اپنے آپ کو ڈسٹریکشن سے بچا سکیں</w:t>
      </w:r>
    </w:p>
    <w:p>
      <w:r>
        <w:rPr>
          <w:b/>
        </w:rPr>
        <w:t xml:space="preserve">[56:39] </w:t>
      </w:r>
      <w:r>
        <w:t>ya distraction ko manage kar saken.</w:t>
      </w:r>
    </w:p>
    <w:p>
      <w:pPr>
        <w:jc w:val="right"/>
      </w:pPr>
      <w:r>
        <w:t>یا ڈسٹریکشن کو مینج کر سکیں۔</w:t>
      </w:r>
    </w:p>
    <w:p>
      <w:r>
        <w:rPr>
          <w:b/>
        </w:rPr>
        <w:t xml:space="preserve">[56:47] </w:t>
      </w:r>
      <w:r>
        <w:t>in ka sochna sahi hai ya sahi nahi hai? phir se bataiye.</w:t>
      </w:r>
    </w:p>
    <w:p>
      <w:pPr>
        <w:jc w:val="right"/>
      </w:pPr>
      <w:r>
        <w:t>ان کا سوچنا صحیح ہے یا صحیح نہیں ہے؟ پھر سے بتائیے۔</w:t>
      </w:r>
    </w:p>
    <w:p>
      <w:r>
        <w:rPr>
          <w:b/>
        </w:rPr>
        <w:t xml:space="preserve">[56:55] </w:t>
      </w:r>
      <w:r>
        <w:t>Knowing your own strength and weakness can only be possible if you can avoid or manage the many</w:t>
      </w:r>
    </w:p>
    <w:p>
      <w:pPr>
        <w:jc w:val="right"/>
      </w:pPr>
      <w:r>
        <w:t>نوئنگ یور اون سٹرینتھ اینڈ ویکنس کین اونلی بی پوسیبل اف یو کین اوائڈ اور مینج دا مینی</w:t>
      </w:r>
    </w:p>
    <w:p>
      <w:r>
        <w:rPr>
          <w:b/>
        </w:rPr>
        <w:t xml:space="preserve">[57:03] </w:t>
      </w:r>
      <w:r>
        <w:t>distraction in this life.</w:t>
      </w:r>
    </w:p>
    <w:p>
      <w:pPr>
        <w:jc w:val="right"/>
      </w:pPr>
      <w:r>
        <w:t>ڈسٹریکشن ان دس لائف۔</w:t>
      </w:r>
    </w:p>
    <w:p>
      <w:r>
        <w:rPr>
          <w:b/>
        </w:rPr>
        <w:t xml:space="preserve">[57:11] </w:t>
      </w:r>
      <w:r>
        <w:t>dekhen, distraction se bachane ka matlab yeh hai ke apne aap ko right way thinking mein lagana, is</w:t>
      </w:r>
    </w:p>
    <w:p>
      <w:pPr>
        <w:jc w:val="right"/>
      </w:pPr>
      <w:r>
        <w:t>دیکھیں، ڈسٹریکشن سے بچانے کا مطلب یہ ہے کہ اپنے آپ کو رائٹ وے تھنکنگ میں لگانا، اس</w:t>
      </w:r>
    </w:p>
    <w:p>
      <w:r>
        <w:rPr>
          <w:b/>
        </w:rPr>
        <w:t xml:space="preserve">[57:19] </w:t>
      </w:r>
      <w:r>
        <w:t>is se hatna, hatna na hatna.</w:t>
      </w:r>
    </w:p>
    <w:p>
      <w:pPr>
        <w:jc w:val="right"/>
      </w:pPr>
      <w:r>
        <w:t>اس سے ہٹنا، ہٹنا نہ ہٹنا۔</w:t>
      </w:r>
    </w:p>
    <w:p>
      <w:r>
        <w:rPr>
          <w:b/>
        </w:rPr>
        <w:t xml:space="preserve">[57:26] </w:t>
      </w:r>
      <w:r>
        <w:t>right way of thinking se hatne mein madadgar hai agar aap apni distraction se bachayen apne aap ko.</w:t>
      </w:r>
    </w:p>
    <w:p>
      <w:pPr>
        <w:jc w:val="right"/>
      </w:pPr>
      <w:r>
        <w:t>رائٹ وے آف تھنکنگ سے ہٹنے میں مددگار ہے اگر آپ اپنی ڈسٹریکشن سے بچائیں اپنے آپ کو۔</w:t>
      </w:r>
    </w:p>
    <w:p>
      <w:r>
        <w:rPr>
          <w:b/>
        </w:rPr>
        <w:t xml:space="preserve">[57:34] </w:t>
      </w:r>
      <w:r>
        <w:t>isi par aaj hum apne is se</w:t>
      </w:r>
    </w:p>
    <w:p>
      <w:pPr>
        <w:jc w:val="right"/>
      </w:pPr>
      <w:r>
        <w:t>اسی پر آج ہم اپنے اس سی</w:t>
      </w:r>
    </w:p>
    <w:p>
      <w:r>
        <w:rPr>
          <w:b/>
        </w:rPr>
        <w:t xml:space="preserve">[57:41] </w:t>
      </w:r>
      <w:r>
        <w:t>shun ko khatm karte hain. jazak allah.</w:t>
      </w:r>
    </w:p>
    <w:p>
      <w:pPr>
        <w:jc w:val="right"/>
      </w:pPr>
      <w:r>
        <w:t>شن کو ختم کرتے ہیں۔ جزاک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