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Religion in the Age of Science June 15, 2008</w:t>
      </w:r>
    </w:p>
    <w:p>
      <w:r>
        <w:t>https://www.youtube.com/watch?v=utKHeKzoGhw</w:t>
      </w:r>
    </w:p>
    <w:p>
      <w:r>
        <w:rPr>
          <w:b/>
        </w:rPr>
        <w:t xml:space="preserve">[00:13] </w:t>
      </w:r>
      <w:r>
        <w:t>bismillah hir rahman nir rahim, wa salli allah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wahlul uqdatan min lisani, yafqahu qawli.</w:t>
      </w:r>
    </w:p>
    <w:p>
      <w:pPr>
        <w:jc w:val="right"/>
      </w:pPr>
      <w:r>
        <w:t>واحل العقدۃ من لسانی، یفقہ قولی۔</w:t>
      </w:r>
    </w:p>
    <w:p>
      <w:r>
        <w:rPr>
          <w:b/>
        </w:rPr>
        <w:t xml:space="preserve">[00:38] </w:t>
      </w:r>
      <w:r>
        <w:t>aaj ka jo topic hai woh hai</w:t>
      </w:r>
    </w:p>
    <w:p>
      <w:pPr>
        <w:jc w:val="right"/>
      </w:pPr>
      <w:r>
        <w:t>آج کا جو ٹاپک ہے وہ ہے</w:t>
      </w:r>
    </w:p>
    <w:p>
      <w:r>
        <w:rPr>
          <w:b/>
        </w:rPr>
        <w:t xml:space="preserve">[00:50] </w:t>
      </w:r>
      <w:r>
        <w:t>yeh ek mere haath mein ek aaj kal ka newspaper hai, isi ko le kar maine aaj ki theme banayi hai.</w:t>
      </w:r>
    </w:p>
    <w:p>
      <w:pPr>
        <w:jc w:val="right"/>
      </w:pPr>
      <w:r>
        <w:t>یہ ایک میرے ہاتھ میں ایک آج کل کا نیوز پیپر ہے، اسی کو لے کر میں نے آج کی تھیم بنائی ہے۔</w:t>
      </w:r>
    </w:p>
    <w:p>
      <w:r>
        <w:rPr>
          <w:b/>
        </w:rPr>
        <w:t xml:space="preserve">[01:06] </w:t>
      </w:r>
      <w:r>
        <w:t>kal yaani 14 june ka newspaper. to is mein ek column hota hai, "second opinion".</w:t>
      </w:r>
    </w:p>
    <w:p>
      <w:pPr>
        <w:jc w:val="right"/>
      </w:pPr>
      <w:r>
        <w:t>کل یعنی 14 جون کا نیوز پیپر۔ تو اس میں ایک کالم ہوتا ہے، "Second Opinion"۔</w:t>
      </w:r>
    </w:p>
    <w:p>
      <w:r>
        <w:rPr>
          <w:b/>
        </w:rPr>
        <w:t xml:space="preserve">[01:21] </w:t>
      </w:r>
      <w:r>
        <w:t>is column mein chupa hai ek well-known writer ka ek article. to is mein unhone ek aisi baat kahi hai jo sochne wali hai.</w:t>
      </w:r>
    </w:p>
    <w:p>
      <w:pPr>
        <w:jc w:val="right"/>
      </w:pPr>
      <w:r>
        <w:t>اس کالم میں چھپا ہے ایک well-known writer کا ایک آرٹیکل۔ تو اس میں انہوں نے ایک ایسی بات کہی ہے جو سوچنے والی ہے۔</w:t>
      </w:r>
    </w:p>
    <w:p>
      <w:r>
        <w:rPr>
          <w:b/>
        </w:rPr>
        <w:t xml:space="preserve">[01:42] </w:t>
      </w:r>
      <w:r>
        <w:t>to is ko le kar maine theme banayi hai ke</w:t>
      </w:r>
    </w:p>
    <w:p>
      <w:pPr>
        <w:jc w:val="right"/>
      </w:pPr>
      <w:r>
        <w:t>تو اس کو میں لے کر میں نے تھیم بنائی ہے کہ</w:t>
      </w:r>
    </w:p>
    <w:p>
      <w:r>
        <w:rPr>
          <w:b/>
        </w:rPr>
        <w:t xml:space="preserve">[01:49] </w:t>
      </w:r>
      <w:r>
        <w:t>"religion in the age of science". religion in the age of science.</w:t>
      </w:r>
    </w:p>
    <w:p>
      <w:pPr>
        <w:jc w:val="right"/>
      </w:pPr>
      <w:r>
        <w:t>"Religion in the Age of Science"۔ Religion in the Age of Science۔</w:t>
      </w:r>
    </w:p>
    <w:p>
      <w:r>
        <w:rPr>
          <w:b/>
        </w:rPr>
        <w:t xml:space="preserve">[01:58] </w:t>
      </w:r>
      <w:r>
        <w:t>to yeh writer jo hain, bahut well-known writer hain, to "second opinion" mein inka article chupa hai. is mein woh kehte hain ke "atheists are likely to be more intelligent than those who believe in god".</w:t>
      </w:r>
    </w:p>
    <w:p>
      <w:pPr>
        <w:jc w:val="right"/>
      </w:pPr>
      <w:r>
        <w:t>تو یہ writer جو ہیں، بہت well-known writer ہیں، تو "Second Opinion" میں ان کا آرٹیکل چھپا ہے۔ اس میں وہ کہتے ہیں کہ "Atheists are likely to be more intelligent than those who believe in God"۔</w:t>
      </w:r>
    </w:p>
    <w:p>
      <w:r>
        <w:rPr>
          <w:b/>
        </w:rPr>
        <w:t xml:space="preserve">[02:23] </w:t>
      </w:r>
      <w:r>
        <w:t>yaani mulhid log bazahir zyada intelligent hote hain un logon se jo khuda mein aqeedah rakhte hain.</w:t>
      </w:r>
    </w:p>
    <w:p>
      <w:pPr>
        <w:jc w:val="right"/>
      </w:pPr>
      <w:r>
        <w:t>یعنی ملحد لوگ بظاہر زیادہ intelligent ہوتے ہیں ان لوگوں سے جو خدا میں عقیدہ رکھتے ہیں۔</w:t>
      </w:r>
    </w:p>
    <w:p>
      <w:r>
        <w:rPr>
          <w:b/>
        </w:rPr>
        <w:t xml:space="preserve">[02:38] </w:t>
      </w:r>
      <w:r>
        <w:t>to mera mizaj yeh hai ke main kisi cheez mein bhadakta nahi, balkeh sochta hoon. to maine is par sochna shuru kiya ke kya mamla hai.</w:t>
      </w:r>
    </w:p>
    <w:p>
      <w:pPr>
        <w:jc w:val="right"/>
      </w:pPr>
      <w:r>
        <w:t>تو میرا مزاج یہ ہے کہ میں کسی چیز میں بھڑکتا نہیں، بلکہ سوچتا ہوں۔ تو میں نے اس پر سوچنا شروع کیا کہ کیا معاملہ ہے۔</w:t>
      </w:r>
    </w:p>
    <w:p>
      <w:r>
        <w:rPr>
          <w:b/>
        </w:rPr>
        <w:t xml:space="preserve">[02:49] </w:t>
      </w:r>
      <w:r>
        <w:t>to yeh koi saada mamla nahi hai. is ke peeche ek bahut badi baat chupi hui hai. balkeh main yeh kahunga ke is ko padh kar main khud apni zindagi ke ek phase ko explain kar saka hoon.</w:t>
      </w:r>
    </w:p>
    <w:p>
      <w:pPr>
        <w:jc w:val="right"/>
      </w:pPr>
      <w:r>
        <w:t>تو یہ کوئی سادہ معاملہ نہیں ہے۔ اس کے پیچھے ایک بہت بڑی بات چھپی ہوئی ہے۔ بلکہ میں یہ کہوں گا کہ اس کو پڑھ کر میں خود اپنی زندگی کے ایک فیز کو explain کر سکا ہوں۔</w:t>
      </w:r>
    </w:p>
    <w:p>
      <w:r>
        <w:rPr>
          <w:b/>
        </w:rPr>
        <w:t xml:space="preserve">[03:07] </w:t>
      </w:r>
      <w:r>
        <w:t>is se pehle maine yeh baat batai hai ke ab se bahut pehle, yaani shayad 1942 mein, 1942 mein, jab ke main abhi madrasay mein pada tha, maine arabi zaban padhi thi, quran o hadith padhi thi.</w:t>
      </w:r>
    </w:p>
    <w:p>
      <w:pPr>
        <w:jc w:val="right"/>
      </w:pPr>
      <w:r>
        <w:t>اس سے پہلے میں نے یہ بات بتائی ہے کہ اب سے بہت پہلے، یعنی شاید 1942 میں، 1942 میں، جب کہ میں ابھی مدرسے میں پڑھا تھا، میں نے عربی زبان پڑھی تھی، قرآن و حدیث پڑھی تھی۔</w:t>
      </w:r>
    </w:p>
    <w:p>
      <w:r>
        <w:rPr>
          <w:b/>
        </w:rPr>
        <w:t xml:space="preserve">[03:27] </w:t>
      </w:r>
      <w:r>
        <w:t>lekin phir mera dil jo hai hat gaya in cheezon se jo maine madrasay mein padha tha. to mujh par ek tarah ki diwangi taari ho gayi.</w:t>
      </w:r>
    </w:p>
    <w:p>
      <w:pPr>
        <w:jc w:val="right"/>
      </w:pPr>
      <w:r>
        <w:t>لیکن پھر میرا دل جو ہے ہٹ گیا ان چیزوں سے جو میں نے مدرسے میں پڑھا تھا۔ تو مجھ پر ایک طرح کی دیوانگی طاری ہو گئی۔</w:t>
      </w:r>
    </w:p>
    <w:p>
      <w:r>
        <w:rPr>
          <w:b/>
        </w:rPr>
        <w:t xml:space="preserve">[03:41] </w:t>
      </w:r>
      <w:r>
        <w:t>zyada sahi taur par main keh sakta hoon ke main dobara seeker ban gaya. to is zamane mein mera yeh haal tha ke aksar main apni tanhaiyon mein yeh kehta tha ke khawand to kab aayega,</w:t>
      </w:r>
    </w:p>
    <w:p>
      <w:pPr>
        <w:jc w:val="right"/>
      </w:pPr>
      <w:r>
        <w:t>زیادہ صحیح طور پر میں کہہ سکتا ہوں کہ میں دوبارہ seeker بن گیا۔ تو اس زمانے میں میرا یہ حال تھا کہ اکثر میں اپنی تنہائیوں میں یہ کہتا تھا کہ خداوند تو کب آئے گا،</w:t>
      </w:r>
    </w:p>
    <w:p>
      <w:r>
        <w:rPr>
          <w:b/>
        </w:rPr>
        <w:t xml:space="preserve">[03:55] </w:t>
      </w:r>
      <w:r>
        <w:t>main kab tak tere aane ka intezar karoon. aksar meri zuban se yeh niklta tha, khawand to kab aayega, main kab tak tere aane ka intezar karoon.</w:t>
      </w:r>
    </w:p>
    <w:p>
      <w:pPr>
        <w:jc w:val="right"/>
      </w:pPr>
      <w:r>
        <w:t>میں کب تک تیرے آنے کا انتظار کروں۔ اکثر میری زبان سے یہ نکلتا تھا، خداوند تو کب آئے گا، میں کب تک تیرے آنے کا انتظار کروں۔</w:t>
      </w:r>
    </w:p>
    <w:p>
      <w:r>
        <w:rPr>
          <w:b/>
        </w:rPr>
        <w:t xml:space="preserve">[04:08] </w:t>
      </w:r>
      <w:r>
        <w:t>to main khud explain nahi kar saka tha ke aisa main kyon bolta tha. is article ko padh kar ke main apni zindagi ke is phase ko pehli baar explain kar saka.</w:t>
      </w:r>
    </w:p>
    <w:p>
      <w:pPr>
        <w:jc w:val="right"/>
      </w:pPr>
      <w:r>
        <w:t>تو میں خود explain نہیں کر سکا تھا کہ ایسا میں کیوں بولتا تھا۔ اس آرٹیکل کو پڑھ کر کے میں اپنی زندگی کے اس فیز کو پہلی بار explain کر سکا۔</w:t>
      </w:r>
    </w:p>
    <w:p>
      <w:r>
        <w:rPr>
          <w:b/>
        </w:rPr>
        <w:t xml:space="preserve">[04:27] </w:t>
      </w:r>
      <w:r>
        <w:t>is liye ke dekhiye, main paida hua ek religious family mein. to khuda ka naam to main bachpan se suna tha maine. mere kaan mein azan di gayi thi, allah o akbar allah o akbar ki.</w:t>
      </w:r>
    </w:p>
    <w:p>
      <w:pPr>
        <w:jc w:val="right"/>
      </w:pPr>
      <w:r>
        <w:t>اس لیے کہ دیکھیے، میں پیدا ہوا ایک religious family میں۔ تو خدا کا نام تو میں بچپن سے سنا تھا میں نے۔ میرے کان میں اذان دی گئی تھی، اللہ اکبر اللہ اکبر کی۔</w:t>
      </w:r>
    </w:p>
    <w:p>
      <w:r>
        <w:rPr>
          <w:b/>
        </w:rPr>
        <w:t xml:space="preserve">[04:41] </w:t>
      </w:r>
      <w:r>
        <w:t>phir madrasay mein mein nay parha, wahan bhi Khuda aur mazhab ki baat thi. is zamanay ka samaj bhi bohat ziyada mazhabi samaj tha.</w:t>
      </w:r>
    </w:p>
    <w:p>
      <w:pPr>
        <w:jc w:val="right"/>
      </w:pPr>
      <w:r>
        <w:t>پھر مدرسے میں میں نے پڑھا، وہاں بھی خدا اور مذہب کی بات تھی۔ اس زمانے کا سماج بھی بہت زیادہ مذہبی سماج تھا۔</w:t>
      </w:r>
    </w:p>
    <w:p>
      <w:r>
        <w:rPr>
          <w:b/>
        </w:rPr>
        <w:t xml:space="preserve">[04:52] </w:t>
      </w:r>
      <w:r>
        <w:t>to Khuda to bazahir mila hua tha. to phir mein kyun yeh kehta tha ke Khawand to kab aye ga, mein kab tak teray aanay ka intezar karoon.</w:t>
      </w:r>
    </w:p>
    <w:p>
      <w:pPr>
        <w:jc w:val="right"/>
      </w:pPr>
      <w:r>
        <w:t>تو خدا تو بظاہر ملا ہوا تھا۔ تو پھر میں کیوں یہ کہتا تھا کہ خداوند تو کب آئے گا، میں کب تک تیرے آنے کا انتظار کروں۔</w:t>
      </w:r>
    </w:p>
    <w:p>
      <w:r>
        <w:rPr>
          <w:b/>
        </w:rPr>
        <w:t xml:space="preserve">[05:08] </w:t>
      </w:r>
      <w:r>
        <w:t>to meri samajh mein baat ayi ke</w:t>
      </w:r>
    </w:p>
    <w:p>
      <w:pPr>
        <w:jc w:val="right"/>
      </w:pPr>
      <w:r>
        <w:t>تو میری سمجھ میں بات آئی کہ</w:t>
      </w:r>
    </w:p>
    <w:p>
      <w:r>
        <w:rPr>
          <w:b/>
        </w:rPr>
        <w:t xml:space="preserve">[05:13] </w:t>
      </w:r>
      <w:r>
        <w:t>insan basically aik rational creature hai. to mein bhi aik aisa insan tha jo har cheez ko reasoned out karna chahta tha.</w:t>
      </w:r>
    </w:p>
    <w:p>
      <w:pPr>
        <w:jc w:val="right"/>
      </w:pPr>
      <w:r>
        <w:t>انسان basically ایک rational creature ہے۔ تو میں بھی ایک ایسا انسان تھا جو ہر چیز کو reasoned out کرنا چاہتا تھا۔</w:t>
      </w:r>
    </w:p>
    <w:p>
      <w:r>
        <w:rPr>
          <w:b/>
        </w:rPr>
        <w:t xml:space="preserve">[05:31] </w:t>
      </w:r>
      <w:r>
        <w:t>har cheez ko rational basis par samajhna chahta tha. isi ko mein aksar kaha karta hoon ke mein aik scientist by birth hoon.</w:t>
      </w:r>
    </w:p>
    <w:p>
      <w:pPr>
        <w:jc w:val="right"/>
      </w:pPr>
      <w:r>
        <w:t>ہر چیز کو rational basis پر سمجھنا چاہتا تھا۔ اسی کو میں اکثر کہا کرتا ہوں کہ میں ایک scientist by birth ہوں۔</w:t>
      </w:r>
    </w:p>
    <w:p>
      <w:r>
        <w:rPr>
          <w:b/>
        </w:rPr>
        <w:t xml:space="preserve">[05:43] </w:t>
      </w:r>
      <w:r>
        <w:t>yani cheezon ko rational basis par samajhnay ki koshish karna. to yeh jo mein kehta tha ke Khawand to kab aye ga, to mera mind jis Khuda ko chahta tha, woh Khuda mujhe nahi mila tha apnay mahol mein, apnay madrasay mein.</w:t>
      </w:r>
    </w:p>
    <w:p>
      <w:pPr>
        <w:jc w:val="right"/>
      </w:pPr>
      <w:r>
        <w:t>یعنی چیزوں کو rational basis پر سمجھنے کی کوشش کرنا۔ تو یہ جو میں کہتا تھا کہ خداوند تو کب آئے گا، تو میرا mind جس خدا کو چاہتا تھا، وہ خدا مجھے نہیں ملا تھا اپنے ماحول میں، اپنے مدرسے میں۔</w:t>
      </w:r>
    </w:p>
    <w:p>
      <w:r>
        <w:rPr>
          <w:b/>
        </w:rPr>
        <w:t xml:space="preserve">[06:03] </w:t>
      </w:r>
      <w:r>
        <w:t>yani woh Khuda jo meri reason ko address karay, woh Khuda nahi mila tha. mein sochta tha ke woh Khuda kahan hai? yeh Khuda jo mujhe mera mahol de raha hai, yeh to woh Khuda nahi hai jis ko mera mind dhoondh raha hai,</w:t>
      </w:r>
    </w:p>
    <w:p>
      <w:pPr>
        <w:jc w:val="right"/>
      </w:pPr>
      <w:r>
        <w:t>یعنی وہ خدا جو میری reason کو address کرے، وہ خدا نہیں ملا تھا۔ میں سوچتا تھا کہ وہ خدا کہاں ہے؟ یہ خدا جو مجھے میرا ماحول دے رہا ہے، یہ تو وہ خدا نہیں ہے جس کو میرا mind ڈھونڈ رہا ہے،</w:t>
      </w:r>
    </w:p>
    <w:p>
      <w:r>
        <w:rPr>
          <w:b/>
        </w:rPr>
        <w:t xml:space="preserve">[06:22] </w:t>
      </w:r>
      <w:r>
        <w:t>jis se mera nature address ho. to yeh aik tarah ki yani aik doori thi, aik distance tha mere nature mein aur jo society thi, us se jo cheez mujhe mil rahi thi, dono mein aik distance tha, aik intellectual gap tha.</w:t>
      </w:r>
    </w:p>
    <w:p>
      <w:pPr>
        <w:jc w:val="right"/>
      </w:pPr>
      <w:r>
        <w:t>جس سے میرا nature address ہو۔ تو یہ ایک طرح کی یعنی ایک دوری تھی، ایک distance تھا میرے nature میں اور جو society تھی، اس سے جو چیز مجھے مل رہی تھی، دونوں میں ایک distance تھا، ایک intellectual gap تھا۔</w:t>
      </w:r>
    </w:p>
    <w:p>
      <w:r>
        <w:rPr>
          <w:b/>
        </w:rPr>
        <w:t xml:space="preserve">[06:44] </w:t>
      </w:r>
      <w:r>
        <w:t>yehi cheez thi, yehi jo aik aik pain tha meray andar. why this distance? why this intellectual gap؟</w:t>
      </w:r>
    </w:p>
    <w:p>
      <w:pPr>
        <w:jc w:val="right"/>
      </w:pPr>
      <w:r>
        <w:t>یہی چیز تھی، یہی جو ایک ایک pain تھا میرے اندر۔ Why this distance? Why this intellectual gap؟</w:t>
      </w:r>
    </w:p>
    <w:p>
      <w:r>
        <w:rPr>
          <w:b/>
        </w:rPr>
        <w:t xml:space="preserve">[06:53] </w:t>
      </w:r>
      <w:r>
        <w:t>woh niklta tha is tarah se ke Khawand to kab aye ga? to unhon nay jo kaha,</w:t>
      </w:r>
    </w:p>
    <w:p>
      <w:pPr>
        <w:jc w:val="right"/>
      </w:pPr>
      <w:r>
        <w:t>وہ نکلتا تھا اس طرح سے کہ خداوند تو کب آئے گا؟ تو انہوں نے جو کہا،</w:t>
      </w:r>
    </w:p>
    <w:p>
      <w:r>
        <w:rPr>
          <w:b/>
        </w:rPr>
        <w:t xml:space="preserve">[07:08] </w:t>
      </w:r>
      <w:r>
        <w:t>is writer nay jo kaha ke "Atheists are likely to be more intelligent than those who believe in God", is ka matlab kya hai؟</w:t>
      </w:r>
    </w:p>
    <w:p>
      <w:pPr>
        <w:jc w:val="right"/>
      </w:pPr>
      <w:r>
        <w:t>اس writer نے جو کہا کہ "Atheists are likely to be more intelligent than those who believe in God"، اس کا مطلب کیا ہے؟</w:t>
      </w:r>
    </w:p>
    <w:p>
      <w:r>
        <w:rPr>
          <w:b/>
        </w:rPr>
        <w:t xml:space="preserve">[07:22] </w:t>
      </w:r>
      <w:r>
        <w:t>is ka matlab yeh hai ke jo intelligent log hain, jo cheezon ko reason out karna chahtay hain, woh existing religion mein, existing concept jo hai God ka, us mein woh taskeen nahi milti un ko.</w:t>
      </w:r>
    </w:p>
    <w:p>
      <w:pPr>
        <w:jc w:val="right"/>
      </w:pPr>
      <w:r>
        <w:t>اس کا مطلب یہ ہے کہ جو intelligent لوگ ہیں، جو چیزوں کو reason out کرنا چاہتے ہیں، وہ existing religion میں، existing concept جو ہے God کا، اس میں وہ تسکین نہیں ملتی ان کو۔</w:t>
      </w:r>
    </w:p>
    <w:p>
      <w:r>
        <w:rPr>
          <w:b/>
        </w:rPr>
        <w:t xml:space="preserve">[07:41] </w:t>
      </w:r>
      <w:r>
        <w:t>is liye woh atheist ban jatay hain.</w:t>
      </w:r>
    </w:p>
    <w:p>
      <w:pPr>
        <w:jc w:val="right"/>
      </w:pPr>
      <w:r>
        <w:t>اس لیے وہ atheist بن جاتے ہیں۔</w:t>
      </w:r>
    </w:p>
    <w:p>
      <w:r>
        <w:rPr>
          <w:b/>
        </w:rPr>
        <w:t xml:space="preserve">[07:45] </w:t>
      </w:r>
      <w:r>
        <w:t>to aisa nahi ke atheism koi intelligent system hai, aisa nahi kuch hai. dekhiye, hamesha aisa hota hai ke do qism ke log hotay hain.</w:t>
      </w:r>
    </w:p>
    <w:p>
      <w:pPr>
        <w:jc w:val="right"/>
      </w:pPr>
      <w:r>
        <w:t>تو ایسا نہیں کہ atheism کوئی intelligent system ہے، ایسا نہیں کچھ ہے۔ دیکھیے، ہمیشہ ایسا ہوتا ہے کہ دو قسم کے لوگ ہوتے ہیں۔</w:t>
      </w:r>
    </w:p>
    <w:p>
      <w:r>
        <w:rPr>
          <w:b/>
        </w:rPr>
        <w:t xml:space="preserve">[08:00] </w:t>
      </w:r>
      <w:r>
        <w:t>aik hotay hain traditional log, traditional. bhai jo ho raha hai, bas theek hai. isi ko hum bhi follow karain gay. traditional log.</w:t>
      </w:r>
    </w:p>
    <w:p>
      <w:pPr>
        <w:jc w:val="right"/>
      </w:pPr>
      <w:r>
        <w:t>ایک ہوتے ہیں traditional لوگ، traditional۔ بھئی جو ہو رہا ہے، بس ٹھیک ہے۔ اسی کو ہم بھی follow کریں گے۔ Traditional لوگ۔</w:t>
      </w:r>
    </w:p>
    <w:p>
      <w:r>
        <w:rPr>
          <w:b/>
        </w:rPr>
        <w:t xml:space="preserve">[08:11] </w:t>
      </w:r>
      <w:r>
        <w:t>kuch log hotay hain jo tradition se alag ho kar sochna chahtay hain. aap un ko intelligent keh lijiye. to jab tak un ka apna mind, un ki apni rational thinking mein woh baat na bethay,</w:t>
      </w:r>
    </w:p>
    <w:p>
      <w:pPr>
        <w:jc w:val="right"/>
      </w:pPr>
      <w:r>
        <w:t>کچھ لوگ ہوتے ہیں جو tradition سے الگ ہو کر سوچنا چاہتے ہیں۔ آپ ان کو intelligent کہہ لیجیے۔ تو جب تک ان کا اپنا mind، ان کی اپنی rational thinking میں وہ بات نہ بیٹھے،</w:t>
      </w:r>
    </w:p>
    <w:p>
      <w:r>
        <w:rPr>
          <w:b/>
        </w:rPr>
        <w:t xml:space="preserve">[08:29] </w:t>
      </w:r>
      <w:r>
        <w:t>tab tak woh man nahi paatay woh. to log kehtay hain ke atheist hoay. atheist nahi hain, woh seeker hain basically.</w:t>
      </w:r>
    </w:p>
    <w:p>
      <w:pPr>
        <w:jc w:val="right"/>
      </w:pPr>
      <w:r>
        <w:t>تب تک وہ مان نہیں پاتے وہ۔ تو لوگ کہتے ہیں کہ atheist ہوئے۔ Atheist نہیں ہیں، وہ seeker ہیں basically۔</w:t>
      </w:r>
    </w:p>
    <w:p>
      <w:r>
        <w:rPr>
          <w:b/>
        </w:rPr>
        <w:t xml:space="preserve">[08:38] </w:t>
      </w:r>
      <w:r>
        <w:t>mein khud bhi seeker tha. log mujhe kehtay thay ke tum to atheist ho gay. log kehtay thay mujh ko, tum nay madrasay mein parha aur phir atheist ho gay.</w:t>
      </w:r>
    </w:p>
    <w:p>
      <w:pPr>
        <w:jc w:val="right"/>
      </w:pPr>
      <w:r>
        <w:t>میں خود بھی seeker تھا۔ لوگ مجھے کہتے تھے کہ تم تو atheist ہو گئے۔ لوگ کہتے تھے مجھ کو، تم نے مدرسے میں پڑھا اور پھر atheist ہو گئے۔</w:t>
      </w:r>
    </w:p>
    <w:p>
      <w:r>
        <w:rPr>
          <w:b/>
        </w:rPr>
        <w:t xml:space="preserve">[08:49] </w:t>
      </w:r>
      <w:r>
        <w:t>to sach baat yeh hai, sachi baat yeh hai ke mein atheist nahi tha. I was a seeker. to seeker ka yeh aik nickname hai atheism.</w:t>
      </w:r>
    </w:p>
    <w:p>
      <w:pPr>
        <w:jc w:val="right"/>
      </w:pPr>
      <w:r>
        <w:t>تو سچ بات یہ ہے، سچی بات یہ ہے کہ میں atheist نہیں تھا۔ I was a seeker۔ تو seeker کا یہ ایک nickname ہے atheism۔</w:t>
      </w:r>
    </w:p>
    <w:p>
      <w:r>
        <w:rPr>
          <w:b/>
        </w:rPr>
        <w:t xml:space="preserve">[09:00] </w:t>
      </w:r>
      <w:r>
        <w:t>Atheist. It's a question of nomenclature. to dekhiye, yeh jo hai, is par aur ziyada sochiye to baat bohat door tak jati hai.</w:t>
      </w:r>
    </w:p>
    <w:p>
      <w:pPr>
        <w:jc w:val="right"/>
      </w:pPr>
      <w:r>
        <w:t>Atheist۔ It's a question of nomenclature۔ تو دیکھیے، یہ جو ہے، اس پر اور زیادہ سوچیے تو بات بہت دور تک جاتی ہے۔</w:t>
      </w:r>
    </w:p>
    <w:p>
      <w:r>
        <w:rPr>
          <w:b/>
        </w:rPr>
        <w:t xml:space="preserve">[09:18] </w:t>
      </w:r>
      <w:r>
        <w:t>is par sochtay huay mujhe aik ayat yaad ayi ke "وما قدروا اللہ حق قدرہ". logon nay Khuda ka, logon nay Khuda ko underestimate kiya.</w:t>
      </w:r>
    </w:p>
    <w:p>
      <w:pPr>
        <w:jc w:val="right"/>
      </w:pPr>
      <w:r>
        <w:t>اس پر سوچتے ہوئے مجھے ایک آیت یاد آئی کہ "وما قدروا اللہ حق قدرہ"۔ لوگوں نے خدا کا، لوگوں نے خدا کو underestimate کیا۔</w:t>
      </w:r>
    </w:p>
    <w:p>
      <w:r>
        <w:rPr>
          <w:b/>
        </w:rPr>
        <w:t xml:space="preserve">[09:32] </w:t>
      </w:r>
      <w:r>
        <w:t>bari ajeeb ayat hai Quran majeed ki. logon nay Khuda ko underestimate kiya. yani koi aik but bana kar ke us ko samajhta hai yeh Khuda hai, us ko pooj raha hai.</w:t>
      </w:r>
    </w:p>
    <w:p>
      <w:pPr>
        <w:jc w:val="right"/>
      </w:pPr>
      <w:r>
        <w:t>بڑی عجیب آیت ہے قرآن مجید کی۔ لوگوں نے خدا کو underestimate کیا۔ یعنی کوئی ایک بت بنا کر کے اس کو سمجھتا ہے یہ خدا ہے، اس کو پوج رہا ہے۔</w:t>
      </w:r>
    </w:p>
    <w:p>
      <w:r>
        <w:rPr>
          <w:b/>
        </w:rPr>
        <w:t xml:space="preserve">[09:44] </w:t>
      </w:r>
      <w:r>
        <w:t>koi kisi dargah mein jata hai, wahan qabar mein jo hadiyan hain, us ko woh pooj raha hai. koi kisi aur cheez ko pooj raha hai.</w:t>
      </w:r>
    </w:p>
    <w:p>
      <w:pPr>
        <w:jc w:val="right"/>
      </w:pPr>
      <w:r>
        <w:t>کوئی کسی درگاہ میں جاتا ہے، وہاں قبر میں جو ہڈیاں ہیں، اس کو وہ پوج رہا ہے۔ کوئی کسی اور چیز کو پوج رہا ہے۔</w:t>
      </w:r>
    </w:p>
    <w:p>
      <w:r>
        <w:rPr>
          <w:b/>
        </w:rPr>
        <w:t xml:space="preserve">[09:54] </w:t>
      </w:r>
      <w:r>
        <w:t>to isi ko kaha gaya hai ke logon nay Khuda ko underestimate kiya.</w:t>
      </w:r>
    </w:p>
    <w:p>
      <w:pPr>
        <w:jc w:val="right"/>
      </w:pPr>
      <w:r>
        <w:t>تو اسی کو کہا گیا ہے کہ لوگوں نے خدا کو underestimate کیا۔</w:t>
      </w:r>
    </w:p>
    <w:p>
      <w:r>
        <w:rPr>
          <w:b/>
        </w:rPr>
        <w:t xml:space="preserve">[10:01] </w:t>
      </w:r>
      <w:r>
        <w:t>Khuda ka kamtar andaza kiya unhon nay. mein aik martaba gaya hai wahan par, rishikesh.</w:t>
      </w:r>
    </w:p>
    <w:p>
      <w:pPr>
        <w:jc w:val="right"/>
      </w:pPr>
      <w:r>
        <w:t>خدا کا کمتر اندازہ کیا انہوں نے۔ میں ایک مرتبہ گیا ہے وہاں پر، رشیکش۔</w:t>
      </w:r>
    </w:p>
    <w:p>
      <w:r>
        <w:rPr>
          <w:b/>
        </w:rPr>
        <w:t xml:space="preserve">[10:11] </w:t>
      </w:r>
      <w:r>
        <w:t>to wahan par aik aik aisa passage tha, is mein jo but hain, yaani jo sanha dharmi jin button ko mante hain,</w:t>
      </w:r>
    </w:p>
    <w:p>
      <w:pPr>
        <w:jc w:val="right"/>
      </w:pPr>
      <w:r>
        <w:t>تو وہاں پر ایک ایک ایسا passage تھا، اس میں جو بت ہیں، یعنی جو سانحہ دھرمی جن بتوں کو مانتے ہیں،</w:t>
      </w:r>
    </w:p>
    <w:p>
      <w:r>
        <w:rPr>
          <w:b/>
        </w:rPr>
        <w:t xml:space="preserve">[10:24] </w:t>
      </w:r>
      <w:r>
        <w:t>wo dono taraf dayen bayen lage hue thay. Yaani aise khare hue thay pathar ke but. To mere sath aik hindu thay, to unhon ne bataya ke yeh falan but hai, yeh falan but hai.</w:t>
      </w:r>
    </w:p>
    <w:p>
      <w:pPr>
        <w:jc w:val="right"/>
      </w:pPr>
      <w:r>
        <w:t>وہ دونوں طرف دائیں بائیں لگے ہوئے تھے۔ یعنی ایسے کھڑے ہوئے تھے پتھر کے بت۔ تو میرے ساتھ ایک ہندو تھے، تو انہوں نے بتایا کہ یہ فلاں بت ہے، یہ فلاں بت ہے۔</w:t>
      </w:r>
    </w:p>
    <w:p>
      <w:r>
        <w:rPr>
          <w:b/>
        </w:rPr>
        <w:t xml:space="preserve">[10:39] </w:t>
      </w:r>
      <w:r>
        <w:t>is par unhon ne kuch yaani bohat hi light mood mein kaha ke kya farq hai hindu aur musalman mein?</w:t>
      </w:r>
    </w:p>
    <w:p>
      <w:pPr>
        <w:jc w:val="right"/>
      </w:pPr>
      <w:r>
        <w:t>اس پر انہوں نے کچھ یعنی بہت ہی light mood میں کہا کہ کیا فرق ہے ہندو اور مسلمان میں؟</w:t>
      </w:r>
    </w:p>
    <w:p>
      <w:r>
        <w:rPr>
          <w:b/>
        </w:rPr>
        <w:t xml:space="preserve">[10:49] </w:t>
      </w:r>
      <w:r>
        <w:t>dekhiye, musalman jo hain, hindu jo hain wo khara kar poojte hain, musalman leta kar poojte hain. Yahi to farq hai. Matlab musalman jo hain qabron ko poojte hain dargahon mein ja kar ke.</w:t>
      </w:r>
    </w:p>
    <w:p>
      <w:pPr>
        <w:jc w:val="right"/>
      </w:pPr>
      <w:r>
        <w:t>دیکھیے، مسلمان جو ہیں، ہندو جو ہیں وہ کھڑا کر پوجتے ہیں، مسلمان لیٹا کر پوجتے ہیں۔ یہی تو فرق ہے۔ مطلب مسلمان جو ہیں قبروں کو پوجتے ہیں درگاہوں میں جا کر کے۔</w:t>
      </w:r>
    </w:p>
    <w:p>
      <w:r>
        <w:rPr>
          <w:b/>
        </w:rPr>
        <w:t xml:space="preserve">[11:02] </w:t>
      </w:r>
      <w:r>
        <w:t>to wahan wo un ka jo hai wo leta hua hai. Yahan wo hindu ka jo hai wo khara hua hai. To unhon ne kaha kya farq hai hindu aur musalman mein?</w:t>
      </w:r>
    </w:p>
    <w:p>
      <w:pPr>
        <w:jc w:val="right"/>
      </w:pPr>
      <w:r>
        <w:t>تو وہاں وہ ان کا جو ہے وہ لیٹا ہوا ہے۔ یہاں وہ ہندو کا جو ہے وہ کھڑا ہوا ہے۔ تو انہوں نے کہا کیا فرق ہے ہندو اور مسلمان میں؟</w:t>
      </w:r>
    </w:p>
    <w:p>
      <w:r>
        <w:rPr>
          <w:b/>
        </w:rPr>
        <w:t xml:space="preserve">[11:13] </w:t>
      </w:r>
      <w:r>
        <w:t>aap log leta kar poojte hain, hum log khara kar poojte hain. Yeh hai Khuda ko underestimate karna. Yaani Khuda ko itna reduce form banana Khuda ka.</w:t>
      </w:r>
    </w:p>
    <w:p>
      <w:pPr>
        <w:jc w:val="right"/>
      </w:pPr>
      <w:r>
        <w:t>آپ لوگ لیٹا کر پوجتے ہیں، ہم لوگ کھڑا کر پوجتے ہیں۔ یہ ہے خدا کو underestimate کرنا۔ یعنی خدا کو اتنا reduce فارم بنانا خدا کا۔</w:t>
      </w:r>
    </w:p>
    <w:p>
      <w:r>
        <w:rPr>
          <w:b/>
        </w:rPr>
        <w:t xml:space="preserve">[11:26] </w:t>
      </w:r>
      <w:r>
        <w:t>ke Khuda jo hai wo aise logon mein samaya hua hai jo qabron mein lete hue hain ya but khano mein khare hue hain. Patharon ki shakal mein ya hadiyon ki shakal mein.</w:t>
      </w:r>
    </w:p>
    <w:p>
      <w:pPr>
        <w:jc w:val="right"/>
      </w:pPr>
      <w:r>
        <w:t>کہ خدا جو ہے وہ ایسے لوگوں میں سمایا ہوا ہے جو قبروں میں لیٹے ہوئے ہیں یا بت خانوں میں کھڑے ہوئے ہیں۔ پتھروں کی شکل میں یا ہڈیوں کی شکل میں۔</w:t>
      </w:r>
    </w:p>
    <w:p>
      <w:r>
        <w:rPr>
          <w:b/>
        </w:rPr>
        <w:t xml:space="preserve">[11:39] </w:t>
      </w:r>
      <w:r>
        <w:t>phir maine socha ke aisa hua kyun? Aisa hua kyun ke logon ne Khuda ka aik reduced picture banai Khuda ki.</w:t>
      </w:r>
    </w:p>
    <w:p>
      <w:pPr>
        <w:jc w:val="right"/>
      </w:pPr>
      <w:r>
        <w:t>پھر میں نے سوچا کہ ایسا ہوا کیوں؟ ایسا ہوا کیوں کہ لوگوں نے خدا کا ایک reduced picture بنائی خدا کی۔</w:t>
      </w:r>
    </w:p>
    <w:p>
      <w:r>
        <w:rPr>
          <w:b/>
        </w:rPr>
        <w:t xml:space="preserve">[11:51] </w:t>
      </w:r>
      <w:r>
        <w:t>Khuda ko underestimate kiya. Is liye ke dekhiye, phir maine compare kiya. Compare kiya.</w:t>
      </w:r>
    </w:p>
    <w:p>
      <w:pPr>
        <w:jc w:val="right"/>
      </w:pPr>
      <w:r>
        <w:t>خدا کو underestimate کیا۔ اس لیے کہ دیکھیے، پھر میں نے compare کیا۔ Compare کیا۔</w:t>
      </w:r>
    </w:p>
    <w:p>
      <w:r>
        <w:rPr>
          <w:b/>
        </w:rPr>
        <w:t xml:space="preserve">[12:02] </w:t>
      </w:r>
      <w:r>
        <w:t>jaise misaal ke tor par mujhe aik cheez yaad aai ke musalman Muhammad (SAW) par koi kuch bolay to bharkte hain, bohat zabardast bhark uthte hain.</w:t>
      </w:r>
    </w:p>
    <w:p>
      <w:pPr>
        <w:jc w:val="right"/>
      </w:pPr>
      <w:r>
        <w:t>جیسے مثال کے طور پر مجھے ایک چیز یاد آئی کہ مسلمان محمد صلی اللہ علیہ وسلم پر کوئی کچھ بولے تو بھڑکتے ہیں، بہت زبردست بھڑک اٹھتے ہیں۔</w:t>
      </w:r>
    </w:p>
    <w:p>
      <w:r>
        <w:rPr>
          <w:b/>
        </w:rPr>
        <w:t xml:space="preserve">[12:13] </w:t>
      </w:r>
      <w:r>
        <w:t>aur Khuda par nahi bharkte. To mujhe aik qissa yaad aaya. Pakistan se aik kitab chhapi hai, is ka naam hai "Shehab Nama".</w:t>
      </w:r>
    </w:p>
    <w:p>
      <w:pPr>
        <w:jc w:val="right"/>
      </w:pPr>
      <w:r>
        <w:t>اور خدا پر نہیں بھڑکتے۔ تو مجھے ایک قصہ یاد آیا۔ پاکستان سے ایک کتاب چھپی ہے، اس کا نام ہے "شہاب نامہ"۔</w:t>
      </w:r>
    </w:p>
    <w:p>
      <w:r>
        <w:rPr>
          <w:b/>
        </w:rPr>
        <w:t xml:space="preserve">[12:24] </w:t>
      </w:r>
      <w:r>
        <w:t>wahan par aik sahib thay, un ka naam tha Qudrat Ullah Shehab. Wo central government mein wahan secretary thay shayad, sadar Ayub Khan ke zamanay mein.</w:t>
      </w:r>
    </w:p>
    <w:p>
      <w:pPr>
        <w:jc w:val="right"/>
      </w:pPr>
      <w:r>
        <w:t>وہاں پر ایک صاحب تھے، ان کا نام تھا قدرت اللہ شہاب۔ وہ central government میں وہاں سیکرٹری تھے شاید، صدر ایوب خان کے زمانے میں۔</w:t>
      </w:r>
    </w:p>
    <w:p>
      <w:r>
        <w:rPr>
          <w:b/>
        </w:rPr>
        <w:t xml:space="preserve">[12:38] </w:t>
      </w:r>
      <w:r>
        <w:t>to apni memory likhi thi unhon ne. Is ka naam tha "Shehab Nama". To bohat se is mein qisse thay, bachpan se jo un ko yaad thay, sab likhe thay is mein.</w:t>
      </w:r>
    </w:p>
    <w:p>
      <w:pPr>
        <w:jc w:val="right"/>
      </w:pPr>
      <w:r>
        <w:t>تو اپنی memory لکھی تھی انہوں نے۔ اس کا نام تھا "شہاب نامہ"۔ تو بہت سے اس میں قصے تھے، بچپن سے جو ان کو یاد تھے، سب لکھے تھے اس میں۔</w:t>
      </w:r>
    </w:p>
    <w:p>
      <w:r>
        <w:rPr>
          <w:b/>
        </w:rPr>
        <w:t xml:space="preserve">[12:49] </w:t>
      </w:r>
      <w:r>
        <w:t>to aik qissa yeh likha tha ke hum jaya karte thay apne gaon se kisi school mein. To rastay mein aik aik baitha rehta tha aik aadmi jo jis ko kehte hain majzoob.</w:t>
      </w:r>
    </w:p>
    <w:p>
      <w:pPr>
        <w:jc w:val="right"/>
      </w:pPr>
      <w:r>
        <w:t>تو ایک قصہ یہ لکھا تھا کہ ہم جایا کرتے تھے اپنے گاؤں سے کسی اسکول میں۔ تو راستے میں ایک ایک بیٹھا رہتا تھا ایک آدمی جو جس کو کہتے ہیں مجذوب۔</w:t>
      </w:r>
    </w:p>
    <w:p>
      <w:r>
        <w:rPr>
          <w:b/>
        </w:rPr>
        <w:t xml:space="preserve">[13:04] </w:t>
      </w:r>
      <w:r>
        <w:t>majzoob kehte hain yaani jo bare bare baal aur mailay kapray aise hi pada hua hai rastay mein. To us ko majzoob kaha jata hai.</w:t>
      </w:r>
    </w:p>
    <w:p>
      <w:pPr>
        <w:jc w:val="right"/>
      </w:pPr>
      <w:r>
        <w:t>مجذوب کہتے ہیں یعنی جو بڑے بڑے بال اور میلے کپڑے ایسے ہی پڑا ہوا ہے راستے میں۔ تو اس کو مجذوب کہا جاتا ہے۔</w:t>
      </w:r>
    </w:p>
    <w:p>
      <w:r>
        <w:rPr>
          <w:b/>
        </w:rPr>
        <w:t xml:space="preserve">[13:16] </w:t>
      </w:r>
      <w:r>
        <w:t>to unhon ne kaha ke wo majzoob jo tha, rozana Khuda ko kuch yaani ghalat alfaaz bolta tha. Kaisa Khuda to hai?</w:t>
      </w:r>
    </w:p>
    <w:p>
      <w:pPr>
        <w:jc w:val="right"/>
      </w:pPr>
      <w:r>
        <w:t>تو انہوں نے کہا کہ وہ مجذوب جو تھا، روزانہ خدا کو کچھ یعنی غلط الفاظ بولتا تھا۔ کیسا خدا تو ہے؟</w:t>
      </w:r>
    </w:p>
    <w:p>
      <w:r>
        <w:rPr>
          <w:b/>
        </w:rPr>
        <w:t xml:space="preserve">[13:24] </w:t>
      </w:r>
      <w:r>
        <w:t>aasman mein baitha hua hai, tujh ko meri khabar nahi. To jo cheezen dunya mein hoti hain, kabhi garmi barh gayi, kabhi sardi barh gayi, to us ko le kar wo Khuda ko bura bhala kehta tha.</w:t>
      </w:r>
    </w:p>
    <w:p>
      <w:pPr>
        <w:jc w:val="right"/>
      </w:pPr>
      <w:r>
        <w:t>آسمان میں بیٹھا ہوا ہے، تجھ کو میری خبر نہیں۔ تو جو چیزیں دنیا میں ہوتی ہیں، کبھی گرمی بڑھ گئی، کبھی سردی بڑھ گئی، تو اس کو لے کر وہ خدا کو برا بھلا کہتا تھا۔</w:t>
      </w:r>
    </w:p>
    <w:p>
      <w:r>
        <w:rPr>
          <w:b/>
        </w:rPr>
        <w:t xml:space="preserve">[13:39] </w:t>
      </w:r>
      <w:r>
        <w:t>ke kaisa Khuda to hai? To unhon ne likha hai ke us ki baaton ko sun kar hum hans dete thay. Haste hue chale aate thay bas, ignore karte hue.</w:t>
      </w:r>
    </w:p>
    <w:p>
      <w:pPr>
        <w:jc w:val="right"/>
      </w:pPr>
      <w:r>
        <w:t>کہ کیسا خدا تو ہے؟ تو انہوں نے لکھا ہے کہ اس کی باتوں کو سن کر ہم ہنس دیتے تھے۔ ہنستے ہوئے چلے آتے تھے بس، ignore کرتے ہوئے۔</w:t>
      </w:r>
    </w:p>
    <w:p>
      <w:r>
        <w:rPr>
          <w:b/>
        </w:rPr>
        <w:t xml:space="preserve">[13:51] </w:t>
      </w:r>
      <w:r>
        <w:t>aik din aisa hua ke us ne Muhammad (SAW) ko bura keh diya. Yaani peghambar e Islam ko. To unhon ne kaha ke mujhe ghussa aaya, unhon ne pathar le kar mara us ko, us aadmi ko.</w:t>
      </w:r>
    </w:p>
    <w:p>
      <w:pPr>
        <w:jc w:val="right"/>
      </w:pPr>
      <w:r>
        <w:t>ایک دن ایسا ہوا کہ اس نے محمد کو برا کہہ دیا۔ یعنی پیغمبر اسلام کو۔ تو انہوں نے کہا کہ مجھے غصہ آیا، انہوں نے پتھر لے کر مارا اس کو، اس آدمی کو۔</w:t>
      </w:r>
    </w:p>
    <w:p>
      <w:r>
        <w:rPr>
          <w:b/>
        </w:rPr>
        <w:t xml:space="preserve">[14:05] </w:t>
      </w:r>
      <w:r>
        <w:t>to unhon ne us mein yeh yeh likha hai ke main aaj tak yeh sochta hoon ke Khuda ko bura kehta tha to mujhe ghussa nahi aata tha. Muhammad (SAW) ko bura keh diya to mujhe ghussa aa gaya.</w:t>
      </w:r>
    </w:p>
    <w:p>
      <w:pPr>
        <w:jc w:val="right"/>
      </w:pPr>
      <w:r>
        <w:t>تو انہوں نے اس میں یہ یہ لکھا ہے کہ میں آج تک یہ سوچتا ہوں کہ خدا کو برا کہتا تھا تو مجھے غصہ نہیں آتا تھا۔ محمد کو برا کہہ دیا تو مجھے غصہ آ گیا۔</w:t>
      </w:r>
    </w:p>
    <w:p>
      <w:r>
        <w:rPr>
          <w:b/>
        </w:rPr>
        <w:t xml:space="preserve">[14:17] </w:t>
      </w:r>
      <w:r>
        <w:t>main bhark utha. To unhon ne likha ke main aaj tak samajh nahi saka ke aisa kyun hai.</w:t>
      </w:r>
    </w:p>
    <w:p>
      <w:pPr>
        <w:jc w:val="right"/>
      </w:pPr>
      <w:r>
        <w:t>میں بھڑک اٹھا۔ تو انہوں نے لکھا کہ میں آج تک سمجھ نہیں سکا کہ ایسا کیوں ہے۔</w:t>
      </w:r>
    </w:p>
    <w:p>
      <w:r>
        <w:rPr>
          <w:b/>
        </w:rPr>
        <w:t xml:space="preserve">[14:30] </w:t>
      </w:r>
      <w:r>
        <w:t>to is par sochte hue main main khud bhi us ko explain kar saka ke aisa kyun tha. Yeh jo article parha maine, to bohat si baaten maine sochien.</w:t>
      </w:r>
    </w:p>
    <w:p>
      <w:pPr>
        <w:jc w:val="right"/>
      </w:pPr>
      <w:r>
        <w:t>تو اس پر سوچتے ہوئے میں میں خود بھی اس کو explain کر سکا کہ ایسا کیوں تھا۔ یہ جو آرٹیکل پڑھا میں نے، تو بہت سی باتیں میں نے سوچیں۔</w:t>
      </w:r>
    </w:p>
    <w:p>
      <w:r>
        <w:rPr>
          <w:b/>
        </w:rPr>
        <w:t xml:space="preserve">[14:43] </w:t>
      </w:r>
      <w:r>
        <w:t>to maine socha ke dekhiye ke Muhammad (SAW) ki glory logon ko maloom hai. History mein dekh rahe hain wo. God ki glory dekh hi nahi rahe thay us waqt.</w:t>
      </w:r>
    </w:p>
    <w:p>
      <w:pPr>
        <w:jc w:val="right"/>
      </w:pPr>
      <w:r>
        <w:t>تو میں نے سوچا کہ دیکھیے کہ محمد کی گلوری لوگوں کو معلوم ہے۔ History میں دیکھ رہے ہیں وہ۔ God کی گلوری دیکھ ہی نہیں رہے تھے اس وقت۔</w:t>
      </w:r>
    </w:p>
    <w:p>
      <w:r>
        <w:rPr>
          <w:b/>
        </w:rPr>
        <w:t xml:space="preserve">[14:54] </w:t>
      </w:r>
      <w:r>
        <w:t>God ki glory jo thi hidden form mein thi, hidden form mein. Nature mein chhapi hui thi. Ab Muhammad (SAW) ki glory jo hai history mein numayan hui.</w:t>
      </w:r>
    </w:p>
    <w:p>
      <w:pPr>
        <w:jc w:val="right"/>
      </w:pPr>
      <w:r>
        <w:t>God کی گلوری جو تھی hidden فارم میں تھی، hidden فارم میں۔ Nature میں چھپی ہوئی تھی۔ اب محمد صلی اللہ علیہ وسلم کی گلوری جو ہے history میں نمایاں ہوئی۔</w:t>
      </w:r>
    </w:p>
    <w:p>
      <w:r>
        <w:rPr>
          <w:b/>
        </w:rPr>
        <w:t xml:space="preserve">[15:05] </w:t>
      </w:r>
      <w:r>
        <w:t>yahan tak ke Dr. Michael Hart ne jo book likhi hai "The Hundred", us mein aap ko top par rakha hai. To insaan ke paas tha historical framework.</w:t>
      </w:r>
    </w:p>
    <w:p>
      <w:pPr>
        <w:jc w:val="right"/>
      </w:pPr>
      <w:r>
        <w:t>یہاں تک کہ ڈاکٹر مائیکل ہارٹ نے جو book لکھی ہے "The Hundred"، اس میں آپ کو ٹاپ پر رکھا ہے۔ تو انسان کے پاس تھا historical framework۔</w:t>
      </w:r>
    </w:p>
    <w:p>
      <w:r>
        <w:rPr>
          <w:b/>
        </w:rPr>
        <w:t xml:space="preserve">[15:18] </w:t>
      </w:r>
      <w:r>
        <w:t>Historical framework mein Muhammad bohat hi baray dikhaye parhte thay. Ke un ke companions ne empires ko tor dia. Dunya mein Islam ka dabdaba qaim kar dia.</w:t>
      </w:r>
    </w:p>
    <w:p>
      <w:pPr>
        <w:jc w:val="right"/>
      </w:pPr>
      <w:r>
        <w:t>Historical framework میں محمد بہت ہی بڑے دکھائے پڑتے تھے۔ کہ ان کے companions نے empires کو توڑ دیا۔ دنیا میں اسلام کا دبدبہ قائم کر دیا۔</w:t>
      </w:r>
    </w:p>
    <w:p>
      <w:r>
        <w:rPr>
          <w:b/>
        </w:rPr>
        <w:t xml:space="preserve">[15:34] </w:t>
      </w:r>
      <w:r>
        <w:t>Aur Iqbal ke lafzon mein unhon ne kaha ke</w:t>
      </w:r>
    </w:p>
    <w:p>
      <w:pPr>
        <w:jc w:val="right"/>
      </w:pPr>
      <w:r>
        <w:t>اور اقبال کے لفظوں میں انہوں نے کہا کہ</w:t>
      </w:r>
    </w:p>
    <w:p>
      <w:r>
        <w:rPr>
          <w:b/>
        </w:rPr>
        <w:t xml:space="preserve">[15:43] </w:t>
      </w:r>
      <w:r>
        <w:t>dasht to dasht hain, darya bhi na chhoray hum ne. Behr-e-zillat mein daura diye ghore hum ne. Yeh sab historical glory thi.</w:t>
      </w:r>
    </w:p>
    <w:p>
      <w:pPr>
        <w:jc w:val="right"/>
      </w:pPr>
      <w:r>
        <w:t>دشت تو دشت ہیں، دریا بھی نہ چھوڑے ہم نے۔ بحر ظلمات میں دوڑا دیے گھوڑے ہم نے۔ یہ سب historical گلوری تھی۔</w:t>
      </w:r>
    </w:p>
    <w:p>
      <w:r>
        <w:rPr>
          <w:b/>
        </w:rPr>
        <w:t xml:space="preserve">[15:54] </w:t>
      </w:r>
      <w:r>
        <w:t>To historical framework mein Musalman ko dikhai para ke Muhammad. Bara karname anjam dia unhon ne. To Muhammad glory ka pata tha un ko.</w:t>
      </w:r>
    </w:p>
    <w:p>
      <w:pPr>
        <w:jc w:val="right"/>
      </w:pPr>
      <w:r>
        <w:t>تو historical framework میں مسلمان کو دکھائی پڑا کہ محمد۔ بڑا کارنامہ انجام دیا انہوں نے۔ تو محمد گلوری کا پتہ تھا ان کو۔</w:t>
      </w:r>
    </w:p>
    <w:p>
      <w:r>
        <w:rPr>
          <w:b/>
        </w:rPr>
        <w:t xml:space="preserve">[16:04] </w:t>
      </w:r>
      <w:r>
        <w:t>Khuda glory ka pata hi nahi. Khuda glory jo hai woh to hidden form mein thi. Yani nature mein chupi hui thi.</w:t>
      </w:r>
    </w:p>
    <w:p>
      <w:pPr>
        <w:jc w:val="right"/>
      </w:pPr>
      <w:r>
        <w:t>خدا گلوری کا پتہ ہی نہیں۔ خدا گلوری جو ہے وہ تو hidden فارم میں تھی۔ یعنی nature میں چھپی ہوئی تھی۔</w:t>
      </w:r>
    </w:p>
    <w:p>
      <w:r>
        <w:rPr>
          <w:b/>
        </w:rPr>
        <w:t xml:space="preserve">[16:16] </w:t>
      </w:r>
      <w:r>
        <w:t>Isi liye kisi ne kaha ke tauheed ke palay mein wahdat ke siwa kya hai? Jo kuch hamein lena hai, le len ge Muhammad se.</w:t>
      </w:r>
    </w:p>
    <w:p>
      <w:pPr>
        <w:jc w:val="right"/>
      </w:pPr>
      <w:r>
        <w:t>اسی لیے کسی نے کہا کہ توحید کے پلے میں وحدت کے سوا کیا ہے؟ جو کچھ ہمیں لینا ہے، لے لیں گے محمد سے۔</w:t>
      </w:r>
    </w:p>
    <w:p>
      <w:r>
        <w:rPr>
          <w:b/>
        </w:rPr>
        <w:t xml:space="preserve">[16:31] </w:t>
      </w:r>
      <w:r>
        <w:t>Puri history mein aap jante hain ke log bulton ko poojte rahay. Dekhiye but kya hain? But un ke apne baron ke woh thay, yani moortiyan theen.</w:t>
      </w:r>
    </w:p>
    <w:p>
      <w:pPr>
        <w:jc w:val="right"/>
      </w:pPr>
      <w:r>
        <w:t>پوری history میں آپ جانتے ہیں کہ لوگ بتوں کو پوجتے رہے۔ دیکھیے بت کیا ہیں؟ بت ان کے اپنے بڑوں کے وہ تھے، یعنی مورتیاں تھیں۔</w:t>
      </w:r>
    </w:p>
    <w:p>
      <w:r>
        <w:rPr>
          <w:b/>
        </w:rPr>
        <w:t xml:space="preserve">[16:45] </w:t>
      </w:r>
      <w:r>
        <w:t>Jitne but thay, history batati hai ke un ke jo baray thay, un ka unhon ne but banaya.</w:t>
      </w:r>
    </w:p>
    <w:p>
      <w:pPr>
        <w:jc w:val="right"/>
      </w:pPr>
      <w:r>
        <w:t>جتنے بت تھے، history بتاتی ہے کہ ان کے جو بڑے تھے، ان کا انہوں نے بت بنایا۔</w:t>
      </w:r>
    </w:p>
    <w:p>
      <w:r>
        <w:rPr>
          <w:b/>
        </w:rPr>
        <w:t xml:space="preserve">[16:56] </w:t>
      </w:r>
      <w:r>
        <w:t>Jaise India mein Ram aur Krishan baray manay jatay hain, to un ka but bana lia gaya, un ki moorti bana li gayi, us ko pooja jata hai. To hamesha aise hua hai ke unhon ne apne baron ko</w:t>
      </w:r>
    </w:p>
    <w:p>
      <w:pPr>
        <w:jc w:val="right"/>
      </w:pPr>
      <w:r>
        <w:t>جیسے انڈیا میں رام اور کرشن بڑے مانے جاتے ہیں، تو ان کا بت بنا لیا گیا، ان کی مورتی بنا لی گئی، اس کو پوجا جاتا ہے۔ تو ہمیشہ ایسے ہوا ہے کہ انہوں نے اپنے بڑوں کو</w:t>
      </w:r>
    </w:p>
    <w:p>
      <w:r>
        <w:rPr>
          <w:b/>
        </w:rPr>
        <w:t xml:space="preserve">[17:10] </w:t>
      </w:r>
      <w:r>
        <w:t>ki moortiyan bana kar unhein poojne lage woh. To Musalman bhi Muhammad ki moorti to nahi bana sakte thay. Lekin sach poochhein to wohi kar rahay hain Musalman.</w:t>
      </w:r>
    </w:p>
    <w:p>
      <w:pPr>
        <w:jc w:val="right"/>
      </w:pPr>
      <w:r>
        <w:t>کی مورتیاں بنا کر انہیں پوجنے لگے وہ۔ تو مسلمان بھی محمد کی مورتی تو نہیں بنا سکتے تھے۔ لیکن سچ پوچھیں تو وہی کر رہے ہیں مسلمان۔</w:t>
      </w:r>
    </w:p>
    <w:p>
      <w:r>
        <w:rPr>
          <w:b/>
        </w:rPr>
        <w:t xml:space="preserve">[17:20] </w:t>
      </w:r>
      <w:r>
        <w:t>Wohi kar rahay hain Musalman. Jo dhoom macha rakhi hai Musalmanon ne, Rasool Allah Sal Allah Alaihi Wasallam ki naat khwani ki dhoom, Milad un Nabi ki dhoom. Aik hangama hai har taraf.</w:t>
      </w:r>
    </w:p>
    <w:p>
      <w:pPr>
        <w:jc w:val="right"/>
      </w:pPr>
      <w:r>
        <w:t>وہی کر رہے ہیں مسلمان۔ جو دھوم مچا رکھی ہے مسلمانوں نے، رسول اللہ صلی اللہ علیہ وسلم کی نعت خوانی کی دھوم، میلاد النبی کی دھوم۔ ایک ہنگامہ ہے ہر طرف۔</w:t>
      </w:r>
    </w:p>
    <w:p>
      <w:r>
        <w:rPr>
          <w:b/>
        </w:rPr>
        <w:t xml:space="preserve">[17:34] </w:t>
      </w:r>
      <w:r>
        <w:t>Kyun? Muhammad ki glory ko unhein pata hai. Khuda ki glory ko unhein pata hi nahi hai. To yeh puri history bhi aik chhaya hua raha ke logon ne apne insani baron ko jana, us ki moortiyan banain aur us ko poojte rahay.</w:t>
      </w:r>
    </w:p>
    <w:p>
      <w:pPr>
        <w:jc w:val="right"/>
      </w:pPr>
      <w:r>
        <w:t>کیوں؟ محمد کی گلوری کو انہیں پتہ ہے۔ خدا کی گلوری کو انہیں پتہ ہی نہیں ہے۔ تو یہ پوری history بھی ایک چھایا ہوا رہا کہ لوگوں نے اپنے انسانی بڑوں کو جانا، اس کی مورتیاں بنائیں اور اس کو پوجتے رہے۔</w:t>
      </w:r>
    </w:p>
    <w:p>
      <w:r>
        <w:rPr>
          <w:b/>
        </w:rPr>
        <w:t xml:space="preserve">[17:52] </w:t>
      </w:r>
      <w:r>
        <w:t>Aur Musalmanon ne bhi wohi kia. Sirf yeh hai ke Muhammad ki moorti nahi bana sakte thay. Amalan wohi sab kuch kia unhon ne. Aap logon ke kitabein parhiye, woh parhiye.</w:t>
      </w:r>
    </w:p>
    <w:p>
      <w:pPr>
        <w:jc w:val="right"/>
      </w:pPr>
      <w:r>
        <w:t>اور مسلمانوں نے بھی وہی کیا۔ صرف یہ ہے کہ محمد کی مورتی نہیں بنا سکتے تھے۔ عملاً وہی سب کچھ کیا انہوں نے۔ آپ لوگوں کے کتابیں پڑھیے، وہ پڑھیے۔</w:t>
      </w:r>
    </w:p>
    <w:p>
      <w:r>
        <w:rPr>
          <w:b/>
        </w:rPr>
        <w:t xml:space="preserve">[18:08] </w:t>
      </w:r>
      <w:r>
        <w:t>Mislan Shibli Nomani ne kitab likhi Seerat un Nabi par. To us mein likha unhon ne ke aik gadha be-nawa shehanshah-e-konain ke darbar mein ikhlas o aqeedat ki nazar le kar aya hai.</w:t>
      </w:r>
    </w:p>
    <w:p>
      <w:pPr>
        <w:jc w:val="right"/>
      </w:pPr>
      <w:r>
        <w:t>مثلاً شبلی نعمانی نے کتاب لکھی سیرت النبی پر۔ تو اس میں لکھا انہوں نے کہ ایک گدھا بے نواں شہنشاہ کونین کے دربار میں اخلاص و عقیدت کی نظر لے کر آیا ہے۔</w:t>
      </w:r>
    </w:p>
    <w:p>
      <w:r>
        <w:rPr>
          <w:b/>
        </w:rPr>
        <w:t xml:space="preserve">[18:20] </w:t>
      </w:r>
      <w:r>
        <w:t>Ab dekhiye Rasool Allah agar shehanshah-e-konain hain to Khuda kya hai bhai? Dono alamoon ka shehanshah to Khuda, dono alamoon ka shehanshah to Muhammad hain.</w:t>
      </w:r>
    </w:p>
    <w:p>
      <w:pPr>
        <w:jc w:val="right"/>
      </w:pPr>
      <w:r>
        <w:t>اب دیکھیے رسول اللہ اگر شہنشاہ کونین ہیں تو خدا کیا ہے بھئی؟ دونوں عالموں کا شہنشاہ تو خدا، دونوں عالموں کا شہنشاہ تو محمد ہیں۔</w:t>
      </w:r>
    </w:p>
    <w:p>
      <w:r>
        <w:rPr>
          <w:b/>
        </w:rPr>
        <w:t xml:space="preserve">[18:32] </w:t>
      </w:r>
      <w:r>
        <w:t>To Khuda to kisi corner mein ho gaya. Kyun ke third alam to koi hai hi nahi. Third alam to koi hai hi nahi. To unhon ne likha ke aik gadha be-nawa shehanshah-e-konain ke darbar mein ikhlas o aqeedat ki nazar le kar aya.</w:t>
      </w:r>
    </w:p>
    <w:p>
      <w:pPr>
        <w:jc w:val="right"/>
      </w:pPr>
      <w:r>
        <w:t>تو خدا تو کسی کارنر میں ہو گیا۔ کیونکہ تھرڈ عالم تو کوئی ہے ہی نہیں۔ تھرڈ عالم تو کوئی ہے ہی نہیں۔ تو انہوں نے لکھا کہ ایک گدھا بے نواں شہنشاہ کونین کے دربار میں اخلاص و عقیدت کی نظر لے کر آیا۔</w:t>
      </w:r>
    </w:p>
    <w:p>
      <w:r>
        <w:rPr>
          <w:b/>
        </w:rPr>
        <w:t xml:space="preserve">[18:50] </w:t>
      </w:r>
      <w:r>
        <w:t>Konain ka matlab hai do dunyayen hain. Yeh mana jata hai ke do dunyayen hain. Sari universe jo hai woh do dunyayen hain. To dono dunyaon ka shehanshah, emperor to Muhammad hain.</w:t>
      </w:r>
    </w:p>
    <w:p>
      <w:pPr>
        <w:jc w:val="right"/>
      </w:pPr>
      <w:r>
        <w:t>کونین کا مطلب ہے دو دنیا ہیں۔ یہ مانا جاتا ہے کہ دو دنیایں ہیں۔ ساری universe جو ہے وہ دو دنیایں ہیں۔ تو دونوں دنیاؤں کا شہنشاہ، emperor تو محمد ہیں۔</w:t>
      </w:r>
    </w:p>
    <w:p>
      <w:r>
        <w:rPr>
          <w:b/>
        </w:rPr>
        <w:t xml:space="preserve">[19:01] </w:t>
      </w:r>
      <w:r>
        <w:t>To Khuda to kisi corner mein ho ga phir. Yeh sara hazar saal se Musalmanon mein aur is se pehle sare logon mein yeh raha ke insani baron ko poojte rahay.</w:t>
      </w:r>
    </w:p>
    <w:p>
      <w:pPr>
        <w:jc w:val="right"/>
      </w:pPr>
      <w:r>
        <w:t>تو خدا تو کسی کارنر میں ہو گا پھر۔ یہ سارا ہزار سال سے مسلمانوں میں اور اس سے پہلے سارے لوگوں میں یہ رہا کہ انسانی بڑوں کو پوجتے رہے۔</w:t>
      </w:r>
    </w:p>
    <w:p>
      <w:r>
        <w:rPr>
          <w:b/>
        </w:rPr>
        <w:t xml:space="preserve">[19:16] </w:t>
      </w:r>
      <w:r>
        <w:t>Aur Khuda ki ko ki sahi ma'non mein worship, sahi ma'non mein nahi hui. To yeh bohat deep pe jaiye is ko samajhne ke liye.</w:t>
      </w:r>
    </w:p>
    <w:p>
      <w:pPr>
        <w:jc w:val="right"/>
      </w:pPr>
      <w:r>
        <w:t>اور خدا کی کو کی صحیح معنوں میں worship، صحیح معنوں میں نہیں ہوئی۔ تو یہ بہت deep پہ جائیے اس کو سمجھنے کے لیے۔</w:t>
      </w:r>
    </w:p>
    <w:p>
      <w:r>
        <w:rPr>
          <w:b/>
        </w:rPr>
        <w:t xml:space="preserve">[19:27] </w:t>
      </w:r>
      <w:r>
        <w:t>Bohat deep pe jaiye. To wohi Quran mein kaha gaya hai "Wa ma qaddarullah haq". Yeh aik historical aik woh hai, aik historical statement hai ke puri history mein insan ne Khuda ko underestimate kia.</w:t>
      </w:r>
    </w:p>
    <w:p>
      <w:pPr>
        <w:jc w:val="right"/>
      </w:pPr>
      <w:r>
        <w:t>بہت deep پہ جائیے۔ تو وہی قرآن میں کہا گیا ہے "وما قدروا اللہ حق"۔ یہ ایک historical ایک وہ ہے، ایک historical statement ہے کہ پوری history میں انسان نے خدا کو underestimate کیا۔</w:t>
      </w:r>
    </w:p>
    <w:p>
      <w:r>
        <w:rPr>
          <w:b/>
        </w:rPr>
        <w:t xml:space="preserve">[19:43] </w:t>
      </w:r>
      <w:r>
        <w:t>Puri history mein. Jab se is dunya par insan ko basaya gaya hai, tab se.</w:t>
      </w:r>
    </w:p>
    <w:p>
      <w:pPr>
        <w:jc w:val="right"/>
      </w:pPr>
      <w:r>
        <w:t>پوری history میں۔ جب سے اس دنیا پر انسان کو بسایا گیا ہے، تب سے۔</w:t>
      </w:r>
    </w:p>
    <w:p>
      <w:r>
        <w:rPr>
          <w:b/>
        </w:rPr>
        <w:t xml:space="preserve">[19:52] </w:t>
      </w:r>
      <w:r>
        <w:t>Yani ghair Khuda ko insan poojta raha, us ko bara samjha us ne. Aur Khuda ko bara nahi samjh samjh paya. Kyun? Is liye ke Khuda ka jo, Khuda ki jo barhaiyan theen woh to nature mein chupi hui theen.</w:t>
      </w:r>
    </w:p>
    <w:p>
      <w:pPr>
        <w:jc w:val="right"/>
      </w:pPr>
      <w:r>
        <w:t>یعنی غیر خدا کو انسان پوجتا رہا، اس کو بڑا سمجھا اس نے۔ اور خدا کو بڑا نہیں سمجھ سمجھ پایا۔ کیوں؟ اس لیے کہ خدا کا جو، خدا کی جو بڑائیاں تھیں وہ تو nature میں چھپی ہوئی تھیں۔</w:t>
      </w:r>
    </w:p>
    <w:p>
      <w:r>
        <w:rPr>
          <w:b/>
        </w:rPr>
        <w:t xml:space="preserve">[20:10] </w:t>
      </w:r>
      <w:r>
        <w:t>Aik sahib se baat ho rahi thi to unhon ne kaha ke aap kaise kehte hain ke chupi hui theen? Pahar khara hua tha, nadiyan beh rahi theen. To main ne kaha ke asal baat yeh hai ke yeh pahar aur nadiyan aur samandar aur hawayen aur darakht yeh sari cheezein jo hain, yeh to aik aik aik aik woh hain, yani silent roop mein khari hui hain.</w:t>
      </w:r>
    </w:p>
    <w:p>
      <w:pPr>
        <w:jc w:val="right"/>
      </w:pPr>
      <w:r>
        <w:t>ایک صاحب سے بات ہو رہی تھی تو انہوں نے کہا کہ آپ کیسے کہتے ہیں کہ چھپی ہوئی تھیں؟ پہاڑ کھڑا ہوا تھا، ندیاں بہہ رہی تھیں۔ تو میں نے کہا کہ اصل بات یہ ہے کہ یہ پہاڑ اور ندیاں اور سمندر اور ہوائیں اور درخت یہ ساری چیزیں جو ہیں، یہ تو ایک ایک ایک ایک وہ ہیں، یعنی silent روپ میں کھڑی ہوئی ہیں۔</w:t>
      </w:r>
    </w:p>
    <w:p>
      <w:r>
        <w:rPr>
          <w:b/>
        </w:rPr>
        <w:t xml:space="preserve">[20:32] </w:t>
      </w:r>
      <w:r>
        <w:t>Bas lagta hai ke bas khari hui hain. Log for granted letay rahay is ko. Halanke yeh aik aik living industry hai.</w:t>
      </w:r>
    </w:p>
    <w:p>
      <w:pPr>
        <w:jc w:val="right"/>
      </w:pPr>
      <w:r>
        <w:t>بس لگتا ہے کہ بس کھڑی ہوئی ہیں۔ لوگ for granted لیتے رہے اس کو۔ حالانکہ یہ ایک ایک living industry ہے۔</w:t>
      </w:r>
    </w:p>
    <w:p>
      <w:r>
        <w:rPr>
          <w:b/>
        </w:rPr>
        <w:t xml:space="preserve">[20:43] </w:t>
      </w:r>
      <w:r>
        <w:t>Lekin kis ko pata tha ke yeh living industry hai? To Khuda ne dekhiye scientific revolution barpa kia. Yeh jo scientific revolution aya, yeh yeh Khuda ki glory ko kholne ke liye tha yeh.</w:t>
      </w:r>
    </w:p>
    <w:p>
      <w:pPr>
        <w:jc w:val="right"/>
      </w:pPr>
      <w:r>
        <w:t>لیکن کس کو پتہ تھا کہ یہ living industry ہے؟ تو خدا نے دیکھیے scientific revolution برپا کیا۔ یہ جو scientific revolution آیا، یہ یہ خدا کی گلوری کو کھولنے کے لیے تھا یہ۔</w:t>
      </w:r>
    </w:p>
    <w:p>
      <w:r>
        <w:rPr>
          <w:b/>
        </w:rPr>
        <w:t xml:space="preserve">[20:59] </w:t>
      </w:r>
      <w:r>
        <w:t>aap jante hain ke science ka subject kya hai? nature hai. science subject jo hai nature hai. nature mein unhon ne explore kiya.</w:t>
      </w:r>
    </w:p>
    <w:p>
      <w:pPr>
        <w:jc w:val="right"/>
      </w:pPr>
      <w:r>
        <w:t>آپ جانتے ہیں کہ سائنس کا سبجیکٹ کیا ہے؟ nature ہے۔ سائنس سبجیکٹ جو ہے nature ہے۔ nature میں انہوں نے explore کیا۔</w:t>
      </w:r>
    </w:p>
    <w:p>
      <w:r>
        <w:rPr>
          <w:b/>
        </w:rPr>
        <w:t xml:space="preserve">[21:08] </w:t>
      </w:r>
      <w:r>
        <w:t>nature mein unhon ne discover kiya. aur sari baaten pata kien. to mislan aap dekhiye pehle zamane mein pahaar ko log dekhte the ke bas ek ooncha pahaar khara hua hai jaise ek.</w:t>
      </w:r>
    </w:p>
    <w:p>
      <w:pPr>
        <w:jc w:val="right"/>
      </w:pPr>
      <w:r>
        <w:t>nature میں انہوں نے discover کیا۔ اور ساری باتیں پتہ کیں۔ تو مثلاً آپ دیکھیے پہلے زمانے میں پہاڑ کو لوگ دیکھتے تھے کہ بس ایک اونچا پہاڑ کھڑا ہوا ہے جیسے ایک۔</w:t>
      </w:r>
    </w:p>
    <w:p>
      <w:r>
        <w:rPr>
          <w:b/>
        </w:rPr>
        <w:t xml:space="preserve">[21:21] </w:t>
      </w:r>
      <w:r>
        <w:t>lekin science ne discover kiya ke pahaar jo hai yeh bohat meaningful cheez hai yeh. kyun? khuda ne zameen mein jab bohat ziyada pani paida kiya.</w:t>
      </w:r>
    </w:p>
    <w:p>
      <w:pPr>
        <w:jc w:val="right"/>
      </w:pPr>
      <w:r>
        <w:t>لیکن سائنس نے discover کیا کہ پہاڑ جو ہے یہ بہت meaningful چیز ہے یہ۔ کیوں؟ خدا نے زمین میں جب بہت زیادہ پانی پیدا کیا۔</w:t>
      </w:r>
    </w:p>
    <w:p>
      <w:r>
        <w:rPr>
          <w:b/>
        </w:rPr>
        <w:t xml:space="preserve">[21:33] </w:t>
      </w:r>
      <w:r>
        <w:t>aur zameen ka three fourths hissa pani se bhar diya. aap jante hain ke pacific ocean jo hai itna deep hai ke himalaya pahaar jis ki oonchai hai three and half miles high.</w:t>
      </w:r>
    </w:p>
    <w:p>
      <w:pPr>
        <w:jc w:val="right"/>
      </w:pPr>
      <w:r>
        <w:t>اور زمین کا three fourths حصہ پانی سے بھر دیا۔ آپ جانتے ہیں کہ pacific ocean جو ہے اتنا deep ہے کہ ہمالیہ پہاڑ جس کی اونچائی ہے three and half miles high۔</w:t>
      </w:r>
    </w:p>
    <w:p>
      <w:r>
        <w:rPr>
          <w:b/>
        </w:rPr>
        <w:t xml:space="preserve">[21:48] </w:t>
      </w:r>
      <w:r>
        <w:t>saare teen mile ooncha hai himalaya pahaar. is ko aap daal dein pacific ocean mein to doob jaye ga woh. dikhai nahi dega woh. saare teen mile ooncha pahaar aap daal diye pacific ocean mein.</w:t>
      </w:r>
    </w:p>
    <w:p>
      <w:pPr>
        <w:jc w:val="right"/>
      </w:pPr>
      <w:r>
        <w:t>ساڑھے تین میل اونچا ہے ہمالیہ پہاڑ۔ اس کو آپ ڈال دیں pacific ocean میں تو ڈوب جائے گا وہ۔ دکھائی نہیں دے گا وہ۔ ساڑھے تین میل اونچا پہاڑ آپ ڈال دیے pacific ocean میں۔</w:t>
      </w:r>
    </w:p>
    <w:p>
      <w:r>
        <w:rPr>
          <w:b/>
        </w:rPr>
        <w:t xml:space="preserve">[22:02] </w:t>
      </w:r>
      <w:r>
        <w:t>to itna gehra hai ke woh doob jaye ga. to zameen mein jab itni gehrai mein pani khuda ne rakha to zameen mein balance jo tha woh qaim rakhne ke liye khuda ne ubhaar paida kar diye.</w:t>
      </w:r>
    </w:p>
    <w:p>
      <w:pPr>
        <w:jc w:val="right"/>
      </w:pPr>
      <w:r>
        <w:t>تو اتنا گہرا ہے کہ وہ ڈوب جائے گا۔ تو زمین میں جب اتنی گہرائی میں پانی خدا نے رکھا تو زمین میں balance جو تھا وہ قائم رکھنے کے لیے خدا نے ابھار پیدا کر دیا۔</w:t>
      </w:r>
    </w:p>
    <w:p>
      <w:r>
        <w:rPr>
          <w:b/>
        </w:rPr>
        <w:t xml:space="preserve">[22:18] </w:t>
      </w:r>
      <w:r>
        <w:t>pahaar ka ubhaar. quran mein hai ke zameen ka tawazun na toot jaye. zameen ka balance na toot jaye. yeh kis ko pata tha?</w:t>
      </w:r>
    </w:p>
    <w:p>
      <w:pPr>
        <w:jc w:val="right"/>
      </w:pPr>
      <w:r>
        <w:t>پہاڑ کا ابھار۔ قرآن میں ہے کہ زمین کا توازن نہ ٹوٹ جائے۔ زمین کا balance نہ ٹوٹ جائے۔ یہ کس کو پتہ تھا؟</w:t>
      </w:r>
    </w:p>
    <w:p>
      <w:r>
        <w:rPr>
          <w:b/>
        </w:rPr>
        <w:t xml:space="preserve">[22:28] </w:t>
      </w:r>
      <w:r>
        <w:t>yeh science ne paida kiya jis ko kehte hain isosthesy. isosthesy zamane mein kaha jata hai is ko. isosthesy jo hai ek scientific theory hai jo yeh batati hai ke khuda ne zameen ke itne bhari bojh jo zameen mein pani ka hai is ko balance karne ke liye zameen mein khuda ne yeh kiya ke pahaaron ko ubhaar diya.</w:t>
      </w:r>
    </w:p>
    <w:p>
      <w:pPr>
        <w:jc w:val="right"/>
      </w:pPr>
      <w:r>
        <w:t>یہ سائنس نے پیدا کیا جس کو کہتے ہیں isosthesy۔ isosthesy زمانے میں کہا جاتا ہے اس کو۔ isosthesy جو ہے ایک scientific theory ہے جو یہ بتاتی ہے کہ خدا نے زمین کے اتنے بھاری بوجھ جو زمین میں پانی کا ہے اس کو balance کرنے کے لیے زمین میں خدا نے یہ کیا کہ پہاڑوں کو ابھار دیا۔</w:t>
      </w:r>
    </w:p>
    <w:p>
      <w:r>
        <w:rPr>
          <w:b/>
        </w:rPr>
        <w:t xml:space="preserve">[22:54] </w:t>
      </w:r>
      <w:r>
        <w:t>pahaaron ka ubhaar aur samundaron ka ke gehrai mein pani ka hona dono mil kar ke zameen ka balance banaye hue hain.</w:t>
      </w:r>
    </w:p>
    <w:p>
      <w:pPr>
        <w:jc w:val="right"/>
      </w:pPr>
      <w:r>
        <w:t>پہاڑوں کا ابھار اور سمندروں کا کہ گہرائی میں پانی کا ہونا دونوں مل کر کے زمین کا balance بنائے ہوئے ہیں۔</w:t>
      </w:r>
    </w:p>
    <w:p>
      <w:r>
        <w:rPr>
          <w:b/>
        </w:rPr>
        <w:t xml:space="preserve">[23:04] </w:t>
      </w:r>
      <w:r>
        <w:t>yeh to kisi ko pata nahi tha. isosthesy ka isosthesy kisi ko pata nahi tha. to pahaar dekhte the lekin pahaar mein jo jo meaning hai us se bekhabar the.</w:t>
      </w:r>
    </w:p>
    <w:p>
      <w:pPr>
        <w:jc w:val="right"/>
      </w:pPr>
      <w:r>
        <w:t>یہ تو کسی کو پتہ نہیں تھا۔ isosthesy کا isosthesy کسی کو پتہ نہیں تھا۔ تو پہاڑ دیکھتے تھے لیکن پہاڑ میں جو جو meaning ہے اس سے بے خبر تھے۔</w:t>
      </w:r>
    </w:p>
    <w:p>
      <w:r>
        <w:rPr>
          <w:b/>
        </w:rPr>
        <w:t xml:space="preserve">[23:17] </w:t>
      </w:r>
      <w:r>
        <w:t>aise hi samundar dekhte the. samundar ko bas dekhte the ke samundar hai, bohat sara pani. lekin samundar mein jo aur sari cheezen hain woh kisi ko pata nahi tha.</w:t>
      </w:r>
    </w:p>
    <w:p>
      <w:pPr>
        <w:jc w:val="right"/>
      </w:pPr>
      <w:r>
        <w:t>ایسے ہی سمندر دیکھتے تھے۔ سمندر کو بس دیکھتے تھے کہ سمندر ہے، بہت سارا پانی۔ لیکن سمندر میں جو اور ساری چیزیں ہیں وہ کسی کو پتہ نہیں تھا۔</w:t>
      </w:r>
    </w:p>
    <w:p>
      <w:r>
        <w:rPr>
          <w:b/>
        </w:rPr>
        <w:t xml:space="preserve">[23:30] </w:t>
      </w:r>
      <w:r>
        <w:t>ke kis tarah samundar mein ten percent salt mila hua hai. as a preservative kis tarah se yani woh garmiyon mein bhap uthti hai, pani neeche reh jata hai aur fresh water ooper jata hai.</w:t>
      </w:r>
    </w:p>
    <w:p>
      <w:pPr>
        <w:jc w:val="right"/>
      </w:pPr>
      <w:r>
        <w:t>کہ کس طرح سمندر میں ten percent salt ملا ہوا ہے۔ as اے preservative کس طرح سے یعنی وہ گرمیوں میں بھاپ اٹھتی ہے، پانی نیچے رہ جاتا ہے اور fresh water اوپر جاتا ہے۔</w:t>
      </w:r>
    </w:p>
    <w:p>
      <w:r>
        <w:rPr>
          <w:b/>
        </w:rPr>
        <w:t xml:space="preserve">[23:46] </w:t>
      </w:r>
      <w:r>
        <w:t>phir dobara woh rain hoti hai, woh barasta hai, fresh water neeche. ek poora jo ek mechanism hai woh kisi ko pata nahi tha.</w:t>
      </w:r>
    </w:p>
    <w:p>
      <w:pPr>
        <w:jc w:val="right"/>
      </w:pPr>
      <w:r>
        <w:t>پھر دوبارہ وہ rain ہوتی ہے، وہ برستا ہے، fresh water نیچے۔ ایک پورا جو ایک mechanism ہے وہ کسی کو پتہ نہیں تھا۔</w:t>
      </w:r>
    </w:p>
    <w:p>
      <w:r>
        <w:rPr>
          <w:b/>
        </w:rPr>
        <w:t xml:space="preserve">[23:56] </w:t>
      </w:r>
      <w:r>
        <w:t>main wahan gaya kashmir. to main valley mein tha to himalaya pahaar ooncha khara hua tha.</w:t>
      </w:r>
    </w:p>
    <w:p>
      <w:pPr>
        <w:jc w:val="right"/>
      </w:pPr>
      <w:r>
        <w:t>میں وہاں گیا کشمیر۔ تو میں valley میں تھا تو ہمالیہ پہاڑ اونچا کھڑا ہوا تھا۔</w:t>
      </w:r>
    </w:p>
    <w:p>
      <w:r>
        <w:rPr>
          <w:b/>
        </w:rPr>
        <w:t xml:space="preserve">[24:07] </w:t>
      </w:r>
      <w:r>
        <w:t>ooper barf chamak rahi thi. to wahan par barish aayi to lekin barish bohat halki halki phuwar ki shakal mein thi.</w:t>
      </w:r>
    </w:p>
    <w:p>
      <w:pPr>
        <w:jc w:val="right"/>
      </w:pPr>
      <w:r>
        <w:t>اوپر برف چمک رہی تھی۔ تو وہاں پر بارش آئی تو لیکن بارش بہت ہلکی ہلکی پھوار کی شکل میں تھی۔</w:t>
      </w:r>
    </w:p>
    <w:p>
      <w:r>
        <w:rPr>
          <w:b/>
        </w:rPr>
        <w:t xml:space="preserve">[24:17] </w:t>
      </w:r>
      <w:r>
        <w:t>phuwar. light shower. to dekhiye yeh jo pahaar hain pahaar ke ooper waisi barish nahi hoti jaise ke hamare haan hoti hai.</w:t>
      </w:r>
    </w:p>
    <w:p>
      <w:pPr>
        <w:jc w:val="right"/>
      </w:pPr>
      <w:r>
        <w:t>پھوار۔ light shower۔ تو دیکھیے یہ جو پہاڑ ہیں پہاڑ کے اوپر ویسی بارش نہیں ہوتی جیسے کہ ہمارے ہاں ہوتی ہے۔</w:t>
      </w:r>
    </w:p>
    <w:p>
      <w:r>
        <w:rPr>
          <w:b/>
        </w:rPr>
        <w:t xml:space="preserve">[24:29] </w:t>
      </w:r>
      <w:r>
        <w:t>dhuwan daar barish hui. jis ko kehte hain mosla dhaar barish. aise nahi hoti. yeh jo kaha jata hai woh idhar hoti hai, pahaaron par nahi hoti hai.</w:t>
      </w:r>
    </w:p>
    <w:p>
      <w:pPr>
        <w:jc w:val="right"/>
      </w:pPr>
      <w:r>
        <w:t>دھواں دار بارش ہوئی۔ جس کو کہتے ہیں موسلا دھار بارش۔ ایسے نہیں ہوتی۔ یہ جو کہا جاتا ہے وہ ادھر ہوتی ہے، پہاڑوں پر نہیں ہوتی ہے۔</w:t>
      </w:r>
    </w:p>
    <w:p>
      <w:r>
        <w:rPr>
          <w:b/>
        </w:rPr>
        <w:t xml:space="preserve">[24:43] </w:t>
      </w:r>
      <w:r>
        <w:t>wahan to bohat halka halka phuwar aata hai. kyun? is liye ke woh jo aata hai halka halka usi se wahan barf jamti hai.</w:t>
      </w:r>
    </w:p>
    <w:p>
      <w:pPr>
        <w:jc w:val="right"/>
      </w:pPr>
      <w:r>
        <w:t>وہاں تو بہت ہلکا ہلکا پھوار آتا ہے۔ کیوں؟ اس لیے کہ وہ جو آتا ہے ہلکا ہلکا اسی سے وہاں برف جمتی ہے۔</w:t>
      </w:r>
    </w:p>
    <w:p>
      <w:r>
        <w:rPr>
          <w:b/>
        </w:rPr>
        <w:t xml:space="preserve">[24:53] </w:t>
      </w:r>
      <w:r>
        <w:t>dheere dheere aata hai pahaar ke ooper. wahan thandak hoti hai. ise jamta chala jata hai. is se sara yahan se wahan tak barf jam jata hai. phir saal bhar woh suraj ki garmi se halka halka woh yani melt hota hai.</w:t>
      </w:r>
    </w:p>
    <w:p>
      <w:pPr>
        <w:jc w:val="right"/>
      </w:pPr>
      <w:r>
        <w:t>دھیرے دھیرے آتا ہے پہاڑ کے اوپر۔ وہاں ٹھنڈک ہوتی ہے۔ اسے جمتا چلا جاتا ہے۔ اس سے سارا یہاں سے وہاں تک برف جم جاتا ہے۔ پھر سال بھر وہ سورج کی گرمی سے ہلکا ہلکا وہ یعنی melt ہوتا ہے۔</w:t>
      </w:r>
    </w:p>
    <w:p>
      <w:r>
        <w:rPr>
          <w:b/>
        </w:rPr>
        <w:t xml:space="preserve">[25:08] </w:t>
      </w:r>
      <w:r>
        <w:t>melt ho kar ke woh aata hai stream mein. behte behte phir ise ganga, jamna aur nadiyaan banti hain. yeh kaun janta tha yeh sab baaten? aise hi hum saans lete hain.</w:t>
      </w:r>
    </w:p>
    <w:p>
      <w:pPr>
        <w:jc w:val="right"/>
      </w:pPr>
      <w:r>
        <w:t>melt ہو کر کے وہ آتا ہے stream میں۔ بہتے بہتے پھر اسے گنگا، جمنا اور ندیاں بنتی ہیں۔ یہ کون جانتا تھا یہ سب باتیں؟ ایسے ہی ہم سانس لیتے ہیں۔</w:t>
      </w:r>
    </w:p>
    <w:p>
      <w:r>
        <w:rPr>
          <w:b/>
        </w:rPr>
        <w:t xml:space="preserve">[25:21] </w:t>
      </w:r>
      <w:r>
        <w:t>kis ko pata tha ke ek bohat bara mechanism hai ke hum apne munh se nikala hum ne carbon dioxide us ke liye liya darakhton ne.</w:t>
      </w:r>
    </w:p>
    <w:p>
      <w:pPr>
        <w:jc w:val="right"/>
      </w:pPr>
      <w:r>
        <w:t>کس کو پتہ تھا کہ ایک بہت بڑا mechanism ہے کہ ہم اپنے منہ سے نکالا ہم نے carbon dioxide اس کے لیے لیا درختوں نے۔</w:t>
      </w:r>
    </w:p>
    <w:p>
      <w:r>
        <w:rPr>
          <w:b/>
        </w:rPr>
        <w:t xml:space="preserve">[25:30] </w:t>
      </w:r>
      <w:r>
        <w:t>unhon ne is ke badle mein hamein oxygen diya. to hum ne inhale kiya oxygen, exhale kiya hum ne carbon. yeh kaun janta tha?</w:t>
      </w:r>
    </w:p>
    <w:p>
      <w:pPr>
        <w:jc w:val="right"/>
      </w:pPr>
      <w:r>
        <w:t>انہوں نے اس کے بدلے میں ہمیں آکسیجن دیا۔ تو ہم نے inhale کیا آکسیجن، exhale کیا ہم نے carbon۔ یہ کون جانتا تھا؟</w:t>
      </w:r>
    </w:p>
    <w:p>
      <w:r>
        <w:rPr>
          <w:b/>
        </w:rPr>
        <w:t xml:space="preserve">[25:41] </w:t>
      </w:r>
      <w:r>
        <w:t>to yeh dunya jo hai hamare aas paas yeh ek living industry hai, living industry. lekin yeh silent hai. hum hum hum industry lagate hain to us waqt ek noisy industry hoti hai.</w:t>
      </w:r>
    </w:p>
    <w:p>
      <w:pPr>
        <w:jc w:val="right"/>
      </w:pPr>
      <w:r>
        <w:t>تو یہ دنیا جو ہے ہمارے آس پاس یہ ایک living industry ہے، living industry۔ لیکن یہ silent ہے۔ ہم ہم ہم industry لگاتے ہیں تو اس وقت ایک noisy industry ہوتی ہے۔</w:t>
      </w:r>
    </w:p>
    <w:p>
      <w:r>
        <w:rPr>
          <w:b/>
        </w:rPr>
        <w:t xml:space="preserve">[25:55] </w:t>
      </w:r>
      <w:r>
        <w:t>woh noisy industry har waqt shor hai, dhuwan hai. bohat sare problem hain. to aap jaan lete hain ke industry lagi hui hai yahan par. yani industry jo hai har waqt batati rehti hai ke main industry hoon.</w:t>
      </w:r>
    </w:p>
    <w:p>
      <w:pPr>
        <w:jc w:val="right"/>
      </w:pPr>
      <w:r>
        <w:t>وہ noisy industry ہر وقت شور ہے، دھواں ہے۔ بہت سارے problem ہیں۔ تو آپ جان لیتے ہیں کہ industry لگی ہوئی ہے یہاں پر۔ یعنی industry جو ہے ہر وقت بتاتی رہتی ہے کہ میں industry ہوں۔</w:t>
      </w:r>
    </w:p>
    <w:p>
      <w:r>
        <w:rPr>
          <w:b/>
        </w:rPr>
        <w:t xml:space="preserve">[26:09] </w:t>
      </w:r>
      <w:r>
        <w:t>apne shor se, apne dhuyein se, apne jo problem create karti hai woh. itna bara universe ka karkhana hai. har waqt ek industry, living industry chal rahi hai yahan pe.</w:t>
      </w:r>
    </w:p>
    <w:p>
      <w:pPr>
        <w:jc w:val="right"/>
      </w:pPr>
      <w:r>
        <w:t>اپنے شور سے، اپنے دھوئیں سے، اپنے جو problem create کرتی ہے وہ۔ اتنا بڑا universe کا کارخانہ ہے۔ ہر وقت ایک industry، living industry چل رہی ہے یہاں پہ۔</w:t>
      </w:r>
    </w:p>
    <w:p>
      <w:r>
        <w:rPr>
          <w:b/>
        </w:rPr>
        <w:t xml:space="preserve">[26:21] </w:t>
      </w:r>
      <w:r>
        <w:t>aur koi shor nahin hai. to Khuda ki industry noisy industry nahin hai. to hum kaise janen is ko? hum be khabar thay. to Khuda ne science ko paida kiya.</w:t>
      </w:r>
    </w:p>
    <w:p>
      <w:pPr>
        <w:jc w:val="right"/>
      </w:pPr>
      <w:r>
        <w:t>اور کوئی شور نہیں۔ تو خدا کی industry noisy industry نہیں ہے۔ تو ہم کیسے جانیں اس کو؟ ہم بے خبر تھے۔ تو خدا نے سائنس کو پیدا کیا۔</w:t>
      </w:r>
    </w:p>
    <w:p>
      <w:r>
        <w:rPr>
          <w:b/>
        </w:rPr>
        <w:t xml:space="preserve">[26:34] </w:t>
      </w:r>
      <w:r>
        <w:t>aise log paida kiye jo science mein khoj kiya unhon ne. aur science ne unhein discover kiya. tab glory of God humein maloom hua. to poori history mein Khuda ki glory chupi hui thi.</w:t>
      </w:r>
    </w:p>
    <w:p>
      <w:pPr>
        <w:jc w:val="right"/>
      </w:pPr>
      <w:r>
        <w:t>ایسے لوگ پیدا کیے جو سائنس میں کھوج کیا انہوں نے۔ اور سائنس نے انہیں discover کی۔ تب گلوری آف گاڈ ہمیں معلوم ہوئی۔ تو پوری history میں خدا کی گلوری چھپی ہوئی تھی۔</w:t>
      </w:r>
    </w:p>
    <w:p>
      <w:r>
        <w:rPr>
          <w:b/>
        </w:rPr>
        <w:t xml:space="preserve">[26:49] </w:t>
      </w:r>
      <w:r>
        <w:t>aur science ne ise discover kar ke bataya logon ko. ab mein aap ko aik aik misaal deta hoon, dekhiye. aap ghor kijiye.</w:t>
      </w:r>
    </w:p>
    <w:p>
      <w:pPr>
        <w:jc w:val="right"/>
      </w:pPr>
      <w:r>
        <w:t>اور سائنس نے اسے discover کر کے بتایا لوگوں کو۔ اب میں آپ کو ایک ایک مثال دیتا ہوں، دیکھیے۔ آپ غور کیجیے۔</w:t>
      </w:r>
    </w:p>
    <w:p>
      <w:r>
        <w:rPr>
          <w:b/>
        </w:rPr>
        <w:t xml:space="preserve">[26:59] </w:t>
      </w:r>
      <w:r>
        <w:t>poori history mein dekhiye aap. kabhi bhi mujhe bataiye ke Khuda ke oopar koi, Khuda glory of God ke oopar koi kitaab likhi gayi hai?</w:t>
      </w:r>
    </w:p>
    <w:p>
      <w:pPr>
        <w:jc w:val="right"/>
      </w:pPr>
      <w:r>
        <w:t>پوری history میں دیکھیے آپ۔ کبھی بھی مجھے بتائیے کہ خدا کے اوپر کوئی، خدا گلوری آف گاڈ کے اوپر کوئی کتاب لکھی گئی ہے؟</w:t>
      </w:r>
    </w:p>
    <w:p>
      <w:r>
        <w:rPr>
          <w:b/>
        </w:rPr>
        <w:t xml:space="preserve">[27:08] </w:t>
      </w:r>
      <w:r>
        <w:t>kabhi? poori history mein? scientist ne pehli baar kitaab likhi. poori history mein pehli baar scientific community ne glory of God pe kitaabein likhi hain.</w:t>
      </w:r>
    </w:p>
    <w:p>
      <w:pPr>
        <w:jc w:val="right"/>
      </w:pPr>
      <w:r>
        <w:t>کبھی؟ پوری history میں؟ سائنسٹسٹ نے پہلی بار کتاب لکھی۔ پوری history میں پہلی بار scientific community نے گلوری آف گاڈ پہ کتابیں لکھی ہیں۔</w:t>
      </w:r>
    </w:p>
    <w:p>
      <w:r>
        <w:rPr>
          <w:b/>
        </w:rPr>
        <w:t xml:space="preserve">[27:21] </w:t>
      </w:r>
      <w:r>
        <w:t>iske likhi hi nahin gayi kabhi. King par kitaabein likhi gayi hain. bade bade insaan jo hue un par kitaabein likhi gayi hain. general par kitaabein likhi gayi hain.</w:t>
      </w:r>
    </w:p>
    <w:p>
      <w:pPr>
        <w:jc w:val="right"/>
      </w:pPr>
      <w:r>
        <w:t>اس کے لکھی ہی نہیں گئی کبھی۔ King پر کتابیں لکھی گئی ہیں۔ بڑے بڑے انسان جو ہوئے ان پر کتابیں لکھی گئی ہیں۔ جنرل پر کتابیں لکھی گئی ہیں۔</w:t>
      </w:r>
    </w:p>
    <w:p>
      <w:r>
        <w:rPr>
          <w:b/>
        </w:rPr>
        <w:t xml:space="preserve">[27:31] </w:t>
      </w:r>
      <w:r>
        <w:t>Khuda par koi nahin likhi gayi. glory of God par. kyun ke science, science, scientist jo thay unhon ne discover kiya glory of God ko.</w:t>
      </w:r>
    </w:p>
    <w:p>
      <w:pPr>
        <w:jc w:val="right"/>
      </w:pPr>
      <w:r>
        <w:t>خدا پر کوئی نہیں لکھی گئی۔ گلوری آف گاڈ پر۔ کیونکہ سائنس، سائنس، سائنسٹسٹ جو تھے انہوں نے discover کیا گلوری آف گاڈ کو۔</w:t>
      </w:r>
    </w:p>
    <w:p>
      <w:r>
        <w:rPr>
          <w:b/>
        </w:rPr>
        <w:t xml:space="preserve">[27:41] </w:t>
      </w:r>
      <w:r>
        <w:t>tab pata chala unhein ke oof woh itna itna bada Khuda ka jalal hai. itni badi Khuda ki glory hai. yeh chupi hui thi. jaise mein chand aik kitaabon ke naam loon.</w:t>
      </w:r>
    </w:p>
    <w:p>
      <w:pPr>
        <w:jc w:val="right"/>
      </w:pPr>
      <w:r>
        <w:t>تب پتہ چلا انہیں کہ اوف وہ اتنا اتنا بڑا خدا کا جلال ہے۔ اتنی بڑی خدا کی گلوری ہے۔ یہ چھپی ہوئی تھی۔ جیسے میں چند ایک کتابوں کے نام لوں۔</w:t>
      </w:r>
    </w:p>
    <w:p>
      <w:r>
        <w:rPr>
          <w:b/>
        </w:rPr>
        <w:t xml:space="preserve">[27:54] </w:t>
      </w:r>
      <w:r>
        <w:t>dekhiye. aik kitaab hai is ka naam hai "Evidence of God in an Expanding Universe". yeh fifty scientist writer ki kitaab hai yeh.</w:t>
      </w:r>
    </w:p>
    <w:p>
      <w:pPr>
        <w:jc w:val="right"/>
      </w:pPr>
      <w:r>
        <w:t>دیکھیے۔ ایک کتاب ہے اس کا نام ہے "Evidence of God in an Expanding Universe"۔ یہ fifty scientist writer کی کتاب ہے یہ۔</w:t>
      </w:r>
    </w:p>
    <w:p>
      <w:r>
        <w:rPr>
          <w:b/>
        </w:rPr>
        <w:t xml:space="preserve">[28:06] </w:t>
      </w:r>
      <w:r>
        <w:t>fifty scientific writers ki. is mein article hain, fifty articles. "Evidence of God in an Expanding Universe". asal mein yeh kitaab French mein chhapi thi.</w:t>
      </w:r>
    </w:p>
    <w:p>
      <w:pPr>
        <w:jc w:val="right"/>
      </w:pPr>
      <w:r>
        <w:t>fifty scientific writers کی۔ اس میں آرٹیکل ہیں، fifty آرٹیکلز۔ "Evidence of God in an Expanding Universe"۔ اصلًا یہ کتاب فرنچ میں چھپی تھی۔</w:t>
      </w:r>
    </w:p>
    <w:p>
      <w:r>
        <w:rPr>
          <w:b/>
        </w:rPr>
        <w:t xml:space="preserve">[28:17] </w:t>
      </w:r>
      <w:r>
        <w:t>mein ne is ko English mein dekha hai. ab dekhiye kab insaan ko pata tha ke universe expand kar rahi hai? yeh itni badi universe hai aur aur barabar expand kar rahi hai.</w:t>
      </w:r>
    </w:p>
    <w:p>
      <w:pPr>
        <w:jc w:val="right"/>
      </w:pPr>
      <w:r>
        <w:t>میں نے اس کو انگلش میں دیکھا ہے۔ اب دیکھیے کب انسان کو پتہ تھا کہ universe expand کر رہی ہے؟ یہ اتنی بڑی universe ہے اور اور برابر expand کر رہی ہے۔</w:t>
      </w:r>
    </w:p>
    <w:p>
      <w:r>
        <w:rPr>
          <w:b/>
        </w:rPr>
        <w:t xml:space="preserve">[28:30] </w:t>
      </w:r>
      <w:r>
        <w:t>jaise aap balloon mein hawa phoonkein to expand karne lage ga. expand kare ga, expand kare ga woh. to poori universe expand kar rahi hai.</w:t>
      </w:r>
    </w:p>
    <w:p>
      <w:pPr>
        <w:jc w:val="right"/>
      </w:pPr>
      <w:r>
        <w:t>جیسے آپ balloon میں ہوا پھونکیں تو expand کرنے لگے گا۔ expand کرے گا، expand کرے گا وہ۔ تو پوری universe expand کر رہی ہے۔</w:t>
      </w:r>
    </w:p>
    <w:p>
      <w:r>
        <w:rPr>
          <w:b/>
        </w:rPr>
        <w:t xml:space="preserve">[28:41] </w:t>
      </w:r>
      <w:r>
        <w:t>aur kaha jata hai ke taqreeban dedh so saal mein is ki distance double ho jatay hain. ab kitni badi universe hai aur kis tarah se barhti chali ja rahi hai woh.</w:t>
      </w:r>
    </w:p>
    <w:p>
      <w:pPr>
        <w:jc w:val="right"/>
      </w:pPr>
      <w:r>
        <w:t>اور کہا جاتا ہے کہ تقریبًا ڈیڑھ سو سال میں اس کی distance double ہو جاتے ہیں۔ اب کتنی بڑی universe ہے اور کس طرح سے بڑھتی چلی جا رہی ہے وہ۔</w:t>
      </w:r>
    </w:p>
    <w:p>
      <w:r>
        <w:rPr>
          <w:b/>
        </w:rPr>
        <w:t xml:space="preserve">[28:52] </w:t>
      </w:r>
      <w:r>
        <w:t>kaun janta tha is ko? ke universe expand kar rahi hai. to Khuda ki azmat, Khuda ki barhai kitni zyada ho gayi ke itni badi duniya banai ho aur kitni badi space hai is mein phailti chali ja rahi hai.</w:t>
      </w:r>
    </w:p>
    <w:p>
      <w:pPr>
        <w:jc w:val="right"/>
      </w:pPr>
      <w:r>
        <w:t>کون جانتا تھا اس کو؟ کہ universe expand کر رہی ہے۔ تو خدا کی عظمت، خدا کی بڑائی کتنی زیادہ ہو گئی کہ اتنی بڑی دنیا بنائی ہو اور کتنی بڑی space ہے اس میں پھیلتی چلی جا رہی ہے۔</w:t>
      </w:r>
    </w:p>
    <w:p>
      <w:r>
        <w:rPr>
          <w:b/>
        </w:rPr>
        <w:t xml:space="preserve">[29:07] </w:t>
      </w:r>
      <w:r>
        <w:t>aur is ki koi limit nahin aayi abhi tak. to "Evidence of God in an Expanding Universe". unhon ne likha jinhon ne ke yaani is baat ko discover kiya ke kainat jo hai yeh expand kar rahi hai.</w:t>
      </w:r>
    </w:p>
    <w:p>
      <w:pPr>
        <w:jc w:val="right"/>
      </w:pPr>
      <w:r>
        <w:t>اور اس کی کوئی limit نہیں آئی ابھی تک۔ تو "Evidence of God in an Expanding Universe"۔ انہوں نے لکھا جنہوں نے کہ یعنی اس بات کو discover کیا کہ کائنات جو ہے یہ expand کر رہی ہے۔</w:t>
      </w:r>
    </w:p>
    <w:p>
      <w:r>
        <w:rPr>
          <w:b/>
        </w:rPr>
        <w:t xml:space="preserve">[29:23] </w:t>
      </w:r>
      <w:r>
        <w:t>aisi aik kitaab hai.</w:t>
      </w:r>
    </w:p>
    <w:p>
      <w:pPr>
        <w:jc w:val="right"/>
      </w:pPr>
      <w:r>
        <w:t>ایسی ایک کتاب ہے۔</w:t>
      </w:r>
    </w:p>
    <w:p>
      <w:r>
        <w:rPr>
          <w:b/>
        </w:rPr>
        <w:t xml:space="preserve">[29:28] </w:t>
      </w:r>
      <w:r>
        <w:t>woh is ka English naam to hai "Man Does Not Stand Alone". insaan tanha nahin khara ho sakta yaani yaani Khuda ke baghair woh jee nahin sakta duniya mein.</w:t>
      </w:r>
    </w:p>
    <w:p>
      <w:pPr>
        <w:jc w:val="right"/>
      </w:pPr>
      <w:r>
        <w:t>وہ اس کا انگلش نام تو ہے "Man Does Not Stand Alone"۔ انسان تنہا نہیں کھڑا ہو سکتا یعنی یعنی خدا کے بغیر وہ جی نہیں سکتا دنیا میں۔</w:t>
      </w:r>
    </w:p>
    <w:p>
      <w:r>
        <w:rPr>
          <w:b/>
        </w:rPr>
        <w:t xml:space="preserve">[29:44] </w:t>
      </w:r>
      <w:r>
        <w:t>"Man Does Not Stand Alone". is ka zyada yaani meaningful title diya gaya hai is ke Arabic translation mein. is kitaab ka Arabic translation hua hai.</w:t>
      </w:r>
    </w:p>
    <w:p>
      <w:pPr>
        <w:jc w:val="right"/>
      </w:pPr>
      <w:r>
        <w:t>"Man Does Not Stand Alone"۔ اس کا زیادہ یعنی meaningful ٹائٹل دیا گیا ہے اس کے عربک translation میں۔ اس کتاب کا عربک translation ہوا ہے۔</w:t>
      </w:r>
    </w:p>
    <w:p>
      <w:r>
        <w:rPr>
          <w:b/>
        </w:rPr>
        <w:t xml:space="preserve">[29:54] </w:t>
      </w:r>
      <w:r>
        <w:t>is ka title hai "Allah Yetajalla Fi Asri Lil'lm". "Allah Yetajalla Fi Asri Lil'lm".</w:t>
      </w:r>
    </w:p>
    <w:p>
      <w:pPr>
        <w:jc w:val="right"/>
      </w:pPr>
      <w:r>
        <w:t>اس کا ٹائٹل ہے "Allah Yetajalla Fi Asri Lil'lm"۔ "Allah Yetajalla Fi Asri Lil'lm"۔</w:t>
      </w:r>
    </w:p>
    <w:p>
      <w:r>
        <w:rPr>
          <w:b/>
        </w:rPr>
        <w:t xml:space="preserve">[30:03] </w:t>
      </w:r>
      <w:r>
        <w:t>is ka matlab yeh hua ke yaani "Modern Science Reveals The Glory of God". yeh Corrie ten Boom ki kitaab hai aik American scientist ki.</w:t>
      </w:r>
    </w:p>
    <w:p>
      <w:pPr>
        <w:jc w:val="right"/>
      </w:pPr>
      <w:r>
        <w:t>اس کا مطلب یہ ہوا کہ یعنی "Modern Science Reveals The Glory of God"۔ یہ کرسی وارسن کی کتاب ہے ایک امریکن سائنسٹسٹ کی۔</w:t>
      </w:r>
    </w:p>
    <w:p>
      <w:r>
        <w:rPr>
          <w:b/>
        </w:rPr>
        <w:t xml:space="preserve">[30:16] </w:t>
      </w:r>
      <w:r>
        <w:t>"Modern Science Reveals The Glory of God". kab kisi ne aisi kitaabein likhi theen? scientist logon ne pehli baar aisi kitaabein likhi hain kyun ke unhon ne glory of God ko discover kiya.</w:t>
      </w:r>
    </w:p>
    <w:p>
      <w:pPr>
        <w:jc w:val="right"/>
      </w:pPr>
      <w:r>
        <w:t>"Modern Science Reveals The Glory of God"۔ کب کسی نے ایسی کتابیں لکھی تھیں؟ سائنسٹسٹ لوگوں نے پہلی بار ایسی کتابیں لکھی ہیں کیونکہ انہوں نے گلوری آف گاڈ کو discover کیا۔</w:t>
      </w:r>
    </w:p>
    <w:p>
      <w:r>
        <w:rPr>
          <w:b/>
        </w:rPr>
        <w:t xml:space="preserve">[30:28] </w:t>
      </w:r>
      <w:r>
        <w:t>jo ke is hidden halat mein pari hui thi. mein ne jo kitaab likhi hai isi subject par to is ka Arabic translation chhapa hai "Al Usama Tahda" ke naam se.</w:t>
      </w:r>
    </w:p>
    <w:p>
      <w:pPr>
        <w:jc w:val="right"/>
      </w:pPr>
      <w:r>
        <w:t>جو کہ اس hidden حالت میں پڑی ہوئی تھی۔ میں نے جو کتاب لکھی ہے اسی سبجیکٹ پر تو اس کا عربک translation چھپا ہے "الاسامہ تحدہ" کے نام سے۔</w:t>
      </w:r>
    </w:p>
    <w:p>
      <w:r>
        <w:rPr>
          <w:b/>
        </w:rPr>
        <w:t xml:space="preserve">[30:41] </w:t>
      </w:r>
      <w:r>
        <w:t>to aik sheikh ne jo un ka naam tha sheikh yaani Misr, Egypt ke aik sheikh thay, bohat bade scholar.</w:t>
      </w:r>
    </w:p>
    <w:p>
      <w:pPr>
        <w:jc w:val="right"/>
      </w:pPr>
      <w:r>
        <w:t>تو ایک شیخ نے جو ان کا نام تھا شیخ یعنی مصر، Egypt کے ایک شیخ تھے، بہت بڑے scholar۔</w:t>
      </w:r>
    </w:p>
    <w:p>
      <w:r>
        <w:rPr>
          <w:b/>
        </w:rPr>
        <w:t xml:space="preserve">[30:50] </w:t>
      </w:r>
      <w:r>
        <w:t>to is ka second title ya subtitle unhon ne banaya tha "Madkhal Ilmi Lil'iman". yaani</w:t>
      </w:r>
    </w:p>
    <w:p>
      <w:pPr>
        <w:jc w:val="right"/>
      </w:pPr>
      <w:r>
        <w:t>تو اس کا سیکنڈ ٹائٹل یا سب ٹائٹل انہوں نے بنایا تھا "مدخل العلمی للایمان"۔ یعنی</w:t>
      </w:r>
    </w:p>
    <w:p>
      <w:r>
        <w:rPr>
          <w:b/>
        </w:rPr>
        <w:t xml:space="preserve">[31:01] </w:t>
      </w:r>
      <w:r>
        <w:t>"Scientific Door". "Scientific Door to the Entry into God". God tak pohanchne ka scientific darwaza.</w:t>
      </w:r>
    </w:p>
    <w:p>
      <w:pPr>
        <w:jc w:val="right"/>
      </w:pPr>
      <w:r>
        <w:t>"Scientific Door"۔ "Scientific Door to the Entry into God"۔ گاڈ تک پہنچنے کا سائنٹیفک دروازہ۔</w:t>
      </w:r>
    </w:p>
    <w:p>
      <w:r>
        <w:rPr>
          <w:b/>
        </w:rPr>
        <w:t xml:space="preserve">[31:14] </w:t>
      </w:r>
      <w:r>
        <w:t>yeh kab hua tha is se pehle?</w:t>
      </w:r>
    </w:p>
    <w:p>
      <w:pPr>
        <w:jc w:val="right"/>
      </w:pPr>
      <w:r>
        <w:t>یہ کب ہوا تھا اس سے پہلے؟</w:t>
      </w:r>
    </w:p>
    <w:p>
      <w:r>
        <w:rPr>
          <w:b/>
        </w:rPr>
        <w:t xml:space="preserve">[31:19] </w:t>
      </w:r>
      <w:r>
        <w:t>abbasi period mein bohat se log paida hue jinho ne khuda ko subject banaya. lekin jante hain kya un ka subject hota tha? ke khuda ka hath hai to woh kaisa hath hai?</w:t>
      </w:r>
    </w:p>
    <w:p>
      <w:pPr>
        <w:jc w:val="right"/>
      </w:pPr>
      <w:r>
        <w:t>عباسی پیریڈ میں بہت سے لوگ پیدا ہوئے جنہوں نے خدا کو سبجیکٹ بنایا۔ لیکن جانتے ہیں کیا ان کا سبجیکٹ ہوتا تھا؟ کہ خدا کا ہاتھ ہے تو وہ کیسا ہاتھ ہے؟</w:t>
      </w:r>
    </w:p>
    <w:p>
      <w:r>
        <w:rPr>
          <w:b/>
        </w:rPr>
        <w:t xml:space="preserve">[31:28] </w:t>
      </w:r>
      <w:r>
        <w:t>aisa hath hai, kisi aur dhang ka hath hai. woh woh apne throne par baitha hua hai to jaise hum baithte hain waise kisi aur dhang par baitha hua hai woh. yeh koi stupid bahas hai.</w:t>
      </w:r>
    </w:p>
    <w:p>
      <w:pPr>
        <w:jc w:val="right"/>
      </w:pPr>
      <w:r>
        <w:t>ایسا ہاتھ ہے، کسی اور ڈھنگ کا ہاتھ ہے۔ وہ وہ اپنے throne پر بیٹھا ہوا ہے تو جیسے ہم بیٹھتے ہیں ویسے کسی اور ڈھنگ پر بیٹھا ہوا ہے وہ۔ یہ کوئی stupid بحث ہے۔</w:t>
      </w:r>
    </w:p>
    <w:p>
      <w:r>
        <w:rPr>
          <w:b/>
        </w:rPr>
        <w:t xml:space="preserve">[31:38] </w:t>
      </w:r>
      <w:r>
        <w:t>stupid type. kyun? in ko framework nahi maloom tha woh scientific framework. jis mein khuda ki glory ko samajh saken. yeh pehli bar scientific community ne is is is woh cheez diya jis ko mein keh raha hoon scientific framework.</w:t>
      </w:r>
    </w:p>
    <w:p>
      <w:pPr>
        <w:jc w:val="right"/>
      </w:pPr>
      <w:r>
        <w:t>stupid type۔ کیوں؟ ان کو فریم ورک نہیں معلوم تھا وہ سائنٹیفک فریم ورک۔ جس میں خدا کی گلوری کو سمجھ سکیں۔ یہ پہلی بار سائنٹیفک community میں نے اس اس اس وہ چیز دیا جس کو میں کہہ رہا ہوں سائنٹیفک فریم ورک۔</w:t>
      </w:r>
    </w:p>
    <w:p>
      <w:r>
        <w:rPr>
          <w:b/>
        </w:rPr>
        <w:t xml:space="preserve">[31:56] </w:t>
      </w:r>
      <w:r>
        <w:t>tab hum samajh paye khuda ki glory ko. isi liye aisa hua ke poori history mein insan jo hai khuda ko barhai ka darja na de saka.</w:t>
      </w:r>
    </w:p>
    <w:p>
      <w:pPr>
        <w:jc w:val="right"/>
      </w:pPr>
      <w:r>
        <w:t>تب ہم سمجھ پائے خدا کی گلوری کو۔ اسی لیے ایسا ہوا کہ پوری history میں انسان جو ہے خدا کو بڑائی کا درجہ نہ دے سکا۔</w:t>
      </w:r>
    </w:p>
    <w:p>
      <w:r>
        <w:rPr>
          <w:b/>
        </w:rPr>
        <w:t xml:space="preserve">[32:08] </w:t>
      </w:r>
      <w:r>
        <w:t>insanon ko barhai ka darja deta raha.</w:t>
      </w:r>
    </w:p>
    <w:p>
      <w:pPr>
        <w:jc w:val="right"/>
      </w:pPr>
      <w:r>
        <w:t>انسانوں کو بڑائی کا درجہ دیتا رہا۔</w:t>
      </w:r>
    </w:p>
    <w:p>
      <w:r>
        <w:rPr>
          <w:b/>
        </w:rPr>
        <w:t xml:space="preserve">[32:13] </w:t>
      </w:r>
      <w:r>
        <w:t>yahan tak ke musalman bhi ab bhi barhai ke darje diye hue hain muhammad ko, khuda ko nahi. aap jab chahen dekh lijiye kisi musalmanon ki majlis mein, un ke jalsay mein.</w:t>
      </w:r>
    </w:p>
    <w:p>
      <w:pPr>
        <w:jc w:val="right"/>
      </w:pPr>
      <w:r>
        <w:t>یہاں تک کہ مسلمان بھی اب بھی بڑائی کے درجے دیے ہوئے ہیں محمد کو، خدا کو نہیں۔ آپ جب چاہیں دیکھ لیجیے کسی مسلمانوں کی مجلس میں، ان کے جلسے میں۔</w:t>
      </w:r>
    </w:p>
    <w:p>
      <w:r>
        <w:rPr>
          <w:b/>
        </w:rPr>
        <w:t xml:space="preserve">[32:25] </w:t>
      </w:r>
      <w:r>
        <w:t>un ke barhon ke charche rahen ge. khuda ka charcha nahi rahe ga. hamare hazrat aise the, hamare hazrat waise the. yani har majlis mein musalmanon ki, har jalsay mein, jahan bhi jaiye un ke jo insani bare hain is ke charche sunen ge aap un se.</w:t>
      </w:r>
    </w:p>
    <w:p>
      <w:pPr>
        <w:jc w:val="right"/>
      </w:pPr>
      <w:r>
        <w:t>ان کے بڑوں کے چرچے رہیں گے۔ خدا کا چرچہ نہیں رہے گا۔ ہمارے حضرت ایسے تھے، ہمارے حضرت ویسے تھے۔ یعنی ہر مجلس میں مسلمانوں کی، ہر جلسے میں، جہاں بھی جائیے ان کے جو انسانی بڑے ہیں اس کے چرچے سنیں گے آپ ان سے۔</w:t>
      </w:r>
    </w:p>
    <w:p>
      <w:r>
        <w:rPr>
          <w:b/>
        </w:rPr>
        <w:t xml:space="preserve">[32:42] </w:t>
      </w:r>
      <w:r>
        <w:t>khuda ka charcha nahi hoga. mein ne khud kai bar is ka tajurba kiya hai ke musalmanon ki majlis mein baith kar jab mein khuda ka charcha karta hoon to log thora sa disgust ho jate hain.</w:t>
      </w:r>
    </w:p>
    <w:p>
      <w:pPr>
        <w:jc w:val="right"/>
      </w:pPr>
      <w:r>
        <w:t>خدا کا چرچہ نہیں ہوگا۔ میں نے خود کئی بار اس کا تجربہ کیا ہے کہ مسلمانوں کی مجلس میں بیٹھ کر جب میں خدا کا چرچہ کرتا ہوں تو لوگ تھوڑا سا disgust ہو جاتے ہیں۔</w:t>
      </w:r>
    </w:p>
    <w:p>
      <w:r>
        <w:rPr>
          <w:b/>
        </w:rPr>
        <w:t xml:space="preserve">[32:55] </w:t>
      </w:r>
      <w:r>
        <w:t>woh samajh nahi pate ke khuda ka charcha karna koi meaningful baat hai. aap ne bare ko charcha kiya ya un ka tha?</w:t>
      </w:r>
    </w:p>
    <w:p>
      <w:pPr>
        <w:jc w:val="right"/>
      </w:pPr>
      <w:r>
        <w:t>وہ سمجھ نہیں پاتے کہ خدا کا چرچہ کرنا کوئی meaningful بات ہے۔ آپ نے بڑے کو چرچہ کیا یا ان کا تھا؟</w:t>
      </w:r>
    </w:p>
    <w:p>
      <w:r>
        <w:rPr>
          <w:b/>
        </w:rPr>
        <w:t xml:space="preserve">[33:03] </w:t>
      </w:r>
      <w:r>
        <w:t>woh bohat khush ho jate hain woh. hamare hazrat aise the, hamare hazrat waise the. abhi kal mere pas telephone aya pakistan se. kal ki baat hai.</w:t>
      </w:r>
    </w:p>
    <w:p>
      <w:pPr>
        <w:jc w:val="right"/>
      </w:pPr>
      <w:r>
        <w:t>وہ بہت خوش ہو جاتے ہیں وہ۔ ہمارے حضرت ایسے تھے، ہمارے حضرت ویسے تھے۔ ابھی کل میرے پاس ٹیلی فون آیا پاکستان سے۔ کل کی بات ہے۔</w:t>
      </w:r>
    </w:p>
    <w:p>
      <w:r>
        <w:rPr>
          <w:b/>
        </w:rPr>
        <w:t xml:space="preserve">[33:13] </w:t>
      </w:r>
      <w:r>
        <w:t>kya aap janab par tanqeed karte hain? janab par criticize karte hain? aap iqbal par criticize karte hain? kehte hain bare log the woh.</w:t>
      </w:r>
    </w:p>
    <w:p>
      <w:pPr>
        <w:jc w:val="right"/>
      </w:pPr>
      <w:r>
        <w:t>کیا آپ جناب پر تنقید کرتے ہیں؟ جناب پر criticize کرتے ہیں؟ آپ اقبال پر criticize کرتے ہیں؟ کہتے ہیں بڑے لوگ تھے وہ۔</w:t>
      </w:r>
    </w:p>
    <w:p>
      <w:r>
        <w:rPr>
          <w:b/>
        </w:rPr>
        <w:t xml:space="preserve">[33:24] </w:t>
      </w:r>
      <w:r>
        <w:t>yani khuda par criticism roza na ho raha hai. tab un ko koi pareshani nahi hai. aisi kitaben chhap rahi hain jin ka title hota hai "God Is Dead".</w:t>
      </w:r>
    </w:p>
    <w:p>
      <w:pPr>
        <w:jc w:val="right"/>
      </w:pPr>
      <w:r>
        <w:t>یعنی خدا پر criticism روزہ نہ ہو رہا ہے۔ تب ان کو کوئی پریشانی نہیں ہے۔ ایسی کتابیں چھپ رہی ہیں جن کا ٹائٹل ہوتا ہے "God Is Dead"۔</w:t>
      </w:r>
    </w:p>
    <w:p>
      <w:r>
        <w:rPr>
          <w:b/>
        </w:rPr>
        <w:t xml:space="preserve">[33:35] </w:t>
      </w:r>
      <w:r>
        <w:t>koi pareshani un ko nahi hai. agar aap mr. janab par criticize kar den, iqbal par criticize kar den, abdullah modi par criticize kar den, syed qutb par criticize kar den to bhadakte hain woh.</w:t>
      </w:r>
    </w:p>
    <w:p>
      <w:pPr>
        <w:jc w:val="right"/>
      </w:pPr>
      <w:r>
        <w:t>کوئی پریشانی ان کو نہیں ہے۔ اگر آپ مسٹر جناب پر criticize کر دیں، اقبال پر criticize کر دیں، عبداللہ مودی پر criticize کر دیں، سید قطب پر criticize کر دیں تو بھڑکتے ہیں وہ۔</w:t>
      </w:r>
    </w:p>
    <w:p>
      <w:r>
        <w:rPr>
          <w:b/>
        </w:rPr>
        <w:t xml:space="preserve">[33:52] </w:t>
      </w:r>
      <w:r>
        <w:t>ek india mein do sahaba ne paida hue un ko shaheedain kaha jata hai. syed ahmed shaheed aur syed ahmed brelvi.</w:t>
      </w:r>
    </w:p>
    <w:p>
      <w:pPr>
        <w:jc w:val="right"/>
      </w:pPr>
      <w:r>
        <w:t>ایک انڈیا میں دو صحابہ نے پیدا ہوئے ان کو شہیدین کہا جاتا ہے۔ سید احمد شہید اور سید احمد بریلوی۔</w:t>
      </w:r>
    </w:p>
    <w:p>
      <w:r>
        <w:rPr>
          <w:b/>
        </w:rPr>
        <w:t xml:space="preserve">[34:02] </w:t>
      </w:r>
      <w:r>
        <w:t>un ko shaheedain kehte hain. do shaheed hone wale. agar yeh maharajah ranjit singh ke khilaf lad kar ke woh woh balakot mein woh woh khatam ho gaye the to un ko shaheedain kaha jata hai.</w:t>
      </w:r>
    </w:p>
    <w:p>
      <w:pPr>
        <w:jc w:val="right"/>
      </w:pPr>
      <w:r>
        <w:t>ان کو شہیدین کہتے ہیں۔ دو شہید ہونے والے۔ اگر یہ مہاراجہ رنجیت سنگھ کے خلاف لڑ کر کے وہ وہ بالاکوٹ میں وہ وہ ختم ہو گئے تھے تو ان کو شہیدین کہا جاتا ہے۔</w:t>
      </w:r>
    </w:p>
    <w:p>
      <w:r>
        <w:rPr>
          <w:b/>
        </w:rPr>
        <w:t xml:space="preserve">[34:16] </w:t>
      </w:r>
      <w:r>
        <w:t>mominon par tanqeed, criticize kiya hai ke khwamkhwah ja ke lad gaye. yani un ka poora jo woh khud aur un ke jo sathi the sab ke sab balakot mein khatam ho gaye.</w:t>
      </w:r>
    </w:p>
    <w:p>
      <w:pPr>
        <w:jc w:val="right"/>
      </w:pPr>
      <w:r>
        <w:t>مومنوں پر تنقید، criticize کیا ہے کہ خوامخواہ جا کے لڑ گئے۔ یعنی ان کا پورا جو وہ خود اور ان کے جو ساتھی تھے سب کے سب بالاکوٹ میں ختم ہو گئے۔</w:t>
      </w:r>
    </w:p>
    <w:p>
      <w:r>
        <w:rPr>
          <w:b/>
        </w:rPr>
        <w:t xml:space="preserve">[34:26] </w:t>
      </w:r>
      <w:r>
        <w:t>to mein ne kaha yeh koi kaam tha? kya islam sikhata hai ke bas apne ko apne aap ko khatam kar dalo? yeh kon sa islam hai? kuch bhi gain nahi kiya unhon ne.</w:t>
      </w:r>
    </w:p>
    <w:p>
      <w:pPr>
        <w:jc w:val="right"/>
      </w:pPr>
      <w:r>
        <w:t>تو میں نے کہا یہ کوئی کام تھا؟ کیا اسلام سکھاتا ہے کہ بس اپنے کو اپنے آپ کو ختم کر ڈالو؟ یہ کون سا اسلام ہے؟ کچھ بھی gain نہیں کیا انہوں نے۔</w:t>
      </w:r>
    </w:p>
    <w:p>
      <w:r>
        <w:rPr>
          <w:b/>
        </w:rPr>
        <w:t xml:space="preserve">[34:38] </w:t>
      </w:r>
      <w:r>
        <w:t>kuch bhi gain nahi kiya unhon ne. aap jante hain raja maharajah ranjit singh jo tha us ki us ki us ka jo rule tha woh sirf punjab par tak nahi tha bohat bara tha us ka.</w:t>
      </w:r>
    </w:p>
    <w:p>
      <w:pPr>
        <w:jc w:val="right"/>
      </w:pPr>
      <w:r>
        <w:t>کچھ بھی gain نہیں کیا انہوں نے۔ آپ جانتے ہیں راجہ مہاراجہ رنجیت سنگھ جو تھا اس کی اس کی اس کا جو rule تھا وہ صرف پنجاب پر تک نہیں تھا بہت بڑا تھا اس کا۔</w:t>
      </w:r>
    </w:p>
    <w:p>
      <w:r>
        <w:rPr>
          <w:b/>
        </w:rPr>
        <w:t xml:space="preserve">[34:54] </w:t>
      </w:r>
      <w:r>
        <w:t>us zamane mein us ne napoleon ke jo military hua karti thi us ki retired generalon ko bulaya tha. un se apni fauj ko train kiya tha.</w:t>
      </w:r>
    </w:p>
    <w:p>
      <w:pPr>
        <w:jc w:val="right"/>
      </w:pPr>
      <w:r>
        <w:t>اس زمانے میں اس نے Napoleon کے جو military ہوا کرتی تھی اس کی ریٹائرڈ جنرلوں کو بلایا تھا۔ ان سے اپنی فوج کو train کیا تھا۔</w:t>
      </w:r>
    </w:p>
    <w:p>
      <w:r>
        <w:rPr>
          <w:b/>
        </w:rPr>
        <w:t xml:space="preserve">[35:04] </w:t>
      </w:r>
      <w:r>
        <w:t>us ke pas top khana tha. us se ladne ke liye woh pahunch gaye. bilkul untrained logon ko le kar ke. sab khatam ho gaye. to mein ne is par likha.</w:t>
      </w:r>
    </w:p>
    <w:p>
      <w:pPr>
        <w:jc w:val="right"/>
      </w:pPr>
      <w:r>
        <w:t>اس کے پاس توپ خانہ تھا۔ اس سے لڑنے کے لیے وہ پہنچ گئے۔ بالکل untrained لوگوں کو لے کر کے۔ سب ختم ہو گئے۔ تو میں نے اس پر لکھا۔</w:t>
      </w:r>
    </w:p>
    <w:p>
      <w:r>
        <w:rPr>
          <w:b/>
        </w:rPr>
        <w:t xml:space="preserve">[35:14] </w:t>
      </w:r>
      <w:r>
        <w:t>ab bohat ghussa hai logon se. acha aap shaheedain par qalam uthate hain?</w:t>
      </w:r>
    </w:p>
    <w:p>
      <w:pPr>
        <w:jc w:val="right"/>
      </w:pPr>
      <w:r>
        <w:t>اب بہت غصہ ہے لوگوں سے۔ اچھا آپ شہیدین پر قلم اٹھاتے ہیں؟</w:t>
      </w:r>
    </w:p>
    <w:p>
      <w:r>
        <w:rPr>
          <w:b/>
        </w:rPr>
        <w:t xml:space="preserve">[35:21] </w:t>
      </w:r>
      <w:r>
        <w:t>to isi dunya mein aaj har aadmi khuda ke khilaf bolay is article mein mislan yeh ke khuda jo hai stupid logon ka subject hai.</w:t>
      </w:r>
    </w:p>
    <w:p>
      <w:pPr>
        <w:jc w:val="right"/>
      </w:pPr>
      <w:r>
        <w:t>تو اسی دنیا میں آج ہر آدمی خدا کے خلاف بولے اس آرٹیکل میں مثلاً یہ کہ خدا جو ہے stupid لوگوں کا سبجیکٹ ہے۔</w:t>
      </w:r>
    </w:p>
    <w:p>
      <w:r>
        <w:rPr>
          <w:b/>
        </w:rPr>
        <w:t xml:space="preserve">[35:32] </w:t>
      </w:r>
      <w:r>
        <w:t>intelligent logon ka subject hai, atheism hai. is se bhi dekhiye aap. yeh koi bharkaye ga nahi. is par koi jalsa nahi hoga. koi bhadakne wala is par nahi hai.</w:t>
      </w:r>
    </w:p>
    <w:p>
      <w:pPr>
        <w:jc w:val="right"/>
      </w:pPr>
      <w:r>
        <w:t>intelligent لوگوں کا سبجیکٹ ہے، atheism ہے۔ اس سے بھی دیکھیے آپ۔ یہ کوئی بھڑکائے گا نہیں۔ اس پر کوئی جلسہ نہیں ہوگا۔ کوئی بھڑکنے والا اس پر نہیں ہے۔</w:t>
      </w:r>
    </w:p>
    <w:p>
      <w:r>
        <w:rPr>
          <w:b/>
        </w:rPr>
        <w:t xml:space="preserve">[35:43] </w:t>
      </w:r>
      <w:r>
        <w:t>kisi ajib baat hai yeh keh raha hai ke khuda ka subject to stupid logon ka subject hai. aur jo intelligent log hote hain un ka subject atheism hai.</w:t>
      </w:r>
    </w:p>
    <w:p>
      <w:pPr>
        <w:jc w:val="right"/>
      </w:pPr>
      <w:r>
        <w:t>کیسی عجیب بات ہے یہ کہہ رہا ہے کہ خدا کا سبجیکٹ تو stupid لوگوں کا سبجیکٹ ہے۔ اور جو intelligent لوگ ہوتے ہیں ان کا سبجیکٹ atheism ہے۔</w:t>
      </w:r>
    </w:p>
    <w:p>
      <w:r>
        <w:rPr>
          <w:b/>
        </w:rPr>
        <w:t xml:space="preserve">[35:53] </w:t>
      </w:r>
      <w:r>
        <w:t>kitni bari baat hai bataiye. koi ek musalman dunya mein nahi bhadakne wala hai is par. jabke doosre subjects par jo rasool Allah se related hote hain rozana bhadakte hain log.</w:t>
      </w:r>
    </w:p>
    <w:p>
      <w:pPr>
        <w:jc w:val="right"/>
      </w:pPr>
      <w:r>
        <w:t>کتنی بڑی بات ہے بتائیے۔ کوئی ایک مسلمان دنیا میں نہیں بھڑکنے والا ہے اس پر۔ جبکہ دوسرے سبجیکٹس پر جو رسول اللہ سے related ہوتے ہیں روزانہ بھڑکتے ہیں لوگ۔</w:t>
      </w:r>
    </w:p>
    <w:p>
      <w:r>
        <w:rPr>
          <w:b/>
        </w:rPr>
        <w:t xml:space="preserve">[36:04] </w:t>
      </w:r>
      <w:r>
        <w:t>aaj bhi maine suna ke haiderabad mein isi qism ka ek jalsa ho raha hai. to yeh sochne ki baat hai aisa kyun ho raha hai? iski wajah yeh thi ke abhi abhi yeh musalman pre-scientific age mein jee rahe hain.</w:t>
      </w:r>
    </w:p>
    <w:p>
      <w:pPr>
        <w:jc w:val="right"/>
      </w:pPr>
      <w:r>
        <w:t>آج بھی میں نے سنا کہ حیدرآباد میں اسی قسم کا ایک جلسہ ہو رہا ہے۔ تو یہ سوچنے کی بات ہے ایسا کیوں ہو رہا ہے؟ اس کی وجہ یہ تھی کہ ابھی ابھی یہ مسلمان pre-scientific age میں جی رہے ہیں۔</w:t>
      </w:r>
    </w:p>
    <w:p>
      <w:r>
        <w:rPr>
          <w:b/>
        </w:rPr>
        <w:t xml:space="preserve">[36:19] </w:t>
      </w:r>
      <w:r>
        <w:t>abhi unhein pata nahi ke science ne khuda ki glory jo hai ek is tarah discover kar ke bata diya hai logon ko. tab bhi unhein pata nahi. unke paas historical framework hai.</w:t>
      </w:r>
    </w:p>
    <w:p>
      <w:pPr>
        <w:jc w:val="right"/>
      </w:pPr>
      <w:r>
        <w:t>ابھی انہیں پتہ نہیں کہ سائنس نے خدا کی گلوری جو ہے ایک اس طرح discover کر کے بتا دیا ہے لوگوں کو۔ تب بھی انہیں پتہ نہیں۔ ان کے پاس historical framework ہے۔</w:t>
      </w:r>
    </w:p>
    <w:p>
      <w:r>
        <w:rPr>
          <w:b/>
        </w:rPr>
        <w:t xml:space="preserve">[36:29] </w:t>
      </w:r>
      <w:r>
        <w:t>scientific framework abhi bhi unke paas nahi hai. poori history mein insan ke paas scientific framework nahi tha. to woh khuda ko underestimate karte rahe.</w:t>
      </w:r>
    </w:p>
    <w:p>
      <w:pPr>
        <w:jc w:val="right"/>
      </w:pPr>
      <w:r>
        <w:t>scientific framework ابھی بھی ان کے پاس نہیں ہے۔ پوری history میں انسان کے پاس scientific framework نہیں تھا۔ تو وہ خدا کو underestimate کرتے رہے۔</w:t>
      </w:r>
    </w:p>
    <w:p>
      <w:r>
        <w:rPr>
          <w:b/>
        </w:rPr>
        <w:t xml:space="preserve">[36:44] </w:t>
      </w:r>
      <w:r>
        <w:t>aur aur musalmanon ke paas abhi bhi nahi hai scientific framework. sirf historical framework hai bas. jismein unko lagta hai ke hamare bade bade bade kaam kiye hain in logon ne.</w:t>
      </w:r>
    </w:p>
    <w:p>
      <w:pPr>
        <w:jc w:val="right"/>
      </w:pPr>
      <w:r>
        <w:t>اور اور مسلمانوں کے پاس ابھی بھی نہیں ہے scientific framework۔ صرف historical framework ہے بس۔ جس میں ان کو لگتا ہے کہ ہمارے بڑے بڑے بڑے کام کیے ہیں ان لوگوں نے۔</w:t>
      </w:r>
    </w:p>
    <w:p>
      <w:r>
        <w:rPr>
          <w:b/>
        </w:rPr>
        <w:t xml:space="preserve">[36:54] </w:t>
      </w:r>
      <w:r>
        <w:t>to isi inhi ko le kar ke charcha karte hain.</w:t>
      </w:r>
    </w:p>
    <w:p>
      <w:pPr>
        <w:jc w:val="right"/>
      </w:pPr>
      <w:r>
        <w:t>تو اسی انہی کو لے کر کے چرچہ کرتے ہیں۔</w:t>
      </w:r>
    </w:p>
    <w:p>
      <w:r>
        <w:rPr>
          <w:b/>
        </w:rPr>
        <w:t xml:space="preserve">[36:59] </w:t>
      </w:r>
      <w:r>
        <w:t>to yeh dekhiye main ek baat arz karunga ke main kal yeh soch raha tha inhi baaton ko le kar ke quran ki ek ayat par woh ayat hai ke fihi zikrukum humne quran utara hai aur usmein tumhara zikr hai.</w:t>
      </w:r>
    </w:p>
    <w:p>
      <w:pPr>
        <w:jc w:val="right"/>
      </w:pPr>
      <w:r>
        <w:t>تو یہ دیکھیے میں ایک بات عرض کروں گا کہ میں کل یہ سوچ رہا تھا انہی باتوں کو لے کر کے قرآن کی ایک آیت پر وہ آیت ہے کہ فیہ ذکرکم ہم نے قرآن اتارا ہے اور اس میں تمہارا ذکر ہے۔</w:t>
      </w:r>
    </w:p>
    <w:p>
      <w:r>
        <w:rPr>
          <w:b/>
        </w:rPr>
        <w:t xml:space="preserve">[37:22] </w:t>
      </w:r>
      <w:r>
        <w:t>to yaani ismein tumko humne mention kiya hai. baat ka reference iske andar hai. to mujhe yaad aaya ke ek buzurg the ghaliban tabi the woh to unhone quran ko padhna shuru kiya yeh janne ke liye ke hamara zikr kahan hai?</w:t>
      </w:r>
    </w:p>
    <w:p>
      <w:pPr>
        <w:jc w:val="right"/>
      </w:pPr>
      <w:r>
        <w:t>تو یعنی اس میں تم کو ہم نے mention کیا ہے۔ بات کا reference اس کے اندر ہے۔ تو مجھے یاد آیا کہ ایک بزرگ تھے غالباً تابعی تھے وہ تو انہوں نے قرآن کو پڑھنا شروع کیا یہ جاننے کے لیے کہ ہمارا ذکر کہاں ہے؟</w:t>
      </w:r>
    </w:p>
    <w:p>
      <w:r>
        <w:rPr>
          <w:b/>
        </w:rPr>
        <w:t xml:space="preserve">[37:40] </w:t>
      </w:r>
      <w:r>
        <w:t>mera zikr kahan hai apna? main kahan mention kiya gaya hoon quran mein?</w:t>
      </w:r>
    </w:p>
    <w:p>
      <w:pPr>
        <w:jc w:val="right"/>
      </w:pPr>
      <w:r>
        <w:t>میرا ذکر کہاں ہے اپنا؟ میں کہاں mention کیا گیا ہوں قرآن میں؟</w:t>
      </w:r>
    </w:p>
    <w:p>
      <w:r>
        <w:rPr>
          <w:b/>
        </w:rPr>
        <w:t xml:space="preserve">[37:49] </w:t>
      </w:r>
      <w:r>
        <w:t>to is par isko le kar ke unhone poora quran padha. to ek ayat par thehre woh. yeh hai jahan mujhko mention kiya hai khuda ne.</w:t>
      </w:r>
    </w:p>
    <w:p>
      <w:pPr>
        <w:jc w:val="right"/>
      </w:pPr>
      <w:r>
        <w:t>تو اس پر اس کو لے کر کے انہوں نے پورا قرآن پڑھا۔ تو ایک آیت پر ٹھہرے وہ۔ یہ ہے جہاں مجھ کو mention کیا ہے خدا نے۔</w:t>
      </w:r>
    </w:p>
    <w:p>
      <w:r>
        <w:rPr>
          <w:b/>
        </w:rPr>
        <w:t xml:space="preserve">[38:00] </w:t>
      </w:r>
      <w:r>
        <w:t>to dekhiye quran mein ek to yaani general baatein hain jo sab ke liye hain. lekin ek insan aisa log karte the pehle ke apna special reference dhoondhte the quran majeed mein ke mera quran mein kahan hai?</w:t>
      </w:r>
    </w:p>
    <w:p>
      <w:pPr>
        <w:jc w:val="right"/>
      </w:pPr>
      <w:r>
        <w:t>تو دیکھیے قرآن میں ایک تو یعنی جنرل باتیں ہیں جو سب کے لیے ہیں۔ لیکن ایک انسان ایسا لوگ کرتے تھے پہلے کہ اپنا special reference ڈھونڈتے تھے قرآن مجید میں کہ میرا قرآن میں کہاں ہے؟</w:t>
      </w:r>
    </w:p>
    <w:p>
      <w:r>
        <w:rPr>
          <w:b/>
        </w:rPr>
        <w:t xml:space="preserve">[38:18] </w:t>
      </w:r>
      <w:r>
        <w:t>yaani kaise main janoon ke mera role kya hai? quran kya batata hai mere role ko? isko le kar main sochne laga ke hamari jo team hai khuda ke fazl se yeh isse meri murad yeh nahi ke yahan chand log baithe hue hain.</w:t>
      </w:r>
    </w:p>
    <w:p>
      <w:pPr>
        <w:jc w:val="right"/>
      </w:pPr>
      <w:r>
        <w:t>یعنی کیسے میں جانوں کہ میرا role کیا ہے؟ قرآن کیا بتاتا ہے میرے role کو؟ اس کو لے کر میں سوچنے لگا کہ ہماری جو ٹیم ہے خدا کے فضل سے یہ اس سے میری مراد یہ نہیں کہ یہاں چند لوگ بیٹھے ہوئے ہیں۔</w:t>
      </w:r>
    </w:p>
    <w:p>
      <w:r>
        <w:rPr>
          <w:b/>
        </w:rPr>
        <w:t xml:space="preserve">[38:31] </w:t>
      </w:r>
      <w:r>
        <w:t>khuda ke fazl se poori dunya mein hamare saathi hain jo is mission mein lage hue hain. un sab ko le kar main keh raha hoon ke hamari jo team hai yaani dawah team to quran mein kahan woh mention ki gayi hai?</w:t>
      </w:r>
    </w:p>
    <w:p>
      <w:pPr>
        <w:jc w:val="right"/>
      </w:pPr>
      <w:r>
        <w:t>خدا کے فضل سے پوری دنیا میں ہمارے ساتھی ہیں جو اس مشن میں لگے ہوئے ہیں۔ ان سب کو لے کر میں کہہ رہا ہوں کہ ہماری جو ٹیم ہے یعنی دعویٰ ٹیم تو قرآن میں کہاں وہ mention کی گئی ہے؟</w:t>
      </w:r>
    </w:p>
    <w:p>
      <w:r>
        <w:rPr>
          <w:b/>
        </w:rPr>
        <w:t xml:space="preserve">[38:46] </w:t>
      </w:r>
      <w:r>
        <w:t>yaani matlab yeh kahan kaun si ayat hai jo bata rahi hai ke hamara role kya hai? kaun si ayat hai quran mein jo bata rahi hai ke hamara role kya hai?</w:t>
      </w:r>
    </w:p>
    <w:p>
      <w:pPr>
        <w:jc w:val="right"/>
      </w:pPr>
      <w:r>
        <w:t>یعنی مطلب یہ کہاں کون سی آیت ہے جو بتا رہی ہے کہ ہمارا role کیا ہے؟ کون سی آیت ہے قرآن میں جو بتا رہی ہے کہ ہمارا role کیا ہے؟</w:t>
      </w:r>
    </w:p>
    <w:p>
      <w:r>
        <w:rPr>
          <w:b/>
        </w:rPr>
        <w:t xml:space="preserve">[38:57] </w:t>
      </w:r>
      <w:r>
        <w:t>to mujhe woh ayat yaad aayi jo kai baar mein yahan parh chuka hoon jis ko</w:t>
      </w:r>
    </w:p>
    <w:p>
      <w:pPr>
        <w:jc w:val="right"/>
      </w:pPr>
      <w:r>
        <w:t>تو مجھے وہ آیت یاد آئی جو کئی بار میں یہاں پر پڑھ چکا ہوں جس کو</w:t>
      </w:r>
    </w:p>
    <w:p>
      <w:r>
        <w:rPr>
          <w:b/>
        </w:rPr>
        <w:t xml:space="preserve">[39:06] </w:t>
      </w:r>
      <w:r>
        <w:t>hami alsajdah ki ayat yani chapter number 41</w:t>
      </w:r>
    </w:p>
    <w:p>
      <w:pPr>
        <w:jc w:val="right"/>
      </w:pPr>
      <w:r>
        <w:t>حامی السجدہ کی آیت یعنی چیپٹر نمبر 41</w:t>
      </w:r>
    </w:p>
    <w:p>
      <w:r>
        <w:rPr>
          <w:b/>
        </w:rPr>
        <w:t xml:space="preserve">[39:11] </w:t>
      </w:r>
      <w:r>
        <w:t>Chapter number 41 ke sanurihim ayatina fil afaqi fi anfusihim hatta</w:t>
      </w:r>
    </w:p>
    <w:p>
      <w:pPr>
        <w:jc w:val="right"/>
      </w:pPr>
      <w:r>
        <w:t>چیپٹر نمبر 41 کہ سنوریہم آیاتنا فی الافاق فی انفسہم حتیٰ</w:t>
      </w:r>
    </w:p>
    <w:p>
      <w:r>
        <w:rPr>
          <w:b/>
        </w:rPr>
        <w:t xml:space="preserve">[39:18] </w:t>
      </w:r>
      <w:r>
        <w:t>In the Quran, it is said that in the future, in the first quarter of the seventh century, it was said that the future</w:t>
      </w:r>
    </w:p>
    <w:p>
      <w:pPr>
        <w:jc w:val="right"/>
      </w:pPr>
      <w:r>
        <w:t>انہ الحق کہ فیوچر میں ہم یعنی سیون سینچری کے فرسٹ کوارٹر میں یہ کہا گیا کہ فیوچر</w:t>
      </w:r>
    </w:p>
    <w:p>
      <w:r>
        <w:rPr>
          <w:b/>
        </w:rPr>
        <w:t xml:space="preserve">[39:28] </w:t>
      </w:r>
      <w:r>
        <w:t>mein hum logon ko apne signs dikhayenge apni nishaniyan</w:t>
      </w:r>
    </w:p>
    <w:p>
      <w:pPr>
        <w:jc w:val="right"/>
      </w:pPr>
      <w:r>
        <w:t>میں ہم لوگوں کو اپنے سائنز دکھائیں گے اپنی نشانیاں</w:t>
      </w:r>
    </w:p>
    <w:p>
      <w:r>
        <w:rPr>
          <w:b/>
        </w:rPr>
        <w:t xml:space="preserve">[39:34] </w:t>
      </w:r>
      <w:r>
        <w:t>taake logon par khul jaye ke yahi haq hai yahi truth hai yahi the truth hai with the</w:t>
      </w:r>
    </w:p>
    <w:p>
      <w:pPr>
        <w:jc w:val="right"/>
      </w:pPr>
      <w:r>
        <w:t>تاکہ لوگوں پر کھل جائے کہ یہی حق ہے یہی truth ہے یہی the truth ہے with the</w:t>
      </w:r>
    </w:p>
    <w:p>
      <w:r>
        <w:rPr>
          <w:b/>
        </w:rPr>
        <w:t xml:space="preserve">[39:39] </w:t>
      </w:r>
      <w:r>
        <w:t>capital T to mein</w:t>
      </w:r>
    </w:p>
    <w:p>
      <w:pPr>
        <w:jc w:val="right"/>
      </w:pPr>
      <w:r>
        <w:t>capital T تو میں</w:t>
      </w:r>
    </w:p>
    <w:p>
      <w:r>
        <w:rPr>
          <w:b/>
        </w:rPr>
        <w:t xml:space="preserve">[39:43] </w:t>
      </w:r>
      <w:r>
        <w:t>ne socha ke yeh kaam jo hai khuda direct aa kar khud to karega nahi yeh sirf</w:t>
      </w:r>
    </w:p>
    <w:p>
      <w:pPr>
        <w:jc w:val="right"/>
      </w:pPr>
      <w:r>
        <w:t>نے سوچا کہ یہ کام جو ہے خدا direct آ کر خود تو کرے گا نہیں یہ صرف</w:t>
      </w:r>
    </w:p>
    <w:p>
      <w:r>
        <w:rPr>
          <w:b/>
        </w:rPr>
        <w:t xml:space="preserve">[39:49] </w:t>
      </w:r>
      <w:r>
        <w:t>khuda ka tareeqa nahi hai angel bhi nahi aa kar karne lagenge</w:t>
      </w:r>
    </w:p>
    <w:p>
      <w:pPr>
        <w:jc w:val="right"/>
      </w:pPr>
      <w:r>
        <w:t>خدا کا طریقہ نہیں ہے اینجل بھی نہیں آ کر کرنے لگیں گے</w:t>
      </w:r>
    </w:p>
    <w:p>
      <w:r>
        <w:rPr>
          <w:b/>
        </w:rPr>
        <w:t xml:space="preserve">[39:54] </w:t>
      </w:r>
      <w:r>
        <w:t>yeh kaam insaan karenge jo log is kaam ke liye uthenge woh khuda ke special support</w:t>
      </w:r>
    </w:p>
    <w:p>
      <w:pPr>
        <w:jc w:val="right"/>
      </w:pPr>
      <w:r>
        <w:t>یہ کام انسان کریں گے جو لوگ اس کام کے لیے اٹھیں گے وہ خدا کے special support</w:t>
      </w:r>
    </w:p>
    <w:p>
      <w:r>
        <w:rPr>
          <w:b/>
        </w:rPr>
        <w:t xml:space="preserve">[40:01] </w:t>
      </w:r>
      <w:r>
        <w:t>un ko milegi khuda ki madad bohat zyada milegi phir woh kar payenge</w:t>
      </w:r>
    </w:p>
    <w:p>
      <w:pPr>
        <w:jc w:val="right"/>
      </w:pPr>
      <w:r>
        <w:t>ان کو ملے گی خدا کی مدد بہت زیادہ ملے گی پھر وہ کر پائیں گے</w:t>
      </w:r>
    </w:p>
    <w:p>
      <w:r>
        <w:rPr>
          <w:b/>
        </w:rPr>
        <w:t xml:space="preserve">[40:07] </w:t>
      </w:r>
      <w:r>
        <w:t>phir mein sochte hue yahan pohancha ke is ayat mein</w:t>
      </w:r>
    </w:p>
    <w:p>
      <w:pPr>
        <w:jc w:val="right"/>
      </w:pPr>
      <w:r>
        <w:t>پھر میں سوچتے ہوئے یہاں پہنچا کہ اس آیت میں</w:t>
      </w:r>
    </w:p>
    <w:p>
      <w:r>
        <w:rPr>
          <w:b/>
        </w:rPr>
        <w:t xml:space="preserve">[40:12] </w:t>
      </w:r>
      <w:r>
        <w:t>do group ka zikr hai do group</w:t>
      </w:r>
    </w:p>
    <w:p>
      <w:pPr>
        <w:jc w:val="right"/>
      </w:pPr>
      <w:r>
        <w:t>دو گروپ کا ذکر ہے دو گروپ</w:t>
      </w:r>
    </w:p>
    <w:p>
      <w:r>
        <w:rPr>
          <w:b/>
        </w:rPr>
        <w:t xml:space="preserve">[40:17] </w:t>
      </w:r>
      <w:r>
        <w:t>do phase hain jis mein ke do group ka role bataya gaya hai pehla phase kya hai</w:t>
      </w:r>
    </w:p>
    <w:p>
      <w:pPr>
        <w:jc w:val="right"/>
      </w:pPr>
      <w:r>
        <w:t>دو phase ہیں جس میں کہ دو گروپ کا role بتایا گیا ہے پہلا phase کیا ہے</w:t>
      </w:r>
    </w:p>
    <w:p>
      <w:r>
        <w:rPr>
          <w:b/>
        </w:rPr>
        <w:t xml:space="preserve">[40:24] </w:t>
      </w:r>
      <w:r>
        <w:t>ke nature mein jo sign hai us ko kholna</w:t>
      </w:r>
    </w:p>
    <w:p>
      <w:pPr>
        <w:jc w:val="right"/>
      </w:pPr>
      <w:r>
        <w:t>کہ nature میں جو sign ہے اس کو کھولنا</w:t>
      </w:r>
    </w:p>
    <w:p>
      <w:r>
        <w:rPr>
          <w:b/>
        </w:rPr>
        <w:t xml:space="preserve">[40:28] </w:t>
      </w:r>
      <w:r>
        <w:t>quran</w:t>
      </w:r>
    </w:p>
    <w:p>
      <w:pPr>
        <w:jc w:val="right"/>
      </w:pPr>
      <w:r>
        <w:t>قرآن</w:t>
      </w:r>
    </w:p>
    <w:p>
      <w:r>
        <w:rPr>
          <w:b/>
        </w:rPr>
        <w:t xml:space="preserve">[40:28] </w:t>
      </w:r>
      <w:r>
        <w:t>mein kaha gaya ayatin ayatin min sign nishaniyan nature mein jo nishaniyan hain unko kholna</w:t>
      </w:r>
    </w:p>
    <w:p>
      <w:pPr>
        <w:jc w:val="right"/>
      </w:pPr>
      <w:r>
        <w:t>میں کہا گیا آیات آیات من sign نشانیاں nature میں جو نشانیاں ہیں ان کو کھولنا</w:t>
      </w:r>
    </w:p>
    <w:p>
      <w:r>
        <w:rPr>
          <w:b/>
        </w:rPr>
        <w:t xml:space="preserve">[40:38] </w:t>
      </w:r>
      <w:r>
        <w:t>to yeh yeh aik aik group ka yeh kaam hua doosra kya hai us ko apply karna sachai</w:t>
      </w:r>
    </w:p>
    <w:p>
      <w:pPr>
        <w:jc w:val="right"/>
      </w:pPr>
      <w:r>
        <w:t>تو یہ یہ ایک ایک گروپ کا یہ کام ہوا دوسرا کیا ہے اس کو اپلائی کرنا سچائی</w:t>
      </w:r>
    </w:p>
    <w:p>
      <w:r>
        <w:rPr>
          <w:b/>
        </w:rPr>
        <w:t xml:space="preserve">[40:44] </w:t>
      </w:r>
      <w:r>
        <w:t>par aur divine truth par</w:t>
      </w:r>
    </w:p>
    <w:p>
      <w:pPr>
        <w:jc w:val="right"/>
      </w:pPr>
      <w:r>
        <w:t>پر اور divine truth پر</w:t>
      </w:r>
    </w:p>
    <w:p>
      <w:r>
        <w:rPr>
          <w:b/>
        </w:rPr>
        <w:t xml:space="preserve">[40:47] </w:t>
      </w:r>
      <w:r>
        <w:t>to un ko yun bhi keh sakte hain aap ke aik group woh data yani</w:t>
      </w:r>
    </w:p>
    <w:p>
      <w:pPr>
        <w:jc w:val="right"/>
      </w:pPr>
      <w:r>
        <w:t>تو ان کو یوں بھی کہہ سکتے ہیں آپ کہ ایک گروپ وہ data یعنی</w:t>
      </w:r>
    </w:p>
    <w:p>
      <w:r>
        <w:rPr>
          <w:b/>
        </w:rPr>
        <w:t xml:space="preserve">[40:54] </w:t>
      </w:r>
      <w:r>
        <w:t>woh faraham karega woh data scientific data phir us ko apply kar ke aap</w:t>
      </w:r>
    </w:p>
    <w:p>
      <w:pPr>
        <w:jc w:val="right"/>
      </w:pPr>
      <w:r>
        <w:t>وہ فراہم کرے گا وہ data scientific data پھر اس کو اپلائی کر کے آپ</w:t>
      </w:r>
    </w:p>
    <w:p>
      <w:r>
        <w:rPr>
          <w:b/>
        </w:rPr>
        <w:t xml:space="preserve">[41:01] </w:t>
      </w:r>
      <w:r>
        <w:t>yeh batayenge ke yeh hai yani</w:t>
      </w:r>
    </w:p>
    <w:p>
      <w:pPr>
        <w:jc w:val="right"/>
      </w:pPr>
      <w:r>
        <w:t>یہ بتائیں گے کہ یہ ہے یعنی</w:t>
      </w:r>
    </w:p>
    <w:p>
      <w:r>
        <w:rPr>
          <w:b/>
        </w:rPr>
        <w:t xml:space="preserve">[41:06] </w:t>
      </w:r>
      <w:r>
        <w:t>the truth to is cheez ko is ki sachai ko hum sirf traditional way mein jaan paate the</w:t>
      </w:r>
    </w:p>
    <w:p>
      <w:pPr>
        <w:jc w:val="right"/>
      </w:pPr>
      <w:r>
        <w:t>the truth تو اس چیز کو اس کی سچائی کو ہم صرف traditional way میں جان پاتے تھے</w:t>
      </w:r>
    </w:p>
    <w:p>
      <w:r>
        <w:rPr>
          <w:b/>
        </w:rPr>
        <w:t xml:space="preserve">[41:13] </w:t>
      </w:r>
      <w:r>
        <w:t>is se pehle yani hazaron saal se insaan sachai ko sirf traditional tor par jaan pata tha ab</w:t>
      </w:r>
    </w:p>
    <w:p>
      <w:pPr>
        <w:jc w:val="right"/>
      </w:pPr>
      <w:r>
        <w:t>اس سے پہلے یعنی ہزاروں سال سے انسان سچائی کو صرف traditional طور پر جان پاتا تھا اب</w:t>
      </w:r>
    </w:p>
    <w:p>
      <w:r>
        <w:rPr>
          <w:b/>
        </w:rPr>
        <w:t xml:space="preserve">[41:21] </w:t>
      </w:r>
      <w:r>
        <w:t>woh scientific aur base</w:t>
      </w:r>
    </w:p>
    <w:p>
      <w:pPr>
        <w:jc w:val="right"/>
      </w:pPr>
      <w:r>
        <w:t>وہ scientific اور base</w:t>
      </w:r>
    </w:p>
    <w:p>
      <w:r>
        <w:rPr>
          <w:b/>
        </w:rPr>
        <w:t xml:space="preserve">[41:24] </w:t>
      </w:r>
      <w:r>
        <w:t>par jaan payega</w:t>
      </w:r>
    </w:p>
    <w:p>
      <w:pPr>
        <w:jc w:val="right"/>
      </w:pPr>
      <w:r>
        <w:t>پر جان پائے گا</w:t>
      </w:r>
    </w:p>
    <w:p>
      <w:r>
        <w:rPr>
          <w:b/>
        </w:rPr>
        <w:t xml:space="preserve">[41:26] </w:t>
      </w:r>
      <w:r>
        <w:t>yani scientifically accepted knowledge par jaan payega woh</w:t>
      </w:r>
    </w:p>
    <w:p>
      <w:pPr>
        <w:jc w:val="right"/>
      </w:pPr>
      <w:r>
        <w:t>یعنی scientifically accepted knowledge پر جان پائے گا وہ</w:t>
      </w:r>
    </w:p>
    <w:p>
      <w:r>
        <w:rPr>
          <w:b/>
        </w:rPr>
        <w:t xml:space="preserve">[41:31] </w:t>
      </w:r>
      <w:r>
        <w:t>scientifically accepted knowledge pe jaan payega to meri samajh mein aaya ke jo scientific community hai</w:t>
      </w:r>
    </w:p>
    <w:p>
      <w:pPr>
        <w:jc w:val="right"/>
      </w:pPr>
      <w:r>
        <w:t>scientifically accepted knowledge پہ جان پائے گا تو میری سمجھ میں آیا کہ جو scientific community ہے</w:t>
      </w:r>
    </w:p>
    <w:p>
      <w:r>
        <w:rPr>
          <w:b/>
        </w:rPr>
        <w:t xml:space="preserve">[41:39] </w:t>
      </w:r>
      <w:r>
        <w:t>us ne pehla kaam kar diya hai</w:t>
      </w:r>
    </w:p>
    <w:p>
      <w:pPr>
        <w:jc w:val="right"/>
      </w:pPr>
      <w:r>
        <w:t>اس نے پہلا کام کر دیا ہے</w:t>
      </w:r>
    </w:p>
    <w:p>
      <w:r>
        <w:rPr>
          <w:b/>
        </w:rPr>
        <w:t xml:space="preserve">[41:42] </w:t>
      </w:r>
      <w:r>
        <w:t>pehla kaam yani science mein unhon ne explore kiya nature mein explore kiya nature mein jo khuda ki</w:t>
      </w:r>
    </w:p>
    <w:p>
      <w:pPr>
        <w:jc w:val="right"/>
      </w:pPr>
      <w:r>
        <w:t>پہلا کام یعنی سائنس میں انہوں نے explore کیا nature میں explore کیا nature میں جو خدا کی</w:t>
      </w:r>
    </w:p>
    <w:p>
      <w:r>
        <w:rPr>
          <w:b/>
        </w:rPr>
        <w:t xml:space="preserve">[41:50] </w:t>
      </w:r>
      <w:r>
        <w:t>nishaniyan chupi hui theen jo science un ko nikala</w:t>
      </w:r>
    </w:p>
    <w:p>
      <w:pPr>
        <w:jc w:val="right"/>
      </w:pPr>
      <w:r>
        <w:t>نشانیاں چھپی ہوئی تھیں جو سائنس ان کو نکالا</w:t>
      </w:r>
    </w:p>
    <w:p>
      <w:r>
        <w:rPr>
          <w:b/>
        </w:rPr>
        <w:t xml:space="preserve">[41:55] </w:t>
      </w:r>
      <w:r>
        <w:t>to physics aur chemistry aur biology aur saare jo botany aur saare sciences hain astronomy woh saari sciences</w:t>
      </w:r>
    </w:p>
    <w:p>
      <w:pPr>
        <w:jc w:val="right"/>
      </w:pPr>
      <w:r>
        <w:t>تو physics اور chemistry اور biology اور سارے جو botany اور سارے سائنسز ہیں astronomy وہ ساری سائنسز</w:t>
      </w:r>
    </w:p>
    <w:p>
      <w:r>
        <w:rPr>
          <w:b/>
        </w:rPr>
        <w:t xml:space="preserve">[42:04] </w:t>
      </w:r>
      <w:r>
        <w:t>jo hain unhon ne in baaton ko in nishaniyon ko in</w:t>
      </w:r>
    </w:p>
    <w:p>
      <w:pPr>
        <w:jc w:val="right"/>
      </w:pPr>
      <w:r>
        <w:t>جو ہیں انہوں نے ان باتوں کو ان نشانیوں کو ان</w:t>
      </w:r>
    </w:p>
    <w:p>
      <w:r>
        <w:rPr>
          <w:b/>
        </w:rPr>
        <w:t xml:space="preserve">[42:09] </w:t>
      </w:r>
      <w:r>
        <w:t>science ko jo nature mein chupi hui thi un ko daryaft kiya</w:t>
      </w:r>
    </w:p>
    <w:p>
      <w:pPr>
        <w:jc w:val="right"/>
      </w:pPr>
      <w:r>
        <w:t>سائنس کو جو nature میں چھپی ہوئی تھی ان کو دریافت کیا</w:t>
      </w:r>
    </w:p>
    <w:p>
      <w:r>
        <w:rPr>
          <w:b/>
        </w:rPr>
        <w:t xml:space="preserve">[42:14] </w:t>
      </w:r>
      <w:r>
        <w:t>to woh kaam kar dala unhon ne</w:t>
      </w:r>
    </w:p>
    <w:p>
      <w:pPr>
        <w:jc w:val="right"/>
      </w:pPr>
      <w:r>
        <w:t>تو وہ کام کر ڈالا انہوں نے</w:t>
      </w:r>
    </w:p>
    <w:p>
      <w:r>
        <w:rPr>
          <w:b/>
        </w:rPr>
        <w:t xml:space="preserve">[42:16] </w:t>
      </w:r>
      <w:r>
        <w:t>woh kaam kar dala unhon ne ab ab doosra kaam hai is ka application</w:t>
      </w:r>
    </w:p>
    <w:p>
      <w:pPr>
        <w:jc w:val="right"/>
      </w:pPr>
      <w:r>
        <w:t>وہ کام کر ڈالا انہوں نے اب اب دوسرا کام ہے اس کا application</w:t>
      </w:r>
    </w:p>
    <w:p>
      <w:r>
        <w:rPr>
          <w:b/>
        </w:rPr>
        <w:t xml:space="preserve">[42:22] </w:t>
      </w:r>
      <w:r>
        <w:t>taakeh yeh sachai jo divine truth hai woh scientifically accepted base par woh prove ho jaye yeh kaam</w:t>
      </w:r>
    </w:p>
    <w:p>
      <w:pPr>
        <w:jc w:val="right"/>
      </w:pPr>
      <w:r>
        <w:t>تاکہ یہ سچائی جو divine truth ہے وہ scientifically accepted base پر وہ prove ہو جائے یہ کام</w:t>
      </w:r>
    </w:p>
    <w:p>
      <w:r>
        <w:rPr>
          <w:b/>
        </w:rPr>
        <w:t xml:space="preserve">[42:33] </w:t>
      </w:r>
      <w:r>
        <w:t>to yahan hai aap ka role yahan hai is team ka role</w:t>
      </w:r>
    </w:p>
    <w:p>
      <w:pPr>
        <w:jc w:val="right"/>
      </w:pPr>
      <w:r>
        <w:t>تو یہاں ہے آپ کا role یہاں ہے اس ٹیم کا role</w:t>
      </w:r>
    </w:p>
    <w:p>
      <w:r>
        <w:rPr>
          <w:b/>
        </w:rPr>
        <w:t xml:space="preserve">[42:39] </w:t>
      </w:r>
      <w:r>
        <w:t>to pehla kaam kiya hai secular logon ne yeh scientist jo hain sab secular thay sab ke sab</w:t>
      </w:r>
    </w:p>
    <w:p>
      <w:pPr>
        <w:jc w:val="right"/>
      </w:pPr>
      <w:r>
        <w:t>تو پہلا کام کیا ہے سیکولر لوگوں نے یہ سائنٹسٹ جو ہیں سب سیکولر تھے سب کے سب</w:t>
      </w:r>
    </w:p>
    <w:p>
      <w:r>
        <w:rPr>
          <w:b/>
        </w:rPr>
        <w:t xml:space="preserve">[42:46] </w:t>
      </w:r>
      <w:r>
        <w:t>doosra kaam karenge believers</w:t>
      </w:r>
    </w:p>
    <w:p>
      <w:pPr>
        <w:jc w:val="right"/>
      </w:pPr>
      <w:r>
        <w:t>دوسرا کام کریں گے believers</w:t>
      </w:r>
    </w:p>
    <w:p>
      <w:r>
        <w:rPr>
          <w:b/>
        </w:rPr>
        <w:t xml:space="preserve">[42:49] </w:t>
      </w:r>
      <w:r>
        <w:t>aap woh believers ka group hain jinhein yeh doosra kaam karna hai</w:t>
      </w:r>
    </w:p>
    <w:p>
      <w:pPr>
        <w:jc w:val="right"/>
      </w:pPr>
      <w:r>
        <w:t>آپ وہ believers کا گروپ ہیں جنہیں یہ دوسرا کام کرنا ہے</w:t>
      </w:r>
    </w:p>
    <w:p>
      <w:r>
        <w:rPr>
          <w:b/>
        </w:rPr>
        <w:t xml:space="preserve">[42:54] </w:t>
      </w:r>
      <w:r>
        <w:t>secular</w:t>
      </w:r>
    </w:p>
    <w:p>
      <w:pPr>
        <w:jc w:val="right"/>
      </w:pPr>
      <w:r>
        <w:t>سیکولر</w:t>
      </w:r>
    </w:p>
    <w:p>
      <w:r>
        <w:rPr>
          <w:b/>
        </w:rPr>
        <w:t xml:space="preserve">[42:56] </w:t>
      </w:r>
      <w:r>
        <w:t>scientist log jo thay unhon ne woh kaam kar diya</w:t>
      </w:r>
    </w:p>
    <w:p>
      <w:pPr>
        <w:jc w:val="right"/>
      </w:pPr>
      <w:r>
        <w:t>سائنٹسٹ لوگ جو تھے انہوں نے وہ کام کر دیا</w:t>
      </w:r>
    </w:p>
    <w:p>
      <w:r>
        <w:rPr>
          <w:b/>
        </w:rPr>
        <w:t xml:space="preserve">[43:00] </w:t>
      </w:r>
      <w:r>
        <w:t>jo science ke mukhtalif discipline hain science ke mukhtalif branch hain is mein woh saara kaam ho chuka</w:t>
      </w:r>
    </w:p>
    <w:p>
      <w:pPr>
        <w:jc w:val="right"/>
      </w:pPr>
      <w:r>
        <w:t>جو سائنس کے مختلف ڈسپلن ہیں سائنس کے مختلف برانچز ہیں اس میں وہ سارا کام ہو چکا</w:t>
      </w:r>
    </w:p>
    <w:p>
      <w:r>
        <w:rPr>
          <w:b/>
        </w:rPr>
        <w:t xml:space="preserve">[43:06] </w:t>
      </w:r>
      <w:r>
        <w:t>hai woh saari discovery ho chuki hai yani quran ke lafzon mein woh saare signs jo hain nishaniyan</w:t>
      </w:r>
    </w:p>
    <w:p>
      <w:pPr>
        <w:jc w:val="right"/>
      </w:pPr>
      <w:r>
        <w:t>ہے وہ ساری discovery ہو چکی ہے یعنی قرآن کے لفظوں میں وہ سارے سائنز جو ہیں نشانیاں</w:t>
      </w:r>
    </w:p>
    <w:p>
      <w:r>
        <w:rPr>
          <w:b/>
        </w:rPr>
        <w:t xml:space="preserve">[43:13] </w:t>
      </w:r>
      <w:r>
        <w:t>woh khul chuki hain lekin yeh kaam abhi baqi hai ke is ko apply kar ke</w:t>
      </w:r>
    </w:p>
    <w:p>
      <w:pPr>
        <w:jc w:val="right"/>
      </w:pPr>
      <w:r>
        <w:t>وہ کھل چکی ہیں لیکن یہ کام ابھی باقی ہے کہ اس کو اپلائی کر کے</w:t>
      </w:r>
    </w:p>
    <w:p>
      <w:r>
        <w:rPr>
          <w:b/>
        </w:rPr>
        <w:t xml:space="preserve">[43:20] </w:t>
      </w:r>
      <w:r>
        <w:t>khud divine truth ko dikhaya jaye ke yeh ke scientifically kitna yeh proved hai kitna</w:t>
      </w:r>
    </w:p>
    <w:p>
      <w:pPr>
        <w:jc w:val="right"/>
      </w:pPr>
      <w:r>
        <w:t>خود divine truth کو دکھایا جائے کہ یہ کہ scientifically کتنا یہ proved ہے کتنا</w:t>
      </w:r>
    </w:p>
    <w:p>
      <w:r>
        <w:rPr>
          <w:b/>
        </w:rPr>
        <w:t xml:space="preserve">[43:30] </w:t>
      </w:r>
      <w:r>
        <w:t>yeh phir is ko phailana</w:t>
      </w:r>
    </w:p>
    <w:p>
      <w:pPr>
        <w:jc w:val="right"/>
      </w:pPr>
      <w:r>
        <w:t>یہ پھر اس کو پھیلانا</w:t>
      </w:r>
    </w:p>
    <w:p>
      <w:r>
        <w:rPr>
          <w:b/>
        </w:rPr>
        <w:t xml:space="preserve">[43:33] </w:t>
      </w:r>
      <w:r>
        <w:t>yani electronic media aur aur aur print media ke zariye is ko phailana</w:t>
      </w:r>
    </w:p>
    <w:p>
      <w:pPr>
        <w:jc w:val="right"/>
      </w:pPr>
      <w:r>
        <w:t>یعنی electronic میڈیا اور اور اور پرنٹ میڈیا کے ذریعے اس کو پھیلانا</w:t>
      </w:r>
    </w:p>
    <w:p>
      <w:r>
        <w:rPr>
          <w:b/>
        </w:rPr>
        <w:t xml:space="preserve">[43:39] </w:t>
      </w:r>
      <w:r>
        <w:t>to ek hai is ko apply karna divine truth par</w:t>
      </w:r>
    </w:p>
    <w:p>
      <w:pPr>
        <w:jc w:val="right"/>
      </w:pPr>
      <w:r>
        <w:t>تو ایک ہے اس کو اپلائی کرنا divine truth پر</w:t>
      </w:r>
    </w:p>
    <w:p>
      <w:r>
        <w:rPr>
          <w:b/>
        </w:rPr>
        <w:t xml:space="preserve">[43:41] </w:t>
      </w:r>
      <w:r>
        <w:t>aur doosre is ko phailana</w:t>
      </w:r>
    </w:p>
    <w:p>
      <w:pPr>
        <w:jc w:val="right"/>
      </w:pPr>
      <w:r>
        <w:t>اور دوسرے اس کو پھیلانا</w:t>
      </w:r>
    </w:p>
    <w:p>
      <w:r>
        <w:rPr>
          <w:b/>
        </w:rPr>
        <w:t xml:space="preserve">[43:46] </w:t>
      </w:r>
      <w:r>
        <w:t>is ke liye bhi isi community ne yeh kaam kiya hai scientific community ne jis cheez ko hum</w:t>
      </w:r>
    </w:p>
    <w:p>
      <w:pPr>
        <w:jc w:val="right"/>
      </w:pPr>
      <w:r>
        <w:t>اس کے لیے بھی اسی community نے یہ کام کیا ہے scientific community نے جس چیز کو ہم</w:t>
      </w:r>
    </w:p>
    <w:p>
      <w:r>
        <w:rPr>
          <w:b/>
        </w:rPr>
        <w:t xml:space="preserve">[43:51] </w:t>
      </w:r>
      <w:r>
        <w:t>kehte hain electronic media aur print media woh kon logon ne is ko yani nikala hai inhi logon</w:t>
      </w:r>
    </w:p>
    <w:p>
      <w:pPr>
        <w:jc w:val="right"/>
      </w:pPr>
      <w:r>
        <w:t>کہتے ہیں electronic میڈیا اور پرنٹ میڈیا وہ کون لوگوں نے اس کو یعنی نکالا ہے انہی لوگوں</w:t>
      </w:r>
    </w:p>
    <w:p>
      <w:r>
        <w:rPr>
          <w:b/>
        </w:rPr>
        <w:t xml:space="preserve">[43:58] </w:t>
      </w:r>
      <w:r>
        <w:t>ne scientific community ne</w:t>
      </w:r>
    </w:p>
    <w:p>
      <w:pPr>
        <w:jc w:val="right"/>
      </w:pPr>
      <w:r>
        <w:t>نے scientific community نے</w:t>
      </w:r>
    </w:p>
    <w:p>
      <w:r>
        <w:rPr>
          <w:b/>
        </w:rPr>
        <w:t xml:space="preserve">[44:02] </w:t>
      </w:r>
      <w:r>
        <w:t>to ab aap ka yani is team ka role yeh hai ke yeh cheez</w:t>
      </w:r>
    </w:p>
    <w:p>
      <w:pPr>
        <w:jc w:val="right"/>
      </w:pPr>
      <w:r>
        <w:t>تو اب آپ کا یعنی اس ٹیم کا رول یہ ہے کہ یہ چیز</w:t>
      </w:r>
    </w:p>
    <w:p>
      <w:r>
        <w:rPr>
          <w:b/>
        </w:rPr>
        <w:t xml:space="preserve">[44:07] </w:t>
      </w:r>
      <w:r>
        <w:t>yani jo aadha kaam jo kar chuke hain</w:t>
      </w:r>
    </w:p>
    <w:p>
      <w:pPr>
        <w:jc w:val="right"/>
      </w:pPr>
      <w:r>
        <w:t>یعنی جو آدھا کام جو کر چکے ہیں</w:t>
      </w:r>
    </w:p>
    <w:p>
      <w:r>
        <w:rPr>
          <w:b/>
        </w:rPr>
        <w:t xml:space="preserve">[44:11] </w:t>
      </w:r>
      <w:r>
        <w:t>log to agle kaam ko aap anjaam dein</w:t>
      </w:r>
    </w:p>
    <w:p>
      <w:pPr>
        <w:jc w:val="right"/>
      </w:pPr>
      <w:r>
        <w:t>لوگ تو اگلے کام کو آپ انجام دیں</w:t>
      </w:r>
    </w:p>
    <w:p>
      <w:r>
        <w:rPr>
          <w:b/>
        </w:rPr>
        <w:t xml:space="preserve">[44:15] </w:t>
      </w:r>
      <w:r>
        <w:t>ke is sachaiyon ko jo divine truth hain un ko</w:t>
      </w:r>
    </w:p>
    <w:p>
      <w:pPr>
        <w:jc w:val="right"/>
      </w:pPr>
      <w:r>
        <w:t>کہ اس سچائیوں کو جو divine truth ہیں ان کو</w:t>
      </w:r>
    </w:p>
    <w:p>
      <w:r>
        <w:rPr>
          <w:b/>
        </w:rPr>
        <w:t xml:space="preserve">[44:20] </w:t>
      </w:r>
      <w:r>
        <w:t>yani un ko</w:t>
      </w:r>
    </w:p>
    <w:p>
      <w:pPr>
        <w:jc w:val="right"/>
      </w:pPr>
      <w:r>
        <w:t>یعنی ان کو</w:t>
      </w:r>
    </w:p>
    <w:p>
      <w:r>
        <w:rPr>
          <w:b/>
        </w:rPr>
        <w:t xml:space="preserve">[44:25] </w:t>
      </w:r>
      <w:r>
        <w:t>aap un ko insaan</w:t>
      </w:r>
    </w:p>
    <w:p>
      <w:pPr>
        <w:jc w:val="right"/>
      </w:pPr>
      <w:r>
        <w:t>آپ ان کو انسان</w:t>
      </w:r>
    </w:p>
    <w:p>
      <w:r>
        <w:rPr>
          <w:b/>
        </w:rPr>
        <w:t xml:space="preserve">[44:27] </w:t>
      </w:r>
      <w:r>
        <w:t>ke saamne laayein aur saari duniya mein phaila dein un ko aur yeh scientific support ke zariye se</w:t>
      </w:r>
    </w:p>
    <w:p>
      <w:pPr>
        <w:jc w:val="right"/>
      </w:pPr>
      <w:r>
        <w:t>کے سامنے لائیں اور ساری دنیا میں پھیلا دیں ان کو اور یہ scientific support کے ذریعے سے</w:t>
      </w:r>
    </w:p>
    <w:p>
      <w:r>
        <w:rPr>
          <w:b/>
        </w:rPr>
        <w:t xml:space="preserve">[44:33] </w:t>
      </w:r>
      <w:r>
        <w:t>is ko aap logon ke saamne laayein yeh kaam hai</w:t>
      </w:r>
    </w:p>
    <w:p>
      <w:pPr>
        <w:jc w:val="right"/>
      </w:pPr>
      <w:r>
        <w:t>اس کو آپ لوگوں کے سامنے لائیں یہ کام ہے</w:t>
      </w:r>
    </w:p>
    <w:p>
      <w:r>
        <w:rPr>
          <w:b/>
        </w:rPr>
        <w:t xml:space="preserve">[44:38] </w:t>
      </w:r>
      <w:r>
        <w:t>to yahan par hamara role hai hatta man al haqq jo hai ke khul jaaye logon par ke yahi</w:t>
      </w:r>
    </w:p>
    <w:p>
      <w:pPr>
        <w:jc w:val="right"/>
      </w:pPr>
      <w:r>
        <w:t>تو یہاں پر ہمارا رول ہے حتیٰ من الحق جو ہے کہ کھل جائے لوگوں پر کہ یہی</w:t>
      </w:r>
    </w:p>
    <w:p>
      <w:r>
        <w:rPr>
          <w:b/>
        </w:rPr>
        <w:t xml:space="preserve">[44:44] </w:t>
      </w:r>
      <w:r>
        <w:t>sachai hai yahi the truth hai</w:t>
      </w:r>
    </w:p>
    <w:p>
      <w:pPr>
        <w:jc w:val="right"/>
      </w:pPr>
      <w:r>
        <w:t>سچائی ہے یہی the truth ہے</w:t>
      </w:r>
    </w:p>
    <w:p>
      <w:r>
        <w:rPr>
          <w:b/>
        </w:rPr>
        <w:t xml:space="preserve">[44:48] </w:t>
      </w:r>
      <w:r>
        <w:t>lekin yeh bhi insaan karenge jis tarah scientific discoveries jo hai woh insaan ne kiya</w:t>
      </w:r>
    </w:p>
    <w:p>
      <w:pPr>
        <w:jc w:val="right"/>
      </w:pPr>
      <w:r>
        <w:t>لیکن یہ بھی انسان کریں گے جس طرح scientific discoveries جو ہے وہ انسان نے کیا</w:t>
      </w:r>
    </w:p>
    <w:p>
      <w:r>
        <w:rPr>
          <w:b/>
        </w:rPr>
        <w:t xml:space="preserve">[44:54] </w:t>
      </w:r>
      <w:r>
        <w:t>woh insaan ne kiya is ko isi tarah se yeh bhi insaan hi anjaam denge is ko</w:t>
      </w:r>
    </w:p>
    <w:p>
      <w:pPr>
        <w:jc w:val="right"/>
      </w:pPr>
      <w:r>
        <w:t>وہ انسان نے کیا اس کو اسی طرح سے یہ بھی انسان ہی انجام دیں گے اس کو</w:t>
      </w:r>
    </w:p>
    <w:p>
      <w:r>
        <w:rPr>
          <w:b/>
        </w:rPr>
        <w:t xml:space="preserve">[44:58] </w:t>
      </w:r>
      <w:r>
        <w:t>phailana un doosron tak pahunchana is ko</w:t>
      </w:r>
    </w:p>
    <w:p>
      <w:pPr>
        <w:jc w:val="right"/>
      </w:pPr>
      <w:r>
        <w:t>پھیلانا ان دوسروں تک پہنچانا اس کو</w:t>
      </w:r>
    </w:p>
    <w:p>
      <w:r>
        <w:rPr>
          <w:b/>
        </w:rPr>
        <w:t xml:space="preserve">[45:03] </w:t>
      </w:r>
      <w:r>
        <w:t>to woh jo hadith hai jo aap jaante hain</w:t>
      </w:r>
    </w:p>
    <w:p>
      <w:pPr>
        <w:jc w:val="right"/>
      </w:pPr>
      <w:r>
        <w:t>تو وہ جو حدیث ہے جو آپ جانتے ہیں</w:t>
      </w:r>
    </w:p>
    <w:p>
      <w:r>
        <w:rPr>
          <w:b/>
        </w:rPr>
        <w:t xml:space="preserve">[45:06] </w:t>
      </w:r>
      <w:r>
        <w:t>ke Allah taala</w:t>
      </w:r>
    </w:p>
    <w:p>
      <w:pPr>
        <w:jc w:val="right"/>
      </w:pPr>
      <w:r>
        <w:t>کہ اللہ تعالیٰ</w:t>
      </w:r>
    </w:p>
    <w:p>
      <w:r>
        <w:rPr>
          <w:b/>
        </w:rPr>
        <w:t xml:space="preserve">[45:08] </w:t>
      </w:r>
      <w:r>
        <w:t>is sachai ke ek kalma ko duniya mein har ghar mein</w:t>
      </w:r>
    </w:p>
    <w:p>
      <w:pPr>
        <w:jc w:val="right"/>
      </w:pPr>
      <w:r>
        <w:t>اس سچائی کے ایک کلمہ کو دنیا میں ہر گھر میں</w:t>
      </w:r>
    </w:p>
    <w:p>
      <w:r>
        <w:rPr>
          <w:b/>
        </w:rPr>
        <w:t xml:space="preserve">[45:12] </w:t>
      </w:r>
      <w:r>
        <w:t>dakhil kar dega har chhote ghar mein aur bade ghar mein koi bachega nahi jahan woh kalma pahunch na jaye to yeh kaun pahunchayega is pahunchane ke liye do condition thi ek to condition yeh ke scientific discovery</w:t>
      </w:r>
    </w:p>
    <w:p>
      <w:pPr>
        <w:jc w:val="right"/>
      </w:pPr>
      <w:r>
        <w:t>داخل کر دے گا ہر چھوٹے گھر میں اور بڑے گھر میں کوئی بچے گا نہیں جہاں وہ کلمہ پہنچ نہ جائے تو یہ کون پہنچائے گا اس پہنچانے کے لیے دو کنڈیشن تھی ایک تو کنڈیشن یہ کہ scientific discovery</w:t>
      </w:r>
    </w:p>
    <w:p>
      <w:r>
        <w:rPr>
          <w:b/>
        </w:rPr>
        <w:t xml:space="preserve">[45:31] </w:t>
      </w:r>
      <w:r>
        <w:t>aur doosra condition thi media to scientific discovery ho chuki</w:t>
      </w:r>
    </w:p>
    <w:p>
      <w:pPr>
        <w:jc w:val="right"/>
      </w:pPr>
      <w:r>
        <w:t>اور دوسرا کنڈیشن تھی میڈیا تو scientific discovery ہو چکی</w:t>
      </w:r>
    </w:p>
    <w:p>
      <w:r>
        <w:rPr>
          <w:b/>
        </w:rPr>
        <w:t xml:space="preserve">[45:37] </w:t>
      </w:r>
      <w:r>
        <w:t>aur media bhi aap jaante hain ke</w:t>
      </w:r>
    </w:p>
    <w:p>
      <w:pPr>
        <w:jc w:val="right"/>
      </w:pPr>
      <w:r>
        <w:t>اور میڈیا بھی آپ جانتے ہیں کہ</w:t>
      </w:r>
    </w:p>
    <w:p>
      <w:r>
        <w:rPr>
          <w:b/>
        </w:rPr>
        <w:t xml:space="preserve">[45:41] </w:t>
      </w:r>
      <w:r>
        <w:t>yani duniya mein aa chuka woh maujood hai ab hai is ko istemaal karna</w:t>
      </w:r>
    </w:p>
    <w:p>
      <w:pPr>
        <w:jc w:val="right"/>
      </w:pPr>
      <w:r>
        <w:t>یعنی دنیا میں آ چکا وہ موجود ہے اب ہے اس کو استعمال کرنا</w:t>
      </w:r>
    </w:p>
    <w:p>
      <w:r>
        <w:rPr>
          <w:b/>
        </w:rPr>
        <w:t xml:space="preserve">[45:48] </w:t>
      </w:r>
      <w:r>
        <w:t>istemaal karne ka kaam jo hai aap ko karna hai aap ko discover karna chahiye apna role yahan</w:t>
      </w:r>
    </w:p>
    <w:p>
      <w:pPr>
        <w:jc w:val="right"/>
      </w:pPr>
      <w:r>
        <w:t>استعمال کرنے کا کام جو ہے آپ کو کرنا ہے آپ کو discover کرنا چاہیے اپنا رول یہاں</w:t>
      </w:r>
    </w:p>
    <w:p>
      <w:r>
        <w:rPr>
          <w:b/>
        </w:rPr>
        <w:t xml:space="preserve">[45:54] </w:t>
      </w:r>
      <w:r>
        <w:t>par aap ko yeh discover karna chahiye ke hamara role yeh yeh bataya gaya Quran majeed mein ke</w:t>
      </w:r>
    </w:p>
    <w:p>
      <w:pPr>
        <w:jc w:val="right"/>
      </w:pPr>
      <w:r>
        <w:t>پر آپ کو یہ discover کرنا چاہیے کہ ہمارا رول یہ یہ بتایا گیا قرآن مجید میں کہ</w:t>
      </w:r>
    </w:p>
    <w:p>
      <w:r>
        <w:rPr>
          <w:b/>
        </w:rPr>
        <w:t xml:space="preserve">[46:00] </w:t>
      </w:r>
      <w:r>
        <w:t>hum is ko</w:t>
      </w:r>
    </w:p>
    <w:p>
      <w:pPr>
        <w:jc w:val="right"/>
      </w:pPr>
      <w:r>
        <w:t>ہم اس کو</w:t>
      </w:r>
    </w:p>
    <w:p>
      <w:r>
        <w:rPr>
          <w:b/>
        </w:rPr>
        <w:t xml:space="preserve">[46:04] </w:t>
      </w:r>
      <w:r>
        <w:t>le kar ke aur saari duniya mein phaila dein</w:t>
      </w:r>
    </w:p>
    <w:p>
      <w:pPr>
        <w:jc w:val="right"/>
      </w:pPr>
      <w:r>
        <w:t>لے کر کے اور ساری دنیا میں پھیلا دیں</w:t>
      </w:r>
    </w:p>
    <w:p>
      <w:r>
        <w:rPr>
          <w:b/>
        </w:rPr>
        <w:t xml:space="preserve">[46:10] </w:t>
      </w:r>
      <w:r>
        <w:t>mein samajhta hoon ke</w:t>
      </w:r>
    </w:p>
    <w:p>
      <w:pPr>
        <w:jc w:val="right"/>
      </w:pPr>
      <w:r>
        <w:t>میں سمجھتا ہوں کہ</w:t>
      </w:r>
    </w:p>
    <w:p>
      <w:r>
        <w:rPr>
          <w:b/>
        </w:rPr>
        <w:t xml:space="preserve">[46:13] </w:t>
      </w:r>
      <w:r>
        <w:t>qayamat ke aane mein khuda yaani usi ka intezar kar raha hai kal mein kal ek saath meri</w:t>
      </w:r>
    </w:p>
    <w:p>
      <w:pPr>
        <w:jc w:val="right"/>
      </w:pPr>
      <w:r>
        <w:t>قیامت کے آنے میں خدا یعنی اسی کا انتظار کر رہا ہے کل میں کل ایک ساتھ میری</w:t>
      </w:r>
    </w:p>
    <w:p>
      <w:r>
        <w:rPr>
          <w:b/>
        </w:rPr>
        <w:t xml:space="preserve">[46:20] </w:t>
      </w:r>
      <w:r>
        <w:t>baat hoti thi kal ek saath meri baat ho rahi thi to maine kaha khuda mein kitna</w:t>
      </w:r>
    </w:p>
    <w:p>
      <w:pPr>
        <w:jc w:val="right"/>
      </w:pPr>
      <w:r>
        <w:t>بات ہوتی تھی کل ایک ساتھ میری بات ہو رہی تھی تو میں نے کہا خدا میں کتنا</w:t>
      </w:r>
    </w:p>
    <w:p>
      <w:r>
        <w:rPr>
          <w:b/>
        </w:rPr>
        <w:t xml:space="preserve">[46:24] </w:t>
      </w:r>
      <w:r>
        <w:t>patience hai ke fifteen billion saal se woh intezar kar raha hai khuda fifteen billion years</w:t>
      </w:r>
    </w:p>
    <w:p>
      <w:pPr>
        <w:jc w:val="right"/>
      </w:pPr>
      <w:r>
        <w:t>patience ہے کہ fifteen بلین سال سے وہ انتظار کر رہا ہے خدا fifteen بلین years</w:t>
      </w:r>
    </w:p>
    <w:p>
      <w:r>
        <w:rPr>
          <w:b/>
        </w:rPr>
        <w:t xml:space="preserve">[46:32] </w:t>
      </w:r>
      <w:r>
        <w:t>to unhon ne kaha ke kaise</w:t>
      </w:r>
    </w:p>
    <w:p>
      <w:pPr>
        <w:jc w:val="right"/>
      </w:pPr>
      <w:r>
        <w:t>تو انہوں نے کہا کہ کیسے</w:t>
      </w:r>
    </w:p>
    <w:p>
      <w:r>
        <w:rPr>
          <w:b/>
        </w:rPr>
        <w:t xml:space="preserve">[46:34] </w:t>
      </w:r>
      <w:r>
        <w:t>to maine kaha big bang jo hua tha us ko taqreeban</w:t>
      </w:r>
    </w:p>
    <w:p>
      <w:pPr>
        <w:jc w:val="right"/>
      </w:pPr>
      <w:r>
        <w:t>تو میں نے کہا big bang جو ہوا تھا اس کو تقریباً</w:t>
      </w:r>
    </w:p>
    <w:p>
      <w:r>
        <w:rPr>
          <w:b/>
        </w:rPr>
        <w:t xml:space="preserve">[46:38] </w:t>
      </w:r>
      <w:r>
        <w:t>pandrah billion years ho chuke hain wahan se shuru hua hai</w:t>
      </w:r>
    </w:p>
    <w:p>
      <w:pPr>
        <w:jc w:val="right"/>
      </w:pPr>
      <w:r>
        <w:t>پندرہ بلین years ہو چکے ہیں وہاں سے شروع ہوا ہے</w:t>
      </w:r>
    </w:p>
    <w:p>
      <w:r>
        <w:rPr>
          <w:b/>
        </w:rPr>
        <w:t xml:space="preserve">[46:45] </w:t>
      </w:r>
      <w:r>
        <w:t>yeh duniya shuru hui hai</w:t>
      </w:r>
    </w:p>
    <w:p>
      <w:pPr>
        <w:jc w:val="right"/>
      </w:pPr>
      <w:r>
        <w:t>یہ دنیا شروع ہوئی ہے</w:t>
      </w:r>
    </w:p>
    <w:p>
      <w:r>
        <w:rPr>
          <w:b/>
        </w:rPr>
        <w:t xml:space="preserve">[46:47] </w:t>
      </w:r>
      <w:r>
        <w:t>to is ke baad kya kya hua kya hua kya hua kya hua aur ab hum pahunche hain</w:t>
      </w:r>
    </w:p>
    <w:p>
      <w:pPr>
        <w:jc w:val="right"/>
      </w:pPr>
      <w:r>
        <w:t>تو اس کے بعد کیا کیا ہوا کیا ہوا کیا ہوا کیا ہوا اور اب ہم پہنچے ہیں</w:t>
      </w:r>
    </w:p>
    <w:p>
      <w:r>
        <w:rPr>
          <w:b/>
        </w:rPr>
        <w:t xml:space="preserve">[46:52] </w:t>
      </w:r>
      <w:r>
        <w:t>yahan global warming ke zamanay tak to</w:t>
      </w:r>
    </w:p>
    <w:p>
      <w:pPr>
        <w:jc w:val="right"/>
      </w:pPr>
      <w:r>
        <w:t>یہاں گلوبل وارمنگ کے زمانے تک تو</w:t>
      </w:r>
    </w:p>
    <w:p>
      <w:r>
        <w:rPr>
          <w:b/>
        </w:rPr>
        <w:t xml:space="preserve">[46:55] </w:t>
      </w:r>
      <w:r>
        <w:t>yeh pandrah billion years say khuda wait kar raha hai kyunkay asal kaam jo hona hai woh to qayamat hai kyunkay qayamat kay baad jannat dozakh samnay aye gi aur khuda apnay jalal kay saath zahir hoga</w:t>
      </w:r>
    </w:p>
    <w:p>
      <w:pPr>
        <w:jc w:val="right"/>
      </w:pPr>
      <w:r>
        <w:t>یہ پندرہ بلین years سے خدا wait کر رہا ہے کیونکہ اصل کام جو ہونا ہے وہ تو قیامت ہے کیونکہ قیامت کے بعد جنت دوزخ سامنے آئے گی اور خدا اپنے جلال کے ساتھ ظاہر ہوگا</w:t>
      </w:r>
    </w:p>
    <w:p>
      <w:r>
        <w:rPr>
          <w:b/>
        </w:rPr>
        <w:t xml:space="preserve">[47:13] </w:t>
      </w:r>
      <w:r>
        <w:t>yeh quran mein bible mein dono mein yeh baat hai ke khuda qayamat ke baad apne poore jalal</w:t>
      </w:r>
    </w:p>
    <w:p>
      <w:pPr>
        <w:jc w:val="right"/>
      </w:pPr>
      <w:r>
        <w:t>یہ قرآن میں بائبل میں دونوں میں یہ بات ہے کہ خدا قیامت کے بعد اپنے پورے جلال</w:t>
      </w:r>
    </w:p>
    <w:p>
      <w:r>
        <w:rPr>
          <w:b/>
        </w:rPr>
        <w:t xml:space="preserve">[47:18] </w:t>
      </w:r>
      <w:r>
        <w:t>ke saath saamne aa jayega logon ke to woh to abhi baqi hai yaani pandrah billion saal</w:t>
      </w:r>
    </w:p>
    <w:p>
      <w:pPr>
        <w:jc w:val="right"/>
      </w:pPr>
      <w:r>
        <w:t>کے ساتھ سامنے آ جائے گا لوگوں کے تو وہ تو ابھی باقی ہے یعنی پندرہ بلین سال</w:t>
      </w:r>
    </w:p>
    <w:p>
      <w:r>
        <w:rPr>
          <w:b/>
        </w:rPr>
        <w:t xml:space="preserve">[47:23] </w:t>
      </w:r>
      <w:r>
        <w:t>guzar gaye khuda apne jalal ke saath logon ke saamne nahi aaya</w:t>
      </w:r>
    </w:p>
    <w:p>
      <w:pPr>
        <w:jc w:val="right"/>
      </w:pPr>
      <w:r>
        <w:t>بیت گئے خدا اپنے جلال کے ساتھ لوگوں کے سامنے نہیں آیا</w:t>
      </w:r>
    </w:p>
    <w:p>
      <w:r>
        <w:rPr>
          <w:b/>
        </w:rPr>
        <w:t xml:space="preserve">[47:28] </w:t>
      </w:r>
      <w:r>
        <w:t>abhi to aap ko is ko discover karna parta hai</w:t>
      </w:r>
    </w:p>
    <w:p>
      <w:pPr>
        <w:jc w:val="right"/>
      </w:pPr>
      <w:r>
        <w:t>ابھی تو آپ کو اس کو discover کرنا پڑتا ہے</w:t>
      </w:r>
    </w:p>
    <w:p>
      <w:r>
        <w:rPr>
          <w:b/>
        </w:rPr>
        <w:t xml:space="preserve">[47:33] </w:t>
      </w:r>
      <w:r>
        <w:t>jis tarah aap catby rays ko discover karte hain</w:t>
      </w:r>
    </w:p>
    <w:p>
      <w:pPr>
        <w:jc w:val="right"/>
      </w:pPr>
      <w:r>
        <w:t>جس طرح آپ کاتبی ریز کو discover کرتے ہیں</w:t>
      </w:r>
    </w:p>
    <w:p>
      <w:r>
        <w:rPr>
          <w:b/>
        </w:rPr>
        <w:t xml:space="preserve">[47:37] </w:t>
      </w:r>
      <w:r>
        <w:t>isi tarah khuda ko as a as a belief aap ko janna parta hai as a belief</w:t>
      </w:r>
    </w:p>
    <w:p>
      <w:pPr>
        <w:jc w:val="right"/>
      </w:pPr>
      <w:r>
        <w:t>اسی طرح خدا کو as اے as اے belief آپ کو جاننا پڑتا ہے as اے belief</w:t>
      </w:r>
    </w:p>
    <w:p>
      <w:r>
        <w:rPr>
          <w:b/>
        </w:rPr>
        <w:t xml:space="preserve">[47:42] </w:t>
      </w:r>
      <w:r>
        <w:t>ke woh jo likha hua hai bible mein aur quran mein dono jagah khuda apne jalal ke saath</w:t>
      </w:r>
    </w:p>
    <w:p>
      <w:pPr>
        <w:jc w:val="right"/>
      </w:pPr>
      <w:r>
        <w:t>کہ وہ جو لکھا ہوا ہے بائبل میں اور قرآن میں دونوں جگہ خدا اپنے جلال کے ساتھ</w:t>
      </w:r>
    </w:p>
    <w:p>
      <w:r>
        <w:rPr>
          <w:b/>
        </w:rPr>
        <w:t xml:space="preserve">[47:46] </w:t>
      </w:r>
      <w:r>
        <w:t>saamne aa jayega logon ke woh to abhi baqi hai</w:t>
      </w:r>
    </w:p>
    <w:p>
      <w:pPr>
        <w:jc w:val="right"/>
      </w:pPr>
      <w:r>
        <w:t>سامنے آ جائے گا لوگوں کے وہ تو ابھی باقی ہے</w:t>
      </w:r>
    </w:p>
    <w:p>
      <w:r>
        <w:rPr>
          <w:b/>
        </w:rPr>
        <w:t xml:space="preserve">[47:50] </w:t>
      </w:r>
      <w:r>
        <w:t>to maine kaha ke khuda pandrah billion saal tak wait kar sakta hai apne jalal ko zahir</w:t>
      </w:r>
    </w:p>
    <w:p>
      <w:pPr>
        <w:jc w:val="right"/>
      </w:pPr>
      <w:r>
        <w:t>تو میں نے کہا کہ خدا پندرہ بلین سال تک wait کر سکتا ہے اپنے جلال کو ظاہر</w:t>
      </w:r>
    </w:p>
    <w:p>
      <w:r>
        <w:rPr>
          <w:b/>
        </w:rPr>
        <w:t xml:space="preserve">[47:55] </w:t>
      </w:r>
      <w:r>
        <w:t>karne ke liye kaisi ajeeb baat hai</w:t>
      </w:r>
    </w:p>
    <w:p>
      <w:pPr>
        <w:jc w:val="right"/>
      </w:pPr>
      <w:r>
        <w:t>کرنے کے لیے کیسی عجیب بات ہے</w:t>
      </w:r>
    </w:p>
    <w:p>
      <w:r>
        <w:rPr>
          <w:b/>
        </w:rPr>
        <w:t xml:space="preserve">[47:58] </w:t>
      </w:r>
      <w:r>
        <w:t>hamare aap ke paas koi barhai ho to hum shor kar ke pahunchenge ek din bhi wait</w:t>
      </w:r>
    </w:p>
    <w:p>
      <w:pPr>
        <w:jc w:val="right"/>
      </w:pPr>
      <w:r>
        <w:t>ہمارے آپ کے پاس کوئی بڑائی ہو تو ہم شور کر کے پہنچیں گے ایک دن بھی wait</w:t>
      </w:r>
    </w:p>
    <w:p>
      <w:r>
        <w:rPr>
          <w:b/>
        </w:rPr>
        <w:t xml:space="preserve">[48:03] </w:t>
      </w:r>
      <w:r>
        <w:t>nahi kar payenge hum</w:t>
      </w:r>
    </w:p>
    <w:p>
      <w:pPr>
        <w:jc w:val="right"/>
      </w:pPr>
      <w:r>
        <w:t>نہیں کر پائیں گے ہم</w:t>
      </w:r>
    </w:p>
    <w:p>
      <w:r>
        <w:rPr>
          <w:b/>
        </w:rPr>
        <w:t xml:space="preserve">[48:07] </w:t>
      </w:r>
      <w:r>
        <w:t>mein is se pehle rehta tha purani dilli mein to ek baar raat ko mere khayal se barah</w:t>
      </w:r>
    </w:p>
    <w:p>
      <w:pPr>
        <w:jc w:val="right"/>
      </w:pPr>
      <w:r>
        <w:t>میں اس سے پہلے رہتا تھا پرانی دہلی میں تو ایک بار رات کو میرے خیال سے بارہ</w:t>
      </w:r>
    </w:p>
    <w:p>
      <w:r>
        <w:rPr>
          <w:b/>
        </w:rPr>
        <w:t xml:space="preserve">[48:13] </w:t>
      </w:r>
      <w:r>
        <w:t>baj chuke hue the ya</w:t>
      </w:r>
    </w:p>
    <w:p>
      <w:pPr>
        <w:jc w:val="right"/>
      </w:pPr>
      <w:r>
        <w:t>بج چکے ہوئے تھے یا</w:t>
      </w:r>
    </w:p>
    <w:p>
      <w:r>
        <w:rPr>
          <w:b/>
        </w:rPr>
        <w:t xml:space="preserve">[48:15] </w:t>
      </w:r>
      <w:r>
        <w:t>to main yaani sone yaani bistar pe ja chuka tha to bahar se knock ki awaz aayi</w:t>
      </w:r>
    </w:p>
    <w:p>
      <w:pPr>
        <w:jc w:val="right"/>
      </w:pPr>
      <w:r>
        <w:t>تو میں یعنی سونے یعنی بستر پہ جا چکا تھا تو باہر سے ناک کی آواز آئی</w:t>
      </w:r>
    </w:p>
    <w:p>
      <w:r>
        <w:rPr>
          <w:b/>
        </w:rPr>
        <w:t xml:space="preserve">[48:23] </w:t>
      </w:r>
      <w:r>
        <w:t>to main nikla to hamare ek parosi wahan khade hue the jis se hamara milna julna tha hota</w:t>
      </w:r>
    </w:p>
    <w:p>
      <w:pPr>
        <w:jc w:val="right"/>
      </w:pPr>
      <w:r>
        <w:t>تو میں نکلا تو ہمارے ایک پڑوسی وہاں کھڑے ہوئے تھے جس سے ہمارا ملنا جلنا تھا ہوتا</w:t>
      </w:r>
    </w:p>
    <w:p>
      <w:r>
        <w:rPr>
          <w:b/>
        </w:rPr>
        <w:t xml:space="preserve">[48:28] </w:t>
      </w:r>
      <w:r>
        <w:t>tha to unhon ne kaha ke bhai ek ek news hai aap ko deni thi main intazar kar</w:t>
      </w:r>
    </w:p>
    <w:p>
      <w:pPr>
        <w:jc w:val="right"/>
      </w:pPr>
      <w:r>
        <w:t>تھا تو انہوں نے کہا کہ بھئی ایک ایک نیوز ہے آپ کو دینی تھی میں انتظار کر</w:t>
      </w:r>
    </w:p>
    <w:p>
      <w:r>
        <w:rPr>
          <w:b/>
        </w:rPr>
        <w:t xml:space="preserve">[48:33] </w:t>
      </w:r>
      <w:r>
        <w:t>raha tha aap the nahin aap der mein aaye aaye mein ne kaha kya hai to unhon ne</w:t>
      </w:r>
    </w:p>
    <w:p>
      <w:pPr>
        <w:jc w:val="right"/>
      </w:pPr>
      <w:r>
        <w:t>رہا تھا آپ تھے نہیں آپ دیر میں آئے آئے میں نے کہا کیا ہے تو انہوں نے</w:t>
      </w:r>
    </w:p>
    <w:p>
      <w:r>
        <w:rPr>
          <w:b/>
        </w:rPr>
        <w:t xml:space="preserve">[48:38] </w:t>
      </w:r>
      <w:r>
        <w:t>kaha ke mera promoshn ho gaya hai aur mujhe itna roopiya har mahine zyada milega yeh</w:t>
      </w:r>
    </w:p>
    <w:p>
      <w:pPr>
        <w:jc w:val="right"/>
      </w:pPr>
      <w:r>
        <w:t>کہا کہ میرا پروموشن ہو گیا ہے اور مجھے اتنا روپیہ ہر مہینے زیادہ ملے گا یہ</w:t>
      </w:r>
    </w:p>
    <w:p>
      <w:r>
        <w:rPr>
          <w:b/>
        </w:rPr>
        <w:t xml:space="preserve">[48:44] </w:t>
      </w:r>
      <w:r>
        <w:t>keh ke chale gaye to ek cheez mili unhein promoshn woh chupa nahin sake ek raat bhi wait</w:t>
      </w:r>
    </w:p>
    <w:p>
      <w:pPr>
        <w:jc w:val="right"/>
      </w:pPr>
      <w:r>
        <w:t>کہہ کے چلے گئے تو ایک چیز ملی انہیں پروموشن وہ چھپا نہیں سکے ایک رات بھی wait</w:t>
      </w:r>
    </w:p>
    <w:p>
      <w:r>
        <w:rPr>
          <w:b/>
        </w:rPr>
        <w:t xml:space="preserve">[48:50] </w:t>
      </w:r>
      <w:r>
        <w:t>nahin kar sake kal mein ja ke bata doon ga un ko</w:t>
      </w:r>
    </w:p>
    <w:p>
      <w:pPr>
        <w:jc w:val="right"/>
      </w:pPr>
      <w:r>
        <w:t>نہیں کر سکے کل میں جا کے بتا دوں گا ان کو</w:t>
      </w:r>
    </w:p>
    <w:p>
      <w:r>
        <w:rPr>
          <w:b/>
        </w:rPr>
        <w:t xml:space="preserve">[48:54] </w:t>
      </w:r>
      <w:r>
        <w:t>aap ghore kijiye</w:t>
      </w:r>
    </w:p>
    <w:p>
      <w:pPr>
        <w:jc w:val="right"/>
      </w:pPr>
      <w:r>
        <w:t>آپ غور کیجیے</w:t>
      </w:r>
    </w:p>
    <w:p>
      <w:r>
        <w:rPr>
          <w:b/>
        </w:rPr>
        <w:t xml:space="preserve">[48:57] </w:t>
      </w:r>
      <w:r>
        <w:t>mein ek martaba jab hum adampur mein the to ek sahib bohat pehle ki baat hai unhon</w:t>
      </w:r>
    </w:p>
    <w:p>
      <w:pPr>
        <w:jc w:val="right"/>
      </w:pPr>
      <w:r>
        <w:t>میں ایک مرتبہ جب ہم ادم پور میں تھے تو ایک صاحب بہت پہلے کی بات ہے انہوں</w:t>
      </w:r>
    </w:p>
    <w:p>
      <w:r>
        <w:rPr>
          <w:b/>
        </w:rPr>
        <w:t xml:space="preserve">[49:01] </w:t>
      </w:r>
      <w:r>
        <w:t>ne car le li thi</w:t>
      </w:r>
    </w:p>
    <w:p>
      <w:pPr>
        <w:jc w:val="right"/>
      </w:pPr>
      <w:r>
        <w:t>نے کار لے لی تھی</w:t>
      </w:r>
    </w:p>
    <w:p>
      <w:r>
        <w:rPr>
          <w:b/>
        </w:rPr>
        <w:t xml:space="preserve">[49:06] </w:t>
      </w:r>
      <w:r>
        <w:t>ek aur shahar mein rehte the woh to un se mulaqat hui to baat baat mein ji ab</w:t>
      </w:r>
    </w:p>
    <w:p>
      <w:pPr>
        <w:jc w:val="right"/>
      </w:pPr>
      <w:r>
        <w:t>ایک اور شہر میں رہتے تھے وہ تو ان سے ملاقات ہوئی تو بات بات میں جی اب</w:t>
      </w:r>
    </w:p>
    <w:p>
      <w:r>
        <w:rPr>
          <w:b/>
        </w:rPr>
        <w:t xml:space="preserve">[49:11] </w:t>
      </w:r>
      <w:r>
        <w:t>woh gaadi le liya hai to bohat aasani se ab station aa gaye woh gaadi le liya to</w:t>
      </w:r>
    </w:p>
    <w:p>
      <w:pPr>
        <w:jc w:val="right"/>
      </w:pPr>
      <w:r>
        <w:t>وہ گاڑی لے لیا ہے تو بہت آسانی سے اب اسٹیشن آ گئے وہ گاڑی لے لیا تو</w:t>
      </w:r>
    </w:p>
    <w:p>
      <w:r>
        <w:rPr>
          <w:b/>
        </w:rPr>
        <w:t xml:space="preserve">[49:15] </w:t>
      </w:r>
      <w:r>
        <w:t>bohat aasani se falan kaam ho gaya yani kisi ke batana chah rahe the ke mere paas ab</w:t>
      </w:r>
    </w:p>
    <w:p>
      <w:pPr>
        <w:jc w:val="right"/>
      </w:pPr>
      <w:r>
        <w:t>بہت آسانی سے فلاں کام ہو گیا یعنی کسی کے بتانا چاہ رہے تھے کہ میرے پاس اب</w:t>
      </w:r>
    </w:p>
    <w:p>
      <w:r>
        <w:rPr>
          <w:b/>
        </w:rPr>
        <w:t xml:space="preserve">[49:20] </w:t>
      </w:r>
      <w:r>
        <w:t>car ho gayi hai</w:t>
      </w:r>
    </w:p>
    <w:p>
      <w:pPr>
        <w:jc w:val="right"/>
      </w:pPr>
      <w:r>
        <w:t>کار ہو گئی ہے</w:t>
      </w:r>
    </w:p>
    <w:p>
      <w:r>
        <w:rPr>
          <w:b/>
        </w:rPr>
        <w:t xml:space="preserve">[49:22] </w:t>
      </w:r>
      <w:r>
        <w:t>to mein ne kaha ke dekhiye khuda ko kaisa ajeeb hoga woh khuda jo pandrah billion saal se</w:t>
      </w:r>
    </w:p>
    <w:p>
      <w:pPr>
        <w:jc w:val="right"/>
      </w:pPr>
      <w:r>
        <w:t>تو میں نے کہا کہ دیکھیے خدا کو کیسا عجیب ہوگا وہ خدا جو پندرہ بلین سال سے</w:t>
      </w:r>
    </w:p>
    <w:p>
      <w:r>
        <w:rPr>
          <w:b/>
        </w:rPr>
        <w:t xml:space="preserve">[49:28] </w:t>
      </w:r>
      <w:r>
        <w:t>intazar kar raha</w:t>
      </w:r>
    </w:p>
    <w:p>
      <w:pPr>
        <w:jc w:val="right"/>
      </w:pPr>
      <w:r>
        <w:t>انتظار کر رہا</w:t>
      </w:r>
    </w:p>
    <w:p>
      <w:r>
        <w:rPr>
          <w:b/>
        </w:rPr>
        <w:t xml:space="preserve">[49:29] </w:t>
      </w:r>
      <w:r>
        <w:t>hai apna jalal zahir nahi kiya us nay</w:t>
      </w:r>
    </w:p>
    <w:p>
      <w:pPr>
        <w:jc w:val="right"/>
      </w:pPr>
      <w:r>
        <w:t>ہے اپنا جلال ظاہر نہیں کیا اس نے</w:t>
      </w:r>
    </w:p>
    <w:p>
      <w:r>
        <w:rPr>
          <w:b/>
        </w:rPr>
        <w:t xml:space="preserve">[49:34] </w:t>
      </w:r>
      <w:r>
        <w:t>sirf aap is ko indirect way mein jaan saktay hain jaise aap katib grez ko indirect way mein jantay hain direct tor par khuda ka jalal aap kahan dekh rahay hain</w:t>
      </w:r>
    </w:p>
    <w:p>
      <w:pPr>
        <w:jc w:val="right"/>
      </w:pPr>
      <w:r>
        <w:t>صرف آپ اس کو indirect way میں جان سکتے ہیں جیسے آپ کاتب گریز کو indirect way میں جانتے ہیں direct طور پر خدا کا جلال آپ کہاں دیکھ رہے ہیں</w:t>
      </w:r>
    </w:p>
    <w:p>
      <w:r>
        <w:rPr>
          <w:b/>
        </w:rPr>
        <w:t xml:space="preserve">[49:46] </w:t>
      </w:r>
      <w:r>
        <w:t>to quran mein bhi yeh baat hai bible mein bhi yeh baat hai ke aik waqt aye ga jab ke khuda apnay poray jalal kay saath samnay aa jaye ga bilkul ke aap dakhain gay isi tarah rasool Allah nay farmaya ke jis tarah tum suraj chand ko dakhay ho is tarah tum khuda ko dakhogay</w:t>
      </w:r>
    </w:p>
    <w:p>
      <w:pPr>
        <w:jc w:val="right"/>
      </w:pPr>
      <w:r>
        <w:t>تو قرآن میں بھی یہ بات ہے بائبل میں بھی یہ بات ہے کہ ایک وقت آئے گا جب کہ خدا اپنے پورے جلال کے ساتھ سامنے آ جائے گا بالکل کہ آپ دیکھیں گے اسی طریقے سے رسول اللہ نے فرمایا کہ جس طرح تم سورج چاند کو دیکھتے ہو اس طرح تم خدا کو دیکھو گے</w:t>
      </w:r>
    </w:p>
    <w:p>
      <w:r>
        <w:rPr>
          <w:b/>
        </w:rPr>
        <w:t xml:space="preserve">[50:06] </w:t>
      </w:r>
      <w:r>
        <w:t>jis tarah tum suraj chand ko dakhay ho is tarah tum khuda ko dakhogay kaisa ajeeb hai woh kha</w:t>
      </w:r>
    </w:p>
    <w:p>
      <w:pPr>
        <w:jc w:val="right"/>
      </w:pPr>
      <w:r>
        <w:t>جس طرح تم سورج چاند کو دیکھتے ہو اس طرح تم خدا کو دیکھو گے کیسا عجیب ہے وہ خ</w:t>
      </w:r>
    </w:p>
    <w:p>
      <w:r>
        <w:rPr>
          <w:b/>
        </w:rPr>
        <w:t xml:space="preserve">[50:12] </w:t>
      </w:r>
      <w:r>
        <w:t>da bataiye ke pandrah billion saal say apnay jalal ko woh samnay nahi laya abhi hum to woh din aa raha hai jab creator ka jalal o jamal samnay aaye abhi to woh badli hui woh suraj badli mein chupa hua hai jaise badli hai to suraj chupa hua rehta hai dikhai nahi deta to abhi to hum badli kay ur mein hain khuda ka</w:t>
      </w:r>
    </w:p>
    <w:p>
      <w:pPr>
        <w:jc w:val="right"/>
      </w:pPr>
      <w:r>
        <w:t>دا بتائیے کہ پندرہ بلین سال سے اپنے جلال کو وہ سامنے نہیں لایا ابھی ہم تو وہ دن آ رہا ہے جب creator کا جلال و جمال سامنے آئے ابھی تو وہ بدلی ہوئی وہ سورج بدلی میں چھپا ہوا ہے جیسے بدلی ہے تو سورج چھپا ہوا رہتا ہے دکھائی نہیں دیتا تو ابھی تو ہم بدلی کے اڑ میں ہیں خدا کا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