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Message of Peace (Maulana with Delegation from Sri Lanka) April 23, 2008</w:t>
      </w:r>
    </w:p>
    <w:p>
      <w:r>
        <w:t>https://www.youtube.com/watch?v=uXF5L2jhYTU</w:t>
      </w:r>
    </w:p>
    <w:p>
      <w:r>
        <w:rPr>
          <w:b/>
        </w:rPr>
        <w:t xml:space="preserve">[00:14] </w:t>
      </w:r>
      <w:r>
        <w:t>good morning to all our brothers from Sri Lanka.</w:t>
      </w:r>
    </w:p>
    <w:p>
      <w:pPr>
        <w:jc w:val="right"/>
      </w:pPr>
      <w:r>
        <w:t>गुड मॉर्निंग टू ऑल आवर ब्रदर्स फ्रॉम श्रीलंका।</w:t>
      </w:r>
    </w:p>
    <w:p>
      <w:r>
        <w:rPr>
          <w:b/>
        </w:rPr>
        <w:t xml:space="preserve">[00:17] </w:t>
      </w:r>
      <w:r>
        <w:t>a very warm welcome to all of you.</w:t>
      </w:r>
    </w:p>
    <w:p>
      <w:pPr>
        <w:jc w:val="right"/>
      </w:pPr>
      <w:r>
        <w:t>अ वेरी वार्म वेलकम टू ऑल ऑफ यू।</w:t>
      </w:r>
    </w:p>
    <w:p>
      <w:r>
        <w:rPr>
          <w:b/>
        </w:rPr>
        <w:t xml:space="preserve">[00:21] </w:t>
      </w:r>
      <w:r>
        <w:t>my name is rajat malhotra, and i am one of the disciples of Maulana Wahiduddin Khan, and also</w:t>
      </w:r>
    </w:p>
    <w:p>
      <w:pPr>
        <w:jc w:val="right"/>
      </w:pPr>
      <w:r>
        <w:t>माय नेम इज़ रजत मल्होत्रा, एंड आई एम वन ऑफ द डिसाइल ऑफ मौलाना वैदुद्दीन खान, एंड आल्सो</w:t>
      </w:r>
    </w:p>
    <w:p>
      <w:r>
        <w:rPr>
          <w:b/>
        </w:rPr>
        <w:t xml:space="preserve">[00:25] </w:t>
      </w:r>
      <w:r>
        <w:t>a member of center for peace and spirituality.</w:t>
      </w:r>
    </w:p>
    <w:p>
      <w:pPr>
        <w:jc w:val="right"/>
      </w:pPr>
      <w:r>
        <w:t>अ मेंबर ऑफ सेंटर फॉर पीस एंड स्पिरिचुअलिटी।</w:t>
      </w:r>
    </w:p>
    <w:p>
      <w:r>
        <w:rPr>
          <w:b/>
        </w:rPr>
        <w:t xml:space="preserve">[00:29] </w:t>
      </w:r>
      <w:r>
        <w:t>i will begin the program by briefly introducing Maulana Wahiduddin Khan, after which i would request Rabbi Joseph</w:t>
      </w:r>
    </w:p>
    <w:p>
      <w:pPr>
        <w:jc w:val="right"/>
      </w:pPr>
      <w:r>
        <w:t>आई विल बिगिन द प्रोग्राम बाय ब्रीफली इंट्रोड्यूसिंग मौलाना वैदुद्दीन खान, आफ्टर व्हिच आई वुड रिक्वेस्ट रेबिट जोसेफ</w:t>
      </w:r>
    </w:p>
    <w:p>
      <w:r>
        <w:rPr>
          <w:b/>
        </w:rPr>
        <w:t xml:space="preserve">[00:32] </w:t>
      </w:r>
      <w:r>
        <w:t>to come and introduce the delegation.</w:t>
      </w:r>
    </w:p>
    <w:p>
      <w:pPr>
        <w:jc w:val="right"/>
      </w:pPr>
      <w:r>
        <w:t>टू कम एंड इंट्रोड्यूस द डेलीगेशन।</w:t>
      </w:r>
    </w:p>
    <w:p>
      <w:r>
        <w:rPr>
          <w:b/>
        </w:rPr>
        <w:t xml:space="preserve">[00:36] </w:t>
      </w:r>
      <w:r>
        <w:t>and we will begin the lecture immediately after that.</w:t>
      </w:r>
    </w:p>
    <w:p>
      <w:pPr>
        <w:jc w:val="right"/>
      </w:pPr>
      <w:r>
        <w:t>एंड वी विल बिगिन द लेक्चर इमीडिएटली आफ्टर दैट।</w:t>
      </w:r>
    </w:p>
    <w:p>
      <w:r>
        <w:rPr>
          <w:b/>
        </w:rPr>
        <w:t xml:space="preserve">[00:40] </w:t>
      </w:r>
      <w:r>
        <w:t>and once the lecture is over</w:t>
      </w:r>
    </w:p>
    <w:p>
      <w:pPr>
        <w:jc w:val="right"/>
      </w:pPr>
      <w:r>
        <w:t>एंड वंस द लेक्चर इज़ ओ</w:t>
      </w:r>
    </w:p>
    <w:p>
      <w:r>
        <w:rPr>
          <w:b/>
        </w:rPr>
        <w:t xml:space="preserve">[00:44] </w:t>
      </w:r>
      <w:r>
        <w:t>ver, i would request all of you to have an interact session. so, i will start by introducing maulana wahiduddin khan. before i start, i would request if any one of you are carrying mobile phones to kindly put it on the silent mode, so that we can have uninterrupted, you know, spiritual exchange. thank you. maulana wahiduddin khan was born in 1925 at azamgarh, up. he is well versed in both classical</w:t>
      </w:r>
    </w:p>
    <w:p>
      <w:pPr>
        <w:jc w:val="right"/>
      </w:pPr>
      <w:r>
        <w:t>वर, आई वुड रिक्वेस्ट ऑल ऑफ यू टू हैव एन इंटरेक्ट सेशन। सो, आई विल स्टार्ट बाय इंट्रोड्यूसिंग मौलाना वैदुद्दीन खान। बिफोर आई स्टार्ट, आई वुड रिक्वेस्ट इफ एनी वन ऑफ यू आर कैरिंग मोबाइल फोन्स टू काइंडली पुट इट ऑन द साइलेंट मोड, सो दैट वी कैन हैव अनइंटरप्टेड, यू नो, स्पिरिचुअल एक्सचेंज। थैंक यू। मौलाना वैदुद्दीन खान वाज़ बोर्न इन 1925 एट आजमगढ़, यूपी। ही इज़ वेल वर्स इन बोथ क्लास</w:t>
      </w:r>
    </w:p>
    <w:p>
      <w:r>
        <w:rPr>
          <w:b/>
        </w:rPr>
        <w:t xml:space="preserve">[01:14] </w:t>
      </w:r>
      <w:r>
        <w:t>islamic learning and modern science. having studied the original arabic scriptures, maulana has presented the real face of islam based on peace, tolerance, and coexistence. from the beginning, he has dedicated himself to the establishment of peace and has presented islam in the modern idiom. in september 1970, he established</w:t>
      </w:r>
    </w:p>
    <w:p>
      <w:pPr>
        <w:jc w:val="right"/>
      </w:pPr>
      <w:r>
        <w:t>िकल इस्लामिक लर्निंग एंड मॉडर्न साइंस। हैविंग स्टडीड द ओरिजिनल अरेबिक स्क्रिप्चर्स, मौलाना हैज़ प्रेजेंटेड द रियल फेस ऑफ इस्लाम बेस्ड ऑन पीस, टॉलरेंस, एंड कोएक्जिस्टेंस। फ्रॉम द बिगिनिंग, ही हैज़ डेडिकेटेड हिमसेल्फ टू द एस्टेब्लिशमेंट ऑफ पीस एंड हैज़ प्रेजेंटेड इस्लाम इन द मॉडर्न इडियम। इन सितंबर 1970, ही एस्टेब्लिश्ड</w:t>
      </w:r>
    </w:p>
    <w:p>
      <w:r>
        <w:rPr>
          <w:b/>
        </w:rPr>
        <w:t xml:space="preserve">[01:44] </w:t>
      </w:r>
      <w:r>
        <w:t>the Islamic center in New Delhi, of which he is the president.</w:t>
      </w:r>
    </w:p>
    <w:p>
      <w:pPr>
        <w:jc w:val="right"/>
      </w:pPr>
      <w:r>
        <w:t>द इस्लामिक सेंटर इन न्यू दिल्ली, ऑफ व्हिच ही इज़ द प्रेसिडेंट।</w:t>
      </w:r>
    </w:p>
    <w:p>
      <w:r>
        <w:rPr>
          <w:b/>
        </w:rPr>
        <w:t xml:space="preserve">[01:51] </w:t>
      </w:r>
      <w:r>
        <w:t>he started Al Risala, the voice of the Urdu mission, which is a regularly published monthly periodical.</w:t>
      </w:r>
    </w:p>
    <w:p>
      <w:pPr>
        <w:jc w:val="right"/>
      </w:pPr>
      <w:r>
        <w:t>ही स्टार्टेड अल रिसाला, द वॉइस ऑफ द उर्दू मिशन, व्हिच इज़ अ रेगुलरली पब्लिश्ड मंथली पीरियोडिकल।</w:t>
      </w:r>
    </w:p>
    <w:p>
      <w:r>
        <w:rPr>
          <w:b/>
        </w:rPr>
        <w:t xml:space="preserve">[01:59] </w:t>
      </w:r>
      <w:r>
        <w:t>Maulana is well traveled and a recipient of several national and international awards.</w:t>
      </w:r>
    </w:p>
    <w:p>
      <w:pPr>
        <w:jc w:val="right"/>
      </w:pPr>
      <w:r>
        <w:t>मौलाना इज़ वेल ट्रैवल्ड एंड अ रिसिपिएंट ऑफ सेवरल नेशनल एंड इंटरनेशनल अवार्ड्स।</w:t>
      </w:r>
    </w:p>
    <w:p>
      <w:r>
        <w:rPr>
          <w:b/>
        </w:rPr>
        <w:t xml:space="preserve">[02:06] </w:t>
      </w:r>
      <w:r>
        <w:t>Maulana has received the Demorgas International Peace Award in 2002 in Switzerland for his outstanding achievements</w:t>
      </w:r>
    </w:p>
    <w:p>
      <w:pPr>
        <w:jc w:val="right"/>
      </w:pPr>
      <w:r>
        <w:t>मौलाना हैज़ रिसीव्ड द डिमर्गस इंटरनेशनल पीस अवार्ड इन 2002 इन स्विट्जरलैंड फॉर हिज़ आउटस्टैंडिंग अचीवमेंट</w:t>
      </w:r>
    </w:p>
    <w:p>
      <w:r>
        <w:rPr>
          <w:b/>
        </w:rPr>
        <w:t xml:space="preserve">[02:14] </w:t>
      </w:r>
      <w:r>
        <w:t>in strengthening peace among nations.</w:t>
      </w:r>
    </w:p>
    <w:p>
      <w:pPr>
        <w:jc w:val="right"/>
      </w:pPr>
      <w:r>
        <w:t>्स इन स्ट्रेंथनिंग पीस अमंग नेशंस।</w:t>
      </w:r>
    </w:p>
    <w:p>
      <w:r>
        <w:rPr>
          <w:b/>
        </w:rPr>
        <w:t xml:space="preserve">[02:21] </w:t>
      </w:r>
      <w:r>
        <w:t>he has also been awarded the title of Ambassador of Peace by the International Federation for World Peace, Korea.</w:t>
      </w:r>
    </w:p>
    <w:p>
      <w:pPr>
        <w:jc w:val="right"/>
      </w:pPr>
      <w:r>
        <w:t>ही हैज़ आल्सो बीन अवार्डेड द टाइटल ऑफ एंबेसडर ऑफ पीस बाय द इंटरनेशनल फेडरेशन फॉर वर्ल्ड पीस, कोरिया।</w:t>
      </w:r>
    </w:p>
    <w:p>
      <w:r>
        <w:rPr>
          <w:b/>
        </w:rPr>
        <w:t xml:space="preserve">[02:29] </w:t>
      </w:r>
      <w:r>
        <w:t>some of the national awards that Maulana has been awarded are Padma Bhushan, National Amity Award, Delhi Gaurav, and many more.</w:t>
      </w:r>
    </w:p>
    <w:p>
      <w:pPr>
        <w:jc w:val="right"/>
      </w:pPr>
      <w:r>
        <w:t>सम ऑफ द नेशनल अवार्ड्स दैट मौलाना हैज़ बीन अवार्डेड आर पद्मभूषण, नेशनल एमिटी अवार्ड, दिल्ली गौरव, एंड मेनी मोर।</w:t>
      </w:r>
    </w:p>
    <w:p>
      <w:r>
        <w:rPr>
          <w:b/>
        </w:rPr>
        <w:t xml:space="preserve">[02:36] </w:t>
      </w:r>
      <w:r>
        <w:t>he has authored over 200 books on Islam, prophetic wisdom, and peaceful coexistence in a multi</w:t>
      </w:r>
    </w:p>
    <w:p>
      <w:pPr>
        <w:jc w:val="right"/>
      </w:pPr>
      <w:r>
        <w:t>ही हैज़ ऑथर्ड ओवर 200 बुक्स ऑन इस्लाम, प्रोफेटिक विजडम, एंड पीसफुल कोएक्जिस्टेंस इन अ मल्टी</w:t>
      </w:r>
    </w:p>
    <w:p>
      <w:r>
        <w:rPr>
          <w:b/>
        </w:rPr>
        <w:t xml:space="preserve">[02:44] </w:t>
      </w:r>
      <w:r>
        <w:t>ethnic society.</w:t>
      </w:r>
    </w:p>
    <w:p>
      <w:pPr>
        <w:jc w:val="right"/>
      </w:pPr>
      <w:r>
        <w:t>एथनिक सोसाइटी।</w:t>
      </w:r>
    </w:p>
    <w:p>
      <w:r>
        <w:rPr>
          <w:b/>
        </w:rPr>
        <w:t xml:space="preserve">[02:50] </w:t>
      </w:r>
      <w:r>
        <w:t>his latest work, the ideology of peace, elucidates the concept of peace in Islam.</w:t>
      </w:r>
    </w:p>
    <w:p>
      <w:pPr>
        <w:jc w:val="right"/>
      </w:pPr>
      <w:r>
        <w:t>हिज़ लेटेस्ट वर्क, द आइडियोलॉजी ऑफ पीस, एलुसिडिएट्स द कांसेप्ट ऑफ पीस इन इस्लाम।</w:t>
      </w:r>
    </w:p>
    <w:p>
      <w:r>
        <w:rPr>
          <w:b/>
        </w:rPr>
        <w:t xml:space="preserve">[02:56] </w:t>
      </w:r>
      <w:r>
        <w:t>too spread his spiritual message globally, Maulana established the CPS International, the center for peace and spirituality, which</w:t>
      </w:r>
    </w:p>
    <w:p>
      <w:pPr>
        <w:jc w:val="right"/>
      </w:pPr>
      <w:r>
        <w:t>टू स्प्रेड हिज़ स्पिरिचुअल मैसेज ग्लोबली, मौलाना एस्टेब्लिश्ड द सीपीएस इंटरनेशनल, द सेंटर फॉर पीस एंड स्पिरिचुअलिटी, व्हिच</w:t>
      </w:r>
    </w:p>
    <w:p>
      <w:r>
        <w:rPr>
          <w:b/>
        </w:rPr>
        <w:t xml:space="preserve">[03:02] </w:t>
      </w:r>
      <w:r>
        <w:t>aims to promote and reinforce the culture of peace through mind-based spirituality.</w:t>
      </w:r>
    </w:p>
    <w:p>
      <w:pPr>
        <w:jc w:val="right"/>
      </w:pPr>
      <w:r>
        <w:t>एम्स टू प्रमोट एंड रिइंफोर्स द कल्चर ऑफ पीस थ्रू माइंड-बेस्ड स्पिरिचुअलिटी।</w:t>
      </w:r>
    </w:p>
    <w:p>
      <w:r>
        <w:rPr>
          <w:b/>
        </w:rPr>
        <w:t xml:space="preserve">[03:08] </w:t>
      </w:r>
      <w:r>
        <w:t>so, i would now</w:t>
      </w:r>
    </w:p>
    <w:p>
      <w:pPr>
        <w:jc w:val="right"/>
      </w:pPr>
      <w:r>
        <w:t>सो, आई वुड नाउ</w:t>
      </w:r>
    </w:p>
    <w:p>
      <w:r>
        <w:rPr>
          <w:b/>
        </w:rPr>
        <w:t xml:space="preserve">[03:14] </w:t>
      </w:r>
      <w:r>
        <w:t>request rabbit Joseph to come here and introduce the delegation, and then we will immediately start the lecture.</w:t>
      </w:r>
    </w:p>
    <w:p>
      <w:pPr>
        <w:jc w:val="right"/>
      </w:pPr>
      <w:r>
        <w:t>रिक्वेस्ट रेबिट जोसेफ टू कम हियर एंड इंट्रोड्यूस द डेलीगेशन, एंड देन वी विल इमीडिएटली स्टार्ट द लेक्चर।</w:t>
      </w:r>
    </w:p>
    <w:p>
      <w:r>
        <w:rPr>
          <w:b/>
        </w:rPr>
        <w:t xml:space="preserve">[03:20] </w:t>
      </w:r>
      <w:r>
        <w:t>respected and wonderful Maulana ji, we are indeed grateful to carrying your valuable time to share your thoughts</w:t>
      </w:r>
    </w:p>
    <w:p>
      <w:pPr>
        <w:jc w:val="right"/>
      </w:pPr>
      <w:r>
        <w:t>रिस्पेक्टेड एंड वंडरफुल मौलाना जी, वी आर इनड ग्रेटफुल टू कैरिंग योर वैल्युएबल टाइम टू शेयर योर थॉट्स</w:t>
      </w:r>
    </w:p>
    <w:p>
      <w:r>
        <w:rPr>
          <w:b/>
        </w:rPr>
        <w:t xml:space="preserve">[03:26] </w:t>
      </w:r>
      <w:r>
        <w:t>with us this morning and for receiving the delegation from Sri Lanka representing the congress of religions.</w:t>
      </w:r>
    </w:p>
    <w:p>
      <w:pPr>
        <w:jc w:val="right"/>
      </w:pPr>
      <w:r>
        <w:t>विथ अस दिस मॉर्निंग एंड फॉर रिसीविंग द डेलीगेशन फ्रॉम श्रीलंका रिप्रेजेंटिंग द कांग्रेस ऑफ रिलीजस।</w:t>
      </w:r>
    </w:p>
    <w:p>
      <w:r>
        <w:rPr>
          <w:b/>
        </w:rPr>
        <w:t xml:space="preserve">[03:32] </w:t>
      </w:r>
      <w:r>
        <w:t>i would like to just begin by introducing each one of them very very briefly, so that you</w:t>
      </w:r>
    </w:p>
    <w:p>
      <w:pPr>
        <w:jc w:val="right"/>
      </w:pPr>
      <w:r>
        <w:t>आई वुड लाइक टू जस्ट बिगिन बाय इंट्रोड्यूसिंग ईच वन ऑफ देम वेरी वेरी ब्रीफली, सो दैट यू</w:t>
      </w:r>
    </w:p>
    <w:p>
      <w:r>
        <w:rPr>
          <w:b/>
        </w:rPr>
        <w:t xml:space="preserve">[03:38] </w:t>
      </w:r>
      <w:r>
        <w:t>get an idea of the comp</w:t>
      </w:r>
    </w:p>
    <w:p>
      <w:pPr>
        <w:jc w:val="right"/>
      </w:pPr>
      <w:r>
        <w:t>गेट एन आईडिया ऑफ द कंप</w:t>
      </w:r>
    </w:p>
    <w:p>
      <w:r>
        <w:rPr>
          <w:b/>
        </w:rPr>
        <w:t xml:space="preserve">[03:44] </w:t>
      </w:r>
      <w:r>
        <w:t>osition of the team and also the purpose that we have come to this country and also the time that we spend with you the next few minutes. we have in front of us venerable doctor professor bellan vimal ratnayake prayer. he is also the chancellor of the sri jayawardenepura university in sri lanka. and then you have his grace vice president doctor austell gomis, the archb</w:t>
      </w:r>
    </w:p>
    <w:p>
      <w:pPr>
        <w:jc w:val="right"/>
      </w:pPr>
      <w:r>
        <w:t>ोजीशन ऑफ द टीम एंड आल्सो द पर्पस दैट वी हैव कम टू दिस कंट्री एंड आल्सो द टाइम दैट वी स्पेंड विथ यू द नेक्स्ट फ्यू मिनट्स। वी हैव इन फ्रंट ऑफ अस वेंडरेबल डॉक्टर प्रोफेसर बेलान विमल रत्नायक प्रेयर। ही इज़ आल्सो द चांसलर ऑफ द श्री ज्यावनपुरा यूनिवर्सिटी इन श्रीलंका। एंड देन यू हैव हिज़ ग्रेस वाइस प्रेजेंट डॉक्टर ऑस्ट्रेल गोमिस, द आर्चब</w:t>
      </w:r>
    </w:p>
    <w:p>
      <w:r>
        <w:rPr>
          <w:b/>
        </w:rPr>
        <w:t xml:space="preserve">[04:14] </w:t>
      </w:r>
      <w:r>
        <w:t>ship of Kalambu.</w:t>
      </w:r>
    </w:p>
    <w:p>
      <w:pPr>
        <w:jc w:val="right"/>
      </w:pPr>
      <w:r>
        <w:t>िशप ऑफ कलांबू।</w:t>
      </w:r>
    </w:p>
    <w:p>
      <w:r>
        <w:rPr>
          <w:b/>
        </w:rPr>
        <w:t xml:space="preserve">[04:19] </w:t>
      </w:r>
      <w:r>
        <w:t>he is also the chancellor of the Kalambu university.</w:t>
      </w:r>
    </w:p>
    <w:p>
      <w:pPr>
        <w:jc w:val="right"/>
      </w:pPr>
      <w:r>
        <w:t>ही इज़ आल्सो द चांसलर ऑफ द कलांबू यूनिवर्सिटी।</w:t>
      </w:r>
    </w:p>
    <w:p>
      <w:r>
        <w:rPr>
          <w:b/>
        </w:rPr>
        <w:t xml:space="preserve">[04:23] </w:t>
      </w:r>
      <w:r>
        <w:t>then we have venerable doctor Marg Sobit Nayak Tero, one of the senior leading monks in Sri Lanka.</w:t>
      </w:r>
    </w:p>
    <w:p>
      <w:pPr>
        <w:jc w:val="right"/>
      </w:pPr>
      <w:r>
        <w:t>देन वी हैव वेंडरेबल डॉक्टर मार्ग सोबित नायक तेरो, वन ऑफ द सीनियर लीडिंग मोंक्स इन श्रीलंका।</w:t>
      </w:r>
    </w:p>
    <w:p>
      <w:r>
        <w:rPr>
          <w:b/>
        </w:rPr>
        <w:t xml:space="preserve">[04:27] </w:t>
      </w:r>
      <w:r>
        <w:t>and we have venerable Brahman of this, Shivli Nayak Tero.</w:t>
      </w:r>
    </w:p>
    <w:p>
      <w:pPr>
        <w:jc w:val="right"/>
      </w:pPr>
      <w:r>
        <w:t>एंड वी हैव वेंडरेबल ब्राह्मण ऑफ दिस, शिवली नायक तेरो।</w:t>
      </w:r>
    </w:p>
    <w:p>
      <w:r>
        <w:rPr>
          <w:b/>
        </w:rPr>
        <w:t xml:space="preserve">[04:31] </w:t>
      </w:r>
      <w:r>
        <w:t>he is very unique because he is one of the monks who can speak Tamil very fluently, and</w:t>
      </w:r>
    </w:p>
    <w:p>
      <w:pPr>
        <w:jc w:val="right"/>
      </w:pPr>
      <w:r>
        <w:t>ही इज़ वेरी यूनिक बिकॉज़ ही इज़ वन ऑफ द मोंक्स हु कैन स्पीक तमिल वेरी फ्लूएंटली, एंड</w:t>
      </w:r>
    </w:p>
    <w:p>
      <w:r>
        <w:rPr>
          <w:b/>
        </w:rPr>
        <w:t xml:space="preserve">[04:36] </w:t>
      </w:r>
      <w:r>
        <w:t>therefore he holds a very unique place in Sri Lanka.</w:t>
      </w:r>
    </w:p>
    <w:p>
      <w:pPr>
        <w:jc w:val="right"/>
      </w:pPr>
      <w:r>
        <w:t>देयर फॉर ही होल्ड्स अ वेरी यूनिक प्लेस इन श्रीलंका।</w:t>
      </w:r>
    </w:p>
    <w:p>
      <w:r>
        <w:rPr>
          <w:b/>
        </w:rPr>
        <w:t xml:space="preserve">[04:40] </w:t>
      </w:r>
      <w:r>
        <w:t>then we have venerable Itpan Damalanka</w:t>
      </w:r>
    </w:p>
    <w:p>
      <w:pPr>
        <w:jc w:val="right"/>
      </w:pPr>
      <w:r>
        <w:t>देन वी हैव वेंडरेबल इटपान दमालांका</w:t>
      </w:r>
    </w:p>
    <w:p>
      <w:r>
        <w:rPr>
          <w:b/>
        </w:rPr>
        <w:t xml:space="preserve">[04:44] </w:t>
      </w:r>
      <w:r>
        <w:t>Tero.</w:t>
      </w:r>
    </w:p>
    <w:p>
      <w:pPr>
        <w:jc w:val="right"/>
      </w:pPr>
      <w:r>
        <w:t>तेरो।</w:t>
      </w:r>
    </w:p>
    <w:p>
      <w:r>
        <w:rPr>
          <w:b/>
        </w:rPr>
        <w:t xml:space="preserve">[04:48] </w:t>
      </w:r>
      <w:r>
        <w:t>he is also the general secretary of an important.</w:t>
      </w:r>
    </w:p>
    <w:p>
      <w:pPr>
        <w:jc w:val="right"/>
      </w:pPr>
      <w:r>
        <w:t>ही इज़ आल्सो द जनरल सेक्रेटरी ऑफ अ इंपोर्टेंट।</w:t>
      </w:r>
    </w:p>
    <w:p>
      <w:r>
        <w:rPr>
          <w:b/>
        </w:rPr>
        <w:t xml:space="preserve">[04:51] </w:t>
      </w:r>
      <w:r>
        <w:t>who is chaptering Sri Lanka.</w:t>
      </w:r>
    </w:p>
    <w:p>
      <w:pPr>
        <w:jc w:val="right"/>
      </w:pPr>
      <w:r>
        <w:t>हु इज़ चैप्टिंग श्रीलंका।</w:t>
      </w:r>
    </w:p>
    <w:p>
      <w:r>
        <w:rPr>
          <w:b/>
        </w:rPr>
        <w:t xml:space="preserve">[04:54] </w:t>
      </w:r>
      <w:r>
        <w:t>then we have seated here venerable Murtaj Nayak Tero, who also happens to be the president of the</w:t>
      </w:r>
    </w:p>
    <w:p>
      <w:pPr>
        <w:jc w:val="right"/>
      </w:pPr>
      <w:r>
        <w:t>देन वी हैव सीटेड हियर वेंडरेबल मुर्तज नायक तेरो, हु आल्सो हैपेंस टू बी द प्रेसिडेंट ऑफ द</w:t>
      </w:r>
    </w:p>
    <w:p>
      <w:r>
        <w:rPr>
          <w:b/>
        </w:rPr>
        <w:t xml:space="preserve">[04:58] </w:t>
      </w:r>
      <w:r>
        <w:t>Sri Lanka Nurses Union.</w:t>
      </w:r>
    </w:p>
    <w:p>
      <w:pPr>
        <w:jc w:val="right"/>
      </w:pPr>
      <w:r>
        <w:t>श्रीलंका नर्सस यूनियन।</w:t>
      </w:r>
    </w:p>
    <w:p>
      <w:r>
        <w:rPr>
          <w:b/>
        </w:rPr>
        <w:t xml:space="preserve">[05:01] </w:t>
      </w:r>
      <w:r>
        <w:t>then we have Shri Damshri Sharma Gurukul from the Hindu religion.</w:t>
      </w:r>
    </w:p>
    <w:p>
      <w:pPr>
        <w:jc w:val="right"/>
      </w:pPr>
      <w:r>
        <w:t>देन वी हैव श्री डमश्री शर्मा गुरुकुल फ्रॉम द हिंदू रिलीजन।</w:t>
      </w:r>
    </w:p>
    <w:p>
      <w:r>
        <w:rPr>
          <w:b/>
        </w:rPr>
        <w:t xml:space="preserve">[05:04] </w:t>
      </w:r>
      <w:r>
        <w:t>then Maulvi Shaheer from the Muslim Council of Theologians.</w:t>
      </w:r>
    </w:p>
    <w:p>
      <w:pPr>
        <w:jc w:val="right"/>
      </w:pPr>
      <w:r>
        <w:t>देन मौलवी शाहीर फ्रॉम द मुस्लिम काउंसिल ऑफ थियोलॉजियंस।</w:t>
      </w:r>
    </w:p>
    <w:p>
      <w:r>
        <w:rPr>
          <w:b/>
        </w:rPr>
        <w:t xml:space="preserve">[05:08] </w:t>
      </w:r>
      <w:r>
        <w:t>and then we have Maulvi Abdul Nasa.</w:t>
      </w:r>
    </w:p>
    <w:p>
      <w:pPr>
        <w:jc w:val="right"/>
      </w:pPr>
      <w:r>
        <w:t>एंड देन वी हैव मौलवी अब्दुल नासा।</w:t>
      </w:r>
    </w:p>
    <w:p>
      <w:r>
        <w:rPr>
          <w:b/>
        </w:rPr>
        <w:t xml:space="preserve">[05:11] </w:t>
      </w:r>
      <w:r>
        <w:t>he is also the general secretary of the Jamat</w:t>
      </w:r>
    </w:p>
    <w:p>
      <w:pPr>
        <w:jc w:val="right"/>
      </w:pPr>
      <w:r>
        <w:t>ही इज़ आल्सो द जनरल सेक्रेटरी ऑफ द जमत</w:t>
      </w:r>
    </w:p>
    <w:p>
      <w:r>
        <w:rPr>
          <w:b/>
        </w:rPr>
        <w:t xml:space="preserve">[05:15] </w:t>
      </w:r>
      <w:r>
        <w:t>ul ulama in sri lanka. then just behind him is mr. shalit sera. he is also representing the civil society, and he is also the president of the congress of religions. then we have mr. andu sangal, who is a coordinator of the congress of religions. and finally, we have venerable pr paliat nayake thero. he is also the assistant secretary of the mahabodhi society, which is also having its headquarters in india. and i am rabbi joseph, the chairman of the national christian ca</w:t>
      </w:r>
    </w:p>
    <w:p>
      <w:pPr>
        <w:jc w:val="right"/>
      </w:pPr>
      <w:r>
        <w:t>उलमा इन श्रीलंका। देन जस्ट बिहाइंड हिम इज़ मिस्टर शलित सेरा। ही इज़ आल्सो रिप्रेजेंटिंग द सिविल सोसाइटी, एंड ही इज़ आल्सो द प्रेशर ऑफ द कांग्रेस ऑफ रिलीजस। देन वी हैव मिस्टर एंडू सांगल, हु इज़ अ कोऑर्डिनेटर ऑफ द कांग्रेस ऑफ रिलीजस। एंड फाइनली, वी हैव वेंडरेबल पीआर पालीत नायक तेरो। ही इज़ आल्सो द असिस्टेंट सेक्रेटरी ऑफ द महाबोधी सोसाइटी, व्हिच इज़ आल्सो हैविंग इट्स हेडक्वार्टर्स इन इंडिया। एंड आई एम गवर्न एबनेस जोसेफ, द चेयरमैन ऑफ द नेशनल क्रिश्चियन का</w:t>
      </w:r>
    </w:p>
    <w:p>
      <w:r>
        <w:rPr>
          <w:b/>
        </w:rPr>
        <w:t xml:space="preserve">[05:45] </w:t>
      </w:r>
      <w:r>
        <w:t>uncil. and we both are co-secretaries of the congress of religions. we are here on a mission with two noble aims. one is to make contacts with our interreligious partners in india, so that we begin a process of a journey together to pursue peace and to work for the moral regeneration of society based on spiritual values. and that is why we</w:t>
      </w:r>
    </w:p>
    <w:p>
      <w:pPr>
        <w:jc w:val="right"/>
      </w:pPr>
      <w:r>
        <w:t>उंसिल। एंड वी बोथ आर कोसेक्रेटरीज ऑफ द कांग्रेस ऑफ रिलीजस। वी आर हियर ऑन अ मिशन विथ टू नोबल एम्स। वन इज़ टू मेक कॉन्टैक्ट्स विथ आवर इंटररिलिजियस पार्टनर्स इन इंडिया, सो दैट वी बिगिन अ प्रोसेस ऑफ अ जर्नी टुगेदर टू पर्स्यू पीस एंड टू वर्क फॉर द मोरल रीजेनरेशन ऑफ सोसाइटी बेस्ड ऑन स्पिरिचुअल वैल्यूज। एंड दैट इज़ व्हाई वी</w:t>
      </w:r>
    </w:p>
    <w:p>
      <w:r>
        <w:rPr>
          <w:b/>
        </w:rPr>
        <w:t xml:space="preserve">[06:15] </w:t>
      </w:r>
      <w:r>
        <w:t>are meeting all religions leaders, so that we can link up.</w:t>
      </w:r>
    </w:p>
    <w:p>
      <w:pPr>
        <w:jc w:val="right"/>
      </w:pPr>
      <w:r>
        <w:t>आर मीटिंग ऑल रिलीजस लीडर्स, सो दैट वी कैन लिंक अप।</w:t>
      </w:r>
    </w:p>
    <w:p>
      <w:r>
        <w:rPr>
          <w:b/>
        </w:rPr>
        <w:t xml:space="preserve">[06:19] </w:t>
      </w:r>
      <w:r>
        <w:t>and our spiritual sources, most of them are come from India.</w:t>
      </w:r>
    </w:p>
    <w:p>
      <w:pPr>
        <w:jc w:val="right"/>
      </w:pPr>
      <w:r>
        <w:t>एंड आवर स्पिरिचुअल सोर्सेस, मोस्ट ऑफ देम आर कम फ्रॉम इंडिया।</w:t>
      </w:r>
    </w:p>
    <w:p>
      <w:r>
        <w:rPr>
          <w:b/>
        </w:rPr>
        <w:t xml:space="preserve">[06:23] </w:t>
      </w:r>
      <w:r>
        <w:t>so we are making the link, so that we can work together for the good of the region.</w:t>
      </w:r>
    </w:p>
    <w:p>
      <w:pPr>
        <w:jc w:val="right"/>
      </w:pPr>
      <w:r>
        <w:t>सो वी आर मेकिंग द लिंक, सो दैट वी कैन वर्क टुगेदर फॉर द गुड ऑफ द रीजन।</w:t>
      </w:r>
    </w:p>
    <w:p>
      <w:r>
        <w:rPr>
          <w:b/>
        </w:rPr>
        <w:t xml:space="preserve">[06:28] </w:t>
      </w:r>
      <w:r>
        <w:t>and the second obvious fact is that we are coming from Sri Lanka.</w:t>
      </w:r>
    </w:p>
    <w:p>
      <w:pPr>
        <w:jc w:val="right"/>
      </w:pPr>
      <w:r>
        <w:t>एंड द सेकंड ऑब्वियस फैक्ट इज़ दैट वी आर कमिंग फ्रॉम श्रीलंका।</w:t>
      </w:r>
    </w:p>
    <w:p>
      <w:r>
        <w:rPr>
          <w:b/>
        </w:rPr>
        <w:t xml:space="preserve">[06:32] </w:t>
      </w:r>
      <w:r>
        <w:t>so we all have a burden about the unfortunate conflict in Sri Lanka.</w:t>
      </w:r>
    </w:p>
    <w:p>
      <w:pPr>
        <w:jc w:val="right"/>
      </w:pPr>
      <w:r>
        <w:t>सो वी ऑल हैव अ बर्डन अबाउट द अनफॉर्चूनेट कॉन्फ्लिक्ट इन श्रीलंका।</w:t>
      </w:r>
    </w:p>
    <w:p>
      <w:r>
        <w:rPr>
          <w:b/>
        </w:rPr>
        <w:t xml:space="preserve">[06:36] </w:t>
      </w:r>
      <w:r>
        <w:t>so to see how religious leaders can get together and to see what steps we can take as</w:t>
      </w:r>
    </w:p>
    <w:p>
      <w:pPr>
        <w:jc w:val="right"/>
      </w:pPr>
      <w:r>
        <w:t>सो टू सी हाउ रिलीजस लीडर्स कैन गेट टुगेदर एंड टू सी व्हाट स्टेप्स वी कैन टेक एस</w:t>
      </w:r>
    </w:p>
    <w:p>
      <w:r>
        <w:rPr>
          <w:b/>
        </w:rPr>
        <w:t xml:space="preserve">[06:41] </w:t>
      </w:r>
      <w:r>
        <w:t>interfaith leaders in Sri Lanka to resolve this unfortunate</w:t>
      </w:r>
    </w:p>
    <w:p>
      <w:pPr>
        <w:jc w:val="right"/>
      </w:pPr>
      <w:r>
        <w:t>इंटरफेथ लीडर्स इन श्रीलंका टू रिसॉल्व दिस अनफॉर्चूनेट</w:t>
      </w:r>
    </w:p>
    <w:p>
      <w:r>
        <w:rPr>
          <w:b/>
        </w:rPr>
        <w:t xml:space="preserve">[06:45] </w:t>
      </w:r>
      <w:r>
        <w:t>conflict.</w:t>
      </w:r>
    </w:p>
    <w:p>
      <w:pPr>
        <w:jc w:val="right"/>
      </w:pPr>
      <w:r>
        <w:t>कॉन्फ्लिक्ट।</w:t>
      </w:r>
    </w:p>
    <w:p>
      <w:r>
        <w:rPr>
          <w:b/>
        </w:rPr>
        <w:t xml:space="preserve">[06:49] </w:t>
      </w:r>
      <w:r>
        <w:t>it may be quite a complicated conflict.</w:t>
      </w:r>
    </w:p>
    <w:p>
      <w:pPr>
        <w:jc w:val="right"/>
      </w:pPr>
      <w:r>
        <w:t>इट मे बी क्वाइट अ कॉम्प्लिकेटेड कॉन्फ्लिक्ट।</w:t>
      </w:r>
    </w:p>
    <w:p>
      <w:r>
        <w:rPr>
          <w:b/>
        </w:rPr>
        <w:t xml:space="preserve">[06:52] </w:t>
      </w:r>
      <w:r>
        <w:t>I believe that as religious leaders, we have a moral duty and to guide our people.</w:t>
      </w:r>
    </w:p>
    <w:p>
      <w:pPr>
        <w:jc w:val="right"/>
      </w:pPr>
      <w:r>
        <w:t>आई बिलीव दैट एस रिलीजस लीडर्स, वी हैव अ मोरल ड्यूटी एंड टू गाइड आवर पीपल।</w:t>
      </w:r>
    </w:p>
    <w:p>
      <w:r>
        <w:rPr>
          <w:b/>
        </w:rPr>
        <w:t xml:space="preserve">[06:55] </w:t>
      </w:r>
      <w:r>
        <w:t>and for that, we would like to learn from experience here, your guidance, and your support in this</w:t>
      </w:r>
    </w:p>
    <w:p>
      <w:pPr>
        <w:jc w:val="right"/>
      </w:pPr>
      <w:r>
        <w:t>एंड फॉर दैट, वी वुड लाइक टू लर्न फ्रॉम एक्सपीरियंस हियर, योर गाइडेंस, एंड योर सपोर्ट इन दिस</w:t>
      </w:r>
    </w:p>
    <w:p>
      <w:r>
        <w:rPr>
          <w:b/>
        </w:rPr>
        <w:t xml:space="preserve">[06:59] </w:t>
      </w:r>
      <w:r>
        <w:t>journey of love.</w:t>
      </w:r>
    </w:p>
    <w:p>
      <w:pPr>
        <w:jc w:val="right"/>
      </w:pPr>
      <w:r>
        <w:t>जर्नी ऑफ लव।</w:t>
      </w:r>
    </w:p>
    <w:p>
      <w:r>
        <w:rPr>
          <w:b/>
        </w:rPr>
        <w:t xml:space="preserve">[07:02] </w:t>
      </w:r>
      <w:r>
        <w:t>so that's those are the two main reasons why we are here.</w:t>
      </w:r>
    </w:p>
    <w:p>
      <w:pPr>
        <w:jc w:val="right"/>
      </w:pPr>
      <w:r>
        <w:t>सो दैट्स दोज़ आर द टू मेन रीजंस व्हाई वी आर हियर।</w:t>
      </w:r>
    </w:p>
    <w:p>
      <w:r>
        <w:rPr>
          <w:b/>
        </w:rPr>
        <w:t xml:space="preserve">[07:05] </w:t>
      </w:r>
      <w:r>
        <w:t>and we are so happy, and we will be I am sure we will be enriched by your</w:t>
      </w:r>
    </w:p>
    <w:p>
      <w:pPr>
        <w:jc w:val="right"/>
      </w:pPr>
      <w:r>
        <w:t>एंड वी आर सो हैप्पी, एंड वी विल बी आई एम श्योर वी विल बी एनरिच्ड बाय योर</w:t>
      </w:r>
    </w:p>
    <w:p>
      <w:r>
        <w:rPr>
          <w:b/>
        </w:rPr>
        <w:t xml:space="preserve">[07:09] </w:t>
      </w:r>
      <w:r>
        <w:t>presentation and interaction with us. Thank you. Thank you. Thank you.</w:t>
      </w:r>
    </w:p>
    <w:p>
      <w:pPr>
        <w:jc w:val="right"/>
      </w:pPr>
      <w:r>
        <w:t>प्रेजेंटेशन एंड इंटरेक्शन विथ अस। थैंक यू। थैंक यू। थैंक यू।</w:t>
      </w:r>
    </w:p>
    <w:p>
      <w:r>
        <w:rPr>
          <w:b/>
        </w:rPr>
        <w:t xml:space="preserve">[07:12] </w:t>
      </w:r>
      <w:r>
        <w:t>bismillah rahman</w:t>
      </w:r>
    </w:p>
    <w:p>
      <w:pPr>
        <w:jc w:val="right"/>
      </w:pPr>
      <w:r>
        <w:t>بسم اللہ الرحمن</w:t>
      </w:r>
    </w:p>
    <w:p>
      <w:r>
        <w:rPr>
          <w:b/>
        </w:rPr>
        <w:t xml:space="preserve">[07:15] </w:t>
      </w:r>
      <w:r>
        <w:t>rahim wasallahu ala nabiyil karim rabbishrah li sadri wayassir li amri wahlul uqdatan min lisani yafqahu</w:t>
      </w:r>
    </w:p>
    <w:p>
      <w:pPr>
        <w:jc w:val="right"/>
      </w:pPr>
      <w:r>
        <w:t>الرحیم وصلی اللہ علی النبی الکریم رب اشرح لی صدری ویسر لی امری واحل العقدۃ من لسانی یفقہ</w:t>
      </w:r>
    </w:p>
    <w:p>
      <w:r>
        <w:rPr>
          <w:b/>
        </w:rPr>
        <w:t xml:space="preserve">[07:32] </w:t>
      </w:r>
      <w:r>
        <w:t>qawli sisters and brothers welcome to you</w:t>
      </w:r>
    </w:p>
    <w:p>
      <w:pPr>
        <w:jc w:val="right"/>
      </w:pPr>
      <w:r>
        <w:t>قولی سسٹرز اینڈ برادرز ویلکم ٹو یو</w:t>
      </w:r>
    </w:p>
    <w:p>
      <w:r>
        <w:rPr>
          <w:b/>
        </w:rPr>
        <w:t xml:space="preserve">[07:48] </w:t>
      </w:r>
      <w:r>
        <w:t>in the soil of India India is a land of peace land of spirituality land of tolerance so</w:t>
      </w:r>
    </w:p>
    <w:p>
      <w:pPr>
        <w:jc w:val="right"/>
      </w:pPr>
      <w:r>
        <w:t>ان دی سائل اف انڈیا انڈیا از اے لینڈ اف پیس لینڈ اف سپرچولیٹی لینڈ اف ٹالرنس سو</w:t>
      </w:r>
    </w:p>
    <w:p>
      <w:r>
        <w:rPr>
          <w:b/>
        </w:rPr>
        <w:t xml:space="preserve">[08:04] </w:t>
      </w:r>
      <w:r>
        <w:t>welcome to you in such a peaceful land now</w:t>
      </w:r>
    </w:p>
    <w:p>
      <w:pPr>
        <w:jc w:val="right"/>
      </w:pPr>
      <w:r>
        <w:t>ویلکم ٹو یو ان سچ ا پیس فل لینڈ ناؤ</w:t>
      </w:r>
    </w:p>
    <w:p>
      <w:r>
        <w:rPr>
          <w:b/>
        </w:rPr>
        <w:t xml:space="preserve">[08:19] </w:t>
      </w:r>
      <w:r>
        <w:t>everywhere in the world we see some kind of violence not only Sri Lanka but a different</w:t>
      </w:r>
    </w:p>
    <w:p>
      <w:pPr>
        <w:jc w:val="right"/>
      </w:pPr>
      <w:r>
        <w:t>ایوری ویر ان دا ورلڈ وی سی سم کائنڈ اف وائیلنس ناٹ اونلی سری لنکا بٹ ا ڈفرنٹ</w:t>
      </w:r>
    </w:p>
    <w:p>
      <w:r>
        <w:rPr>
          <w:b/>
        </w:rPr>
        <w:t xml:space="preserve">[08:29] </w:t>
      </w:r>
      <w:r>
        <w:t>places in the globe now what is the reason what is the reason behind this this violence you</w:t>
      </w:r>
    </w:p>
    <w:p>
      <w:pPr>
        <w:jc w:val="right"/>
      </w:pPr>
      <w:r>
        <w:t>پلیسز ان دا گلوب ناؤ واٹ از دا ریزن واٹ از دا ریزن بیہائنڈ دس دس وائیلنس یو</w:t>
      </w:r>
    </w:p>
    <w:p>
      <w:r>
        <w:rPr>
          <w:b/>
        </w:rPr>
        <w:t xml:space="preserve">[08:39] </w:t>
      </w:r>
      <w:r>
        <w:t>know there is a very well known principle in Islam the prophet of Islam has said man has</w:t>
      </w:r>
    </w:p>
    <w:p>
      <w:pPr>
        <w:jc w:val="right"/>
      </w:pPr>
      <w:r>
        <w:t>نو دیر از ا ویری ویل نون پرنسپل ان اسلام دا پرافٹ اف اسلام ہیز سیڈ من حس</w:t>
      </w:r>
    </w:p>
    <w:p>
      <w:r>
        <w:rPr>
          <w:b/>
        </w:rPr>
        <w:t xml:space="preserve">[08:49] </w:t>
      </w:r>
      <w:r>
        <w:t>sunnah Islam al-mur taraka malani it means that you have to see the result you are going to</w:t>
      </w:r>
    </w:p>
    <w:p>
      <w:pPr>
        <w:jc w:val="right"/>
      </w:pPr>
      <w:r>
        <w:t>ن اسلام المر ترکہ مالانی اٹ مینز دیٹ یو ہیو ٹو سی دا رزلٹ یو ار گوئنگ ٹو</w:t>
      </w:r>
    </w:p>
    <w:p>
      <w:r>
        <w:rPr>
          <w:b/>
        </w:rPr>
        <w:t xml:space="preserve">[09:00] </w:t>
      </w:r>
      <w:r>
        <w:t>take some step you have to see the result of the result is negative then you have to</w:t>
      </w:r>
    </w:p>
    <w:p>
      <w:pPr>
        <w:jc w:val="right"/>
      </w:pPr>
      <w:r>
        <w:t>ٹیک سم سٹیپ یو ہیو ٹو سی دا رزلٹ اف دا رزلٹ از نیگیٹیو دین یو ہیو ٹو</w:t>
      </w:r>
    </w:p>
    <w:p>
      <w:r>
        <w:rPr>
          <w:b/>
        </w:rPr>
        <w:t xml:space="preserve">[09:10] </w:t>
      </w:r>
      <w:r>
        <w:t>refrain yourself from that kind of activities and we know that all</w:t>
      </w:r>
    </w:p>
    <w:p>
      <w:pPr>
        <w:jc w:val="right"/>
      </w:pPr>
      <w:r>
        <w:t>ریفرن یور سیلف فرام دیٹ کائنڈ اف ایکٹیویٹیز اینڈ وی نو دیٹ ال</w:t>
      </w:r>
    </w:p>
    <w:p>
      <w:r>
        <w:rPr>
          <w:b/>
        </w:rPr>
        <w:t xml:space="preserve">[09:20] </w:t>
      </w:r>
      <w:r>
        <w:t>these violence every where in the world held nothing in positive term so why people are engaged in spite of all these negative result so it is due to some obsession it is a necro listic thought and what is that thought from old</w:t>
      </w:r>
    </w:p>
    <w:p>
      <w:pPr>
        <w:jc w:val="right"/>
      </w:pPr>
      <w:r>
        <w:t>دیز وائیلنس ایوری ویر ان دا ورلڈ ہیلڈ نتھنگ ان پازیٹیو ٹرم سو وائی پیپل ار انگیجڈ ان سپائٹ اف ال دیز نیگیٹیو رزلٹ سو اٹ از ڈیو ٹو سم اوبسیشن اٹ از ا نیکرولسٹک تھاٹ اینڈ واٹ از دیٹ تھاٹ فرام اولڈ</w:t>
      </w:r>
    </w:p>
    <w:p>
      <w:r>
        <w:rPr>
          <w:b/>
        </w:rPr>
        <w:t xml:space="preserve">[09:50] </w:t>
      </w:r>
      <w:r>
        <w:t>nidays people believe that the greatest power is sword and a sing is an old sing is</w:t>
      </w:r>
    </w:p>
    <w:p>
      <w:pPr>
        <w:jc w:val="right"/>
      </w:pPr>
      <w:r>
        <w:t>ن ڈیز پیپل بیلیو دیٹ دا گریٹسٹ پاور از سورڈ اینڈ ا سینگ از ا اولڈ سینگ از</w:t>
      </w:r>
    </w:p>
    <w:p>
      <w:r>
        <w:rPr>
          <w:b/>
        </w:rPr>
        <w:t xml:space="preserve">[10:05] </w:t>
      </w:r>
      <w:r>
        <w:t>that power flows from the barrel of gun so people are obsessed with this notion but</w:t>
      </w:r>
    </w:p>
    <w:p>
      <w:pPr>
        <w:jc w:val="right"/>
      </w:pPr>
      <w:r>
        <w:t>دیٹ پاور فلوز فرام دا بیرل اف گن سو پیپل ار اوبسیسڈ ود دس نوشن بٹ</w:t>
      </w:r>
    </w:p>
    <w:p>
      <w:r>
        <w:rPr>
          <w:b/>
        </w:rPr>
        <w:t xml:space="preserve">[10:21] </w:t>
      </w:r>
      <w:r>
        <w:t>this kind of it is now discord thought we are living in a very different age after scientific</w:t>
      </w:r>
    </w:p>
    <w:p>
      <w:pPr>
        <w:jc w:val="right"/>
      </w:pPr>
      <w:r>
        <w:t>دس کائنڈ اف اٹ از ناؤ ڈسکارڈ تھاٹ وی ار لیونگ ان ا ویری ڈفرنٹ ایج افٹر سائنٹیفک</w:t>
      </w:r>
    </w:p>
    <w:p>
      <w:r>
        <w:rPr>
          <w:b/>
        </w:rPr>
        <w:t xml:space="preserve">[10:31] </w:t>
      </w:r>
      <w:r>
        <w:t>revolution after industrial revolution there is a new world in which we are now living now there is</w:t>
      </w:r>
    </w:p>
    <w:p>
      <w:pPr>
        <w:jc w:val="right"/>
      </w:pPr>
      <w:r>
        <w:t>ریولوشن افٹر انڈسٹریل ریولوشن دیر از ا نیو ورلڈ ان وچ وی ار ناؤ لیونگ ناؤ دیر از</w:t>
      </w:r>
    </w:p>
    <w:p>
      <w:r>
        <w:rPr>
          <w:b/>
        </w:rPr>
        <w:t xml:space="preserve">[10:41] </w:t>
      </w:r>
      <w:r>
        <w:t>freedom this kind of freedom was very unique it is very unique so you have to</w:t>
      </w:r>
    </w:p>
    <w:p>
      <w:pPr>
        <w:jc w:val="right"/>
      </w:pPr>
      <w:r>
        <w:t>فریڈم دس کائنڈ اف فریڈم واز ویری یونیک اٹ از ویری یونیک سو یو ہیو ٹو</w:t>
      </w:r>
    </w:p>
    <w:p>
      <w:r>
        <w:rPr>
          <w:b/>
        </w:rPr>
        <w:t xml:space="preserve">[10:51] </w:t>
      </w:r>
      <w:r>
        <w:t>avail this freedom for positive purposes and how you can use all these opportunities freedom is also opportunities</w:t>
      </w:r>
    </w:p>
    <w:p>
      <w:pPr>
        <w:jc w:val="right"/>
      </w:pPr>
      <w:r>
        <w:t>اویل دس فریڈم فار پازیٹیو پرپسز اینڈ ہاؤ یو کین یوز ال دیز اپرچونیٹیز فریڈم از السو اپرچونیٹیز</w:t>
      </w:r>
    </w:p>
    <w:p>
      <w:r>
        <w:rPr>
          <w:b/>
        </w:rPr>
        <w:t xml:space="preserve">[11:02] </w:t>
      </w:r>
      <w:r>
        <w:t>and there are enormous opportunities so what is the formula to avail these opportunities that is patience patience</w:t>
      </w:r>
    </w:p>
    <w:p>
      <w:pPr>
        <w:jc w:val="right"/>
      </w:pPr>
      <w:r>
        <w:t>اینڈ دیر ار انارمس اپرچونیٹیز سو واٹ از دا فارمولا ٹو اویل دیز اپرچونیٹیز دیٹ از پیشنس پیشنس</w:t>
      </w:r>
    </w:p>
    <w:p>
      <w:r>
        <w:rPr>
          <w:b/>
        </w:rPr>
        <w:t xml:space="preserve">[11:13] </w:t>
      </w:r>
      <w:r>
        <w:t>that is peace peace means patience and patience means peace</w:t>
      </w:r>
    </w:p>
    <w:p>
      <w:pPr>
        <w:jc w:val="right"/>
      </w:pPr>
      <w:r>
        <w:t>دیٹ از پیس پیس مینز پیشنس اینڈ پیشنس مینز پیس</w:t>
      </w:r>
    </w:p>
    <w:p>
      <w:r>
        <w:rPr>
          <w:b/>
        </w:rPr>
        <w:t xml:space="preserve">[11:24] </w:t>
      </w:r>
      <w:r>
        <w:t>without peace you cannot avail all these opportunities now what is peace people are obsessed that again</w:t>
      </w:r>
    </w:p>
    <w:p>
      <w:pPr>
        <w:jc w:val="right"/>
      </w:pPr>
      <w:r>
        <w:t>وداؤٹ پیس یو کین ناٹ اویل ال دیز اپرچونیٹیز ناؤ واٹ از پیس پیپل ار اوبسیسڈ دیٹ اگین</w:t>
      </w:r>
    </w:p>
    <w:p>
      <w:r>
        <w:rPr>
          <w:b/>
        </w:rPr>
        <w:t xml:space="preserve">[11:34] </w:t>
      </w:r>
      <w:r>
        <w:t>people are obsessed a very wrong formula that is peace they want peace but with justice they want</w:t>
      </w:r>
    </w:p>
    <w:p>
      <w:pPr>
        <w:jc w:val="right"/>
      </w:pPr>
      <w:r>
        <w:t>پیپل ار اوبسیسڈ ا ویری رونگ فارمولا دیٹ از پیس دے وانٹ پیس بٹ ود جسٹس دے وانٹ</w:t>
      </w:r>
    </w:p>
    <w:p>
      <w:r>
        <w:rPr>
          <w:b/>
        </w:rPr>
        <w:t xml:space="preserve">[11:44] </w:t>
      </w:r>
      <w:r>
        <w:t>peace but they want peace with justice but this break</w:t>
      </w:r>
    </w:p>
    <w:p>
      <w:pPr>
        <w:jc w:val="right"/>
      </w:pPr>
      <w:r>
        <w:t>پیس بٹ دے وانٹ پیس ود جسٹس بٹ دس بریک</w:t>
      </w:r>
    </w:p>
    <w:p>
      <w:r>
        <w:rPr>
          <w:b/>
        </w:rPr>
        <w:t xml:space="preserve">[11:54] </w:t>
      </w:r>
      <w:r>
        <w:t>it is wrong peace is justice can be attend only through your effort through struggle it is not</w:t>
      </w:r>
    </w:p>
    <w:p>
      <w:pPr>
        <w:jc w:val="right"/>
      </w:pPr>
      <w:r>
        <w:t>ٹ از رونگ پیس از جسٹس کین بی اٹینڈ اونلی تھرو یور ایفرٹ تھرو سٹرگل اٹ از ناٹ</w:t>
      </w:r>
    </w:p>
    <w:p>
      <w:r>
        <w:rPr>
          <w:b/>
        </w:rPr>
        <w:t xml:space="preserve">[12:02] </w:t>
      </w:r>
      <w:r>
        <w:t>an integral part of justice can be attend by your own effort justice is not an integral part</w:t>
      </w:r>
    </w:p>
    <w:p>
      <w:pPr>
        <w:jc w:val="right"/>
      </w:pPr>
      <w:r>
        <w:t>ان انٹیگرل پارٹ اف جسٹس کین بی اٹینڈ بائی یور اون ایفرٹ جسٹس از ناٹ ان انٹیگرل پارٹ</w:t>
      </w:r>
    </w:p>
    <w:p>
      <w:r>
        <w:rPr>
          <w:b/>
        </w:rPr>
        <w:t xml:space="preserve">[12:09] </w:t>
      </w:r>
      <w:r>
        <w:t>of peace so first of all you have to establish peace then you can attend all those things</w:t>
      </w:r>
    </w:p>
    <w:p>
      <w:pPr>
        <w:jc w:val="right"/>
      </w:pPr>
      <w:r>
        <w:t>اف پیس سو فرسٹ اف ال یو ہیو ٹو اسٹیبلش پیس دین یو کین اٹینڈ ال دوز تھنگز</w:t>
      </w:r>
    </w:p>
    <w:p>
      <w:r>
        <w:rPr>
          <w:b/>
        </w:rPr>
        <w:t xml:space="preserve">[12:17] </w:t>
      </w:r>
      <w:r>
        <w:t>in term of justice in term of</w:t>
      </w:r>
    </w:p>
    <w:p>
      <w:pPr>
        <w:jc w:val="right"/>
      </w:pPr>
      <w:r>
        <w:t>ان ٹرم اف جسٹس ان ٹرم اف</w:t>
      </w:r>
    </w:p>
    <w:p>
      <w:r>
        <w:rPr>
          <w:b/>
        </w:rPr>
        <w:t xml:space="preserve">[12:25] </w:t>
      </w:r>
      <w:r>
        <w:t>development in term of progress here people have people have fail to understand they want peace but with</w:t>
      </w:r>
    </w:p>
    <w:p>
      <w:pPr>
        <w:jc w:val="right"/>
      </w:pPr>
      <w:r>
        <w:t>ڈیولپمنٹ ان ٹرم اف پروگریس ہیر پیپل ہیو پیپل ہیو فیل ٹو انڈرسٹینڈ دے وانٹ پیس بٹ ود</w:t>
      </w:r>
    </w:p>
    <w:p>
      <w:r>
        <w:rPr>
          <w:b/>
        </w:rPr>
        <w:t xml:space="preserve">[12:35] </w:t>
      </w:r>
      <w:r>
        <w:t>condition they want peace with justice there is impossible there is impossible it is impossible i think that</w:t>
      </w:r>
    </w:p>
    <w:p>
      <w:pPr>
        <w:jc w:val="right"/>
      </w:pPr>
      <w:r>
        <w:t>کنڈیشن دے وانٹ پیس ود جسٹس دیر از امپوسیبل دیر از امپوسیبل اٹ از امپوسیبل ائی تھنک دیٹ</w:t>
      </w:r>
    </w:p>
    <w:p>
      <w:r>
        <w:rPr>
          <w:b/>
        </w:rPr>
        <w:t xml:space="preserve">[12:45] </w:t>
      </w:r>
      <w:r>
        <w:t>in our country</w:t>
      </w:r>
    </w:p>
    <w:p>
      <w:pPr>
        <w:jc w:val="right"/>
      </w:pPr>
      <w:r>
        <w:t>ان اور کنٹری</w:t>
      </w:r>
    </w:p>
    <w:p>
      <w:r>
        <w:rPr>
          <w:b/>
        </w:rPr>
        <w:t xml:space="preserve">[12:55] </w:t>
      </w:r>
      <w:r>
        <w:t>مہاتما گاندھی have shown the way. In India, you know, there was British rule before 1947. People we</w:t>
      </w:r>
    </w:p>
    <w:p>
      <w:pPr>
        <w:jc w:val="right"/>
      </w:pPr>
      <w:r>
        <w:t>مہاتما گاندھی ہیو شون دا وے ان انڈیا یو نو دیر واز برٹش رول بیفور 1947 پیپل وی</w:t>
      </w:r>
    </w:p>
    <w:p>
      <w:r>
        <w:rPr>
          <w:b/>
        </w:rPr>
        <w:t xml:space="preserve">[13:06] </w:t>
      </w:r>
      <w:r>
        <w:t>are engaged in fighting from 19 from 1857 from 1857 but in vain in vain they fail to</w:t>
      </w:r>
    </w:p>
    <w:p>
      <w:pPr>
        <w:jc w:val="right"/>
      </w:pPr>
      <w:r>
        <w:t>ار انگیج ان فائٹنگ فرام 19 فرام 1857 فرام 1857 بٹ ان وین ان وین دے فیل ٹو</w:t>
      </w:r>
    </w:p>
    <w:p>
      <w:r>
        <w:rPr>
          <w:b/>
        </w:rPr>
        <w:t xml:space="preserve">[13:16] </w:t>
      </w:r>
      <w:r>
        <w:t>achieve their target</w:t>
      </w:r>
    </w:p>
    <w:p>
      <w:pPr>
        <w:jc w:val="right"/>
      </w:pPr>
      <w:r>
        <w:t>اچیو دیر ٹارگٹ</w:t>
      </w:r>
    </w:p>
    <w:p>
      <w:r>
        <w:rPr>
          <w:b/>
        </w:rPr>
        <w:t xml:space="preserve">[13:26] </w:t>
      </w:r>
      <w:r>
        <w:t>Then Mahatma Gandhi came in 1919 and he said no no violence. He said ahimsa non-violence and</w:t>
      </w:r>
    </w:p>
    <w:p>
      <w:pPr>
        <w:jc w:val="right"/>
      </w:pPr>
      <w:r>
        <w:t>دین مہاتما گاندھی کیم ان 1919 اینڈ ہی سیڈ نو نو وائیلنس ہی سیڈ اہنسا نان وائیلنس اینڈ</w:t>
      </w:r>
    </w:p>
    <w:p>
      <w:r>
        <w:rPr>
          <w:b/>
        </w:rPr>
        <w:t xml:space="preserve">[13:36] </w:t>
      </w:r>
      <w:r>
        <w:t>you know he was success the prophet of Islam has said very rightly that in Allah youti ali</w:t>
      </w:r>
    </w:p>
    <w:p>
      <w:pPr>
        <w:jc w:val="right"/>
      </w:pPr>
      <w:r>
        <w:t>یو نو ہی واز سکسیس دا پرافٹ اف اسلام ہیز سیڈ ویری رائٹلی دیٹ ان اللہ یوتی علی</w:t>
      </w:r>
    </w:p>
    <w:p>
      <w:r>
        <w:rPr>
          <w:b/>
        </w:rPr>
        <w:t xml:space="preserve">[13:47] </w:t>
      </w:r>
      <w:r>
        <w:t>al-rifqi ma la youti al-unfi</w:t>
      </w:r>
    </w:p>
    <w:p>
      <w:pPr>
        <w:jc w:val="right"/>
      </w:pPr>
      <w:r>
        <w:t>الرفق مالا یوتی علی العنف</w:t>
      </w:r>
    </w:p>
    <w:p>
      <w:r>
        <w:rPr>
          <w:b/>
        </w:rPr>
        <w:t xml:space="preserve">[13:57] </w:t>
      </w:r>
      <w:r>
        <w:t>god grants to non violence what he does not grant to violence it means that non violent it means that non violence more powerful than violence I think that the greatest wisdom was given by Jesus Christ in these words love your enemy love your enemy wa</w:t>
      </w:r>
    </w:p>
    <w:p>
      <w:pPr>
        <w:jc w:val="right"/>
      </w:pPr>
      <w:r>
        <w:t>گاڈ گرانٹس ٹو نان وائیلنس واٹ ہی ڈز ناٹ گرانٹ ٹو وائیلنس اٹ مینز دیٹ نان وائیلنٹ اٹ مینز دیٹ نان وائیلنس مور پاورفل دین وائیلنس ائی تھنک دیٹ دا گریٹسٹ وزڈم واز گیون بائی جیسس کرائسٹ ان دیز ورڈز لو یور اینمی لو یور اینمی وا</w:t>
      </w:r>
    </w:p>
    <w:p>
      <w:r>
        <w:rPr>
          <w:b/>
        </w:rPr>
        <w:t xml:space="preserve">[14:27] </w:t>
      </w:r>
      <w:r>
        <w:t>It means, it means that when your enemy by the power of love, when just Jesus Christ</w:t>
      </w:r>
    </w:p>
    <w:p>
      <w:pPr>
        <w:jc w:val="right"/>
      </w:pPr>
      <w:r>
        <w:t>ٹ اٹ مینز اٹ مینز دیٹ ون یور اینمی بائی دا پاور اف لو وین جسٹ جیسس کرائسٹ</w:t>
      </w:r>
    </w:p>
    <w:p>
      <w:r>
        <w:rPr>
          <w:b/>
        </w:rPr>
        <w:t xml:space="preserve">[14:35] </w:t>
      </w:r>
      <w:r>
        <w:t>said that love your enemy. It is not simply a poetic line, it is a greatest wisdom.</w:t>
      </w:r>
    </w:p>
    <w:p>
      <w:pPr>
        <w:jc w:val="right"/>
      </w:pPr>
      <w:r>
        <w:t>سیڈ دیٹ لو یور اینمی اٹ از ناٹ سمپلی ا پوئٹک لائن اٹ از ا ا گریٹسٹ وزڈم</w:t>
      </w:r>
    </w:p>
    <w:p>
      <w:r>
        <w:rPr>
          <w:b/>
        </w:rPr>
        <w:t xml:space="preserve">[14:42] </w:t>
      </w:r>
      <w:r>
        <w:t>It is a greatest formula that means that win your your enemy by the power of love now</w:t>
      </w:r>
    </w:p>
    <w:p>
      <w:pPr>
        <w:jc w:val="right"/>
      </w:pPr>
      <w:r>
        <w:t>اٹ از ا گریٹسٹ فارمولا دیٹ مین دیٹ ون یور یور اینمی بائی دا پاور اف لو ناؤ</w:t>
      </w:r>
    </w:p>
    <w:p>
      <w:r>
        <w:rPr>
          <w:b/>
        </w:rPr>
        <w:t xml:space="preserve">[14:50] </w:t>
      </w:r>
      <w:r>
        <w:t>love what is love</w:t>
      </w:r>
    </w:p>
    <w:p>
      <w:pPr>
        <w:jc w:val="right"/>
      </w:pPr>
      <w:r>
        <w:t>لو واٹ از لو</w:t>
      </w:r>
    </w:p>
    <w:p>
      <w:r>
        <w:rPr>
          <w:b/>
        </w:rPr>
        <w:t xml:space="preserve">[14:58] </w:t>
      </w:r>
      <w:r>
        <w:t>love means peace love and peace both are synonymous word to I think that for the people of Sri Lanka another part they must realize that through violence you can not achieve anything so you have to see the result the only way by which we can achieve anything positive</w:t>
      </w:r>
    </w:p>
    <w:p>
      <w:pPr>
        <w:jc w:val="right"/>
      </w:pPr>
      <w:r>
        <w:t>لو مینز پیس لو اینڈ پیس بوتھ ار سینونیمس ورڈ تو ائی تھنک دیٹ فار دا پیپل اف سری لنکا انادر پارٹ دے مسٹ ریلائز دیٹ تھرو وائیلنس یو کین ناٹ اچیو اینی تھنگ سو یو ہیو ٹو سی دا رزلٹ دا اونلی وے بائی وچ وی کین اچیو اینی تھنگ پازیٹیو</w:t>
      </w:r>
    </w:p>
    <w:p>
      <w:r>
        <w:rPr>
          <w:b/>
        </w:rPr>
        <w:t xml:space="preserve">[15:28] </w:t>
      </w:r>
      <w:r>
        <w:t>is peace peace now i would like to say that what is peace peace opens the opportunities peace</w:t>
      </w:r>
    </w:p>
    <w:p>
      <w:pPr>
        <w:jc w:val="right"/>
      </w:pPr>
      <w:r>
        <w:t>از پیس پیس ناؤ ائی وڈ لائک ٹو سی دیٹ واٹ از پیس پیس اوپنز دا اپرچونیٹیز پیس</w:t>
      </w:r>
    </w:p>
    <w:p>
      <w:r>
        <w:rPr>
          <w:b/>
        </w:rPr>
        <w:t xml:space="preserve">[15:45] </w:t>
      </w:r>
      <w:r>
        <w:t>opens the opportunities you know prophet of Islam there was some problem with his enemies but he</w:t>
      </w:r>
    </w:p>
    <w:p>
      <w:pPr>
        <w:jc w:val="right"/>
      </w:pPr>
      <w:r>
        <w:t>اوپنز دا اپرچونیٹیز یو نو پرافٹ اف اسلام دیر واز سم پرابلم ود ہز اینمیز بٹ ہی</w:t>
      </w:r>
    </w:p>
    <w:p>
      <w:r>
        <w:rPr>
          <w:b/>
        </w:rPr>
        <w:t xml:space="preserve">[16:02] </w:t>
      </w:r>
      <w:r>
        <w:t>established peace through sulh hudaybiyyah hudaybiyyah agreement hudaybiyyah agreement was a unilateral agreement prophet of Islam appended this</w:t>
      </w:r>
    </w:p>
    <w:p>
      <w:pPr>
        <w:jc w:val="right"/>
      </w:pPr>
      <w:r>
        <w:t>اسٹیبلش پیس تھرو صلح حدیبیہ حدیبیہ ایگریمنٹ حدیبیہ ایگریمنٹ واز ا یونیلیٹرل ایگریمنٹ پرافٹ اف اسلام اپنڈ دس</w:t>
      </w:r>
    </w:p>
    <w:p>
      <w:r>
        <w:rPr>
          <w:b/>
        </w:rPr>
        <w:t xml:space="preserve">[16:12] </w:t>
      </w:r>
      <w:r>
        <w:t>agreement by accepting all the conditions given by the other side then what happened this agreement that was</w:t>
      </w:r>
    </w:p>
    <w:p>
      <w:pPr>
        <w:jc w:val="right"/>
      </w:pPr>
      <w:r>
        <w:t>ایگریمنٹ بائی ایکسیپٹنگ ال دا کنڈیشنز گیون بائی دا ادر سائیڈ دین واٹ ہیپن دس ایگریمنٹ دیٹ واز</w:t>
      </w:r>
    </w:p>
    <w:p>
      <w:r>
        <w:rPr>
          <w:b/>
        </w:rPr>
        <w:t xml:space="preserve">[16:22] </w:t>
      </w:r>
      <w:r>
        <w:t>agreement of peace open the open all the opportunities that was</w:t>
      </w:r>
    </w:p>
    <w:p>
      <w:pPr>
        <w:jc w:val="right"/>
      </w:pPr>
      <w:r>
        <w:t>ایگریمنٹ اف پیس اوپن دا اوپن ال دا اپرچونیٹیز دیٹ واز</w:t>
      </w:r>
    </w:p>
    <w:p>
      <w:r>
        <w:rPr>
          <w:b/>
        </w:rPr>
        <w:t xml:space="preserve">[16:33] </w:t>
      </w:r>
      <w:r>
        <w:t>closed. So after this peace agreement all the opportunities were open and he availed, he was able to</w:t>
      </w:r>
    </w:p>
    <w:p>
      <w:pPr>
        <w:jc w:val="right"/>
      </w:pPr>
      <w:r>
        <w:t>کلوزڈ تو افٹر دس پیس ایگریمنٹ ال دا اپرچونیٹیز وار اوپن اینڈ ہی اویل ہی واز ایبل ٹو</w:t>
      </w:r>
    </w:p>
    <w:p>
      <w:r>
        <w:rPr>
          <w:b/>
        </w:rPr>
        <w:t xml:space="preserve">[16:43] </w:t>
      </w:r>
      <w:r>
        <w:t>avail all those opportunities. This happened in India. Mahatma Gandhi, when he abandoned violence, he was able to avail all</w:t>
      </w:r>
    </w:p>
    <w:p>
      <w:pPr>
        <w:jc w:val="right"/>
      </w:pPr>
      <w:r>
        <w:t>اویل ال دوز اپرچونیٹیز دس ہیپن انڈیا مہاتما گاندھی وین ابینڈن وائیلنس ہی واز ایبل ٹو اویل ال</w:t>
      </w:r>
    </w:p>
    <w:p>
      <w:r>
        <w:rPr>
          <w:b/>
        </w:rPr>
        <w:t xml:space="preserve">[16:53] </w:t>
      </w:r>
      <w:r>
        <w:t>those opportunities like media, like modern thought, like education, like</w:t>
      </w:r>
    </w:p>
    <w:p>
      <w:pPr>
        <w:jc w:val="right"/>
      </w:pPr>
      <w:r>
        <w:t>دوز اپرچونیٹیز لائک میڈیا لائک ماڈرن تھاٹ لائک ایجوکیشن لائک</w:t>
      </w:r>
    </w:p>
    <w:p>
      <w:r>
        <w:rPr>
          <w:b/>
        </w:rPr>
        <w:t xml:space="preserve">[17:03] </w:t>
      </w:r>
      <w:r>
        <w:t>organization all these those things we are available in India but but people we are engaged in violence</w:t>
      </w:r>
    </w:p>
    <w:p>
      <w:pPr>
        <w:jc w:val="right"/>
      </w:pPr>
      <w:r>
        <w:t>ارگنائزیشن ال دیز دوز تھنگز وی ار اویلیبل ان انڈیا بٹ بٹ پیپل وی ار انگیج ان وائیلنس</w:t>
      </w:r>
    </w:p>
    <w:p>
      <w:r>
        <w:rPr>
          <w:b/>
        </w:rPr>
        <w:t xml:space="preserve">[17:13] </w:t>
      </w:r>
      <w:r>
        <w:t>So they were not able to achieve to avail all these opportunities. So when Mahatma Gandhi declared that</w:t>
      </w:r>
    </w:p>
    <w:p>
      <w:pPr>
        <w:jc w:val="right"/>
      </w:pPr>
      <w:r>
        <w:t>سو دیر وار ناٹ ایبل ٹو اچیو ٹو اویل ال دیز اپرچونیٹیز سو وین مہاتما گاندھی ڈیکلیئرڈ دیٹ</w:t>
      </w:r>
    </w:p>
    <w:p>
      <w:r>
        <w:rPr>
          <w:b/>
        </w:rPr>
        <w:t xml:space="preserve">[17:23] </w:t>
      </w:r>
      <w:r>
        <w:t>We are abandoning the violence and now we are adopting the way of peace, peaceful.</w:t>
      </w:r>
    </w:p>
    <w:p>
      <w:pPr>
        <w:jc w:val="right"/>
      </w:pPr>
      <w:r>
        <w:t>وی ار ابینڈننگ دا وائیلنس اینڈ ناؤ وی ار اڈاپٹنگ دا وے اف پیس پیس فل</w:t>
      </w:r>
    </w:p>
    <w:p>
      <w:r>
        <w:rPr>
          <w:b/>
        </w:rPr>
        <w:t xml:space="preserve">[17:33] </w:t>
      </w:r>
      <w:r>
        <w:t>activism. So everything was open. Mahatma Gandhi was able to avail media opportunities, to avail organization, to</w:t>
      </w:r>
    </w:p>
    <w:p>
      <w:pPr>
        <w:jc w:val="right"/>
      </w:pPr>
      <w:r>
        <w:t>ایکٹیوزم سو ایوری تھنگ واز اوپن مہاتما گاندھی واز ایبل ٹو اویل میڈیا اپرچونیٹیز ٹو اویل ارگنائزیشن ٹو</w:t>
      </w:r>
    </w:p>
    <w:p>
      <w:r>
        <w:rPr>
          <w:b/>
        </w:rPr>
        <w:t xml:space="preserve">[17:43] </w:t>
      </w:r>
      <w:r>
        <w:t>avail demonstration everything to avail education so this is the main thing which is missing that peace</w:t>
      </w:r>
    </w:p>
    <w:p>
      <w:pPr>
        <w:jc w:val="right"/>
      </w:pPr>
      <w:r>
        <w:t>اویل ڈیمونسٹریشن ایوری تھنگ ٹو اویل ایجوکیشن سو دس از دا مین تھنگ وچ از مسنگ دیٹ پیس</w:t>
      </w:r>
    </w:p>
    <w:p>
      <w:r>
        <w:rPr>
          <w:b/>
        </w:rPr>
        <w:t xml:space="preserve">[17:53] </w:t>
      </w:r>
      <w:r>
        <w:t>is not anything has covered us. People take peace has covered us. No, it is not covered us.</w:t>
      </w:r>
    </w:p>
    <w:p>
      <w:pPr>
        <w:jc w:val="right"/>
      </w:pPr>
      <w:r>
        <w:t>از ناٹ اینی تھنگ ہیز کورڈ اس پیپل ٹیک پیس ہیز کورڈ اس نو اٹ از ناٹ کورڈ اس پی</w:t>
      </w:r>
    </w:p>
    <w:p>
      <w:r>
        <w:rPr>
          <w:b/>
        </w:rPr>
        <w:t xml:space="preserve">[18:03] </w:t>
      </w:r>
      <w:r>
        <w:t>So as a wisdom piece opens the door of all kind of opportunities. So first of all you</w:t>
      </w:r>
    </w:p>
    <w:p>
      <w:pPr>
        <w:jc w:val="right"/>
      </w:pPr>
      <w:r>
        <w:t>س از ا وزڈم پیس اوپنز دا ڈور اف ال کائنڈ اف اپرچونیٹیز سو فرسٹ اف ال یو</w:t>
      </w:r>
    </w:p>
    <w:p>
      <w:r>
        <w:rPr>
          <w:b/>
        </w:rPr>
        <w:t xml:space="preserve">[18:10] </w:t>
      </w:r>
      <w:r>
        <w:t>have to establish peace so that you may be able to avail all those opportunities. Now I would</w:t>
      </w:r>
    </w:p>
    <w:p>
      <w:pPr>
        <w:jc w:val="right"/>
      </w:pPr>
      <w:r>
        <w:t>ہیو ٹو اسٹیبلش پیس سو دیٹ یو می بی ایبل ٹو اویل ال دوز اپرچونیٹیز ناؤ ائی وڈ</w:t>
      </w:r>
    </w:p>
    <w:p>
      <w:r>
        <w:rPr>
          <w:b/>
        </w:rPr>
        <w:t xml:space="preserve">[18:18] </w:t>
      </w:r>
      <w:r>
        <w:t>like to add one more point we are living in this world that was created by god so</w:t>
      </w:r>
    </w:p>
    <w:p>
      <w:pPr>
        <w:jc w:val="right"/>
      </w:pPr>
      <w:r>
        <w:t>لائک ٹو ایڈ ون مور پوائنٹ وی ار لیونگ ان دس ورلڈ دیٹ واز کریٹڈ بائی گاڈ سو</w:t>
      </w:r>
    </w:p>
    <w:p>
      <w:r>
        <w:rPr>
          <w:b/>
        </w:rPr>
        <w:t xml:space="preserve">[18:25] </w:t>
      </w:r>
      <w:r>
        <w:t>we have to follow the</w:t>
      </w:r>
    </w:p>
    <w:p>
      <w:pPr>
        <w:jc w:val="right"/>
      </w:pPr>
      <w:r>
        <w:t>وی ہیو ٹو فالو دا</w:t>
      </w:r>
    </w:p>
    <w:p>
      <w:r>
        <w:rPr>
          <w:b/>
        </w:rPr>
        <w:t xml:space="preserve">[18:33] </w:t>
      </w:r>
      <w:r>
        <w:t>divine pattern of you of you see the words the universe every where you will find peace every</w:t>
      </w:r>
    </w:p>
    <w:p>
      <w:pPr>
        <w:jc w:val="right"/>
      </w:pPr>
      <w:r>
        <w:t>ڈیوائن پیٹرن اف یو اف یو سی دا ورڈز دا یونیورس ایوری ویر یو ویل فائنڈ پیس ایوری</w:t>
      </w:r>
    </w:p>
    <w:p>
      <w:r>
        <w:rPr>
          <w:b/>
        </w:rPr>
        <w:t xml:space="preserve">[18:43] </w:t>
      </w:r>
      <w:r>
        <w:t>where there is peace in the whole universe is a as a as adopted culture of</w:t>
      </w:r>
    </w:p>
    <w:p>
      <w:pPr>
        <w:jc w:val="right"/>
      </w:pPr>
      <w:r>
        <w:t>ویر دیر از پیس ان دا ہول یونیورس از ا ایز ا ایز ا ایز اڈاپٹڈ کلچر اف</w:t>
      </w:r>
    </w:p>
    <w:p>
      <w:r>
        <w:rPr>
          <w:b/>
        </w:rPr>
        <w:t xml:space="preserve">[18:53] </w:t>
      </w:r>
      <w:r>
        <w:t>Peace. You see, sun is a huge fireball, but sun never</w:t>
      </w:r>
    </w:p>
    <w:p>
      <w:pPr>
        <w:jc w:val="right"/>
      </w:pPr>
      <w:r>
        <w:t>پیس یو سی سن سن از ا ہیوج فائر بال بٹ سن نیور</w:t>
      </w:r>
    </w:p>
    <w:p>
      <w:r>
        <w:rPr>
          <w:b/>
        </w:rPr>
        <w:t xml:space="preserve">[19:03] </w:t>
      </w:r>
      <w:r>
        <w:t>tries to burn anything. Sun never tries to burn our planet Earth or any other planet. Although</w:t>
      </w:r>
    </w:p>
    <w:p>
      <w:pPr>
        <w:jc w:val="right"/>
      </w:pPr>
      <w:r>
        <w:t>ٹرائیز ٹو برن اینی تھنگ سن نیور ٹرائیز ٹو برن اور پلینٹ ارتھ اور اینی ادر پلینٹ الدو</w:t>
      </w:r>
    </w:p>
    <w:p>
      <w:r>
        <w:rPr>
          <w:b/>
        </w:rPr>
        <w:t xml:space="preserve">[19:11] </w:t>
      </w:r>
      <w:r>
        <w:t>Sun is a great great has a great great capacity to burn all the thing but it never</w:t>
      </w:r>
    </w:p>
    <w:p>
      <w:pPr>
        <w:jc w:val="right"/>
      </w:pPr>
      <w:r>
        <w:t>سن از ا گریٹ گریٹ ہے ا گریٹ گریٹ کیپیسٹی ٹو برن ال دا تھنگ بٹ اٹ نیور</w:t>
      </w:r>
    </w:p>
    <w:p>
      <w:r>
        <w:rPr>
          <w:b/>
        </w:rPr>
        <w:t xml:space="preserve">[19:18] </w:t>
      </w:r>
      <w:r>
        <w:t>tries to burn anything then you see tiger is the king of jungle tiger is the very</w:t>
      </w:r>
    </w:p>
    <w:p>
      <w:pPr>
        <w:jc w:val="right"/>
      </w:pPr>
      <w:r>
        <w:t>ٹرائیز ٹو برن اینی تھنگ دین یو سی ٹائیگر از دا کنگ اف جنگل ٹائیگر از دا ویری</w:t>
      </w:r>
    </w:p>
    <w:p>
      <w:r>
        <w:rPr>
          <w:b/>
        </w:rPr>
        <w:t xml:space="preserve">[19:26] </w:t>
      </w:r>
      <w:r>
        <w:t>very powerful animal</w:t>
      </w:r>
    </w:p>
    <w:p>
      <w:pPr>
        <w:jc w:val="right"/>
      </w:pPr>
      <w:r>
        <w:t>ویری پاورفل اینیمل</w:t>
      </w:r>
    </w:p>
    <w:p>
      <w:r>
        <w:rPr>
          <w:b/>
        </w:rPr>
        <w:t xml:space="preserve">[19:34] </w:t>
      </w:r>
      <w:r>
        <w:t>But I read a book written by Jim Corbett. He says that tiger is the most</w:t>
      </w:r>
    </w:p>
    <w:p>
      <w:pPr>
        <w:jc w:val="right"/>
      </w:pPr>
      <w:r>
        <w:t>بٹ ائی ریڈ ایک بک رٹن بائی جم جم کارٹر کاربٹ ہی سیز دیٹ ٹائیگر از دا موسٹ</w:t>
      </w:r>
    </w:p>
    <w:p>
      <w:r>
        <w:rPr>
          <w:b/>
        </w:rPr>
        <w:t xml:space="preserve">[19:44] </w:t>
      </w:r>
      <w:r>
        <w:t>peace loving animal. So the creator of this universe love peace. We have to adopt this peace why?</w:t>
      </w:r>
    </w:p>
    <w:p>
      <w:pPr>
        <w:jc w:val="right"/>
      </w:pPr>
      <w:r>
        <w:t>پیس لوونگ اینیمل سو دا کریٹر اف دس یونیورس لو پیس وی ہیو ٹو اڈاپٹ دس پیس وائی</w:t>
      </w:r>
    </w:p>
    <w:p>
      <w:r>
        <w:rPr>
          <w:b/>
        </w:rPr>
        <w:t xml:space="preserve">[19:54] </w:t>
      </w:r>
      <w:r>
        <w:t>peace is the only powerful device</w:t>
      </w:r>
    </w:p>
    <w:p>
      <w:pPr>
        <w:jc w:val="right"/>
      </w:pPr>
      <w:r>
        <w:t>پیس از دا اونلی پاورفل ڈیوائس</w:t>
      </w:r>
    </w:p>
    <w:p>
      <w:r>
        <w:rPr>
          <w:b/>
        </w:rPr>
        <w:t xml:space="preserve">[20:04] </w:t>
      </w:r>
      <w:r>
        <w:t>to attend anything without peace we can not organize we can not educate our generations without peace there is no development no progress to first of all you have to establish peace then we be able to achieve all those opportunities so I think that the most urgent task is to to</w:t>
      </w:r>
    </w:p>
    <w:p>
      <w:pPr>
        <w:jc w:val="right"/>
      </w:pPr>
      <w:r>
        <w:t>ٹو اٹینڈ اینی تھنگ وداؤٹ پیس وی کین ناٹ ارگنائز وی کین ناٹ ایجوکیٹ اور جنریشنز وداؤٹ پیس دیر از نو ڈیولپمنٹ نو پروگریس تو فرسٹ اف ال یو ہیو ٹو اسٹیبلش پیس دین وی بی ایبل ٹو اچیو ال دوز اپرچونیٹیز سو ائی تھنک دیٹ دا موسٹ ارجنٹ ٹاسک از ٹو ٹو</w:t>
      </w:r>
    </w:p>
    <w:p>
      <w:r>
        <w:rPr>
          <w:b/>
        </w:rPr>
        <w:t xml:space="preserve">[20:34] </w:t>
      </w:r>
      <w:r>
        <w:t>make people understand that peace is a power. Peace is not coward. Peace is a power. These people</w:t>
      </w:r>
    </w:p>
    <w:p>
      <w:pPr>
        <w:jc w:val="right"/>
      </w:pPr>
      <w:r>
        <w:t>میک پیپل انڈرسٹینڈ دیٹ پیس از ا پاور پیس از ناٹ کورڈ پیس از ا پاور دیز پیپل</w:t>
      </w:r>
    </w:p>
    <w:p>
      <w:r>
        <w:rPr>
          <w:b/>
        </w:rPr>
        <w:t xml:space="preserve">[20:44] </w:t>
      </w:r>
      <w:r>
        <w:t>who are engaged in violence, they failed to understand, they failed to discover peace as a power here.</w:t>
      </w:r>
    </w:p>
    <w:p>
      <w:pPr>
        <w:jc w:val="right"/>
      </w:pPr>
      <w:r>
        <w:t>ہو ار انگیج ان وائیلنس دے فیلڈ ٹو انڈرسٹینڈ دے فیلڈ ٹو ڈسکور پیس از ا پاور ہیر</w:t>
      </w:r>
    </w:p>
    <w:p>
      <w:r>
        <w:rPr>
          <w:b/>
        </w:rPr>
        <w:t xml:space="preserve">[20:54] </w:t>
      </w:r>
      <w:r>
        <w:t>is the problem and I have I am engaged in this mission since long and I can see that I</w:t>
      </w:r>
    </w:p>
    <w:p>
      <w:pPr>
        <w:jc w:val="right"/>
      </w:pPr>
      <w:r>
        <w:t>از دا پرابلم اینڈ ائی ہیو ائی ایم انگیج ان دس مشن سینگ لانگ اینڈ ائی کین سی دیٹ ائی</w:t>
      </w:r>
    </w:p>
    <w:p>
      <w:r>
        <w:rPr>
          <w:b/>
        </w:rPr>
        <w:t xml:space="preserve">[21:04] </w:t>
      </w:r>
      <w:r>
        <w:t>successfully I have any changed the mind so many minds successfully for example in Kashmir Kashmir</w:t>
      </w:r>
    </w:p>
    <w:p>
      <w:pPr>
        <w:jc w:val="right"/>
      </w:pPr>
      <w:r>
        <w:t>سکسیس فلی ائی ہیو اینی چینج دا مائنڈ سو مینی مائنڈ سکسیس فلی فار ایگزیمپل ان کاشپیر کاشپیری</w:t>
      </w:r>
    </w:p>
    <w:p>
      <w:r>
        <w:rPr>
          <w:b/>
        </w:rPr>
        <w:t xml:space="preserve">[21:15] </w:t>
      </w:r>
      <w:r>
        <w:t>People we are engaged in violence but after long effort I was able to make them believe that</w:t>
      </w:r>
    </w:p>
    <w:p>
      <w:pPr>
        <w:jc w:val="right"/>
      </w:pPr>
      <w:r>
        <w:t>پیپل وی ار انگیج ان وائیلنس بٹ افٹر لانگ ایفرٹ ائی واز ایبل ٹو میک دیم بیلیو دیٹ</w:t>
      </w:r>
    </w:p>
    <w:p>
      <w:r>
        <w:rPr>
          <w:b/>
        </w:rPr>
        <w:t xml:space="preserve">[21:25] </w:t>
      </w:r>
      <w:r>
        <w:t>Violence cannot be any solution. So now more than 90 percent people in Kashmir have</w:t>
      </w:r>
    </w:p>
    <w:p>
      <w:pPr>
        <w:jc w:val="right"/>
      </w:pPr>
      <w:r>
        <w:t>وائیلنس کین ناٹ ای اینی سولیوشن سو ناؤ مور دین 90 پرسنٹ پیپل ان کاشپیر ہیو</w:t>
      </w:r>
    </w:p>
    <w:p>
      <w:r>
        <w:rPr>
          <w:b/>
        </w:rPr>
        <w:t xml:space="preserve">[21:35] </w:t>
      </w:r>
      <w:r>
        <w:t>ٹرنڈ پیس فل سو دا کیس اف پاکستان I tried to change the mind of Pakistani people and</w:t>
      </w:r>
    </w:p>
    <w:p>
      <w:pPr>
        <w:jc w:val="right"/>
      </w:pPr>
      <w:r>
        <w:t>ٹرنڈ پیس فل سو دا کیس اف پاکستان ائی ٹرائیڈ ٹو چینج دا مائنڈ اف پاکستانی پیپل اینڈ</w:t>
      </w:r>
    </w:p>
    <w:p>
      <w:r>
        <w:rPr>
          <w:b/>
        </w:rPr>
        <w:t xml:space="preserve">[21:45] </w:t>
      </w:r>
      <w:r>
        <w:t>Now more than 50 percent Pakistani people are thinking in the term of peace. So is the case.</w:t>
      </w:r>
    </w:p>
    <w:p>
      <w:pPr>
        <w:jc w:val="right"/>
      </w:pPr>
      <w:r>
        <w:t>ناؤ مور دین 50 پرسنٹ پاکستانی پیپل ار تھنکنگ ان دا ٹرم اف پیس سو از دا کیس</w:t>
      </w:r>
    </w:p>
    <w:p>
      <w:r>
        <w:rPr>
          <w:b/>
        </w:rPr>
        <w:t xml:space="preserve">[21:55] </w:t>
      </w:r>
      <w:r>
        <w:t>So you have to contact those people in Syria.</w:t>
      </w:r>
    </w:p>
    <w:p>
      <w:pPr>
        <w:jc w:val="right"/>
      </w:pPr>
      <w:r>
        <w:t>اف سو یو ہیو ٹو کنٹیکٹ دوز پیپل ان سری</w:t>
      </w:r>
    </w:p>
    <w:p>
      <w:r>
        <w:rPr>
          <w:b/>
        </w:rPr>
        <w:t xml:space="preserve">[22:05] </w:t>
      </w:r>
      <w:r>
        <w:t>lanka who are engaged in violence change their mind gun is not gun is not solution gun is not solution bomb is not solution you have to address their mind i can see that it is my experience that the most vulnerable part of a man is mind his mind if you address their mind</w:t>
      </w:r>
    </w:p>
    <w:p>
      <w:pPr>
        <w:jc w:val="right"/>
      </w:pPr>
      <w:r>
        <w:t>لنکا ہو ار انگیج ان وائیلنس چینج دیر مائنڈ گن از ناٹ گن از ناٹ سولیوشن گن از ناٹ سولیوشن بمب از ناٹ سولیوشن یو ہیو ٹو ایڈریس دیر مائنڈ ائی کین سی دیٹ اٹ از مائی ایکسپیرینس دیٹ دا موسٹ ولریبل پارٹ اف ا مین از مائنڈ ہز مائنڈ اف یو ایڈریس دیر مائنڈ</w:t>
      </w:r>
    </w:p>
    <w:p>
      <w:r>
        <w:rPr>
          <w:b/>
        </w:rPr>
        <w:t xml:space="preserve">[22:35] </w:t>
      </w:r>
      <w:r>
        <w:t>You will find that he will surrender before you. There is a very relevant verse in the Quran.</w:t>
      </w:r>
    </w:p>
    <w:p>
      <w:pPr>
        <w:jc w:val="right"/>
      </w:pPr>
      <w:r>
        <w:t>یو ویل فائنڈ دیٹ ہی ویل سرینڈر بیفور یو دیر از ا ویری ریلیونٹ ورڈز ان دا قران</w:t>
      </w:r>
    </w:p>
    <w:p>
      <w:r>
        <w:rPr>
          <w:b/>
        </w:rPr>
        <w:t xml:space="preserve">[22:50] </w:t>
      </w:r>
      <w:r>
        <w:t>It means that your enemy is your potential friend. Very strange words. Your</w:t>
      </w:r>
    </w:p>
    <w:p>
      <w:pPr>
        <w:jc w:val="right"/>
      </w:pPr>
      <w:r>
        <w:t>اٹ مینز دیٹ یور اینمی از یور پوٹینشل فرینڈ ویری اسٹرینج ورڈز یور</w:t>
      </w:r>
    </w:p>
    <w:p>
      <w:r>
        <w:rPr>
          <w:b/>
        </w:rPr>
        <w:t xml:space="preserve">[23:05] </w:t>
      </w:r>
      <w:r>
        <w:t>Enemy is your potential friend so turn this potential into actual find friend from your enemy so no</w:t>
      </w:r>
    </w:p>
    <w:p>
      <w:pPr>
        <w:jc w:val="right"/>
      </w:pPr>
      <w:r>
        <w:t>اینمی از یور پوٹینشل فرینڈ سو ٹرن دس پوٹینشل انٹو ایکچول فائنڈ فرینڈ فرام یور اینمی سو نو</w:t>
      </w:r>
    </w:p>
    <w:p>
      <w:r>
        <w:rPr>
          <w:b/>
        </w:rPr>
        <w:t xml:space="preserve">[23:15] </w:t>
      </w:r>
      <w:r>
        <w:t>Enemy is enemy in absolute sense. Enmity is a kind of misunderstanding. Enmity is a kind of</w:t>
      </w:r>
    </w:p>
    <w:p>
      <w:pPr>
        <w:jc w:val="right"/>
      </w:pPr>
      <w:r>
        <w:t>اینمی از اینمی ان ایبسولیوٹ سینس اینمیٹی از ا کائنڈ اف مس انڈرسٹینڈنگ اینمیٹی از ا کائنڈ اف</w:t>
      </w:r>
    </w:p>
    <w:p>
      <w:r>
        <w:rPr>
          <w:b/>
        </w:rPr>
        <w:t xml:space="preserve">[23:25] </w:t>
      </w:r>
      <w:r>
        <w:t>misunderstanding result of misunderstanding. So remove that misunderstanding I will find that that the person the</w:t>
      </w:r>
    </w:p>
    <w:p>
      <w:pPr>
        <w:jc w:val="right"/>
      </w:pPr>
      <w:r>
        <w:t>مس انڈرسٹینڈنگ رزلٹ اف مس انڈرسٹینڈنگ سو ریموو دیٹ مس انڈرسٹینڈنگ ائی ویل فائنڈ دیٹ دیٹ دا پرسن دی</w:t>
      </w:r>
    </w:p>
    <w:p>
      <w:r>
        <w:rPr>
          <w:b/>
        </w:rPr>
        <w:t xml:space="preserve">[23:35] </w:t>
      </w:r>
      <w:r>
        <w:t>It was enemy, now he is your friend. It is not a, it is a, it is my</w:t>
      </w:r>
    </w:p>
    <w:p>
      <w:pPr>
        <w:jc w:val="right"/>
      </w:pPr>
      <w:r>
        <w:t>ٹ واز اینمی ناؤ ہی از یور فرینڈ اٹ از ناٹ ا اٹ از ا اٹ از مائی</w:t>
      </w:r>
    </w:p>
    <w:p>
      <w:r>
        <w:rPr>
          <w:b/>
        </w:rPr>
        <w:t xml:space="preserve">[23:43] </w:t>
      </w:r>
      <w:r>
        <w:t>on experience so I can say that those people who are engaged in spirituality in religion they must</w:t>
      </w:r>
    </w:p>
    <w:p>
      <w:pPr>
        <w:jc w:val="right"/>
      </w:pPr>
      <w:r>
        <w:t>اون ایکسپیرینس سو ائی کین سی دیٹ دوز پیپل ہو ار انگیج ان سپریچولٹی ان ریلیجن دے مسٹ</w:t>
      </w:r>
    </w:p>
    <w:p>
      <w:r>
        <w:rPr>
          <w:b/>
        </w:rPr>
        <w:t xml:space="preserve">[23:52] </w:t>
      </w:r>
      <w:r>
        <w:t>go to Sri Lanka and they must contact with those people who are engaged in violence and they</w:t>
      </w:r>
    </w:p>
    <w:p>
      <w:pPr>
        <w:jc w:val="right"/>
      </w:pPr>
      <w:r>
        <w:t>گو ٹو سری لنکا اینڈ دے مسٹ کنٹیکٹ ود دوز پیپل ہو ار انگیج ان وائیلنس اینڈ دے</w:t>
      </w:r>
    </w:p>
    <w:p>
      <w:r>
        <w:rPr>
          <w:b/>
        </w:rPr>
        <w:t xml:space="preserve">[24:00] </w:t>
      </w:r>
      <w:r>
        <w:t>try to change their mind</w:t>
      </w:r>
    </w:p>
    <w:p>
      <w:pPr>
        <w:jc w:val="right"/>
      </w:pPr>
      <w:r>
        <w:t>ٹرائی ٹو چینج دیر مائنڈ</w:t>
      </w:r>
    </w:p>
    <w:p>
      <w:r>
        <w:rPr>
          <w:b/>
        </w:rPr>
        <w:t xml:space="preserve">[24:08] </w:t>
      </w:r>
      <w:r>
        <w:t>No gun, no bomb can solve the problem. The only bomb is bomb of spirituality, bomb of peace.</w:t>
      </w:r>
    </w:p>
    <w:p>
      <w:pPr>
        <w:jc w:val="right"/>
      </w:pPr>
      <w:r>
        <w:t>نو گن نو بمب کین سالو دا پرابلم دا اونلی بمب از بمب اف سپریچولٹی بمب اف پیس</w:t>
      </w:r>
    </w:p>
    <w:p>
      <w:r>
        <w:rPr>
          <w:b/>
        </w:rPr>
        <w:t xml:space="preserve">[24:16] </w:t>
      </w:r>
      <w:r>
        <w:t>So first of all we have to change their mind. For example, in Kashmir there was a youth.</w:t>
      </w:r>
    </w:p>
    <w:p>
      <w:pPr>
        <w:jc w:val="right"/>
      </w:pPr>
      <w:r>
        <w:t>سو فرسٹ اف ال وی ہیو ٹو چینج دیر مائنڈ فار ایگزیمپل ان کاشپیر دیر واز ا یوتھ</w:t>
      </w:r>
    </w:p>
    <w:p>
      <w:r>
        <w:rPr>
          <w:b/>
        </w:rPr>
        <w:t xml:space="preserve">[24:23] </w:t>
      </w:r>
      <w:r>
        <w:t>He was engaged in militancy so I tried to change his mind. I tried to make him believe</w:t>
      </w:r>
    </w:p>
    <w:p>
      <w:pPr>
        <w:jc w:val="right"/>
      </w:pPr>
      <w:r>
        <w:t>ہی واز انگیج ان ملٹنسی سو ائی ٹرائیڈ ٹو چینج ہز مائنڈ ائی ٹرائیڈ ٹو میک ہم بیلیو</w:t>
      </w:r>
    </w:p>
    <w:p>
      <w:r>
        <w:rPr>
          <w:b/>
        </w:rPr>
        <w:t xml:space="preserve">[24:31] </w:t>
      </w:r>
      <w:r>
        <w:t>that the best field for you is educati</w:t>
      </w:r>
    </w:p>
    <w:p>
      <w:pPr>
        <w:jc w:val="right"/>
      </w:pPr>
      <w:r>
        <w:t>دیٹ دا بیسٹ فیلڈ فار یو از ایجوکی</w:t>
      </w:r>
    </w:p>
    <w:p>
      <w:r>
        <w:rPr>
          <w:b/>
        </w:rPr>
        <w:t xml:space="preserve">[24:38] </w:t>
      </w:r>
      <w:r>
        <w:t>shall not militancy. After a long effort, he was able to understand my point and now he has</w:t>
      </w:r>
    </w:p>
    <w:p>
      <w:pPr>
        <w:jc w:val="right"/>
      </w:pPr>
      <w:r>
        <w:t>شن ناٹ ملٹنسی افٹر ا لانگ ایفرٹ ہی واز ایبل ٹو انڈرسٹینڈ مائی پوائنٹ اینڈ ناؤ ہی ہیز</w:t>
      </w:r>
    </w:p>
    <w:p>
      <w:r>
        <w:rPr>
          <w:b/>
        </w:rPr>
        <w:t xml:space="preserve">[24:49] </w:t>
      </w:r>
      <w:r>
        <w:t>establish more than 10 schools in Kashmir. He is running more than 10 schools in Kashmir. Very high.</w:t>
      </w:r>
    </w:p>
    <w:p>
      <w:pPr>
        <w:jc w:val="right"/>
      </w:pPr>
      <w:r>
        <w:t>اسٹیبلش مور دین 10 اسکولز ان کاشپیر ہی از رننگ مور دین 10 اسکولز ان کاشپیر ویری ہائی</w:t>
      </w:r>
    </w:p>
    <w:p>
      <w:r>
        <w:rPr>
          <w:b/>
        </w:rPr>
        <w:t xml:space="preserve">[24:59] </w:t>
      </w:r>
      <w:r>
        <w:t>standard school he is very happy so everywhere the only task before us is to to change their mind</w:t>
      </w:r>
    </w:p>
    <w:p>
      <w:pPr>
        <w:jc w:val="right"/>
      </w:pPr>
      <w:r>
        <w:t>اسٹینڈرڈ اسکول ہی از ویری ہیپی سو ایوری ویر دا اونلی ٹاسک بیفور اس از ٹو ٹو چینج دیر مائنڈ</w:t>
      </w:r>
    </w:p>
    <w:p>
      <w:r>
        <w:rPr>
          <w:b/>
        </w:rPr>
        <w:t xml:space="preserve">[25:10] </w:t>
      </w:r>
      <w:r>
        <w:t>simply killing simply bombardment simply gun is not solution is not solution so i think that i am i am engaged i having i i i am every day i am in this experience in my family in my society and in india and also in abroad i am i am doing this work</w:t>
      </w:r>
    </w:p>
    <w:p>
      <w:pPr>
        <w:jc w:val="right"/>
      </w:pPr>
      <w:r>
        <w:t>سمپلی کلنگ سمپلی بمبارڈمنٹ سمپلی گن از ناٹ سولیوشن از ناٹ سولیوشن سو ائی تھنک دیٹ ائی ایم ائی ایم انگیج ائی ہیونگ ائی ائی ائی ایم ایوری ڈے ائی ایم ان دس ایکسپیرینس ان مائی فیملی ان مائی سوسائٹی اینڈ ان انڈیا اینڈ السو ان ابراڈ ائی ایم ائی ایم ڈوئنگ دس و</w:t>
      </w:r>
    </w:p>
    <w:p>
      <w:r>
        <w:rPr>
          <w:b/>
        </w:rPr>
        <w:t xml:space="preserve">[25:40] </w:t>
      </w:r>
      <w:r>
        <w:t>on in very silent way i don't believe in crowds i don't believe in in slogans and demonstrations</w:t>
      </w:r>
    </w:p>
    <w:p>
      <w:pPr>
        <w:jc w:val="right"/>
      </w:pPr>
      <w:r>
        <w:t>رک ان ویری سائلنٹ وے ائی ڈونٹ بیلیو ان کراؤڈز ائی ڈونٹ بیلیو ان ان سلوگنز اینڈ ڈیمونسٹریشنز</w:t>
      </w:r>
    </w:p>
    <w:p>
      <w:r>
        <w:rPr>
          <w:b/>
        </w:rPr>
        <w:t xml:space="preserve">[25:50] </w:t>
      </w:r>
      <w:r>
        <w:t>i always target mind peoples mind so i am great believer that if you are able to change</w:t>
      </w:r>
    </w:p>
    <w:p>
      <w:pPr>
        <w:jc w:val="right"/>
      </w:pPr>
      <w:r>
        <w:t>ائی الویز ٹارگٹ مائنڈ پیپلز مائنڈ سو ائی ایم گریٹ بیلیور دیٹ اف یو ار ایبل ٹو چینج</w:t>
      </w:r>
    </w:p>
    <w:p>
      <w:r>
        <w:rPr>
          <w:b/>
        </w:rPr>
        <w:t xml:space="preserve">[26:00] </w:t>
      </w:r>
      <w:r>
        <w:t>the mind you can change the whole life whole situation so i will suggest that</w:t>
      </w:r>
    </w:p>
    <w:p>
      <w:pPr>
        <w:jc w:val="right"/>
      </w:pPr>
      <w:r>
        <w:t>دا مائنڈ یو کین چینج دا ہول لائف ہول سچویشن سو ائی ویل سجیسٹ دیٹ</w:t>
      </w:r>
    </w:p>
    <w:p>
      <w:r>
        <w:rPr>
          <w:b/>
        </w:rPr>
        <w:t xml:space="preserve">[26:10] </w:t>
      </w:r>
      <w:r>
        <w:t>some people who are known as spiritual persons as religious persons must go to sri lanka and they</w:t>
      </w:r>
    </w:p>
    <w:p>
      <w:pPr>
        <w:jc w:val="right"/>
      </w:pPr>
      <w:r>
        <w:t>سم پیپل ہو ار نون ایز سپریچول پرسنز ایز ریلیجیس پرسنز مسٹ گو ٹو سری لنکا اینڈ دے</w:t>
      </w:r>
    </w:p>
    <w:p>
      <w:r>
        <w:rPr>
          <w:b/>
        </w:rPr>
        <w:t xml:space="preserve">[26:21] </w:t>
      </w:r>
      <w:r>
        <w:t>must establish contact to those people who are engaged in violence due to some misunderstanding and try</w:t>
      </w:r>
    </w:p>
    <w:p>
      <w:pPr>
        <w:jc w:val="right"/>
      </w:pPr>
      <w:r>
        <w:t>مسٹ اسٹیبلش کنٹیکٹ ٹو دوز پیپل ہو ار انگیج ان وائیلنس ڈیو ٹو سم مس انڈرسٹینڈنگ اینڈ ٹرائی</w:t>
      </w:r>
    </w:p>
    <w:p>
      <w:r>
        <w:rPr>
          <w:b/>
        </w:rPr>
        <w:t xml:space="preserve">[26:31] </w:t>
      </w:r>
      <w:r>
        <w:t>to believe them, try to inculcate the spirit of peace. You know, Mahatma Gandhi was</w:t>
      </w:r>
    </w:p>
    <w:p>
      <w:pPr>
        <w:jc w:val="right"/>
      </w:pPr>
      <w:r>
        <w:t>ٹو بیلیو دیم ٹرائی ٹو انکلکیٹ دا اسپرٹ اف پیس یو نو مہاتما گاندھی واز</w:t>
      </w:r>
    </w:p>
    <w:p>
      <w:r>
        <w:rPr>
          <w:b/>
        </w:rPr>
        <w:t xml:space="preserve">[26:42] </w:t>
      </w:r>
      <w:r>
        <w:t>In the first instance Mahatma Gandhi was was a stage person in India when he came from South</w:t>
      </w:r>
    </w:p>
    <w:p>
      <w:pPr>
        <w:jc w:val="right"/>
      </w:pPr>
      <w:r>
        <w:t>ان دا فرسٹ انسٹنس مہاتما گاندھی واز واز ا اسٹیج پرسن ان انڈیا وین ہی کیم فرام ساؤتھ</w:t>
      </w:r>
    </w:p>
    <w:p>
      <w:r>
        <w:rPr>
          <w:b/>
        </w:rPr>
        <w:t xml:space="preserve">[26:49] </w:t>
      </w:r>
      <w:r>
        <w:t>africa but after some years he became the most popular leader in india so although at present these</w:t>
      </w:r>
    </w:p>
    <w:p>
      <w:pPr>
        <w:jc w:val="right"/>
      </w:pPr>
      <w:r>
        <w:t>افریقہ بٹ افٹر سم ایئرز ہی بیکم دا موسٹ پاپولر لیڈر ان انڈیا سو الدو ایٹ پریزنٹ دیز</w:t>
      </w:r>
    </w:p>
    <w:p>
      <w:r>
        <w:rPr>
          <w:b/>
        </w:rPr>
        <w:t xml:space="preserve">[26:57] </w:t>
      </w:r>
      <w:r>
        <w:t>People are engaged in violence but according to my belief, they are cases of misunderstanding. They are</w:t>
      </w:r>
    </w:p>
    <w:p>
      <w:pPr>
        <w:jc w:val="right"/>
      </w:pPr>
      <w:r>
        <w:t>پیپل ار انگیج ان وائیلنس بٹ اکارڈنگ ٹو مائی بیلیف دے ار کیس اف مس انڈرسٹینڈنگ دے ار</w:t>
      </w:r>
    </w:p>
    <w:p>
      <w:r>
        <w:rPr>
          <w:b/>
        </w:rPr>
        <w:t xml:space="preserve">[27:05] </w:t>
      </w:r>
      <w:r>
        <w:t>case of misunderstanding</w:t>
      </w:r>
    </w:p>
    <w:p>
      <w:pPr>
        <w:jc w:val="right"/>
      </w:pPr>
      <w:r>
        <w:t>کیس اف مس انڈرسٹینڈنگ</w:t>
      </w:r>
    </w:p>
    <w:p>
      <w:r>
        <w:rPr>
          <w:b/>
        </w:rPr>
        <w:t xml:space="preserve">[27:13] </w:t>
      </w:r>
      <w:r>
        <w:t>تو so remove their misunderstanding, remove their misunderstanding and they will be a partner in the</w:t>
      </w:r>
    </w:p>
    <w:p>
      <w:pPr>
        <w:jc w:val="right"/>
      </w:pPr>
      <w:r>
        <w:t>تو سو ریموو دیر مس انڈرسٹنگ ریموو دیر مس انڈرسٹینڈنگ اینڈ دے ویل بی ا پارٹنر ان دا</w:t>
      </w:r>
    </w:p>
    <w:p>
      <w:r>
        <w:rPr>
          <w:b/>
        </w:rPr>
        <w:t xml:space="preserve">[27:23] </w:t>
      </w:r>
      <w:r>
        <w:t>in the sri lankan life in the they will enter in the ministry of sri lanka here i</w:t>
      </w:r>
    </w:p>
    <w:p>
      <w:pPr>
        <w:jc w:val="right"/>
      </w:pPr>
      <w:r>
        <w:t>ان دا سری لنکن لائف ان دا دے ویل انٹر ان دا منسٹری اف سری لنکا ہیر ائی</w:t>
      </w:r>
    </w:p>
    <w:p>
      <w:r>
        <w:rPr>
          <w:b/>
        </w:rPr>
        <w:t xml:space="preserve">[27:33] </w:t>
      </w:r>
      <w:r>
        <w:t>would like to refer a very relevant hadith hadith of prophet of islam his</w:t>
      </w:r>
    </w:p>
    <w:p>
      <w:pPr>
        <w:jc w:val="right"/>
      </w:pPr>
      <w:r>
        <w:t>وڈ لائک ٹو ریفر ا ویری ریلیونٹ حدیث حدیث اف پرافٹ اف اسلام ہز</w:t>
      </w:r>
    </w:p>
    <w:p>
      <w:r>
        <w:rPr>
          <w:b/>
        </w:rPr>
        <w:t xml:space="preserve">[27:43] </w:t>
      </w:r>
      <w:r>
        <w:t>wife aisha says about what was the general policy of the prophet of islam general policy so she</w:t>
      </w:r>
    </w:p>
    <w:p>
      <w:pPr>
        <w:jc w:val="right"/>
      </w:pPr>
      <w:r>
        <w:t>وائف عائشہ سیز اباؤٹ واٹ واز دا جنرل پالیسی اف دا پرافٹ اف اسلام جنرل پالیسی سو شی</w:t>
      </w:r>
    </w:p>
    <w:p>
      <w:r>
        <w:rPr>
          <w:b/>
        </w:rPr>
        <w:t xml:space="preserve">[27:54] </w:t>
      </w:r>
      <w:r>
        <w:t>says rasulullah sallallahu alaihi wasallam bin umrain illa aisha rahima whenever the prophet had to</w:t>
      </w:r>
    </w:p>
    <w:p>
      <w:pPr>
        <w:jc w:val="right"/>
      </w:pPr>
      <w:r>
        <w:t>سیز رسول اللہ صلی اللہ علیہ وسلم بین عمرین الا عائشہ رحمہ وین ایور دا پرافٹ ہیڈ ٹو</w:t>
      </w:r>
    </w:p>
    <w:p>
      <w:r>
        <w:rPr>
          <w:b/>
        </w:rPr>
        <w:t xml:space="preserve">[28:04] </w:t>
      </w:r>
      <w:r>
        <w:t>choose between the two he always opted for easier option rather than harder option it means that</w:t>
      </w:r>
    </w:p>
    <w:p>
      <w:pPr>
        <w:jc w:val="right"/>
      </w:pPr>
      <w:r>
        <w:t>چوز بٹوین دا ٹو ہی الویز اپٹڈ فار ایزر اپشن رادر دین ہارڈر اپشن اٹ مینز دیٹ</w:t>
      </w:r>
    </w:p>
    <w:p>
      <w:r>
        <w:rPr>
          <w:b/>
        </w:rPr>
        <w:t xml:space="preserve">[28:14] </w:t>
      </w:r>
      <w:r>
        <w:t>when at present there are two options in every country peaceful activism and violent activism including sri</w:t>
      </w:r>
    </w:p>
    <w:p>
      <w:pPr>
        <w:jc w:val="right"/>
      </w:pPr>
      <w:r>
        <w:t>وین ایٹ پریزنٹ دیر ار ٹو اپشنز ان ایوری کنٹری پیس فل ایکٹیوزم اینڈ وائلنٹ ایکٹیوزم انکلوڈنگ سری</w:t>
      </w:r>
    </w:p>
    <w:p>
      <w:r>
        <w:rPr>
          <w:b/>
        </w:rPr>
        <w:t xml:space="preserve">[28:25] </w:t>
      </w:r>
      <w:r>
        <w:t>lanka but people don't know the secret of this formula so you have to inculcate this spirit you</w:t>
      </w:r>
    </w:p>
    <w:p>
      <w:pPr>
        <w:jc w:val="right"/>
      </w:pPr>
      <w:r>
        <w:t>لنکا بٹ پیپل ڈونٹ نو دا سیکرٹ اف دس فارمولا سو یو ہیو ٹو انکلکیٹ دس اسپرٹ یو</w:t>
      </w:r>
    </w:p>
    <w:p>
      <w:r>
        <w:rPr>
          <w:b/>
        </w:rPr>
        <w:t xml:space="preserve">[28:35] </w:t>
      </w:r>
      <w:r>
        <w:t>have to make them believe that why you have opted for violence and the other option is open so</w:t>
      </w:r>
    </w:p>
    <w:p>
      <w:pPr>
        <w:jc w:val="right"/>
      </w:pPr>
      <w:r>
        <w:t>ہیو ٹو میک دیم بیلیو دیٹ وائی یو ہیو اپٹڈ فار وائیلنس اینڈ دی ادر اپشن از اوپن سو</w:t>
      </w:r>
    </w:p>
    <w:p>
      <w:r>
        <w:rPr>
          <w:b/>
        </w:rPr>
        <w:t xml:space="preserve">[28:45] </w:t>
      </w:r>
      <w:r>
        <w:t>you have to opt for peaceful activism rather than violent activism and then well be success and</w:t>
      </w:r>
    </w:p>
    <w:p>
      <w:pPr>
        <w:jc w:val="right"/>
      </w:pPr>
      <w:r>
        <w:t>یو ہیو ٹو اپٹ فار پیس فل ایکٹیوزم رادر دین وائلنٹ ایکٹیوزم اینڈ دین ویل بی سکسیس اینڈ</w:t>
      </w:r>
    </w:p>
    <w:p>
      <w:r>
        <w:rPr>
          <w:b/>
        </w:rPr>
        <w:t xml:space="preserve">[28:52] </w:t>
      </w:r>
      <w:r>
        <w:t>Then I would like to say that most important thing is education, education in every country, in India</w:t>
      </w:r>
    </w:p>
    <w:p>
      <w:pPr>
        <w:jc w:val="right"/>
      </w:pPr>
      <w:r>
        <w:t>دین ائی وڈ لائک ٹو سی دیٹ موسٹ امپورٹنٹ تھنگ از ایجوکیشن ایجوکیشن ان ایوری کنٹری ان انڈیا</w:t>
      </w:r>
    </w:p>
    <w:p>
      <w:r>
        <w:rPr>
          <w:b/>
        </w:rPr>
        <w:t xml:space="preserve">[29:00] </w:t>
      </w:r>
      <w:r>
        <w:t>In Pakistan, in Bangladesh, in Sri Lanka, people are backward in education. This is the main problem.</w:t>
      </w:r>
    </w:p>
    <w:p>
      <w:pPr>
        <w:jc w:val="right"/>
      </w:pPr>
      <w:r>
        <w:t>ان پاکستان ان بنگلہ دیش ان سری لنکا پیپل ار بیکورڈ ان ایجوکیشن دس از دا مین پرابلم</w:t>
      </w:r>
    </w:p>
    <w:p>
      <w:r>
        <w:rPr>
          <w:b/>
        </w:rPr>
        <w:t xml:space="preserve">[29:07] </w:t>
      </w:r>
      <w:r>
        <w:t>this is the main problem educati</w:t>
      </w:r>
    </w:p>
    <w:p>
      <w:pPr>
        <w:jc w:val="right"/>
      </w:pPr>
      <w:r>
        <w:t>دس از دا مین پرابلم ایجوکی</w:t>
      </w:r>
    </w:p>
    <w:p>
      <w:r>
        <w:rPr>
          <w:b/>
        </w:rPr>
        <w:t xml:space="preserve">[29:15] </w:t>
      </w:r>
      <w:r>
        <w:t>people and you will see there is a change in the in the in the country christians have any have a very any contributed a lot in our country through education i think that in india christian community has cont</w:t>
      </w:r>
    </w:p>
    <w:p>
      <w:pPr>
        <w:jc w:val="right"/>
      </w:pPr>
      <w:r>
        <w:t>ٹ پیپل اینڈ یو ویل سی دیر از سی چینج ان دا ان دی ان دی کنٹری کرسچنز ہیو اینی ہیو ا ویری اینی کنٹریبیوٹڈ ا لاٹ ان اور کنٹری تھرو ایجوکیشن ائی تھنک دیٹ ان انڈیا کرسچن کمیونٹی ہیز کنٹ</w:t>
      </w:r>
    </w:p>
    <w:p>
      <w:r>
        <w:rPr>
          <w:b/>
        </w:rPr>
        <w:t xml:space="preserve">[29:45] </w:t>
      </w:r>
      <w:r>
        <w:t>rebutted a lot in terms of education. So everywhere we have to follow this pattern. We have</w:t>
      </w:r>
    </w:p>
    <w:p>
      <w:pPr>
        <w:jc w:val="right"/>
      </w:pPr>
      <w:r>
        <w:t>ریبیوٹڈ ا لاٹ ان ٹرم اف ایجوکیشن سو ایوری ویر وی ہیو ٹو فالو دس پیٹرن وی ہیو</w:t>
      </w:r>
    </w:p>
    <w:p>
      <w:r>
        <w:rPr>
          <w:b/>
        </w:rPr>
        <w:t xml:space="preserve">[29:53] </w:t>
      </w:r>
      <w:r>
        <w:t>to educate people. Education makes you understand things in a deeper way. These people who are not well</w:t>
      </w:r>
    </w:p>
    <w:p>
      <w:pPr>
        <w:jc w:val="right"/>
      </w:pPr>
      <w:r>
        <w:t>ٹو ایجوکیٹ پیپل ایجوکیشن میکس یو انڈرسٹینڈ تھنگز ان ا ڈیپر وے دیز پیپل ہو ار ناٹ ویل</w:t>
      </w:r>
    </w:p>
    <w:p>
      <w:r>
        <w:rPr>
          <w:b/>
        </w:rPr>
        <w:t xml:space="preserve">[30:01] </w:t>
      </w:r>
      <w:r>
        <w:t>educated they can see only superfluous things. They are unable to understand the things in a deeper</w:t>
      </w:r>
    </w:p>
    <w:p>
      <w:pPr>
        <w:jc w:val="right"/>
      </w:pPr>
      <w:r>
        <w:t>ایجوکیٹڈ دے کین سی اونلی سپرفلس تھنگز دے ار ان ایبل ٹو انڈرسٹینڈ دا تھنگز ان ا ڈیپر</w:t>
      </w:r>
    </w:p>
    <w:p>
      <w:r>
        <w:rPr>
          <w:b/>
        </w:rPr>
        <w:t xml:space="preserve">[30:09] </w:t>
      </w:r>
      <w:r>
        <w:t>way so if we</w:t>
      </w:r>
    </w:p>
    <w:p>
      <w:pPr>
        <w:jc w:val="right"/>
      </w:pPr>
      <w:r>
        <w:t>وے سو اف وی</w:t>
      </w:r>
    </w:p>
    <w:p>
      <w:r>
        <w:rPr>
          <w:b/>
        </w:rPr>
        <w:t xml:space="preserve">[30:17] </w:t>
      </w:r>
      <w:r>
        <w:t>If we educate our generation then we can change their mind so in every country although countries are</w:t>
      </w:r>
    </w:p>
    <w:p>
      <w:pPr>
        <w:jc w:val="right"/>
      </w:pPr>
      <w:r>
        <w:t>اف وی ایجوکیٹ اور جنریشن دین وی کین چینج دیر مائنڈ سو ان ایوری کنٹری الدو کنٹریز ار</w:t>
      </w:r>
    </w:p>
    <w:p>
      <w:r>
        <w:rPr>
          <w:b/>
        </w:rPr>
        <w:t xml:space="preserve">[30:27] </w:t>
      </w:r>
      <w:r>
        <w:t>called underdeveloped countries. Their main problem is they are backward in education. Due to this shortcoming,</w:t>
      </w:r>
    </w:p>
    <w:p>
      <w:pPr>
        <w:jc w:val="right"/>
      </w:pPr>
      <w:r>
        <w:t>کالڈ انڈر ڈیولپ کنٹریز دیر مین پرابلم از دے ار بیکورڈ ان ایجوکیشن ڈیو ٹو دس شارٹ کمنگ</w:t>
      </w:r>
    </w:p>
    <w:p>
      <w:r>
        <w:rPr>
          <w:b/>
        </w:rPr>
        <w:t xml:space="preserve">[30:38] </w:t>
      </w:r>
      <w:r>
        <w:t>de are unable to understand</w:t>
      </w:r>
    </w:p>
    <w:p>
      <w:pPr>
        <w:jc w:val="right"/>
      </w:pPr>
      <w:r>
        <w:t>دے ار ان ایبل ٹو انڈرسٹینڈ</w:t>
      </w:r>
    </w:p>
    <w:p>
      <w:r>
        <w:rPr>
          <w:b/>
        </w:rPr>
        <w:t xml:space="preserve">[30:48] </w:t>
      </w:r>
      <w:r>
        <w:t>the importance of peace, importance of tolerance, importance of love. So I would like to say that we</w:t>
      </w:r>
    </w:p>
    <w:p>
      <w:pPr>
        <w:jc w:val="right"/>
      </w:pPr>
      <w:r>
        <w:t>دا امپورٹنس اف پیس امپورٹنس اف ٹولرنس امپورٹنس اف لو سو ائی وڈ لائک ٹو سی دیٹ وی</w:t>
      </w:r>
    </w:p>
    <w:p>
      <w:r>
        <w:rPr>
          <w:b/>
        </w:rPr>
        <w:t xml:space="preserve">[30:58] </w:t>
      </w:r>
      <w:r>
        <w:t>Have any we have two point formula one to make people believe what is the peace make people</w:t>
      </w:r>
    </w:p>
    <w:p>
      <w:pPr>
        <w:jc w:val="right"/>
      </w:pPr>
      <w:r>
        <w:t>ہیو اینی وی ہیو ٹو پوائنٹ فارمولا ون ٹو میک پیپل بیلیو واٹ از دا پیس میک پیپل</w:t>
      </w:r>
    </w:p>
    <w:p>
      <w:r>
        <w:rPr>
          <w:b/>
        </w:rPr>
        <w:t xml:space="preserve">[31:08] </w:t>
      </w:r>
      <w:r>
        <w:t>believe that the peace is the greatest power and then we have to try</w:t>
      </w:r>
    </w:p>
    <w:p>
      <w:pPr>
        <w:jc w:val="right"/>
      </w:pPr>
      <w:r>
        <w:t>بیلیو دیٹ دا پیس از دا گریٹسٹ پاور اینڈ دین وی ہیو ٹو ٹرائی</w:t>
      </w:r>
    </w:p>
    <w:p>
      <w:r>
        <w:rPr>
          <w:b/>
        </w:rPr>
        <w:t xml:space="preserve">[31:18] </w:t>
      </w:r>
      <w:r>
        <w:t>to them educate educate through education and you can say that informal education and formal education when</w:t>
      </w:r>
    </w:p>
    <w:p>
      <w:pPr>
        <w:jc w:val="right"/>
      </w:pPr>
      <w:r>
        <w:t>ٹو دیم ایجوکیٹ ایجوکیٹ تو ایجوکیشن اینڈ یو کین سی دیٹ ان فارمل ایجوکیشن اینڈ فارمل ایجوکیشن وین</w:t>
      </w:r>
    </w:p>
    <w:p>
      <w:r>
        <w:rPr>
          <w:b/>
        </w:rPr>
        <w:t xml:space="preserve">[31:28] </w:t>
      </w:r>
      <w:r>
        <w:t>You try to make them believe about the importance of peace. That is informal education. And then</w:t>
      </w:r>
    </w:p>
    <w:p>
      <w:pPr>
        <w:jc w:val="right"/>
      </w:pPr>
      <w:r>
        <w:t>یو ٹرائی ٹو میک دیم بیلیو اباؤٹ دا امپورٹنس اف پیس دیٹ از ان فارمل ایجوکیشن اینڈ دین</w:t>
      </w:r>
    </w:p>
    <w:p>
      <w:r>
        <w:rPr>
          <w:b/>
        </w:rPr>
        <w:t xml:space="preserve">[31:39] </w:t>
      </w:r>
      <w:r>
        <w:t>The other point is formal education. So I think that there is no instant solution.</w:t>
      </w:r>
    </w:p>
    <w:p>
      <w:pPr>
        <w:jc w:val="right"/>
      </w:pPr>
      <w:r>
        <w:t>دی ادر پوائنٹ از فارمل ایجوکیشن سو ائی تھنک دیٹ دیر از نو انسٹنٹ سولیوشن</w:t>
      </w:r>
    </w:p>
    <w:p>
      <w:r>
        <w:rPr>
          <w:b/>
        </w:rPr>
        <w:t xml:space="preserve">[31:49] </w:t>
      </w:r>
      <w:r>
        <w:t>i don't believe in instant solution we have to we have to plan a long effort it required a long effort long struggle instant solution is nothing so we have to educate people we have to make them understand the importance of peace and love otherwise present s</w:t>
      </w:r>
    </w:p>
    <w:p>
      <w:pPr>
        <w:jc w:val="right"/>
      </w:pPr>
      <w:r>
        <w:t>ائی ڈونٹ بیلیو ان انسٹنٹ سولیوشن وی ہیو ٹو وی ہیو ٹو پلان ا لانگ ایفرٹ اٹ ریکوائرڈ ا لانگ ایفرٹ لانگ سٹرگل انسٹنٹ سولیوشن از نتھنگ سو وی ہیو ٹو ایجوکیٹ پیپل وی ہیو ٹو میک دیم انڈرسٹینڈ دا امپورٹنس اف پیس اینڈ لو ادروائز پریزنٹ س</w:t>
      </w:r>
    </w:p>
    <w:p>
      <w:r>
        <w:rPr>
          <w:b/>
        </w:rPr>
        <w:t xml:space="preserve">[32:19] </w:t>
      </w:r>
      <w:r>
        <w:t>ituation is very disastrous for the present generation and for the coming generation you know in our present world people generally believe that that freedom is some boon freedom is some boon but i don't subscribe with this notion freedom is not some boon because</w:t>
      </w:r>
    </w:p>
    <w:p>
      <w:pPr>
        <w:jc w:val="right"/>
      </w:pPr>
      <w:r>
        <w:t>چویشن از ویری ڈزاسٹرس فار دا پریزنٹ جنریشن اینڈ فار دا کمنگ جنریشن یو نو ان اور پریزنٹ ورلڈ پیپل جنرلی بیلیو دیٹ دیٹ فریڈم از سم بونم فریڈم از سم بونم بٹ ائی ڈونٹ سبسکرائب ود دس نوشن فریڈم از ناٹ سم بونم بیکاز</w:t>
      </w:r>
    </w:p>
    <w:p>
      <w:r>
        <w:rPr>
          <w:b/>
        </w:rPr>
        <w:t xml:space="preserve">[32:49] </w:t>
      </w:r>
      <w:r>
        <w:t>You cannot use freedom in an unchecked way. If you if you use freedom in an</w:t>
      </w:r>
    </w:p>
    <w:p>
      <w:pPr>
        <w:jc w:val="right"/>
      </w:pPr>
      <w:r>
        <w:t>یو کین ناٹ یوز فریڈم ان ان ان چیکڈ وے اف یو اف یو یوز فریڈم ان ان</w:t>
      </w:r>
    </w:p>
    <w:p>
      <w:r>
        <w:rPr>
          <w:b/>
        </w:rPr>
        <w:t xml:space="preserve">[32:59] </w:t>
      </w:r>
      <w:r>
        <w:t>limited way that it will it will reduce to anarchy. Unlimited freedom means anarchy. So I think</w:t>
      </w:r>
    </w:p>
    <w:p>
      <w:pPr>
        <w:jc w:val="right"/>
      </w:pPr>
      <w:r>
        <w:t>لمیٹڈ وے دیٹ اٹ ویل اٹ ویل ریڈیوس ٹو انارکی ان لمیٹڈ فریڈم مینز انارکی سو ائی تھنک</w:t>
      </w:r>
    </w:p>
    <w:p>
      <w:r>
        <w:rPr>
          <w:b/>
        </w:rPr>
        <w:t xml:space="preserve">[33:09] </w:t>
      </w:r>
      <w:r>
        <w:t>that sum b</w:t>
      </w:r>
    </w:p>
    <w:p>
      <w:pPr>
        <w:jc w:val="right"/>
      </w:pPr>
      <w:r>
        <w:t>دیٹ سم ب</w:t>
      </w:r>
    </w:p>
    <w:p>
      <w:r>
        <w:rPr>
          <w:b/>
        </w:rPr>
        <w:t xml:space="preserve">[33:19] </w:t>
      </w:r>
      <w:r>
        <w:t>and not peace not not not freedom. This point I have I have derived from the Quran. There is</w:t>
      </w:r>
    </w:p>
    <w:p>
      <w:pPr>
        <w:jc w:val="right"/>
      </w:pPr>
      <w:r>
        <w:t>ونم از پیس ناٹ ناٹ ناٹ فریڈم دس پوائنٹ ہیو ائی ہیو ڈرائیو فرام دا قران دیر از</w:t>
      </w:r>
    </w:p>
    <w:p>
      <w:r>
        <w:rPr>
          <w:b/>
        </w:rPr>
        <w:t xml:space="preserve">[33:29] </w:t>
      </w:r>
      <w:r>
        <w:t>a words in the quran khair khair means peace is the sum bonum peace is the greatest good</w:t>
      </w:r>
    </w:p>
    <w:p>
      <w:pPr>
        <w:jc w:val="right"/>
      </w:pPr>
      <w:r>
        <w:t>ا ورڈز ان دا قران خیر خیر مینز پیس از دا سم بونم پیس از دا گریٹسٹ گڈ</w:t>
      </w:r>
    </w:p>
    <w:p>
      <w:r>
        <w:rPr>
          <w:b/>
        </w:rPr>
        <w:t xml:space="preserve">[33:40] </w:t>
      </w:r>
      <w:r>
        <w:t>khair sufi people have formulated this in these words kal</w:t>
      </w:r>
    </w:p>
    <w:p>
      <w:pPr>
        <w:jc w:val="right"/>
      </w:pPr>
      <w:r>
        <w:t>خیر صوفی پیپل ہیو فارمولیٹڈ دس ان دیز ورڈز کل</w:t>
      </w:r>
    </w:p>
    <w:p>
      <w:r>
        <w:rPr>
          <w:b/>
        </w:rPr>
        <w:t xml:space="preserve">[33:50] </w:t>
      </w:r>
      <w:r>
        <w:t>yani peace with all so peace is the sum bonum peace is the greatest good and not freedom</w:t>
      </w:r>
    </w:p>
    <w:p>
      <w:pPr>
        <w:jc w:val="right"/>
      </w:pPr>
      <w:r>
        <w:t>یعنی پیس ود ال سو پیس از دا سم بونم پیس از دا گریٹسٹ گڈ اینڈ ناٹ فریڈم</w:t>
      </w:r>
    </w:p>
    <w:p>
      <w:r>
        <w:rPr>
          <w:b/>
        </w:rPr>
        <w:t xml:space="preserve">[33:58] </w:t>
      </w:r>
      <w:r>
        <w:t>This are this are this is a misunderstanding. People take freedom as a summum bonum as a</w:t>
      </w:r>
    </w:p>
    <w:p>
      <w:pPr>
        <w:jc w:val="right"/>
      </w:pPr>
      <w:r>
        <w:t>دس ار دس ار دس از ا مس انڈرسٹینڈنگ پیپل ٹیک فریڈم ایز ا سم بونم ایز ا</w:t>
      </w:r>
    </w:p>
    <w:p>
      <w:r>
        <w:rPr>
          <w:b/>
        </w:rPr>
        <w:t xml:space="preserve">[34:06] </w:t>
      </w:r>
      <w:r>
        <w:t>greatest good but it is not an end and an American author has published a book with this title</w:t>
      </w:r>
    </w:p>
    <w:p>
      <w:pPr>
        <w:jc w:val="right"/>
      </w:pPr>
      <w:r>
        <w:t>گریٹسٹ گڈ بٹ اٹ از ناٹ اینڈ اینڈ اینڈ امریکن اتھر ہیز پبلش ا بک ود دس ٹائٹل</w:t>
      </w:r>
    </w:p>
    <w:p>
      <w:r>
        <w:rPr>
          <w:b/>
        </w:rPr>
        <w:t xml:space="preserve">[34:13] </w:t>
      </w:r>
      <w:r>
        <w:t>We cannot afford freedom. We cannot afford freedom.</w:t>
      </w:r>
    </w:p>
    <w:p>
      <w:pPr>
        <w:jc w:val="right"/>
      </w:pPr>
      <w:r>
        <w:t>وی کونٹ افورڈ فریڈم وی کونٹ افورڈ فریڈم</w:t>
      </w:r>
    </w:p>
    <w:p>
      <w:r>
        <w:rPr>
          <w:b/>
        </w:rPr>
        <w:t xml:space="preserve">[34:21] </w:t>
      </w:r>
      <w:r>
        <w:t>And I think it is it is very very right statement. So we it is our task to</w:t>
      </w:r>
    </w:p>
    <w:p>
      <w:pPr>
        <w:jc w:val="right"/>
      </w:pPr>
      <w:r>
        <w:t>اینڈ ائی تھنک اٹ از اٹ از ویری ویری رائٹ سٹیٹمنٹ سو وی اٹ از اور ٹاسک ٹو</w:t>
      </w:r>
    </w:p>
    <w:p>
      <w:r>
        <w:rPr>
          <w:b/>
        </w:rPr>
        <w:t xml:space="preserve">[34:29] </w:t>
      </w:r>
      <w:r>
        <w:t>Make people believe that freedom is not some bonum. Some bonum is peace because peace opens the door</w:t>
      </w:r>
    </w:p>
    <w:p>
      <w:pPr>
        <w:jc w:val="right"/>
      </w:pPr>
      <w:r>
        <w:t>میک پیپل بیلیو دیٹ فریڈم از ناٹ سم بونم سم بونم از پیس بیکاز پیس اوپنز دا ڈور</w:t>
      </w:r>
    </w:p>
    <w:p>
      <w:r>
        <w:rPr>
          <w:b/>
        </w:rPr>
        <w:t xml:space="preserve">[34:36] </w:t>
      </w:r>
      <w:r>
        <w:t>of all kind of opportunities. Without peace there is no progress, without peace there is no development. So</w:t>
      </w:r>
    </w:p>
    <w:p>
      <w:pPr>
        <w:jc w:val="right"/>
      </w:pPr>
      <w:r>
        <w:t>اف ال کائنڈ اف اپرچونیٹیز وداؤٹ پیس دیر از نو پروگریس وداؤٹ پیس دیر از نو ڈیولپمنٹ سو</w:t>
      </w:r>
    </w:p>
    <w:p>
      <w:r>
        <w:rPr>
          <w:b/>
        </w:rPr>
        <w:t xml:space="preserve">[34:44] </w:t>
      </w:r>
      <w:r>
        <w:t>we have to change this mind</w:t>
      </w:r>
    </w:p>
    <w:p>
      <w:pPr>
        <w:jc w:val="right"/>
      </w:pPr>
      <w:r>
        <w:t>وی ہیو ٹو چینج دس مائنڈ</w:t>
      </w:r>
    </w:p>
    <w:p>
      <w:r>
        <w:rPr>
          <w:b/>
        </w:rPr>
        <w:t xml:space="preserve">[34:51] </w:t>
      </w:r>
      <w:r>
        <w:t>We have to make them believe that that freedom is not some boon. Freedom is not the greatest</w:t>
      </w:r>
    </w:p>
    <w:p>
      <w:pPr>
        <w:jc w:val="right"/>
      </w:pPr>
      <w:r>
        <w:t>وی ہیو ٹو میک دیم بیلیو دیٹ دیٹ فریڈم از ناٹ سم بونم فریڈم از ناٹ دا گریٹسٹ</w:t>
      </w:r>
    </w:p>
    <w:p>
      <w:r>
        <w:rPr>
          <w:b/>
        </w:rPr>
        <w:t xml:space="preserve">[35:02] </w:t>
      </w:r>
      <w:r>
        <w:t>Good. The greatest good is peace. Without peace you cannot achieve anything. So we have any</w:t>
      </w:r>
    </w:p>
    <w:p>
      <w:pPr>
        <w:jc w:val="right"/>
      </w:pPr>
      <w:r>
        <w:t>گڈ دا گریٹسٹ گڈ از پیس وداؤٹ پیس یو کین ناٹ اچیو اینی تھنگ سو وی ہیو اینی</w:t>
      </w:r>
    </w:p>
    <w:p>
      <w:r>
        <w:rPr>
          <w:b/>
        </w:rPr>
        <w:t xml:space="preserve">[35:12] </w:t>
      </w:r>
      <w:r>
        <w:t>I think that people don't know that criterion is result.</w:t>
      </w:r>
    </w:p>
    <w:p>
      <w:pPr>
        <w:jc w:val="right"/>
      </w:pPr>
      <w:r>
        <w:t>ائی تھنک دیٹ پیپل ڈونٹ نو دیٹ کرائٹیرین از رزلٹ</w:t>
      </w:r>
    </w:p>
    <w:p>
      <w:r>
        <w:rPr>
          <w:b/>
        </w:rPr>
        <w:t xml:space="preserve">[35:22] </w:t>
      </w:r>
      <w:r>
        <w:t>result you have to see the result it is not enough to jump in a situation only by taking that this is my goal this is my ideal no you have to see the result you have to see the result of you are in a position to achieve result then you can take a step otherwise not in sum time i</w:t>
      </w:r>
    </w:p>
    <w:p>
      <w:pPr>
        <w:jc w:val="right"/>
      </w:pPr>
      <w:r>
        <w:t>رزلٹ یو ہیو ٹو سی دا رزلٹ اٹ از ناٹ انف ٹو جمپ ان ا سچویشن اونلی بائی ٹیکنگ دیٹ دس از مائی گول دس از مائی ائیڈیل نو یو ہیو ٹو سی دا رزلٹ یو ہیو ٹو سی دا رزلٹ اف یو ار ان ا پوزیشن ٹو اچیو رزلٹ دین یو کین ٹیک ا سٹیپ ادروائز ناٹ ان سم ٹائم ائی</w:t>
      </w:r>
    </w:p>
    <w:p>
      <w:r>
        <w:rPr>
          <w:b/>
        </w:rPr>
        <w:t xml:space="preserve">[35:52] </w:t>
      </w:r>
      <w:r>
        <w:t>think that sometime it is very very important not to act when you are not in a</w:t>
      </w:r>
    </w:p>
    <w:p>
      <w:pPr>
        <w:jc w:val="right"/>
      </w:pPr>
      <w:r>
        <w:t>تھنک دیٹ سم ٹائم اٹ از ویری ویری امپورٹنٹ ناٹ ٹو ایکٹ وین یو ار ناٹ ان ا</w:t>
      </w:r>
    </w:p>
    <w:p>
      <w:r>
        <w:rPr>
          <w:b/>
        </w:rPr>
        <w:t xml:space="preserve">[36:01] </w:t>
      </w:r>
      <w:r>
        <w:t>position to bring about positive result then refer yourself from activity from to sometime it is</w:t>
      </w:r>
    </w:p>
    <w:p>
      <w:pPr>
        <w:jc w:val="right"/>
      </w:pPr>
      <w:r>
        <w:t>پوزیشن ٹو برنگ اباؤٹ پوزیٹیو رزلٹ دین ریفر یور سیلف فرام ایکٹیوٹی فرام تو سم ٹائم اٹ از</w:t>
      </w:r>
    </w:p>
    <w:p>
      <w:r>
        <w:rPr>
          <w:b/>
        </w:rPr>
        <w:t xml:space="preserve">[36:09] </w:t>
      </w:r>
      <w:r>
        <w:t>also important to be inactive when you are not in a position to bring about result so</w:t>
      </w:r>
    </w:p>
    <w:p>
      <w:pPr>
        <w:jc w:val="right"/>
      </w:pPr>
      <w:r>
        <w:t>السو امپورٹنٹ ٹو بی ان ایکٹیو وین یو ار ناٹ ان ا پوزیشن ٹو برنگ اباؤٹ رزلٹ سو</w:t>
      </w:r>
    </w:p>
    <w:p>
      <w:r>
        <w:rPr>
          <w:b/>
        </w:rPr>
        <w:t xml:space="preserve">[36:17] </w:t>
      </w:r>
      <w:r>
        <w:t>all these things are</w:t>
      </w:r>
    </w:p>
    <w:p>
      <w:pPr>
        <w:jc w:val="right"/>
      </w:pPr>
      <w:r>
        <w:t>ال دیز تھنگز ار</w:t>
      </w:r>
    </w:p>
    <w:p>
      <w:r>
        <w:rPr>
          <w:b/>
        </w:rPr>
        <w:t xml:space="preserve">[36:25] </w:t>
      </w:r>
      <w:r>
        <w:t>very very important but people are unaware of these facts. They know only their emotions. Emotions I</w:t>
      </w:r>
    </w:p>
    <w:p>
      <w:pPr>
        <w:jc w:val="right"/>
      </w:pPr>
      <w:r>
        <w:t>ویری ویری امپورٹنٹ بٹ پیپل ار ان اویر اف دس فیکٹس دے نو اونلی دیر ایموشنز ایموشنز ائی</w:t>
      </w:r>
    </w:p>
    <w:p>
      <w:r>
        <w:rPr>
          <w:b/>
        </w:rPr>
        <w:t xml:space="preserve">[36:35] </w:t>
      </w:r>
      <w:r>
        <w:t>visited Palestine. I said, "Why are you engaged in this violence?" "Why?" They said, "We want justice." So,</w:t>
      </w:r>
    </w:p>
    <w:p>
      <w:pPr>
        <w:jc w:val="right"/>
      </w:pPr>
      <w:r>
        <w:t>وزٹڈ پیلسٹائن ائی سیڈ وائی یو ار انگیج ان دس وائیلنس وائی دے سیڈ وی وانٹ جسٹس سو</w:t>
      </w:r>
    </w:p>
    <w:p>
      <w:r>
        <w:rPr>
          <w:b/>
        </w:rPr>
        <w:t xml:space="preserve">[36:45] </w:t>
      </w:r>
      <w:r>
        <w:t>I said that justice can be achieved only through through your own effort. So first of all</w:t>
      </w:r>
    </w:p>
    <w:p>
      <w:pPr>
        <w:jc w:val="right"/>
      </w:pPr>
      <w:r>
        <w:t>ائی سیڈ دیٹ جسٹس کین بی اچیوڈ اونلی تھرو تھرو یور اون ایفرٹ سو فرسٹ اف ال</w:t>
      </w:r>
    </w:p>
    <w:p>
      <w:r>
        <w:rPr>
          <w:b/>
        </w:rPr>
        <w:t xml:space="preserve">[36:56] </w:t>
      </w:r>
      <w:r>
        <w:t>establish peace then by your own effort you can achieve justice they said no assalam adel assalam adel means peace with justice i said that it is not possible justice is not an justice is not a part of peace peace gives you opportunities and not justice very imp</w:t>
      </w:r>
    </w:p>
    <w:p>
      <w:pPr>
        <w:jc w:val="right"/>
      </w:pPr>
      <w:r>
        <w:t>اسٹیبلش پیس دین بائی یور اون ایفرٹ یو کین اچیو جسٹس دے سیڈ نو السلام عادل السلام عادل مینز پیس ود جسٹس ائی سیڈ دیٹ اٹ از ناٹ پاسیبل جسٹس از ناٹ این جسٹس از ناٹ ا پارٹ اف پیس پیس گیوز یو اپرچونیٹیز اینڈ ناٹ جسٹس ویری امپ</w:t>
      </w:r>
    </w:p>
    <w:p>
      <w:r>
        <w:rPr>
          <w:b/>
        </w:rPr>
        <w:t xml:space="preserve">[37:26] </w:t>
      </w:r>
      <w:r>
        <w:t>written by establishing peace you only open the door of opportunities then by availing these opportunities you can</w:t>
      </w:r>
    </w:p>
    <w:p>
      <w:pPr>
        <w:jc w:val="right"/>
      </w:pPr>
      <w:r>
        <w:t>ورٹنٹ بائی اسٹیبلشنگ پیس یو اونلی اوپن دا ڈور اف اپرچونیٹیز دین بائی اویلنگ دیز اپرچونیٹیز یو کین</w:t>
      </w:r>
    </w:p>
    <w:p>
      <w:r>
        <w:rPr>
          <w:b/>
        </w:rPr>
        <w:t xml:space="preserve">[37:36] </w:t>
      </w:r>
      <w:r>
        <w:t>achieve justice. So I said that you have to establish peace at any cost, at any cost. And</w:t>
      </w:r>
    </w:p>
    <w:p>
      <w:pPr>
        <w:jc w:val="right"/>
      </w:pPr>
      <w:r>
        <w:t>اچیو جسٹس سو ائی سیڈ دیٹ یو ہیو ٹو اسٹیبلش پیس ایٹ اینی کاسٹ ایٹ اینی کاسٹ اینڈ</w:t>
      </w:r>
    </w:p>
    <w:p>
      <w:r>
        <w:rPr>
          <w:b/>
        </w:rPr>
        <w:t xml:space="preserve">[37:46] </w:t>
      </w:r>
      <w:r>
        <w:t>When there is peace, there are opportunities. By availing those opportunities, you</w:t>
      </w:r>
    </w:p>
    <w:p>
      <w:pPr>
        <w:jc w:val="right"/>
      </w:pPr>
      <w:r>
        <w:t>وین دیر از پیس دیر ار اپرچونیٹیز بائی اویلنگ دوز اپرچونیٹیز یو</w:t>
      </w:r>
    </w:p>
    <w:p>
      <w:r>
        <w:rPr>
          <w:b/>
        </w:rPr>
        <w:t xml:space="preserve">[37:56] </w:t>
      </w:r>
      <w:r>
        <w:t>can avail justice so people are in aware of this fact people are in aware of this fact they don't know that justice is not justice is not a part of peace justice can be achieved only through your own effort no peace can give you justice justice is result of your own justice is result of your eff</w:t>
      </w:r>
    </w:p>
    <w:p>
      <w:pPr>
        <w:jc w:val="right"/>
      </w:pPr>
      <w:r>
        <w:t>کین اویل جسٹس سو پیپل ار ان اویر اف دس فیکٹ پیپل ار ان اویر اف دس فیکٹ دے ڈونٹ نو دیٹ جسٹس از ناٹ جسٹس از ناٹ ا پارٹ اف پیس جسٹس کین بی اچیوڈ اونلی تھرو یور اون ایفرٹ نو پیس کین گیو یو جسٹس جسٹس از رزلٹ اف یور اون جسٹس از رزلٹ اف یور ایفر</w:t>
      </w:r>
    </w:p>
    <w:p>
      <w:r>
        <w:rPr>
          <w:b/>
        </w:rPr>
        <w:t xml:space="preserve">[38:26] </w:t>
      </w:r>
      <w:r>
        <w:t>So first of all, you have to try to establish peace at any cost, at any cost.</w:t>
      </w:r>
    </w:p>
    <w:p>
      <w:pPr>
        <w:jc w:val="right"/>
      </w:pPr>
      <w:r>
        <w:t>ٹ سو فرسٹ اف ال یو ہیو ٹو ٹرائی ٹو اسٹیبلش پیس ایٹ اینی کاسٹ ایٹ اینی کاسٹ</w:t>
      </w:r>
    </w:p>
    <w:p>
      <w:r>
        <w:rPr>
          <w:b/>
        </w:rPr>
        <w:t xml:space="preserve">[38:36] </w:t>
      </w:r>
      <w:r>
        <w:t>Deen, the best formula is, according to my study, that I accept the status quo, accept the</w:t>
      </w:r>
    </w:p>
    <w:p>
      <w:pPr>
        <w:jc w:val="right"/>
      </w:pPr>
      <w:r>
        <w:t>دین تو دا بیسٹ فارمولا از اکنڈ ٹو مائی اسٹڈی دیٹ ائی ایکسیپٹ دا اسٹیٹس کو ایکسیپٹ دا</w:t>
      </w:r>
    </w:p>
    <w:p>
      <w:r>
        <w:rPr>
          <w:b/>
        </w:rPr>
        <w:t xml:space="preserve">[38:47] </w:t>
      </w:r>
      <w:r>
        <w:t>political status quo and then you will be able to avail all those opportunities</w:t>
      </w:r>
    </w:p>
    <w:p>
      <w:pPr>
        <w:jc w:val="right"/>
      </w:pPr>
      <w:r>
        <w:t>پولیٹیکل اسٹیٹس کو اینڈ دین یو ویل بی ایبل ٹو اویل ال دوز اپرچونیٹیز</w:t>
      </w:r>
    </w:p>
    <w:p>
      <w:r>
        <w:rPr>
          <w:b/>
        </w:rPr>
        <w:t xml:space="preserve">[38:57] </w:t>
      </w:r>
      <w:r>
        <w:t>status quo is the best formula i see positive status quo i am a great believer of positive status quo positive status quo means accept the status quo and then you will be able to achieve all those you will be able to avail all those opportunities this is positive status quo this was the formula of prophet of islam and this was the formula a</w:t>
      </w:r>
    </w:p>
    <w:p>
      <w:pPr>
        <w:jc w:val="right"/>
      </w:pPr>
      <w:r>
        <w:t>اسٹیٹس کوئیز بز دا بیسٹ فارمولا ائی سی پوزیٹیو اسٹیٹس کوئیز ائی ایم ا گریٹ بلیور اف پوزیٹیو اسٹیٹس کوئیز پوزیٹیو اسٹیٹس کوئیز مینز ایکسیپٹ دا اسٹیٹس کو اینڈ دین یو ویل بی ایبل ٹو اچیو ال دوز یو ویل بی ایبل ٹو اویل ال دوز اپرچونیٹیز دس از پوزیٹیو اسٹیٹس کوئیز دس واز دا فارمولا اف پرافٹ اف اسلام اینڈ دس واز دا فارمولا ا</w:t>
      </w:r>
    </w:p>
    <w:p>
      <w:r>
        <w:rPr>
          <w:b/>
        </w:rPr>
        <w:t xml:space="preserve">[39:27] </w:t>
      </w:r>
      <w:r>
        <w:t>adopted by Mahatma Gandhi also. So according to my experience, best policy is positive status quo. So status</w:t>
      </w:r>
    </w:p>
    <w:p>
      <w:pPr>
        <w:jc w:val="right"/>
      </w:pPr>
      <w:r>
        <w:t>ڈاپٹڈ بائی مہاتما گاندھی السو سو اکنڈ ٹو مائی ایکسپیرینس بیسٹ پالیسی از پوزیٹیو اسٹیٹس کوئیز سو اسٹیٹس</w:t>
      </w:r>
    </w:p>
    <w:p>
      <w:r>
        <w:rPr>
          <w:b/>
        </w:rPr>
        <w:t xml:space="preserve">[39:37] </w:t>
      </w:r>
      <w:r>
        <w:t>Quiz is not in active no status status quiz is active is in activism so when you are</w:t>
      </w:r>
    </w:p>
    <w:p>
      <w:pPr>
        <w:jc w:val="right"/>
      </w:pPr>
      <w:r>
        <w:t>کوئیز از ناٹ ان ایکٹیو نو اسٹیٹس اسٹیٹس کوئیز از ایکٹیو از ان ایکٹیوزم سو وین یو ار</w:t>
      </w:r>
    </w:p>
    <w:p>
      <w:r>
        <w:rPr>
          <w:b/>
        </w:rPr>
        <w:t xml:space="preserve">[39:47] </w:t>
      </w:r>
      <w:r>
        <w:t>not ready to accept the estate</w:t>
      </w:r>
    </w:p>
    <w:p>
      <w:pPr>
        <w:jc w:val="right"/>
      </w:pPr>
      <w:r>
        <w:t>ناٹ ریڈی ٹو ایکسیپٹ دا اسٹیٹ</w:t>
      </w:r>
    </w:p>
    <w:p>
      <w:r>
        <w:rPr>
          <w:b/>
        </w:rPr>
        <w:t xml:space="preserve">[39:57] </w:t>
      </w:r>
      <w:r>
        <w:t>there is fighting, there is war, but when you are ready to accept the status quo,</w:t>
      </w:r>
    </w:p>
    <w:p>
      <w:pPr>
        <w:jc w:val="right"/>
      </w:pPr>
      <w:r>
        <w:t>س کو دیر از فائٹنگ دیر از وار بٹ وین یو ار ریڈی ٹو ایکسیپٹ دا اسٹیٹس کو</w:t>
      </w:r>
    </w:p>
    <w:p>
      <w:r>
        <w:rPr>
          <w:b/>
        </w:rPr>
        <w:t xml:space="preserve">[40:05] </w:t>
      </w:r>
      <w:r>
        <w:t>dīn All the opportunities are open then you can avail all those opportunities myself he adopted this</w:t>
      </w:r>
    </w:p>
    <w:p>
      <w:pPr>
        <w:jc w:val="right"/>
      </w:pPr>
      <w:r>
        <w:t>دین ال دا اپرچونیٹیز ار اوپن دین یو کین اویل ال دوز اپرچونیٹیز مائی سیلف ہی اڈاپٹڈ دس</w:t>
      </w:r>
    </w:p>
    <w:p>
      <w:r>
        <w:rPr>
          <w:b/>
        </w:rPr>
        <w:t xml:space="preserve">[40:13] </w:t>
      </w:r>
      <w:r>
        <w:t>formula and I always I always wish to adopt this formula and everywhere I any I can</w:t>
      </w:r>
    </w:p>
    <w:p>
      <w:pPr>
        <w:jc w:val="right"/>
      </w:pPr>
      <w:r>
        <w:t>فارمولا اینڈ ائی الویز ائی الویز پیش ٹو اڈاپٹ دس فارمولا اینڈ ایوری ویر ائی اینی ائی کین</w:t>
      </w:r>
    </w:p>
    <w:p>
      <w:r>
        <w:rPr>
          <w:b/>
        </w:rPr>
        <w:t xml:space="preserve">[40:20] </w:t>
      </w:r>
      <w:r>
        <w:t>see that in every</w:t>
      </w:r>
    </w:p>
    <w:p>
      <w:pPr>
        <w:jc w:val="right"/>
      </w:pPr>
      <w:r>
        <w:t>سی دیٹ ان ایوری</w:t>
      </w:r>
    </w:p>
    <w:p>
      <w:r>
        <w:rPr>
          <w:b/>
        </w:rPr>
        <w:t xml:space="preserve">[40:28] </w:t>
      </w:r>
      <w:r>
        <w:t>part of the world you can experience this formula that is positive status always every every time there</w:t>
      </w:r>
    </w:p>
    <w:p>
      <w:pPr>
        <w:jc w:val="right"/>
      </w:pPr>
      <w:r>
        <w:t>پارٹ اف دا ورلڈ یو کین ایکسپیرینس دس فارمولا دیٹ از پوزیٹیو اسٹیٹس کوئیز ایوری ایوری ٹائم دیر</w:t>
      </w:r>
    </w:p>
    <w:p>
      <w:r>
        <w:rPr>
          <w:b/>
        </w:rPr>
        <w:t xml:space="preserve">[40:36] </w:t>
      </w:r>
      <w:r>
        <w:t>are some political powers, some status quo. So you have, don't try to change the status quo here.</w:t>
      </w:r>
    </w:p>
    <w:p>
      <w:pPr>
        <w:jc w:val="right"/>
      </w:pPr>
      <w:r>
        <w:t>ار سم پولیٹیکل پاورز سم اسٹیٹس کو سو یو ہیو ڈونٹ ٹرائی ٹو چینج دا اسٹیٹس کو ہیر</w:t>
      </w:r>
    </w:p>
    <w:p>
      <w:r>
        <w:rPr>
          <w:b/>
        </w:rPr>
        <w:t xml:space="preserve">[40:44] </w:t>
      </w:r>
      <w:r>
        <w:t>is the problem when you try to change the status quo then there is war there is fighting</w:t>
      </w:r>
    </w:p>
    <w:p>
      <w:pPr>
        <w:jc w:val="right"/>
      </w:pPr>
      <w:r>
        <w:t>از دا پرابلم وین یو ٹرائی ٹو چینج دا اسٹیٹس کو دین دیر از وار دیر از فائٹنگ</w:t>
      </w:r>
    </w:p>
    <w:p>
      <w:r>
        <w:rPr>
          <w:b/>
        </w:rPr>
        <w:t xml:space="preserve">[40:52] </w:t>
      </w:r>
      <w:r>
        <w:t>So you have to accept the status quo.</w:t>
      </w:r>
    </w:p>
    <w:p>
      <w:pPr>
        <w:jc w:val="right"/>
      </w:pPr>
      <w:r>
        <w:t>سو یو ہیو ٹو ایکسیپٹ دا اسٹیٹس کو</w:t>
      </w:r>
    </w:p>
    <w:p>
      <w:r>
        <w:rPr>
          <w:b/>
        </w:rPr>
        <w:t xml:space="preserve">[41:00] </w:t>
      </w:r>
      <w:r>
        <w:t>this formula i told to del bisharaf and pakistani people you have to accept the status quo in kashmir then we will be able i said that there are enormous opportunities between india or pakistan enormous opportunities in term of education in term of industry in term of business in term of interaction so i said that you have to</w:t>
      </w:r>
    </w:p>
    <w:p>
      <w:pPr>
        <w:jc w:val="right"/>
      </w:pPr>
      <w:r>
        <w:t>دس فارمولا ائی ٹول ٹو ڈل برشرف اینڈ پاکستانی پیپل یو ہیو ٹو ایکسیپٹ دا اسٹیٹس کو ان کاشمیر دین وی ویل بی ایبل ائی سیڈ دیٹ دیر ار انارمز اپرچونیٹیز بٹوین انڈیا اور پاکستان انارمز اپرچونیٹیز ان ٹرم اف ایجوکیشن ان ٹرم اف انڈسٹری ان ٹرم اف بزنس ان ٹرم اف انٹریکشن سو ائی سیڈ دیٹ یو ہیو ٹو</w:t>
      </w:r>
    </w:p>
    <w:p>
      <w:r>
        <w:rPr>
          <w:b/>
        </w:rPr>
        <w:t xml:space="preserve">[41:30] </w:t>
      </w:r>
      <w:r>
        <w:t>accept the status quo and then you will be able to adapt all those opportunities I think they</w:t>
      </w:r>
    </w:p>
    <w:p>
      <w:pPr>
        <w:jc w:val="right"/>
      </w:pPr>
      <w:r>
        <w:t>ایکسیپٹ دا اسٹیٹس کو اینڈ دین یو ویل بی ایبل ٹو اڈاپٹ ال دوز اپرچونیٹیز ائی تھنک دے</w:t>
      </w:r>
    </w:p>
    <w:p>
      <w:r>
        <w:rPr>
          <w:b/>
        </w:rPr>
        <w:t xml:space="preserve">[41:38] </w:t>
      </w:r>
      <w:r>
        <w:t>have accepted this formula partially although not any completely but partially they have adopted this formula so now</w:t>
      </w:r>
    </w:p>
    <w:p>
      <w:pPr>
        <w:jc w:val="right"/>
      </w:pPr>
      <w:r>
        <w:t>ہیو ایکسیپٹڈ دس فارمولا پارشلی الدو ناٹ اینی کمپلیٹلی بٹ پارشلی دے ہیو اڈاپٹڈ دس فارمولا سو ناؤ</w:t>
      </w:r>
    </w:p>
    <w:p>
      <w:r>
        <w:rPr>
          <w:b/>
        </w:rPr>
        <w:t xml:space="preserve">[41:45] </w:t>
      </w:r>
      <w:r>
        <w:t>they have open the new chapter in between pakistan and india so i am great believer in positive</w:t>
      </w:r>
    </w:p>
    <w:p>
      <w:pPr>
        <w:jc w:val="right"/>
      </w:pPr>
      <w:r>
        <w:t>دے ہیو اوپن دا نیو چیپٹر ان بٹوین پاکستان اینڈ انڈیا سو ائی ایم گریٹ بلیور ان پوزیٹیو</w:t>
      </w:r>
    </w:p>
    <w:p>
      <w:r>
        <w:rPr>
          <w:b/>
        </w:rPr>
        <w:t xml:space="preserve">[41:53] </w:t>
      </w:r>
      <w:r>
        <w:t>status quo this is my message to my</w:t>
      </w:r>
    </w:p>
    <w:p>
      <w:pPr>
        <w:jc w:val="right"/>
      </w:pPr>
      <w:r>
        <w:t>اسٹیٹس کوئیز دس از مائی میسج ٹو مائی</w:t>
      </w:r>
    </w:p>
    <w:p>
      <w:r>
        <w:rPr>
          <w:b/>
        </w:rPr>
        <w:t xml:space="preserve">[42:00] </w:t>
      </w:r>
      <w:r>
        <w:t>brothers to my brother in sri lanka also if sri lankan people those who are engaged in violence adopt this formula that is positive status quo then within ten years they can bring about a change i have visited sri lanka and i found that sri lanka is very very beautiful country very very beautiful country it is like a parad</w:t>
      </w:r>
    </w:p>
    <w:p>
      <w:pPr>
        <w:jc w:val="right"/>
      </w:pPr>
      <w:r>
        <w:t>برادرز ٹو مائی برادر ان سری لنکا السو اف سری لنکن پیپل دوز ہو ار انگیج ان وائیلنس اڈاپٹ دس فارمولا دیٹ از پوزیٹیو اسٹیٹس کوئیز دین ود ان ٹین ایئرز دے کین برنگ اباؤٹ ا چینج ائی ہیو وزٹڈ سری لنکا اینڈ ائی فاؤنڈ دیٹ سری لنکا از ویری ویری بیوٹیفل کنٹری ویری ویری بیوٹیفل کنٹری اٹ از لائک ا پیراڈ</w:t>
      </w:r>
    </w:p>
    <w:p>
      <w:r>
        <w:rPr>
          <w:b/>
        </w:rPr>
        <w:t xml:space="preserve">[42:30] </w:t>
      </w:r>
      <w:r>
        <w:t>is on earth but the only condition is that these people must adopt the formula of positive status</w:t>
      </w:r>
    </w:p>
    <w:p>
      <w:pPr>
        <w:jc w:val="right"/>
      </w:pPr>
      <w:r>
        <w:t>ائز ان ارتھ بٹ دا اونلی کنڈیشن از دیٹ دیز پیپل مسٹ اڈاپٹ دا فارمولا اف پوزیٹیو اسٹیٹس</w:t>
      </w:r>
    </w:p>
    <w:p>
      <w:r>
        <w:rPr>
          <w:b/>
        </w:rPr>
        <w:t xml:space="preserve">[42:40] </w:t>
      </w:r>
      <w:r>
        <w:t>quo and then they can avail all those opportunities present in this in this beautiful line and with</w:t>
      </w:r>
    </w:p>
    <w:p>
      <w:pPr>
        <w:jc w:val="right"/>
      </w:pPr>
      <w:r>
        <w:t>کوئیز اینڈ دین دے کین اویل ال دوز اپرچونیٹیز پریزنٹ ان دس ان دس بیوٹیفل لائن اینڈ ود</w:t>
      </w:r>
    </w:p>
    <w:p>
      <w:r>
        <w:rPr>
          <w:b/>
        </w:rPr>
        <w:t xml:space="preserve">[42:50] </w:t>
      </w:r>
      <w:r>
        <w:t>in ten years i believe that within ten years</w:t>
      </w:r>
    </w:p>
    <w:p>
      <w:pPr>
        <w:jc w:val="right"/>
      </w:pPr>
      <w:r>
        <w:t>ان ٹین ایئرز ائی بیلیو دیٹ ود ان ٹین ایئرز</w:t>
      </w:r>
    </w:p>
    <w:p>
      <w:r>
        <w:rPr>
          <w:b/>
        </w:rPr>
        <w:t xml:space="preserve">[43:00] </w:t>
      </w:r>
      <w:r>
        <w:t>sri lanka will be a vi bi a vi bi a very very important country in the world</w:t>
      </w:r>
    </w:p>
    <w:p>
      <w:pPr>
        <w:jc w:val="right"/>
      </w:pPr>
      <w:r>
        <w:t>سری لنکا ویل بی ا وی بی ا وی بی ا ویری ویری امپورٹنٹ کنٹری ان دا ورلڈ</w:t>
      </w:r>
    </w:p>
    <w:p>
      <w:r>
        <w:rPr>
          <w:b/>
        </w:rPr>
        <w:t xml:space="preserve">[43:09] </w:t>
      </w:r>
      <w:r>
        <w:t>so this is my message to sri lankan people that adopt this formula that is positive status quo</w:t>
      </w:r>
    </w:p>
    <w:p>
      <w:pPr>
        <w:jc w:val="right"/>
      </w:pPr>
      <w:r>
        <w:t>سو دس از مائی میسج ٹو سری لنکن پیپل دیٹ اڈاپٹ دس فارمولا دیٹ از پوزیٹیو اسٹیٹس کوئیز</w:t>
      </w:r>
    </w:p>
    <w:p>
      <w:r>
        <w:rPr>
          <w:b/>
        </w:rPr>
        <w:t xml:space="preserve">[43:17] </w:t>
      </w:r>
      <w:r>
        <w:t>this was adopted by prophet of islam and again this was adopted by mahatma gandhi positive status quo</w:t>
      </w:r>
    </w:p>
    <w:p>
      <w:pPr>
        <w:jc w:val="right"/>
      </w:pPr>
      <w:r>
        <w:t>دس واز اڈاپٹڈ بائی پرافٹ اف اسلام اینڈ اگین دس واز اڈاپٹڈ بائی مہاتما گاندھی پوزیٹیو اسٹیٹس کوئیز</w:t>
      </w:r>
    </w:p>
    <w:p>
      <w:r>
        <w:rPr>
          <w:b/>
        </w:rPr>
        <w:t xml:space="preserve">[43:25] </w:t>
      </w:r>
      <w:r>
        <w:t>and they were able to achieve great great success</w:t>
      </w:r>
    </w:p>
    <w:p>
      <w:pPr>
        <w:jc w:val="right"/>
      </w:pPr>
      <w:r>
        <w:t>اینڈ دے وار ایبل ٹو اچیو گریٹ گریٹ سکسیس</w:t>
      </w:r>
    </w:p>
    <w:p>
      <w:r>
        <w:rPr>
          <w:b/>
        </w:rPr>
        <w:t xml:space="preserve">[43:33] </w:t>
      </w:r>
      <w:r>
        <w:t>i am not saying that that i am not saying that dont try to bring about change yes</w:t>
      </w:r>
    </w:p>
    <w:p>
      <w:pPr>
        <w:jc w:val="right"/>
      </w:pPr>
      <w:r>
        <w:t>ائی ایم ناٹ سینگ دیٹ دیٹ ائی ایم ناٹ سینگ دیٹ ڈونٹ ٹرائی ٹو برنگ اباؤٹ چینج یس</w:t>
      </w:r>
    </w:p>
    <w:p>
      <w:r>
        <w:rPr>
          <w:b/>
        </w:rPr>
        <w:t xml:space="preserve">[43:43] </w:t>
      </w:r>
      <w:r>
        <w:t>this change is necessary but what is the process of change what is the method of change by</w:t>
      </w:r>
    </w:p>
    <w:p>
      <w:pPr>
        <w:jc w:val="right"/>
      </w:pPr>
      <w:r>
        <w:t>دس چینج از نیسیسری بٹ واٹ از دا پروسیس اف چینج واٹ از دا میتھڈ اف چینج بائی</w:t>
      </w:r>
    </w:p>
    <w:p>
      <w:r>
        <w:rPr>
          <w:b/>
        </w:rPr>
        <w:t xml:space="preserve">[43:53] </w:t>
      </w:r>
      <w:r>
        <w:t>violence by gun power you cannot change you must</w:t>
      </w:r>
    </w:p>
    <w:p>
      <w:pPr>
        <w:jc w:val="right"/>
      </w:pPr>
      <w:r>
        <w:t>وائیلنس بائی گن پاور یو کین ناٹ چینج یو مسٹ</w:t>
      </w:r>
    </w:p>
    <w:p>
      <w:r>
        <w:rPr>
          <w:b/>
        </w:rPr>
        <w:t xml:space="preserve">[44:03] </w:t>
      </w:r>
      <w:r>
        <w:t>understand that violence is not a proper way to bring about change only through peaceful method you</w:t>
      </w:r>
    </w:p>
    <w:p>
      <w:pPr>
        <w:jc w:val="right"/>
      </w:pPr>
      <w:r>
        <w:t>انڈرسٹینڈ دیٹ وائیلنس از ناٹ ا پراپر وے ٹو برنگ اباؤٹ چینج اونلی تھرو پیس فل میتھڈ یو</w:t>
      </w:r>
    </w:p>
    <w:p>
      <w:r>
        <w:rPr>
          <w:b/>
        </w:rPr>
        <w:t xml:space="preserve">[44:13] </w:t>
      </w:r>
      <w:r>
        <w:t>can bring about change so this is my experience this is my study and i am a great</w:t>
      </w:r>
    </w:p>
    <w:p>
      <w:pPr>
        <w:jc w:val="right"/>
      </w:pPr>
      <w:r>
        <w:t>کین برنگ اباؤٹ چینج سو دس از مائی ایکسپیرینس دس از مائی اسٹڈی اینڈ ائی ایم ا گریٹ</w:t>
      </w:r>
    </w:p>
    <w:p>
      <w:r>
        <w:rPr>
          <w:b/>
        </w:rPr>
        <w:t xml:space="preserve">[44:23] </w:t>
      </w:r>
      <w:r>
        <w:t>believer also great preacher of this of this ideology i have published a book with the</w:t>
      </w:r>
    </w:p>
    <w:p>
      <w:pPr>
        <w:jc w:val="right"/>
      </w:pPr>
      <w:r>
        <w:t>بلیور السو گریٹ پریچر اف دس اف دس ائیڈالوجی ائی ہیو پبلش ا بک ود دا</w:t>
      </w:r>
    </w:p>
    <w:p>
      <w:r>
        <w:rPr>
          <w:b/>
        </w:rPr>
        <w:t xml:space="preserve">[44:33] </w:t>
      </w:r>
      <w:r>
        <w:t>title ideology of peace ideology of peace in this book i have developed this formula which i call</w:t>
      </w:r>
    </w:p>
    <w:p>
      <w:pPr>
        <w:jc w:val="right"/>
      </w:pPr>
      <w:r>
        <w:t>ٹائٹل ائیڈالوجی اف پیس ائیڈالوجی اف پیس ان دس بک ائی ہیو ڈیولپڈ دس فارمولا وچ ائی کال</w:t>
      </w:r>
    </w:p>
    <w:p>
      <w:r>
        <w:rPr>
          <w:b/>
        </w:rPr>
        <w:t xml:space="preserve">[44:43] </w:t>
      </w:r>
      <w:r>
        <w:t>positive status quo so i acknd to my experience there is no alternative to this formula no alternative</w:t>
      </w:r>
    </w:p>
    <w:p>
      <w:pPr>
        <w:jc w:val="right"/>
      </w:pPr>
      <w:r>
        <w:t>پوزیٹیو اسٹیٹس کوئیز سو ائی اکنڈ ٹو مائی ایکسپیرینس دیر از نو الٹرنیٹو ٹو دس فارمولا نو الٹرنیٹو</w:t>
      </w:r>
    </w:p>
    <w:p>
      <w:r>
        <w:rPr>
          <w:b/>
        </w:rPr>
        <w:t xml:space="preserve">[44:53] </w:t>
      </w:r>
      <w:r>
        <w:t>at all when you try to change the status quo there is war there is fighting to</w:t>
      </w:r>
    </w:p>
    <w:p>
      <w:pPr>
        <w:jc w:val="right"/>
      </w:pPr>
      <w:r>
        <w:t>ایٹ ال وین یو ٹرائی ٹو چینج دا اسٹیٹس کو دیر از وار دیر از فائٹنگ تو</w:t>
      </w:r>
    </w:p>
    <w:p>
      <w:r>
        <w:rPr>
          <w:b/>
        </w:rPr>
        <w:t xml:space="preserve">[45:03] </w:t>
      </w:r>
      <w:r>
        <w:t>first condition is to accept the status quo by status quo i mean political status quo political status</w:t>
      </w:r>
    </w:p>
    <w:p>
      <w:pPr>
        <w:jc w:val="right"/>
      </w:pPr>
      <w:r>
        <w:t>فرسٹ کنڈیشن از ٹو ایکسیپٹ دا اسٹیٹس کو بائے اسٹیٹس کو ائی مین پولیٹیکل اسٹیٹس کو پولیٹیکل اسٹیٹس</w:t>
      </w:r>
    </w:p>
    <w:p>
      <w:r>
        <w:rPr>
          <w:b/>
        </w:rPr>
        <w:t xml:space="preserve">[45:13] </w:t>
      </w:r>
      <w:r>
        <w:t>quo it is a any it is my experience that that confrontal confrontational course of action is is</w:t>
      </w:r>
    </w:p>
    <w:p>
      <w:pPr>
        <w:jc w:val="right"/>
      </w:pPr>
      <w:r>
        <w:t>کو اٹ از ا اینی اٹ از مائی ایکسپیرینس دیٹ دیٹ کنفرنٹل کنفرنٹیشل کورس اف ایکشن از از</w:t>
      </w:r>
    </w:p>
    <w:p>
      <w:r>
        <w:rPr>
          <w:b/>
        </w:rPr>
        <w:t xml:space="preserve">[45:23] </w:t>
      </w:r>
      <w:r>
        <w:t>not proper course of ac</w:t>
      </w:r>
    </w:p>
    <w:p>
      <w:pPr>
        <w:jc w:val="right"/>
      </w:pPr>
      <w:r>
        <w:t>ناٹ پراپر کورس اف ایک</w:t>
      </w:r>
    </w:p>
    <w:p>
      <w:r>
        <w:rPr>
          <w:b/>
        </w:rPr>
        <w:t xml:space="preserve">[45:33] </w:t>
      </w:r>
      <w:r>
        <w:t>tion only only conciliatory course of action is is is proper course of action so when you try</w:t>
      </w:r>
    </w:p>
    <w:p>
      <w:pPr>
        <w:jc w:val="right"/>
      </w:pPr>
      <w:r>
        <w:t>شن اونلی اونلی کنسیلیٹری کورس اف ایکشن از از از پراپر کورس اف ایکشن سو وین یو ٹرائی</w:t>
      </w:r>
    </w:p>
    <w:p>
      <w:r>
        <w:rPr>
          <w:b/>
        </w:rPr>
        <w:t xml:space="preserve">[45:43] </w:t>
      </w:r>
      <w:r>
        <w:t>to change the status quo then there is confrontation there is fighting there is war so you have</w:t>
      </w:r>
    </w:p>
    <w:p>
      <w:pPr>
        <w:jc w:val="right"/>
      </w:pPr>
      <w:r>
        <w:t>ٹو چینج دا اسٹیٹس کو دین دیر از کنفرنٹیشن دیر از فائٹنگ دیر از وار سو یو ہیو</w:t>
      </w:r>
    </w:p>
    <w:p>
      <w:r>
        <w:rPr>
          <w:b/>
        </w:rPr>
        <w:t xml:space="preserve">[45:53] </w:t>
      </w:r>
      <w:r>
        <w:t>to accept the status quo then you will find that there war enormous upper</w:t>
      </w:r>
    </w:p>
    <w:p>
      <w:pPr>
        <w:jc w:val="right"/>
      </w:pPr>
      <w:r>
        <w:t>ٹو ایکسیپٹ دا اسٹیٹس کو دین یو ویل فائنڈ دیٹ دیر وار انارمز اپر</w:t>
      </w:r>
    </w:p>
    <w:p>
      <w:r>
        <w:rPr>
          <w:b/>
        </w:rPr>
        <w:t xml:space="preserve">[46:03] </w:t>
      </w:r>
      <w:r>
        <w:t>opportunities in the fields other than other than politics. Unfortunately, people believe that politics is the greatest field of activity. But if you see the result, then you will find that this is not a correct way of thinking.</w:t>
      </w:r>
    </w:p>
    <w:p>
      <w:pPr>
        <w:jc w:val="right"/>
      </w:pPr>
      <w:r>
        <w:t>چونیٹیز ان دا فیلڈز ادر دین ادر دین پولیٹکس انفارچونیٹلی پیپل بیلیو دیٹ پولیٹکس از دا گریٹسٹ فیلڈ اف ایکٹیوٹی بٹ اف یو سی دا رزلٹ دین یو ویل فائنڈ دیٹ دس از ناٹ ا کریکٹ وے اف تھنکنگ پ</w:t>
      </w:r>
    </w:p>
    <w:p>
      <w:r>
        <w:rPr>
          <w:b/>
        </w:rPr>
        <w:t xml:space="preserve">[46:33] </w:t>
      </w:r>
      <w:r>
        <w:t>politics gives you nothing but violence and strife and hate but when you adopt peaceful method then</w:t>
      </w:r>
    </w:p>
    <w:p>
      <w:pPr>
        <w:jc w:val="right"/>
      </w:pPr>
      <w:r>
        <w:t>ولیٹکس گیوز یو نتھنگ بٹ وائیلنس اینڈ اسٹرائف اینڈ ہیٹ بٹ وین یو اڈاپٹ پیس فل میتھڈ دین</w:t>
      </w:r>
    </w:p>
    <w:p>
      <w:r>
        <w:rPr>
          <w:b/>
        </w:rPr>
        <w:t xml:space="preserve">[46:43] </w:t>
      </w:r>
      <w:r>
        <w:t>You will find that everywhere there is there is a there is a love and tolerance so</w:t>
      </w:r>
    </w:p>
    <w:p>
      <w:pPr>
        <w:jc w:val="right"/>
      </w:pPr>
      <w:r>
        <w:t>یو ویل فائنڈ دیٹ ایوری ویر دیر از دیر از ا دیر از ا لو اینڈ ٹولرنس سو</w:t>
      </w:r>
    </w:p>
    <w:p>
      <w:r>
        <w:rPr>
          <w:b/>
        </w:rPr>
        <w:t xml:space="preserve">[46:54] </w:t>
      </w:r>
      <w:r>
        <w:t>i can see that we</w:t>
      </w:r>
    </w:p>
    <w:p>
      <w:pPr>
        <w:jc w:val="right"/>
      </w:pPr>
      <w:r>
        <w:t>ائی کین سی دیٹ وی</w:t>
      </w:r>
    </w:p>
    <w:p>
      <w:r>
        <w:rPr>
          <w:b/>
        </w:rPr>
        <w:t xml:space="preserve">[47:04] </w:t>
      </w:r>
      <w:r>
        <w:t>must work for this formula you have to develop a formula of peace simply saying that peace peace peace there is not enough if you simply say that peace peace peace there is not enough we have to adopt we have to develop a formula of peace and formula of peace is and and and akand to my exp</w:t>
      </w:r>
    </w:p>
    <w:p>
      <w:pPr>
        <w:jc w:val="right"/>
      </w:pPr>
      <w:r>
        <w:t>مسٹ ورک فار دس فارمولا یو ہیو ٹو ڈیولپ ا فارمولا اف پیس سمپلی سینگ دیٹ پیس پیس پیس دیر از ناٹ انف اف یو سمپلی سی دیٹ پیس پیس پیس دیر از ناٹ انف وی ہیو ٹو اڈاپٹ وی ہیو ٹو ڈیولپ ا فارمولا اف پیس اینڈ فارمولا اف پیس از اینڈ اینڈ اینڈ اکنڈ ٹو مائی ایکسپ</w:t>
      </w:r>
    </w:p>
    <w:p>
      <w:r>
        <w:rPr>
          <w:b/>
        </w:rPr>
        <w:t xml:space="preserve">[47:34] </w:t>
      </w:r>
      <w:r>
        <w:t>Yes, this is the only formula of peace that is that is peace that is positive status quo.</w:t>
      </w:r>
    </w:p>
    <w:p>
      <w:pPr>
        <w:jc w:val="right"/>
      </w:pPr>
      <w:r>
        <w:t>یرینس دس از دا اونلی فارمولا اف پیس دیٹ از دیٹ از پیس دیٹ از پوزیٹیو اسٹیٹس کوئیز</w:t>
      </w:r>
    </w:p>
    <w:p>
      <w:r>
        <w:rPr>
          <w:b/>
        </w:rPr>
        <w:t xml:space="preserve">[47:41] </w:t>
      </w:r>
      <w:r>
        <w:t>There is no other formula available for peace, so I would like to say that in every situation</w:t>
      </w:r>
    </w:p>
    <w:p>
      <w:pPr>
        <w:jc w:val="right"/>
      </w:pPr>
      <w:r>
        <w:t>دیر از نو ادر فارمولا اویلیبل فار پیس سو ائی وڈ لائک ٹو سی دیٹ ان ایوری سچویشن</w:t>
      </w:r>
    </w:p>
    <w:p>
      <w:r>
        <w:rPr>
          <w:b/>
        </w:rPr>
        <w:t xml:space="preserve">[47:49] </w:t>
      </w:r>
      <w:r>
        <w:t>There are problems in every situation. There are problems, so ignore the problems and then you will be</w:t>
      </w:r>
    </w:p>
    <w:p>
      <w:pPr>
        <w:jc w:val="right"/>
      </w:pPr>
      <w:r>
        <w:t>دیر ار پرابلمز ان ایوری سچویشن دیر ار پرابلمز سو اگنور دا پرابلمز اینڈ دین یو ویل بی</w:t>
      </w:r>
    </w:p>
    <w:p>
      <w:r>
        <w:rPr>
          <w:b/>
        </w:rPr>
        <w:t xml:space="preserve">[47:56] </w:t>
      </w:r>
      <w:r>
        <w:t>able to avail all those upper</w:t>
      </w:r>
    </w:p>
    <w:p>
      <w:pPr>
        <w:jc w:val="right"/>
      </w:pPr>
      <w:r>
        <w:t>ایبل ٹو اویل ال دوز اپر</w:t>
      </w:r>
    </w:p>
    <w:p>
      <w:r>
        <w:rPr>
          <w:b/>
        </w:rPr>
        <w:t xml:space="preserve">[48:04] </w:t>
      </w:r>
      <w:r>
        <w:t>چونیٹیز In short, I would like to say that in every situation, in every situation, there are problems.</w:t>
      </w:r>
    </w:p>
    <w:p>
      <w:pPr>
        <w:jc w:val="right"/>
      </w:pPr>
      <w:r>
        <w:t>چونیٹیز ان شارٹ ائی وڈ لائک ٹو سی دیٹ ان ایوری سچویشن ان ایوری سچویشن دیر ار پرابلمز</w:t>
      </w:r>
    </w:p>
    <w:p>
      <w:r>
        <w:rPr>
          <w:b/>
        </w:rPr>
        <w:t xml:space="preserve">[48:14] </w:t>
      </w:r>
      <w:r>
        <w:t>There are opportunities in every situation, so avoid the problems and avail the opportunities. This is the formula.</w:t>
      </w:r>
    </w:p>
    <w:p>
      <w:pPr>
        <w:jc w:val="right"/>
      </w:pPr>
      <w:r>
        <w:t>دیر ار اپرچونیٹیز ان ایوری سچویشن سو اوائڈ دا پرابلمز اینڈ اویل دا اپرچونیٹیز دس از دا فارمولا</w:t>
      </w:r>
    </w:p>
    <w:p>
      <w:r>
        <w:rPr>
          <w:b/>
        </w:rPr>
        <w:t xml:space="preserve">[48:24] </w:t>
      </w:r>
      <w:r>
        <w:t>of success. This is formula of achievement and this is my experience and in the end I</w:t>
      </w:r>
    </w:p>
    <w:p>
      <w:pPr>
        <w:jc w:val="right"/>
      </w:pPr>
      <w:r>
        <w:t>اف سکسیس دس از فارمولا اف اچیومنٹ اینڈ دس از مائی ایکسپیرینس اینڈ ان دا اینڈ ائی</w:t>
      </w:r>
    </w:p>
    <w:p>
      <w:r>
        <w:rPr>
          <w:b/>
        </w:rPr>
        <w:t xml:space="preserve">[48:35] </w:t>
      </w:r>
      <w:r>
        <w:t>May God, may God bless you, may God bless you in this world and in the hereafter.</w:t>
      </w:r>
    </w:p>
    <w:p>
      <w:pPr>
        <w:jc w:val="right"/>
      </w:pPr>
      <w:r>
        <w:t>پری گاڈ می گاڈ بلیس یو می گاڈ بلیس یو ان دس ورلڈ اینڈ ان دی ہیر افٹر</w:t>
      </w:r>
    </w:p>
    <w:p>
      <w:r>
        <w:rPr>
          <w:b/>
        </w:rPr>
        <w:t xml:space="preserve">[48:52] </w:t>
      </w:r>
      <w:r>
        <w:t>This is my hope, this is my prayer. Thank you.</w:t>
      </w:r>
    </w:p>
    <w:p>
      <w:pPr>
        <w:jc w:val="right"/>
      </w:pPr>
      <w:r>
        <w:t>دس از مائی ہوپ دس از مائی پریر تھینک یو</w:t>
      </w:r>
    </w:p>
    <w:p>
      <w:r>
        <w:rPr>
          <w:b/>
        </w:rPr>
        <w:t xml:space="preserve">[49:09] </w:t>
      </w:r>
      <w:r>
        <w:t>very great role very spiritual orientation you give to a problem in the country it is actually very</w:t>
      </w:r>
    </w:p>
    <w:p>
      <w:pPr>
        <w:jc w:val="right"/>
      </w:pPr>
      <w:r>
        <w:t>ویری گریٹ رول ویری سپرچول اورینٹیشن یو گیو ٹو ا پرابلم ان دا کنٹری اٹ از ایکچولی ویری</w:t>
      </w:r>
    </w:p>
    <w:p>
      <w:r>
        <w:rPr>
          <w:b/>
        </w:rPr>
        <w:t xml:space="preserve">[49:19] </w:t>
      </w:r>
      <w:r>
        <w:t>interesting dimension where the problem is to be solved through love and not through hatred. We accept that.</w:t>
      </w:r>
    </w:p>
    <w:p>
      <w:pPr>
        <w:jc w:val="right"/>
      </w:pPr>
      <w:r>
        <w:t>انٹرسٹنگ ڈائمنشن ویر دا پرابلم از ٹو بی سالو تھرو لو اینڈ ناٹ تھرو ہیٹری وی ایکسیپٹ دیٹ</w:t>
      </w:r>
    </w:p>
    <w:p>
      <w:r>
        <w:rPr>
          <w:b/>
        </w:rPr>
        <w:t xml:space="preserve">[49:29] </w:t>
      </w:r>
      <w:r>
        <w:t>very much but only our problem is how could</w:t>
      </w:r>
    </w:p>
    <w:p>
      <w:pPr>
        <w:jc w:val="right"/>
      </w:pPr>
      <w:r>
        <w:t>ویری مچ بٹ اونلی اور پرابلم از ہاؤ کڈ</w:t>
      </w:r>
    </w:p>
    <w:p>
      <w:r>
        <w:rPr>
          <w:b/>
        </w:rPr>
        <w:t xml:space="preserve">[49:39] </w:t>
      </w:r>
      <w:r>
        <w:t>we convince people who are bent in hatred and want to have war rather than methods of peace i think that their problem is akand to my experience the problem of these people is that they know only their ambitions they don't d</w:t>
      </w:r>
    </w:p>
    <w:p>
      <w:pPr>
        <w:jc w:val="right"/>
      </w:pPr>
      <w:r>
        <w:t>وی کنونس پیپل ہو ار بینٹ ان ہیٹری اینڈ وانٹ ٹو ہیو وار رادر دین میتھڈز اف پیس ائی تھنک دیٹ دیر پرابلم از اکنڈ ٹو مائی ایکسپیرینس دا پرابلم اف دیز پیپل از دیٹ دے نو اونلی دیر ایمبیشنز دے ڈونٹ د</w:t>
      </w:r>
    </w:p>
    <w:p>
      <w:r>
        <w:rPr>
          <w:b/>
        </w:rPr>
        <w:t xml:space="preserve">[50:09] </w:t>
      </w:r>
      <w:r>
        <w:t>we are unable to see the result. This is the basic problem according to my experience. So</w:t>
      </w:r>
    </w:p>
    <w:p>
      <w:pPr>
        <w:jc w:val="right"/>
      </w:pPr>
      <w:r>
        <w:t>ے ار ان ایبل ٹو سی دا رزلٹ دس از دا بیسک پرابلم اکنڈ ٹو مائی ایکسپیرینس سو</w:t>
      </w:r>
    </w:p>
    <w:p>
      <w:r>
        <w:rPr>
          <w:b/>
        </w:rPr>
        <w:t xml:space="preserve">[50:19] </w:t>
      </w:r>
      <w:r>
        <w:t>their no their ambitions their ideals their goal but they fail to understand that first of all you</w:t>
      </w:r>
    </w:p>
    <w:p>
      <w:pPr>
        <w:jc w:val="right"/>
      </w:pPr>
      <w:r>
        <w:t>دے نو دیر ایمبیشنز دیر ائیڈیلز دیر گول بٹ دے فیل ٹو انڈرسٹینڈ دیٹ فرسٹ اف ال یو</w:t>
      </w:r>
    </w:p>
    <w:p>
      <w:r>
        <w:rPr>
          <w:b/>
        </w:rPr>
        <w:t xml:space="preserve">[50:30] </w:t>
      </w:r>
      <w:r>
        <w:t>have to see the result. Simply jumping in a situation is not enough. If you jump</w:t>
      </w:r>
    </w:p>
    <w:p>
      <w:pPr>
        <w:jc w:val="right"/>
      </w:pPr>
      <w:r>
        <w:t>ہیو ٹو سی دا رزلٹ سمپلی جمپنگ ان ا سچویشن از ناٹ انف اف یور جمپ</w:t>
      </w:r>
    </w:p>
    <w:p>
      <w:r>
        <w:rPr>
          <w:b/>
        </w:rPr>
        <w:t xml:space="preserve">[50:40] </w:t>
      </w:r>
      <w:r>
        <w:t>bring about negative result then you have to refrain yourself from that kind of jump so result</w:t>
      </w:r>
    </w:p>
    <w:p>
      <w:pPr>
        <w:jc w:val="right"/>
      </w:pPr>
      <w:r>
        <w:t>برنگ اباؤٹ نیگیٹیو رزلٹ دین یو ہیو ٹو ریفریج یور سیلف فرام دیٹ کائنڈ اف جمپ سو رزلٹ</w:t>
      </w:r>
    </w:p>
    <w:p>
      <w:r>
        <w:rPr>
          <w:b/>
        </w:rPr>
        <w:t xml:space="preserve">[50:50] </w:t>
      </w:r>
      <w:r>
        <w:t>oriented action. I think that here is the problem. People don't know this formula that that that right.</w:t>
      </w:r>
    </w:p>
    <w:p>
      <w:pPr>
        <w:jc w:val="right"/>
      </w:pPr>
      <w:r>
        <w:t>اورینٹڈ ایکشن ائی تھنک دیٹ ہیر از دا پرابلم پیپل ڈونٹ نو دس فارمولا دیٹ دیٹ دیٹ رائٹ</w:t>
      </w:r>
    </w:p>
    <w:p>
      <w:r>
        <w:rPr>
          <w:b/>
        </w:rPr>
        <w:t xml:space="preserve">[51:01] </w:t>
      </w:r>
      <w:r>
        <w:t>action is result oriented action</w:t>
      </w:r>
    </w:p>
    <w:p>
      <w:pPr>
        <w:jc w:val="right"/>
      </w:pPr>
      <w:r>
        <w:t>ایکشن از رزلٹ اورینٹڈ ایکشن</w:t>
      </w:r>
    </w:p>
    <w:p>
      <w:r>
        <w:rPr>
          <w:b/>
        </w:rPr>
        <w:t xml:space="preserve">[51:11] </w:t>
      </w:r>
      <w:r>
        <w:t>I have I can see that I have successfully convinced some people and I have changed in</w:t>
      </w:r>
    </w:p>
    <w:p>
      <w:pPr>
        <w:jc w:val="right"/>
      </w:pPr>
      <w:r>
        <w:t>ائی ہیو ائی کین سی دیٹ ائی ہیو سکسیس فلی کنونس سم پیپل اینڈ ائی ہیو چینج ان</w:t>
      </w:r>
    </w:p>
    <w:p>
      <w:r>
        <w:rPr>
          <w:b/>
        </w:rPr>
        <w:t xml:space="preserve">[51:22] </w:t>
      </w:r>
      <w:r>
        <w:t>Their life, so people, I according to my experience, they see only their ideals, their goals, their ambitions.</w:t>
      </w:r>
    </w:p>
    <w:p>
      <w:pPr>
        <w:jc w:val="right"/>
      </w:pPr>
      <w:r>
        <w:t>دیر لائف سو پیپل ائی اکنڈ ٹو مائی ایکسپیرینس دے سی اونلی دیر ائیڈیلز دیر گولز دیر ایمبیشنز</w:t>
      </w:r>
    </w:p>
    <w:p>
      <w:r>
        <w:rPr>
          <w:b/>
        </w:rPr>
        <w:t xml:space="preserve">[51:33] </w:t>
      </w:r>
      <w:r>
        <w:t>But they don't know, they don't think about the result.</w:t>
      </w:r>
    </w:p>
    <w:p>
      <w:pPr>
        <w:jc w:val="right"/>
      </w:pPr>
      <w:r>
        <w:t>بٹ دے ڈونٹ نو دے ڈونٹ تھنک اباؤٹ دا رزلٹ</w:t>
      </w:r>
    </w:p>
    <w:p>
      <w:r>
        <w:rPr>
          <w:b/>
        </w:rPr>
        <w:t xml:space="preserve">[51:43] </w:t>
      </w:r>
      <w:r>
        <w:t>So here is the problem. So we have to convince them that first of all you have to</w:t>
      </w:r>
    </w:p>
    <w:p>
      <w:pPr>
        <w:jc w:val="right"/>
      </w:pPr>
      <w:r>
        <w:t>سو ہیر از دا پرابلم سو وی ہیو ٹو کنونس دیم دیٹ فرسٹ اف ال یو ہیو ٹو</w:t>
      </w:r>
    </w:p>
    <w:p>
      <w:r>
        <w:rPr>
          <w:b/>
        </w:rPr>
        <w:t xml:space="preserve">[51:54] </w:t>
      </w:r>
      <w:r>
        <w:t>See the result then you are you may jump to the situation. I think this is the only</w:t>
      </w:r>
    </w:p>
    <w:p>
      <w:pPr>
        <w:jc w:val="right"/>
      </w:pPr>
      <w:r>
        <w:t>سی دا رزلٹ دین یو ار یو می جمپ ٹو دا سچویشن ائی تھنک دس از دا اونلی</w:t>
      </w:r>
    </w:p>
    <w:p>
      <w:r>
        <w:rPr>
          <w:b/>
        </w:rPr>
        <w:t xml:space="preserve">[52:04] </w:t>
      </w:r>
      <w:r>
        <w:t>solution of this problem</w:t>
      </w:r>
    </w:p>
    <w:p>
      <w:pPr>
        <w:jc w:val="right"/>
      </w:pPr>
      <w:r>
        <w:t>سولیوشن اف دس پرابلم</w:t>
      </w:r>
    </w:p>
    <w:p>
      <w:r>
        <w:rPr>
          <w:b/>
        </w:rPr>
        <w:t xml:space="preserve">[52:14] </w:t>
      </w:r>
      <w:r>
        <w:t>.</w:t>
      </w:r>
    </w:p>
    <w:p>
      <w:pPr>
        <w:jc w:val="right"/>
      </w:pP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