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Purpose of Creation | June 18, 2008</w:t>
      </w:r>
    </w:p>
    <w:p>
      <w:r>
        <w:t>https://www.youtube.com/watch?v=qvx3aX06T90</w:t>
      </w:r>
    </w:p>
    <w:p>
      <w:r>
        <w:rPr>
          <w:b/>
        </w:rPr>
        <w:t xml:space="preserve">[00:14] </w:t>
      </w:r>
      <w:r>
        <w:t>bismillah rahman rahim, wasallallahu ala nabiyyil karim.</w:t>
      </w:r>
    </w:p>
    <w:p>
      <w:pPr>
        <w:jc w:val="right"/>
      </w:pPr>
      <w:r>
        <w:t>بسم اللہ الرحمن الرحیم، وصلی اللہ علی النبی الکریم۔</w:t>
      </w:r>
    </w:p>
    <w:p>
      <w:r>
        <w:rPr>
          <w:b/>
        </w:rPr>
        <w:t xml:space="preserve">[00:25] </w:t>
      </w:r>
      <w:r>
        <w:t>rabbi 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aaj mujh ko jo baat karna hai, is ka title hai "</w:t>
      </w:r>
    </w:p>
    <w:p>
      <w:pPr>
        <w:jc w:val="right"/>
      </w:pPr>
      <w:r>
        <w:t>آج مجھ کو جو بات کرنا ہے، اس کا ٹائٹل ہے "</w:t>
      </w:r>
    </w:p>
    <w:p>
      <w:r>
        <w:rPr>
          <w:b/>
        </w:rPr>
        <w:t xml:space="preserve">[00:46] </w:t>
      </w:r>
      <w:r>
        <w:t>purpose of creation" yani takhleeq ka maqsad, insan ki pedaish ka maqsad.</w:t>
      </w:r>
    </w:p>
    <w:p>
      <w:pPr>
        <w:jc w:val="right"/>
      </w:pPr>
      <w:r>
        <w:t>پرپس آف کریشن" یعنی تخلیق کا مقصد، انسان کی پیدائش کا مقصد۔</w:t>
      </w:r>
    </w:p>
    <w:p>
      <w:r>
        <w:rPr>
          <w:b/>
        </w:rPr>
        <w:t xml:space="preserve">[00:56] </w:t>
      </w:r>
      <w:r>
        <w:t>is ko le kar jab aap quran ko parhein to quran mein aik ayat bohat hi clear tor</w:t>
      </w:r>
    </w:p>
    <w:p>
      <w:pPr>
        <w:jc w:val="right"/>
      </w:pPr>
      <w:r>
        <w:t>اس کو لے کر جب آپ قرآن کو پڑھیں تو قرآن میں ایک آیت بہت ہی کلیئر طور</w:t>
      </w:r>
    </w:p>
    <w:p>
      <w:r>
        <w:rPr>
          <w:b/>
        </w:rPr>
        <w:t xml:space="preserve">[01:07] </w:t>
      </w:r>
      <w:r>
        <w:t>par batati hai ke</w:t>
      </w:r>
    </w:p>
    <w:p>
      <w:pPr>
        <w:jc w:val="right"/>
      </w:pPr>
      <w:r>
        <w:t>پر بتاتی ہے کہ</w:t>
      </w:r>
    </w:p>
    <w:p>
      <w:r>
        <w:rPr>
          <w:b/>
        </w:rPr>
        <w:t xml:space="preserve">[01:17] </w:t>
      </w:r>
      <w:r>
        <w:t>khuda ke nazdeek creation ka maqsad kya tha.</w:t>
      </w:r>
    </w:p>
    <w:p>
      <w:pPr>
        <w:jc w:val="right"/>
      </w:pPr>
      <w:r>
        <w:t>خدا کے نزدیک کریشن کا مقصد کیا تھا۔</w:t>
      </w:r>
    </w:p>
    <w:p>
      <w:r>
        <w:rPr>
          <w:b/>
        </w:rPr>
        <w:t xml:space="preserve">[01:28] </w:t>
      </w:r>
      <w:r>
        <w:t>What was the purpose of creation according to the divine plan? وہ آیت یہ ہے: "وما خلقت الجن</w:t>
      </w:r>
    </w:p>
    <w:p>
      <w:pPr>
        <w:jc w:val="right"/>
      </w:pPr>
      <w:r>
        <w:t>واٹ واز دا پرپس آف کریشن اکائر ٹو دا ڈیوائن پلان؟ وہ آیت یہ ہے: "وما خلقت الجن</w:t>
      </w:r>
    </w:p>
    <w:p>
      <w:r>
        <w:rPr>
          <w:b/>
        </w:rPr>
        <w:t xml:space="preserve">[01:38] </w:t>
      </w:r>
      <w:r>
        <w:t>walans illa li ya'budun"</w:t>
      </w:r>
    </w:p>
    <w:p>
      <w:pPr>
        <w:jc w:val="right"/>
      </w:pPr>
      <w:r>
        <w:t>والانس الا لیعبدون"</w:t>
      </w:r>
    </w:p>
    <w:p>
      <w:r>
        <w:rPr>
          <w:b/>
        </w:rPr>
        <w:t xml:space="preserve">[01:48] </w:t>
      </w:r>
      <w:r>
        <w:t>yani Allah taala ne farmaya: "main ne insan ko aur jin ko paida kiya sirf is liye ke</w:t>
      </w:r>
    </w:p>
    <w:p>
      <w:pPr>
        <w:jc w:val="right"/>
      </w:pPr>
      <w:r>
        <w:t>یعنی اللہ تعالی نے فرمایا: "میں نے انسان کو اور جن کو پیدا کیا صرف اس لیے کہ</w:t>
      </w:r>
    </w:p>
    <w:p>
      <w:r>
        <w:rPr>
          <w:b/>
        </w:rPr>
        <w:t xml:space="preserve">[01:59] </w:t>
      </w:r>
      <w:r>
        <w:t>wo meri ibadat karein, meri ibadat karein".</w:t>
      </w:r>
    </w:p>
    <w:p>
      <w:pPr>
        <w:jc w:val="right"/>
      </w:pPr>
      <w:r>
        <w:t>وہ میری عبادت کریں، میری عبادت کریں"۔</w:t>
      </w:r>
    </w:p>
    <w:p>
      <w:r>
        <w:rPr>
          <w:b/>
        </w:rPr>
        <w:t xml:space="preserve">[02:10] </w:t>
      </w:r>
      <w:r>
        <w:t>to goya ke creation ka jo purpose hai, wo yeh hai ke insan Khuda ki ibadat kare.</w:t>
      </w:r>
    </w:p>
    <w:p>
      <w:pPr>
        <w:jc w:val="right"/>
      </w:pPr>
      <w:r>
        <w:t>تو گویا کہ کریشن کا جو پرپس ہے، وہ یہ ہے کہ انسان خدا کی عبادت کرے۔</w:t>
      </w:r>
    </w:p>
    <w:p>
      <w:r>
        <w:rPr>
          <w:b/>
        </w:rPr>
        <w:t xml:space="preserve">[02:21] </w:t>
      </w:r>
      <w:r>
        <w:t>dekhen, ibadat ka jo literal matlab hai, woh to hai worship, worship.</w:t>
      </w:r>
    </w:p>
    <w:p>
      <w:pPr>
        <w:jc w:val="right"/>
      </w:pPr>
      <w:r>
        <w:t>دیکھیں، عبادت کا جو لٹرل مطلب ہے، وہ تو ہے ورشپ، ورشپ۔</w:t>
      </w:r>
    </w:p>
    <w:p>
      <w:r>
        <w:rPr>
          <w:b/>
        </w:rPr>
        <w:t xml:space="preserve">[02:28] </w:t>
      </w:r>
      <w:r>
        <w:t>lekin worship kya hai? worship darasal submission ka doosra naam hai.</w:t>
      </w:r>
    </w:p>
    <w:p>
      <w:pPr>
        <w:jc w:val="right"/>
      </w:pPr>
      <w:r>
        <w:t>لیکن ورشپ کیا ہے؟ ورشپ دراصل سبمیشن کا دوسرا نام ہے۔</w:t>
      </w:r>
    </w:p>
    <w:p>
      <w:r>
        <w:rPr>
          <w:b/>
        </w:rPr>
        <w:t xml:space="preserve">[02:36] </w:t>
      </w:r>
      <w:r>
        <w:t>worship mein aap jo kuch karte hain, iski asal spirit jo hai, woh hoti hai submission.</w:t>
      </w:r>
    </w:p>
    <w:p>
      <w:pPr>
        <w:jc w:val="right"/>
      </w:pPr>
      <w:r>
        <w:t>ورشپ میں آپ جو کچھ کرتے ہیں، اس کی اصل اسپرٹ جو ہے، وہ ہوتی ہے سبمیشن۔</w:t>
      </w:r>
    </w:p>
    <w:p>
      <w:r>
        <w:rPr>
          <w:b/>
        </w:rPr>
        <w:t xml:space="preserve">[02:44] </w:t>
      </w:r>
      <w:r>
        <w:t>jaise aap namaz parhte hain</w:t>
      </w:r>
    </w:p>
    <w:p>
      <w:pPr>
        <w:jc w:val="right"/>
      </w:pPr>
      <w:r>
        <w:t>جیسے آپ نماز پڑھتے ہیں</w:t>
      </w:r>
    </w:p>
    <w:p>
      <w:r>
        <w:rPr>
          <w:b/>
        </w:rPr>
        <w:t xml:space="preserve">[02:51] </w:t>
      </w:r>
      <w:r>
        <w:t>to dekhne mein namaz mein aap ne haath bandha, aap khare hue, aap jhuke, aap ne sajda kiya.</w:t>
      </w:r>
    </w:p>
    <w:p>
      <w:pPr>
        <w:jc w:val="right"/>
      </w:pPr>
      <w:r>
        <w:t>تو دیکھنے میں نماز میں آپ نے ہاتھ باندھا، آپ کھڑے ہوئے، آپ جھکے، آپ نے سجدہ کیا۔</w:t>
      </w:r>
    </w:p>
    <w:p>
      <w:r>
        <w:rPr>
          <w:b/>
        </w:rPr>
        <w:t xml:space="preserve">[02:59] </w:t>
      </w:r>
      <w:r>
        <w:t>yeh sab kya hai? yeh sab token of submission hai.</w:t>
      </w:r>
    </w:p>
    <w:p>
      <w:pPr>
        <w:jc w:val="right"/>
      </w:pPr>
      <w:r>
        <w:t>یہ سب کیا ہے؟ یہ سب ٹوکن آف سبمیشن ہے۔</w:t>
      </w:r>
    </w:p>
    <w:p>
      <w:r>
        <w:rPr>
          <w:b/>
        </w:rPr>
        <w:t xml:space="preserve">[03:07] </w:t>
      </w:r>
      <w:r>
        <w:t>andar jo aap ke submission ki spirit hai, iska yeh physical expression hai.</w:t>
      </w:r>
    </w:p>
    <w:p>
      <w:pPr>
        <w:jc w:val="right"/>
      </w:pPr>
      <w:r>
        <w:t>اندر جو آپ کے سبمیشن کی اسپرٹ ہے، اس کا یہ فزیکل ایکسپریشن ہے۔</w:t>
      </w:r>
    </w:p>
    <w:p>
      <w:r>
        <w:rPr>
          <w:b/>
        </w:rPr>
        <w:t xml:space="preserve">[03:15] </w:t>
      </w:r>
      <w:r>
        <w:t>to goya ke asal cheez hui submission.</w:t>
      </w:r>
    </w:p>
    <w:p>
      <w:pPr>
        <w:jc w:val="right"/>
      </w:pPr>
      <w:r>
        <w:t>تو گویا کہ اصل چیز ہوئی سبمیشن۔</w:t>
      </w:r>
    </w:p>
    <w:p>
      <w:r>
        <w:rPr>
          <w:b/>
        </w:rPr>
        <w:t xml:space="preserve">[03:24] </w:t>
      </w:r>
      <w:r>
        <w:t>ab dekhen ke submission jo hai, woh kya hai? submission darasal sari hi universe ka religion hai.</w:t>
      </w:r>
    </w:p>
    <w:p>
      <w:pPr>
        <w:jc w:val="right"/>
      </w:pPr>
      <w:r>
        <w:t>اب دیکھیں کہ سبمیشن جو ہے، وہ کیا ہے؟ سبمیشن دراصل ساری ہی یونیورس کا ریلیجن ہے۔</w:t>
      </w:r>
    </w:p>
    <w:p>
      <w:r>
        <w:rPr>
          <w:b/>
        </w:rPr>
        <w:t xml:space="preserve">[03:31] </w:t>
      </w:r>
      <w:r>
        <w:t>sari universe ke liye, chahe woh galaxy ho, solar system ho, hamari zameen ho, insaan ho, koi bhi</w:t>
      </w:r>
    </w:p>
    <w:p>
      <w:pPr>
        <w:jc w:val="right"/>
      </w:pPr>
      <w:r>
        <w:t>ساری یونیورس کے لیے، چاہے وہ گلیکسی ہو، سولر سسٹم ہو، ہماری زمین ہو، انسان ہو، کوئی بھی</w:t>
      </w:r>
    </w:p>
    <w:p>
      <w:r>
        <w:rPr>
          <w:b/>
        </w:rPr>
        <w:t xml:space="preserve">[03:39] </w:t>
      </w:r>
      <w:r>
        <w:t>ho, sab ke liye Khuda ne ek hi religion banaya hai.</w:t>
      </w:r>
    </w:p>
    <w:p>
      <w:pPr>
        <w:jc w:val="right"/>
      </w:pPr>
      <w:r>
        <w:t>ہو، سب کے لیے خدا نے ایک ہی ریلیجن بنایا ہے۔</w:t>
      </w:r>
    </w:p>
    <w:p>
      <w:r>
        <w:rPr>
          <w:b/>
        </w:rPr>
        <w:t xml:space="preserve">[03:47] </w:t>
      </w:r>
      <w:r>
        <w:t>ab woh hai submission.</w:t>
      </w:r>
    </w:p>
    <w:p>
      <w:pPr>
        <w:jc w:val="right"/>
      </w:pPr>
      <w:r>
        <w:t>اب وہ ہے سبمیشن۔</w:t>
      </w:r>
    </w:p>
    <w:p>
      <w:r>
        <w:rPr>
          <w:b/>
        </w:rPr>
        <w:t xml:space="preserve">[03:55] </w:t>
      </w:r>
      <w:r>
        <w:t>aap keh sakte hain ke submission is the only religion for both man and the universe.</w:t>
      </w:r>
    </w:p>
    <w:p>
      <w:pPr>
        <w:jc w:val="right"/>
      </w:pPr>
      <w:r>
        <w:t>آپ کہہ سکتے ہیں کہ سبمیشن از دا اونلی ریلیجن فار بوتھ مین اینڈ دی یونیورس۔</w:t>
      </w:r>
    </w:p>
    <w:p>
      <w:r>
        <w:rPr>
          <w:b/>
        </w:rPr>
        <w:t xml:space="preserve">[04:05] </w:t>
      </w:r>
      <w:r>
        <w:t>submission is the only religion for both man and the universe.</w:t>
      </w:r>
    </w:p>
    <w:p>
      <w:pPr>
        <w:jc w:val="right"/>
      </w:pPr>
      <w:r>
        <w:t>سبمیشن از دا اونلی ریلیجن فار بوتھ مین اینڈ دی یونیورس۔</w:t>
      </w:r>
    </w:p>
    <w:p>
      <w:r>
        <w:rPr>
          <w:b/>
        </w:rPr>
        <w:t xml:space="preserve">[04:15] </w:t>
      </w:r>
      <w:r>
        <w:t>ab dekhen ke kya farq hai insaan mein aur rest of the world mein? woh farq yeh hai</w:t>
      </w:r>
    </w:p>
    <w:p>
      <w:pPr>
        <w:jc w:val="right"/>
      </w:pPr>
      <w:r>
        <w:t>اب دیکھیں کہ کیا فرق ہے انسان میں اور ریسٹ آف دا ورلڈ میں؟ وہ فرق یہ ہے</w:t>
      </w:r>
    </w:p>
    <w:p>
      <w:r>
        <w:rPr>
          <w:b/>
        </w:rPr>
        <w:t xml:space="preserve">[04:26] </w:t>
      </w:r>
      <w:r>
        <w:t>ke freedom jo hai, woh sirf insaan ko mila hua hai.</w:t>
      </w:r>
    </w:p>
    <w:p>
      <w:pPr>
        <w:jc w:val="right"/>
      </w:pPr>
      <w:r>
        <w:t>کہ فریڈم جو ہے، وہ صرف انسان کو ملا ہوا ہے۔</w:t>
      </w:r>
    </w:p>
    <w:p>
      <w:r>
        <w:rPr>
          <w:b/>
        </w:rPr>
        <w:t xml:space="preserve">[04:31] </w:t>
      </w:r>
      <w:r>
        <w:t>kisi aur ko freedom nahi hai.</w:t>
      </w:r>
    </w:p>
    <w:p>
      <w:pPr>
        <w:jc w:val="right"/>
      </w:pPr>
      <w:r>
        <w:t>کسی اور کو فریڈم نہیں ہے۔</w:t>
      </w:r>
    </w:p>
    <w:p>
      <w:r>
        <w:rPr>
          <w:b/>
        </w:rPr>
        <w:t xml:space="preserve">[04:36] </w:t>
      </w:r>
      <w:r>
        <w:t>misalan solar system ko dekhiye, woh chaudah ghante is mein movement rehti hai.</w:t>
      </w:r>
    </w:p>
    <w:p>
      <w:pPr>
        <w:jc w:val="right"/>
      </w:pPr>
      <w:r>
        <w:t>مثلاً سولر سسٹم کو دیکھیے، وہ چوبیس گھنٹہ اس میں موومنٹ رہتی ہے۔</w:t>
      </w:r>
    </w:p>
    <w:p>
      <w:r>
        <w:rPr>
          <w:b/>
        </w:rPr>
        <w:t xml:space="preserve">[04:41] </w:t>
      </w:r>
      <w:r>
        <w:t>kabhi is mein stop nahi hota hai.</w:t>
      </w:r>
    </w:p>
    <w:p>
      <w:pPr>
        <w:jc w:val="right"/>
      </w:pPr>
      <w:r>
        <w:t>کبھی اس میں اسٹاپ نہیں ہوتا ہے۔</w:t>
      </w:r>
    </w:p>
    <w:p>
      <w:r>
        <w:rPr>
          <w:b/>
        </w:rPr>
        <w:t xml:space="preserve">[04:46] </w:t>
      </w:r>
      <w:r>
        <w:t>yeh kaise hota hai? yeh under compulsion hota hai.</w:t>
      </w:r>
    </w:p>
    <w:p>
      <w:pPr>
        <w:jc w:val="right"/>
      </w:pPr>
      <w:r>
        <w:t>یہ کیسے ہوتا ہے؟ یہ انڈر کپلشن ہوتا ہے۔</w:t>
      </w:r>
    </w:p>
    <w:p>
      <w:r>
        <w:rPr>
          <w:b/>
        </w:rPr>
        <w:t xml:space="preserve">[04:51] </w:t>
      </w:r>
      <w:r>
        <w:t>to poori jo physical world hai,</w:t>
      </w:r>
    </w:p>
    <w:p>
      <w:pPr>
        <w:jc w:val="right"/>
      </w:pPr>
      <w:r>
        <w:t>تو پوری جو فزیکل ورلڈ ہے،</w:t>
      </w:r>
    </w:p>
    <w:p>
      <w:r>
        <w:rPr>
          <w:b/>
        </w:rPr>
        <w:t xml:space="preserve">[04:56] </w:t>
      </w:r>
      <w:r>
        <w:t>woh poori ki poori Khuda ke aage surrender ki hui hai. sab ka religion jo hai, woh submission hai lekin under compulsion. yani woh compulsory Khuda ke aage jhuke hue hain. Khuda ke hukumon ko follow kar rahe hain. woh Khuda ke bataye hue raste se aik</w:t>
      </w:r>
    </w:p>
    <w:p>
      <w:pPr>
        <w:jc w:val="right"/>
      </w:pPr>
      <w:r>
        <w:t>وہ پوری کی پوری خدا کے آگے سرنڈر کی ہوئی ہے۔ سب کا ریلیجن جو ہے، وہ سبمیشن ہے لیکن انڈر کمپلشن۔ یعنی وہ کمپلسولی خدا کے آگے جھکے ہوئے ہیں۔ خدا کے حکموں کو فالو کر رہے ہیں۔ وہ خدا کے بتائے ہوئے راستے سے ایک</w:t>
      </w:r>
    </w:p>
    <w:p>
      <w:r>
        <w:rPr>
          <w:b/>
        </w:rPr>
        <w:t xml:space="preserve">[05:26] </w:t>
      </w:r>
      <w:r>
        <w:t>ball ke barabar bhi nahi hate.</w:t>
      </w:r>
    </w:p>
    <w:p>
      <w:pPr>
        <w:jc w:val="right"/>
      </w:pPr>
      <w:r>
        <w:t>بال کے برابر بھی نہیں ہٹتے۔</w:t>
      </w:r>
    </w:p>
    <w:p>
      <w:r>
        <w:rPr>
          <w:b/>
        </w:rPr>
        <w:t xml:space="preserve">[05:31] </w:t>
      </w:r>
      <w:r>
        <w:t>lekin insaan ko freedom mila hua hai.</w:t>
      </w:r>
    </w:p>
    <w:p>
      <w:pPr>
        <w:jc w:val="right"/>
      </w:pPr>
      <w:r>
        <w:t>لیکن انسان کو فریڈم ملا ہوا ہے۔</w:t>
      </w:r>
    </w:p>
    <w:p>
      <w:r>
        <w:rPr>
          <w:b/>
        </w:rPr>
        <w:t xml:space="preserve">[05:36] </w:t>
      </w:r>
      <w:r>
        <w:t>insaan ko freedom mila hua hai.</w:t>
      </w:r>
    </w:p>
    <w:p>
      <w:pPr>
        <w:jc w:val="right"/>
      </w:pPr>
      <w:r>
        <w:t>انسان کو فریڈم ملا ہوا ہے۔</w:t>
      </w:r>
    </w:p>
    <w:p>
      <w:r>
        <w:rPr>
          <w:b/>
        </w:rPr>
        <w:t xml:space="preserve">[05:41] </w:t>
      </w:r>
      <w:r>
        <w:t>insaan chahe to Khuda ke hukumon ko follow kare, chahe to na kare.</w:t>
      </w:r>
    </w:p>
    <w:p>
      <w:pPr>
        <w:jc w:val="right"/>
      </w:pPr>
      <w:r>
        <w:t>انسان چاہے تو خدا کے حکموں کو فالو کرے، چاہے تو نہ کرے۔</w:t>
      </w:r>
    </w:p>
    <w:p>
      <w:r>
        <w:rPr>
          <w:b/>
        </w:rPr>
        <w:t xml:space="preserve">[05:46] </w:t>
      </w:r>
      <w:r>
        <w:t>chahay to manay, chahay to na manay.</w:t>
      </w:r>
    </w:p>
    <w:p>
      <w:pPr>
        <w:jc w:val="right"/>
      </w:pPr>
      <w:r>
        <w:t>چاہے تو مانے، چاہے تو نہ مانے۔</w:t>
      </w:r>
    </w:p>
    <w:p>
      <w:r>
        <w:rPr>
          <w:b/>
        </w:rPr>
        <w:t xml:space="preserve">[05:51] </w:t>
      </w:r>
      <w:r>
        <w:t>yani har mamlay mein, chahay woh namaz ka mamla ho ya</w:t>
      </w:r>
    </w:p>
    <w:p>
      <w:pPr>
        <w:jc w:val="right"/>
      </w:pPr>
      <w:r>
        <w:t>یعنی ہر معاملے میں، چاہے وہ نماز کا معاملہ ہو یا</w:t>
      </w:r>
    </w:p>
    <w:p>
      <w:r>
        <w:rPr>
          <w:b/>
        </w:rPr>
        <w:t xml:space="preserve">[05:56] </w:t>
      </w:r>
      <w:r>
        <w:t>aur saare jo hukum hain, un ka mamla ho. yani moral values hain aur jo ethical behavior hai, logon ke sath dealing ka mamla hai, honesty ka mamla hai. har mamle mein insan azaad hai. chahe to honesty ke sath rahe, chahe to dishonest ban jaye. chahe to</w:t>
      </w:r>
    </w:p>
    <w:p>
      <w:pPr>
        <w:jc w:val="right"/>
      </w:pPr>
      <w:r>
        <w:t>اور سارے جو حکم ہیں، ان کا معاملہ ہو۔ یعنی ماڈل ویلیوز ہیں اور جو ایتھیکل بیہیویئر ہے، لوگوں کے ساتھ ڈیلنگ کا معاملہ ہے، اونسٹی کا معاملہ ہے۔ ہر معاملے میں انسان آزاد ہے۔ چاہے تو اونسٹی کے ساتھ رہے، چاہے تو ڈس آنسٹ بن جائے۔ چاہے تو</w:t>
      </w:r>
    </w:p>
    <w:p>
      <w:r>
        <w:rPr>
          <w:b/>
        </w:rPr>
        <w:t xml:space="preserve">[06:26] </w:t>
      </w:r>
      <w:r>
        <w:t>achhay conduct ke sath rahay society mein, chahay bed conduct ke sath rahay.</w:t>
      </w:r>
    </w:p>
    <w:p>
      <w:pPr>
        <w:jc w:val="right"/>
      </w:pPr>
      <w:r>
        <w:t>اچھے کنڈکٹ کے ساتھ رہے سوسائٹی میں، چاہے بیڈ کنڈکٹ کے ساتھ رہے۔</w:t>
      </w:r>
    </w:p>
    <w:p>
      <w:r>
        <w:rPr>
          <w:b/>
        </w:rPr>
        <w:t xml:space="preserve">[06:32] </w:t>
      </w:r>
      <w:r>
        <w:t>to yeh freedom sirf insan ko mili hui hai.</w:t>
      </w:r>
    </w:p>
    <w:p>
      <w:pPr>
        <w:jc w:val="right"/>
      </w:pPr>
      <w:r>
        <w:t>تو یہ فریڈم صرف انسان کو ملی ہوئی ہے۔</w:t>
      </w:r>
    </w:p>
    <w:p>
      <w:r>
        <w:rPr>
          <w:b/>
        </w:rPr>
        <w:t xml:space="preserve">[06:38] </w:t>
      </w:r>
      <w:r>
        <w:t>sirf insan ko.</w:t>
      </w:r>
    </w:p>
    <w:p>
      <w:pPr>
        <w:jc w:val="right"/>
      </w:pPr>
      <w:r>
        <w:t>صرف انسان کو۔</w:t>
      </w:r>
    </w:p>
    <w:p>
      <w:r>
        <w:rPr>
          <w:b/>
        </w:rPr>
        <w:t xml:space="preserve">[06:45] </w:t>
      </w:r>
      <w:r>
        <w:t>kisi aur ko nahi mili hai.</w:t>
      </w:r>
    </w:p>
    <w:p>
      <w:pPr>
        <w:jc w:val="right"/>
      </w:pPr>
      <w:r>
        <w:t>کسی اور کو نہیں ملی ہے۔</w:t>
      </w:r>
    </w:p>
    <w:p>
      <w:r>
        <w:rPr>
          <w:b/>
        </w:rPr>
        <w:t xml:space="preserve">[06:51] </w:t>
      </w:r>
      <w:r>
        <w:t>to goya ke insan jo hai, apni choice se woh karta hai jo usay karna chahiye. Aur</w:t>
      </w:r>
    </w:p>
    <w:p>
      <w:pPr>
        <w:jc w:val="right"/>
      </w:pPr>
      <w:r>
        <w:t>تو گویا کہ انسان جو ہے، اپنی چوائس سے وہ کرتا ہے جو اسے کرنا چاہیے۔ اور</w:t>
      </w:r>
    </w:p>
    <w:p>
      <w:r>
        <w:rPr>
          <w:b/>
        </w:rPr>
        <w:t xml:space="preserve">[06:57] </w:t>
      </w:r>
      <w:r>
        <w:t>jo us ke ilawa jo physical world hai, us ko choice nahi hai.</w:t>
      </w:r>
    </w:p>
    <w:p>
      <w:pPr>
        <w:jc w:val="right"/>
      </w:pPr>
      <w:r>
        <w:t>جو اس کے علاوہ جو فزیکل ورلڈ ہے، اس کو چوائس نہیں ہے۔</w:t>
      </w:r>
    </w:p>
    <w:p>
      <w:r>
        <w:rPr>
          <w:b/>
        </w:rPr>
        <w:t xml:space="preserve">[07:04] </w:t>
      </w:r>
      <w:r>
        <w:t>woh theek theek wahi karne par majboor hai jis ka Khuda ne us ko hukum diya hai.</w:t>
      </w:r>
    </w:p>
    <w:p>
      <w:pPr>
        <w:jc w:val="right"/>
      </w:pPr>
      <w:r>
        <w:t>وہ ٹھیک ٹھیک وہی کرنے پر مجبور ہے جس کا خدا نے اس کو حکم دیا ہے۔</w:t>
      </w:r>
    </w:p>
    <w:p>
      <w:r>
        <w:rPr>
          <w:b/>
        </w:rPr>
        <w:t xml:space="preserve">[07:10] </w:t>
      </w:r>
      <w:r>
        <w:t>yeh farq hai.</w:t>
      </w:r>
    </w:p>
    <w:p>
      <w:pPr>
        <w:jc w:val="right"/>
      </w:pPr>
      <w:r>
        <w:t>یہ فرق ہے۔</w:t>
      </w:r>
    </w:p>
    <w:p>
      <w:r>
        <w:rPr>
          <w:b/>
        </w:rPr>
        <w:t xml:space="preserve">[07:16] </w:t>
      </w:r>
      <w:r>
        <w:t>ab dainkhay ke yeh submission hai, is ke baray mein sochiye.</w:t>
      </w:r>
    </w:p>
    <w:p>
      <w:pPr>
        <w:jc w:val="right"/>
      </w:pPr>
      <w:r>
        <w:t>اب دیکھیں کہ یہ سبمیشن ہے، اس کے بارے میں سوچیے۔</w:t>
      </w:r>
    </w:p>
    <w:p>
      <w:r>
        <w:rPr>
          <w:b/>
        </w:rPr>
        <w:t xml:space="preserve">[07:23] </w:t>
      </w:r>
      <w:r>
        <w:t>submission kaisay aata hai kisi ke andar?</w:t>
      </w:r>
    </w:p>
    <w:p>
      <w:pPr>
        <w:jc w:val="right"/>
      </w:pPr>
      <w:r>
        <w:t>سبمیشن کیسے آتا ہے کسی کے اندر؟</w:t>
      </w:r>
    </w:p>
    <w:p>
      <w:r>
        <w:rPr>
          <w:b/>
        </w:rPr>
        <w:t xml:space="preserve">[07:29] </w:t>
      </w:r>
      <w:r>
        <w:t>yani rest of the universe mein to under compulsion aa gaya.</w:t>
      </w:r>
    </w:p>
    <w:p>
      <w:pPr>
        <w:jc w:val="right"/>
      </w:pPr>
      <w:r>
        <w:t>یعنی ریسٹ آف دا یونیورس میں تو انڈر کمپلشن آ گیا۔</w:t>
      </w:r>
    </w:p>
    <w:p>
      <w:r>
        <w:rPr>
          <w:b/>
        </w:rPr>
        <w:t xml:space="preserve">[07:36] </w:t>
      </w:r>
      <w:r>
        <w:t>Khuda ne directly us ko us ke upar apni marzi ko impose kar diya.</w:t>
      </w:r>
    </w:p>
    <w:p>
      <w:pPr>
        <w:jc w:val="right"/>
      </w:pPr>
      <w:r>
        <w:t>خدا نے ڈائریکٹلی اس کو اس کے اوپر اپنی مرضی کو امپوز کر دیا۔</w:t>
      </w:r>
    </w:p>
    <w:p>
      <w:r>
        <w:rPr>
          <w:b/>
        </w:rPr>
        <w:t xml:space="preserve">[07:42] </w:t>
      </w:r>
      <w:r>
        <w:t>to wahan ka mamla to yeh hai.</w:t>
      </w:r>
    </w:p>
    <w:p>
      <w:pPr>
        <w:jc w:val="right"/>
      </w:pPr>
      <w:r>
        <w:t>تو وہاں کا معاملہ تو یہ ہے۔</w:t>
      </w:r>
    </w:p>
    <w:p>
      <w:r>
        <w:rPr>
          <w:b/>
        </w:rPr>
        <w:t xml:space="preserve">[07:48] </w:t>
      </w:r>
      <w:r>
        <w:t>yani woh compulso submission hi un ka tareeqa woh ikhtiyar kar saktay hain.</w:t>
      </w:r>
    </w:p>
    <w:p>
      <w:pPr>
        <w:jc w:val="right"/>
      </w:pPr>
      <w:r>
        <w:t>یعنی وہ کمپلسو سبمیشن ہی ان کا طریقہ وہ اختیار کر سکتے ہیں۔</w:t>
      </w:r>
    </w:p>
    <w:p>
      <w:r>
        <w:rPr>
          <w:b/>
        </w:rPr>
        <w:t xml:space="preserve">[07:54] </w:t>
      </w:r>
      <w:r>
        <w:t>un ke liye koi choice nahi hai.</w:t>
      </w:r>
    </w:p>
    <w:p>
      <w:pPr>
        <w:jc w:val="right"/>
      </w:pPr>
      <w:r>
        <w:t>ان کے لیے کوئی چوائس نہیں ہے۔</w:t>
      </w:r>
    </w:p>
    <w:p>
      <w:r>
        <w:rPr>
          <w:b/>
        </w:rPr>
        <w:t xml:space="preserve">[08:00] </w:t>
      </w:r>
      <w:r>
        <w:t>lekin insan jo hai, jis ko azadi hasil hai.</w:t>
      </w:r>
    </w:p>
    <w:p>
      <w:pPr>
        <w:jc w:val="right"/>
      </w:pPr>
      <w:r>
        <w:t>لیکن انسان جو ہے، جس کو آزادی حاصل ہے۔</w:t>
      </w:r>
    </w:p>
    <w:p>
      <w:r>
        <w:rPr>
          <w:b/>
        </w:rPr>
        <w:t xml:space="preserve">[08:06] </w:t>
      </w:r>
      <w:r>
        <w:t>to azadi jab hasil hai to kaisay woh submission ka tareeqa pakray ga? Soch kar ke, decide kar ke.</w:t>
      </w:r>
    </w:p>
    <w:p>
      <w:pPr>
        <w:jc w:val="right"/>
      </w:pPr>
      <w:r>
        <w:t>تو آزادی جب حاصل ہے تو کیسے وہ سبمیشن کا طریقہ پکڑے گا؟ سوچ کر کے، ڈیسائیڈ کر کے۔</w:t>
      </w:r>
    </w:p>
    <w:p>
      <w:r>
        <w:rPr>
          <w:b/>
        </w:rPr>
        <w:t xml:space="preserve">[08:12] </w:t>
      </w:r>
      <w:r>
        <w:t>yani insan jab submissive banay ga to submissive banay se pehlay woh sochay ga.</w:t>
      </w:r>
    </w:p>
    <w:p>
      <w:pPr>
        <w:jc w:val="right"/>
      </w:pPr>
      <w:r>
        <w:t>یعنی انسان جب سبمیسیو بنے گا تو سبمیسیو بننے سے پہلے وہ سوچے گا۔</w:t>
      </w:r>
    </w:p>
    <w:p>
      <w:r>
        <w:rPr>
          <w:b/>
        </w:rPr>
        <w:t xml:space="preserve">[08:18] </w:t>
      </w:r>
      <w:r>
        <w:t>submissive banay se pehlay woh decide karnay ki koshish karay ga.</w:t>
      </w:r>
    </w:p>
    <w:p>
      <w:pPr>
        <w:jc w:val="right"/>
      </w:pPr>
      <w:r>
        <w:t>سبمیسیو بننے سے پہلے وہ ڈیسائیڈ کرنے کی کوشش کرے گا۔</w:t>
      </w:r>
    </w:p>
    <w:p>
      <w:r>
        <w:rPr>
          <w:b/>
        </w:rPr>
        <w:t xml:space="preserve">[08:25] </w:t>
      </w:r>
      <w:r>
        <w:t>yani pehlay intellectual activities aati hain, intelec</w:t>
      </w:r>
    </w:p>
    <w:p>
      <w:pPr>
        <w:jc w:val="right"/>
      </w:pPr>
      <w:r>
        <w:t>یعنی پہلے انٹلیکچوئل ایکٹیویٹیز آتی ہیں، انٹلیک</w:t>
      </w:r>
    </w:p>
    <w:p>
      <w:r>
        <w:rPr>
          <w:b/>
        </w:rPr>
        <w:t xml:space="preserve">[08:31] </w:t>
      </w:r>
      <w:r>
        <w:t>chual awakening aati hai.</w:t>
      </w:r>
    </w:p>
    <w:p>
      <w:pPr>
        <w:jc w:val="right"/>
      </w:pPr>
      <w:r>
        <w:t>چوئل اویکننگ آتی ہے۔</w:t>
      </w:r>
    </w:p>
    <w:p>
      <w:r>
        <w:rPr>
          <w:b/>
        </w:rPr>
        <w:t xml:space="preserve">[08:36] </w:t>
      </w:r>
      <w:r>
        <w:t>tab ja kar submission aata hai.</w:t>
      </w:r>
    </w:p>
    <w:p>
      <w:pPr>
        <w:jc w:val="right"/>
      </w:pPr>
      <w:r>
        <w:t>تب جا کر سبمیشن آتا ہے۔</w:t>
      </w:r>
    </w:p>
    <w:p>
      <w:r>
        <w:rPr>
          <w:b/>
        </w:rPr>
        <w:t xml:space="preserve">[08:41] </w:t>
      </w:r>
      <w:r>
        <w:t>jis ka matlab kya hua? Insan ki ibadat shuru hoti hai marifat se.</w:t>
      </w:r>
    </w:p>
    <w:p>
      <w:pPr>
        <w:jc w:val="right"/>
      </w:pPr>
      <w:r>
        <w:t>جس کا مطلب کیا ہوا؟ انسان کی عبادت شروع ہوتی ہے معرفت سے۔</w:t>
      </w:r>
    </w:p>
    <w:p>
      <w:r>
        <w:rPr>
          <w:b/>
        </w:rPr>
        <w:t xml:space="preserve">[08:46] </w:t>
      </w:r>
      <w:r>
        <w:t>pehlay marifat aati hai, phir ibadat aati hai.</w:t>
      </w:r>
    </w:p>
    <w:p>
      <w:pPr>
        <w:jc w:val="right"/>
      </w:pPr>
      <w:r>
        <w:t>پہلے معرفت آتی ہے، پھر عبادت آتی ہے۔</w:t>
      </w:r>
    </w:p>
    <w:p>
      <w:r>
        <w:rPr>
          <w:b/>
        </w:rPr>
        <w:t xml:space="preserve">[08:51] </w:t>
      </w:r>
      <w:r>
        <w:t>marifat ka matlab hai realization.</w:t>
      </w:r>
    </w:p>
    <w:p>
      <w:pPr>
        <w:jc w:val="right"/>
      </w:pPr>
      <w:r>
        <w:t>معرفت کا مطلب ہے ریلائزیشن۔</w:t>
      </w:r>
    </w:p>
    <w:p>
      <w:r>
        <w:rPr>
          <w:b/>
        </w:rPr>
        <w:t xml:space="preserve">[08:56] </w:t>
      </w:r>
      <w:r>
        <w:t>marifat jo hai, woh realization. to</w:t>
      </w:r>
    </w:p>
    <w:p>
      <w:pPr>
        <w:jc w:val="right"/>
      </w:pPr>
      <w:r>
        <w:t>معرفت جو ہے، وہ ریلائزیشن۔ تو</w:t>
      </w:r>
    </w:p>
    <w:p>
      <w:r>
        <w:rPr>
          <w:b/>
        </w:rPr>
        <w:t xml:space="preserve">[09:01] </w:t>
      </w:r>
      <w:r>
        <w:t>saari universe jo hai, woh bhi realization par hai woh.</w:t>
      </w:r>
    </w:p>
    <w:p>
      <w:pPr>
        <w:jc w:val="right"/>
      </w:pPr>
      <w:r>
        <w:t>ساری یونیورس جو ہے، وہ بھی ریلائزیشن پر ہے وہ۔</w:t>
      </w:r>
    </w:p>
    <w:p>
      <w:r>
        <w:rPr>
          <w:b/>
        </w:rPr>
        <w:t xml:space="preserve">[09:07] </w:t>
      </w:r>
      <w:r>
        <w:t>aur insaan ko bhi isi par rehna hai.</w:t>
      </w:r>
    </w:p>
    <w:p>
      <w:pPr>
        <w:jc w:val="right"/>
      </w:pPr>
      <w:r>
        <w:t>اور انسان کو بھی اسی پر رہنا ہے۔</w:t>
      </w:r>
    </w:p>
    <w:p>
      <w:r>
        <w:rPr>
          <w:b/>
        </w:rPr>
        <w:t xml:space="preserve">[09:14] </w:t>
      </w:r>
      <w:r>
        <w:t>to farq kya hai? farq yeh hai ke insaan ka mamla submission with realization ka mamla hai.</w:t>
      </w:r>
    </w:p>
    <w:p>
      <w:pPr>
        <w:jc w:val="right"/>
      </w:pPr>
      <w:r>
        <w:t>تو فرق کیا ہے؟ فرق یہ ہے کہ انسان کا معاملہ سبمیشن ود ریلائزیشن کا معاملہ ہے۔</w:t>
      </w:r>
    </w:p>
    <w:p>
      <w:r>
        <w:rPr>
          <w:b/>
        </w:rPr>
        <w:t xml:space="preserve">[09:20] </w:t>
      </w:r>
      <w:r>
        <w:t>submission with realization.</w:t>
      </w:r>
    </w:p>
    <w:p>
      <w:pPr>
        <w:jc w:val="right"/>
      </w:pPr>
      <w:r>
        <w:t>سبمیشن ود ریلائزیشن۔</w:t>
      </w:r>
    </w:p>
    <w:p>
      <w:r>
        <w:rPr>
          <w:b/>
        </w:rPr>
        <w:t xml:space="preserve">[09:27] </w:t>
      </w:r>
      <w:r>
        <w:t>aur rest of the universe ka mamla submission without realization ka mamla hai.</w:t>
      </w:r>
    </w:p>
    <w:p>
      <w:pPr>
        <w:jc w:val="right"/>
      </w:pPr>
      <w:r>
        <w:t>اور ریسٹ آف دا یونیورس کا معاملہ سبمیشن ود آؤٹ ریلائزیشن کا معاملہ ہے۔</w:t>
      </w:r>
    </w:p>
    <w:p>
      <w:r>
        <w:rPr>
          <w:b/>
        </w:rPr>
        <w:t xml:space="preserve">[09:33] </w:t>
      </w:r>
      <w:r>
        <w:t>yani submission marifat ke sath aur submission bila marifat.</w:t>
      </w:r>
    </w:p>
    <w:p>
      <w:pPr>
        <w:jc w:val="right"/>
      </w:pPr>
      <w:r>
        <w:t>یعنی سبمیشن معرفت کے ساتھ اور سبمیشن بلا معرفت۔</w:t>
      </w:r>
    </w:p>
    <w:p>
      <w:r>
        <w:rPr>
          <w:b/>
        </w:rPr>
        <w:t xml:space="preserve">[09:37] </w:t>
      </w:r>
      <w:r>
        <w:t>yeh farq hai.</w:t>
      </w:r>
    </w:p>
    <w:p>
      <w:pPr>
        <w:jc w:val="right"/>
      </w:pPr>
      <w:r>
        <w:t>یہ فرق ہے۔</w:t>
      </w:r>
    </w:p>
    <w:p>
      <w:r>
        <w:rPr>
          <w:b/>
        </w:rPr>
        <w:t xml:space="preserve">[09:42] </w:t>
      </w:r>
      <w:r>
        <w:t>to is ko achi tarah samajhna chahiye ke agarchay poori universe ka jo religion hai, jo mazhab hai,</w:t>
      </w:r>
    </w:p>
    <w:p>
      <w:pPr>
        <w:jc w:val="right"/>
      </w:pPr>
      <w:r>
        <w:t>تو اس کو اچھی طرح سمجھنا چاہیے کہ اگرچہ پوری یونیورس کا جو ریلیجن ہے، جو مذہب ہے،</w:t>
      </w:r>
    </w:p>
    <w:p>
      <w:r>
        <w:rPr>
          <w:b/>
        </w:rPr>
        <w:t xml:space="preserve">[09:46] </w:t>
      </w:r>
      <w:r>
        <w:t>jo culture hai, woh base karta hai submission par.</w:t>
      </w:r>
    </w:p>
    <w:p>
      <w:pPr>
        <w:jc w:val="right"/>
      </w:pPr>
      <w:r>
        <w:t>جو کلچر ہے، وہ بیس کرتا ہے سبمیشن پر۔</w:t>
      </w:r>
    </w:p>
    <w:p>
      <w:r>
        <w:rPr>
          <w:b/>
        </w:rPr>
        <w:t xml:space="preserve">[09:51] </w:t>
      </w:r>
      <w:r>
        <w:t>yani submission to god.</w:t>
      </w:r>
    </w:p>
    <w:p>
      <w:pPr>
        <w:jc w:val="right"/>
      </w:pPr>
      <w:r>
        <w:t>یعنی سبمیشن ٹو گاڈ۔</w:t>
      </w:r>
    </w:p>
    <w:p>
      <w:r>
        <w:rPr>
          <w:b/>
        </w:rPr>
        <w:t xml:space="preserve">[09:55] </w:t>
      </w:r>
      <w:r>
        <w:t>submission ka matlab hai submission to god.</w:t>
      </w:r>
    </w:p>
    <w:p>
      <w:pPr>
        <w:jc w:val="right"/>
      </w:pPr>
      <w:r>
        <w:t>سبمیشن کا مطلب ہے سبمیشن ٹو گاڈ۔</w:t>
      </w:r>
    </w:p>
    <w:p>
      <w:r>
        <w:rPr>
          <w:b/>
        </w:rPr>
        <w:t xml:space="preserve">[10:00] </w:t>
      </w:r>
      <w:r>
        <w:t>yani creator jo hai, creator ke aagay</w:t>
      </w:r>
    </w:p>
    <w:p>
      <w:pPr>
        <w:jc w:val="right"/>
      </w:pPr>
      <w:r>
        <w:t>یعنی کریٹر جو ہے، کریٹر کے آگے</w:t>
      </w:r>
    </w:p>
    <w:p>
      <w:r>
        <w:rPr>
          <w:b/>
        </w:rPr>
        <w:t xml:space="preserve">[10:04] </w:t>
      </w:r>
      <w:r>
        <w:t>surrender karna.</w:t>
      </w:r>
    </w:p>
    <w:p>
      <w:pPr>
        <w:jc w:val="right"/>
      </w:pPr>
      <w:r>
        <w:t>سرنڈر کرنا۔</w:t>
      </w:r>
    </w:p>
    <w:p>
      <w:r>
        <w:rPr>
          <w:b/>
        </w:rPr>
        <w:t xml:space="preserve">[10:08] </w:t>
      </w:r>
      <w:r>
        <w:t>creator ke aagay jhuk jana.</w:t>
      </w:r>
    </w:p>
    <w:p>
      <w:pPr>
        <w:jc w:val="right"/>
      </w:pPr>
      <w:r>
        <w:t>کریٹر کے آگے جھک جانا۔</w:t>
      </w:r>
    </w:p>
    <w:p>
      <w:r>
        <w:rPr>
          <w:b/>
        </w:rPr>
        <w:t xml:space="preserve">[10:12] </w:t>
      </w:r>
      <w:r>
        <w:t>creator ke bataye hue path ko follow karna.</w:t>
      </w:r>
    </w:p>
    <w:p>
      <w:pPr>
        <w:jc w:val="right"/>
      </w:pPr>
      <w:r>
        <w:t>کریٹر کے بتائے ہوئے پاتھ کو فالو کرنا۔</w:t>
      </w:r>
    </w:p>
    <w:p>
      <w:r>
        <w:rPr>
          <w:b/>
        </w:rPr>
        <w:t xml:space="preserve">[10:16] </w:t>
      </w:r>
      <w:r>
        <w:t>creator ki di hui guideline par chalna.</w:t>
      </w:r>
    </w:p>
    <w:p>
      <w:pPr>
        <w:jc w:val="right"/>
      </w:pPr>
      <w:r>
        <w:t>کریٹر کی دی ہوئی گائیڈ لائن پر چلنا۔</w:t>
      </w:r>
    </w:p>
    <w:p>
      <w:r>
        <w:rPr>
          <w:b/>
        </w:rPr>
        <w:t xml:space="preserve">[10:20] </w:t>
      </w:r>
      <w:r>
        <w:t>yeh hai submission.</w:t>
      </w:r>
    </w:p>
    <w:p>
      <w:pPr>
        <w:jc w:val="right"/>
      </w:pPr>
      <w:r>
        <w:t>یہ ہے سبمیشن۔</w:t>
      </w:r>
    </w:p>
    <w:p>
      <w:r>
        <w:rPr>
          <w:b/>
        </w:rPr>
        <w:t xml:space="preserve">[10:24] </w:t>
      </w:r>
      <w:r>
        <w:t>to sab yahi kar rahay hain.</w:t>
      </w:r>
    </w:p>
    <w:p>
      <w:pPr>
        <w:jc w:val="right"/>
      </w:pPr>
      <w:r>
        <w:t>تو سب یہی کر رہے ہیں۔</w:t>
      </w:r>
    </w:p>
    <w:p>
      <w:r>
        <w:rPr>
          <w:b/>
        </w:rPr>
        <w:t xml:space="preserve">[10:27] </w:t>
      </w:r>
      <w:r>
        <w:t>sab yahi kar rahay hain.</w:t>
      </w:r>
    </w:p>
    <w:p>
      <w:pPr>
        <w:jc w:val="right"/>
      </w:pPr>
      <w:r>
        <w:t>سب یہی کر رہے ہیں۔</w:t>
      </w:r>
    </w:p>
    <w:p>
      <w:r>
        <w:rPr>
          <w:b/>
        </w:rPr>
        <w:t xml:space="preserve">[10:31] </w:t>
      </w:r>
      <w:r>
        <w:t>yani gulab ke phool se, gulab ke poday se phool hi niklay ga.</w:t>
      </w:r>
    </w:p>
    <w:p>
      <w:pPr>
        <w:jc w:val="right"/>
      </w:pPr>
      <w:r>
        <w:t>یعنی گلاب کے پھول سے، گلاب کے پودے سے پھول ہی نکلے گا۔</w:t>
      </w:r>
    </w:p>
    <w:p>
      <w:r>
        <w:rPr>
          <w:b/>
        </w:rPr>
        <w:t xml:space="preserve">[10:35] </w:t>
      </w:r>
      <w:r>
        <w:t>is mein aisa nahi hota ke gulab ke poday se phool ki bajaye wahan koi aur cheez honay lagay.</w:t>
      </w:r>
    </w:p>
    <w:p>
      <w:pPr>
        <w:jc w:val="right"/>
      </w:pPr>
      <w:r>
        <w:t>اس میں ایسا نہیں ہوتا کہ گلاب کے پودے سے پھول کی بجائے وہاں کوئی اور چیز ہونے لگے۔</w:t>
      </w:r>
    </w:p>
    <w:p>
      <w:r>
        <w:rPr>
          <w:b/>
        </w:rPr>
        <w:t xml:space="preserve">[10:39] </w:t>
      </w:r>
      <w:r>
        <w:t>maslan saib nikal aaye.</w:t>
      </w:r>
    </w:p>
    <w:p>
      <w:pPr>
        <w:jc w:val="right"/>
      </w:pPr>
      <w:r>
        <w:t>مثلاً سیب نکل آئے۔</w:t>
      </w:r>
    </w:p>
    <w:p>
      <w:r>
        <w:rPr>
          <w:b/>
        </w:rPr>
        <w:t xml:space="preserve">[10:44] </w:t>
      </w:r>
      <w:r>
        <w:t>aur saib ke pēṛ se gulab nahin nikle ga.</w:t>
      </w:r>
    </w:p>
    <w:p>
      <w:pPr>
        <w:jc w:val="right"/>
      </w:pPr>
      <w:r>
        <w:t>اور سیب کے پیڑ سے گلاب نہیں نکلے گا۔</w:t>
      </w:r>
    </w:p>
    <w:p>
      <w:r>
        <w:rPr>
          <w:b/>
        </w:rPr>
        <w:t xml:space="preserve">[10:48] </w:t>
      </w:r>
      <w:r>
        <w:t>is se saib hi nikle ga.</w:t>
      </w:r>
    </w:p>
    <w:p>
      <w:pPr>
        <w:jc w:val="right"/>
      </w:pPr>
      <w:r>
        <w:t>اس سے سیب ہی نکلے گا۔</w:t>
      </w:r>
    </w:p>
    <w:p>
      <w:r>
        <w:rPr>
          <w:b/>
        </w:rPr>
        <w:t xml:space="preserve">[10:52] </w:t>
      </w:r>
      <w:r>
        <w:t>to Khuda ne jo kuch keh rakha hai, jo order de rakha hai, usi ke mutabiq chalti hai poori universe.</w:t>
      </w:r>
    </w:p>
    <w:p>
      <w:pPr>
        <w:jc w:val="right"/>
      </w:pPr>
      <w:r>
        <w:t>تو خدا نے جو کچھ کہہ رکھا ہے، جو آرڈر دے رکھا ہے، اسی کے مطابق چلتی ہے پوری یونیورس۔</w:t>
      </w:r>
    </w:p>
    <w:p>
      <w:r>
        <w:rPr>
          <w:b/>
        </w:rPr>
        <w:t xml:space="preserve">[10:57] </w:t>
      </w:r>
      <w:r>
        <w:t>poora nature jo hai.</w:t>
      </w:r>
    </w:p>
    <w:p>
      <w:pPr>
        <w:jc w:val="right"/>
      </w:pPr>
      <w:r>
        <w:t>پورا نیچر جو ہے۔</w:t>
      </w:r>
    </w:p>
    <w:p>
      <w:r>
        <w:rPr>
          <w:b/>
        </w:rPr>
        <w:t xml:space="preserve">[11:01] </w:t>
      </w:r>
      <w:r>
        <w:t>lekin insan jo kar</w:t>
      </w:r>
    </w:p>
    <w:p>
      <w:pPr>
        <w:jc w:val="right"/>
      </w:pPr>
      <w:r>
        <w:t>لیکن انسان جو کر</w:t>
      </w:r>
    </w:p>
    <w:p>
      <w:r>
        <w:rPr>
          <w:b/>
        </w:rPr>
        <w:t xml:space="preserve">[11:05] </w:t>
      </w:r>
      <w:r>
        <w:t>ta hai, woh apni choice se, apni freedom se karta hai.</w:t>
      </w:r>
    </w:p>
    <w:p>
      <w:pPr>
        <w:jc w:val="right"/>
      </w:pPr>
      <w:r>
        <w:t>تا ہے، وہ اپنی چوائس سے، اپنی فریڈم سے کرتا ہے۔</w:t>
      </w:r>
    </w:p>
    <w:p>
      <w:r>
        <w:rPr>
          <w:b/>
        </w:rPr>
        <w:t xml:space="preserve">[11:09] </w:t>
      </w:r>
      <w:r>
        <w:t>to itna bara jo insan decision leta hai to sochna paṛe ga zahir hai.</w:t>
      </w:r>
    </w:p>
    <w:p>
      <w:pPr>
        <w:jc w:val="right"/>
      </w:pPr>
      <w:r>
        <w:t>تو اتنا بڑا جو انسان ڈیسیژن لیتا ہے تو سوچنا پڑے گا ظاہر ہے۔</w:t>
      </w:r>
    </w:p>
    <w:p>
      <w:r>
        <w:rPr>
          <w:b/>
        </w:rPr>
        <w:t xml:space="preserve">[11:13] </w:t>
      </w:r>
      <w:r>
        <w:t>pehle woh soche ga.</w:t>
      </w:r>
    </w:p>
    <w:p>
      <w:pPr>
        <w:jc w:val="right"/>
      </w:pPr>
      <w:r>
        <w:t>پہلے وہ سوچے گا۔</w:t>
      </w:r>
    </w:p>
    <w:p>
      <w:r>
        <w:rPr>
          <w:b/>
        </w:rPr>
        <w:t xml:space="preserve">[11:17] </w:t>
      </w:r>
      <w:r>
        <w:t>phir us ko discovery hogi.</w:t>
      </w:r>
    </w:p>
    <w:p>
      <w:pPr>
        <w:jc w:val="right"/>
      </w:pPr>
      <w:r>
        <w:t>پھر اس کو ڈسکوری ہوگی۔</w:t>
      </w:r>
    </w:p>
    <w:p>
      <w:r>
        <w:rPr>
          <w:b/>
        </w:rPr>
        <w:t xml:space="preserve">[11:21] </w:t>
      </w:r>
      <w:r>
        <w:t>God ki discovery, Creator ki discovery.</w:t>
      </w:r>
    </w:p>
    <w:p>
      <w:pPr>
        <w:jc w:val="right"/>
      </w:pPr>
      <w:r>
        <w:t>گاڈ کی ڈسکوری، کریٹر کی ڈسکوری۔</w:t>
      </w:r>
    </w:p>
    <w:p>
      <w:r>
        <w:rPr>
          <w:b/>
        </w:rPr>
        <w:t xml:space="preserve">[11:25] </w:t>
      </w:r>
      <w:r>
        <w:t>woh realize kare ga.</w:t>
      </w:r>
    </w:p>
    <w:p>
      <w:pPr>
        <w:jc w:val="right"/>
      </w:pPr>
      <w:r>
        <w:t>وہ ریلائز کرے گا۔</w:t>
      </w:r>
    </w:p>
    <w:p>
      <w:r>
        <w:rPr>
          <w:b/>
        </w:rPr>
        <w:t xml:space="preserve">[11:28] </w:t>
      </w:r>
      <w:r>
        <w:t>us ke mind mein ek bhonchal aayega.</w:t>
      </w:r>
    </w:p>
    <w:p>
      <w:pPr>
        <w:jc w:val="right"/>
      </w:pPr>
      <w:r>
        <w:t>اس کے مائنڈ میں ایک بھونچال آئے گا۔</w:t>
      </w:r>
    </w:p>
    <w:p>
      <w:r>
        <w:rPr>
          <w:b/>
        </w:rPr>
        <w:t xml:space="preserve">[11:32] </w:t>
      </w:r>
      <w:r>
        <w:t>us ke mind mein ek revolution aayega.</w:t>
      </w:r>
    </w:p>
    <w:p>
      <w:pPr>
        <w:jc w:val="right"/>
      </w:pPr>
      <w:r>
        <w:t>اس کے مائنڈ میں ایک ریولوشن آئے گا۔</w:t>
      </w:r>
    </w:p>
    <w:p>
      <w:r>
        <w:rPr>
          <w:b/>
        </w:rPr>
        <w:t xml:space="preserve">[11:36] </w:t>
      </w:r>
      <w:r>
        <w:t>yeh sab ho chuka ho ga, tab ja kar ke woh yeh kare ga ke woh yeh decision</w:t>
      </w:r>
    </w:p>
    <w:p>
      <w:pPr>
        <w:jc w:val="right"/>
      </w:pPr>
      <w:r>
        <w:t>یہ سب ہو چکا ہو گا، تب جا کر کے وہ یہ کرے گا کہ وہ یہ ڈیسیژن</w:t>
      </w:r>
    </w:p>
    <w:p>
      <w:r>
        <w:rPr>
          <w:b/>
        </w:rPr>
        <w:t xml:space="preserve">[11:41] </w:t>
      </w:r>
      <w:r>
        <w:t>le ga ke mujhe submission ke sath is dunya mein rehna hai.</w:t>
      </w:r>
    </w:p>
    <w:p>
      <w:pPr>
        <w:jc w:val="right"/>
      </w:pPr>
      <w:r>
        <w:t>لے گا کہ مجھے سبمیشن کے ساتھ اس دنیا میں رہنا ہے۔</w:t>
      </w:r>
    </w:p>
    <w:p>
      <w:r>
        <w:rPr>
          <w:b/>
        </w:rPr>
        <w:t xml:space="preserve">[11:46] </w:t>
      </w:r>
      <w:r>
        <w:t>ab dekhen ke yeh jo insan decision leta hai, is ke liye Khuda ne ek support system dunya</w:t>
      </w:r>
    </w:p>
    <w:p>
      <w:pPr>
        <w:jc w:val="right"/>
      </w:pPr>
      <w:r>
        <w:t>اب دیکھیں کہ یہ جو انسان ڈیسیژن لیتا ہے، اس کے لیے خدا نے ایک سپورٹ سسٹم دنیا</w:t>
      </w:r>
    </w:p>
    <w:p>
      <w:r>
        <w:rPr>
          <w:b/>
        </w:rPr>
        <w:t xml:space="preserve">[11:51] </w:t>
      </w:r>
      <w:r>
        <w:t>mein bana diya hai.</w:t>
      </w:r>
    </w:p>
    <w:p>
      <w:pPr>
        <w:jc w:val="right"/>
      </w:pPr>
      <w:r>
        <w:t>میں بنا دیا ہے۔</w:t>
      </w:r>
    </w:p>
    <w:p>
      <w:r>
        <w:rPr>
          <w:b/>
        </w:rPr>
        <w:t xml:space="preserve">[11:57] </w:t>
      </w:r>
      <w:r>
        <w:t>yani insan jo hai, woh ek qom mein nahin hai.</w:t>
      </w:r>
    </w:p>
    <w:p>
      <w:pPr>
        <w:jc w:val="right"/>
      </w:pPr>
      <w:r>
        <w:t>یعنی انسان جو ہے، وہ ایک قوم میں نہیں ہے۔</w:t>
      </w:r>
    </w:p>
    <w:p>
      <w:r>
        <w:rPr>
          <w:b/>
        </w:rPr>
        <w:t xml:space="preserve">[12:02] </w:t>
      </w:r>
      <w:r>
        <w:t>balkeh ek aisi dunya mein hai jahan Khuda ne us ko</w:t>
      </w:r>
    </w:p>
    <w:p>
      <w:pPr>
        <w:jc w:val="right"/>
      </w:pPr>
      <w:r>
        <w:t>بلکہ ایک ایسی دنیا میں ہے جہاں خدا نے اس کو</w:t>
      </w:r>
    </w:p>
    <w:p>
      <w:r>
        <w:rPr>
          <w:b/>
        </w:rPr>
        <w:t xml:space="preserve">[12:07] </w:t>
      </w:r>
      <w:r>
        <w:t>agarche azadi di hai, lekin sath sath us ke liye aisi cheezain bhi yahan par rakh di hain</w:t>
      </w:r>
    </w:p>
    <w:p>
      <w:pPr>
        <w:jc w:val="right"/>
      </w:pPr>
      <w:r>
        <w:t>اگرچہ آزادی دی ہے، لیکن ساتھ ساتھ اس کے لیے ایسی چیزیں بھی یہاں پر رکھ دی ہیں</w:t>
      </w:r>
    </w:p>
    <w:p>
      <w:r>
        <w:rPr>
          <w:b/>
        </w:rPr>
        <w:t xml:space="preserve">[12:13] </w:t>
      </w:r>
      <w:r>
        <w:t>jin ko le kar ke woh apne decision tak pahunchna us ke liye asan ho jaye.</w:t>
      </w:r>
    </w:p>
    <w:p>
      <w:pPr>
        <w:jc w:val="right"/>
      </w:pPr>
      <w:r>
        <w:t>جن کو لے کر کے وہ اپنے ڈیسیژن تک پہنچنا اس کے لیے آسان ہو جائے۔</w:t>
      </w:r>
    </w:p>
    <w:p>
      <w:r>
        <w:rPr>
          <w:b/>
        </w:rPr>
        <w:t xml:space="preserve">[12:19] </w:t>
      </w:r>
      <w:r>
        <w:t>yani to facilitate the decision.</w:t>
      </w:r>
    </w:p>
    <w:p>
      <w:pPr>
        <w:jc w:val="right"/>
      </w:pPr>
      <w:r>
        <w:t>یعنی ٹو فیسلیٹیٹ دا ڈیسیژن۔</w:t>
      </w:r>
    </w:p>
    <w:p>
      <w:r>
        <w:rPr>
          <w:b/>
        </w:rPr>
        <w:t xml:space="preserve">[12:26] </w:t>
      </w:r>
      <w:r>
        <w:t>God has provided all these things.</w:t>
      </w:r>
    </w:p>
    <w:p>
      <w:pPr>
        <w:jc w:val="right"/>
      </w:pPr>
      <w:r>
        <w:t>گاڈ ہیز پرووائیڈڈ آل دیز تھنگز۔</w:t>
      </w:r>
    </w:p>
    <w:p>
      <w:r>
        <w:rPr>
          <w:b/>
        </w:rPr>
        <w:t xml:space="preserve">[12:32] </w:t>
      </w:r>
      <w:r>
        <w:t>woh kya hain? main samajhta hoon ke woh teen cheezain hain.</w:t>
      </w:r>
    </w:p>
    <w:p>
      <w:pPr>
        <w:jc w:val="right"/>
      </w:pPr>
      <w:r>
        <w:t>وہ کیا ہیں؟ میں سمجھتا ہوں کہ وہ تین چیزیں ہیں۔</w:t>
      </w:r>
    </w:p>
    <w:p>
      <w:r>
        <w:rPr>
          <w:b/>
        </w:rPr>
        <w:t xml:space="preserve">[12:38] </w:t>
      </w:r>
      <w:r>
        <w:t>yani is decision tak pahunchnay ke liye ke main duniya mein rahoon submission ke saath. main duniya mein rahoon, duniya mein rahoon Khuda ka surrender karte hue. yeh insaan ko ek decision lena hai. baghair decision liye hue woh submissive nahin ban sakta hai. kyun ke usko apne will se submissive banna hai. usko suraj chand ki tarah aisa nahin hai ke woh under compulsion submissive ban jaye. to khud jab usko decision</w:t>
      </w:r>
    </w:p>
    <w:p>
      <w:pPr>
        <w:jc w:val="right"/>
      </w:pPr>
      <w:r>
        <w:t>یعنی اس ڈیسیژن تک پہنچنے کے لیے کہ میں دنیا میں رہوں سبمیشن کے ساتھ۔ میں دنیا میں رہوں، دنیا میں رہوں خدا کا سرنڈر کرتے ہوئے۔ یہ انسان کو ایک ڈیسیژن لینا ہے۔ بغیر ڈیسیژن لیے ہوئے وہ سبمیسیو نہیں بن سکتا ہے۔ کیوں کہ اس کو اپنے ول سے سبمیسیو بننا ہے۔ اس کو سورج چاند کی طرح ایسا نہیں ہے کہ وہ انڈر کمپلشن سبمیسیو بن جائے۔ تو خود جب اس کو ڈیسیژن</w:t>
      </w:r>
    </w:p>
    <w:p>
      <w:r>
        <w:rPr>
          <w:b/>
        </w:rPr>
        <w:t xml:space="preserve">[13:08] </w:t>
      </w:r>
      <w:r>
        <w:t>lena hai, apne soch samjhe yani mind ke saath usko chalna hai is raaste par. to zahir hai ke iske liye ek ek process, ek intellectual process. it requires a long long intellectual process. aisa kaise ho sakta hai? suraj chand ke liye, galaxy ke liye ya mountain aur ocean ke liye koi intellectual process hi ki zaroorat nahin ho</w:t>
      </w:r>
    </w:p>
    <w:p>
      <w:pPr>
        <w:jc w:val="right"/>
      </w:pPr>
      <w:r>
        <w:t>لینا ہے، اپنے سوچ سمجھے یعنی مائنڈ کے ساتھ اس کو چلنا ہے اس راستے پر۔ تو ظاہر ہے کہ اس کے لیے ایک ایک پروسیس، ایک انٹلیکچوئل پروسیس۔ اٹ ریکوائرڈز ا لانگ لانگ انٹلیکچوئل پروسیس۔ ایسا کیسے ہو سکتا ہے؟ سورج چاند کے لیے، گلیکسی کے لیے یا ماؤنٹین اور اوشن کے لیے کوئی انٹلیکچوئل پروسیس ہی کی ضرورت نہیں ہوت</w:t>
      </w:r>
    </w:p>
    <w:p>
      <w:r>
        <w:rPr>
          <w:b/>
        </w:rPr>
        <w:t xml:space="preserve">[13:38] </w:t>
      </w:r>
      <w:r>
        <w:t>ye.</w:t>
      </w:r>
    </w:p>
    <w:p>
      <w:pPr>
        <w:jc w:val="right"/>
      </w:pPr>
      <w:r>
        <w:t>ی۔</w:t>
      </w:r>
    </w:p>
    <w:p>
      <w:r>
        <w:rPr>
          <w:b/>
        </w:rPr>
        <w:t xml:space="preserve">[13:42] </w:t>
      </w:r>
      <w:r>
        <w:t>yahan tak ke jo animal hain, animal bhi kya hai? un ke haan koi intellectual process nahin chalta.</w:t>
      </w:r>
    </w:p>
    <w:p>
      <w:pPr>
        <w:jc w:val="right"/>
      </w:pPr>
      <w:r>
        <w:t>یہاں تک کہ جو اینیمل ہیں، اینیمل بھی کیا ہے؟ ان کے ہاں کوئی انٹلیکچوئل پروسیس نہیں چلتا۔</w:t>
      </w:r>
    </w:p>
    <w:p>
      <w:r>
        <w:rPr>
          <w:b/>
        </w:rPr>
        <w:t xml:space="preserve">[13:45] </w:t>
      </w:r>
      <w:r>
        <w:t>woh to instinct hai.</w:t>
      </w:r>
    </w:p>
    <w:p>
      <w:pPr>
        <w:jc w:val="right"/>
      </w:pPr>
      <w:r>
        <w:t>وہ تو انسٹنکٹ ہے۔</w:t>
      </w:r>
    </w:p>
    <w:p>
      <w:r>
        <w:rPr>
          <w:b/>
        </w:rPr>
        <w:t xml:space="preserve">[13:49] </w:t>
      </w:r>
      <w:r>
        <w:t>instinct ke under mein woh kaam karte hain.</w:t>
      </w:r>
    </w:p>
    <w:p>
      <w:pPr>
        <w:jc w:val="right"/>
      </w:pPr>
      <w:r>
        <w:t>انسٹنکٹ کے انڈر میں وہ کام کرتے ہیں۔</w:t>
      </w:r>
    </w:p>
    <w:p>
      <w:r>
        <w:rPr>
          <w:b/>
        </w:rPr>
        <w:t xml:space="preserve">[13:52] </w:t>
      </w:r>
      <w:r>
        <w:t>bird ke ek instinct hai.</w:t>
      </w:r>
    </w:p>
    <w:p>
      <w:pPr>
        <w:jc w:val="right"/>
      </w:pPr>
      <w:r>
        <w:t>برڈ کے ایک انسٹنکٹ ہے۔</w:t>
      </w:r>
    </w:p>
    <w:p>
      <w:r>
        <w:rPr>
          <w:b/>
        </w:rPr>
        <w:t xml:space="preserve">[13:55] </w:t>
      </w:r>
      <w:r>
        <w:t>fish ke ek instinct hai.</w:t>
      </w:r>
    </w:p>
    <w:p>
      <w:pPr>
        <w:jc w:val="right"/>
      </w:pPr>
      <w:r>
        <w:t>فش کے ایک انسٹنکٹ ہے۔</w:t>
      </w:r>
    </w:p>
    <w:p>
      <w:r>
        <w:rPr>
          <w:b/>
        </w:rPr>
        <w:t xml:space="preserve">[13:59] </w:t>
      </w:r>
      <w:r>
        <w:t>aur elephant aur tiger ke ek instinct hai.</w:t>
      </w:r>
    </w:p>
    <w:p>
      <w:pPr>
        <w:jc w:val="right"/>
      </w:pPr>
      <w:r>
        <w:t>اور ایلیفنٹ اور ٹائیگر کے ایک انسٹنکٹ ہے۔</w:t>
      </w:r>
    </w:p>
    <w:p>
      <w:r>
        <w:rPr>
          <w:b/>
        </w:rPr>
        <w:t xml:space="preserve">[14:02] </w:t>
      </w:r>
      <w:r>
        <w:t>reptile ke ek instinct hain. sab ki.</w:t>
      </w:r>
    </w:p>
    <w:p>
      <w:pPr>
        <w:jc w:val="right"/>
      </w:pPr>
      <w:r>
        <w:t>ریپٹائل کے ایک انسٹنکٹ ہیں۔ سب کی۔</w:t>
      </w:r>
    </w:p>
    <w:p>
      <w:r>
        <w:rPr>
          <w:b/>
        </w:rPr>
        <w:t xml:space="preserve">[14:05] </w:t>
      </w:r>
      <w:r>
        <w:t>unki instinct un ko</w:t>
      </w:r>
    </w:p>
    <w:p>
      <w:pPr>
        <w:jc w:val="right"/>
      </w:pPr>
      <w:r>
        <w:t>ان کی انسٹنکٹ ان کو</w:t>
      </w:r>
    </w:p>
    <w:p>
      <w:r>
        <w:rPr>
          <w:b/>
        </w:rPr>
        <w:t xml:space="preserve">[14:09] </w:t>
      </w:r>
      <w:r>
        <w:t>guide karti rehti hai.</w:t>
      </w:r>
    </w:p>
    <w:p>
      <w:pPr>
        <w:jc w:val="right"/>
      </w:pPr>
      <w:r>
        <w:t>گائیڈ کرتی رہتی ہے۔</w:t>
      </w:r>
    </w:p>
    <w:p>
      <w:r>
        <w:rPr>
          <w:b/>
        </w:rPr>
        <w:t xml:space="preserve">[14:14] </w:t>
      </w:r>
      <w:r>
        <w:t>is par woh chalte rehte hain.</w:t>
      </w:r>
    </w:p>
    <w:p>
      <w:pPr>
        <w:jc w:val="right"/>
      </w:pPr>
      <w:r>
        <w:t>اس پر وہ چلتے رہتے ہیں۔</w:t>
      </w:r>
    </w:p>
    <w:p>
      <w:r>
        <w:rPr>
          <w:b/>
        </w:rPr>
        <w:t xml:space="preserve">[14:18] </w:t>
      </w:r>
      <w:r>
        <w:t>toh physical world mein jo cheez hum kehte hain, physical world mein jis ko hum kehte hain law of nature.</w:t>
      </w:r>
    </w:p>
    <w:p>
      <w:pPr>
        <w:jc w:val="right"/>
      </w:pPr>
      <w:r>
        <w:t>تو فزیکل ورلڈ میں جو چیز ہم کہتے ہیں، فزیکل ورلڈ میں جس کو ہم کہتے ہیں لاء آف نیچر۔</w:t>
      </w:r>
    </w:p>
    <w:p>
      <w:r>
        <w:rPr>
          <w:b/>
        </w:rPr>
        <w:t xml:space="preserve">[14:23] </w:t>
      </w:r>
      <w:r>
        <w:t>physical world mein jis ko hum kehte hain law of nature.</w:t>
      </w:r>
    </w:p>
    <w:p>
      <w:pPr>
        <w:jc w:val="right"/>
      </w:pPr>
      <w:r>
        <w:t>فزیکل ورلڈ میں جس کو ہم کہتے ہیں لاء آف نیچر۔</w:t>
      </w:r>
    </w:p>
    <w:p>
      <w:r>
        <w:rPr>
          <w:b/>
        </w:rPr>
        <w:t xml:space="preserve">[14:28] </w:t>
      </w:r>
      <w:r>
        <w:t>wohi cheez animal world mein hai instinct ki surat mein.</w:t>
      </w:r>
    </w:p>
    <w:p>
      <w:pPr>
        <w:jc w:val="right"/>
      </w:pPr>
      <w:r>
        <w:t>وہی چیز اینیمل ورلڈ میں ہے انسٹنکٹ کی صورت میں۔</w:t>
      </w:r>
    </w:p>
    <w:p>
      <w:r>
        <w:rPr>
          <w:b/>
        </w:rPr>
        <w:t xml:space="preserve">[14:32] </w:t>
      </w:r>
      <w:r>
        <w:t>jis ko urdu mein kehte hain jablatt.</w:t>
      </w:r>
    </w:p>
    <w:p>
      <w:pPr>
        <w:jc w:val="right"/>
      </w:pPr>
      <w:r>
        <w:t>جس کو اردو میں کہتے ہیں جبلت۔</w:t>
      </w:r>
    </w:p>
    <w:p>
      <w:r>
        <w:rPr>
          <w:b/>
        </w:rPr>
        <w:t xml:space="preserve">[14:37] </w:t>
      </w:r>
      <w:r>
        <w:t>jablatt ki surat mein.</w:t>
      </w:r>
    </w:p>
    <w:p>
      <w:pPr>
        <w:jc w:val="right"/>
      </w:pPr>
      <w:r>
        <w:t>جبلت کی صورت میں۔</w:t>
      </w:r>
    </w:p>
    <w:p>
      <w:r>
        <w:rPr>
          <w:b/>
        </w:rPr>
        <w:t xml:space="preserve">[14:42] </w:t>
      </w:r>
      <w:r>
        <w:t>lekin insaan ka maamla is se alag hai.</w:t>
      </w:r>
    </w:p>
    <w:p>
      <w:pPr>
        <w:jc w:val="right"/>
      </w:pPr>
      <w:r>
        <w:t>لیکن انسان کا معاملہ اس سے الگ ہے۔</w:t>
      </w:r>
    </w:p>
    <w:p>
      <w:r>
        <w:rPr>
          <w:b/>
        </w:rPr>
        <w:t xml:space="preserve">[14:47] </w:t>
      </w:r>
      <w:r>
        <w:t>insaan ko soch soch kar, soch soch kar apne andar ek intellectual process jaari karna parta hai.</w:t>
      </w:r>
    </w:p>
    <w:p>
      <w:pPr>
        <w:jc w:val="right"/>
      </w:pPr>
      <w:r>
        <w:t>انسان کو سوچ سوچ کر، سوچ سوچ کر اپنے اندر ایک انٹلیکچوئل پروسیس جاری کرنا پڑتا ہے۔</w:t>
      </w:r>
    </w:p>
    <w:p>
      <w:r>
        <w:rPr>
          <w:b/>
        </w:rPr>
        <w:t xml:space="preserve">[14:52] </w:t>
      </w:r>
      <w:r>
        <w:t>phir woh ek decision tak pohanchta hai.</w:t>
      </w:r>
    </w:p>
    <w:p>
      <w:pPr>
        <w:jc w:val="right"/>
      </w:pPr>
      <w:r>
        <w:t>پھر وہ ایک ڈیسیژن تک پہنچتا ہے۔</w:t>
      </w:r>
    </w:p>
    <w:p>
      <w:r>
        <w:rPr>
          <w:b/>
        </w:rPr>
        <w:t xml:space="preserve">[14:57] </w:t>
      </w:r>
      <w:r>
        <w:t>phir woh submission ka faisla karta hai.</w:t>
      </w:r>
    </w:p>
    <w:p>
      <w:pPr>
        <w:jc w:val="right"/>
      </w:pPr>
      <w:r>
        <w:t>پھر وہ سبمیشن کا فیصلہ کرتا ہے۔</w:t>
      </w:r>
    </w:p>
    <w:p>
      <w:r>
        <w:rPr>
          <w:b/>
        </w:rPr>
        <w:t xml:space="preserve">[15:02] </w:t>
      </w:r>
      <w:r>
        <w:t>is process ko facilitate karne ke liye Khuda ne is duniya mein kai aisi cheezein supportive yaani supportive</w:t>
      </w:r>
    </w:p>
    <w:p>
      <w:pPr>
        <w:jc w:val="right"/>
      </w:pPr>
      <w:r>
        <w:t>اس پروسیس کو فیسلیٹیٹ کرنے کے لیے خدا نے اس دنیا میں کئی ایسی چیزیں سپورٹیو یعنی سپورٹیو</w:t>
      </w:r>
    </w:p>
    <w:p>
      <w:r>
        <w:rPr>
          <w:b/>
        </w:rPr>
        <w:t xml:space="preserve">[15:07] </w:t>
      </w:r>
      <w:r>
        <w:t>element rakhe hain.</w:t>
      </w:r>
    </w:p>
    <w:p>
      <w:pPr>
        <w:jc w:val="right"/>
      </w:pPr>
      <w:r>
        <w:t>ایلیمنٹ رکھے ہیں۔</w:t>
      </w:r>
    </w:p>
    <w:p>
      <w:r>
        <w:rPr>
          <w:b/>
        </w:rPr>
        <w:t xml:space="preserve">[15:12] </w:t>
      </w:r>
      <w:r>
        <w:t>jaise is duniya mein aap jante hain ke physical sense mein life support system hai.</w:t>
      </w:r>
    </w:p>
    <w:p>
      <w:pPr>
        <w:jc w:val="right"/>
      </w:pPr>
      <w:r>
        <w:t>جیسے اس دنیا میں آپ جانتے ہیں کہ فزیکل سینس میں لائف سپورٹ سسٹم ہے۔</w:t>
      </w:r>
    </w:p>
    <w:p>
      <w:r>
        <w:rPr>
          <w:b/>
        </w:rPr>
        <w:t xml:space="preserve">[15:16] </w:t>
      </w:r>
      <w:r>
        <w:t>kai cheezein hain jo hamare liye support ka kaam karti hain.</w:t>
      </w:r>
    </w:p>
    <w:p>
      <w:pPr>
        <w:jc w:val="right"/>
      </w:pPr>
      <w:r>
        <w:t>کئی چیزیں ہیں جو ہمارے لیے سپورٹ کا کام کرتی ہیں۔</w:t>
      </w:r>
    </w:p>
    <w:p>
      <w:r>
        <w:rPr>
          <w:b/>
        </w:rPr>
        <w:t xml:space="preserve">[15:20] </w:t>
      </w:r>
      <w:r>
        <w:t>unhi ke support se hum duniya mein zinda rehte hain.</w:t>
      </w:r>
    </w:p>
    <w:p>
      <w:pPr>
        <w:jc w:val="right"/>
      </w:pPr>
      <w:r>
        <w:t>انہی کے سپورٹ سے ہم دنیا میں زندہ رہتے ہیں۔</w:t>
      </w:r>
    </w:p>
    <w:p>
      <w:r>
        <w:rPr>
          <w:b/>
        </w:rPr>
        <w:t xml:space="preserve">[15:24] </w:t>
      </w:r>
      <w:r>
        <w:t>misal ke taur par oxygen ki supply.</w:t>
      </w:r>
    </w:p>
    <w:p>
      <w:pPr>
        <w:jc w:val="right"/>
      </w:pPr>
      <w:r>
        <w:t>مثلاً آکسیجن کی سپلائی۔</w:t>
      </w:r>
    </w:p>
    <w:p>
      <w:r>
        <w:rPr>
          <w:b/>
        </w:rPr>
        <w:t xml:space="preserve">[15:27] </w:t>
      </w:r>
      <w:r>
        <w:t>pani ka samundaron mein store hona.</w:t>
      </w:r>
    </w:p>
    <w:p>
      <w:pPr>
        <w:jc w:val="right"/>
      </w:pPr>
      <w:r>
        <w:t>پانی کا سمندروں میں اسٹور ہونا۔</w:t>
      </w:r>
    </w:p>
    <w:p>
      <w:r>
        <w:rPr>
          <w:b/>
        </w:rPr>
        <w:t xml:space="preserve">[15:31] </w:t>
      </w:r>
      <w:r>
        <w:t>aur suraj ki se light ka aana.</w:t>
      </w:r>
    </w:p>
    <w:p>
      <w:pPr>
        <w:jc w:val="right"/>
      </w:pPr>
      <w:r>
        <w:t>اور سورج کی سے لائٹ کا آنا۔</w:t>
      </w:r>
    </w:p>
    <w:p>
      <w:r>
        <w:rPr>
          <w:b/>
        </w:rPr>
        <w:t xml:space="preserve">[15:35] </w:t>
      </w:r>
      <w:r>
        <w:t>bohat sari cheezen.</w:t>
      </w:r>
    </w:p>
    <w:p>
      <w:pPr>
        <w:jc w:val="right"/>
      </w:pPr>
      <w:r>
        <w:t>بہت ساری چیزیں۔</w:t>
      </w:r>
    </w:p>
    <w:p>
      <w:r>
        <w:rPr>
          <w:b/>
        </w:rPr>
        <w:t xml:space="preserve">[15:39] </w:t>
      </w:r>
      <w:r>
        <w:t>yahan tak jo instinct ya jo woh hain,</w:t>
      </w:r>
    </w:p>
    <w:p>
      <w:pPr>
        <w:jc w:val="right"/>
      </w:pPr>
      <w:r>
        <w:t>یہاں تک جو انسٹنکٹ یا جو وہ ہیں،</w:t>
      </w:r>
    </w:p>
    <w:p>
      <w:r>
        <w:rPr>
          <w:b/>
        </w:rPr>
        <w:t xml:space="preserve">[15:43] </w:t>
      </w:r>
      <w:r>
        <w:t>jo keere makore hain, insects jo kehte hain, jo million billion qism ke insects hain, un ka bhi role hai.</w:t>
      </w:r>
    </w:p>
    <w:p>
      <w:pPr>
        <w:jc w:val="right"/>
      </w:pPr>
      <w:r>
        <w:t>جو کیڑے مکوڑے ہیں، انسیکٹس جو کہتے ہیں، جو ملین بلین قسم کے انسیکٹس ہیں، ان کا بھی رول ہے۔</w:t>
      </w:r>
    </w:p>
    <w:p>
      <w:r>
        <w:rPr>
          <w:b/>
        </w:rPr>
        <w:t xml:space="preserve">[15:49] </w:t>
      </w:r>
      <w:r>
        <w:t>kaha jata hai ke do mahine agar insects sab khatam ho jayen zameen se, jitne insect hain, keere</w:t>
      </w:r>
    </w:p>
    <w:p>
      <w:pPr>
        <w:jc w:val="right"/>
      </w:pPr>
      <w:r>
        <w:t>کہا جاتا ہے کہ دو مہینے اگر انسیکٹس سب ختم ہو جائیں زمین سے، جتنے انسیکٹ ہیں، کیڑے</w:t>
      </w:r>
    </w:p>
    <w:p>
      <w:r>
        <w:rPr>
          <w:b/>
        </w:rPr>
        <w:t xml:space="preserve">[15:55] </w:t>
      </w:r>
      <w:r>
        <w:t>makore jin ko aap kehte hain, woh khatam ho jayen to do mahine ke andar zindagi khatam ya</w:t>
      </w:r>
    </w:p>
    <w:p>
      <w:pPr>
        <w:jc w:val="right"/>
      </w:pPr>
      <w:r>
        <w:t>مکوڑے جن کو آپ کہتے ہیں، وہ ختم ہو جائیں تو دو مہینے کے اندر زندگی ختم یا</w:t>
      </w:r>
    </w:p>
    <w:p>
      <w:r>
        <w:rPr>
          <w:b/>
        </w:rPr>
        <w:t xml:space="preserve">[16:02] </w:t>
      </w:r>
      <w:r>
        <w:t>nahi rahe gi.</w:t>
      </w:r>
    </w:p>
    <w:p>
      <w:pPr>
        <w:jc w:val="right"/>
      </w:pPr>
      <w:r>
        <w:t>نہیں رہے گی۔</w:t>
      </w:r>
    </w:p>
    <w:p>
      <w:r>
        <w:rPr>
          <w:b/>
        </w:rPr>
        <w:t xml:space="preserve">[16:08] </w:t>
      </w:r>
      <w:r>
        <w:t>do mahine ke andar sab insan khatam ho jayen ge.</w:t>
      </w:r>
    </w:p>
    <w:p>
      <w:pPr>
        <w:jc w:val="right"/>
      </w:pPr>
      <w:r>
        <w:t>دو مہینے کے اندر سب انسان ختم ہو جائیں گے۔</w:t>
      </w:r>
    </w:p>
    <w:p>
      <w:r>
        <w:rPr>
          <w:b/>
        </w:rPr>
        <w:t xml:space="preserve">[16:14] </w:t>
      </w:r>
      <w:r>
        <w:t>itna bara role hai in ka.</w:t>
      </w:r>
    </w:p>
    <w:p>
      <w:pPr>
        <w:jc w:val="right"/>
      </w:pPr>
      <w:r>
        <w:t>اتنا بڑا رول ہے ان کا۔</w:t>
      </w:r>
    </w:p>
    <w:p>
      <w:r>
        <w:rPr>
          <w:b/>
        </w:rPr>
        <w:t xml:space="preserve">[16:20] </w:t>
      </w:r>
      <w:r>
        <w:t>to ek hai life support system physical sense mein.</w:t>
      </w:r>
    </w:p>
    <w:p>
      <w:pPr>
        <w:jc w:val="right"/>
      </w:pPr>
      <w:r>
        <w:t>تو ایک ہے لائف سپورٹ سسٹم فزیکل سینس میں۔</w:t>
      </w:r>
    </w:p>
    <w:p>
      <w:r>
        <w:rPr>
          <w:b/>
        </w:rPr>
        <w:t xml:space="preserve">[16:26] </w:t>
      </w:r>
      <w:r>
        <w:t>to life support system agar na ho, is ki madad hamein hasil na ho to hum zinda nahi reh sakte.</w:t>
      </w:r>
    </w:p>
    <w:p>
      <w:pPr>
        <w:jc w:val="right"/>
      </w:pPr>
      <w:r>
        <w:t>تو لائف سپورٹ سسٹم اگر نہ ہو، اس کی مدد ہمیں حاصل نہ ہو تو ہم زندہ نہیں رہ سکتے۔</w:t>
      </w:r>
    </w:p>
    <w:p>
      <w:r>
        <w:rPr>
          <w:b/>
        </w:rPr>
        <w:t xml:space="preserve">[16:32] </w:t>
      </w:r>
      <w:r>
        <w:t>yeh kis ne kiya hai? Allah taala ne kiya hai.</w:t>
      </w:r>
    </w:p>
    <w:p>
      <w:pPr>
        <w:jc w:val="right"/>
      </w:pPr>
      <w:r>
        <w:t>یہ کس نے کیا ہے؟ اللہ تعالیٰ نے کیا ہے۔</w:t>
      </w:r>
    </w:p>
    <w:p>
      <w:r>
        <w:rPr>
          <w:b/>
        </w:rPr>
        <w:t xml:space="preserve">[16:38] </w:t>
      </w:r>
      <w:r>
        <w:t>to jis tarah Allah taala ne yani creator ne is dunya mein</w:t>
      </w:r>
    </w:p>
    <w:p>
      <w:pPr>
        <w:jc w:val="right"/>
      </w:pPr>
      <w:r>
        <w:t>تو جس طرح اللہ تعالیٰ نے یعنی کریٹر نے اس دنیا میں</w:t>
      </w:r>
    </w:p>
    <w:p>
      <w:r>
        <w:rPr>
          <w:b/>
        </w:rPr>
        <w:t xml:space="preserve">[16:44] </w:t>
      </w:r>
      <w:r>
        <w:t>life support system rakha hai hamari physical life ke liye, hum ko zinda rakhne ke liye, isi tarah</w:t>
      </w:r>
    </w:p>
    <w:p>
      <w:pPr>
        <w:jc w:val="right"/>
      </w:pPr>
      <w:r>
        <w:t>لائف سپورٹ سسٹم رکھا ہے ہماری فزیکل لائف کے لیے، ہم کو زندہ رکھنے کے لیے، اسی طرح</w:t>
      </w:r>
    </w:p>
    <w:p>
      <w:r>
        <w:rPr>
          <w:b/>
        </w:rPr>
        <w:t xml:space="preserve">[16:49] </w:t>
      </w:r>
      <w:r>
        <w:t>ek aur support system hai.</w:t>
      </w:r>
    </w:p>
    <w:p>
      <w:pPr>
        <w:jc w:val="right"/>
      </w:pPr>
      <w:r>
        <w:t>ایک اور سپورٹ سسٹم ہے۔</w:t>
      </w:r>
    </w:p>
    <w:p>
      <w:r>
        <w:rPr>
          <w:b/>
        </w:rPr>
        <w:t xml:space="preserve">[16:54] </w:t>
      </w:r>
      <w:r>
        <w:t>spiritual support system.</w:t>
      </w:r>
    </w:p>
    <w:p>
      <w:pPr>
        <w:jc w:val="right"/>
      </w:pPr>
      <w:r>
        <w:t>اسپیریچوئل سپورٹ سسٹم۔</w:t>
      </w:r>
    </w:p>
    <w:p>
      <w:r>
        <w:rPr>
          <w:b/>
        </w:rPr>
        <w:t xml:space="preserve">[16:59] </w:t>
      </w:r>
      <w:r>
        <w:t>yeh hai physical support system.</w:t>
      </w:r>
    </w:p>
    <w:p>
      <w:pPr>
        <w:jc w:val="right"/>
      </w:pPr>
      <w:r>
        <w:t>یہ ہے فزیکل سپورٹ سسٹم۔</w:t>
      </w:r>
    </w:p>
    <w:p>
      <w:r>
        <w:rPr>
          <w:b/>
        </w:rPr>
        <w:t xml:space="preserve">[17:04] </w:t>
      </w:r>
      <w:r>
        <w:t>jis ko hum kehte hain life support system, woh haqeeqat mein physical support system hai.</w:t>
      </w:r>
    </w:p>
    <w:p>
      <w:pPr>
        <w:jc w:val="right"/>
      </w:pPr>
      <w:r>
        <w:t>جس کو ہم کہتے ہیں لائف سپورٹ سسٹم، وہ حقیقت میں فزیکل سپورٹ سسٹم ہے۔</w:t>
      </w:r>
    </w:p>
    <w:p>
      <w:r>
        <w:rPr>
          <w:b/>
        </w:rPr>
        <w:t xml:space="preserve">[17:09] </w:t>
      </w:r>
      <w:r>
        <w:t>isi tarah se ek aur support system hai, woh hai</w:t>
      </w:r>
    </w:p>
    <w:p>
      <w:pPr>
        <w:jc w:val="right"/>
      </w:pPr>
      <w:r>
        <w:t>اسی طرح سے ایک اور سپورٹ سسٹم ہے، وہ ہے</w:t>
      </w:r>
    </w:p>
    <w:p>
      <w:r>
        <w:rPr>
          <w:b/>
        </w:rPr>
        <w:t xml:space="preserve">[17:15] </w:t>
      </w:r>
      <w:r>
        <w:t>spiritual support system. iski madad se hum yeh kar paate hain ke sachai ko discover karein. sachai ko realize karein. sachai par apna conviction banayein. sachai ko jab hum follow karein to hamare andar ek ek courage ho. yeh sari cheezein hon. to jis tarah se ek physical support system is duniya mein hai jo hamari life ke liye zaroori hai, isi</w:t>
      </w:r>
    </w:p>
    <w:p>
      <w:pPr>
        <w:jc w:val="right"/>
      </w:pPr>
      <w:r>
        <w:t>اسپیریچوئل سپورٹ سسٹم۔ اس کی مدد سے ہم یہ کر پاتے ہیں کہ سچائی کو ڈسکور کریں۔ سچائی کو ریلائز کریں۔ سچائی پر اپنا کنوکشن بنائیں۔ سچائی کو جب ہم فالو کریں تو ہمارے اندر ایک ایک کریج ہو۔ یہ ساری چیزیں ہوں۔ تو جس طرح سے ایک فزیکل سپورٹ سسٹم اس دنیا میں ہے جو ہماری لائف کے لیے ضروری ہے، اسی</w:t>
      </w:r>
    </w:p>
    <w:p>
      <w:r>
        <w:rPr>
          <w:b/>
        </w:rPr>
        <w:t xml:space="preserve">[17:45] </w:t>
      </w:r>
      <w:r>
        <w:t>tarah Khuda ne yahan ek spiritual support system bhi rakha hai.</w:t>
      </w:r>
    </w:p>
    <w:p>
      <w:pPr>
        <w:jc w:val="right"/>
      </w:pPr>
      <w:r>
        <w:t>طرح خدا نے یہاں ایک اسپیریچوئل سپورٹ سسٹم بھی رکھا ہے۔</w:t>
      </w:r>
    </w:p>
    <w:p>
      <w:r>
        <w:rPr>
          <w:b/>
        </w:rPr>
        <w:t xml:space="preserve">[17:52] </w:t>
      </w:r>
      <w:r>
        <w:t>jo is baat ki guarantee hai ke hum sahi baat ko janen aur sahi rastay par chal saken.</w:t>
      </w:r>
    </w:p>
    <w:p>
      <w:pPr>
        <w:jc w:val="right"/>
      </w:pPr>
      <w:r>
        <w:t>جو اس بات کی گارنٹی ہے کہ ہم صحیح بات کو جانیں اور صحیح راستے پر چل سکیں۔</w:t>
      </w:r>
    </w:p>
    <w:p>
      <w:r>
        <w:rPr>
          <w:b/>
        </w:rPr>
        <w:t xml:space="preserve">[18:00] </w:t>
      </w:r>
      <w:r>
        <w:t>ab mein yeh batana chahun ga ke yeh spiritual support system kya hai? Jahan tak mein samajhta hoon,</w:t>
      </w:r>
    </w:p>
    <w:p>
      <w:pPr>
        <w:jc w:val="right"/>
      </w:pPr>
      <w:r>
        <w:t>اب میں یہ بتانا چاہوں گا کہ یہ اسپیریچوئل سپورٹ سسٹم کیا ہے؟ جہاں تک میں سمجھتا ہوں،</w:t>
      </w:r>
    </w:p>
    <w:p>
      <w:r>
        <w:rPr>
          <w:b/>
        </w:rPr>
        <w:t xml:space="preserve">[18:07] </w:t>
      </w:r>
      <w:r>
        <w:t>is spiritual support system ke teen layers hain, teen</w:t>
      </w:r>
    </w:p>
    <w:p>
      <w:pPr>
        <w:jc w:val="right"/>
      </w:pPr>
      <w:r>
        <w:t>اس اسپیریچوئل سپورٹ سسٹم کے تین لیئرز ہیں، تین</w:t>
      </w:r>
    </w:p>
    <w:p>
      <w:r>
        <w:rPr>
          <w:b/>
        </w:rPr>
        <w:t xml:space="preserve">[18:15] </w:t>
      </w:r>
      <w:r>
        <w:t>satahein hain.</w:t>
      </w:r>
    </w:p>
    <w:p>
      <w:pPr>
        <w:jc w:val="right"/>
      </w:pPr>
      <w:r>
        <w:t>سطحیں ہیں۔</w:t>
      </w:r>
    </w:p>
    <w:p>
      <w:r>
        <w:rPr>
          <w:b/>
        </w:rPr>
        <w:t xml:space="preserve">[18:19] </w:t>
      </w:r>
      <w:r>
        <w:t>ya teen pehlu hain.</w:t>
      </w:r>
    </w:p>
    <w:p>
      <w:pPr>
        <w:jc w:val="right"/>
      </w:pPr>
      <w:r>
        <w:t>یا تین پہلو ہیں۔</w:t>
      </w:r>
    </w:p>
    <w:p>
      <w:r>
        <w:rPr>
          <w:b/>
        </w:rPr>
        <w:t xml:space="preserve">[18:24] </w:t>
      </w:r>
      <w:r>
        <w:t>woh kya? yeh teenon ke teenon quran mein mention hain.</w:t>
      </w:r>
    </w:p>
    <w:p>
      <w:pPr>
        <w:jc w:val="right"/>
      </w:pPr>
      <w:r>
        <w:t>وہ کیا؟ یہ تینوں کے تینوں قرآن میں مینشن ہیں۔</w:t>
      </w:r>
    </w:p>
    <w:p>
      <w:r>
        <w:rPr>
          <w:b/>
        </w:rPr>
        <w:t xml:space="preserve">[18:28] </w:t>
      </w:r>
      <w:r>
        <w:t>teenon ko quran mein bata diya gaya hai.</w:t>
      </w:r>
    </w:p>
    <w:p>
      <w:pPr>
        <w:jc w:val="right"/>
      </w:pPr>
      <w:r>
        <w:t>تینوں کو قرآن میں بتا دیا گیا ہے۔</w:t>
      </w:r>
    </w:p>
    <w:p>
      <w:r>
        <w:rPr>
          <w:b/>
        </w:rPr>
        <w:t xml:space="preserve">[18:33] </w:t>
      </w:r>
      <w:r>
        <w:t>sab se pehla kya hai? aadmi ka apna consciousness.</w:t>
      </w:r>
    </w:p>
    <w:p>
      <w:pPr>
        <w:jc w:val="right"/>
      </w:pPr>
      <w:r>
        <w:t>سب سے پہلا کیا ہے؟ آدمی کا اپنا کانشینس۔</w:t>
      </w:r>
    </w:p>
    <w:p>
      <w:r>
        <w:rPr>
          <w:b/>
        </w:rPr>
        <w:t xml:space="preserve">[18:37] </w:t>
      </w:r>
      <w:r>
        <w:t>aadmi ke apne jis ko kehte hain inner voice.</w:t>
      </w:r>
    </w:p>
    <w:p>
      <w:pPr>
        <w:jc w:val="right"/>
      </w:pPr>
      <w:r>
        <w:t>آدمی کے اپنے جس کو کہتے ہیں انر وائس۔</w:t>
      </w:r>
    </w:p>
    <w:p>
      <w:r>
        <w:rPr>
          <w:b/>
        </w:rPr>
        <w:t xml:space="preserve">[18:42] </w:t>
      </w:r>
      <w:r>
        <w:t>aadmi ke andar aik aik</w:t>
      </w:r>
    </w:p>
    <w:p>
      <w:pPr>
        <w:jc w:val="right"/>
      </w:pPr>
      <w:r>
        <w:t>آدمی کے اندر ایک ایک</w:t>
      </w:r>
    </w:p>
    <w:p>
      <w:r>
        <w:rPr>
          <w:b/>
        </w:rPr>
        <w:t xml:space="preserve">[18:46] </w:t>
      </w:r>
      <w:r>
        <w:t>aik internally aik system hai jis ko hum consciousness kehte hain.</w:t>
      </w:r>
    </w:p>
    <w:p>
      <w:pPr>
        <w:jc w:val="right"/>
      </w:pPr>
      <w:r>
        <w:t>ایک انٹرنلی ایک سسٹم ہے جس کو ہم کانشینس کہتے ہیں۔</w:t>
      </w:r>
    </w:p>
    <w:p>
      <w:r>
        <w:rPr>
          <w:b/>
        </w:rPr>
        <w:t xml:space="preserve">[18:51] </w:t>
      </w:r>
      <w:r>
        <w:t>is ka aik nature kehte hain.</w:t>
      </w:r>
    </w:p>
    <w:p>
      <w:pPr>
        <w:jc w:val="right"/>
      </w:pPr>
      <w:r>
        <w:t>اس کا ایک نیچر کہتے ہیں۔</w:t>
      </w:r>
    </w:p>
    <w:p>
      <w:r>
        <w:rPr>
          <w:b/>
        </w:rPr>
        <w:t xml:space="preserve">[18:56] </w:t>
      </w:r>
      <w:r>
        <w:t>toh woh aik inner voice hoti hai.</w:t>
      </w:r>
    </w:p>
    <w:p>
      <w:pPr>
        <w:jc w:val="right"/>
      </w:pPr>
      <w:r>
        <w:t>تو وہ ایک انر وائس ہوتی ہے۔</w:t>
      </w:r>
    </w:p>
    <w:p>
      <w:r>
        <w:rPr>
          <w:b/>
        </w:rPr>
        <w:t xml:space="preserve">[19:01] </w:t>
      </w:r>
      <w:r>
        <w:t>jo baar baar hamein andar se awaz deti hai.</w:t>
      </w:r>
    </w:p>
    <w:p>
      <w:pPr>
        <w:jc w:val="right"/>
      </w:pPr>
      <w:r>
        <w:t>جو بار بار ہمیں اندر سے آواز دیتی ہے۔</w:t>
      </w:r>
    </w:p>
    <w:p>
      <w:r>
        <w:rPr>
          <w:b/>
        </w:rPr>
        <w:t xml:space="preserve">[19:06] </w:t>
      </w:r>
      <w:r>
        <w:t>isi ko quran mein kaha gaya hai ke bal insan wa'ala nafsih.</w:t>
      </w:r>
    </w:p>
    <w:p>
      <w:pPr>
        <w:jc w:val="right"/>
      </w:pPr>
      <w:r>
        <w:t>اسی کو قرآن میں کہا گیا ہے کہ بل الانسان وعلی نفس۔</w:t>
      </w:r>
    </w:p>
    <w:p>
      <w:r>
        <w:rPr>
          <w:b/>
        </w:rPr>
        <w:t xml:space="preserve">[19:11] </w:t>
      </w:r>
      <w:r>
        <w:t>bal insan wa'ala nafsih baseera wal qama'a'adhira.</w:t>
      </w:r>
    </w:p>
    <w:p>
      <w:pPr>
        <w:jc w:val="right"/>
      </w:pPr>
      <w:r>
        <w:t>بل الانسان وعلی نفسہ بصیرا ولو القا معاذرا۔</w:t>
      </w:r>
    </w:p>
    <w:p>
      <w:r>
        <w:rPr>
          <w:b/>
        </w:rPr>
        <w:t xml:space="preserve">[19:17] </w:t>
      </w:r>
      <w:r>
        <w:t>bal insaan wa 'ala nafsihi baseera wa lau alqa ma'adhira. ya'ni insaan ke andar ek khuda ne rakh diya hai ek consciousness, ek nature, ek inner voice. jo baar baar andar se awaaz deta hai. andar se ya'ni in unspoken language mein. iski language spoken language nahi hoti. in</w:t>
      </w:r>
    </w:p>
    <w:p>
      <w:pPr>
        <w:jc w:val="right"/>
      </w:pPr>
      <w:r>
        <w:t>بل الانسان وعلی نفسہ بصیرا ولو القا معاذرا۔ یعنی انسان کے اندر ایک خدا نے رکھ دیا ہے ایک کانشینس، ایک نیچر، ایک انر وائس۔ جو بار بار اندر سے آواز دیتا ہے۔ اندر سے یعنی ان اسپوکن لینگویج میں۔ اس کی لینگویج اسپوکن لینگویج نہیں ہوتی۔ ان</w:t>
      </w:r>
    </w:p>
    <w:p>
      <w:r>
        <w:rPr>
          <w:b/>
        </w:rPr>
        <w:t xml:space="preserve">[19:47] </w:t>
      </w:r>
      <w:r>
        <w:t>Spoken language mein andar se woh aadmi ko indicate karta hai.</w:t>
      </w:r>
    </w:p>
    <w:p>
      <w:pPr>
        <w:jc w:val="right"/>
      </w:pPr>
      <w:r>
        <w:t>اسپوکن لینگویج میں اندر سے وہ آدمی کو انڈیکیٹ کرتا ہے۔</w:t>
      </w:r>
    </w:p>
    <w:p>
      <w:r>
        <w:rPr>
          <w:b/>
        </w:rPr>
        <w:t xml:space="preserve">[19:52] </w:t>
      </w:r>
      <w:r>
        <w:t>andar se woh batata rehta hai.</w:t>
      </w:r>
    </w:p>
    <w:p>
      <w:pPr>
        <w:jc w:val="right"/>
      </w:pPr>
      <w:r>
        <w:t>اندر سے وہ بتاتا رہتا ہے۔</w:t>
      </w:r>
    </w:p>
    <w:p>
      <w:r>
        <w:rPr>
          <w:b/>
        </w:rPr>
        <w:t xml:space="preserve">[19:57] </w:t>
      </w:r>
      <w:r>
        <w:t>اگرچہ وہ spoken language میں نہیں بولتا ہے، اس کی language جو ہے unspoken ہوتی ہے۔</w:t>
      </w:r>
    </w:p>
    <w:p>
      <w:pPr>
        <w:jc w:val="right"/>
      </w:pPr>
      <w:r>
        <w:t>اگرچہ وہ اسپوکن لینگویج میں نہیں بولتا ہے، اس کی لینگویج جو ہے ان اسپوکن ہوتی ہے۔</w:t>
      </w:r>
    </w:p>
    <w:p>
      <w:r>
        <w:rPr>
          <w:b/>
        </w:rPr>
        <w:t xml:space="preserve">[20:02] </w:t>
      </w:r>
      <w:r>
        <w:t>lekin bohat clear voice hoti hai is ki hoti hai.</w:t>
      </w:r>
    </w:p>
    <w:p>
      <w:pPr>
        <w:jc w:val="right"/>
      </w:pPr>
      <w:r>
        <w:t>لیکن بہت کلیئر وائس ہوتی ہے اس کی ہوتی ہے۔</w:t>
      </w:r>
    </w:p>
    <w:p>
      <w:r>
        <w:rPr>
          <w:b/>
        </w:rPr>
        <w:t xml:space="preserve">[20:07] </w:t>
      </w:r>
      <w:r>
        <w:t>bohat hi clear voice.</w:t>
      </w:r>
    </w:p>
    <w:p>
      <w:pPr>
        <w:jc w:val="right"/>
      </w:pPr>
      <w:r>
        <w:t>بہت ہی کلیئر وائس۔</w:t>
      </w:r>
    </w:p>
    <w:p>
      <w:r>
        <w:rPr>
          <w:b/>
        </w:rPr>
        <w:t xml:space="preserve">[20:12] </w:t>
      </w:r>
      <w:r>
        <w:t>aur khud insan ko pehchanne mein dikkat nahi parti.</w:t>
      </w:r>
    </w:p>
    <w:p>
      <w:pPr>
        <w:jc w:val="right"/>
      </w:pPr>
      <w:r>
        <w:t>اور خود انسان کو پہچاننے میں دقت نہیں پڑتی۔</w:t>
      </w:r>
    </w:p>
    <w:p>
      <w:r>
        <w:rPr>
          <w:b/>
        </w:rPr>
        <w:t xml:space="preserve">[20:17] </w:t>
      </w:r>
      <w:r>
        <w:t>toh yeh pehla hai ke insaan ko khud apni hi andar se hi se guideline milti rehti hai. andar hi se guideline milti rehti hai. misaal ke taur par dekhein, khuda ka existence hai. aadmi ki apni andar ki fitrat jo hai woh bol rahi hoti hai ke khuda hai. khuda exist karta hai. isi</w:t>
      </w:r>
    </w:p>
    <w:p>
      <w:pPr>
        <w:jc w:val="right"/>
      </w:pPr>
      <w:r>
        <w:t>تو یہ پہلا ہے کہ انسان کو خود اپنی ہی اندر سے ہی سے گائیڈ لائن ملتی رہتی ہے۔ اندر ہی سے گائیڈ لائن ملتی رہتی ہے۔ مثال کے طور پر دیکھیں، خدا کا ایگزسٹنس ہے۔ آدمی کی اپنی اندر کی فطرت جو ہے وہ بول رہی ہوتی ہے کہ خدا ہے۔ خدا ایگزسٹ کرتا ہے۔ اسی</w:t>
      </w:r>
    </w:p>
    <w:p>
      <w:r>
        <w:rPr>
          <w:b/>
        </w:rPr>
        <w:t xml:space="preserve">[20:47] </w:t>
      </w:r>
      <w:r>
        <w:t>لیے دیکھیں، اینتھروپالوجی میں جو</w:t>
      </w:r>
    </w:p>
    <w:p>
      <w:pPr>
        <w:jc w:val="right"/>
      </w:pPr>
      <w:r>
        <w:t>لیے دیکھیں، اینتھروپالوجی میں جو اسٹڈیز کی گئی ہیں، تمام سوسائٹیز جو ہیں ان کو پڑھا گیا ہے۔</w:t>
      </w:r>
    </w:p>
    <w:p>
      <w:r>
        <w:rPr>
          <w:b/>
        </w:rPr>
        <w:t xml:space="preserve">[20:55] </w:t>
      </w:r>
      <w:r>
        <w:t>saare available data ikattha kiye gaye hain.</w:t>
      </w:r>
    </w:p>
    <w:p>
      <w:pPr>
        <w:jc w:val="right"/>
      </w:pPr>
      <w:r>
        <w:t>سارے اویلیبل ڈیٹا اکٹھا کیے گئے ہیں۔</w:t>
      </w:r>
    </w:p>
    <w:p>
      <w:r>
        <w:rPr>
          <w:b/>
        </w:rPr>
        <w:t xml:space="preserve">[21:02] </w:t>
      </w:r>
      <w:r>
        <w:t>is se yeh pata chala hai ke jab se bhi insan is zameen par hai, jab bhi insan</w:t>
      </w:r>
    </w:p>
    <w:p>
      <w:pPr>
        <w:jc w:val="right"/>
      </w:pPr>
      <w:r>
        <w:t>اس سے یہ پتہ چلا ہے کہ جب سے بھی انسان اس زمین پر ہے، جب بھی انسان</w:t>
      </w:r>
    </w:p>
    <w:p>
      <w:r>
        <w:rPr>
          <w:b/>
        </w:rPr>
        <w:t xml:space="preserve">[21:10] </w:t>
      </w:r>
      <w:r>
        <w:t>ki koi society bani hai toh hamesha is mein god ka concept maujood raha hai.</w:t>
      </w:r>
    </w:p>
    <w:p>
      <w:pPr>
        <w:jc w:val="right"/>
      </w:pPr>
      <w:r>
        <w:t>کی کوئی سوسائٹی بنی ہے تو ہمیشہ اس میں گاڈ کا کانسیپٹ موجود رہا ہے۔</w:t>
      </w:r>
    </w:p>
    <w:p>
      <w:r>
        <w:rPr>
          <w:b/>
        </w:rPr>
        <w:t xml:space="preserve">[21:18] </w:t>
      </w:r>
      <w:r>
        <w:t>abhi tak koi bhi aisa human society discover nahi hui jis mein god ka concept maujood na ho.</w:t>
      </w:r>
    </w:p>
    <w:p>
      <w:pPr>
        <w:jc w:val="right"/>
      </w:pPr>
      <w:r>
        <w:t>ابھی تک کوئی بھی ایسا ہیومن سوسائٹی ڈسکور نہیں ہوئی جس میں گاڈ کا کانسیپٹ موجود نہ ہو۔</w:t>
      </w:r>
    </w:p>
    <w:p>
      <w:r>
        <w:rPr>
          <w:b/>
        </w:rPr>
        <w:t xml:space="preserve">[21:22] </w:t>
      </w:r>
      <w:r>
        <w:t>yeh hai bal insan wa'ala nafsih baseera wal qama'a'adhira.</w:t>
      </w:r>
    </w:p>
    <w:p>
      <w:pPr>
        <w:jc w:val="right"/>
      </w:pPr>
      <w:r>
        <w:t>یہ ہے بل الانسان وعلی نفسہ بصیرا ولو القا معاذرا۔</w:t>
      </w:r>
    </w:p>
    <w:p>
      <w:r>
        <w:rPr>
          <w:b/>
        </w:rPr>
        <w:t xml:space="preserve">[21:26] </w:t>
      </w:r>
      <w:r>
        <w:t>yani andar se awaz aati hai ke khuda hai.</w:t>
      </w:r>
    </w:p>
    <w:p>
      <w:pPr>
        <w:jc w:val="right"/>
      </w:pPr>
      <w:r>
        <w:t>یعنی اندر سے آواز آتی ہے کہ خدا ہے۔</w:t>
      </w:r>
    </w:p>
    <w:p>
      <w:r>
        <w:rPr>
          <w:b/>
        </w:rPr>
        <w:t xml:space="preserve">[21:31] </w:t>
      </w:r>
      <w:r>
        <w:t>khuda aik hai.</w:t>
      </w:r>
    </w:p>
    <w:p>
      <w:pPr>
        <w:jc w:val="right"/>
      </w:pPr>
      <w:r>
        <w:t>خدا ایک ہے۔</w:t>
      </w:r>
    </w:p>
    <w:p>
      <w:r>
        <w:rPr>
          <w:b/>
        </w:rPr>
        <w:t xml:space="preserve">[21:35] </w:t>
      </w:r>
      <w:r>
        <w:t>woh tumhara creator hai.</w:t>
      </w:r>
    </w:p>
    <w:p>
      <w:pPr>
        <w:jc w:val="right"/>
      </w:pPr>
      <w:r>
        <w:t>وہ تمہارا کریٹر ہے۔</w:t>
      </w:r>
    </w:p>
    <w:p>
      <w:r>
        <w:rPr>
          <w:b/>
        </w:rPr>
        <w:t xml:space="preserve">[21:39] </w:t>
      </w:r>
      <w:r>
        <w:t>yeh sab model values ka maamla hai.</w:t>
      </w:r>
    </w:p>
    <w:p>
      <w:pPr>
        <w:jc w:val="right"/>
      </w:pPr>
      <w:r>
        <w:t>یہ سب ماڈل ویلیوز کا معاملہ ہے۔</w:t>
      </w:r>
    </w:p>
    <w:p>
      <w:r>
        <w:rPr>
          <w:b/>
        </w:rPr>
        <w:t xml:space="preserve">[21:44] </w:t>
      </w:r>
      <w:r>
        <w:t>jo model values jis ko hum kehte hain,</w:t>
      </w:r>
    </w:p>
    <w:p>
      <w:pPr>
        <w:jc w:val="right"/>
      </w:pPr>
      <w:r>
        <w:t>جو ماڈل ویلیوز جس کو ہم کہتے ہیں،</w:t>
      </w:r>
    </w:p>
    <w:p>
      <w:r>
        <w:rPr>
          <w:b/>
        </w:rPr>
        <w:t xml:space="preserve">[21:48] </w:t>
      </w:r>
      <w:r>
        <w:t>woh bhi andar se aadmi ki inner voice bolti rehti hai.</w:t>
      </w:r>
    </w:p>
    <w:p>
      <w:pPr>
        <w:jc w:val="right"/>
      </w:pPr>
      <w:r>
        <w:t>وہ بھی اندر سے آدمی کی انر وائس بولتی رہتی ہے۔</w:t>
      </w:r>
    </w:p>
    <w:p>
      <w:r>
        <w:rPr>
          <w:b/>
        </w:rPr>
        <w:t xml:space="preserve">[21:54] </w:t>
      </w:r>
      <w:r>
        <w:t>yeh sahi hai, yeh galat hai.</w:t>
      </w:r>
    </w:p>
    <w:p>
      <w:pPr>
        <w:jc w:val="right"/>
      </w:pPr>
      <w:r>
        <w:t>یہ صحیح ہے، یہ غلط ہے۔</w:t>
      </w:r>
    </w:p>
    <w:p>
      <w:r>
        <w:rPr>
          <w:b/>
        </w:rPr>
        <w:t xml:space="preserve">[22:00] </w:t>
      </w:r>
      <w:r>
        <w:t>yeh karna hai, ise nahi karna hai.</w:t>
      </w:r>
    </w:p>
    <w:p>
      <w:pPr>
        <w:jc w:val="right"/>
      </w:pPr>
      <w:r>
        <w:t>یہ کرنا ہے، اسے نہیں کرنا ہے۔</w:t>
      </w:r>
    </w:p>
    <w:p>
      <w:r>
        <w:rPr>
          <w:b/>
        </w:rPr>
        <w:t xml:space="preserve">[22:06] </w:t>
      </w:r>
      <w:r>
        <w:t>to model values ko bhi insaan andar se pehchanta rehta hai.</w:t>
      </w:r>
    </w:p>
    <w:p>
      <w:pPr>
        <w:jc w:val="right"/>
      </w:pPr>
      <w:r>
        <w:t>تو ماڈل ویلیوز کو بھی انسان اندر سے پہچانتا رہتا ہے۔</w:t>
      </w:r>
    </w:p>
    <w:p>
      <w:r>
        <w:rPr>
          <w:b/>
        </w:rPr>
        <w:t xml:space="preserve">[22:12] </w:t>
      </w:r>
      <w:r>
        <w:t>to ek hai yeh ke insaan ke andar ki nature, insaan ka consciousness, insaan ka inner voice, woh</w:t>
      </w:r>
    </w:p>
    <w:p>
      <w:pPr>
        <w:jc w:val="right"/>
      </w:pPr>
      <w:r>
        <w:t>تو ایک ہے یہ کہ انسان کے اندر کی نیچر، انسان کا کانشینس، انسان کا انر وائس، وہ</w:t>
      </w:r>
    </w:p>
    <w:p>
      <w:r>
        <w:rPr>
          <w:b/>
        </w:rPr>
        <w:t xml:space="preserve">[22:18] </w:t>
      </w:r>
      <w:r>
        <w:t>batata rehta hai insaan ko ke sacha rasta kya hai.</w:t>
      </w:r>
    </w:p>
    <w:p>
      <w:pPr>
        <w:jc w:val="right"/>
      </w:pPr>
      <w:r>
        <w:t>بتاتا رہتا ہے انسان کو کہ سچا راستہ کیا ہے۔</w:t>
      </w:r>
    </w:p>
    <w:p>
      <w:r>
        <w:rPr>
          <w:b/>
        </w:rPr>
        <w:t xml:space="preserve">[22:24] </w:t>
      </w:r>
      <w:r>
        <w:t>kidhar woh jaye aur kidhar woh na jaye.</w:t>
      </w:r>
    </w:p>
    <w:p>
      <w:pPr>
        <w:jc w:val="right"/>
      </w:pPr>
      <w:r>
        <w:t>کدھر وہ جائے اور کدھر وہ نہ جائے۔</w:t>
      </w:r>
    </w:p>
    <w:p>
      <w:r>
        <w:rPr>
          <w:b/>
        </w:rPr>
        <w:t xml:space="preserve">[22:30] </w:t>
      </w:r>
      <w:r>
        <w:t>to ek level yeh hua.</w:t>
      </w:r>
    </w:p>
    <w:p>
      <w:pPr>
        <w:jc w:val="right"/>
      </w:pPr>
      <w:r>
        <w:t>تو ایک لیول یہ ہوا۔</w:t>
      </w:r>
    </w:p>
    <w:p>
      <w:r>
        <w:rPr>
          <w:b/>
        </w:rPr>
        <w:t xml:space="preserve">[22:36] </w:t>
      </w:r>
      <w:r>
        <w:t>dusra level kya hai? dusra level woh jis ko kaha gaya hai Quran mein signs.</w:t>
      </w:r>
    </w:p>
    <w:p>
      <w:pPr>
        <w:jc w:val="right"/>
      </w:pPr>
      <w:r>
        <w:t>دوسرا لیول کیا ہے؟ دوسرا لیول وہ جس کو کہا گیا ہے قرآن میں سائنز۔</w:t>
      </w:r>
    </w:p>
    <w:p>
      <w:r>
        <w:rPr>
          <w:b/>
        </w:rPr>
        <w:t xml:space="preserve">[22:42] </w:t>
      </w:r>
      <w:r>
        <w:t>signs. yani nishaniyan.</w:t>
      </w:r>
    </w:p>
    <w:p>
      <w:pPr>
        <w:jc w:val="right"/>
      </w:pPr>
      <w:r>
        <w:t>ایس آئی جی این ایس۔ یعنی نشانیاں۔</w:t>
      </w:r>
    </w:p>
    <w:p>
      <w:r>
        <w:rPr>
          <w:b/>
        </w:rPr>
        <w:t xml:space="preserve">[22:48] </w:t>
      </w:r>
      <w:r>
        <w:t>nature mein chupi hui nishaniyan.</w:t>
      </w:r>
    </w:p>
    <w:p>
      <w:pPr>
        <w:jc w:val="right"/>
      </w:pPr>
      <w:r>
        <w:t>نیچر میں چھپی ہوئی نشانیاں۔</w:t>
      </w:r>
    </w:p>
    <w:p>
      <w:r>
        <w:rPr>
          <w:b/>
        </w:rPr>
        <w:t xml:space="preserve">[22:54] </w:t>
      </w:r>
      <w:r>
        <w:t>yeh jo nature hai jis ko Khuda ne create kiya hai, to is creation mein creator ki jhalakiyan hain.</w:t>
      </w:r>
    </w:p>
    <w:p>
      <w:pPr>
        <w:jc w:val="right"/>
      </w:pPr>
      <w:r>
        <w:t>یہ جو نیچر ہے جس کو خدا نے کریٹ کیا ہے، تو اس کریشن میں کریٹر کی جھلکیاں ہیں۔</w:t>
      </w:r>
    </w:p>
    <w:p>
      <w:r>
        <w:rPr>
          <w:b/>
        </w:rPr>
        <w:t xml:space="preserve">[22:59] </w:t>
      </w:r>
      <w:r>
        <w:t>yeh jo creation hai, yeh jo creative, yeh jo paida ki hui dunya hai, to is creation mein</w:t>
      </w:r>
    </w:p>
    <w:p>
      <w:pPr>
        <w:jc w:val="right"/>
      </w:pPr>
      <w:r>
        <w:t>یہ جو کریشن ہے، یہ جو کریٹیو، یہ جو پیدا کی ہوئی دنیا ہے، تو اس کریشن میں</w:t>
      </w:r>
    </w:p>
    <w:p>
      <w:r>
        <w:rPr>
          <w:b/>
        </w:rPr>
        <w:t xml:space="preserve">[23:04] </w:t>
      </w:r>
      <w:r>
        <w:t>creator ki jhalakiyan maujood hain.</w:t>
      </w:r>
    </w:p>
    <w:p>
      <w:pPr>
        <w:jc w:val="right"/>
      </w:pPr>
      <w:r>
        <w:t>کریٹر کی جھلکیاں موجود ہیں۔</w:t>
      </w:r>
    </w:p>
    <w:p>
      <w:r>
        <w:rPr>
          <w:b/>
        </w:rPr>
        <w:t xml:space="preserve">[23:09] </w:t>
      </w:r>
      <w:r>
        <w:t>iske signs maujood hain.</w:t>
      </w:r>
    </w:p>
    <w:p>
      <w:pPr>
        <w:jc w:val="right"/>
      </w:pPr>
      <w:r>
        <w:t>اس کے سائنز موجود ہیں۔</w:t>
      </w:r>
    </w:p>
    <w:p>
      <w:r>
        <w:rPr>
          <w:b/>
        </w:rPr>
        <w:t xml:space="preserve">[23:14] </w:t>
      </w:r>
      <w:r>
        <w:t>iski nishaniyan maujood hain.</w:t>
      </w:r>
    </w:p>
    <w:p>
      <w:pPr>
        <w:jc w:val="right"/>
      </w:pPr>
      <w:r>
        <w:t>اس کی نشانیاں موجود ہیں۔</w:t>
      </w:r>
    </w:p>
    <w:p>
      <w:r>
        <w:rPr>
          <w:b/>
        </w:rPr>
        <w:t xml:space="preserve">[23:19] </w:t>
      </w:r>
      <w:r>
        <w:t>to jab aadmi nature par sochega, aas p</w:t>
      </w:r>
    </w:p>
    <w:p>
      <w:pPr>
        <w:jc w:val="right"/>
      </w:pPr>
      <w:r>
        <w:t>تو جب آدمی نیچر پر سوچے گا، آس پ</w:t>
      </w:r>
    </w:p>
    <w:p>
      <w:r>
        <w:rPr>
          <w:b/>
        </w:rPr>
        <w:t xml:space="preserve">[23:24] </w:t>
      </w:r>
      <w:r>
        <w:t>is ki dunya par ghor karega, zameen o aasman par apna apne dimagh ko istemal karega,</w:t>
      </w:r>
    </w:p>
    <w:p>
      <w:pPr>
        <w:jc w:val="right"/>
      </w:pPr>
      <w:r>
        <w:t>اس کی دنیا پر غور کرے گا، زمین و آسمان پر اپنا اپنے دماغ کو استعمال کرے گا،</w:t>
      </w:r>
    </w:p>
    <w:p>
      <w:r>
        <w:rPr>
          <w:b/>
        </w:rPr>
        <w:t xml:space="preserve">[23:31] </w:t>
      </w:r>
      <w:r>
        <w:t>to woh payega ke yahan par har taraf Khuda ki nishaniyan bikhri hui hain.</w:t>
      </w:r>
    </w:p>
    <w:p>
      <w:pPr>
        <w:jc w:val="right"/>
      </w:pPr>
      <w:r>
        <w:t>تو وہ پائے گا کہ یہاں پر ہر طرف خدا کی نشانیاں بکھری ہوئی ہیں۔</w:t>
      </w:r>
    </w:p>
    <w:p>
      <w:r>
        <w:rPr>
          <w:b/>
        </w:rPr>
        <w:t xml:space="preserve">[23:39] </w:t>
      </w:r>
      <w:r>
        <w:t>signs of God har taraf bikhre hue hain. har taraf.</w:t>
      </w:r>
    </w:p>
    <w:p>
      <w:pPr>
        <w:jc w:val="right"/>
      </w:pPr>
      <w:r>
        <w:t>سائنز آف گاڈ ہر طرف بکھرے ہوئے ہیں۔ ہر طرف۔</w:t>
      </w:r>
    </w:p>
    <w:p>
      <w:r>
        <w:rPr>
          <w:b/>
        </w:rPr>
        <w:t xml:space="preserve">[23:46] </w:t>
      </w:r>
      <w:r>
        <w:t>misal ke taur par jab hum study karte hain university ki, itni bari university ki, to hum</w:t>
      </w:r>
    </w:p>
    <w:p>
      <w:pPr>
        <w:jc w:val="right"/>
      </w:pPr>
      <w:r>
        <w:t>مثال کے طور پر جب ہم اسٹڈی کرتے ہیں یونیورسٹی کی، اتنی بڑی یونیورسٹی کی، تو ہم</w:t>
      </w:r>
    </w:p>
    <w:p>
      <w:r>
        <w:rPr>
          <w:b/>
        </w:rPr>
        <w:t xml:space="preserve">[23:54] </w:t>
      </w:r>
      <w:r>
        <w:t>pate hain ke bohat zabardast qism ka system yahan par hai.</w:t>
      </w:r>
    </w:p>
    <w:p>
      <w:pPr>
        <w:jc w:val="right"/>
      </w:pPr>
      <w:r>
        <w:t>پاتے ہیں کہ بہت زبردست قسم کا سسٹم یہاں پر ہے۔</w:t>
      </w:r>
    </w:p>
    <w:p>
      <w:r>
        <w:rPr>
          <w:b/>
        </w:rPr>
        <w:t xml:space="preserve">[23:58] </w:t>
      </w:r>
      <w:r>
        <w:t>bohat zabardast qism ki harmony hai.</w:t>
      </w:r>
    </w:p>
    <w:p>
      <w:pPr>
        <w:jc w:val="right"/>
      </w:pPr>
      <w:r>
        <w:t>بہت زبردست قسم کی ہارمونی ہے۔</w:t>
      </w:r>
    </w:p>
    <w:p>
      <w:r>
        <w:rPr>
          <w:b/>
        </w:rPr>
        <w:t xml:space="preserve">[24:03] </w:t>
      </w:r>
      <w:r>
        <w:t>har cheez bohat hi right proportion mein hai.</w:t>
      </w:r>
    </w:p>
    <w:p>
      <w:pPr>
        <w:jc w:val="right"/>
      </w:pPr>
      <w:r>
        <w:t>ہر چیز بہت ہی رائٹ پروپورشن میں ہے۔</w:t>
      </w:r>
    </w:p>
    <w:p>
      <w:r>
        <w:rPr>
          <w:b/>
        </w:rPr>
        <w:t xml:space="preserve">[24:07] </w:t>
      </w:r>
      <w:r>
        <w:t>boht hi well designed hai har cheez.</w:t>
      </w:r>
    </w:p>
    <w:p>
      <w:pPr>
        <w:jc w:val="right"/>
      </w:pPr>
      <w:r>
        <w:t>بہت ہی ویل ڈیزائنڈ ہے ہر چیز۔</w:t>
      </w:r>
    </w:p>
    <w:p>
      <w:r>
        <w:rPr>
          <w:b/>
        </w:rPr>
        <w:t xml:space="preserve">[24:11] </w:t>
      </w:r>
      <w:r>
        <w:t>is se kya indication mila? ke is ka koi designer hai.</w:t>
      </w:r>
    </w:p>
    <w:p>
      <w:pPr>
        <w:jc w:val="right"/>
      </w:pPr>
      <w:r>
        <w:t>اس سے کیا انڈیکیشن ملا؟ کہ اس کا کوئی ڈیزائنر ہے۔</w:t>
      </w:r>
    </w:p>
    <w:p>
      <w:r>
        <w:rPr>
          <w:b/>
        </w:rPr>
        <w:t xml:space="preserve">[24:15] </w:t>
      </w:r>
      <w:r>
        <w:t>koi planner hai.</w:t>
      </w:r>
    </w:p>
    <w:p>
      <w:pPr>
        <w:jc w:val="right"/>
      </w:pPr>
      <w:r>
        <w:t>کوئی پلانر ہے۔</w:t>
      </w:r>
    </w:p>
    <w:p>
      <w:r>
        <w:rPr>
          <w:b/>
        </w:rPr>
        <w:t xml:space="preserve">[24:20] </w:t>
      </w:r>
      <w:r>
        <w:t>kyun ke itna zabardast qism ka well designed</w:t>
      </w:r>
    </w:p>
    <w:p>
      <w:pPr>
        <w:jc w:val="right"/>
      </w:pPr>
      <w:r>
        <w:t>کیوں کہ اتنا زبردست قسم کا ویل ڈیزائنڈ</w:t>
      </w:r>
    </w:p>
    <w:p>
      <w:r>
        <w:rPr>
          <w:b/>
        </w:rPr>
        <w:t xml:space="preserve">[24:24] </w:t>
      </w:r>
      <w:r>
        <w:t>phenomenon apne aap nahi ho sakta hai.</w:t>
      </w:r>
    </w:p>
    <w:p>
      <w:pPr>
        <w:jc w:val="right"/>
      </w:pPr>
      <w:r>
        <w:t>فیناومینا اپنے آپ نہیں ہو سکتا ہے۔</w:t>
      </w:r>
    </w:p>
    <w:p>
      <w:r>
        <w:rPr>
          <w:b/>
        </w:rPr>
        <w:t xml:space="preserve">[24:29] </w:t>
      </w:r>
      <w:r>
        <w:t>itni harmony, itni bari universe mein harmony jo chal rahi hai, wo apne aap nahi ho sakti hai.</w:t>
      </w:r>
    </w:p>
    <w:p>
      <w:pPr>
        <w:jc w:val="right"/>
      </w:pPr>
      <w:r>
        <w:t>اتنی ہارمونی، اتنی بڑی یونیورس میں ہارمونی جو چل رہی ہے، وہ اپنے آپ نہیں ہو سکتی ہے۔</w:t>
      </w:r>
    </w:p>
    <w:p>
      <w:r>
        <w:rPr>
          <w:b/>
        </w:rPr>
        <w:t xml:space="preserve">[24:35] </w:t>
      </w:r>
      <w:r>
        <w:t>yeh hain Khuda ke signs.</w:t>
      </w:r>
    </w:p>
    <w:p>
      <w:pPr>
        <w:jc w:val="right"/>
      </w:pPr>
      <w:r>
        <w:t>یہ ہیں خدا کے سائنز۔</w:t>
      </w:r>
    </w:p>
    <w:p>
      <w:r>
        <w:rPr>
          <w:b/>
        </w:rPr>
        <w:t xml:space="preserve">[24:40] </w:t>
      </w:r>
      <w:r>
        <w:t>SIGNS. signs.</w:t>
      </w:r>
    </w:p>
    <w:p>
      <w:pPr>
        <w:jc w:val="right"/>
      </w:pPr>
      <w:r>
        <w:t>ایس آئی جی این ایس۔ سائنز۔</w:t>
      </w:r>
    </w:p>
    <w:p>
      <w:r>
        <w:rPr>
          <w:b/>
        </w:rPr>
        <w:t xml:space="preserve">[24:45] </w:t>
      </w:r>
      <w:r>
        <w:t>yeh doosra, doosri satah, doosri layer hui.</w:t>
      </w:r>
    </w:p>
    <w:p>
      <w:pPr>
        <w:jc w:val="right"/>
      </w:pPr>
      <w:r>
        <w:t>یہ دوسرا، دوسری سطح، دوسری لیئر ہوئی۔</w:t>
      </w:r>
    </w:p>
    <w:p>
      <w:r>
        <w:rPr>
          <w:b/>
        </w:rPr>
        <w:t xml:space="preserve">[24:51] </w:t>
      </w:r>
      <w:r>
        <w:t>ke aadmi jab sochta hai in cheezon ko jise koi aankh se dekhta hai, jise wo kaan se sunta hai,</w:t>
      </w:r>
    </w:p>
    <w:p>
      <w:pPr>
        <w:jc w:val="right"/>
      </w:pPr>
      <w:r>
        <w:t>کہ آدمی جب سوچتا ہے ان چیزوں کو جسے کوئی آنکھ سے دیکھتا ہے، جسے وہ کان سے سنتا ہے،</w:t>
      </w:r>
    </w:p>
    <w:p>
      <w:r>
        <w:rPr>
          <w:b/>
        </w:rPr>
        <w:t xml:space="preserve">[24:56] </w:t>
      </w:r>
      <w:r>
        <w:t>to is mein is ko hidden signs milte hain.</w:t>
      </w:r>
    </w:p>
    <w:p>
      <w:pPr>
        <w:jc w:val="right"/>
      </w:pPr>
      <w:r>
        <w:t>تو اس میں اس کو ہڈن سائنز ملتے ہیں۔</w:t>
      </w:r>
    </w:p>
    <w:p>
      <w:r>
        <w:rPr>
          <w:b/>
        </w:rPr>
        <w:t xml:space="preserve">[25:00] </w:t>
      </w:r>
      <w:r>
        <w:t>chupi hui nishaniyan.</w:t>
      </w:r>
    </w:p>
    <w:p>
      <w:pPr>
        <w:jc w:val="right"/>
      </w:pPr>
      <w:r>
        <w:t>چھپی ہوئی نشانیاں۔</w:t>
      </w:r>
    </w:p>
    <w:p>
      <w:r>
        <w:rPr>
          <w:b/>
        </w:rPr>
        <w:t xml:space="preserve">[25:05] </w:t>
      </w:r>
      <w:r>
        <w:t>yeh nishaniyan khule tor par indicate karti hain ke yahan ek Khuda hai, ek Rab ul Alameen hai, Lord</w:t>
      </w:r>
    </w:p>
    <w:p>
      <w:pPr>
        <w:jc w:val="right"/>
      </w:pPr>
      <w:r>
        <w:t>یہ نشانیاں کھلے طور پر انڈیکیٹ کرتی ہیں کہ یہاں ایک خدا ہے، ایک رب العالمین ہے، لارڈ</w:t>
      </w:r>
    </w:p>
    <w:p>
      <w:r>
        <w:rPr>
          <w:b/>
        </w:rPr>
        <w:t xml:space="preserve">[25:09] </w:t>
      </w:r>
      <w:r>
        <w:t>of the universe hai.</w:t>
      </w:r>
    </w:p>
    <w:p>
      <w:pPr>
        <w:jc w:val="right"/>
      </w:pPr>
      <w:r>
        <w:t>آف دا یونیورس ہے۔</w:t>
      </w:r>
    </w:p>
    <w:p>
      <w:r>
        <w:rPr>
          <w:b/>
        </w:rPr>
        <w:t xml:space="preserve">[25:13] </w:t>
      </w:r>
      <w:r>
        <w:t>yeh sab baatein.</w:t>
      </w:r>
    </w:p>
    <w:p>
      <w:pPr>
        <w:jc w:val="right"/>
      </w:pPr>
      <w:r>
        <w:t>یہ سب باتیں۔</w:t>
      </w:r>
    </w:p>
    <w:p>
      <w:r>
        <w:rPr>
          <w:b/>
        </w:rPr>
        <w:t xml:space="preserve">[25:18] </w:t>
      </w:r>
      <w:r>
        <w:t>phir isi mein yeh bhi hai chupa hua ke jab Khuda ne itna bara, itni bari duniya banai</w:t>
      </w:r>
    </w:p>
    <w:p>
      <w:pPr>
        <w:jc w:val="right"/>
      </w:pPr>
      <w:r>
        <w:t>پھر اسی میں یہ بھی ہے چھپا ہوا کہ جب خدا نے اتنا بڑا، اتنی بڑی دنیا بنائی</w:t>
      </w:r>
    </w:p>
    <w:p>
      <w:r>
        <w:rPr>
          <w:b/>
        </w:rPr>
        <w:t xml:space="preserve">[25:22] </w:t>
      </w:r>
      <w:r>
        <w:t>hai to kuch to is ka</w:t>
      </w:r>
    </w:p>
    <w:p>
      <w:pPr>
        <w:jc w:val="right"/>
      </w:pPr>
      <w:r>
        <w:t>ہے تو کچھ تو اس کا</w:t>
      </w:r>
    </w:p>
    <w:p>
      <w:r>
        <w:rPr>
          <w:b/>
        </w:rPr>
        <w:t xml:space="preserve">[25:27] </w:t>
      </w:r>
      <w:r>
        <w:t>maqsad hoga, kuch toh iska purpose hoga. toh apne aap yeh duniya ek sawaal ban jaati hai ke kya hai iska purpose? hum kyun yahan par hain? yeh doosra layer hua. phir teesra layer jo hai woh hai prophets ka duniya mein aana. aap jante hain ke khuda ne jab</w:t>
      </w:r>
    </w:p>
    <w:p>
      <w:pPr>
        <w:jc w:val="right"/>
      </w:pPr>
      <w:r>
        <w:t>مقصد ہوگا، کچھ تو اس کا پرپس ہوگا۔ تو اپنے آپ یہ دنیا ایک سوال بن جاتی ہے کہ کیا ہے اس کا پرپس؟ ہم کیوں یہاں پر ہیں؟ یہ دوسرا لیئر ہوا۔ پھر تیسرا لیئر جو ہے وہ ہے پرافٹس کا دنیا میں آنا۔ آپ جانتے ہیں کہ خدا نے جب</w:t>
      </w:r>
    </w:p>
    <w:p>
      <w:r>
        <w:rPr>
          <w:b/>
        </w:rPr>
        <w:t xml:space="preserve">[25:57] </w:t>
      </w:r>
      <w:r>
        <w:t>insan ko paida kiya, isi waqt se yeh intezam bhi kiya ke prophetic guidance insan ko barabar milti rahe.</w:t>
      </w:r>
    </w:p>
    <w:p>
      <w:pPr>
        <w:jc w:val="right"/>
      </w:pPr>
      <w:r>
        <w:t>انسان کو پیدا کیا، اسی وقت سے یہ انتظام بھی کیا کہ پرافٹک گائیڈنس انسان کو برابر ملتی رہے۔</w:t>
      </w:r>
    </w:p>
    <w:p>
      <w:r>
        <w:rPr>
          <w:b/>
        </w:rPr>
        <w:t xml:space="preserve">[26:03] </w:t>
      </w:r>
      <w:r>
        <w:t>to sab se pehle insan Adam the.</w:t>
      </w:r>
    </w:p>
    <w:p>
      <w:pPr>
        <w:jc w:val="right"/>
      </w:pPr>
      <w:r>
        <w:t>تو سب سے پہلے انسان آدم تھے۔</w:t>
      </w:r>
    </w:p>
    <w:p>
      <w:r>
        <w:rPr>
          <w:b/>
        </w:rPr>
        <w:t xml:space="preserve">[26:09] </w:t>
      </w:r>
      <w:r>
        <w:t>to Adam sab se pehle prophet bhi the.</w:t>
      </w:r>
    </w:p>
    <w:p>
      <w:pPr>
        <w:jc w:val="right"/>
      </w:pPr>
      <w:r>
        <w:t>تو آدم سب سے پہلے پرافٹ بھی تھے۔</w:t>
      </w:r>
    </w:p>
    <w:p>
      <w:r>
        <w:rPr>
          <w:b/>
        </w:rPr>
        <w:t xml:space="preserve">[26:15] </w:t>
      </w:r>
      <w:r>
        <w:t>inhi se insan ki nasal chali.</w:t>
      </w:r>
    </w:p>
    <w:p>
      <w:pPr>
        <w:jc w:val="right"/>
      </w:pPr>
      <w:r>
        <w:t>انہی سے انسان کی نسل چلی۔</w:t>
      </w:r>
    </w:p>
    <w:p>
      <w:r>
        <w:rPr>
          <w:b/>
        </w:rPr>
        <w:t xml:space="preserve">[26:21] </w:t>
      </w:r>
      <w:r>
        <w:t>saath saath in ko Khuda ne apni guidance bhi di</w:t>
      </w:r>
    </w:p>
    <w:p>
      <w:pPr>
        <w:jc w:val="right"/>
      </w:pPr>
      <w:r>
        <w:t>ساتھ ساتھ ان کو خدا نے اپنی گائیڈنس بھی دی</w:t>
      </w:r>
    </w:p>
    <w:p>
      <w:r>
        <w:rPr>
          <w:b/>
        </w:rPr>
        <w:t xml:space="preserve">[26:27] </w:t>
      </w:r>
      <w:r>
        <w:t>jise wo apni dust ko bata sake wo.</w:t>
      </w:r>
    </w:p>
    <w:p>
      <w:pPr>
        <w:jc w:val="right"/>
      </w:pPr>
      <w:r>
        <w:t>جس کو وہ اپنی ڈسٹ کو بتا سکے وہ۔</w:t>
      </w:r>
    </w:p>
    <w:p>
      <w:r>
        <w:rPr>
          <w:b/>
        </w:rPr>
        <w:t xml:space="preserve">[26:30] </w:t>
      </w:r>
      <w:r>
        <w:t>to kaha jata hai ke Hazrat Adam ko Khuda ki taraf se jo guidance aayi thi, us ko</w:t>
      </w:r>
    </w:p>
    <w:p>
      <w:pPr>
        <w:jc w:val="right"/>
      </w:pPr>
      <w:r>
        <w:t>تو کہا جاتا ہے کہ حضرت آدم کو خدا کی طرف سے جو گائیڈنس آئی تھی، اس کو</w:t>
      </w:r>
    </w:p>
    <w:p>
      <w:r>
        <w:rPr>
          <w:b/>
        </w:rPr>
        <w:t xml:space="preserve">[26:34] </w:t>
      </w:r>
      <w:r>
        <w:t>unhon ne ek mitti ke slab par likha.</w:t>
      </w:r>
    </w:p>
    <w:p>
      <w:pPr>
        <w:jc w:val="right"/>
      </w:pPr>
      <w:r>
        <w:t>انہوں نے ایک مٹی کے سلیب پر لکھا۔</w:t>
      </w:r>
    </w:p>
    <w:p>
      <w:r>
        <w:rPr>
          <w:b/>
        </w:rPr>
        <w:t xml:space="preserve">[26:38] </w:t>
      </w:r>
      <w:r>
        <w:t>kachi mitti ke slab par likha.</w:t>
      </w:r>
    </w:p>
    <w:p>
      <w:pPr>
        <w:jc w:val="right"/>
      </w:pPr>
      <w:r>
        <w:t>کچی مٹی کے سلیب پر لکھا۔</w:t>
      </w:r>
    </w:p>
    <w:p>
      <w:r>
        <w:rPr>
          <w:b/>
        </w:rPr>
        <w:t xml:space="preserve">[26:42] </w:t>
      </w:r>
      <w:r>
        <w:t>phir is kachi mitti ko aag mein daal kar pakaya.</w:t>
      </w:r>
    </w:p>
    <w:p>
      <w:pPr>
        <w:jc w:val="right"/>
      </w:pPr>
      <w:r>
        <w:t>پھر اس کچی مٹی کو آگ میں ڈال کر پکایا۔</w:t>
      </w:r>
    </w:p>
    <w:p>
      <w:r>
        <w:rPr>
          <w:b/>
        </w:rPr>
        <w:t xml:space="preserve">[26:45] </w:t>
      </w:r>
      <w:r>
        <w:t>to woh paki ho gayi.</w:t>
      </w:r>
    </w:p>
    <w:p>
      <w:pPr>
        <w:jc w:val="right"/>
      </w:pPr>
      <w:r>
        <w:t>تو وہ پکی ہو گئی۔</w:t>
      </w:r>
    </w:p>
    <w:p>
      <w:r>
        <w:rPr>
          <w:b/>
        </w:rPr>
        <w:t xml:space="preserve">[26:49] </w:t>
      </w:r>
      <w:r>
        <w:t>jaise ke aap dekhte hain eent.</w:t>
      </w:r>
    </w:p>
    <w:p>
      <w:pPr>
        <w:jc w:val="right"/>
      </w:pPr>
      <w:r>
        <w:t>جیسے کہ آپ دیکھتے ہیں اینٹ۔</w:t>
      </w:r>
    </w:p>
    <w:p>
      <w:r>
        <w:rPr>
          <w:b/>
        </w:rPr>
        <w:t xml:space="preserve">[26:53] </w:t>
      </w:r>
      <w:r>
        <w:t>eent jo hai</w:t>
      </w:r>
    </w:p>
    <w:p>
      <w:pPr>
        <w:jc w:val="right"/>
      </w:pPr>
      <w:r>
        <w:t>اینٹ جو ہے</w:t>
      </w:r>
    </w:p>
    <w:p>
      <w:r>
        <w:rPr>
          <w:b/>
        </w:rPr>
        <w:t xml:space="preserve">[26:57] </w:t>
      </w:r>
      <w:r>
        <w:t>woh mitti hoti hai.</w:t>
      </w:r>
    </w:p>
    <w:p>
      <w:pPr>
        <w:jc w:val="right"/>
      </w:pPr>
      <w:r>
        <w:t>وہ مٹی ہوتی ہے۔</w:t>
      </w:r>
    </w:p>
    <w:p>
      <w:r>
        <w:rPr>
          <w:b/>
        </w:rPr>
        <w:t xml:space="preserve">[27:01] </w:t>
      </w:r>
      <w:r>
        <w:t>phir aag mein daalte hain to paki ho jati hai woh.</w:t>
      </w:r>
    </w:p>
    <w:p>
      <w:pPr>
        <w:jc w:val="right"/>
      </w:pPr>
      <w:r>
        <w:t>پھر آگ میں ڈالتے ہیں تو پکی ہو جاتی ہے وہ۔</w:t>
      </w:r>
    </w:p>
    <w:p>
      <w:r>
        <w:rPr>
          <w:b/>
        </w:rPr>
        <w:t xml:space="preserve">[27:05] </w:t>
      </w:r>
      <w:r>
        <w:t>to unhon ne kachi mitti se bani hui slab par likha us ko.</w:t>
      </w:r>
    </w:p>
    <w:p>
      <w:pPr>
        <w:jc w:val="right"/>
      </w:pPr>
      <w:r>
        <w:t>تو انہوں نے کچی مٹی سے بنی ہوئی سلیب پر لکھا اس کو۔</w:t>
      </w:r>
    </w:p>
    <w:p>
      <w:r>
        <w:rPr>
          <w:b/>
        </w:rPr>
        <w:t xml:space="preserve">[27:09] </w:t>
      </w:r>
      <w:r>
        <w:t>is divine guidance ko.</w:t>
      </w:r>
    </w:p>
    <w:p>
      <w:pPr>
        <w:jc w:val="right"/>
      </w:pPr>
      <w:r>
        <w:t>اس ڈیوائن گائیڈنس کو۔</w:t>
      </w:r>
    </w:p>
    <w:p>
      <w:r>
        <w:rPr>
          <w:b/>
        </w:rPr>
        <w:t xml:space="preserve">[27:13] </w:t>
      </w:r>
      <w:r>
        <w:t>us ko pakaya.</w:t>
      </w:r>
    </w:p>
    <w:p>
      <w:pPr>
        <w:jc w:val="right"/>
      </w:pPr>
      <w:r>
        <w:t>اس کو پکایا۔</w:t>
      </w:r>
    </w:p>
    <w:p>
      <w:r>
        <w:rPr>
          <w:b/>
        </w:rPr>
        <w:t xml:space="preserve">[27:17] </w:t>
      </w:r>
      <w:r>
        <w:t>aur paka kar unhon ne apne apne family mein, apne logon mein chhod diya.</w:t>
      </w:r>
    </w:p>
    <w:p>
      <w:pPr>
        <w:jc w:val="right"/>
      </w:pPr>
      <w:r>
        <w:t>اور پکا کر انہوں نے اپنے اپنے فیملی میں، اپنے لوگوں میں چھوڑ دیا۔</w:t>
      </w:r>
    </w:p>
    <w:p>
      <w:r>
        <w:rPr>
          <w:b/>
        </w:rPr>
        <w:t xml:space="preserve">[27:21] </w:t>
      </w:r>
      <w:r>
        <w:t>yeh slab chalti rahi, chalti rahi yahan tak ke hudood ka jo flood aaya tha, is flood mein</w:t>
      </w:r>
    </w:p>
    <w:p>
      <w:pPr>
        <w:jc w:val="right"/>
      </w:pPr>
      <w:r>
        <w:t>یہ سلیب چلتی رہی، چلتی رہی یہاں تک کہ حدود کا جو فلڈ آیا تھا، اس فلڈ میں</w:t>
      </w:r>
    </w:p>
    <w:p>
      <w:r>
        <w:rPr>
          <w:b/>
        </w:rPr>
        <w:t xml:space="preserve">[27:25] </w:t>
      </w:r>
      <w:r>
        <w:t>woh beh gaya, woh khatm ho gaya.</w:t>
      </w:r>
    </w:p>
    <w:p>
      <w:pPr>
        <w:jc w:val="right"/>
      </w:pPr>
      <w:r>
        <w:t>وہ بہہ گیا، وہ ختم ہو گیا۔</w:t>
      </w:r>
    </w:p>
    <w:p>
      <w:r>
        <w:rPr>
          <w:b/>
        </w:rPr>
        <w:t xml:space="preserve">[27:29] </w:t>
      </w:r>
      <w:r>
        <w:t>to is ke maani ke pehla insan jo tha woh pehla prophet bhi tha.</w:t>
      </w:r>
    </w:p>
    <w:p>
      <w:pPr>
        <w:jc w:val="right"/>
      </w:pPr>
      <w:r>
        <w:t>تو اس کے معنی کہ پہلا انسان جو تھا وہ پہلا پرافٹ بھی تھا۔</w:t>
      </w:r>
    </w:p>
    <w:p>
      <w:r>
        <w:rPr>
          <w:b/>
        </w:rPr>
        <w:t xml:space="preserve">[27:34] </w:t>
      </w:r>
      <w:r>
        <w:t>us ke baad barabar prophet aate rahe.</w:t>
      </w:r>
    </w:p>
    <w:p>
      <w:pPr>
        <w:jc w:val="right"/>
      </w:pPr>
      <w:r>
        <w:t>اس کے بعد برابر پرافٹ آتے رہے۔</w:t>
      </w:r>
    </w:p>
    <w:p>
      <w:r>
        <w:rPr>
          <w:b/>
        </w:rPr>
        <w:t xml:space="preserve">[27:40] </w:t>
      </w:r>
      <w:r>
        <w:t>quran mein hai ke ثم ارسلنا رسلنا تطرا.</w:t>
      </w:r>
    </w:p>
    <w:p>
      <w:pPr>
        <w:jc w:val="right"/>
      </w:pPr>
      <w:r>
        <w:t>قرآن میں ہے کہ ثم ارسلنا رسلنا تطرا۔</w:t>
      </w:r>
    </w:p>
    <w:p>
      <w:r>
        <w:rPr>
          <w:b/>
        </w:rPr>
        <w:t xml:space="preserve">[27:45] </w:t>
      </w:r>
      <w:r>
        <w:t>hum ne lagataar prophet bheje.</w:t>
      </w:r>
    </w:p>
    <w:p>
      <w:pPr>
        <w:jc w:val="right"/>
      </w:pPr>
      <w:r>
        <w:t>ہم نے لگاتار پرافٹ بھیجے۔</w:t>
      </w:r>
    </w:p>
    <w:p>
      <w:r>
        <w:rPr>
          <w:b/>
        </w:rPr>
        <w:t xml:space="preserve">[27:50] </w:t>
      </w:r>
      <w:r>
        <w:t>continuously prophet bheje.</w:t>
      </w:r>
    </w:p>
    <w:p>
      <w:pPr>
        <w:jc w:val="right"/>
      </w:pPr>
      <w:r>
        <w:t>کنٹینیوسلی پرافٹ بھیجے۔</w:t>
      </w:r>
    </w:p>
    <w:p>
      <w:r>
        <w:rPr>
          <w:b/>
        </w:rPr>
        <w:t xml:space="preserve">[27:55] </w:t>
      </w:r>
      <w:r>
        <w:t>to yeh tha yani spoken language mein guide karna.</w:t>
      </w:r>
    </w:p>
    <w:p>
      <w:pPr>
        <w:jc w:val="right"/>
      </w:pPr>
      <w:r>
        <w:t>تو یہ تھا یعنی اسپوکن لینگویج میں گائیڈ کرنا۔</w:t>
      </w:r>
    </w:p>
    <w:p>
      <w:r>
        <w:rPr>
          <w:b/>
        </w:rPr>
        <w:t xml:space="preserve">[28:00] </w:t>
      </w:r>
      <w:r>
        <w:t>do intezam to Khuda ka woh tha jo spoken language mein nahi tha.</w:t>
      </w:r>
    </w:p>
    <w:p>
      <w:pPr>
        <w:jc w:val="right"/>
      </w:pPr>
      <w:r>
        <w:t>دو انتظام تو خدا کا وہ تھا جو اسپوکن لینگویج میں نہیں تھا۔</w:t>
      </w:r>
    </w:p>
    <w:p>
      <w:r>
        <w:rPr>
          <w:b/>
        </w:rPr>
        <w:t xml:space="preserve">[28:07] </w:t>
      </w:r>
      <w:r>
        <w:t>ke inner nature jo hai woh bhi in spoken language mein hai.</w:t>
      </w:r>
    </w:p>
    <w:p>
      <w:pPr>
        <w:jc w:val="right"/>
      </w:pPr>
      <w:r>
        <w:t>کہ انر نیچر جو ہے وہ بھی ان اسپوکن لینگویج میں ہے۔</w:t>
      </w:r>
    </w:p>
    <w:p>
      <w:r>
        <w:rPr>
          <w:b/>
        </w:rPr>
        <w:t xml:space="preserve">[28:13] </w:t>
      </w:r>
      <w:r>
        <w:t>aur yeh jo duniya mein jo signs bikhri hui hain, nishaniyan jo bikhri hui hain, woh bhi spoken</w:t>
      </w:r>
    </w:p>
    <w:p>
      <w:pPr>
        <w:jc w:val="right"/>
      </w:pPr>
      <w:r>
        <w:t>اور یہ جو دنیا میں جو سائنز بکھری ہوئی ہیں، نشانیاں جو بکھری ہوئی ہیں، وہ بھی اسپوکن</w:t>
      </w:r>
    </w:p>
    <w:p>
      <w:r>
        <w:rPr>
          <w:b/>
        </w:rPr>
        <w:t xml:space="preserve">[28:19] </w:t>
      </w:r>
      <w:r>
        <w:t>language mein nahi hain.</w:t>
      </w:r>
    </w:p>
    <w:p>
      <w:pPr>
        <w:jc w:val="right"/>
      </w:pPr>
      <w:r>
        <w:t>لینگویج میں نہیں ہیں۔</w:t>
      </w:r>
    </w:p>
    <w:p>
      <w:r>
        <w:rPr>
          <w:b/>
        </w:rPr>
        <w:t xml:space="preserve">[28:25] </w:t>
      </w:r>
      <w:r>
        <w:t>to yeh do support, do spiritual support jo hai, woh dono ka dono in spoken language mein hai.</w:t>
      </w:r>
    </w:p>
    <w:p>
      <w:pPr>
        <w:jc w:val="right"/>
      </w:pPr>
      <w:r>
        <w:t>تو یہ دو سپورٹ، دو اسپیریچول سپورٹ جو ہے، وہ دونوں کا دونوں ان اسپوکن لینگویج میں ہے۔</w:t>
      </w:r>
    </w:p>
    <w:p>
      <w:r>
        <w:rPr>
          <w:b/>
        </w:rPr>
        <w:t xml:space="preserve">[28:31] </w:t>
      </w:r>
      <w:r>
        <w:t>ab teesra jo hai woh spoken language mein hai.</w:t>
      </w:r>
    </w:p>
    <w:p>
      <w:pPr>
        <w:jc w:val="right"/>
      </w:pPr>
      <w:r>
        <w:t>اب تیسرا جو ہے وہ اسپوکن لینگویج میں ہے۔</w:t>
      </w:r>
    </w:p>
    <w:p>
      <w:r>
        <w:rPr>
          <w:b/>
        </w:rPr>
        <w:t xml:space="preserve">[28:38] </w:t>
      </w:r>
      <w:r>
        <w:t>yani profit aaye, khuda ne in ko sachai jo hai, jo khuda ki baat hai, is ko reveal kiya.</w:t>
      </w:r>
    </w:p>
    <w:p>
      <w:pPr>
        <w:jc w:val="right"/>
      </w:pPr>
      <w:r>
        <w:t>یعنی پرافٹ آئے، خدا نے ان کو سچائی جو ہے، جو خدا کی بات ہے، اس کو ریویل کیا۔</w:t>
      </w:r>
    </w:p>
    <w:p>
      <w:r>
        <w:rPr>
          <w:b/>
        </w:rPr>
        <w:t xml:space="preserve">[28:44] </w:t>
      </w:r>
      <w:r>
        <w:t>to wo zahir hai ke wo lafzon mein tha, shabdon mein tha.</w:t>
      </w:r>
    </w:p>
    <w:p>
      <w:pPr>
        <w:jc w:val="right"/>
      </w:pPr>
      <w:r>
        <w:t>تو وہ ظاہر ہے کہ وہ لفظوں میں تھا، शब्दوں میں تھا۔</w:t>
      </w:r>
    </w:p>
    <w:p>
      <w:r>
        <w:rPr>
          <w:b/>
        </w:rPr>
        <w:t xml:space="preserve">[28:50] </w:t>
      </w:r>
      <w:r>
        <w:t>word of god tha wo.</w:t>
      </w:r>
    </w:p>
    <w:p>
      <w:pPr>
        <w:jc w:val="right"/>
      </w:pPr>
      <w:r>
        <w:t>ورڈ آف گاڈ تھا وہ۔</w:t>
      </w:r>
    </w:p>
    <w:p>
      <w:r>
        <w:rPr>
          <w:b/>
        </w:rPr>
        <w:t xml:space="preserve">[28:57] </w:t>
      </w:r>
      <w:r>
        <w:t>to teesra layer jo hai wo hai spoken language mein insaan ko guideline dena.</w:t>
      </w:r>
    </w:p>
    <w:p>
      <w:pPr>
        <w:jc w:val="right"/>
      </w:pPr>
      <w:r>
        <w:t>تو تیسرا لیئر جو ہے وہ ہے اسپوکن لینگویج میں انسان کو گائیڈ لائن دینا۔</w:t>
      </w:r>
    </w:p>
    <w:p>
      <w:r>
        <w:rPr>
          <w:b/>
        </w:rPr>
        <w:t xml:space="preserve">[29:03] </w:t>
      </w:r>
      <w:r>
        <w:t>ab dekhein toh yahan pahunch kar khuda ki jo guidance hai woh bilkul complete ho jaati hai. is mein koi bhi kami nahi rehti hai. ke insaan par pehle insaan ne apne andar se socha. andar se us ko guidance mili. unspoken language mein. phir us ne aas paas ki duniya mein socha. wahan bhi unspoken lang</w:t>
      </w:r>
    </w:p>
    <w:p>
      <w:pPr>
        <w:jc w:val="right"/>
      </w:pPr>
      <w:r>
        <w:t>اب دیکھیں تو یہاں پہنچ کر خدا کی جو گائیڈنس ہے وہ بالکل کمپلیٹ ہو جاتی ہے۔ اس میں کوئی بھی کمی نہیں رہتی ہے۔ کہ انسان پر پہلے انسان نے اپنے اندر سے سوچا۔ اندر سے اس کو گائیڈنس ملی۔ ان اسپوکن لینگویج میں۔ پھر اس نے آس پاس کی دنیا میں سوچا۔ وہاں بھی ان اسپوکن لینگ</w:t>
      </w:r>
    </w:p>
    <w:p>
      <w:r>
        <w:rPr>
          <w:b/>
        </w:rPr>
        <w:t xml:space="preserve">[29:33] </w:t>
      </w:r>
      <w:r>
        <w:t>uage mein sab cheezein us ko bata rahi theen kuch. sab kuch jo kuch bata rahi theen. phir teesra jo stage hai woh hai spoken language ka. toh yahan par jo prophet aaye aur aakhri prophet Muhammad Sallallahu Alaihi Wasallam ke the, kaha jaata hai ke hadith ke mutabiq ke ek l</w:t>
      </w:r>
    </w:p>
    <w:p>
      <w:pPr>
        <w:jc w:val="right"/>
      </w:pPr>
      <w:r>
        <w:t>ویج میں سب چیزیں اس کو بتا رہی تھیں کچھ۔ سب کچھ جو کچھ بتا رہی تھیں۔ پھر تیسرا جو اسٹیج ہے وہ ہے اسپوکن لینگویج کا۔ تو یہاں پر جو پرافٹ آئے اور آخری پرافٹ محمد صلی اللہ علیہ وسلم کے تھے، کہا جاتا ہے کہ حدیث کے مطابق کہ ایک ل</w:t>
      </w:r>
    </w:p>
    <w:p>
      <w:r>
        <w:rPr>
          <w:b/>
        </w:rPr>
        <w:t xml:space="preserve">[30:03] </w:t>
      </w:r>
      <w:r>
        <w:t>akh chobis hazar profit aaye.</w:t>
      </w:r>
    </w:p>
    <w:p>
      <w:pPr>
        <w:jc w:val="right"/>
      </w:pPr>
      <w:r>
        <w:t>اکھ چوبیس ہزار پرافٹ آئے۔</w:t>
      </w:r>
    </w:p>
    <w:p>
      <w:r>
        <w:rPr>
          <w:b/>
        </w:rPr>
        <w:t xml:space="preserve">[30:08] </w:t>
      </w:r>
      <w:r>
        <w:t>yani adam se le kar muhammad tak.</w:t>
      </w:r>
    </w:p>
    <w:p>
      <w:pPr>
        <w:jc w:val="right"/>
      </w:pPr>
      <w:r>
        <w:t>یعنی آدم سے لے کر محمد تک۔</w:t>
      </w:r>
    </w:p>
    <w:p>
      <w:r>
        <w:rPr>
          <w:b/>
        </w:rPr>
        <w:t xml:space="preserve">[30:12] </w:t>
      </w:r>
      <w:r>
        <w:t>ek lakh chobis hazar profit aaye.</w:t>
      </w:r>
    </w:p>
    <w:p>
      <w:pPr>
        <w:jc w:val="right"/>
      </w:pPr>
      <w:r>
        <w:t>ایک لاکھ چوبیس ہزار پرافٹ آئے۔</w:t>
      </w:r>
    </w:p>
    <w:p>
      <w:r>
        <w:rPr>
          <w:b/>
        </w:rPr>
        <w:t xml:space="preserve">[30:16] </w:t>
      </w:r>
      <w:r>
        <w:t>to different area mein jahan jahan insaan hota tha, har area mein aaye.</w:t>
      </w:r>
    </w:p>
    <w:p>
      <w:pPr>
        <w:jc w:val="right"/>
      </w:pPr>
      <w:r>
        <w:t>تو ڈفرنٹ ایریا میں جہاں جہاں انسان ہوتا تھا، ہر ایریا میں آئے۔</w:t>
      </w:r>
    </w:p>
    <w:p>
      <w:r>
        <w:rPr>
          <w:b/>
        </w:rPr>
        <w:t xml:space="preserve">[30:20] </w:t>
      </w:r>
      <w:r>
        <w:t>walikulli qaumin hat.</w:t>
      </w:r>
    </w:p>
    <w:p>
      <w:pPr>
        <w:jc w:val="right"/>
      </w:pPr>
      <w:r>
        <w:t>ولكل قوم ہاتھ۔</w:t>
      </w:r>
    </w:p>
    <w:p>
      <w:r>
        <w:rPr>
          <w:b/>
        </w:rPr>
        <w:t xml:space="preserve">[30:25] </w:t>
      </w:r>
      <w:r>
        <w:t>wen wen wen min ummati ila khilaf ya nazir.</w:t>
      </w:r>
    </w:p>
    <w:p>
      <w:pPr>
        <w:jc w:val="right"/>
      </w:pPr>
      <w:r>
        <w:t>وین وین وین من امتی الا خلاف یا نظیر۔</w:t>
      </w:r>
    </w:p>
    <w:p>
      <w:r>
        <w:rPr>
          <w:b/>
        </w:rPr>
        <w:t xml:space="preserve">[30:29] </w:t>
      </w:r>
      <w:r>
        <w:t>to har area mein, har insani</w:t>
      </w:r>
    </w:p>
    <w:p>
      <w:pPr>
        <w:jc w:val="right"/>
      </w:pPr>
      <w:r>
        <w:t>تو ہر ایریا میں، ہر انسانی</w:t>
      </w:r>
    </w:p>
    <w:p>
      <w:r>
        <w:rPr>
          <w:b/>
        </w:rPr>
        <w:t xml:space="preserve">[30:33] </w:t>
      </w:r>
      <w:r>
        <w:t>aabadi mein khuda ke paighambar aaye.</w:t>
      </w:r>
    </w:p>
    <w:p>
      <w:pPr>
        <w:jc w:val="right"/>
      </w:pPr>
      <w:r>
        <w:t>آبادی میں خدا کے پیغمبر آئے۔</w:t>
      </w:r>
    </w:p>
    <w:p>
      <w:r>
        <w:rPr>
          <w:b/>
        </w:rPr>
        <w:t xml:space="preserve">[30:38] </w:t>
      </w:r>
      <w:r>
        <w:t>aur unhon ne spoken language mein unhein bataya.</w:t>
      </w:r>
    </w:p>
    <w:p>
      <w:pPr>
        <w:jc w:val="right"/>
      </w:pPr>
      <w:r>
        <w:t>اور انہوں نے اسپوکن لینگویج میں انہیں بتایا۔</w:t>
      </w:r>
    </w:p>
    <w:p>
      <w:r>
        <w:rPr>
          <w:b/>
        </w:rPr>
        <w:t xml:space="preserve">[30:42] </w:t>
      </w:r>
      <w:r>
        <w:t>yani munh se bol kar bhi bataya, likh kar bhi diya.</w:t>
      </w:r>
    </w:p>
    <w:p>
      <w:pPr>
        <w:jc w:val="right"/>
      </w:pPr>
      <w:r>
        <w:t>یعنی منہ سے بول کر بھی بتایا، لکھ کر بھی دیا۔</w:t>
      </w:r>
    </w:p>
    <w:p>
      <w:r>
        <w:rPr>
          <w:b/>
        </w:rPr>
        <w:t xml:space="preserve">[30:46] </w:t>
      </w:r>
      <w:r>
        <w:t>aur kitaab bhi di.</w:t>
      </w:r>
    </w:p>
    <w:p>
      <w:pPr>
        <w:jc w:val="right"/>
      </w:pPr>
      <w:r>
        <w:t>اور کتاب بھی دی۔</w:t>
      </w:r>
    </w:p>
    <w:p>
      <w:r>
        <w:rPr>
          <w:b/>
        </w:rPr>
        <w:t xml:space="preserve">[30:51] </w:t>
      </w:r>
      <w:r>
        <w:t>yahan aa kar insaan ke upar gaya jo kehte hain itmam e hujjat.</w:t>
      </w:r>
    </w:p>
    <w:p>
      <w:pPr>
        <w:jc w:val="right"/>
      </w:pPr>
      <w:r>
        <w:t>یہاں آ کر انسان کے اوپر گیا جو کہتے ہیں اتمام حجت۔</w:t>
      </w:r>
    </w:p>
    <w:p>
      <w:r>
        <w:rPr>
          <w:b/>
        </w:rPr>
        <w:t xml:space="preserve">[30:55] </w:t>
      </w:r>
      <w:r>
        <w:t>itmam e hujjat ho gaya.</w:t>
      </w:r>
    </w:p>
    <w:p>
      <w:pPr>
        <w:jc w:val="right"/>
      </w:pPr>
      <w:r>
        <w:t>اتمام حجت ہو گیا۔</w:t>
      </w:r>
    </w:p>
    <w:p>
      <w:r>
        <w:rPr>
          <w:b/>
        </w:rPr>
        <w:t xml:space="preserve">[30:59] </w:t>
      </w:r>
      <w:r>
        <w:t>itmam e hujjat ka matlab kya hai? insaan ke paas koi</w:t>
      </w:r>
    </w:p>
    <w:p>
      <w:pPr>
        <w:jc w:val="right"/>
      </w:pPr>
      <w:r>
        <w:t>اتمام حجت کا مطلب کیا ہے؟ انسان کے پاس کوئی</w:t>
      </w:r>
    </w:p>
    <w:p>
      <w:r>
        <w:rPr>
          <w:b/>
        </w:rPr>
        <w:t xml:space="preserve">[31:03] </w:t>
      </w:r>
      <w:r>
        <w:t>excuse na rahe.</w:t>
      </w:r>
    </w:p>
    <w:p>
      <w:pPr>
        <w:jc w:val="right"/>
      </w:pPr>
      <w:r>
        <w:t>ایکسکیوز نہ رہے۔</w:t>
      </w:r>
    </w:p>
    <w:p>
      <w:r>
        <w:rPr>
          <w:b/>
        </w:rPr>
        <w:t xml:space="preserve">[31:09] </w:t>
      </w:r>
      <w:r>
        <w:t>yani kisi baat ko itna zyada bata dena.</w:t>
      </w:r>
    </w:p>
    <w:p>
      <w:pPr>
        <w:jc w:val="right"/>
      </w:pPr>
      <w:r>
        <w:t>یعنی کسی بات کو اتنا زیادہ بتا دینا۔</w:t>
      </w:r>
    </w:p>
    <w:p>
      <w:r>
        <w:rPr>
          <w:b/>
        </w:rPr>
        <w:t xml:space="preserve">[31:14] </w:t>
      </w:r>
      <w:r>
        <w:t>itna zyada bata dena.</w:t>
      </w:r>
    </w:p>
    <w:p>
      <w:pPr>
        <w:jc w:val="right"/>
      </w:pPr>
      <w:r>
        <w:t>اتنا زیادہ بتا دینا۔</w:t>
      </w:r>
    </w:p>
    <w:p>
      <w:r>
        <w:rPr>
          <w:b/>
        </w:rPr>
        <w:t xml:space="preserve">[31:19] </w:t>
      </w:r>
      <w:r>
        <w:t>کہ انسان کو، کہ انسان کے پاس یہ کہانی کوئی نہ رہے کہ I was unaware.</w:t>
      </w:r>
    </w:p>
    <w:p>
      <w:pPr>
        <w:jc w:val="right"/>
      </w:pPr>
      <w:r>
        <w:t>کہ انسان کو، کہ انسان کے پاس یہ کہانی کوئی نہ رہے کہ آئی واٹ ان ایویئر۔</w:t>
      </w:r>
    </w:p>
    <w:p>
      <w:r>
        <w:rPr>
          <w:b/>
        </w:rPr>
        <w:t xml:space="preserve">[31:24] </w:t>
      </w:r>
      <w:r>
        <w:t>mujhe pata nahi tha.</w:t>
      </w:r>
    </w:p>
    <w:p>
      <w:pPr>
        <w:jc w:val="right"/>
      </w:pPr>
      <w:r>
        <w:t>مجھے پتہ نہیں تھا۔</w:t>
      </w:r>
    </w:p>
    <w:p>
      <w:r>
        <w:rPr>
          <w:b/>
        </w:rPr>
        <w:t xml:space="preserve">[31:29] </w:t>
      </w:r>
      <w:r>
        <w:t>ye teen level par khuda ne</w:t>
      </w:r>
    </w:p>
    <w:p>
      <w:pPr>
        <w:jc w:val="right"/>
      </w:pPr>
      <w:r>
        <w:t>یہ تین لیول پر خدا نے</w:t>
      </w:r>
    </w:p>
    <w:p>
      <w:r>
        <w:rPr>
          <w:b/>
        </w:rPr>
        <w:t xml:space="preserve">[31:34] </w:t>
      </w:r>
      <w:r>
        <w:t>jo guideline di insaan ko, jo guidance di insaan ko, us ke baad itmam e hujjat ho gaya.</w:t>
      </w:r>
    </w:p>
    <w:p>
      <w:pPr>
        <w:jc w:val="right"/>
      </w:pPr>
      <w:r>
        <w:t>جو گائیڈ لائن دی انسان کو، جو گائیڈنس دی انسان کو، اس کے بعد اتمام حجت ہو گیا۔</w:t>
      </w:r>
    </w:p>
    <w:p>
      <w:r>
        <w:rPr>
          <w:b/>
        </w:rPr>
        <w:t xml:space="preserve">[31:40] </w:t>
      </w:r>
      <w:r>
        <w:t>ab koi insaan ye nahi kar sakta aakhirat mein jab khuda ke haan us pesh hoga wo, jab</w:t>
      </w:r>
    </w:p>
    <w:p>
      <w:pPr>
        <w:jc w:val="right"/>
      </w:pPr>
      <w:r>
        <w:t>اب کوئی انسان یہ نہیں کر سکتا آخرت میں جب خدا کے ہاں اس پیش ہوگا وہ، جب</w:t>
      </w:r>
    </w:p>
    <w:p>
      <w:r>
        <w:rPr>
          <w:b/>
        </w:rPr>
        <w:t xml:space="preserve">[31:46] </w:t>
      </w:r>
      <w:r>
        <w:t>woh khuda ki adalat mein pesh hoga, to koi insan is yeh kehne ki position mein nahi hoga</w:t>
      </w:r>
    </w:p>
    <w:p>
      <w:pPr>
        <w:jc w:val="right"/>
      </w:pPr>
      <w:r>
        <w:t>وہ خدا کی عدالت میں پیش ہوگا، تو کوئی انسان اس یہ کہنے کی پوزیشن میں نہیں ہوگا</w:t>
      </w:r>
    </w:p>
    <w:p>
      <w:r>
        <w:rPr>
          <w:b/>
        </w:rPr>
        <w:t xml:space="preserve">[31:52] </w:t>
      </w:r>
      <w:r>
        <w:t>کہ I was unaware of this fact.</w:t>
      </w:r>
    </w:p>
    <w:p>
      <w:pPr>
        <w:jc w:val="right"/>
      </w:pPr>
      <w:r>
        <w:t>کہ آئی واٹ ان ایویئر آف دس فیکٹ۔</w:t>
      </w:r>
    </w:p>
    <w:p>
      <w:r>
        <w:rPr>
          <w:b/>
        </w:rPr>
        <w:t xml:space="preserve">[31:58] </w:t>
      </w:r>
      <w:r>
        <w:t>to kisi ke paas</w:t>
      </w:r>
    </w:p>
    <w:p>
      <w:pPr>
        <w:jc w:val="right"/>
      </w:pPr>
      <w:r>
        <w:t>تو کسی کے پاس</w:t>
      </w:r>
    </w:p>
    <w:p>
      <w:r>
        <w:rPr>
          <w:b/>
        </w:rPr>
        <w:t xml:space="preserve">[32:04] </w:t>
      </w:r>
      <w:r>
        <w:t>koi excuse nahi hoga.</w:t>
      </w:r>
    </w:p>
    <w:p>
      <w:pPr>
        <w:jc w:val="right"/>
      </w:pPr>
      <w:r>
        <w:t>کوئی ایکسکیوز نہیں ہوگا۔</w:t>
      </w:r>
    </w:p>
    <w:p>
      <w:r>
        <w:rPr>
          <w:b/>
        </w:rPr>
        <w:t xml:space="preserve">[32:10] </w:t>
      </w:r>
      <w:r>
        <w:t>koi excuse nahi hoga.</w:t>
      </w:r>
    </w:p>
    <w:p>
      <w:pPr>
        <w:jc w:val="right"/>
      </w:pPr>
      <w:r>
        <w:t>کوئی ایکسکیوز نہیں ہوگا۔</w:t>
      </w:r>
    </w:p>
    <w:p>
      <w:r>
        <w:rPr>
          <w:b/>
        </w:rPr>
        <w:t xml:space="preserve">[32:16] </w:t>
      </w:r>
      <w:r>
        <w:t>to yeh hai is ayat ka yani short mein matlab.</w:t>
      </w:r>
    </w:p>
    <w:p>
      <w:pPr>
        <w:jc w:val="right"/>
      </w:pPr>
      <w:r>
        <w:t>تو یہ ہے اس آیت کا یعنی شارٹ میں مطلب۔</w:t>
      </w:r>
    </w:p>
    <w:p>
      <w:r>
        <w:rPr>
          <w:b/>
        </w:rPr>
        <w:t xml:space="preserve">[32:22] </w:t>
      </w:r>
      <w:r>
        <w:t>wama khalaqtul jinna wal insa illa li ya'budun.</w:t>
      </w:r>
    </w:p>
    <w:p>
      <w:pPr>
        <w:jc w:val="right"/>
      </w:pPr>
      <w:r>
        <w:t>وما خلقت الجن والانس الا لیعبدون۔</w:t>
      </w:r>
    </w:p>
    <w:p>
      <w:r>
        <w:rPr>
          <w:b/>
        </w:rPr>
        <w:t xml:space="preserve">[32:29] </w:t>
      </w:r>
      <w:r>
        <w:t>yani khuda ne paida kiya insan ko is liye</w:t>
      </w:r>
    </w:p>
    <w:p>
      <w:pPr>
        <w:jc w:val="right"/>
      </w:pPr>
      <w:r>
        <w:t>یعنی خدا نے پیدا کیا انسان کو اس لیے</w:t>
      </w:r>
    </w:p>
    <w:p>
      <w:r>
        <w:rPr>
          <w:b/>
        </w:rPr>
        <w:t xml:space="preserve">[32:35] </w:t>
      </w:r>
      <w:r>
        <w:t>ke yahan par is dunya mein woh khuda ka ibadat guzar ban kar rahe.</w:t>
      </w:r>
    </w:p>
    <w:p>
      <w:pPr>
        <w:jc w:val="right"/>
      </w:pPr>
      <w:r>
        <w:t>کہ یہاں پر اس دنیا میں وہ خدا کا عبادت گزار بن کر رہے۔</w:t>
      </w:r>
    </w:p>
    <w:p>
      <w:r>
        <w:rPr>
          <w:b/>
        </w:rPr>
        <w:t xml:space="preserve">[32:41] </w:t>
      </w:r>
      <w:r>
        <w:t>yani khuda ki ibadat karne wala ban kar rahe.</w:t>
      </w:r>
    </w:p>
    <w:p>
      <w:pPr>
        <w:jc w:val="right"/>
      </w:pPr>
      <w:r>
        <w:t>یعنی خدا کی عبادت کرنے والا بن کر رہے۔</w:t>
      </w:r>
    </w:p>
    <w:p>
      <w:r>
        <w:rPr>
          <w:b/>
        </w:rPr>
        <w:t xml:space="preserve">[32:47] </w:t>
      </w:r>
      <w:r>
        <w:t>yani woh, yani khuda ne paida kiya lekin woh khuda woh hamari un seen raha.</w:t>
      </w:r>
    </w:p>
    <w:p>
      <w:pPr>
        <w:jc w:val="right"/>
      </w:pPr>
      <w:r>
        <w:t>یعنی وہ، یعنی خدا نے پیدا کیا لیکن وہ خدا وہ ہماری ان سین رہا۔</w:t>
      </w:r>
    </w:p>
    <w:p>
      <w:r>
        <w:rPr>
          <w:b/>
        </w:rPr>
        <w:t xml:space="preserve">[32:53] </w:t>
      </w:r>
      <w:r>
        <w:t>un aankhon se hum khuda ko dekh nahi paate.</w:t>
      </w:r>
    </w:p>
    <w:p>
      <w:pPr>
        <w:jc w:val="right"/>
      </w:pPr>
      <w:r>
        <w:t>ان آنکھوں سے ہم خدا کو دیکھ نہیں پاتے۔</w:t>
      </w:r>
    </w:p>
    <w:p>
      <w:r>
        <w:rPr>
          <w:b/>
        </w:rPr>
        <w:t xml:space="preserve">[32:59] </w:t>
      </w:r>
      <w:r>
        <w:t>yani bohat si cheezon ko hum un aankhon se dekh nahi paate. bas</w:t>
      </w:r>
    </w:p>
    <w:p>
      <w:pPr>
        <w:jc w:val="right"/>
      </w:pPr>
      <w:r>
        <w:t>یعنی بہت سی چیزوں کو ہم ان آنکھوں سے دیکھ نہیں پاتے۔ بس</w:t>
      </w:r>
    </w:p>
    <w:p>
      <w:r>
        <w:rPr>
          <w:b/>
        </w:rPr>
        <w:t xml:space="preserve">[33:05] </w:t>
      </w:r>
      <w:r>
        <w:t>hum x-rays ko nahi dekhte.</w:t>
      </w:r>
    </w:p>
    <w:p>
      <w:pPr>
        <w:jc w:val="right"/>
      </w:pPr>
      <w:r>
        <w:t>ہم کاسپی ریز کو نہیں دیکھتے۔</w:t>
      </w:r>
    </w:p>
    <w:p>
      <w:r>
        <w:rPr>
          <w:b/>
        </w:rPr>
        <w:t xml:space="preserve">[33:09] </w:t>
      </w:r>
      <w:r>
        <w:t>hum gravity, gravity ko nahi dekhte.</w:t>
      </w:r>
    </w:p>
    <w:p>
      <w:pPr>
        <w:jc w:val="right"/>
      </w:pPr>
      <w:r>
        <w:t>ہم گریٹیوٹی، گریویٹی کو نہیں دیکھتے۔</w:t>
      </w:r>
    </w:p>
    <w:p>
      <w:r>
        <w:rPr>
          <w:b/>
        </w:rPr>
        <w:t xml:space="preserve">[33:13] </w:t>
      </w:r>
      <w:r>
        <w:t>hum x-rays ko nahi dekhte.</w:t>
      </w:r>
    </w:p>
    <w:p>
      <w:pPr>
        <w:jc w:val="right"/>
      </w:pPr>
      <w:r>
        <w:t>ہم ایکس ریز کو نہیں دیکھتے۔</w:t>
      </w:r>
    </w:p>
    <w:p>
      <w:r>
        <w:rPr>
          <w:b/>
        </w:rPr>
        <w:t xml:space="preserve">[33:18] </w:t>
      </w:r>
      <w:r>
        <w:t>insan ke soul ko hum nahi dekhte.</w:t>
      </w:r>
    </w:p>
    <w:p>
      <w:pPr>
        <w:jc w:val="right"/>
      </w:pPr>
      <w:r>
        <w:t>انسان کے سول کو ہم نہیں دیکھتے۔</w:t>
      </w:r>
    </w:p>
    <w:p>
      <w:r>
        <w:rPr>
          <w:b/>
        </w:rPr>
        <w:t xml:space="preserve">[33:22] </w:t>
      </w:r>
      <w:r>
        <w:t>to khuda jo hai un aankhon se hamein dikhai nahi deta.</w:t>
      </w:r>
    </w:p>
    <w:p>
      <w:pPr>
        <w:jc w:val="right"/>
      </w:pPr>
      <w:r>
        <w:t>تو خدا جو ہے ان آنکھوں سے ہمیں دکھائی نہیں دیتا۔</w:t>
      </w:r>
    </w:p>
    <w:p>
      <w:r>
        <w:rPr>
          <w:b/>
        </w:rPr>
        <w:t xml:space="preserve">[33:27] </w:t>
      </w:r>
      <w:r>
        <w:t>baat to hamein isi ki karni hai kyunke woh hamara creator hai woh.</w:t>
      </w:r>
    </w:p>
    <w:p>
      <w:pPr>
        <w:jc w:val="right"/>
      </w:pPr>
      <w:r>
        <w:t>بات تو ہمیں اسی کی کرنی ہے کیونکہ وہ ہمارا کریٹر ہے وہ۔</w:t>
      </w:r>
    </w:p>
    <w:p>
      <w:r>
        <w:rPr>
          <w:b/>
        </w:rPr>
        <w:t xml:space="preserve">[33:31] </w:t>
      </w:r>
      <w:r>
        <w:t>to ab hamein kya karna hai? hum apne mind ko activate karein.</w:t>
      </w:r>
    </w:p>
    <w:p>
      <w:pPr>
        <w:jc w:val="right"/>
      </w:pPr>
      <w:r>
        <w:t>تو اب ہمیں کیا کرنا ہے؟ ہم اپنے مائنڈ کو ایکٹیویٹ کریں۔</w:t>
      </w:r>
    </w:p>
    <w:p>
      <w:r>
        <w:rPr>
          <w:b/>
        </w:rPr>
        <w:t xml:space="preserve">[33:35] </w:t>
      </w:r>
      <w:r>
        <w:t>apne andar intellectual process chalayein. intellectual process.</w:t>
      </w:r>
    </w:p>
    <w:p>
      <w:pPr>
        <w:jc w:val="right"/>
      </w:pPr>
      <w:r>
        <w:t>اپنے اندر انٹلیکچول پروسیس چلائیں۔ انٹلیکچول پروسیس۔</w:t>
      </w:r>
    </w:p>
    <w:p>
      <w:r>
        <w:rPr>
          <w:b/>
        </w:rPr>
        <w:t xml:space="preserve">[33:42] </w:t>
      </w:r>
      <w:r>
        <w:t>yani sochein, sochein, sochein.</w:t>
      </w:r>
    </w:p>
    <w:p>
      <w:pPr>
        <w:jc w:val="right"/>
      </w:pPr>
      <w:r>
        <w:t>یعنی سوچیں، سوچیں، سوچیں۔</w:t>
      </w:r>
    </w:p>
    <w:p>
      <w:r>
        <w:rPr>
          <w:b/>
        </w:rPr>
        <w:t xml:space="preserve">[33:48] </w:t>
      </w:r>
      <w:r>
        <w:t>aur unseen world ko, un unseen god ko seen god banayein.</w:t>
      </w:r>
    </w:p>
    <w:p>
      <w:pPr>
        <w:jc w:val="right"/>
      </w:pPr>
      <w:r>
        <w:t>اور ان سین ورلڈ کو، ان ان سین گاڈ کو سین گاڈ بنائیں۔</w:t>
      </w:r>
    </w:p>
    <w:p>
      <w:r>
        <w:rPr>
          <w:b/>
        </w:rPr>
        <w:t xml:space="preserve">[33:54] </w:t>
      </w:r>
      <w:r>
        <w:t>unseen god ko seen god banayein.</w:t>
      </w:r>
    </w:p>
    <w:p>
      <w:pPr>
        <w:jc w:val="right"/>
      </w:pPr>
      <w:r>
        <w:t>ان سین گاڈ کو سین گاڈ بنائیں۔</w:t>
      </w:r>
    </w:p>
    <w:p>
      <w:r>
        <w:rPr>
          <w:b/>
        </w:rPr>
        <w:t xml:space="preserve">[34:00] </w:t>
      </w:r>
      <w:r>
        <w:t>yani jis jis ko hum apni is un aankhon se nahi dekh sakte, us ko mind ki aankh se dekhein.</w:t>
      </w:r>
    </w:p>
    <w:p>
      <w:pPr>
        <w:jc w:val="right"/>
      </w:pPr>
      <w:r>
        <w:t>یعنی جس جس کو ہم اپنی اس ان آنکھوں سے نہیں دیکھ سکتے، اس کو مائنڈ کی آنکھ سے دیکھیں۔</w:t>
      </w:r>
    </w:p>
    <w:p>
      <w:r>
        <w:rPr>
          <w:b/>
        </w:rPr>
        <w:t xml:space="preserve">[34:06] </w:t>
      </w:r>
      <w:r>
        <w:t>jis ko hum, jis khuda ko hum apni physical aankhon se nahi dekh sakte, usko hum apne mind ki aankhon se dekhein. phir hum usko hum realize karein. usko hum discover karein. aur phir uska nateeja kya hoga? uska result kya hoga? ke hamare andar sab submissive character paida hoga. yani khuda ke greatness ko jab hum janenge to pata chalega hum to uske muqable mein kuch</w:t>
      </w:r>
    </w:p>
    <w:p>
      <w:pPr>
        <w:jc w:val="right"/>
      </w:pPr>
      <w:r>
        <w:t>جس کو ہم، جس خدا کو ہم اپنی فزیکل آنکھوں سے نہیں دیکھ سکتے، اس کو ہم اپنے مائنڈ کی آنکھوں سے دیکھیں۔ پھر ہم اس کو ہم ریلائز کریں۔ اس کو ہم ڈسکور کریں۔ اور پھر اس کا نتیجہ کیا ہوگا؟ اس کا رزلٹ کیا ہوگا؟ کہ ہمارے اندر سب سبمیسیو کریکٹر پیدا ہوگا۔ یعنی خدا کے گریٹنس کو جب ہم جانیں گے تو پتہ چلے گا ہم تو اس کے مقابلے میں کچھ</w:t>
      </w:r>
    </w:p>
    <w:p>
      <w:r>
        <w:rPr>
          <w:b/>
        </w:rPr>
        <w:t xml:space="preserve">[34:36] </w:t>
      </w:r>
      <w:r>
        <w:t>bhi nahi hain.</w:t>
      </w:r>
    </w:p>
    <w:p>
      <w:pPr>
        <w:jc w:val="right"/>
      </w:pPr>
      <w:r>
        <w:t>بھی نہیں ہیں۔</w:t>
      </w:r>
    </w:p>
    <w:p>
      <w:r>
        <w:rPr>
          <w:b/>
        </w:rPr>
        <w:t xml:space="preserve">[34:41] </w:t>
      </w:r>
      <w:r>
        <w:t>hum to helpless hain is ke muqable mein.</w:t>
      </w:r>
    </w:p>
    <w:p>
      <w:pPr>
        <w:jc w:val="right"/>
      </w:pPr>
      <w:r>
        <w:t>ہم تو ہیلپ لیس ہیں اس کے مقابلے میں۔</w:t>
      </w:r>
    </w:p>
    <w:p>
      <w:r>
        <w:rPr>
          <w:b/>
        </w:rPr>
        <w:t xml:space="preserve">[34:46] </w:t>
      </w:r>
      <w:r>
        <w:t>wo creator hai, hum creature hain.</w:t>
      </w:r>
    </w:p>
    <w:p>
      <w:pPr>
        <w:jc w:val="right"/>
      </w:pPr>
      <w:r>
        <w:t>وہ کریٹر ہے، ہم کریچر ہیں۔</w:t>
      </w:r>
    </w:p>
    <w:p>
      <w:r>
        <w:rPr>
          <w:b/>
        </w:rPr>
        <w:t xml:space="preserve">[34:51] </w:t>
      </w:r>
      <w:r>
        <w:t>تو جب ہم ڈسکور کریں گے خدا کے greatness کو تو ساتھ ساتھ ہم یہ بھی ڈسکور کریں</w:t>
      </w:r>
    </w:p>
    <w:p>
      <w:pPr>
        <w:jc w:val="right"/>
      </w:pPr>
      <w:r>
        <w:t>تو جب ہم ڈسکور کریں گے خدا کے گریٹنس کو تو ساتھ ساتھ ہم یہ بھی ڈسکور کریں</w:t>
      </w:r>
    </w:p>
    <w:p>
      <w:r>
        <w:rPr>
          <w:b/>
        </w:rPr>
        <w:t xml:space="preserve">[34:56] </w:t>
      </w:r>
      <w:r>
        <w:t>گے کہ ہم اس کے مقابلے میں helpless ہیں۔</w:t>
      </w:r>
    </w:p>
    <w:p>
      <w:pPr>
        <w:jc w:val="right"/>
      </w:pPr>
      <w:r>
        <w:t>گے کہ ہم اس کے مقابلے میں ہیلپ لیس ہیں۔</w:t>
      </w:r>
    </w:p>
    <w:p>
      <w:r>
        <w:rPr>
          <w:b/>
        </w:rPr>
        <w:t xml:space="preserve">[35:01] </w:t>
      </w:r>
      <w:r>
        <w:t>اسی کی help سے ہم اس دنیا میں زندہ ہیں۔</w:t>
      </w:r>
    </w:p>
    <w:p>
      <w:pPr>
        <w:jc w:val="right"/>
      </w:pPr>
      <w:r>
        <w:t>اسی کی ہیلپ سے ہم اس دنیا میں زندہ ہیں۔</w:t>
      </w:r>
    </w:p>
    <w:p>
      <w:r>
        <w:rPr>
          <w:b/>
        </w:rPr>
        <w:t xml:space="preserve">[35:05] </w:t>
      </w:r>
      <w:r>
        <w:t>isi ki help se hum is dunya mein koi taraqqi hasil kar sakte hain.</w:t>
      </w:r>
    </w:p>
    <w:p>
      <w:pPr>
        <w:jc w:val="right"/>
      </w:pPr>
      <w:r>
        <w:t>اسی کی ہیلپ سے ہم اس دنیا میں کوئی ترقی حاصل کر سکتے ہیں۔</w:t>
      </w:r>
    </w:p>
    <w:p>
      <w:r>
        <w:rPr>
          <w:b/>
        </w:rPr>
        <w:t xml:space="preserve">[35:10] </w:t>
      </w:r>
      <w:r>
        <w:t>تو جب یہ ہوگا تو اس کے بعد آگے اس بقیہ ساری چیزیں اپنے آپ unfold ہوتی</w:t>
      </w:r>
    </w:p>
    <w:p>
      <w:pPr>
        <w:jc w:val="right"/>
      </w:pPr>
      <w:r>
        <w:t>تو جب یہ ہوگا تو اس کے بعد آگے اس بقیہ ساری چیزیں اپنے آپ ان فولڈ ہوتی</w:t>
      </w:r>
    </w:p>
    <w:p>
      <w:r>
        <w:rPr>
          <w:b/>
        </w:rPr>
        <w:t xml:space="preserve">[35:15] </w:t>
      </w:r>
      <w:r>
        <w:t>chali jayegi.</w:t>
      </w:r>
    </w:p>
    <w:p>
      <w:pPr>
        <w:jc w:val="right"/>
      </w:pPr>
      <w:r>
        <w:t>چلی جائیں گی۔</w:t>
      </w:r>
    </w:p>
    <w:p>
      <w:r>
        <w:rPr>
          <w:b/>
        </w:rPr>
        <w:t xml:space="preserve">[35:20] </w:t>
      </w:r>
      <w:r>
        <w:t>sach poochhein to ma'rifat naam hai unfolding ka.</w:t>
      </w:r>
    </w:p>
    <w:p>
      <w:pPr>
        <w:jc w:val="right"/>
      </w:pPr>
      <w:r>
        <w:t>سچ پوچھیں تو معرفت نام ہے ان فولڈنگ کا۔</w:t>
      </w:r>
    </w:p>
    <w:p>
      <w:r>
        <w:rPr>
          <w:b/>
        </w:rPr>
        <w:t xml:space="preserve">[35:25] </w:t>
      </w:r>
      <w:r>
        <w:t>ma'rifat naam hai unfolding ka.</w:t>
      </w:r>
    </w:p>
    <w:p>
      <w:pPr>
        <w:jc w:val="right"/>
      </w:pPr>
      <w:r>
        <w:t>معرفت نام ہے ان فولڈنگ کا۔</w:t>
      </w:r>
    </w:p>
    <w:p>
      <w:r>
        <w:rPr>
          <w:b/>
        </w:rPr>
        <w:t xml:space="preserve">[35:30] </w:t>
      </w:r>
      <w:r>
        <w:t>یعنی جس چیز کو ہم کہتے ہیں realization، وہ unfolding ہے۔</w:t>
      </w:r>
    </w:p>
    <w:p>
      <w:pPr>
        <w:jc w:val="right"/>
      </w:pPr>
      <w:r>
        <w:t>یعنی جس چیز کو ہم کہتے ہیں ریلائزیشن، وہ ان فولڈنگ ہے۔</w:t>
      </w:r>
    </w:p>
    <w:p>
      <w:r>
        <w:rPr>
          <w:b/>
        </w:rPr>
        <w:t xml:space="preserve">[35:35] </w:t>
      </w:r>
      <w:r>
        <w:t>کیونکہ already وہ سب interwoven ہیں میرے اندر۔</w:t>
      </w:r>
    </w:p>
    <w:p>
      <w:pPr>
        <w:jc w:val="right"/>
      </w:pPr>
      <w:r>
        <w:t>کیونکہ آل ریڈی وہ سب انٹروون ہیں میرے اندر۔</w:t>
      </w:r>
    </w:p>
    <w:p>
      <w:r>
        <w:rPr>
          <w:b/>
        </w:rPr>
        <w:t xml:space="preserve">[35:40] </w:t>
      </w:r>
      <w:r>
        <w:t>isi ko mein unfold karke jaanta hoon. to yeh ek lamba process hai jo marne tak jaari rehta hai. kyun? yani aap pehle to yeh karte hain ke khuda ko discover karte hain. phir ek submissive life banate hain uske liye samne. lekin yahin par baat khatam nahi hoti.</w:t>
      </w:r>
    </w:p>
    <w:p>
      <w:pPr>
        <w:jc w:val="right"/>
      </w:pPr>
      <w:r>
        <w:t>اسی کو میں ان فولڈ کر کے جانتا ہوں۔ تو یہ ایک لمبا پروسیس ہے جو مرنے تک جاری رہتا ہے۔ کیوں؟ یعنی آپ پہلے تو یہ کرتے ہیں کہ خدا کو ڈسکور کرتے ہیں۔ پھر ایک سبمیسیو لائف بناتے ہیں اس کے لیے سامنے۔ لیکن یہیں پر بات ختم نہیں ہوتی۔</w:t>
      </w:r>
    </w:p>
    <w:p>
      <w:r>
        <w:rPr>
          <w:b/>
        </w:rPr>
        <w:t xml:space="preserve">[36:10] </w:t>
      </w:r>
      <w:r>
        <w:t>quran mein hai ke imaan jo hai barhta rehta hai, barhta rehta hai, barhta rehta hai.</w:t>
      </w:r>
    </w:p>
    <w:p>
      <w:pPr>
        <w:jc w:val="right"/>
      </w:pPr>
      <w:r>
        <w:t>قرآن میں ہے کہ ایمان جو ہے بڑھتا رہتا ہے، بڑھتا رہتا ہے، بڑھتا رہتا ہے۔</w:t>
      </w:r>
    </w:p>
    <w:p>
      <w:r>
        <w:rPr>
          <w:b/>
        </w:rPr>
        <w:t xml:space="preserve">[36:16] </w:t>
      </w:r>
      <w:r>
        <w:t>تو اس کا مطلب کیا ہوا؟ ایمان ایک ever increasing phenomena ہے۔</w:t>
      </w:r>
    </w:p>
    <w:p>
      <w:pPr>
        <w:jc w:val="right"/>
      </w:pPr>
      <w:r>
        <w:t>تو اس کا مطلب کیا ہوا؟ ایمان ایک ایور انکریزنگ فیناومینا ہے۔</w:t>
      </w:r>
    </w:p>
    <w:p>
      <w:r>
        <w:rPr>
          <w:b/>
        </w:rPr>
        <w:t xml:space="preserve">[36:22] </w:t>
      </w:r>
      <w:r>
        <w:t>یعنی خدا کو، خدا اتنا بڑا ہے، اتنا بڑا ہے کہ ہم اربوں کھربوں سال، billion trillion saal</w:t>
      </w:r>
    </w:p>
    <w:p>
      <w:pPr>
        <w:jc w:val="right"/>
      </w:pPr>
      <w:r>
        <w:t>یعنی خدا کو، خدا اتنا بڑا ہے، اتنا بڑا ہے کہ ہم اربوں کھربوں سال، بلین ٹریلین سال</w:t>
      </w:r>
    </w:p>
    <w:p>
      <w:r>
        <w:rPr>
          <w:b/>
        </w:rPr>
        <w:t xml:space="preserve">[36:28] </w:t>
      </w:r>
      <w:r>
        <w:t>bhi is ko discover karte rahen.</w:t>
      </w:r>
    </w:p>
    <w:p>
      <w:pPr>
        <w:jc w:val="right"/>
      </w:pPr>
      <w:r>
        <w:t>بھی اس کو ڈسکور کرتے رہیں۔</w:t>
      </w:r>
    </w:p>
    <w:p>
      <w:r>
        <w:rPr>
          <w:b/>
        </w:rPr>
        <w:t xml:space="preserve">[36:34] </w:t>
      </w:r>
      <w:r>
        <w:t>تو ہم کبھی بھی اس، یعنی ہماری discovery complete</w:t>
      </w:r>
    </w:p>
    <w:p>
      <w:pPr>
        <w:jc w:val="right"/>
      </w:pPr>
      <w:r>
        <w:t>تو ہم کبھی بھی اس، یعنی ہماری ڈسکوری کمپ</w:t>
      </w:r>
    </w:p>
    <w:p>
      <w:r>
        <w:rPr>
          <w:b/>
        </w:rPr>
        <w:t xml:space="preserve">[36:40] </w:t>
      </w:r>
      <w:r>
        <w:t>late nahi hogi.</w:t>
      </w:r>
    </w:p>
    <w:p>
      <w:pPr>
        <w:jc w:val="right"/>
      </w:pPr>
      <w:r>
        <w:t>لیٹ نہیں ہوگی۔</w:t>
      </w:r>
    </w:p>
    <w:p>
      <w:r>
        <w:rPr>
          <w:b/>
        </w:rPr>
        <w:t xml:space="preserve">[36:47] </w:t>
      </w:r>
      <w:r>
        <w:t>to is tarah se har din hamari discovery jari rehti hai.</w:t>
      </w:r>
    </w:p>
    <w:p>
      <w:pPr>
        <w:jc w:val="right"/>
      </w:pPr>
      <w:r>
        <w:t>تو اس طرح سے ہر دن ہماری ڈسکوری جاری رہتی ہے۔</w:t>
      </w:r>
    </w:p>
    <w:p>
      <w:r>
        <w:rPr>
          <w:b/>
        </w:rPr>
        <w:t xml:space="preserve">[36:54] </w:t>
      </w:r>
      <w:r>
        <w:t>ہر دن ہمارا realization جو ہے وہ چلتا رہتا ہے۔</w:t>
      </w:r>
    </w:p>
    <w:p>
      <w:pPr>
        <w:jc w:val="right"/>
      </w:pPr>
      <w:r>
        <w:t>ہر دن ہمارا ریلائزیشن جو ہے وہ چلتا رہتا ہے۔</w:t>
      </w:r>
    </w:p>
    <w:p>
      <w:r>
        <w:rPr>
          <w:b/>
        </w:rPr>
        <w:t xml:space="preserve">[37:00] </w:t>
      </w:r>
      <w:r>
        <w:t>اس سے ہمیں وہ ایمان ملتا ہے، وہ conviction ملتا ہے۔</w:t>
      </w:r>
    </w:p>
    <w:p>
      <w:pPr>
        <w:jc w:val="right"/>
      </w:pPr>
      <w:r>
        <w:t>اس سے ہمیں وہ ایمان ملتا ہے، وہ کنوکشن ملتا ہے۔</w:t>
      </w:r>
    </w:p>
    <w:p>
      <w:r>
        <w:rPr>
          <w:b/>
        </w:rPr>
        <w:t xml:space="preserve">[37:07] </w:t>
      </w:r>
      <w:r>
        <w:t>جس میں ہر وقت، یعنی ایک creative type کا conviction، ایک living type کا conviction۔</w:t>
      </w:r>
    </w:p>
    <w:p>
      <w:pPr>
        <w:jc w:val="right"/>
      </w:pPr>
      <w:r>
        <w:t>جس میں ہر وقت، یعنی ایک کریٹیو ٹائپ کا کنوکشن، ایک لیونگ ٹائپ کا کنوکشن۔</w:t>
      </w:r>
    </w:p>
    <w:p>
      <w:r>
        <w:rPr>
          <w:b/>
        </w:rPr>
        <w:t xml:space="preserve">[37:13] </w:t>
      </w:r>
      <w:r>
        <w:t>jo kabhi ghatne wala na ho.</w:t>
      </w:r>
    </w:p>
    <w:p>
      <w:pPr>
        <w:jc w:val="right"/>
      </w:pPr>
      <w:r>
        <w:t>جو کبھی گھٹنے والا نہ ہو۔</w:t>
      </w:r>
    </w:p>
    <w:p>
      <w:r>
        <w:rPr>
          <w:b/>
        </w:rPr>
        <w:t xml:space="preserve">[37:19] </w:t>
      </w:r>
      <w:r>
        <w:t>jis par kabhi stagnation na aaye.</w:t>
      </w:r>
    </w:p>
    <w:p>
      <w:pPr>
        <w:jc w:val="right"/>
      </w:pPr>
      <w:r>
        <w:t>جس پر کبھی اسٹیگریشن نہ آئے۔</w:t>
      </w:r>
    </w:p>
    <w:p>
      <w:r>
        <w:rPr>
          <w:b/>
        </w:rPr>
        <w:t xml:space="preserve">[37:25] </w:t>
      </w:r>
      <w:r>
        <w:t>تو ایمان جو ہے یا faith جو ہے، جس کو ہم کہتے ہیں realization، وہ کوئی ایسی چیز</w:t>
      </w:r>
    </w:p>
    <w:p>
      <w:pPr>
        <w:jc w:val="right"/>
      </w:pPr>
      <w:r>
        <w:t>تو ایمان جو ہے یا فیتھ جو ہے، جس کو ہم کہتے ہیں ریلائزیشن، وہ کوئی ایسی چیز</w:t>
      </w:r>
    </w:p>
    <w:p>
      <w:r>
        <w:rPr>
          <w:b/>
        </w:rPr>
        <w:t xml:space="preserve">[37:31] </w:t>
      </w:r>
      <w:r>
        <w:t>نہیں ہے جس جس کو کہ کچھ دنوں کے بعد stagnation آ جائے۔</w:t>
      </w:r>
    </w:p>
    <w:p>
      <w:pPr>
        <w:jc w:val="right"/>
      </w:pPr>
      <w:r>
        <w:t>نہیں ہے جس جس کو کہ کچھ دنوں کے بعد اسٹیگریشن آ جائے۔</w:t>
      </w:r>
    </w:p>
    <w:p>
      <w:r>
        <w:rPr>
          <w:b/>
        </w:rPr>
        <w:t xml:space="preserve">[37:37] </w:t>
      </w:r>
      <w:r>
        <w:t>وہ living faith ہے، living faith۔ وہ ہمار</w:t>
      </w:r>
    </w:p>
    <w:p>
      <w:pPr>
        <w:jc w:val="right"/>
      </w:pPr>
      <w:r>
        <w:t>وہ لیونگ فیتھ ہے، لیونگ فیتھ۔ وہ ہمار</w:t>
      </w:r>
    </w:p>
    <w:p>
      <w:r>
        <w:rPr>
          <w:b/>
        </w:rPr>
        <w:t xml:space="preserve">[37:43] </w:t>
      </w:r>
      <w:r>
        <w:t>mind ko creative banata hai.</w:t>
      </w:r>
    </w:p>
    <w:p>
      <w:pPr>
        <w:jc w:val="right"/>
      </w:pPr>
      <w:r>
        <w:t>ے مائنڈ کو کریٹیو بناتا ہے۔</w:t>
      </w:r>
    </w:p>
    <w:p>
      <w:r>
        <w:rPr>
          <w:b/>
        </w:rPr>
        <w:t xml:space="preserve">[37:50] </w:t>
      </w:r>
      <w:r>
        <w:t>ہمیں ہر وقت ایک نئی نئی discovery کراتا ہے۔</w:t>
      </w:r>
    </w:p>
    <w:p>
      <w:pPr>
        <w:jc w:val="right"/>
      </w:pPr>
      <w:r>
        <w:t>ہمیں ہر وقت ایک نئی نئی ڈسکوری کراتا ہے۔</w:t>
      </w:r>
    </w:p>
    <w:p>
      <w:r>
        <w:rPr>
          <w:b/>
        </w:rPr>
        <w:t xml:space="preserve">[37:56] </w:t>
      </w:r>
      <w:r>
        <w:t>ہر دن ہمیں نئی نئی چیزوں کا realization ہوتا ہے۔</w:t>
      </w:r>
    </w:p>
    <w:p>
      <w:pPr>
        <w:jc w:val="right"/>
      </w:pPr>
      <w:r>
        <w:t>ہر دن ہمیں نئی نئی چیزوں کا ریلائزیشن ہوتا ہے۔</w:t>
      </w:r>
    </w:p>
    <w:p>
      <w:r>
        <w:rPr>
          <w:b/>
        </w:rPr>
        <w:t xml:space="preserve">[38:03] </w:t>
      </w:r>
      <w:r>
        <w:t>تو اس معنی کہ ایمان جو ہے وہ جڑا ہوا ہے intellectual development سے۔</w:t>
      </w:r>
    </w:p>
    <w:p>
      <w:pPr>
        <w:jc w:val="right"/>
      </w:pPr>
      <w:r>
        <w:t>تو اس معنی کہ ایمان جو ہے وہ جڑا ہوا ہے انٹلیکچول ڈیولپمنٹ سے۔</w:t>
      </w:r>
    </w:p>
    <w:p>
      <w:r>
        <w:rPr>
          <w:b/>
        </w:rPr>
        <w:t xml:space="preserve">[38:09] </w:t>
      </w:r>
      <w:r>
        <w:t>ایمان جڑا ہوا ہے spiritual development سے۔</w:t>
      </w:r>
    </w:p>
    <w:p>
      <w:pPr>
        <w:jc w:val="right"/>
      </w:pPr>
      <w:r>
        <w:t>ایمان جڑا ہوا ہے اسپیریچول ڈیولپمنٹ سے۔</w:t>
      </w:r>
    </w:p>
    <w:p>
      <w:r>
        <w:rPr>
          <w:b/>
        </w:rPr>
        <w:t xml:space="preserve">[38:16] </w:t>
      </w:r>
      <w:r>
        <w:t>iman aur development dono ek doosre se juri hui hain. aisa nahi hai ke iman jo hai koi aisi cheez hai, yani ke ek bar mil gaya to mil gaya bas. jaise yeh ek pathar hai, ek mil gaya aap ko to bas mil gaya. nahi, woh ever increasing phenomena hai. har waqt badhta rehta hai, har waqt badhta rehta hai. jaise aap dekh</w:t>
      </w:r>
    </w:p>
    <w:p>
      <w:pPr>
        <w:jc w:val="right"/>
      </w:pPr>
      <w:r>
        <w:t>ایمان اور ڈیولپمنٹ دونوں ایک دوسرے سے جڑی ہوئی ہیں۔ ایسا نہیں ہے کہ ایمان جو ہے کوئی ایسی چیز ہے، یعنی کہ ایک بار مل گیا تو مل گیا بس۔ جیسے یہ ایک پتھر ہے، ایک مل گیا آپ کو تو بس مل گیا۔ نہیں۔ وہ ایور انکریزنگ فیناومینا ہے۔ ہر وقت بڑھتا رہتا ہے، ہر وقت بڑھتا رہتا ہے۔ جیسے آپ دیکھ</w:t>
      </w:r>
    </w:p>
    <w:p>
      <w:r>
        <w:rPr>
          <w:b/>
        </w:rPr>
        <w:t xml:space="preserve">[38:46] </w:t>
      </w:r>
      <w:r>
        <w:t>ein, iman ki ek misaal di hai quran majeed mein is se, darakht se. misal kalimatin tayyibatin kashajaratin tayyibatin asliha thabitun wa faruha fis sama. yani darakht kya hai? ek tree kya hai? tree begins from a seed. s double e t seed. yani starting point ek tree ka seed hota hai. seed ek choti si cheez hai. mitti mein daal diya aap ne. isi se phir kya hua? akhwa nikla. phir tana nikla. phir tana mota hua. phir branches nikli. phir patti nikli. phir phool nikla. phir phal nikla. yani itne bade seed se le kar ek itna bada darakht jo upar sara phail jaye. asliha thabitun wa faruha</w:t>
      </w:r>
    </w:p>
    <w:p>
      <w:pPr>
        <w:jc w:val="right"/>
      </w:pPr>
      <w:r>
        <w:t>یں، ایمان کی ایک مثال دی ہے قرآن مجید میں اس سے، درخت سے۔ مثل کلمۃ طیبۃ کشرۃ طیبۃ اصلہ ثابت وفرہا فی السماء۔ یعنی درخت کیا ہے؟ ایک ٹری کیا ہے؟ ٹری بیگنز فرام ا سیڈ۔ ایس ڈبل ای ٹی سیڈ۔ یعنی سٹ</w:t>
      </w:r>
    </w:p>
    <w:p>
      <w:r>
        <w:rPr>
          <w:b/>
        </w:rPr>
        <w:t xml:space="preserve">[39:16] </w:t>
      </w:r>
      <w:r>
        <w:t>fis sama. iski jar zameen mein hai aur iski branches aasman mein hain. yeh misaal di gayi hai iman ki, faith ki, realization ki. ke khuda ka realization koi aisi cheez nahi hai jaise ent pathar hota hai. woh grow karta hai, grow karta hai, grow karta hai. just like tree.</w:t>
      </w:r>
    </w:p>
    <w:p>
      <w:pPr>
        <w:jc w:val="right"/>
      </w:pPr>
      <w:r>
        <w:t>ارٹنگ پوائنٹ ایک ٹری کا سیڈ ہوتا ہے۔ سیڈ ایک چھوٹی سی چیز ہے۔ مٹی میں ڈال دیا آپ نے۔ اسی سے پھر کیا ہوا؟ اخوا نکلا۔ پھر تنا نکلا۔ پھر تنا موٹا ہوا۔ پھر برانچز نکلیں۔ پھر پتی نکلی۔ پھر پھول نکلا۔ پھر پھل نکلا۔ یعنی اتنے بڑے سیڈ سے لے کر ایک اتنا بڑا درخت جو اوپر سارا پھیل جائے۔ اصلہ ثابت وفرہ</w:t>
      </w:r>
    </w:p>
    <w:p>
      <w:r>
        <w:rPr>
          <w:b/>
        </w:rPr>
        <w:t xml:space="preserve">[39:46] </w:t>
      </w:r>
      <w:r>
        <w:t>fi as-samaa.</w:t>
      </w:r>
    </w:p>
    <w:p>
      <w:pPr>
        <w:jc w:val="right"/>
      </w:pPr>
      <w:r>
        <w:t>ا فی السماء۔</w:t>
      </w:r>
    </w:p>
    <w:p>
      <w:r>
        <w:rPr>
          <w:b/>
        </w:rPr>
        <w:t xml:space="preserve">[39:51] </w:t>
      </w:r>
      <w:r>
        <w:t>is ki jar zameen mein hai aur is ki branches aasman mein hain.</w:t>
      </w:r>
    </w:p>
    <w:p>
      <w:pPr>
        <w:jc w:val="right"/>
      </w:pPr>
      <w:r>
        <w:t>اس کی جڑ زمین میں ہے اور اس کی برانچز آسمان میں ہیں۔</w:t>
      </w:r>
    </w:p>
    <w:p>
      <w:r>
        <w:rPr>
          <w:b/>
        </w:rPr>
        <w:t xml:space="preserve">[39:57] </w:t>
      </w:r>
      <w:r>
        <w:t>yeh misaal di gayi hai imaan ki, faith ki, realization ki.</w:t>
      </w:r>
    </w:p>
    <w:p>
      <w:pPr>
        <w:jc w:val="right"/>
      </w:pPr>
      <w:r>
        <w:t>یہ مثال دی گئی ہے ایمان کی، فیتھ کی، ریلائزیشن کی۔</w:t>
      </w:r>
    </w:p>
    <w:p>
      <w:r>
        <w:rPr>
          <w:b/>
        </w:rPr>
        <w:t xml:space="preserve">[40:03] </w:t>
      </w:r>
      <w:r>
        <w:t>ke khuda ka realization koi aisi cheez nahi hai jaise eent pathar hota hai.</w:t>
      </w:r>
    </w:p>
    <w:p>
      <w:pPr>
        <w:jc w:val="right"/>
      </w:pPr>
      <w:r>
        <w:t>کہ خدا کا ریلائزیشن کوئی ایسی چیز نہیں ہے جیسے اینٹ پتھر ہوتا ہے۔</w:t>
      </w:r>
    </w:p>
    <w:p>
      <w:r>
        <w:rPr>
          <w:b/>
        </w:rPr>
        <w:t xml:space="preserve">[40:08] </w:t>
      </w:r>
      <w:r>
        <w:t>wo grow karta hai, grow karta hai, grow karta hai.</w:t>
      </w:r>
    </w:p>
    <w:p>
      <w:pPr>
        <w:jc w:val="right"/>
      </w:pPr>
      <w:r>
        <w:t>وہ گرو کرتا ہے، گرو کرتا ہے، گرو کرتا ہے۔</w:t>
      </w:r>
    </w:p>
    <w:p>
      <w:r>
        <w:rPr>
          <w:b/>
        </w:rPr>
        <w:t xml:space="preserve">[40:14] </w:t>
      </w:r>
      <w:r>
        <w:t>just like tree.</w:t>
      </w:r>
    </w:p>
    <w:p>
      <w:pPr>
        <w:jc w:val="right"/>
      </w:pPr>
      <w:r>
        <w:t>جسٹ لائک ٹری۔</w:t>
      </w:r>
    </w:p>
    <w:p>
      <w:r>
        <w:rPr>
          <w:b/>
        </w:rPr>
        <w:t xml:space="preserve">[40:20] </w:t>
      </w:r>
      <w:r>
        <w:t>ani intellectual development ya spiritual development ka jo process hai, woh life time chalta hai. marte waqt tak chalta hai. iska kabhi end nahi hota. agar woh ruk jaye, agar end aa jaye to samjhiye ke woh pathar tha, woh peed nahi tha. agar aap ek pathar ka ek tukda lein jo bilkul beej ki shakal ka ho. seed, yani pathar ke aise tukd</w:t>
      </w:r>
    </w:p>
    <w:p>
      <w:pPr>
        <w:jc w:val="right"/>
      </w:pPr>
      <w:r>
        <w:t>یعنی آج آپ کو جو ریلائزیشن ہوا، جو ڈسکوری ہوئی، جو آپ نے کو دریافت ہوئی، تو سمجھئے کہ ایک سیڈ آیا آپ کے پرسنیلٹی میں۔ اب وہ سیڈ گرو کرے گا، گرو کرے گا، گرو کرے گا۔ اور وہ لائف ٹائم گرو کرتا رہے گا۔ آخر وقت تک۔ یعنی یہ جو پروسیس ہے ڈیولپمنٹ کا، جو پروسیس ہے، ی</w:t>
      </w:r>
    </w:p>
    <w:p>
      <w:r>
        <w:rPr>
          <w:b/>
        </w:rPr>
        <w:t xml:space="preserve">[40:50] </w:t>
      </w:r>
      <w:r>
        <w:t>e hote hain jo bilkul hi dekhne mein seed lagein. seed, ab is ko aap daal diye soil mein. to das bees saal bhi, so saal bhi waise hi ke waise hi rahega. yani stone se jo seed bana ho, woh grow nahi, grow nahi karega woh. waise hi ke waise hi rahega. lekin jo real seed hota hai, real seed, woh to grow karta hai. p</w:t>
      </w:r>
    </w:p>
    <w:p>
      <w:pPr>
        <w:jc w:val="right"/>
      </w:pPr>
      <w:r>
        <w:t>عنی انٹلیکچول ڈیولپمنٹ یا اسپیریچول ڈیولپمنٹ کا جو پروسیس ہے، وہ لائف ٹائم چلتا ہے۔ مرتے وقت تک چلتا ہے۔ اس کا کبھی اینڈ نہیں ہوتا۔ اگر وہ رک جائے، اگر اینڈ آ جائے تو سمجھئے کہ وہ پتھر تھا، وہ پیڑ نہیں تھا۔ اگر آپ ایک پتھر کا ایک ٹکڑا لیں جو بالکل بیج کی شکل کا ہو۔ سیڈ، یعنی پتھر کے ایسے ٹکڑ</w:t>
      </w:r>
    </w:p>
    <w:p>
      <w:r>
        <w:rPr>
          <w:b/>
        </w:rPr>
        <w:t xml:space="preserve">[41:20] </w:t>
      </w:r>
      <w:r>
        <w:t>hura darakht ban jata hai grow karte karte. isi tarah se aap ko agar iman mila hai, woh iman grow nahi kar raha hai, to samajh lijiye ke woh woh sirf ek pathar ka seed tha. woh iman nahi tha. iman ki yeh pehchan hai, realization ki yeh pehchan hai, khuda ki discovery ki yeh pehchan</w:t>
      </w:r>
    </w:p>
    <w:p>
      <w:pPr>
        <w:jc w:val="right"/>
      </w:pPr>
      <w:r>
        <w:t>ے ہوتے ہیں جو بالکل ہی دیکھنے میں سیڈ لگیں۔ سیڈ، اب اس کو آپ ڈال دیئے سوائل میں۔ تو دس بیس سال بھی، سو سال بھی ویسے ہی کے ویسے ہی رہے گا۔ یعنی اسٹون سے جو سیڈ بنا ہو، وہ گرو نہیں، گرو نہیں کرے گا وہ۔ ویسے ہی کے ویسے ہی رہے گا۔ لیکن جو جو ریئل سیڈ ہوتا ہے، ریئل سیڈ، وہ تو گرو کرتا ہے۔ پ</w:t>
      </w:r>
    </w:p>
    <w:p>
      <w:r>
        <w:rPr>
          <w:b/>
        </w:rPr>
        <w:t xml:space="preserve">[41:50] </w:t>
      </w:r>
      <w:r>
        <w:t>wo ra darakht ban jata hai grow karte karte.</w:t>
      </w:r>
    </w:p>
    <w:p>
      <w:pPr>
        <w:jc w:val="right"/>
      </w:pPr>
      <w:r>
        <w:t>ورا درخت بن جاتا ہے گرو کرتے کرتے۔</w:t>
      </w:r>
    </w:p>
    <w:p>
      <w:r>
        <w:rPr>
          <w:b/>
        </w:rPr>
        <w:t xml:space="preserve">[41:56] </w:t>
      </w:r>
      <w:r>
        <w:t>isi tarah se aap ko agar imaan mila hai, wo imaan grow nahi kar raha hai, to samajh</w:t>
      </w:r>
    </w:p>
    <w:p>
      <w:pPr>
        <w:jc w:val="right"/>
      </w:pPr>
      <w:r>
        <w:t>اسی طرح سے آپ کو اگر ایمان ملا ہے، وہ ایمان گرو نہیں کر رہا ہے، تو سمجھ</w:t>
      </w:r>
    </w:p>
    <w:p>
      <w:r>
        <w:rPr>
          <w:b/>
        </w:rPr>
        <w:t xml:space="preserve">[42:02] </w:t>
      </w:r>
      <w:r>
        <w:t>lijiye ke wo wo sirf ek pathar ka seed tha.</w:t>
      </w:r>
    </w:p>
    <w:p>
      <w:pPr>
        <w:jc w:val="right"/>
      </w:pPr>
      <w:r>
        <w:t>لیجئے کہ وہ وہ صرف ایک پتھر کا سیڈ تھا۔</w:t>
      </w:r>
    </w:p>
    <w:p>
      <w:r>
        <w:rPr>
          <w:b/>
        </w:rPr>
        <w:t xml:space="preserve">[42:08] </w:t>
      </w:r>
      <w:r>
        <w:t>wo imaan nahi tha.</w:t>
      </w:r>
    </w:p>
    <w:p>
      <w:pPr>
        <w:jc w:val="right"/>
      </w:pPr>
      <w:r>
        <w:t>وہ ایمان نہیں تھا۔</w:t>
      </w:r>
    </w:p>
    <w:p>
      <w:r>
        <w:rPr>
          <w:b/>
        </w:rPr>
        <w:t xml:space="preserve">[42:14] </w:t>
      </w:r>
      <w:r>
        <w:t>imaan ki yeh pehchan hai, realization ki yeh pehchan hai, khuda ki discovery ki yeh pehchan</w:t>
      </w:r>
    </w:p>
    <w:p>
      <w:pPr>
        <w:jc w:val="right"/>
      </w:pPr>
      <w:r>
        <w:t>ایمان کی یہ پہچان ہے، ریلائزیشن کی یہ پہچان ہے، خدا کی ڈسکوری کی یہ پہچان</w:t>
      </w:r>
    </w:p>
    <w:p>
      <w:r>
        <w:rPr>
          <w:b/>
        </w:rPr>
        <w:t xml:space="preserve">[42:20] </w:t>
      </w:r>
      <w:r>
        <w:t>hai, ya ma'rifat ki khud ki yeh pehchan hai.</w:t>
      </w:r>
    </w:p>
    <w:p>
      <w:pPr>
        <w:jc w:val="right"/>
      </w:pPr>
      <w:r>
        <w:t>ہے، یا معرفت کی خود کی یہ پہچان ہے۔</w:t>
      </w:r>
    </w:p>
    <w:p>
      <w:r>
        <w:rPr>
          <w:b/>
        </w:rPr>
        <w:t xml:space="preserve">[42:24] </w:t>
      </w:r>
      <w:r>
        <w:t>yani khuda ki marifat agar ho jaye to is ki yeh pehchan hai ke woh garoo karega,</w:t>
      </w:r>
    </w:p>
    <w:p>
      <w:pPr>
        <w:jc w:val="right"/>
      </w:pPr>
      <w:r>
        <w:t>یعنی خدا کی معرفت اگر ہو جائے تو اس کی یہ پہچان ہے کہ وہ گرو کرے گا،</w:t>
      </w:r>
    </w:p>
    <w:p>
      <w:r>
        <w:rPr>
          <w:b/>
        </w:rPr>
        <w:t xml:space="preserve">[42:28] </w:t>
      </w:r>
      <w:r>
        <w:t>garoo karega, garoo karega.</w:t>
      </w:r>
    </w:p>
    <w:p>
      <w:pPr>
        <w:jc w:val="right"/>
      </w:pPr>
      <w:r>
        <w:t>گرو کرے گا، گرو کرے گا۔</w:t>
      </w:r>
    </w:p>
    <w:p>
      <w:r>
        <w:rPr>
          <w:b/>
        </w:rPr>
        <w:t xml:space="preserve">[42:33] </w:t>
      </w:r>
      <w:r>
        <w:t>misal kalmatayebah kasratayebah aslah sabit farha fi al-sama.</w:t>
      </w:r>
    </w:p>
    <w:p>
      <w:pPr>
        <w:jc w:val="right"/>
      </w:pPr>
      <w:r>
        <w:t>مثل کلمۃ طیبۃ کشرۃ طیبۃ اصلہ ثابت وفرہا فی السماء۔</w:t>
      </w:r>
    </w:p>
    <w:p>
      <w:r>
        <w:rPr>
          <w:b/>
        </w:rPr>
        <w:t xml:space="preserve">[42:37] </w:t>
      </w:r>
      <w:r>
        <w:t>jis tarah se darakht zameen mein aik chote se seed ki shakal mein dala jata hai, barhte barhte</w:t>
      </w:r>
    </w:p>
    <w:p>
      <w:pPr>
        <w:jc w:val="right"/>
      </w:pPr>
      <w:r>
        <w:t>جس طرح سے درخت زمین میں ایک چھوٹے سے سیڈ کی شکل میں ڈالا جاتا ہے، بڑھتے بڑھتے</w:t>
      </w:r>
    </w:p>
    <w:p>
      <w:r>
        <w:rPr>
          <w:b/>
        </w:rPr>
        <w:t xml:space="preserve">[42:41] </w:t>
      </w:r>
      <w:r>
        <w:t>barhte barhte woh sari fiza mein phail jata hai.</w:t>
      </w:r>
    </w:p>
    <w:p>
      <w:pPr>
        <w:jc w:val="right"/>
      </w:pPr>
      <w:r>
        <w:t>بڑھتے بڑھتے وہ ساری فضا میں پھیل جاتا ہے۔</w:t>
      </w:r>
    </w:p>
    <w:p>
      <w:r>
        <w:rPr>
          <w:b/>
        </w:rPr>
        <w:t xml:space="preserve">[42:45] </w:t>
      </w:r>
      <w:r>
        <w:t>aise hi mamla</w:t>
      </w:r>
    </w:p>
    <w:p>
      <w:pPr>
        <w:jc w:val="right"/>
      </w:pPr>
      <w:r>
        <w:t>ایسے ہی معامل</w:t>
      </w:r>
    </w:p>
    <w:p>
      <w:r>
        <w:rPr>
          <w:b/>
        </w:rPr>
        <w:t xml:space="preserve">[42:50] </w:t>
      </w:r>
      <w:r>
        <w:t>hai imaan ka hai.</w:t>
      </w:r>
    </w:p>
    <w:p>
      <w:pPr>
        <w:jc w:val="right"/>
      </w:pPr>
      <w:r>
        <w:t>ہ ایمان کا ہے۔</w:t>
      </w:r>
    </w:p>
    <w:p>
      <w:r>
        <w:rPr>
          <w:b/>
        </w:rPr>
        <w:t xml:space="preserve">[42:54] </w:t>
      </w:r>
      <w:r>
        <w:t>to jaisa ke maine arz kiya, ibadat shuru hoti hai imaan se, realization se, discovery se, marifat</w:t>
      </w:r>
    </w:p>
    <w:p>
      <w:pPr>
        <w:jc w:val="right"/>
      </w:pPr>
      <w:r>
        <w:t>تو جیسا کہ میں نے عرض کیا، عبادت شروع ہوتی ہے ایمان سے، ریلائزیشن سے، ڈسکوری سے، معرفت</w:t>
      </w:r>
    </w:p>
    <w:p>
      <w:r>
        <w:rPr>
          <w:b/>
        </w:rPr>
        <w:t xml:space="preserve">[42:58] </w:t>
      </w:r>
      <w:r>
        <w:t>isko kehte hain, marifat se.</w:t>
      </w:r>
    </w:p>
    <w:p>
      <w:pPr>
        <w:jc w:val="right"/>
      </w:pPr>
      <w:r>
        <w:t>اس کو کہتے ہیں، معرفت سے۔</w:t>
      </w:r>
    </w:p>
    <w:p>
      <w:r>
        <w:rPr>
          <w:b/>
        </w:rPr>
        <w:t xml:space="preserve">[43:03] </w:t>
      </w:r>
      <w:r>
        <w:t>yani ibadat shuru hoti hai marifat se.</w:t>
      </w:r>
    </w:p>
    <w:p>
      <w:pPr>
        <w:jc w:val="right"/>
      </w:pPr>
      <w:r>
        <w:t>یعنی عبادت شروع ہوتی ہے معرفت سے۔</w:t>
      </w:r>
    </w:p>
    <w:p>
      <w:r>
        <w:rPr>
          <w:b/>
        </w:rPr>
        <w:t xml:space="preserve">[43:07] </w:t>
      </w:r>
      <w:r>
        <w:t>Ma'rifat is the starting point of ibadah.</w:t>
      </w:r>
    </w:p>
    <w:p>
      <w:pPr>
        <w:jc w:val="right"/>
      </w:pPr>
      <w:r>
        <w:t>معرفت از دا سٹارٹنگ پوائنٹ آف عبادت۔</w:t>
      </w:r>
    </w:p>
    <w:p>
      <w:r>
        <w:rPr>
          <w:b/>
        </w:rPr>
        <w:t xml:space="preserve">[43:11] </w:t>
      </w:r>
      <w:r>
        <w:t>lekin marifat kya hai? woh koi stone nahi hai.</w:t>
      </w:r>
    </w:p>
    <w:p>
      <w:pPr>
        <w:jc w:val="right"/>
      </w:pPr>
      <w:r>
        <w:t>لیکن معرفت کیا ہے؟ وہ کوئی سٹون نہیں ہے۔</w:t>
      </w:r>
    </w:p>
    <w:p>
      <w:r>
        <w:rPr>
          <w:b/>
        </w:rPr>
        <w:t xml:space="preserve">[43:15] </w:t>
      </w:r>
      <w:r>
        <w:t>woh koi stone like ch</w:t>
      </w:r>
    </w:p>
    <w:p>
      <w:pPr>
        <w:jc w:val="right"/>
      </w:pPr>
      <w:r>
        <w:t>وہ کوئی سٹون لائک چ</w:t>
      </w:r>
    </w:p>
    <w:p>
      <w:r>
        <w:rPr>
          <w:b/>
        </w:rPr>
        <w:t xml:space="preserve">[43:20] </w:t>
      </w:r>
      <w:r>
        <w:t>hum ne paida kiya hai ibadat ke liye, to poori zindagi ka is mein muamla aa gaya hai. yani is se murad ek aisa process hai jo sari zindagi, sari life time jaari rehta hai. aisa nahi ke ek bar aap ne kalma padh liya to iman mil gaya. aap ne kuch rituals ada kar liye to ibadat ho gayi. nahi, bilkul nahi. na to kuch</w:t>
      </w:r>
    </w:p>
    <w:p>
      <w:pPr>
        <w:jc w:val="right"/>
      </w:pPr>
      <w:r>
        <w:t>یز نہیں ہے۔ وہ وہ تو ایک لیونگ چیز ہے، ایک لیونگ اینٹیٹی ہے۔ وہ ایک زندہ حقیقت ہے۔ وہ یہ تو ہونا ہی ہونا ہے کہ وہ گرو کرے۔ آج جب وہ گرو کرنا شروع کرے گا تو اس کا کوئی اینڈ نہیں ہے۔ یہاں تک کہ موت آ جائے۔ یہاں تک کہ موت آ جائے۔ تو یہ جو فرمایا کہ انسان کو</w:t>
      </w:r>
    </w:p>
    <w:p>
      <w:r>
        <w:rPr>
          <w:b/>
        </w:rPr>
        <w:t xml:space="preserve">[43:50] </w:t>
      </w:r>
      <w:r>
        <w:t>hum ne paida kiya hai ibadat ke liye, to poori zindagi ka is mein mamla aa gaya hai.</w:t>
      </w:r>
    </w:p>
    <w:p>
      <w:pPr>
        <w:jc w:val="right"/>
      </w:pPr>
      <w:r>
        <w:t>ہم نے پیدا کیا ہے عبادت کے لیے، تو پوری زندگی کا اس میں معاملہ آ گیا ہے۔</w:t>
      </w:r>
    </w:p>
    <w:p>
      <w:r>
        <w:rPr>
          <w:b/>
        </w:rPr>
        <w:t xml:space="preserve">[43:55] </w:t>
      </w:r>
      <w:r>
        <w:t>yani is se murad aik aisa process hai jo sari zindagi, sari life time jari rehta hai.</w:t>
      </w:r>
    </w:p>
    <w:p>
      <w:pPr>
        <w:jc w:val="right"/>
      </w:pPr>
      <w:r>
        <w:t>یعنی اس سے مراد ایک ایسا پروسیس ہے جو ساری زندگی، ساری لائف ٹائم جاری رہتا ہے۔</w:t>
      </w:r>
    </w:p>
    <w:p>
      <w:r>
        <w:rPr>
          <w:b/>
        </w:rPr>
        <w:t xml:space="preserve">[44:00] </w:t>
      </w:r>
      <w:r>
        <w:t>aisa nahi ke aik bar aap ne kalma padh liya to imaan mil gaya.</w:t>
      </w:r>
    </w:p>
    <w:p>
      <w:pPr>
        <w:jc w:val="right"/>
      </w:pPr>
      <w:r>
        <w:t>ایسا نہیں کہ ایک بار آپ نے کلمہ پڑھ لیا تو ایمان مل گیا۔</w:t>
      </w:r>
    </w:p>
    <w:p>
      <w:r>
        <w:rPr>
          <w:b/>
        </w:rPr>
        <w:t xml:space="preserve">[44:05] </w:t>
      </w:r>
      <w:r>
        <w:t>aap ne kuch rituals ada kar liye to ibadat ho gayi.</w:t>
      </w:r>
    </w:p>
    <w:p>
      <w:pPr>
        <w:jc w:val="right"/>
      </w:pPr>
      <w:r>
        <w:t>آپ نے کچھ ریچولز ادا کر لیے تو عبادت ہو گئی۔</w:t>
      </w:r>
    </w:p>
    <w:p>
      <w:r>
        <w:rPr>
          <w:b/>
        </w:rPr>
        <w:t xml:space="preserve">[44:10] </w:t>
      </w:r>
      <w:r>
        <w:t>nahi, bilkul nahi.</w:t>
      </w:r>
    </w:p>
    <w:p>
      <w:pPr>
        <w:jc w:val="right"/>
      </w:pPr>
      <w:r>
        <w:t>نہیں، بالکل نہیں۔</w:t>
      </w:r>
    </w:p>
    <w:p>
      <w:r>
        <w:rPr>
          <w:b/>
        </w:rPr>
        <w:t xml:space="preserve">[44:16] </w:t>
      </w:r>
      <w:r>
        <w:t>na to kuch</w:t>
      </w:r>
    </w:p>
    <w:p>
      <w:pPr>
        <w:jc w:val="right"/>
      </w:pPr>
      <w:r>
        <w:t>نہ تو کچھ</w:t>
      </w:r>
    </w:p>
    <w:p>
      <w:r>
        <w:rPr>
          <w:b/>
        </w:rPr>
        <w:t xml:space="preserve">[44:21] </w:t>
      </w:r>
      <w:r>
        <w:t>kuch, yani aik aik aik aik kalme ka koi reset karne se imaan aata, na kuch rituals</w:t>
      </w:r>
    </w:p>
    <w:p>
      <w:pPr>
        <w:jc w:val="right"/>
      </w:pPr>
      <w:r>
        <w:t>، کچھ، یعنی ایک ایک ایک ایک کلمے کا کوئی ریسیٹ کرنے سے ایمان آتا، نہ کچھ ریچولز</w:t>
      </w:r>
    </w:p>
    <w:p>
      <w:r>
        <w:rPr>
          <w:b/>
        </w:rPr>
        <w:t xml:space="preserve">[44:28] </w:t>
      </w:r>
      <w:r>
        <w:t>ko ada karne se ibadat ho jati hai.</w:t>
      </w:r>
    </w:p>
    <w:p>
      <w:pPr>
        <w:jc w:val="right"/>
      </w:pPr>
      <w:r>
        <w:t>کو ادا کرنے سے عبادت ہو جاتی ہے۔</w:t>
      </w:r>
    </w:p>
    <w:p>
      <w:r>
        <w:rPr>
          <w:b/>
        </w:rPr>
        <w:t xml:space="preserve">[44:36] </w:t>
      </w:r>
      <w:r>
        <w:t>yeh to aik living entity hai, living reality hai.</w:t>
      </w:r>
    </w:p>
    <w:p>
      <w:pPr>
        <w:jc w:val="right"/>
      </w:pPr>
      <w:r>
        <w:t>یہ تو ایک لیونگ اینٹیٹی ہے، لیونگ ریلیٹی ہے۔</w:t>
      </w:r>
    </w:p>
    <w:p>
      <w:r>
        <w:rPr>
          <w:b/>
        </w:rPr>
        <w:t xml:space="preserve">[44:43] </w:t>
      </w:r>
      <w:r>
        <w:t>to is mani yeh hua ke ibadat jo farmaya ke ibadat ke liye, to life time ibadat ke liye,</w:t>
      </w:r>
    </w:p>
    <w:p>
      <w:pPr>
        <w:jc w:val="right"/>
      </w:pPr>
      <w:r>
        <w:t>تو اس معنی یہ ہوا کہ عبادت جو فرمایا کہ عبادت کے لیے، تو لائف ٹائم عبادت کے لیے،</w:t>
      </w:r>
    </w:p>
    <w:p>
      <w:r>
        <w:rPr>
          <w:b/>
        </w:rPr>
        <w:t xml:space="preserve">[44:51] </w:t>
      </w:r>
      <w:r>
        <w:t>sari zindagi aadmi ibadat mein rahe.</w:t>
      </w:r>
    </w:p>
    <w:p>
      <w:pPr>
        <w:jc w:val="right"/>
      </w:pPr>
      <w:r>
        <w:t>ساری زندگی آدمی عبادت میں رہے۔</w:t>
      </w:r>
    </w:p>
    <w:p>
      <w:r>
        <w:rPr>
          <w:b/>
        </w:rPr>
        <w:t xml:space="preserve">[44:56] </w:t>
      </w:r>
      <w:r>
        <w:t>dekhein, is ka matlab yeh nahi ke aadmi dunya se kat jaye aur paharon mein chala jaye, jangalon</w:t>
      </w:r>
    </w:p>
    <w:p>
      <w:pPr>
        <w:jc w:val="right"/>
      </w:pPr>
      <w:r>
        <w:t>دیکھیں، اس کا مطلب یہ نہیں کہ آدمی دنیا سے کٹ جائے اور پہاڑوں میں چلا جائے، جنگلوں</w:t>
      </w:r>
    </w:p>
    <w:p>
      <w:r>
        <w:rPr>
          <w:b/>
        </w:rPr>
        <w:t xml:space="preserve">[45:01] </w:t>
      </w:r>
      <w:r>
        <w:t>mein chala jaye.</w:t>
      </w:r>
    </w:p>
    <w:p>
      <w:pPr>
        <w:jc w:val="right"/>
      </w:pPr>
      <w:r>
        <w:t>میں چلا جائے۔</w:t>
      </w:r>
    </w:p>
    <w:p>
      <w:r>
        <w:rPr>
          <w:b/>
        </w:rPr>
        <w:t xml:space="preserve">[45:06] </w:t>
      </w:r>
      <w:r>
        <w:t>yeh matlab nahi hai.</w:t>
      </w:r>
    </w:p>
    <w:p>
      <w:pPr>
        <w:jc w:val="right"/>
      </w:pPr>
      <w:r>
        <w:t>یہ مطلب نہیں ہے۔</w:t>
      </w:r>
    </w:p>
    <w:p>
      <w:r>
        <w:rPr>
          <w:b/>
        </w:rPr>
        <w:t xml:space="preserve">[45:11] </w:t>
      </w:r>
      <w:r>
        <w:t>ise dunya mein rehte hue, sari activities ke beech mein rehte hue, yeh poora process chalta hai.</w:t>
      </w:r>
    </w:p>
    <w:p>
      <w:pPr>
        <w:jc w:val="right"/>
      </w:pPr>
      <w:r>
        <w:t>اسے دنیا میں رہتے ہوئے، ساری ایکٹیویٹیز کے بیچ میں رہتے ہوئے، یہ پورا پروسیس چلتا ہے۔</w:t>
      </w:r>
    </w:p>
    <w:p>
      <w:r>
        <w:rPr>
          <w:b/>
        </w:rPr>
        <w:t xml:space="preserve">[45:16] </w:t>
      </w:r>
      <w:r>
        <w:t>yani ibadat ka process, imaan ka process, woh dunya hi mein rehte hue chalta hai.</w:t>
      </w:r>
    </w:p>
    <w:p>
      <w:pPr>
        <w:jc w:val="right"/>
      </w:pPr>
      <w:r>
        <w:t>یعنی عبادت کا پروسیس، ایمان کا پروسیس، وہ دنیا ہی میں رہتے ہوئے چلتا ہے۔</w:t>
      </w:r>
    </w:p>
    <w:p>
      <w:r>
        <w:rPr>
          <w:b/>
        </w:rPr>
        <w:t xml:space="preserve">[45:21] </w:t>
      </w:r>
      <w:r>
        <w:t>dunya se bahar ja kar nahi chalta hai woh.</w:t>
      </w:r>
    </w:p>
    <w:p>
      <w:pPr>
        <w:jc w:val="right"/>
      </w:pPr>
      <w:r>
        <w:t>دنیا سے باہر جا کر نہیں چلتا ہے وہ۔</w:t>
      </w:r>
    </w:p>
    <w:p>
      <w:r>
        <w:rPr>
          <w:b/>
        </w:rPr>
        <w:t xml:space="preserve">[45:29] </w:t>
      </w:r>
      <w:r>
        <w:t>kyunke jo cheezein hain, rozana jo aap ko experience hota hai, rozana aap ko jo ilm aata hai</w:t>
      </w:r>
    </w:p>
    <w:p>
      <w:pPr>
        <w:jc w:val="right"/>
      </w:pPr>
      <w:r>
        <w:t>کیونکہ جو چیزیں ہیں، روزانہ جو آپ کو ایکسپیرینس ہوتا ہے، روزانہ آپ کو جو علم آتا ہے</w:t>
      </w:r>
    </w:p>
    <w:p>
      <w:r>
        <w:rPr>
          <w:b/>
        </w:rPr>
        <w:t xml:space="preserve">[45:37] </w:t>
      </w:r>
      <w:r>
        <w:t>aap ke mind mein, rozana jo aap ki jo learning hoti hai, woh sab convert hoti rehti hai imaan mein.</w:t>
      </w:r>
    </w:p>
    <w:p>
      <w:pPr>
        <w:jc w:val="right"/>
      </w:pPr>
      <w:r>
        <w:t>آپ کے مائنڈ میں، روزانہ جو آپ کی جو لرننگ ہوتی ہے، وہ سب کنورٹ ہوتی رہتی ہے ایمان میں۔</w:t>
      </w:r>
    </w:p>
    <w:p>
      <w:r>
        <w:rPr>
          <w:b/>
        </w:rPr>
        <w:t xml:space="preserve">[45:44] </w:t>
      </w:r>
      <w:r>
        <w:t>ek martaba maine parha tha kahin ke us ne is mein yeh dikhaya tha ke</w:t>
      </w:r>
    </w:p>
    <w:p>
      <w:pPr>
        <w:jc w:val="right"/>
      </w:pPr>
      <w:r>
        <w:t>ایک مرتبہ میں نے پڑھا تھا کہیں کہ اس نے اس میں یہ دکھایا تھا کہ</w:t>
      </w:r>
    </w:p>
    <w:p>
      <w:r>
        <w:rPr>
          <w:b/>
        </w:rPr>
        <w:t xml:space="preserve">[45:52] </w:t>
      </w:r>
      <w:r>
        <w:t>insaan kaisa ajeeb cheez hai, us ki personality.</w:t>
      </w:r>
    </w:p>
    <w:p>
      <w:pPr>
        <w:jc w:val="right"/>
      </w:pPr>
      <w:r>
        <w:t>انسان کیسا عجیب چیز ہے، اس کی پرسنیلٹی۔</w:t>
      </w:r>
    </w:p>
    <w:p>
      <w:r>
        <w:rPr>
          <w:b/>
        </w:rPr>
        <w:t xml:space="preserve">[45:58] </w:t>
      </w:r>
      <w:r>
        <w:t>ke insaan ki personality, aap jante hain ke insaan ki body mein woh hai flesh hai, blood hai,</w:t>
      </w:r>
    </w:p>
    <w:p>
      <w:pPr>
        <w:jc w:val="right"/>
      </w:pPr>
      <w:r>
        <w:t>کہ انسان کی پرسنیلٹی، آپ جانتے ہیں کہ انسان کی باڈی میں وہ ہے فلیش ہے، بلڈ ہے،</w:t>
      </w:r>
    </w:p>
    <w:p>
      <w:r>
        <w:rPr>
          <w:b/>
        </w:rPr>
        <w:t xml:space="preserve">[46:04] </w:t>
      </w:r>
      <w:r>
        <w:t>bone hai, aur daant hai, baal hai, kya kya cheezein hain.</w:t>
      </w:r>
    </w:p>
    <w:p>
      <w:pPr>
        <w:jc w:val="right"/>
      </w:pPr>
      <w:r>
        <w:t>بون ہے، اور دانت ہے، بال ہے، کیا کیا چیزیں ہیں۔</w:t>
      </w:r>
    </w:p>
    <w:p>
      <w:r>
        <w:rPr>
          <w:b/>
        </w:rPr>
        <w:t xml:space="preserve">[46:10] </w:t>
      </w:r>
      <w:r>
        <w:t>hum jo khate hain woh to ek ek hi qism ki cheez hoti hai, yani food hota hai.</w:t>
      </w:r>
    </w:p>
    <w:p>
      <w:pPr>
        <w:jc w:val="right"/>
      </w:pPr>
      <w:r>
        <w:t>ہم جو کھاتے ہیں وہ تو ایک ایک ہی قسم کی چیز ہوتی ہے، یعنی فوڈ ہوتا ہے۔</w:t>
      </w:r>
    </w:p>
    <w:p>
      <w:r>
        <w:rPr>
          <w:b/>
        </w:rPr>
        <w:t xml:space="preserve">[46:17] </w:t>
      </w:r>
      <w:r>
        <w:t>yani hum ne gehoon chawal kha liya, daal roti kha liya, sabzi phal kha liya.</w:t>
      </w:r>
    </w:p>
    <w:p>
      <w:pPr>
        <w:jc w:val="right"/>
      </w:pPr>
      <w:r>
        <w:t>یعنی ہم نے گیہوں چاول کھا لیا، دال روٹی کھا لیا، سبزی پھل کھا لیا۔</w:t>
      </w:r>
    </w:p>
    <w:p>
      <w:r>
        <w:rPr>
          <w:b/>
        </w:rPr>
        <w:t xml:space="preserve">[46:23] </w:t>
      </w:r>
      <w:r>
        <w:t>woh woh woh to nahi hota ke woh khoon aur gosht to nahi hota woh.</w:t>
      </w:r>
    </w:p>
    <w:p>
      <w:pPr>
        <w:jc w:val="right"/>
      </w:pPr>
      <w:r>
        <w:t>وہ وہ وہ تو نہیں ہوتا کہ وہ خون اور گوشت تو نہیں ہوتا وہ۔</w:t>
      </w:r>
    </w:p>
    <w:p>
      <w:r>
        <w:rPr>
          <w:b/>
        </w:rPr>
        <w:t xml:space="preserve">[46:29] </w:t>
      </w:r>
      <w:r>
        <w:t>jo cheez khate hue apne andar dalte hain, woh khud apne aap mein na gosht hota, na khoon</w:t>
      </w:r>
    </w:p>
    <w:p>
      <w:pPr>
        <w:jc w:val="right"/>
      </w:pPr>
      <w:r>
        <w:t>جو چیز کھاتے ہوئے اپنے اندر ڈالتے ہیں، وہ خود اپنے آپ میں نہ گوشت ہوتا، نہ خون</w:t>
      </w:r>
    </w:p>
    <w:p>
      <w:r>
        <w:rPr>
          <w:b/>
        </w:rPr>
        <w:t xml:space="preserve">[46:35] </w:t>
      </w:r>
      <w:r>
        <w:t>hota, na haddi hoti, na baal hota.</w:t>
      </w:r>
    </w:p>
    <w:p>
      <w:pPr>
        <w:jc w:val="right"/>
      </w:pPr>
      <w:r>
        <w:t>ہوتا، نہ ہڈی ہوتی، نہ بال ہوتا۔</w:t>
      </w:r>
    </w:p>
    <w:p>
      <w:r>
        <w:rPr>
          <w:b/>
        </w:rPr>
        <w:t xml:space="preserve">[46:41] </w:t>
      </w:r>
      <w:r>
        <w:t>lekin jab hum ne dala is ko apne andar to andar ka jo system hai, andar ki jo</w:t>
      </w:r>
    </w:p>
    <w:p>
      <w:pPr>
        <w:jc w:val="right"/>
      </w:pPr>
      <w:r>
        <w:t>لیکن جب ہم نے ڈالا اس کو اپنے اندر تو اندر کا جو سسٹم ہے، اندر کی جو</w:t>
      </w:r>
    </w:p>
    <w:p>
      <w:r>
        <w:rPr>
          <w:b/>
        </w:rPr>
        <w:t xml:space="preserve">[46:47] </w:t>
      </w:r>
      <w:r>
        <w:t>factory hai, jo digestive system hai, ek bohat bari factory hai. is</w:t>
      </w:r>
    </w:p>
    <w:p>
      <w:pPr>
        <w:jc w:val="right"/>
      </w:pPr>
      <w:r>
        <w:t>فیکٹری ہے، جو ڈائجسٹیو سسٹم ہے، ایک بہت بڑی فیکٹری ہے۔ اس</w:t>
      </w:r>
    </w:p>
    <w:p>
      <w:r>
        <w:rPr>
          <w:b/>
        </w:rPr>
        <w:t xml:space="preserve">[46:53] </w:t>
      </w:r>
      <w:r>
        <w:t>sari cheezon ko jo hum ne khaya hai, us ko convert karti hai flesh mein aur blood mein,</w:t>
      </w:r>
    </w:p>
    <w:p>
      <w:pPr>
        <w:jc w:val="right"/>
      </w:pPr>
      <w:r>
        <w:t>ساری چیزوں کو جو ہم نے کھایا ہے، اس کو کنورٹ کرتی ہے فلیش میں اور بلڈ میں،</w:t>
      </w:r>
    </w:p>
    <w:p>
      <w:r>
        <w:rPr>
          <w:b/>
        </w:rPr>
        <w:t xml:space="preserve">[46:59] </w:t>
      </w:r>
      <w:r>
        <w:t>baal mein aur bone mein, ek ek cheez mein.</w:t>
      </w:r>
    </w:p>
    <w:p>
      <w:pPr>
        <w:jc w:val="right"/>
      </w:pPr>
      <w:r>
        <w:t>بال میں اور بون میں، ایک ایک چیز میں۔</w:t>
      </w:r>
    </w:p>
    <w:p>
      <w:r>
        <w:rPr>
          <w:b/>
        </w:rPr>
        <w:t xml:space="preserve">[47:05] </w:t>
      </w:r>
      <w:r>
        <w:t>different type ke cell jo hain hamare mind body, us ko banati hai woh.</w:t>
      </w:r>
    </w:p>
    <w:p>
      <w:pPr>
        <w:jc w:val="right"/>
      </w:pPr>
      <w:r>
        <w:t>ڈفرنٹ ٹائپ کے سیل جو ہیں ہمارے مائنڈ باڈی، اس کو بناتی ہے وہ۔</w:t>
      </w:r>
    </w:p>
    <w:p>
      <w:r>
        <w:rPr>
          <w:b/>
        </w:rPr>
        <w:t xml:space="preserve">[47:11] </w:t>
      </w:r>
      <w:r>
        <w:t>to isi ko le kar ke shayar ne kaha ke maine jo sab se ajeeb anokhi cheez</w:t>
      </w:r>
    </w:p>
    <w:p>
      <w:pPr>
        <w:jc w:val="right"/>
      </w:pPr>
      <w:r>
        <w:t>تو اسی کو لے کر کے شاعر نے کہا کہ میں نے جو سب سے عجیب انوکھی چیز</w:t>
      </w:r>
    </w:p>
    <w:p>
      <w:r>
        <w:rPr>
          <w:b/>
        </w:rPr>
        <w:t xml:space="preserve">[47:17] </w:t>
      </w:r>
      <w:r>
        <w:t>dekhi dunya mein, woh yahi thi ke hum jo kuch khate hain, woh hamara body ka hissa</w:t>
      </w:r>
    </w:p>
    <w:p>
      <w:pPr>
        <w:jc w:val="right"/>
      </w:pPr>
      <w:r>
        <w:t>دیکھی دنیا میں، وہ یہی تھی کہ ہم جو کچھ کھاتے ہیں، وہ ہمارا باڈی کا حصہ</w:t>
      </w:r>
    </w:p>
    <w:p>
      <w:r>
        <w:rPr>
          <w:b/>
        </w:rPr>
        <w:t xml:space="preserve">[47:23] </w:t>
      </w:r>
      <w:r>
        <w:t>ban jata hai, yani flesh aur blood ban jata hai.</w:t>
      </w:r>
    </w:p>
    <w:p>
      <w:pPr>
        <w:jc w:val="right"/>
      </w:pPr>
      <w:r>
        <w:t>بن جاتا ہے، یعنی فلیش اور بلڈ بن جاتا ہے۔</w:t>
      </w:r>
    </w:p>
    <w:p>
      <w:r>
        <w:rPr>
          <w:b/>
        </w:rPr>
        <w:t xml:space="preserve">[47:29] </w:t>
      </w:r>
      <w:r>
        <w:t>تو اس نے کہا کہ کہ whatever Misty eats turns into Misty.</w:t>
      </w:r>
    </w:p>
    <w:p>
      <w:pPr>
        <w:jc w:val="right"/>
      </w:pPr>
      <w:r>
        <w:t>تو اس نے کہا کہ کہ واٹ ایور مسٹی ایٹس ٹرنز انٹو مسٹی۔</w:t>
      </w:r>
    </w:p>
    <w:p>
      <w:r>
        <w:rPr>
          <w:b/>
        </w:rPr>
        <w:t xml:space="preserve">[47:35] </w:t>
      </w:r>
      <w:r>
        <w:t>misti ek ek fardi aurat ke jo us ne khaya woh sab, woh us ki personality mein dhal gaya.</w:t>
      </w:r>
    </w:p>
    <w:p>
      <w:pPr>
        <w:jc w:val="right"/>
      </w:pPr>
      <w:r>
        <w:t>مسٹی ایک ایک فردی عورت کہ جو اس نے کھایا وہ سب، وہ اس کی پرسنیلٹی میں ڈھل گیا۔</w:t>
      </w:r>
    </w:p>
    <w:p>
      <w:r>
        <w:rPr>
          <w:b/>
        </w:rPr>
        <w:t xml:space="preserve">[47:41] </w:t>
      </w:r>
      <w:r>
        <w:t>yani bahar woh tha, yani gehoon aur chawal, andar dala gaya to misti ki personality ban gaya.</w:t>
      </w:r>
    </w:p>
    <w:p>
      <w:pPr>
        <w:jc w:val="right"/>
      </w:pPr>
      <w:r>
        <w:t>یعنی باہر وہ تھا، یعنی گیہوں اور چاول، اندر ڈالا گیا تو مسٹی کی پرسنیلٹی بن گیا۔</w:t>
      </w:r>
    </w:p>
    <w:p>
      <w:r>
        <w:rPr>
          <w:b/>
        </w:rPr>
        <w:t xml:space="preserve">[47:47] </w:t>
      </w:r>
      <w:r>
        <w:t>Whatever Misty eats turns into Misty.</w:t>
      </w:r>
    </w:p>
    <w:p>
      <w:pPr>
        <w:jc w:val="right"/>
      </w:pPr>
      <w:r>
        <w:t>واٹ ایور مسٹی ایٹس ٹرنز انٹو مسٹی۔ ای</w:t>
      </w:r>
    </w:p>
    <w:p>
      <w:r>
        <w:rPr>
          <w:b/>
        </w:rPr>
        <w:t xml:space="preserve">[47:53] </w:t>
      </w:r>
      <w:r>
        <w:t>se hi mamla imaan ka hai. ke jo kuch hamein experience hota hai, jo kuch hum dekhte hain, jo kuch hamari learning hoti hai, woh sab hamare liye imaan mein dhal jati hai. faith mein dhal jati hai. jis tarah se wahan, yaani physical body mein woh cheezen dhal kar ke physical body ban gayi hamari. aise hi hamari spiritual being jo hai, spiritual being, us ka hissa har cheez ban</w:t>
      </w:r>
    </w:p>
    <w:p>
      <w:pPr>
        <w:jc w:val="right"/>
      </w:pPr>
      <w:r>
        <w:t>سے ہی معاملہ ایمان کا ہے۔ کہ جو کچھ ہمیں ایکسپیرینس ہوتا ہے، جو کچھ ہم دیکھتے ہیں، جو کچھ ہماری لرننگ ہوتی ہے، وہ سب ہمارے لیے ایمان میں ڈھل جاتی ہے۔ فیتھ میں ڈھل جاتی ہے۔ جس طرح سے وہاں، یعنی فزیکل باڈی میں وہ چیزیں ڈھل کر کے فزیکل باڈی بن گئی ہماری۔ ایسے ہی ہماری اسپیریچول بینگ جو ہے، اسپیریچول بینگ، اس کا حصہ ہر چیز بن</w:t>
      </w:r>
    </w:p>
    <w:p>
      <w:r>
        <w:rPr>
          <w:b/>
        </w:rPr>
        <w:t xml:space="preserve">[48:23] </w:t>
      </w:r>
      <w:r>
        <w:t>ti chali jati hai.</w:t>
      </w:r>
    </w:p>
    <w:p>
      <w:pPr>
        <w:jc w:val="right"/>
      </w:pPr>
      <w:r>
        <w:t>تی چلی جاتی ہے۔</w:t>
      </w:r>
    </w:p>
    <w:p>
      <w:r>
        <w:rPr>
          <w:b/>
        </w:rPr>
        <w:t xml:space="preserve">[48:29] </w:t>
      </w:r>
      <w:r>
        <w:t>jo kuch bhi hum ne dekha, jo kuch bhi hum ne experience kiya, sab ka sab andar ja</w:t>
      </w:r>
    </w:p>
    <w:p>
      <w:pPr>
        <w:jc w:val="right"/>
      </w:pPr>
      <w:r>
        <w:t>جو کچھ بھی ہم نے دیکھا، جو کچھ بھی ہم نے ایکسپیرینس کیا، سب کا سب اندر جا</w:t>
      </w:r>
    </w:p>
    <w:p>
      <w:r>
        <w:rPr>
          <w:b/>
        </w:rPr>
        <w:t xml:space="preserve">[48:35] </w:t>
      </w:r>
      <w:r>
        <w:t>kar ke hamare faith ka hissa ban gaya.</w:t>
      </w:r>
    </w:p>
    <w:p>
      <w:pPr>
        <w:jc w:val="right"/>
      </w:pPr>
      <w:r>
        <w:t>کر کے ہمارے فیتھ کا حصہ بن گیا۔</w:t>
      </w:r>
    </w:p>
    <w:p>
      <w:r>
        <w:rPr>
          <w:b/>
        </w:rPr>
        <w:t xml:space="preserve">[48:41] </w:t>
      </w:r>
      <w:r>
        <w:t>har cheez faith ka hissa ban gaya, hamari spiritual being ka hissa ban gaya.</w:t>
      </w:r>
    </w:p>
    <w:p>
      <w:pPr>
        <w:jc w:val="right"/>
      </w:pPr>
      <w:r>
        <w:t>ہر چیز فیتھ کا حصہ بن گیا، ہماری اسپیریچول بینگ کا حصہ بن گیا۔</w:t>
      </w:r>
    </w:p>
    <w:p>
      <w:r>
        <w:rPr>
          <w:b/>
        </w:rPr>
        <w:t xml:space="preserve">[48:47] </w:t>
      </w:r>
      <w:r>
        <w:t>to goya ke imaan jo hai, aap ko kahin</w:t>
      </w:r>
    </w:p>
    <w:p>
      <w:pPr>
        <w:jc w:val="right"/>
      </w:pPr>
      <w:r>
        <w:t>تو گویا کہ ایمان جو ہے، آپ کو کہیں</w:t>
      </w:r>
    </w:p>
    <w:p>
      <w:r>
        <w:rPr>
          <w:b/>
        </w:rPr>
        <w:t xml:space="preserve">[48:53] </w:t>
      </w:r>
      <w:r>
        <w:t>jane ke liye nahi kehta.</w:t>
      </w:r>
    </w:p>
    <w:p>
      <w:pPr>
        <w:jc w:val="right"/>
      </w:pPr>
      <w:r>
        <w:t>جانے کے لیے نہیں کہتا۔</w:t>
      </w:r>
    </w:p>
    <w:p>
      <w:r>
        <w:rPr>
          <w:b/>
        </w:rPr>
        <w:t xml:space="preserve">[48:57] </w:t>
      </w:r>
      <w:r>
        <w:t>aap ko yeh nahi kehta ke aap jungle mein chale jayen, pahad mein chale jayen, alag taraf ja</w:t>
      </w:r>
    </w:p>
    <w:p>
      <w:pPr>
        <w:jc w:val="right"/>
      </w:pPr>
      <w:r>
        <w:t>آپ کو یہ نہیں کہتا کہ آپ جنگل میں چلے جائیں، پہاڑ میں چلے جائیں، الگ طرف جا</w:t>
      </w:r>
    </w:p>
    <w:p>
      <w:r>
        <w:rPr>
          <w:b/>
        </w:rPr>
        <w:t xml:space="preserve">[49:02] </w:t>
      </w:r>
      <w:r>
        <w:t>kar kahin rahen. Nahi.</w:t>
      </w:r>
    </w:p>
    <w:p>
      <w:pPr>
        <w:jc w:val="right"/>
      </w:pPr>
      <w:r>
        <w:t>کر کہیں رہیں۔ نہیں۔</w:t>
      </w:r>
    </w:p>
    <w:p>
      <w:r>
        <w:rPr>
          <w:b/>
        </w:rPr>
        <w:t xml:space="preserve">[49:06] </w:t>
      </w:r>
      <w:r>
        <w:t>is dunya mein aap rahen ge.</w:t>
      </w:r>
    </w:p>
    <w:p>
      <w:pPr>
        <w:jc w:val="right"/>
      </w:pPr>
      <w:r>
        <w:t>اس دنیا میں آپ رہیں گے۔</w:t>
      </w:r>
    </w:p>
    <w:p>
      <w:r>
        <w:rPr>
          <w:b/>
        </w:rPr>
        <w:t xml:space="preserve">[49:10] </w:t>
      </w:r>
      <w:r>
        <w:t>in sari activities ke beech mein rahen ge.</w:t>
      </w:r>
    </w:p>
    <w:p>
      <w:pPr>
        <w:jc w:val="right"/>
      </w:pPr>
      <w:r>
        <w:t>ان ساری ایکٹیویٹیز کے بیچ میں رہیں گے۔</w:t>
      </w:r>
    </w:p>
    <w:p>
      <w:r>
        <w:rPr>
          <w:b/>
        </w:rPr>
        <w:t xml:space="preserve">[49:15] </w:t>
      </w:r>
      <w:r>
        <w:t>lekin hoga kya? Aap ke andar jo ek mechanism ban gaya hai imaan ke baad, yani realization ke</w:t>
      </w:r>
    </w:p>
    <w:p>
      <w:pPr>
        <w:jc w:val="right"/>
      </w:pPr>
      <w:r>
        <w:t>لیکن ہوگا کیا؟ آپ کے اندر جو ایک میکنزم بن گیا ہے ایمان کے بعد، یعنی ریلائزیشن کے</w:t>
      </w:r>
    </w:p>
    <w:p>
      <w:r>
        <w:rPr>
          <w:b/>
        </w:rPr>
        <w:t xml:space="preserve">[49:19] </w:t>
      </w:r>
      <w:r>
        <w:t>baad jo ban gaya hai, woh har cheez ko convert karta</w:t>
      </w:r>
    </w:p>
    <w:p>
      <w:pPr>
        <w:jc w:val="right"/>
      </w:pPr>
      <w:r>
        <w:t>بعد جو بن گیا ہے، وہ ہر چیز کو کنورٹ کرتا</w:t>
      </w:r>
    </w:p>
    <w:p>
      <w:r>
        <w:rPr>
          <w:b/>
        </w:rPr>
        <w:t xml:space="preserve">[49:23] </w:t>
      </w:r>
      <w:r>
        <w:t>rahega faith mein.</w:t>
      </w:r>
    </w:p>
    <w:p>
      <w:pPr>
        <w:jc w:val="right"/>
      </w:pPr>
      <w:r>
        <w:t>رہے گا فیتھ میں۔</w:t>
      </w:r>
    </w:p>
    <w:p>
      <w:r>
        <w:rPr>
          <w:b/>
        </w:rPr>
        <w:t xml:space="preserve">[49:27] </w:t>
      </w:r>
      <w:r>
        <w:t>har cheez ko faith mein convert karta rahega.</w:t>
      </w:r>
    </w:p>
    <w:p>
      <w:pPr>
        <w:jc w:val="right"/>
      </w:pPr>
      <w:r>
        <w:t>ہر چیز کو فیتھ میں کنورٹ کرتا رہے گا۔</w:t>
      </w:r>
    </w:p>
    <w:p>
      <w:r>
        <w:rPr>
          <w:b/>
        </w:rPr>
        <w:t xml:space="preserve">[49:32] </w:t>
      </w:r>
      <w:r>
        <w:t>تو بڑا اچھا مجھے پسند آیا کہ whatever Misty eats turns into Misty.</w:t>
      </w:r>
    </w:p>
    <w:p>
      <w:pPr>
        <w:jc w:val="right"/>
      </w:pPr>
      <w:r>
        <w:t>تو بڑا اچھا مجھے پسند آیا کہ واٹ ایور مسٹی ایٹس ٹرنز انٹو مسٹی۔</w:t>
      </w:r>
    </w:p>
    <w:p>
      <w:r>
        <w:rPr>
          <w:b/>
        </w:rPr>
        <w:t xml:space="preserve">[49:36] </w:t>
      </w:r>
      <w:r>
        <w:t>ya is ne kaha physical sense mein.</w:t>
      </w:r>
    </w:p>
    <w:p>
      <w:pPr>
        <w:jc w:val="right"/>
      </w:pPr>
      <w:r>
        <w:t>یا اس نے کہا فزیکل سینس میں۔</w:t>
      </w:r>
    </w:p>
    <w:p>
      <w:r>
        <w:rPr>
          <w:b/>
        </w:rPr>
        <w:t xml:space="preserve">[49:40] </w:t>
      </w:r>
      <w:r>
        <w:t>yani physical sense mein yeh hota hai ke aadmi jo kuch khata hai, us ki personality ban jata hai.</w:t>
      </w:r>
    </w:p>
    <w:p>
      <w:pPr>
        <w:jc w:val="right"/>
      </w:pPr>
      <w:r>
        <w:t>یعنی فزیکل سینس میں یہ ہوتا ہے کہ آدمی جو کچھ کھاتا ہے، اس کی پرسنیلٹی بن جاتا ہے۔</w:t>
      </w:r>
    </w:p>
    <w:p>
      <w:r>
        <w:rPr>
          <w:b/>
        </w:rPr>
        <w:t xml:space="preserve">[49:45] </w:t>
      </w:r>
      <w:r>
        <w:t>yeh baat spiritual sense mein bhi sahi hai.</w:t>
      </w:r>
    </w:p>
    <w:p>
      <w:pPr>
        <w:jc w:val="right"/>
      </w:pPr>
      <w:r>
        <w:t>یہ بات اسپیریچول سینس میں بھی صحیح ہے۔</w:t>
      </w:r>
    </w:p>
    <w:p>
      <w:r>
        <w:rPr>
          <w:b/>
        </w:rPr>
        <w:t xml:space="preserve">[49:49] </w:t>
      </w:r>
      <w:r>
        <w:t>ke mujh se</w:t>
      </w:r>
    </w:p>
    <w:p>
      <w:pPr>
        <w:jc w:val="right"/>
      </w:pPr>
      <w:r>
        <w:t>کہ مجھ سے</w:t>
      </w:r>
    </w:p>
    <w:p>
      <w:r>
        <w:rPr>
          <w:b/>
        </w:rPr>
        <w:t xml:space="preserve">[49:53] </w:t>
      </w:r>
      <w:r>
        <w:t>bahir jo ek dunya hai, jis ko mein dekhta hoon, jis ko mein sunta hoon, jis ka mein</w:t>
      </w:r>
    </w:p>
    <w:p>
      <w:pPr>
        <w:jc w:val="right"/>
      </w:pPr>
      <w:r>
        <w:t>باہر جو ایک دنیا ہے، جس کو میں دیکھتا ہوں، جس کو میں سنتا ہوں، جس کا میں</w:t>
      </w:r>
    </w:p>
    <w:p>
      <w:r>
        <w:rPr>
          <w:b/>
        </w:rPr>
        <w:t xml:space="preserve">[49:59] </w:t>
      </w:r>
      <w:r>
        <w:t>experience karta hoon, woh sab mere andar aa kar ke kya hota hai? Convert ho jata hai spirituality mein.</w:t>
      </w:r>
    </w:p>
    <w:p>
      <w:pPr>
        <w:jc w:val="right"/>
      </w:pPr>
      <w:r>
        <w:t>ایکسپیرینس کرتا ہوں، وہ سب میرے اندر آ کر کے کیا ہوتا ہے؟ کنورٹ ہو جاتا ہے اسپیریچولٹی میں۔</w:t>
      </w:r>
    </w:p>
    <w:p>
      <w:r>
        <w:rPr>
          <w:b/>
        </w:rPr>
        <w:t xml:space="preserve">[50:05] </w:t>
      </w:r>
      <w:r>
        <w:t>yani meri spiritual being ka hissa ban jata hai.</w:t>
      </w:r>
    </w:p>
    <w:p>
      <w:pPr>
        <w:jc w:val="right"/>
      </w:pPr>
      <w:r>
        <w:t>یعنی میری اسپیریچول بینگ کا حصہ بن جاتا ہے۔</w:t>
      </w:r>
    </w:p>
    <w:p>
      <w:r>
        <w:rPr>
          <w:b/>
        </w:rPr>
        <w:t xml:space="preserve">[50:11] </w:t>
      </w:r>
      <w:r>
        <w:t>is tarah se ibadat ek lamba process hai.</w:t>
      </w:r>
    </w:p>
    <w:p>
      <w:pPr>
        <w:jc w:val="right"/>
      </w:pPr>
      <w:r>
        <w:t>اس طرح سے عبادت ایک لمبا پروسیس ہے۔</w:t>
      </w:r>
    </w:p>
    <w:p>
      <w:r>
        <w:rPr>
          <w:b/>
        </w:rPr>
        <w:t xml:space="preserve">[50:18] </w:t>
      </w:r>
      <w:r>
        <w:t>ibadat jo hai, aisa nahi ke</w:t>
      </w:r>
    </w:p>
    <w:p>
      <w:pPr>
        <w:jc w:val="right"/>
      </w:pPr>
      <w:r>
        <w:t>عبادت جو ہے، ایسا نہیں کہ</w:t>
      </w:r>
    </w:p>
    <w:p>
      <w:r>
        <w:rPr>
          <w:b/>
        </w:rPr>
        <w:t xml:space="preserve">[50:24] </w:t>
      </w:r>
      <w:r>
        <w:t>kalma parh liya to imaan mil gaya.</w:t>
      </w:r>
    </w:p>
    <w:p>
      <w:pPr>
        <w:jc w:val="right"/>
      </w:pPr>
      <w:r>
        <w:t>کلمہ پڑھ لیا تو ایمان مل گیا۔</w:t>
      </w:r>
    </w:p>
    <w:p>
      <w:r>
        <w:rPr>
          <w:b/>
        </w:rPr>
        <w:t xml:space="preserve">[50:28] </w:t>
      </w:r>
      <w:r>
        <w:t>kuch rituals, yani set of rituals hote hain, un ko ada kar liya to namaz ho gayi.</w:t>
      </w:r>
    </w:p>
    <w:p>
      <w:pPr>
        <w:jc w:val="right"/>
      </w:pPr>
      <w:r>
        <w:t>کچھ ریچولز، یعنی سیٹ آف ریچولز ہوتے ہیں، ان کو ادا کر لیا تو نماز ہو گئی۔</w:t>
      </w:r>
    </w:p>
    <w:p>
      <w:r>
        <w:rPr>
          <w:b/>
        </w:rPr>
        <w:t xml:space="preserve">[50:32] </w:t>
      </w:r>
      <w:r>
        <w:t>yeh matlab hargiz nahi hai.</w:t>
      </w:r>
    </w:p>
    <w:p>
      <w:pPr>
        <w:jc w:val="right"/>
      </w:pPr>
      <w:r>
        <w:t>یہ مطلب ہرگز نہیں ہے۔</w:t>
      </w:r>
    </w:p>
    <w:p>
      <w:r>
        <w:rPr>
          <w:b/>
        </w:rPr>
        <w:t xml:space="preserve">[50:36] </w:t>
      </w:r>
      <w:r>
        <w:t>There is a reduced form of religion.</w:t>
      </w:r>
    </w:p>
    <w:p>
      <w:pPr>
        <w:jc w:val="right"/>
      </w:pPr>
      <w:r>
        <w:t>دیر از اے ریڈیوسڈ فارم آف ریلیجن۔</w:t>
      </w:r>
    </w:p>
    <w:p>
      <w:r>
        <w:rPr>
          <w:b/>
        </w:rPr>
        <w:t xml:space="preserve">[50:41] </w:t>
      </w:r>
      <w:r>
        <w:t>There is a reduced form of Islam.</w:t>
      </w:r>
    </w:p>
    <w:p>
      <w:pPr>
        <w:jc w:val="right"/>
      </w:pPr>
      <w:r>
        <w:t>دیر از اے ریڈیوسڈ فارم آف اسلام۔</w:t>
      </w:r>
    </w:p>
    <w:p>
      <w:r>
        <w:rPr>
          <w:b/>
        </w:rPr>
        <w:t xml:space="preserve">[50:45] </w:t>
      </w:r>
      <w:r>
        <w:t>balkeh main yeh kahoon keh woh islam ko underestimate karna hai.</w:t>
      </w:r>
    </w:p>
    <w:p>
      <w:pPr>
        <w:jc w:val="right"/>
      </w:pPr>
      <w:r>
        <w:t>بلکہ میں یہ کہوں کہ وہ اسلام کو انڈرسٹیمیٹ کرنا ہے۔</w:t>
      </w:r>
    </w:p>
    <w:p>
      <w:r>
        <w:rPr>
          <w:b/>
        </w:rPr>
        <w:t xml:space="preserve">[50:49] </w:t>
      </w:r>
      <w:r>
        <w:t>theek wahi cheez jo ho rahi hai f</w:t>
      </w:r>
    </w:p>
    <w:p>
      <w:pPr>
        <w:jc w:val="right"/>
      </w:pPr>
      <w:r>
        <w:t>ٹھیک وہی چیز جو ہو رہی ہے ف</w:t>
      </w:r>
    </w:p>
    <w:p>
      <w:r>
        <w:rPr>
          <w:b/>
        </w:rPr>
        <w:t xml:space="preserve">[50:54] </w:t>
      </w:r>
      <w:r>
        <w:t>zical world mein, wohi hona chahiye spiritual world mein. theek wohi cheez. yaani physical world mein hum dekhte hain ke jo kuch bhi khaya, jo kuch bhi khaya, jo kuch bhi khaya, andar jane ke baad hamari physical being ka hissa ban gaya. hamari jo physical being hai, ek physical hasti hai jo hamari. to jo kuch bhi hum ne khay</w:t>
      </w:r>
    </w:p>
    <w:p>
      <w:pPr>
        <w:jc w:val="right"/>
      </w:pPr>
      <w:r>
        <w:t>زیکل ورلڈ میں، وہی ہونا چاہیے اسپیریچول ورلڈ میں۔ ٹھیک وہی چیز۔ یعنی فزیکل ورلڈ میں ہم دیکھتے ہیں کہ جو کچھ بھی کھایا، جو کچھ بھی کھایا، جو کچھ بھی کھایا، اندر جانے کے بعد ہماری فزیکل بینگ کا حصہ بن گیا۔ ہماری جو فزیکل بینگ ہے، ایک فزیکل ہستی ہے جو ہماری۔ تو جو کچھ بھی ہم نے کھای</w:t>
      </w:r>
    </w:p>
    <w:p>
      <w:r>
        <w:rPr>
          <w:b/>
        </w:rPr>
        <w:t xml:space="preserve">[51:24] </w:t>
      </w:r>
      <w:r>
        <w:t>a, woh us ka hissa ban gaya. isi liye to hum musalsal zinda rehte hain, chalte phirte hain, hum mar nahi jatay. kyunke barabar hamara nourishment hota rehta hai. to yeh hai physical nourishment. isi tarah se continuously ek spiritual nourishment bhi hona chahiye. isi ka naam ibaadat hoga. ibaadat ek ek ek con</w:t>
      </w:r>
    </w:p>
    <w:p>
      <w:pPr>
        <w:jc w:val="right"/>
      </w:pPr>
      <w:r>
        <w:t>ا، وہ اس کا حصہ بن گیا۔ اسی لیے تو ہم مسلسل زندہ رہتے ہیں، چلتے پھرتے ہیں، ہم مر نہیں جاتے۔ کیونکہ برابر ہمارا نرشمنٹ ہوتا رہتا ہے۔ تو یہ ہے فزیکل نرشمنٹ۔ اسی طرح سے کنٹینیوسلی ایک اسپیریچول نرشمنٹ بھی ہونا چاہیے۔ اسی کا نام عبادت ہوگا۔ عبادت ایک ایک ایک کن</w:t>
      </w:r>
    </w:p>
    <w:p>
      <w:r>
        <w:rPr>
          <w:b/>
        </w:rPr>
        <w:t xml:space="preserve">[51:54] </w:t>
      </w:r>
      <w:r>
        <w:t>tiniued process hai.</w:t>
      </w:r>
    </w:p>
    <w:p>
      <w:pPr>
        <w:jc w:val="right"/>
      </w:pPr>
      <w:r>
        <w:t>ٹینیوڈ پروسیس ہے۔</w:t>
      </w:r>
    </w:p>
    <w:p>
      <w:r>
        <w:rPr>
          <w:b/>
        </w:rPr>
        <w:t xml:space="preserve">[52:00] </w:t>
      </w:r>
      <w:r>
        <w:t>jis tarah se health, yani physical health jo hai, woh kya hai? Ek continued process hai.</w:t>
      </w:r>
    </w:p>
    <w:p>
      <w:pPr>
        <w:jc w:val="right"/>
      </w:pPr>
      <w:r>
        <w:t>جس طرح سے ہیلتھ، یعنی فزیکل ہیلتھ جو ہے، وہ کیا ہے؟ ایک کنٹینیوڈ پروسیس ہے۔</w:t>
      </w:r>
    </w:p>
    <w:p>
      <w:r>
        <w:rPr>
          <w:b/>
        </w:rPr>
        <w:t xml:space="preserve">[52:06] </w:t>
      </w:r>
      <w:r>
        <w:t>aisa nahi keh ek baar physical health mil gayi toh bas khatam.</w:t>
      </w:r>
    </w:p>
    <w:p>
      <w:pPr>
        <w:jc w:val="right"/>
      </w:pPr>
      <w:r>
        <w:t>ایسا نہیں کہ ایک بار فزیکل ہیلتھ مل گئی تو بس ختم۔</w:t>
      </w:r>
    </w:p>
    <w:p>
      <w:r>
        <w:rPr>
          <w:b/>
        </w:rPr>
        <w:t xml:space="preserve">[52:12] </w:t>
      </w:r>
      <w:r>
        <w:t>aisa nahi keh jaise keh aap ek pathar lete hain, us ko tarashte hain, dhal kar ke ek</w:t>
      </w:r>
    </w:p>
    <w:p>
      <w:pPr>
        <w:jc w:val="right"/>
      </w:pPr>
      <w:r>
        <w:t>ایسا نہیں کہ جیسے کہ آپ ایک پتھر لیتے ہیں، اس کو تراشتے ہیں، ڈھال کر کے ایک</w:t>
      </w:r>
    </w:p>
    <w:p>
      <w:r>
        <w:rPr>
          <w:b/>
        </w:rPr>
        <w:t xml:space="preserve">[52:18] </w:t>
      </w:r>
      <w:r>
        <w:t>aap ne ek ek ent bana di</w:t>
      </w:r>
    </w:p>
    <w:p>
      <w:pPr>
        <w:jc w:val="right"/>
      </w:pPr>
      <w:r>
        <w:t>آپ نے ایک ایک اینٹ بنا دی</w:t>
      </w:r>
    </w:p>
    <w:p>
      <w:r>
        <w:rPr>
          <w:b/>
        </w:rPr>
        <w:t xml:space="preserve">[52:24] </w:t>
      </w:r>
      <w:r>
        <w:t>hai is pathar ki aur laga diya hai kahin. waise hi ki waise hi sau baras pada rahega woh. to hamari physical body jo hai, hamari jo speech physical health hai, us ka mamla aisa nahi hai ke ek bar hum ne apni health bana li to bas woh chali ja rahi hai. har din hum apni physical health ko maintain karne ke liye hamein food chahiye. har din. yaani hamari physical being jo hai, hamari physical</w:t>
      </w:r>
    </w:p>
    <w:p>
      <w:pPr>
        <w:jc w:val="right"/>
      </w:pPr>
      <w:r>
        <w:t>ہے اس پتھر کی اور لگا دیا ہے کہیں۔ ویسے ہی کی ویسے ہی سو برس پڑا رہے گا وہ۔ تو ہماری فزیکل باڈی جو ہے، ہماری جو اسپیچ فزیکل ہیلتھ ہے، اس کا معاملہ ایسا نہیں ہے کہ ایک بار ہم نے اپنی ہیلتھ بنا لی تو بس وہ چلی جا رہی ہے۔ ہر دن ہم اپنی فزیکل ہیلتھ کو مینٹین کرنے کے لیے ہمیں فوڈ چاہیے۔ ہر دن۔ یعنی ہماری فزیکل بینگ جو ہے، ہماری فزیکل</w:t>
      </w:r>
    </w:p>
    <w:p>
      <w:r>
        <w:rPr>
          <w:b/>
        </w:rPr>
        <w:t xml:space="preserve">[52:54] </w:t>
      </w:r>
      <w:r>
        <w:t>jo personality hai, toh physical personality ko zinda rakhne ke liye, us ki continuity ko baqi rakhne ke</w:t>
      </w:r>
    </w:p>
    <w:p>
      <w:pPr>
        <w:jc w:val="right"/>
      </w:pPr>
      <w:r>
        <w:t>جو پرسنیلٹی ہے، تو فزیکل پرسنیلٹی کو زندہ رکھنے کے لیے، اس کی کنٹینیوٹی کو باقی رکھنے کے</w:t>
      </w:r>
    </w:p>
    <w:p>
      <w:r>
        <w:rPr>
          <w:b/>
        </w:rPr>
        <w:t xml:space="preserve">[52:59] </w:t>
      </w:r>
      <w:r>
        <w:t>liye, hamein har din physical food ki zaroorat hoti hai.</w:t>
      </w:r>
    </w:p>
    <w:p>
      <w:pPr>
        <w:jc w:val="right"/>
      </w:pPr>
      <w:r>
        <w:t>لیے، ہمیں ہر دن فزیکل فوڈ کی ضرورت ہوتی ہے۔</w:t>
      </w:r>
    </w:p>
    <w:p>
      <w:r>
        <w:rPr>
          <w:b/>
        </w:rPr>
        <w:t xml:space="preserve">[53:04] </w:t>
      </w:r>
      <w:r>
        <w:t>isi tarah se ibadat ka mamla bhi hai.</w:t>
      </w:r>
    </w:p>
    <w:p>
      <w:pPr>
        <w:jc w:val="right"/>
      </w:pPr>
      <w:r>
        <w:t>اسی طرح سے عبادت کا معاملہ بھی ہے۔</w:t>
      </w:r>
    </w:p>
    <w:p>
      <w:r>
        <w:rPr>
          <w:b/>
        </w:rPr>
        <w:t xml:space="preserve">[53:10] </w:t>
      </w:r>
      <w:r>
        <w:t>yahan bhi ek spiritual being hai.</w:t>
      </w:r>
    </w:p>
    <w:p>
      <w:pPr>
        <w:jc w:val="right"/>
      </w:pPr>
      <w:r>
        <w:t>یہاں بھی ایک اسپیریچول بینگ ہے۔</w:t>
      </w:r>
    </w:p>
    <w:p>
      <w:r>
        <w:rPr>
          <w:b/>
        </w:rPr>
        <w:t xml:space="preserve">[53:15] </w:t>
      </w:r>
      <w:r>
        <w:t>ek spiritual personality hai hamari.</w:t>
      </w:r>
    </w:p>
    <w:p>
      <w:pPr>
        <w:jc w:val="right"/>
      </w:pPr>
      <w:r>
        <w:t>ایک اسپیریچول پرسنیلٹی ہے ہماری۔</w:t>
      </w:r>
    </w:p>
    <w:p>
      <w:r>
        <w:rPr>
          <w:b/>
        </w:rPr>
        <w:t xml:space="preserve">[53:20] </w:t>
      </w:r>
      <w:r>
        <w:t>is spiritual personality ko bhi continue rakhna hai.</w:t>
      </w:r>
    </w:p>
    <w:p>
      <w:pPr>
        <w:jc w:val="right"/>
      </w:pPr>
      <w:r>
        <w:t>اس اسپیریچول پرسنیلٹی کو بھی کنٹینیو رکھنا ہے۔</w:t>
      </w:r>
    </w:p>
    <w:p>
      <w:r>
        <w:rPr>
          <w:b/>
        </w:rPr>
        <w:t xml:space="preserve">[53:25] </w:t>
      </w:r>
      <w:r>
        <w:t>toh is ka food jo hai, ibadat ke tareeqe se hamein milta hai.</w:t>
      </w:r>
    </w:p>
    <w:p>
      <w:pPr>
        <w:jc w:val="right"/>
      </w:pPr>
      <w:r>
        <w:t>تو اس کا فوڈ جو ہے، عبادت کے طریقے سے ہمیں ملتا ہے۔</w:t>
      </w:r>
    </w:p>
    <w:p>
      <w:r>
        <w:rPr>
          <w:b/>
        </w:rPr>
        <w:t xml:space="preserve">[53:32] </w:t>
      </w:r>
      <w:r>
        <w:t>ibadat jo hai, woh hum ko supply karti hai spiritual food.</w:t>
      </w:r>
    </w:p>
    <w:p>
      <w:pPr>
        <w:jc w:val="right"/>
      </w:pPr>
      <w:r>
        <w:t>عبادت جو ہے، وہ ہم کو سپلائی کرتی ہے اسپیریچول فوڈ۔</w:t>
      </w:r>
    </w:p>
    <w:p>
      <w:r>
        <w:rPr>
          <w:b/>
        </w:rPr>
        <w:t xml:space="preserve">[53:38] </w:t>
      </w:r>
      <w:r>
        <w:t>taake hum apni spiritual hasti ko, spiritual being ko maintain kar saken.</w:t>
      </w:r>
    </w:p>
    <w:p>
      <w:pPr>
        <w:jc w:val="right"/>
      </w:pPr>
      <w:r>
        <w:t>تاکہ ہم اپنی اسپیریچول ہستی کو، اسپیریچول بینگ کو مینٹین کر سکیں۔</w:t>
      </w:r>
    </w:p>
    <w:p>
      <w:r>
        <w:rPr>
          <w:b/>
        </w:rPr>
        <w:t xml:space="preserve">[53:44] </w:t>
      </w:r>
      <w:r>
        <w:t>yeh hai poora ibadat ka mamla.</w:t>
      </w:r>
    </w:p>
    <w:p>
      <w:pPr>
        <w:jc w:val="right"/>
      </w:pPr>
      <w:r>
        <w:t>یہ ہے پورا عبادت کا معاملہ۔</w:t>
      </w:r>
    </w:p>
    <w:p>
      <w:r>
        <w:rPr>
          <w:b/>
        </w:rPr>
        <w:t xml:space="preserve">[53:50] </w:t>
      </w:r>
      <w:r>
        <w:t>aap sochiye keh jab Khuda ne yeh farmaya</w:t>
      </w:r>
    </w:p>
    <w:p>
      <w:pPr>
        <w:jc w:val="right"/>
      </w:pPr>
      <w:r>
        <w:t>آپ سوچیے کہ جب خدا نے یہ فرمایا</w:t>
      </w:r>
    </w:p>
    <w:p>
      <w:r>
        <w:rPr>
          <w:b/>
        </w:rPr>
        <w:t xml:space="preserve">[53:56] </w:t>
      </w:r>
      <w:r>
        <w:t>keh insan ko paida kiya gaya sirf is liye keh woh Khuda ki ibadat kare, toh kitni choti</w:t>
      </w:r>
    </w:p>
    <w:p>
      <w:pPr>
        <w:jc w:val="right"/>
      </w:pPr>
      <w:r>
        <w:t>کہ انسان کو پیدا کیا گیا صرف اس لیے کہ وہ خدا کی عبادت کرے، تو کتنی چھوٹی</w:t>
      </w:r>
    </w:p>
    <w:p>
      <w:r>
        <w:rPr>
          <w:b/>
        </w:rPr>
        <w:t xml:space="preserve">[54:01] </w:t>
      </w:r>
      <w:r>
        <w:t>si cheez ho sakti hai woh? Jab Khuda itna bara hai, itna bara hai, itna bara hai keh</w:t>
      </w:r>
    </w:p>
    <w:p>
      <w:pPr>
        <w:jc w:val="right"/>
      </w:pPr>
      <w:r>
        <w:t>سی چیز ہو سکتی ہے وہ؟ جب خدا اتنا بڑا ہے، اتنا بڑا ہے، اتنا بڑا ہے کہ</w:t>
      </w:r>
    </w:p>
    <w:p>
      <w:r>
        <w:rPr>
          <w:b/>
        </w:rPr>
        <w:t xml:space="preserve">[54:05] </w:t>
      </w:r>
      <w:r>
        <w:t>us ko hum na naap sakte hain, na tod sakte hain.</w:t>
      </w:r>
    </w:p>
    <w:p>
      <w:pPr>
        <w:jc w:val="right"/>
      </w:pPr>
      <w:r>
        <w:t>اس کو ہم نہ ناپ سکتے ہیں، نہ توڑ سکتے ہیں۔</w:t>
      </w:r>
    </w:p>
    <w:p>
      <w:r>
        <w:rPr>
          <w:b/>
        </w:rPr>
        <w:t xml:space="preserve">[54:09] </w:t>
      </w:r>
      <w:r>
        <w:t>hum na dekh sakte hain.</w:t>
      </w:r>
    </w:p>
    <w:p>
      <w:pPr>
        <w:jc w:val="right"/>
      </w:pPr>
      <w:r>
        <w:t>ہم نہ دیکھ سکتے ہیں۔</w:t>
      </w:r>
    </w:p>
    <w:p>
      <w:r>
        <w:rPr>
          <w:b/>
        </w:rPr>
        <w:t xml:space="preserve">[54:14] </w:t>
      </w:r>
      <w:r>
        <w:t>yani solar system jo hai, jo poori universe ka ek chota sa hissa hai, us ko bhi hum</w:t>
      </w:r>
    </w:p>
    <w:p>
      <w:pPr>
        <w:jc w:val="right"/>
      </w:pPr>
      <w:r>
        <w:t>یعنی سولر سسٹم جو ہے، جو پوری یونیورس کا ایک چھوٹا سا حصہ ہے، اس کو بھی ہم</w:t>
      </w:r>
    </w:p>
    <w:p>
      <w:r>
        <w:rPr>
          <w:b/>
        </w:rPr>
        <w:t xml:space="preserve">[54:18] </w:t>
      </w:r>
      <w:r>
        <w:t>ek baar focus nahi kar paate.</w:t>
      </w:r>
    </w:p>
    <w:p>
      <w:pPr>
        <w:jc w:val="right"/>
      </w:pPr>
      <w:r>
        <w:t>ایک بار فوکس نہیں کر پاتے۔</w:t>
      </w:r>
    </w:p>
    <w:p>
      <w:r>
        <w:rPr>
          <w:b/>
        </w:rPr>
        <w:t xml:space="preserve">[54:22] </w:t>
      </w:r>
      <w:r>
        <w:t>aisa nahi hota ke hum ek baar poora</w:t>
      </w:r>
    </w:p>
    <w:p>
      <w:pPr>
        <w:jc w:val="right"/>
      </w:pPr>
      <w:r>
        <w:t>ایسا نہیں ہوتا کہ ہم ایک بار پورا</w:t>
      </w:r>
    </w:p>
    <w:p>
      <w:r>
        <w:rPr>
          <w:b/>
        </w:rPr>
        <w:t xml:space="preserve">[54:27] </w:t>
      </w:r>
      <w:r>
        <w:t>dekh saken kahin. hum ko piece by piece mein dekhte hain. solar system ko hum piece by piece way mein dekhte hain. to Khuda ko kaise dekh lenge hum? Khuda ko aap kaise dekh lenge? to Khuda jab itna bara hai to us ki ibaadat koi bohat hi, yaani mamooli si cheez kaise ho sakti hai? aap sochiye. kh</w:t>
      </w:r>
    </w:p>
    <w:p>
      <w:pPr>
        <w:jc w:val="right"/>
      </w:pPr>
      <w:r>
        <w:t>دیکھ سکیں کہیں۔ ہم کو پیس بل میں دیکھتے ہیں۔ سولر سسٹم کو ہم پیس بل وے میں دیکھتے ہیں۔ تو خدا کو کیسے دیکھ لیں گے ہم؟ خدا کو آپ کیسے دیکھ لیں گے؟ تو خدا جب اتنا بڑا ہے تو اس کی عبادت کوئی بہت ہی، یعنی معمولی سی چیز کیسے ہو سکتی ہے؟ آپ سوچیے۔ خ</w:t>
      </w:r>
    </w:p>
    <w:p>
      <w:r>
        <w:rPr>
          <w:b/>
        </w:rPr>
        <w:t xml:space="preserve">[54:57] </w:t>
      </w:r>
      <w:r>
        <w:t>da jab itna bara hai, itna bara hai, itna bara hai, to us ki ibadat bhi koi choti</w:t>
      </w:r>
    </w:p>
    <w:p>
      <w:pPr>
        <w:jc w:val="right"/>
      </w:pPr>
      <w:r>
        <w:t>دا جب اتنا بڑا ہے، اتنا بڑا ہے، اتنا بڑا ہے، تو اس کی عبادت بھی کوئی چھوٹی</w:t>
      </w:r>
    </w:p>
    <w:p>
      <w:r>
        <w:rPr>
          <w:b/>
        </w:rPr>
        <w:t xml:space="preserve">[55:06] </w:t>
      </w:r>
      <w:r>
        <w:t>moti cheez nahi ho sakti.</w:t>
      </w:r>
    </w:p>
    <w:p>
      <w:pPr>
        <w:jc w:val="right"/>
      </w:pPr>
      <w:r>
        <w:t>موٹی چیز نہیں ہو سکتی۔</w:t>
      </w:r>
    </w:p>
    <w:p>
      <w:r>
        <w:rPr>
          <w:b/>
        </w:rPr>
        <w:t xml:space="preserve">[55:16] </w:t>
      </w:r>
      <w:r>
        <w:t>to baat kya hai? baat yeh hai ke Khuda ki ibadat jo hai, woh ek lambe process ka naam hai.</w:t>
      </w:r>
    </w:p>
    <w:p>
      <w:pPr>
        <w:jc w:val="right"/>
      </w:pPr>
      <w:r>
        <w:t>تو بات کیا ہے؟ بات یہ ہے کہ خدا کی عبادت جو ہے، وہ ایک لمبے پروسیس کا نام ہے۔</w:t>
      </w:r>
    </w:p>
    <w:p>
      <w:r>
        <w:rPr>
          <w:b/>
        </w:rPr>
        <w:t xml:space="preserve">[55:25] </w:t>
      </w:r>
      <w:r>
        <w:t>ek aisa process jo sari zindagi, life time ke liye insaan ke andar jaari rehta hai.</w:t>
      </w:r>
    </w:p>
    <w:p>
      <w:pPr>
        <w:jc w:val="right"/>
      </w:pPr>
      <w:r>
        <w:t>ایک ایسا پروسیس جو ساری زندگی، لائف ٹائم کے لیے انسان کے اندر جاری رہتا ہے۔</w:t>
      </w:r>
    </w:p>
    <w:p>
      <w:r>
        <w:rPr>
          <w:b/>
        </w:rPr>
        <w:t xml:space="preserve">[55:35] </w:t>
      </w:r>
      <w:r>
        <w:t>kabhi khatam nahi hota.</w:t>
      </w:r>
    </w:p>
    <w:p>
      <w:pPr>
        <w:jc w:val="right"/>
      </w:pPr>
      <w:r>
        <w:t>کبھی ختم نہیں ہوتا۔</w:t>
      </w:r>
    </w:p>
    <w:p>
      <w:r>
        <w:rPr>
          <w:b/>
        </w:rPr>
        <w:t xml:space="preserve">[55:45] </w:t>
      </w:r>
      <w:r>
        <w:t>to jis tarah se Khuda ne hamari physical life ke liye universal level par life support system banaya</w:t>
      </w:r>
    </w:p>
    <w:p>
      <w:pPr>
        <w:jc w:val="right"/>
      </w:pPr>
      <w:r>
        <w:t>تو جس طرح سے خدا نے ہماری فزیکل لائف کے لیے یونیورسل لیول پر لائف سپورٹ سسٹم بنایا</w:t>
      </w:r>
    </w:p>
    <w:p>
      <w:r>
        <w:rPr>
          <w:b/>
        </w:rPr>
        <w:t xml:space="preserve">[55:52] </w:t>
      </w:r>
      <w:r>
        <w:t>hai, yahan par aap ghor kijiye ke hamari jo physical life hai, hamari jo physical being hai, is</w:t>
      </w:r>
    </w:p>
    <w:p>
      <w:pPr>
        <w:jc w:val="right"/>
      </w:pPr>
      <w:r>
        <w:t>ہے، یہاں پر آپ غور کیجیے کہ ہماری جو فزیکل لائف ہے، ہماری جو فزیکل بینگ ہے، اس</w:t>
      </w:r>
    </w:p>
    <w:p>
      <w:r>
        <w:rPr>
          <w:b/>
        </w:rPr>
        <w:t xml:space="preserve">[56:00] </w:t>
      </w:r>
      <w:r>
        <w:t>ke support ke liye kitna bare paimane par Khuda ne intezam kar rakha hai.</w:t>
      </w:r>
    </w:p>
    <w:p>
      <w:pPr>
        <w:jc w:val="right"/>
      </w:pPr>
      <w:r>
        <w:t>کے سپورٹ کے لیے کتنا بڑے پیمانے پر خدا نے انتظام کر رکھا ہے۔</w:t>
      </w:r>
    </w:p>
    <w:p>
      <w:r>
        <w:rPr>
          <w:b/>
        </w:rPr>
        <w:t xml:space="preserve">[56:07] </w:t>
      </w:r>
      <w:r>
        <w:t>bohat hi bare paimane par. yani</w:t>
      </w:r>
    </w:p>
    <w:p>
      <w:pPr>
        <w:jc w:val="right"/>
      </w:pPr>
      <w:r>
        <w:t>بہت ہی بڑے پیمانے پر۔ یعنی</w:t>
      </w:r>
    </w:p>
    <w:p>
      <w:r>
        <w:rPr>
          <w:b/>
        </w:rPr>
        <w:t xml:space="preserve">[56:15] </w:t>
      </w:r>
      <w:r>
        <w:t>sooraj jo hai, nau karor tees lakh meel door hai hum se, wahan se light bhejta hai barabar.</w:t>
      </w:r>
    </w:p>
    <w:p>
      <w:pPr>
        <w:jc w:val="right"/>
      </w:pPr>
      <w:r>
        <w:t>سورج جو ہے، نو کروڑ تیس لاکھ میل دور ہے ہم سے، وہاں سے لائٹ بھیجتا ہے برابر۔</w:t>
      </w:r>
    </w:p>
    <w:p>
      <w:r>
        <w:rPr>
          <w:b/>
        </w:rPr>
        <w:t xml:space="preserve">[56:23] </w:t>
      </w:r>
      <w:r>
        <w:t>aisi million, trillion cheezein hain hamare liye jin ko hum kehte hain life support system.</w:t>
      </w:r>
    </w:p>
    <w:p>
      <w:pPr>
        <w:jc w:val="right"/>
      </w:pPr>
      <w:r>
        <w:t>ایسی ملین، ٹریلین چیزیں ہیں ہمارے لیے جن کو ہم کہتے ہیں لائف سپورٹ سسٹم۔</w:t>
      </w:r>
    </w:p>
    <w:p>
      <w:r>
        <w:rPr>
          <w:b/>
        </w:rPr>
        <w:t xml:space="preserve">[56:31] </w:t>
      </w:r>
      <w:r>
        <w:t>to jis tarah Khuda ne hamari physical being ke liye, hamari physical hasti ke liye bohat hi bare,</w:t>
      </w:r>
    </w:p>
    <w:p>
      <w:pPr>
        <w:jc w:val="right"/>
      </w:pPr>
      <w:r>
        <w:t>تو جس طرح خدا نے ہماری فزیکل بینگ کے لیے، ہماری فزیکل ہستی کے لیے بہت ہی بڑے،</w:t>
      </w:r>
    </w:p>
    <w:p>
      <w:r>
        <w:rPr>
          <w:b/>
        </w:rPr>
        <w:t xml:space="preserve">[56:38] </w:t>
      </w:r>
      <w:r>
        <w:t>yani universal level par ek life support system banaya hai,</w:t>
      </w:r>
    </w:p>
    <w:p>
      <w:pPr>
        <w:jc w:val="right"/>
      </w:pPr>
      <w:r>
        <w:t>یعنی یونیورسل لیول پر ایک لائف سپورٹ سسٹم بنایا ہے،</w:t>
      </w:r>
    </w:p>
    <w:p>
      <w:r>
        <w:rPr>
          <w:b/>
        </w:rPr>
        <w:t xml:space="preserve">[56:46] </w:t>
      </w:r>
      <w:r>
        <w:t>isi tarah Khuda ne hamari spiritual being ke liye bhi ek bohat bara support system banaya hai.</w:t>
      </w:r>
    </w:p>
    <w:p>
      <w:pPr>
        <w:jc w:val="right"/>
      </w:pPr>
      <w:r>
        <w:t>اسی طرح خدا نے ہماری اسپیریچول بینگ کے لیے بھی ایک بہت بڑا سپورٹ سسٹم بنایا ہے۔</w:t>
      </w:r>
    </w:p>
    <w:p>
      <w:r>
        <w:rPr>
          <w:b/>
        </w:rPr>
        <w:t xml:space="preserve">[56:54] </w:t>
      </w:r>
      <w:r>
        <w:t>is support system se hum madad dete hue apni spiritual life ko musalsal maintain kar sakte hain.</w:t>
      </w:r>
    </w:p>
    <w:p>
      <w:pPr>
        <w:jc w:val="right"/>
      </w:pPr>
      <w:r>
        <w:t>اس سپورٹ سسٹم سے ہم مدد دیتے ہوئے اپنی اسپیریچول لائف کو مسلسل مینٹین کر سکتے ہیں۔</w:t>
      </w:r>
    </w:p>
    <w:p>
      <w:r>
        <w:rPr>
          <w:b/>
        </w:rPr>
        <w:t xml:space="preserve">[57:01] </w:t>
      </w:r>
      <w:r>
        <w:t>isi liye zaroorat kya hai ke hum apne mind ko active rakhein.</w:t>
      </w:r>
    </w:p>
    <w:p>
      <w:pPr>
        <w:jc w:val="right"/>
      </w:pPr>
      <w:r>
        <w:t>اسی لیے ضرورت کیا ہے کہ ہم اپنے مائنڈ کو ایکٹیو رکھیں۔</w:t>
      </w:r>
    </w:p>
    <w:p>
      <w:r>
        <w:rPr>
          <w:b/>
        </w:rPr>
        <w:t xml:space="preserve">[57:09] </w:t>
      </w:r>
      <w:r>
        <w:t>hamara intellectual process jo hai, woh chalta rahe. duniya</w:t>
      </w:r>
    </w:p>
    <w:p>
      <w:pPr>
        <w:jc w:val="right"/>
      </w:pPr>
      <w:r>
        <w:t>ہمارا انٹلیکچول پروسیس جو ہے، وہ چلتا رہے۔ دنیا</w:t>
      </w:r>
    </w:p>
    <w:p>
      <w:r>
        <w:rPr>
          <w:b/>
        </w:rPr>
        <w:t xml:space="preserve">[57:16] </w:t>
      </w:r>
      <w:r>
        <w:t>mein hum blind bankar na rahen, dekhne wale bankar rahen. jaise Quran mein hai ke bohat se aankh wale hain, magar woh dekhte nahi. bohat se kaan wale hain, magar woh sunte nahi. bohat se mind wale hain, magar woh sochte nahi. yeh kaun log hain? yeh wohi log hain. yaani is physical sense mein to woh khoob faida utha rahe hain, woh spiritual sense mein bilkul hi woh ka</w:t>
      </w:r>
    </w:p>
    <w:p>
      <w:pPr>
        <w:jc w:val="right"/>
      </w:pPr>
      <w:r>
        <w:t>میں ہم بلائنڈ بن کر نہ رہیں، دیکھنے والے بن کر رہیں۔ جیسے قرآن میں ہے کہ بہت سے آنکھ والے ہیں، مگر وہ دیکھتے نہیں۔ بہت سے کان والے ہیں، مگر وہ سنتے نہیں۔ بہت سے مائنڈ والے ہیں، مگر وہ سوچتے نہیں۔ یہ کون لوگ ہیں؟ یہ وہی لوگ ہیں۔ یعنی اس فزیکل سینس میں تو وہ خوب فائدہ اٹھا رہے ہیں، وہ اسپیریچول سینس میں بالکل ہی وہ ک</w:t>
      </w:r>
    </w:p>
    <w:p>
      <w:r>
        <w:rPr>
          <w:b/>
        </w:rPr>
        <w:t xml:space="preserve">[57:46] </w:t>
      </w:r>
      <w:r>
        <w:t>chah nahin faida utha rahe hain. to aankh rakhte hue woh andhe hain. kaan rakhte hue woh behre hain. dimagh rakhte hue bhi woh be-dimagh hain. to yeh saada baat nahin hai kyunke zindagi khatm nahin ho jati hai. zindagi marne ke baad bhi jaari rehti hai. hum accountable nahin hain Khuda ke aagay. to Khuda poochega ke tum ko</w:t>
      </w:r>
    </w:p>
    <w:p>
      <w:pPr>
        <w:jc w:val="right"/>
      </w:pPr>
      <w:r>
        <w:t>چھ نہیں فائدہ اٹھا رہے ہیں۔ تو آنکھ رکھتے ہوئے وہ اندھے ہیں۔ کان رکھتے ہوئے وہ بہرے ہیں۔ دماغ رکھتے ہوئے بھی وہ بے دماغ ہیں۔ تو یہ سادہ بات نہیں ہے کیونکہ زندگی ختم نہیں ہو جاتی ہے۔ زندگی مرنے کے بعد بھی جاری رہتی ہے۔ ہم اکاؤنٹیبل نہیں ہیں خدا کے آگے۔ تو خدا پوچھے گا کہ تم کو</w:t>
      </w:r>
    </w:p>
    <w:p>
      <w:r>
        <w:rPr>
          <w:b/>
        </w:rPr>
        <w:t xml:space="preserve">[58:16] </w:t>
      </w:r>
      <w:r>
        <w:t>itna sab jo hum ne intezam kiya, tab bhi tum andhe behre kyun bane rahe? to humein farz</w:t>
      </w:r>
    </w:p>
    <w:p>
      <w:pPr>
        <w:jc w:val="right"/>
      </w:pPr>
      <w:r>
        <w:t>اتنا سب جو ہم نے انتظام کیا، تب بھی تم اندھے بہرے کیوں بنے رہے؟ تو ہمیں فرض</w:t>
      </w:r>
    </w:p>
    <w:p>
      <w:r>
        <w:rPr>
          <w:b/>
        </w:rPr>
        <w:t xml:space="preserve">[58:23] </w:t>
      </w:r>
      <w:r>
        <w:t>hai hamara ke hum yeh duniya mein aankh khol kar rahein, kaan khol kar rahein, aur Khuda ke</w:t>
      </w:r>
    </w:p>
    <w:p>
      <w:pPr>
        <w:jc w:val="right"/>
      </w:pPr>
      <w:r>
        <w:t>ہے ہمارا کہ ہم یہ دنیا میں آنکھ کھول کر رہیں، کان کھول کر رہیں، اور خدا کے</w:t>
      </w:r>
    </w:p>
    <w:p>
      <w:r>
        <w:rPr>
          <w:b/>
        </w:rPr>
        <w:t xml:space="preserve">[58:29] </w:t>
      </w:r>
      <w:r>
        <w:t>sachche bazguzar ban kar rahein.</w:t>
      </w:r>
    </w:p>
    <w:p>
      <w:pPr>
        <w:jc w:val="right"/>
      </w:pPr>
      <w:r>
        <w:t>سچے بازگزار بن کر رہیں۔</w:t>
      </w:r>
    </w:p>
    <w:p>
      <w:r>
        <w:rPr>
          <w:b/>
        </w:rPr>
        <w:t xml:space="preserve">[58:35] </w:t>
      </w:r>
      <w:r>
        <w:t>aur is ke liye humein ek ek intellectual process musalsal jaari karna hoga apne andar.</w:t>
      </w:r>
    </w:p>
    <w:p>
      <w:pPr>
        <w:jc w:val="right"/>
      </w:pPr>
      <w:r>
        <w:t>اور اس کے لیے ہمیں ایک ایک انٹلیکچول پروسیس مسلسل جاری کرنا ہوگا اپنے اندر۔</w:t>
      </w:r>
    </w:p>
    <w:p>
      <w:r>
        <w:rPr>
          <w:b/>
        </w:rPr>
        <w:t xml:space="preserve">[58:42] </w:t>
      </w:r>
      <w:r>
        <w:t>is ke baghair mumkin nahi.</w:t>
      </w:r>
    </w:p>
    <w:p>
      <w:pPr>
        <w:jc w:val="right"/>
      </w:pPr>
      <w:r>
        <w:t>اس کے بغیر ممکن نہیں۔</w:t>
      </w:r>
    </w:p>
    <w:p>
      <w:r>
        <w:rPr>
          <w:b/>
        </w:rPr>
        <w:t xml:space="preserve">[58:48] </w:t>
      </w:r>
      <w:r>
        <w:t>aqool qawlahu hatha wastaghfirullaha alaikum ajmaeen.</w:t>
      </w:r>
    </w:p>
    <w:p>
      <w:pPr>
        <w:jc w:val="right"/>
      </w:pPr>
      <w:r>
        <w:t>اقول قولھذا واستغفراللہ علیکم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