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Akhirat Oriented Life June 24, 2008 Maulana Wahiduddin Khan</w:t>
      </w:r>
    </w:p>
    <w:p>
      <w:r>
        <w:t>https://www.youtube.com/watch?v=WPuEpFAlpvk</w:t>
      </w:r>
    </w:p>
    <w:p>
      <w:r>
        <w:rPr>
          <w:b/>
        </w:rPr>
        <w:t xml:space="preserve">[00:14] </w:t>
      </w:r>
      <w:r>
        <w:t>Bismillah hir Rahman nir Raheem. waSalli Allahu 'ala an-Nabiyyi al-Kareem. Rabbi-shrah li sadri, wa yassir li amri, wa-hlul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[00:33] </w:t>
      </w:r>
      <w:r>
        <w:t>yaf qahu qawli.</w:t>
      </w:r>
    </w:p>
    <w:p>
      <w:pPr>
        <w:jc w:val="right"/>
      </w:pPr>
      <w:r>
        <w:t>یفقہ قولی۔</w:t>
      </w:r>
    </w:p>
    <w:p>
      <w:r>
        <w:rPr>
          <w:b/>
        </w:rPr>
        <w:t xml:space="preserve">[00:39] </w:t>
      </w:r>
      <w:r>
        <w:t>aaj ka topic akhirat hai. yaani</w:t>
      </w:r>
    </w:p>
    <w:p>
      <w:pPr>
        <w:jc w:val="right"/>
      </w:pPr>
      <w:r>
        <w:t>آج کا ٹاپک آخرت ہے۔ یعنی</w:t>
      </w:r>
    </w:p>
    <w:p>
      <w:r>
        <w:rPr>
          <w:b/>
        </w:rPr>
        <w:t xml:space="preserve">[00:49] </w:t>
      </w:r>
      <w:r>
        <w:t>akhirat oriented life. akhirat rakhi zindagi.</w:t>
      </w:r>
    </w:p>
    <w:p>
      <w:pPr>
        <w:jc w:val="right"/>
      </w:pPr>
      <w:r>
        <w:t>آخرت اورینٹڈ لائف۔ آخرت رخی زندگی۔</w:t>
      </w:r>
    </w:p>
    <w:p>
      <w:r>
        <w:rPr>
          <w:b/>
        </w:rPr>
        <w:t xml:space="preserve">[01:00] </w:t>
      </w:r>
      <w:r>
        <w:t>Islami zindagi kya hai? ya Islamic way of life kya hai? is ko agar aik lafz mein bayan karna ho to main kahunga ke woh hai akhirat rakhi zindagi.</w:t>
      </w:r>
    </w:p>
    <w:p>
      <w:pPr>
        <w:jc w:val="right"/>
      </w:pPr>
      <w:r>
        <w:t>اسلامی زندگی کیا ہے؟ یا اسلامک وے آف لائف کیا ہے؟ اس کو اگر ایک शब्द میں بیان کرنا ہو تو میں کہوں گا کہ وہ ہے آخرت رخی زندگی۔</w:t>
      </w:r>
    </w:p>
    <w:p>
      <w:r>
        <w:rPr>
          <w:b/>
        </w:rPr>
        <w:t xml:space="preserve">[01:24] </w:t>
      </w:r>
      <w:r>
        <w:t>akhirat oriented life.</w:t>
      </w:r>
    </w:p>
    <w:p>
      <w:pPr>
        <w:jc w:val="right"/>
      </w:pPr>
      <w:r>
        <w:t>آخرت اورینٹڈ لائف۔</w:t>
      </w:r>
    </w:p>
    <w:p>
      <w:r>
        <w:rPr>
          <w:b/>
        </w:rPr>
        <w:t xml:space="preserve">[01:29] </w:t>
      </w:r>
      <w:r>
        <w:t>is duniya mein aap jante hain ke aadmi ki bohat si activities hoti hain.</w:t>
      </w:r>
    </w:p>
    <w:p>
      <w:pPr>
        <w:jc w:val="right"/>
      </w:pPr>
      <w:r>
        <w:t>اس دنیا میں آپ جانتے ہیں کہ آدمی کی بہت سی ایکٹیویٹیز ہوتی ہیں۔</w:t>
      </w:r>
    </w:p>
    <w:p>
      <w:r>
        <w:rPr>
          <w:b/>
        </w:rPr>
        <w:t xml:space="preserve">[01:38] </w:t>
      </w:r>
      <w:r>
        <w:t>raat din is ko tarah tarah ke kaam hote hain. ghar ke andar aur ghar ke bahar.</w:t>
      </w:r>
    </w:p>
    <w:p>
      <w:pPr>
        <w:jc w:val="right"/>
      </w:pPr>
      <w:r>
        <w:t>رات دن اس کو طرح طرح کے کام ہوتے ہیں۔ گھر کے اندر اور گھر کے باہر۔</w:t>
      </w:r>
    </w:p>
    <w:p>
      <w:r>
        <w:rPr>
          <w:b/>
        </w:rPr>
        <w:t xml:space="preserve">[01:48] </w:t>
      </w:r>
      <w:r>
        <w:t>lekin koi aik is ka orientation hota hai. jaise aik businessman ko lijiye. aik kamyab businessman.</w:t>
      </w:r>
    </w:p>
    <w:p>
      <w:pPr>
        <w:jc w:val="right"/>
      </w:pPr>
      <w:r>
        <w:t>لیکن کوئی ایک اس کا اورینٹیشن ہوتا ہے۔ جیسے ایک بزنس مین کو لیجیے۔ ایک کامیاب بزنس مین۔</w:t>
      </w:r>
    </w:p>
    <w:p>
      <w:r>
        <w:rPr>
          <w:b/>
        </w:rPr>
        <w:t xml:space="preserve">[02:00] </w:t>
      </w:r>
      <w:r>
        <w:t>to aap dekhenge ke is ka mind har waqt business ko le kar sochta hai.</w:t>
      </w:r>
    </w:p>
    <w:p>
      <w:pPr>
        <w:jc w:val="right"/>
      </w:pPr>
      <w:r>
        <w:t>تو آپ دیکھیں گے کہ اس کا مائنڈ ہر وقت بزنس کو لے کر سوچتا ہے۔</w:t>
      </w:r>
    </w:p>
    <w:p>
      <w:r>
        <w:rPr>
          <w:b/>
        </w:rPr>
        <w:t xml:space="preserve">[02:13] </w:t>
      </w:r>
      <w:r>
        <w:t>business ko le kar sochta hai.</w:t>
      </w:r>
    </w:p>
    <w:p>
      <w:pPr>
        <w:jc w:val="right"/>
      </w:pPr>
      <w:r>
        <w:t>بزنس کو لے کر سوچتا ہے۔</w:t>
      </w:r>
    </w:p>
    <w:p>
      <w:r>
        <w:rPr>
          <w:b/>
        </w:rPr>
        <w:t xml:space="preserve">[02:18] </w:t>
      </w:r>
      <w:r>
        <w:t>har cheez mein is ko koi na koi aspect business wala dikhai deta hai.</w:t>
      </w:r>
    </w:p>
    <w:p>
      <w:pPr>
        <w:jc w:val="right"/>
      </w:pPr>
      <w:r>
        <w:t>ہر چیز میں اس کو کوئی نہ کوئی آسپیکٹ بزنس والا دکھائی دیتا ہے۔</w:t>
      </w:r>
    </w:p>
    <w:p>
      <w:r>
        <w:rPr>
          <w:b/>
        </w:rPr>
        <w:t xml:space="preserve">[02:28] </w:t>
      </w:r>
      <w:r>
        <w:t>main ne aik qissa parha. aik aadmi jo writer tha.</w:t>
      </w:r>
    </w:p>
    <w:p>
      <w:pPr>
        <w:jc w:val="right"/>
      </w:pPr>
      <w:r>
        <w:t>میں نے ایک قصہ پڑھا۔ ایک آدمی جو رائٹر تھا۔</w:t>
      </w:r>
    </w:p>
    <w:p>
      <w:r>
        <w:rPr>
          <w:b/>
        </w:rPr>
        <w:t xml:space="preserve">[02:39] </w:t>
      </w:r>
      <w:r>
        <w:t>wo shayar tha aur story likhta tha. to us ne kaha ke main apne aik dost ko le kar aik martaba aik garden mein gaya.</w:t>
      </w:r>
    </w:p>
    <w:p>
      <w:pPr>
        <w:jc w:val="right"/>
      </w:pPr>
      <w:r>
        <w:t>وہ شاعر تھا اور اسٹوری لکھتا تھا۔ تو اس نے کہا کہ میں اپنے ایک دوست کو لے کر ایک مرتبہ ایک گارڈن میں گیا۔</w:t>
      </w:r>
    </w:p>
    <w:p>
      <w:r>
        <w:rPr>
          <w:b/>
        </w:rPr>
        <w:t xml:space="preserve">[02:50] </w:t>
      </w:r>
      <w:r>
        <w:t xml:space="preserve">aik bagh mein. to wo tha wo business karta tha wo aadmi. </w:t>
      </w:r>
    </w:p>
    <w:p>
      <w:pPr>
        <w:jc w:val="right"/>
      </w:pPr>
      <w:r>
        <w:t>ایک باغ میں۔ تو وہ تھا وہ بزنس کرتا تھا وہ آدمی۔</w:t>
      </w:r>
    </w:p>
    <w:p>
      <w:r>
        <w:rPr>
          <w:b/>
        </w:rPr>
        <w:t xml:space="preserve">[03:00] </w:t>
      </w:r>
      <w:r>
        <w:t>dawaon ka business. aur khud yeh aadmi tha shayar. to us ne kaha ke wahan jab main gaya to wahan bohat se gulab lage hue thay.</w:t>
      </w:r>
    </w:p>
    <w:p>
      <w:pPr>
        <w:jc w:val="right"/>
      </w:pPr>
      <w:r>
        <w:t>دواؤں کا بزنس۔ اور خود یہ آدمی تھا شاعر۔ تو اس نے کہا کہ وہاں جب میں گیا تو وہاں بہت سے گلاب لگے ہوئے تھے۔</w:t>
      </w:r>
    </w:p>
    <w:p>
      <w:r>
        <w:rPr>
          <w:b/>
        </w:rPr>
        <w:t xml:space="preserve">[03:14] </w:t>
      </w:r>
      <w:r>
        <w:t>gulab ke poday.</w:t>
      </w:r>
    </w:p>
    <w:p>
      <w:pPr>
        <w:jc w:val="right"/>
      </w:pPr>
      <w:r>
        <w:t>گلاب کے پودے۔</w:t>
      </w:r>
    </w:p>
    <w:p>
      <w:r>
        <w:rPr>
          <w:b/>
        </w:rPr>
        <w:t xml:space="preserve">[03:18] </w:t>
      </w:r>
      <w:r>
        <w:t>to us ne bataya ke main khud to us ki beauty mein gum ho gaya. us ke fragrance mein gum ho gaya.</w:t>
      </w:r>
    </w:p>
    <w:p>
      <w:pPr>
        <w:jc w:val="right"/>
      </w:pPr>
      <w:r>
        <w:t>تو اس نے بتایا کہ میں خود تو اس کی بیوٹی میں گم ہو گیا۔ اس کے فریگرنس میں گم ہو گیا۔</w:t>
      </w:r>
    </w:p>
    <w:p>
      <w:r>
        <w:rPr>
          <w:b/>
        </w:rPr>
        <w:t xml:space="preserve">[03:28] </w:t>
      </w:r>
      <w:r>
        <w:t>us ko dekhne laga us nazar se ke kitna beautiful hai yeh gulab ka phool. to main mere mind mein kuch shair wali baatein anay lagin.</w:t>
      </w:r>
    </w:p>
    <w:p>
      <w:pPr>
        <w:jc w:val="right"/>
      </w:pPr>
      <w:r>
        <w:t>اس کو دیکھنے لگا اس نظر سے کہ کتنا بیوٹی فل ہے یہ گلاب کا پھول۔ تو میں میرے مائنڈ میں کچھ شعر والی باتیں آنے لگیں۔</w:t>
      </w:r>
    </w:p>
    <w:p>
      <w:r>
        <w:rPr>
          <w:b/>
        </w:rPr>
        <w:t xml:space="preserve">[03:45] </w:t>
      </w:r>
      <w:r>
        <w:t>jaisa ke aap jante hain ke aik aik mashhoor nazm hai aik English poet ki. The Last Rose of Summer.</w:t>
      </w:r>
    </w:p>
    <w:p>
      <w:pPr>
        <w:jc w:val="right"/>
      </w:pPr>
      <w:r>
        <w:t>جیسا کہ آپ جانتے ہیں کہ ایک ایک مشہور نظم ہے ایک انگلش پوئٹ کی۔ دا لاسٹ روز آف سمر۔</w:t>
      </w:r>
    </w:p>
    <w:p>
      <w:r>
        <w:rPr>
          <w:b/>
        </w:rPr>
        <w:t xml:space="preserve">[03:58] </w:t>
      </w:r>
      <w:r>
        <w:t>us ne summer ke mausam ka aakhri gulab dekha to us par us ne aik nazm keh di jo bohat mashhoor hui.</w:t>
      </w:r>
    </w:p>
    <w:p>
      <w:pPr>
        <w:jc w:val="right"/>
      </w:pPr>
      <w:r>
        <w:t>اس نے سمر کے موسم کا آخری گلاب دیکھا تو اس پر اس نے ایک نظم کہہ دی جو بہت مشہور ہوئی۔</w:t>
      </w:r>
    </w:p>
    <w:p>
      <w:r>
        <w:rPr>
          <w:b/>
        </w:rPr>
        <w:t xml:space="preserve">[04:13] </w:t>
      </w:r>
      <w:r>
        <w:t>to wo aadmi kehta hai ke jab lekin mera saathi tha. us ki soch alag thi. us ki soch yeh thi ke main kaise is ko</w:t>
      </w:r>
    </w:p>
    <w:p>
      <w:pPr>
        <w:jc w:val="right"/>
      </w:pPr>
      <w:r>
        <w:t>تو وہ آدمی کہتا ہے کہ جب لیکن میرا ساتھی تھا۔ اس کی سوچ الگ تھی۔ اس کی سوچ یہ تھی کہ میں کیسے اس کو</w:t>
      </w:r>
    </w:p>
    <w:p>
      <w:r>
        <w:rPr>
          <w:b/>
        </w:rPr>
        <w:t xml:space="preserve">[04:28] </w:t>
      </w:r>
      <w:r>
        <w:t>apne business mein istemal karoon. to us ne socha ke itne beautiful phool hain is ke. to us ke shehar mein</w:t>
      </w:r>
    </w:p>
    <w:p>
      <w:pPr>
        <w:jc w:val="right"/>
      </w:pPr>
      <w:r>
        <w:t>اپنے بزنس میں استعمال کروں۔ تو اس نے سوچا کہ اتنے بیوٹی فل پھول ہیں اس کے۔ تو اس کے شہر میں</w:t>
      </w:r>
    </w:p>
    <w:p>
      <w:r>
        <w:rPr>
          <w:b/>
        </w:rPr>
        <w:t xml:space="preserve">[04:41] </w:t>
      </w:r>
      <w:r>
        <w:t>phoolon ki mala bikti thi. log charrhawa charhane ke liye aur kisi ko receive karna ho kisi ko order dena ho to us ke liye phool ki mala banate thay.</w:t>
      </w:r>
    </w:p>
    <w:p>
      <w:pPr>
        <w:jc w:val="right"/>
      </w:pPr>
      <w:r>
        <w:t>پھولوں کی مالا بکتی تھی۔ لوگ چڑھاوا چڑھانے کے لیے اور کسی کو ریسیو کرنا ہو کسی کو آرڈر دینا ہو تو اس کے لیے پھول کی مالا بناتے تھے۔</w:t>
      </w:r>
    </w:p>
    <w:p>
      <w:r>
        <w:rPr>
          <w:b/>
        </w:rPr>
        <w:t xml:space="preserve">[04:54] </w:t>
      </w:r>
      <w:r>
        <w:t>to us ke mind mein aa gaya ke agar yeh roz yeh yeh jo gulab ka phool hai is ko le kar agar main phool ki mala banaon to meri mala khoob bikay gi.</w:t>
      </w:r>
    </w:p>
    <w:p>
      <w:pPr>
        <w:jc w:val="right"/>
      </w:pPr>
      <w:r>
        <w:t>تو اس کے مائنڈ میں آگیا کہ اگر یہ روز یہ یہ جو گلاب کا پھول ہے اس کو لے کر اگر میں پھول کی مالا بناؤں تو میری مالا خوب بکے گی۔</w:t>
      </w:r>
    </w:p>
    <w:p>
      <w:r>
        <w:rPr>
          <w:b/>
        </w:rPr>
        <w:t xml:space="preserve">[05:08] </w:t>
      </w:r>
      <w:r>
        <w:t>to isi ko kehte hain orientation. har aadmi apne apne lehaz se sochta hai. rehte hain sab isi duniya mein.</w:t>
      </w:r>
    </w:p>
    <w:p>
      <w:pPr>
        <w:jc w:val="right"/>
      </w:pPr>
      <w:r>
        <w:t>تو اسی کو کہتے ہیں اورینٹیشن۔ ہر آدمی اپنے اپنے لحاظ سے سوچتا ہے۔ رہتے ہیں سب اسی دنیا میں۔</w:t>
      </w:r>
    </w:p>
    <w:p>
      <w:r>
        <w:rPr>
          <w:b/>
        </w:rPr>
        <w:t xml:space="preserve">[05:20] </w:t>
      </w:r>
      <w:r>
        <w:t>isi subah o shaam mein isi raat aur din mein isi society mein. lekin apne orientation ke lehaz se har aadmi</w:t>
      </w:r>
    </w:p>
    <w:p>
      <w:pPr>
        <w:jc w:val="right"/>
      </w:pPr>
      <w:r>
        <w:t>اسی صبح و شام میں اسی رات اور دن میں اسی سوسائٹی میں۔ لیکن اپنے اورینٹیشن کے لحاظ سے ہر آدمی</w:t>
      </w:r>
    </w:p>
    <w:p>
      <w:r>
        <w:rPr>
          <w:b/>
        </w:rPr>
        <w:t xml:space="preserve">[05:34] </w:t>
      </w:r>
      <w:r>
        <w:t>kisi kisi baat ko liya rehta hai. jaise koi money oriented hota hai to woh money ki baat sochta hai. koi politics oriented hota hai to woh voters ko le kar sochta hai.</w:t>
      </w:r>
    </w:p>
    <w:p>
      <w:pPr>
        <w:jc w:val="right"/>
      </w:pPr>
      <w:r>
        <w:t>کسی کسی بات کو لیا رہتا ہے۔ جیسے کوئی منی اورینٹڈ ہوتا ہے تو وہ منی کی بات سوچتا ہے۔ کوئی پولیٹکس اورینٹڈ ہوتا ہے تو وہ ووٹروں کو لے کر سوچتا ہے۔</w:t>
      </w:r>
    </w:p>
    <w:p>
      <w:r>
        <w:rPr>
          <w:b/>
        </w:rPr>
        <w:t xml:space="preserve">[05:46] </w:t>
      </w:r>
      <w:r>
        <w:t>to ek sacha believer ek sacha momin ka sab se bara concern yeh hota hai ke woh akhirat mein kamyab ho.</w:t>
      </w:r>
    </w:p>
    <w:p>
      <w:pPr>
        <w:jc w:val="right"/>
      </w:pPr>
      <w:r>
        <w:t>تو ایک سچا بیلیور ایک سچا مومن کا سب سے بڑا کنسرن یہ ہوتا ہے کہ وہ آخرت میں کامیاب ہو۔</w:t>
      </w:r>
    </w:p>
    <w:p>
      <w:r>
        <w:rPr>
          <w:b/>
        </w:rPr>
        <w:t xml:space="preserve">[06:00] </w:t>
      </w:r>
      <w:r>
        <w:t>us ko akhirat ki success milay. to duniya ki poori zindagi jo bhi yahan us ko milti hai pachas saath saal woh ban jati hai akhirat oriented life.</w:t>
      </w:r>
    </w:p>
    <w:p>
      <w:pPr>
        <w:jc w:val="right"/>
      </w:pPr>
      <w:r>
        <w:t>اس کو آخرت کی سکسیس ملے۔ تو دنیا کی پوری زندگی جو بھی یہاں اس کو ملتی ہے پچاس ساٹھ سال وہ بن جاتی ہے آخرت اورینٹڈ لائف۔</w:t>
      </w:r>
    </w:p>
    <w:p>
      <w:r>
        <w:rPr>
          <w:b/>
        </w:rPr>
        <w:t xml:space="preserve">[06:16] </w:t>
      </w:r>
      <w:r>
        <w:t>to main samajhta hoon ke Islam ke jo Islamic way of life hai us ko agar ek sab mein bayan karna ho to yahi kaha jaye ga ke Islami zindagi akhirat rukhi zindagi hoti hai.</w:t>
      </w:r>
    </w:p>
    <w:p>
      <w:pPr>
        <w:jc w:val="right"/>
      </w:pPr>
      <w:r>
        <w:t>تو میں سمجھتا ہوں کہ اسلام کے جو اسلامک وے آف لائف ہے اس کو اگر ایک سب میں بیان کرنا ہو تو یہی کہا جائے گا کہ اسلامی زندگی آخرت رخی زندگی ہوتی ہے۔</w:t>
      </w:r>
    </w:p>
    <w:p>
      <w:r>
        <w:rPr>
          <w:b/>
        </w:rPr>
        <w:t xml:space="preserve">[06:37] </w:t>
      </w:r>
      <w:r>
        <w:t>dekhen yeh</w:t>
      </w:r>
    </w:p>
    <w:p>
      <w:pPr>
        <w:jc w:val="right"/>
      </w:pPr>
      <w:r>
        <w:t>دیکھیں یہ</w:t>
      </w:r>
    </w:p>
    <w:p>
      <w:r>
        <w:rPr>
          <w:b/>
        </w:rPr>
        <w:t xml:space="preserve">[06:41] </w:t>
      </w:r>
      <w:r>
        <w:t>yehi is duniya mein nature ka qanoon hai. yeh ek to the law of nature hai. kyunke dekhen is duniya mein koi bhi cheez</w:t>
      </w:r>
    </w:p>
    <w:p>
      <w:pPr>
        <w:jc w:val="right"/>
      </w:pPr>
      <w:r>
        <w:t>یہی اس دنیا میں نیچر کا قانون ہے۔ یہ اکائی ٹو دا لا آف نیچر ہے۔ کیونکہ دیکھیں اس دنیا میں کوئی بھی چیز</w:t>
      </w:r>
    </w:p>
    <w:p>
      <w:r>
        <w:rPr>
          <w:b/>
        </w:rPr>
        <w:t xml:space="preserve">[07:00] </w:t>
      </w:r>
      <w:r>
        <w:t>har duniya is duniya mein har cheez ka ek present hota hai ek future hota hai. jaise gulab ka phool jo main ne kaha to jis din is ka chota sa plant zameen mein lagaya ho ga kisi mali ne to usi din woh chahta hai ke mujhe gulab ka phool mil jaye.</w:t>
      </w:r>
    </w:p>
    <w:p>
      <w:pPr>
        <w:jc w:val="right"/>
      </w:pPr>
      <w:r>
        <w:t>ہر دنیا اس دنیا میں ہر چیز کا ایک پریزنٹ ہوتا ہے ایک فیوچر ہوتا ہے۔ جیسے گلاب کا پھول جو میں نے کہا تو جس دن اس کا چھوٹا سا پلانٹ زمین میں لگایا ہو ہوگا کسی مالی نے تو اسی دن وہ چاہتا ہے کہ مجھے گلاب کا پھول مل جائے۔</w:t>
      </w:r>
    </w:p>
    <w:p>
      <w:r>
        <w:rPr>
          <w:b/>
        </w:rPr>
        <w:t xml:space="preserve">[07:21] </w:t>
      </w:r>
      <w:r>
        <w:t>to yeh impossible tha. gulab ka poda aap present mein lagate hain lekin gulab ka phool aap ko future mein milta hai.</w:t>
      </w:r>
    </w:p>
    <w:p>
      <w:pPr>
        <w:jc w:val="right"/>
      </w:pPr>
      <w:r>
        <w:t>تو یہ امپاسیبل تھا۔ گلاب کا پودا آپ پریزنٹ میں لگاتے ہیں لیکن گلاب کا پھول آپ کو فیوچر میں ملتا ہے۔</w:t>
      </w:r>
    </w:p>
    <w:p>
      <w:r>
        <w:rPr>
          <w:b/>
        </w:rPr>
        <w:t xml:space="preserve">[07:36] </w:t>
      </w:r>
      <w:r>
        <w:t>aap ek drakht zameen mein bo te hain us waqt woh ek seed hota hai. ek beej hota hai. to seed mein agar aap chahen ke phool aur phal milen to aisa nahi ho sakta hai.</w:t>
      </w:r>
    </w:p>
    <w:p>
      <w:pPr>
        <w:jc w:val="right"/>
      </w:pPr>
      <w:r>
        <w:t>آپ ایک درخت زمین میں بوتے ہیں اس وقت وہ ایک سیڈ ہوتا ہے۔ ایک بیج ہوتا ہے۔ تو سیڈ میں اگر آپ چاہیں کہ پھول اور پھل ملیں تو ایسا نہیں ہو سکتا ہے۔</w:t>
      </w:r>
    </w:p>
    <w:p>
      <w:r>
        <w:rPr>
          <w:b/>
        </w:rPr>
        <w:t xml:space="preserve">[07:53] </w:t>
      </w:r>
      <w:r>
        <w:t>to drakht ka present jo hai woh to seed hai. is ka jo future hai woh phool aur phal hai.</w:t>
      </w:r>
    </w:p>
    <w:p>
      <w:pPr>
        <w:jc w:val="right"/>
      </w:pPr>
      <w:r>
        <w:t>تو درخت کا پریزنٹ جو ہے وہ تو سیڈ ہے۔ اس کا جو فیوچر ہے وہ پھول اور پھل ہے۔</w:t>
      </w:r>
    </w:p>
    <w:p>
      <w:r>
        <w:rPr>
          <w:b/>
        </w:rPr>
        <w:t xml:space="preserve">[08:04] </w:t>
      </w:r>
      <w:r>
        <w:t>to present mein aap future ko nahi pa sakte. aisa hona possible nahi hai.</w:t>
      </w:r>
    </w:p>
    <w:p>
      <w:pPr>
        <w:jc w:val="right"/>
      </w:pPr>
      <w:r>
        <w:t>تو پریزنٹ میں آپ فیوچر کو نہیں پا سکتے۔ ایسا ہونا پاسیبل نہیں ہے۔</w:t>
      </w:r>
    </w:p>
    <w:p>
      <w:r>
        <w:rPr>
          <w:b/>
        </w:rPr>
        <w:t xml:space="preserve">[08:13] </w:t>
      </w:r>
      <w:r>
        <w:t>ek bachha ek insan jab paida hota hai to woh chota bachha hota hai. woh is ka present hai. jab chota bachha hai us waqt aap yeh chahen ke woh ek business chalaye.</w:t>
      </w:r>
    </w:p>
    <w:p>
      <w:pPr>
        <w:jc w:val="right"/>
      </w:pPr>
      <w:r>
        <w:t>ایک بچہ ایک انسان جب پیدا ہوتا ہے تو وہ چھوٹا بچہ ہوتا ہے۔ وہ اس کا پریزنٹ ہے۔ جب چھوٹا بچہ ہے اس وقت آپ یہ چاہیں کہ وہ ایک بزنس چلائے۔</w:t>
      </w:r>
    </w:p>
    <w:p>
      <w:r>
        <w:rPr>
          <w:b/>
        </w:rPr>
        <w:t xml:space="preserve">[08:26] </w:t>
      </w:r>
      <w:r>
        <w:t>woh company mein director ho. woh ek college ka principal ho. to woh chota bachha aisa nahi kar sakta.</w:t>
      </w:r>
    </w:p>
    <w:p>
      <w:pPr>
        <w:jc w:val="right"/>
      </w:pPr>
      <w:r>
        <w:t>وہ کمپنی میں ڈائریکٹر ہو۔ وہ ایک کالج کا پرنسپل ہو۔ تو وہ چھوٹا بچہ ایسا نہیں کر سکتا۔</w:t>
      </w:r>
    </w:p>
    <w:p>
      <w:r>
        <w:rPr>
          <w:b/>
        </w:rPr>
        <w:t xml:space="preserve">[08:37] </w:t>
      </w:r>
      <w:r>
        <w:t>bachha jab bara hoga bara hoga bara hoga maturity ke age ko pohnche ga tabhi woh woh saare kaam kar sakte hain.</w:t>
      </w:r>
    </w:p>
    <w:p>
      <w:pPr>
        <w:jc w:val="right"/>
      </w:pPr>
      <w:r>
        <w:t>بچہ جب بڑا ہوگا بڑا ہوگا بڑا ہوگا میچورٹی کے ایج کو پہنچے گا تبھی وہ وہ سارے کام کر سکتے ہیں۔</w:t>
      </w:r>
    </w:p>
    <w:p>
      <w:r>
        <w:rPr>
          <w:b/>
        </w:rPr>
        <w:t xml:space="preserve">[08:48] </w:t>
      </w:r>
      <w:r>
        <w:t>tabhi woh woh saare kaam kar sakta hai jo is jis ki umeed is se ki jati hai. to insan bhi dekhiye present mein ek bachha hota hai.</w:t>
      </w:r>
    </w:p>
    <w:p>
      <w:pPr>
        <w:jc w:val="right"/>
      </w:pPr>
      <w:r>
        <w:t>تبھی وہ وہ سارے کام کر سکتا ہے جو اس جس کی امید اس سے کی جاتی ہے۔ تو انسان بھی دیکھیے پریزنٹ میں ایک بچہ ہوتا ہے۔</w:t>
      </w:r>
    </w:p>
    <w:p>
      <w:r>
        <w:rPr>
          <w:b/>
        </w:rPr>
        <w:t xml:space="preserve">[09:01] </w:t>
      </w:r>
      <w:r>
        <w:t>future mein woh bare bare kaam kar dalta hai.</w:t>
      </w:r>
    </w:p>
    <w:p>
      <w:pPr>
        <w:jc w:val="right"/>
      </w:pPr>
      <w:r>
        <w:t>فیوچر میں وہ بڑے بڑے کام کر ڈالتا ہے۔</w:t>
      </w:r>
    </w:p>
    <w:p>
      <w:r>
        <w:rPr>
          <w:b/>
        </w:rPr>
        <w:t xml:space="preserve">[09:07] </w:t>
      </w:r>
      <w:r>
        <w:t>yehi hai law of nature. yehi hai Islam ki teaching. yehi hai Khuda ka creation plan.</w:t>
      </w:r>
    </w:p>
    <w:p>
      <w:pPr>
        <w:jc w:val="right"/>
      </w:pPr>
      <w:r>
        <w:t>یہی ہے لا آف نیچر۔ یہی ہے اسلام کی ٹیچنگ۔ یہی ہے خدا کا کریشن پلان۔</w:t>
      </w:r>
    </w:p>
    <w:p>
      <w:r>
        <w:rPr>
          <w:b/>
        </w:rPr>
        <w:t xml:space="preserve">[09:21] </w:t>
      </w:r>
      <w:r>
        <w:t>lekin is duniya mein bohat se log hain jo future ko present mein pana chahte hain.</w:t>
      </w:r>
    </w:p>
    <w:p>
      <w:pPr>
        <w:jc w:val="right"/>
      </w:pPr>
      <w:r>
        <w:t>لیکن اس دنیا میں بہت سے لوگ ہیں جو فیوچر کو پریزنٹ میں پانا چاہتے ہیں۔</w:t>
      </w:r>
    </w:p>
    <w:p>
      <w:r>
        <w:rPr>
          <w:b/>
        </w:rPr>
        <w:t xml:space="preserve">[09:32] </w:t>
      </w:r>
      <w:r>
        <w:t>yani Khuda ne apne creation plan ke mutabiq jo cheez insan ke liye rakhi hai kal ki zindagi mein us ko woh aaj ki zindagi mein pana chahte hain.</w:t>
      </w:r>
    </w:p>
    <w:p>
      <w:pPr>
        <w:jc w:val="right"/>
      </w:pPr>
      <w:r>
        <w:t>یعنی خدا نے اپنے کریشن پلان کے مطابق جو چیز انسان کے لیے رکھی ہے کل کی زندگی میں اس کو وہ آج کی زندگی میں پانا چاہتے ہیں۔</w:t>
      </w:r>
    </w:p>
    <w:p>
      <w:r>
        <w:rPr>
          <w:b/>
        </w:rPr>
        <w:t xml:space="preserve">[09:46] </w:t>
      </w:r>
      <w:r>
        <w:t>yani ek hai pre death period zindagi ka aur doosra hai post death period zindagi ka.</w:t>
      </w:r>
    </w:p>
    <w:p>
      <w:pPr>
        <w:jc w:val="right"/>
      </w:pPr>
      <w:r>
        <w:t>یعنی ایک ہے پری ڈیتھ پیریڈ زندگی کا اور دوسرا ہے پوسٹ ڈیتھ پیریڈ زندگی کا۔</w:t>
      </w:r>
    </w:p>
    <w:p>
      <w:r>
        <w:rPr>
          <w:b/>
        </w:rPr>
        <w:t xml:space="preserve">[09:57] </w:t>
      </w:r>
      <w:r>
        <w:t>to jo kuch post death period mein khuda ne rakh diya hai us ko aap pre death period mein nahi pa sakte.</w:t>
      </w:r>
    </w:p>
    <w:p>
      <w:pPr>
        <w:jc w:val="right"/>
      </w:pPr>
      <w:r>
        <w:t>تو جو کچھ پوسٹ ڈیتھ پیریڈ میں خدا نے رکھ دیا ہے اس کو آپ پری ڈیتھ پیریڈ میں نہیں پا سکتے۔</w:t>
      </w:r>
    </w:p>
    <w:p>
      <w:r>
        <w:rPr>
          <w:b/>
        </w:rPr>
        <w:t xml:space="preserve">[10:08] </w:t>
      </w:r>
      <w:r>
        <w:t>phir bhi bohat se log aisa karte hain ke woh future ko present mein paana chahte hain. jaise dekhiye babar tha.</w:t>
      </w:r>
    </w:p>
    <w:p>
      <w:pPr>
        <w:jc w:val="right"/>
      </w:pPr>
      <w:r>
        <w:t>پھر بھی بہت سے لوگ ایسا کرتے ہیں کہ وہ فیوچر کو پریزنٹ میں پانا چاہتے ہیں۔ جیسے دیکھیے بابر تھا۔</w:t>
      </w:r>
    </w:p>
    <w:p>
      <w:r>
        <w:rPr>
          <w:b/>
        </w:rPr>
        <w:t xml:space="preserve">[10:24] </w:t>
      </w:r>
      <w:r>
        <w:t>shehanshah babar jo kaha jata hai jis ne mughal rule ki mughal rule ka jo founder mana jata hai to us ne kaha tha ke babar baish kosh ke alam dobara neest.</w:t>
      </w:r>
    </w:p>
    <w:p>
      <w:pPr>
        <w:jc w:val="right"/>
      </w:pPr>
      <w:r>
        <w:t>شہنشاہ بابر جو کہا جاتا ہے جس نے مغل رول کی مغل رول کا جو فاؤنڈر مانا جاتا ہے تو اس نے کہا تھا کہ بابر بایش کوش کہ عالم دوبارہ نیست۔</w:t>
      </w:r>
    </w:p>
    <w:p>
      <w:r>
        <w:rPr>
          <w:b/>
        </w:rPr>
        <w:t xml:space="preserve">[10:47] </w:t>
      </w:r>
      <w:r>
        <w:t>babar khoob aish kar lo khoob enjoy kar lo ke dobara zindagi nahi hai. to babar jo tha woh aaj mein kal ko paana chahta tha.</w:t>
      </w:r>
    </w:p>
    <w:p>
      <w:pPr>
        <w:jc w:val="right"/>
      </w:pPr>
      <w:r>
        <w:t>بابر خوب عیش کر لو خوب انجوائے کر لو کہ دوبارہ زندگی نہیں ہے۔ تو بابر جو تھا وہ آج میں کل کو پانا چاہتا تھا۔</w:t>
      </w:r>
    </w:p>
    <w:p>
      <w:r>
        <w:rPr>
          <w:b/>
        </w:rPr>
        <w:t xml:space="preserve">[11:03] </w:t>
      </w:r>
      <w:r>
        <w:t>aur paaya nahi is ne aap jante hain is ki jo maut hui bohat hi sad demise thi is ki. tha to woh shehanshah lekin maut is ki jo hui woh despair ke sath hui.</w:t>
      </w:r>
    </w:p>
    <w:p>
      <w:pPr>
        <w:jc w:val="right"/>
      </w:pPr>
      <w:r>
        <w:t>اور پایا نہیں اس نے آپ جانتے ہیں اس کی جو موت ہوئی بہت ہی سیڈ ڈیمائز تھی اس کی۔ تھا تو وہ شہنشاہ لیکن موت اس کی جو ہوئی وہ ڈسپیئر کے ساتھ ہوئی۔</w:t>
      </w:r>
    </w:p>
    <w:p>
      <w:r>
        <w:rPr>
          <w:b/>
        </w:rPr>
        <w:t xml:space="preserve">[11:22] </w:t>
      </w:r>
      <w:r>
        <w:t>aaj kal bhi aap dekhiye bohat se log hain jo kehte hain ke right here right now. bas aaj hi jo kuch hamein paana hai woh hum ko aaj hi paana hai.</w:t>
      </w:r>
    </w:p>
    <w:p>
      <w:pPr>
        <w:jc w:val="right"/>
      </w:pPr>
      <w:r>
        <w:t>آج کل بھی آپ دیکھیے بہت سے لوگ ہیں جو کہتے ہیں کہ رائٹ ہیر رائٹ ناؤ۔ بس آج ہی جو کچھ ہمیں پانا ہے وہ ہم کو آج ہی پانا ہے۔</w:t>
      </w:r>
    </w:p>
    <w:p>
      <w:r>
        <w:rPr>
          <w:b/>
        </w:rPr>
        <w:t xml:space="preserve">[11:37] </w:t>
      </w:r>
      <w:r>
        <w:t>hamein aaj mein enjoy karna hai. dekhiye yeh hai khuda ki scheme of things ke khilaf.</w:t>
      </w:r>
    </w:p>
    <w:p>
      <w:pPr>
        <w:jc w:val="right"/>
      </w:pPr>
      <w:r>
        <w:t>ہمیں آج میں انجوائے کرنا ہے۔ دیکھیے یہ ہے خدا کی سکیم آف تھنگز کے خلاف۔</w:t>
      </w:r>
    </w:p>
    <w:p>
      <w:r>
        <w:rPr>
          <w:b/>
        </w:rPr>
        <w:t xml:space="preserve">[11:48] </w:t>
      </w:r>
      <w:r>
        <w:t>these people try to find the future in their present.</w:t>
      </w:r>
    </w:p>
    <w:p>
      <w:pPr>
        <w:jc w:val="right"/>
      </w:pPr>
      <w:r>
        <w:t>دیز پیپل ٹرائی ٹو فائنڈ دا فیوچر ان دیر پریزنٹ۔</w:t>
      </w:r>
    </w:p>
    <w:p>
      <w:r>
        <w:rPr>
          <w:b/>
        </w:rPr>
        <w:t xml:space="preserve">[12:00] </w:t>
      </w:r>
      <w:r>
        <w:t>Jo log right here right now ki boli bolte hain woh future ko present mein paana chahte hain.</w:t>
      </w:r>
    </w:p>
    <w:p>
      <w:pPr>
        <w:jc w:val="right"/>
      </w:pPr>
      <w:r>
        <w:t>جو لوگ رائٹ ہیر رائٹ ناؤ کی بولی بولتے ہیں وہ فیوچر کو پریزنٹ میں پانا چاہتے ہیں۔</w:t>
      </w:r>
    </w:p>
    <w:p>
      <w:r>
        <w:rPr>
          <w:b/>
        </w:rPr>
        <w:t xml:space="preserve">[12:12] </w:t>
      </w:r>
      <w:r>
        <w:t>to aap dekhiye koi paata hai.</w:t>
      </w:r>
    </w:p>
    <w:p>
      <w:pPr>
        <w:jc w:val="right"/>
      </w:pPr>
      <w:r>
        <w:t>تو آپ دیکھیے کوئی پاتا ہے۔</w:t>
      </w:r>
    </w:p>
    <w:p>
      <w:r>
        <w:rPr>
          <w:b/>
        </w:rPr>
        <w:t xml:space="preserve">[12:17] </w:t>
      </w:r>
      <w:r>
        <w:t>mein in gint logon se mila. bohat sari kitabein parhin. mujhe to kam az kam mein isi mein boorha ho gaya.</w:t>
      </w:r>
    </w:p>
    <w:p>
      <w:pPr>
        <w:jc w:val="right"/>
      </w:pPr>
      <w:r>
        <w:t>میں ان گنت لوگوں سے ملا۔ بہت ساری کتابیں پڑھیں۔ مجھے تو کم از کم میں اسی میں بوڑھا ہو گیا۔</w:t>
      </w:r>
    </w:p>
    <w:p>
      <w:r>
        <w:rPr>
          <w:b/>
        </w:rPr>
        <w:t xml:space="preserve">[12:28] </w:t>
      </w:r>
      <w:r>
        <w:t>mujhe koi ek aadmi poori human history mein poori history mein koi aisa ek aadmi nahi mila jis ne apne future ko apne present mein paaya ho.</w:t>
      </w:r>
    </w:p>
    <w:p>
      <w:pPr>
        <w:jc w:val="right"/>
      </w:pPr>
      <w:r>
        <w:t>مجھے کوئی ایک آدمی پوری ہیومن ہسٹری میں پوری ہسٹری میں کوئی ایسا ایک آدمی نہیں ملا جس نے اپنے فیوچر کو اپنے پریزنٹ میں پایا ہو۔</w:t>
      </w:r>
    </w:p>
    <w:p>
      <w:r>
        <w:rPr>
          <w:b/>
        </w:rPr>
        <w:t xml:space="preserve">[12:46] </w:t>
      </w:r>
      <w:r>
        <w:t>rasool Allah ne kaha tha ke Allahum la aish illa aish aakhrah.</w:t>
      </w:r>
    </w:p>
    <w:p>
      <w:pPr>
        <w:jc w:val="right"/>
      </w:pPr>
      <w:r>
        <w:t>رسول اللہ نے کہا تھا کہ اللہم لا عیش الا عیش الاخرہ۔</w:t>
      </w:r>
    </w:p>
    <w:p>
      <w:r>
        <w:rPr>
          <w:b/>
        </w:rPr>
        <w:t xml:space="preserve">[12:54] </w:t>
      </w:r>
      <w:r>
        <w:t>aish to aakhirat ka aish hai. zindagi to aakhirat ki zindagi hai.</w:t>
      </w:r>
    </w:p>
    <w:p>
      <w:pPr>
        <w:jc w:val="right"/>
      </w:pPr>
      <w:r>
        <w:t>عیش تو آخرت کا عیش ہے۔ زندگی تو آخرت کی زندگی ہے۔</w:t>
      </w:r>
    </w:p>
    <w:p>
      <w:r>
        <w:rPr>
          <w:b/>
        </w:rPr>
        <w:t xml:space="preserve">[13:01] </w:t>
      </w:r>
      <w:r>
        <w:t>yani jo kuch hum chahte hain jis cheez ki desire hamare dil mein basi hui hai. aap jante hain ke har aadmi bohat si chahat liye hue hai.</w:t>
      </w:r>
    </w:p>
    <w:p>
      <w:pPr>
        <w:jc w:val="right"/>
      </w:pPr>
      <w:r>
        <w:t>یعنی جو کچھ ہم چاہتے ہیں جس چیز کی ڈیزائر ہمارے دل میں بسی ہوئی ہے۔ آپ جانتے ہیں کہ ہر آدمی بہت سی چاہت لیے ہوئے ہے۔</w:t>
      </w:r>
    </w:p>
    <w:p>
      <w:r>
        <w:rPr>
          <w:b/>
        </w:rPr>
        <w:t xml:space="preserve">[13:17] </w:t>
      </w:r>
      <w:r>
        <w:t>desire se bhara hua hai har aadmi. to yeh sab cheezein jo aadmi chahta hai to aap ne farmaya ke yeh sirf aakhirat mein milega kisi ko.</w:t>
      </w:r>
    </w:p>
    <w:p>
      <w:pPr>
        <w:jc w:val="right"/>
      </w:pPr>
      <w:r>
        <w:t>ڈیزائر سے بھرا ہوا ہے ہر آدمی۔ تو یہ سب چیزیں جو آدمی چاہتا ہے تو آپ نے فرمایا کہ یہ صرف آخرت میں ملے گا کسی کو۔</w:t>
      </w:r>
    </w:p>
    <w:p>
      <w:r>
        <w:rPr>
          <w:b/>
        </w:rPr>
        <w:t xml:space="preserve">[13:29] </w:t>
      </w:r>
      <w:r>
        <w:t>is se pehle nahi.</w:t>
      </w:r>
    </w:p>
    <w:p>
      <w:pPr>
        <w:jc w:val="right"/>
      </w:pPr>
      <w:r>
        <w:t>اس سے پہلے نہیں۔</w:t>
      </w:r>
    </w:p>
    <w:p>
      <w:r>
        <w:rPr>
          <w:b/>
        </w:rPr>
        <w:t xml:space="preserve">[13:33] </w:t>
      </w:r>
      <w:r>
        <w:t>is se pehle nahi.</w:t>
      </w:r>
    </w:p>
    <w:p>
      <w:pPr>
        <w:jc w:val="right"/>
      </w:pPr>
      <w:r>
        <w:t>اس سے پہلے نہیں۔</w:t>
      </w:r>
    </w:p>
    <w:p>
      <w:r>
        <w:rPr>
          <w:b/>
        </w:rPr>
        <w:t xml:space="preserve">[13:39] </w:t>
      </w:r>
      <w:r>
        <w:t>to is zamane mein jo koshishein huin future ko present mein paane ke liye woh sab fail fail fail.</w:t>
      </w:r>
    </w:p>
    <w:p>
      <w:pPr>
        <w:jc w:val="right"/>
      </w:pPr>
      <w:r>
        <w:t>تو اس زمانے میں جو کوششیں ہوئیں فیوچر کو پریزنٹ میں پانے کے لیے وہ سب فیل فیل فیل۔</w:t>
      </w:r>
    </w:p>
    <w:p>
      <w:r>
        <w:rPr>
          <w:b/>
        </w:rPr>
        <w:t xml:space="preserve">[13:52] </w:t>
      </w:r>
      <w:r>
        <w:t>aap dekhiye insaan ne ek industry jis ko kehte hain industrial civilization industrial civilization banai.</w:t>
      </w:r>
    </w:p>
    <w:p>
      <w:pPr>
        <w:jc w:val="right"/>
      </w:pPr>
      <w:r>
        <w:t>آپ دیکھیے انسان نے ایک انڈسٹری جس کو کہتے ہیں انڈسٹریل سویلائزیشن انڈسٹریل سویلائزیشن بنائی۔</w:t>
      </w:r>
    </w:p>
    <w:p>
      <w:r>
        <w:rPr>
          <w:b/>
        </w:rPr>
        <w:t xml:space="preserve">[14:04] </w:t>
      </w:r>
      <w:r>
        <w:t>to insaan ne samjha ke isi duniya mein woh apni paradise bana sakta hai.</w:t>
      </w:r>
    </w:p>
    <w:p>
      <w:pPr>
        <w:jc w:val="right"/>
      </w:pPr>
      <w:r>
        <w:t>تو انسان نے سمجھا کہ اسی دنیا میں وہ اپنی پیراڈائز بنا سکتا ہے۔</w:t>
      </w:r>
    </w:p>
    <w:p>
      <w:r>
        <w:rPr>
          <w:b/>
        </w:rPr>
        <w:t xml:space="preserve">[14:12] </w:t>
      </w:r>
      <w:r>
        <w:t>ek kahani hai ke koi shaddad tha ek badshah to us ne kisi jagah kisi pahaar ke valley mein koi garden lagaya aur wahan par woh paradise banane laga.</w:t>
      </w:r>
    </w:p>
    <w:p>
      <w:pPr>
        <w:jc w:val="right"/>
      </w:pPr>
      <w:r>
        <w:t>ایک کہانی ہے کہ کوئی شداد تھا ایک بادشاہ تو اس نے کسی جگہ کسی پہاڑ کے ویلی میں کوئی گارڈن لگایا اور وہاں پر وہ پیراڈائز بنانے لگا۔</w:t>
      </w:r>
    </w:p>
    <w:p>
      <w:r>
        <w:rPr>
          <w:b/>
        </w:rPr>
        <w:t xml:space="preserve">[14:32] </w:t>
      </w:r>
      <w:r>
        <w:t>paradise bani nahi thi abhi tak ke woh mar gaya. wahi aaj bhi hai. industrial civilization ne chaha ke hum aaj ki duniya hi mein apne paradise bana lein.</w:t>
      </w:r>
    </w:p>
    <w:p>
      <w:pPr>
        <w:jc w:val="right"/>
      </w:pPr>
      <w:r>
        <w:t>پیراڈائز بنی نہیں تھی ابھی تک کہ وہ مر گیا۔ وہی آج بھی ہے۔ انڈسٹریل سویلائزیشن نے چاہا کہ ہم آج کی دنیا ہی میں اپنے پیراڈائز بنا لیں۔</w:t>
      </w:r>
    </w:p>
    <w:p>
      <w:r>
        <w:rPr>
          <w:b/>
        </w:rPr>
        <w:t xml:space="preserve">[14:47] </w:t>
      </w:r>
      <w:r>
        <w:t>tabhi bani bhi nahi thi ke aap jante hain ke kya hua. maloom yeh hua ke civilization jo hai woh base karti hai industry par.</w:t>
      </w:r>
    </w:p>
    <w:p>
      <w:pPr>
        <w:jc w:val="right"/>
      </w:pPr>
      <w:r>
        <w:t>تبھی بنی بھی نہیں تھی کہ آپ جانتے ہیں کہ کیا ہوا۔ معلوم یہ ہوا کہ سویلائزیشن جو ہے وہ بیس کرتی ہے انڈسٹری پر۔</w:t>
      </w:r>
    </w:p>
    <w:p>
      <w:r>
        <w:rPr>
          <w:b/>
        </w:rPr>
        <w:t xml:space="preserve">[14:59] </w:t>
      </w:r>
      <w:r>
        <w:t>industry jo hai woh</w:t>
      </w:r>
    </w:p>
    <w:p>
      <w:pPr>
        <w:jc w:val="right"/>
      </w:pPr>
      <w:r>
        <w:t>انڈسٹری جو ہے وہ</w:t>
      </w:r>
    </w:p>
    <w:p>
      <w:r>
        <w:rPr>
          <w:b/>
        </w:rPr>
        <w:t xml:space="preserve">[15:04] </w:t>
      </w:r>
      <w:r>
        <w:t>pollution paida karti hai. aur pollution jo hai hamari zindagi ko jahannum bana raha. water pollution noise pollution air pollution.</w:t>
      </w:r>
    </w:p>
    <w:p>
      <w:pPr>
        <w:jc w:val="right"/>
      </w:pPr>
      <w:r>
        <w:t>پولیوشن پیدا کرتی ہے۔ اور پولیوشن جو ہے ہماری زندگی کو جہنم بنا رہا۔ واٹر پولیوشن نوائز پولیوشن ایئر پولیوشن۔</w:t>
      </w:r>
    </w:p>
    <w:p>
      <w:r>
        <w:rPr>
          <w:b/>
        </w:rPr>
        <w:t xml:space="preserve">[15:19] </w:t>
      </w:r>
      <w:r>
        <w:t>kal mein aik article parh raha tha maloom hua ke aik chautha pollution bhi aa chuka hai. woh hai plastic pollution. kal aik report aayi hai samundaron ke baray mein.</w:t>
      </w:r>
    </w:p>
    <w:p>
      <w:pPr>
        <w:jc w:val="right"/>
      </w:pPr>
      <w:r>
        <w:t>کل میں ایک آرٹیکل پڑھ رہا تھا معلوم ہوا کہ ایک چوتھا پولیوشن بھی آ چکا ہے۔ وہ ہے پلاسٹک پولیوشن۔ کل ایک رپورٹ آئی ہے سمندروں کے بارے میں۔</w:t>
      </w:r>
    </w:p>
    <w:p>
      <w:r>
        <w:rPr>
          <w:b/>
        </w:rPr>
        <w:t xml:space="preserve">[15:32] </w:t>
      </w:r>
      <w:r>
        <w:t>to is mein aik chautha lafz bhi mila. plastic pollution. to usay bataya tha ke agar aap hawa jahaz se ooper urrain aur samundaron ko daikhain kisi telescope se to aap ko dikhai de ga ke samundaron mein</w:t>
      </w:r>
    </w:p>
    <w:p>
      <w:pPr>
        <w:jc w:val="right"/>
      </w:pPr>
      <w:r>
        <w:t>تو اس میں ایک چوتھا لفظ بھی ملا۔ پلاسٹک پولیوشن۔ تو اسے بتایا تھا کہ اگر آپ ہوا جہاز سے اوپر اڑیں اور سمندروں کو دیکھیں کسی ٹیلیسکوپ سے تو آپ کو دکھائی دے گا کہ سمندروں میں</w:t>
      </w:r>
    </w:p>
    <w:p>
      <w:r>
        <w:rPr>
          <w:b/>
        </w:rPr>
        <w:t xml:space="preserve">[15:55] </w:t>
      </w:r>
      <w:r>
        <w:t>plastic ke tukray plastic ke bag is ke surface par phailay huay hain. kyunke plastic aap jantay hain ke woh pani mein assimilate nahi hota.</w:t>
      </w:r>
    </w:p>
    <w:p>
      <w:pPr>
        <w:jc w:val="right"/>
      </w:pPr>
      <w:r>
        <w:t>پلاسٹک کے ٹکڑے پلاسٹک کے بیگ اس کے سرفس پر پھیلے ہوئے ہیں۔ کیونکہ پلاسٹک آپ جانتے ہیں کہ وہ پانی میں اسیمولیٹ نہیں ہوتا۔</w:t>
      </w:r>
    </w:p>
    <w:p>
      <w:r>
        <w:rPr>
          <w:b/>
        </w:rPr>
        <w:t xml:space="preserve">[16:06] </w:t>
      </w:r>
      <w:r>
        <w:t>woh na doobta hai na assimilate hota hai. to is mein bataya tha ke log phainktay rehtay hain. ships phainktay hain.</w:t>
      </w:r>
    </w:p>
    <w:p>
      <w:pPr>
        <w:jc w:val="right"/>
      </w:pPr>
      <w:r>
        <w:t>وہ نہ ڈوبتا ہے نہ اسیمولیٹ ہوتا ہے۔ تو اس میں بتایا تھا کہ لوگ پھینکتے رہتے ہیں۔ شپس پھینکتے ہیں۔</w:t>
      </w:r>
    </w:p>
    <w:p>
      <w:r>
        <w:rPr>
          <w:b/>
        </w:rPr>
        <w:t xml:space="preserve">[16:18] </w:t>
      </w:r>
      <w:r>
        <w:t>daryaaon mein phainktay hain jo beh kar jata hai samundar mein. har taraf se plastic ke is zamanay mein aap jantay hain ke plastic ka zamanah hai.</w:t>
      </w:r>
    </w:p>
    <w:p>
      <w:pPr>
        <w:jc w:val="right"/>
      </w:pPr>
      <w:r>
        <w:t>دریاؤں میں پھینکتے ہیں جو بہہ کر جاتا ہے سمندر میں۔ ہر طرف سے پلاسٹک کے اس زمانے میں آپ جانتے ہیں کہ پلاسٹک کا زمانہ ہے۔</w:t>
      </w:r>
    </w:p>
    <w:p>
      <w:r>
        <w:rPr>
          <w:b/>
        </w:rPr>
        <w:t xml:space="preserve">[16:28] </w:t>
      </w:r>
      <w:r>
        <w:t>har taraf se plastic ke bag tukray beh beh kar jatay hain daryaaon mein jatay hain samundaron mein. to is mein bataya tha ke hawa jahaz se agar aap survey karain to samundaron ke surface par aap plastic ke tukray paain gay.</w:t>
      </w:r>
    </w:p>
    <w:p>
      <w:pPr>
        <w:jc w:val="right"/>
      </w:pPr>
      <w:r>
        <w:t>ہر طرف سے پلاسٹک کے بیگ ٹکڑے بہہ بہہ کر جاتے ہیں دریاؤں میں جاتے ہیں سمندروں میں۔ تو اس میں بتایا تھا کہ ہوا جہاز سے اگر آپ سروے کریں تو سمندروں کے سرفس پر آپ پلاسٹک کے ٹکڑے پائیں گے۔</w:t>
      </w:r>
    </w:p>
    <w:p>
      <w:r>
        <w:rPr>
          <w:b/>
        </w:rPr>
        <w:t xml:space="preserve">[16:47] </w:t>
      </w:r>
      <w:r>
        <w:t>to us ne kaha tha ke yeh plastic pollution. to ajeeb baat hai ke Quran majeed mein aik ayat thi ke zahar al-fasad fil-barr wal-bahr bima kasabat aidin nas ki zameen mein aur samundaron mein sara pollution bhar gaya pollution.</w:t>
      </w:r>
    </w:p>
    <w:p>
      <w:pPr>
        <w:jc w:val="right"/>
      </w:pPr>
      <w:r>
        <w:t>تو اس نے کہا تھا کہ یہ پلاسٹک پولیوشن۔ تو عجیب بات ہے کہ قرآن مجید میں ایک آیت تھی کہ ظاہر الفساد فی البر والبحر وہاں کسبت عہد الناس کہ زمین میں اور سمندروں میں سارا پولیوشن بھر گیا پولیوشن۔</w:t>
      </w:r>
    </w:p>
    <w:p>
      <w:r>
        <w:rPr>
          <w:b/>
        </w:rPr>
        <w:t xml:space="preserve">[17:08] </w:t>
      </w:r>
      <w:r>
        <w:t>yeh ayat utri thi aap jantay hain ke seven century ke first quarter mein yani ab se chaudah so saal pehlay. us waqt koi soch nahi sakta tha ke samundar bhi pollution samundar mein bhi pollution ho sakta hai.</w:t>
      </w:r>
    </w:p>
    <w:p>
      <w:pPr>
        <w:jc w:val="right"/>
      </w:pPr>
      <w:r>
        <w:t>یہ آیت اتری تھی آپ جانتے ہیں کہ سیون سینچری کے فرسٹ کوارٹر میں یعنی اب سے چودہ سو سال پہلے۔ اس وقت کوئی سوچ نہیں سکتا تھا کہ سمندر بھی پولیوشن سمندر میں بھی پولیوشن ہو سکتا ہے۔</w:t>
      </w:r>
    </w:p>
    <w:p>
      <w:r>
        <w:rPr>
          <w:b/>
        </w:rPr>
        <w:t xml:space="preserve">[17:31] </w:t>
      </w:r>
      <w:r>
        <w:t>us waqt yeh cheez unthinkable thi. to Quran mein pehlay hi bata diya gaya ke tum apni paradise banana chaho gay lekin kya hoga aakhir mein tumharay hissay mein kya aaye ga aik polluted paradise tumhein mile gi.</w:t>
      </w:r>
    </w:p>
    <w:p>
      <w:pPr>
        <w:jc w:val="right"/>
      </w:pPr>
      <w:r>
        <w:t>اس وقت یہ چیز ان تھنکیبل تھی۔ تو قرآن میں پہلے ہی بتا دیا گیا کہ تم اپنی پیراڈائز بنانا چاہو گے لیکن کیا ہوگا آخر میں تمہارے حصے میں کیا آئے گا ایک پولیوٹڈ پیراڈائز تمہیں ملے گی۔</w:t>
      </w:r>
    </w:p>
    <w:p>
      <w:r>
        <w:rPr>
          <w:b/>
        </w:rPr>
        <w:t xml:space="preserve">[17:53] </w:t>
      </w:r>
      <w:r>
        <w:t>polluted paradise. aap jantay hain ke jab steam engine bana</w:t>
      </w:r>
    </w:p>
    <w:p>
      <w:pPr>
        <w:jc w:val="right"/>
      </w:pPr>
      <w:r>
        <w:t>پولیوٹڈ پیراڈائز۔ آپ جانتے ہیں کہ جب اسٹیم انجن بنا</w:t>
      </w:r>
    </w:p>
    <w:p>
      <w:r>
        <w:rPr>
          <w:b/>
        </w:rPr>
        <w:t xml:space="preserve">[18:02] </w:t>
      </w:r>
      <w:r>
        <w:t>steam engine bana to yeh jo ship hotay hain steam ship in ka karobar bohat barh gaya sari duniya mein samundaron mein har taraf steam ship doranay lagay aur bohat business honay laga.</w:t>
      </w:r>
    </w:p>
    <w:p>
      <w:pPr>
        <w:jc w:val="right"/>
      </w:pPr>
      <w:r>
        <w:t>اسٹیم انجن بنا تو یہ جو شپ ہوتے ہیں اسٹیم شپ ان کا کاروبار بہت بڑھ گیا ساری دنیا میں سمندروں میں ہر طرف اسٹیم شپ دوڑنے لگے اور بہت بزنس ہونے لگا۔</w:t>
      </w:r>
    </w:p>
    <w:p>
      <w:r>
        <w:rPr>
          <w:b/>
        </w:rPr>
        <w:t xml:space="preserve">[18:19] </w:t>
      </w:r>
      <w:r>
        <w:t>aur logon ne samjha ke bas ab to bas paradise ban gayi. lekin kya mila water pollution plastic pollution air pollution</w:t>
      </w:r>
    </w:p>
    <w:p>
      <w:pPr>
        <w:jc w:val="right"/>
      </w:pPr>
      <w:r>
        <w:t>اور لوگوں نے سمجھا کہ بس اب تو بس پیراڈائز بن گئی۔ لیکن کیا ملا واٹر پولیوشن پلاسٹک پولیوشن ایئر پولیوشن</w:t>
      </w:r>
    </w:p>
    <w:p>
      <w:r>
        <w:rPr>
          <w:b/>
        </w:rPr>
        <w:t xml:space="preserve">[18:35] </w:t>
      </w:r>
      <w:r>
        <w:t>water pollution har taraf pollution. to paradise banatay banatay kya cheez ban gayi hell ban gayi.</w:t>
      </w:r>
    </w:p>
    <w:p>
      <w:pPr>
        <w:jc w:val="right"/>
      </w:pPr>
      <w:r>
        <w:t>واٹر پولیوشن ہر طرف پولیوشن۔ تو پیراڈائز بناتے بناتے کیا چیز بن گئی ہیل بن گئی۔</w:t>
      </w:r>
    </w:p>
    <w:p>
      <w:r>
        <w:rPr>
          <w:b/>
        </w:rPr>
        <w:t xml:space="preserve">[18:46] </w:t>
      </w:r>
      <w:r>
        <w:t>to daikhye Khuda ki jo scheme of things hai Khuda ka jo creation plan hai isi framework mein hum apni zindagi ka naqsha bana saktay hain.</w:t>
      </w:r>
    </w:p>
    <w:p>
      <w:pPr>
        <w:jc w:val="right"/>
      </w:pPr>
      <w:r>
        <w:t>تو دیکھیے خدا کی جو سکیم آف تھنگز ہے خدا کا جو کریشن پلان ہے اسی فریم ورک میں ہم اپنی زندگی کا نقشہ بنا سکتے ہیں۔</w:t>
      </w:r>
    </w:p>
    <w:p>
      <w:r>
        <w:rPr>
          <w:b/>
        </w:rPr>
        <w:t xml:space="preserve">[19:02] </w:t>
      </w:r>
      <w:r>
        <w:t>no other framework is available for us. agar aap khud chahain koi framework banana to aap bana nahi paain gay. kyunke framework bananay ke liye hum universal power chahiye.</w:t>
      </w:r>
    </w:p>
    <w:p>
      <w:pPr>
        <w:jc w:val="right"/>
      </w:pPr>
      <w:r>
        <w:t>نو ادر فریم ورک از اویلیبل فار اس۔ اگر آپ خود چاہیں کوئی فریم ورک بنانا تو آپ بنا نہیں پائیں گے۔ کیونکہ فریم ورک بنانے کے لیے ہم یونیورسل پاور چاہیے۔</w:t>
      </w:r>
    </w:p>
    <w:p>
      <w:r>
        <w:rPr>
          <w:b/>
        </w:rPr>
        <w:t xml:space="preserve">[19:17] </w:t>
      </w:r>
      <w:r>
        <w:t>puri universe par jo control karta ho wohi framework de sakta hai.</w:t>
      </w:r>
    </w:p>
    <w:p>
      <w:pPr>
        <w:jc w:val="right"/>
      </w:pPr>
      <w:r>
        <w:t>پوری یونیورس پر جو کنٹرول کرتا ہو وہی فریم ورک دے سکتا ہے۔</w:t>
      </w:r>
    </w:p>
    <w:p>
      <w:r>
        <w:rPr>
          <w:b/>
        </w:rPr>
        <w:t xml:space="preserve">[19:25] </w:t>
      </w:r>
      <w:r>
        <w:t>to Khuda ke naqshay ke mutabiq daikhye kya hai ke Khuda ne yeh duniya jo hai present hai akhirat jo hai woh future hai.</w:t>
      </w:r>
    </w:p>
    <w:p>
      <w:pPr>
        <w:jc w:val="right"/>
      </w:pPr>
      <w:r>
        <w:t>تو خدا کے نقشے کے مطابق دیکھیے کیا ہے کہ خدا نے یہ دنیا جو ہے پریزنٹ ہے آخرت جو ہے وہ فیوچر ہے۔</w:t>
      </w:r>
    </w:p>
    <w:p>
      <w:r>
        <w:rPr>
          <w:b/>
        </w:rPr>
        <w:t xml:space="preserve">[19:39] </w:t>
      </w:r>
      <w:r>
        <w:t>yun samajh lijiye ke yeh duniya hamaray liye examination hall hai. akhirat ki duniya jo hai woh job market hai.</w:t>
      </w:r>
    </w:p>
    <w:p>
      <w:pPr>
        <w:jc w:val="right"/>
      </w:pPr>
      <w:r>
        <w:t>یوں سمجھ لیجیے کہ یہ دنیا ہمارے لیے ایگزامینیشن ہال ہے۔ آخرت کی دنیا جو ہے وہ جاب مارکیٹ ہے۔</w:t>
      </w:r>
    </w:p>
    <w:p>
      <w:r>
        <w:rPr>
          <w:b/>
        </w:rPr>
        <w:t xml:space="preserve">[19:49] </w:t>
      </w:r>
      <w:r>
        <w:t>aik naujawan jo inter hota hai examination hall mein apna paper karnay ke liye agar woh chahay ke examination hall hi mein us ko job market mil jaye to yeh impossible hai.</w:t>
      </w:r>
    </w:p>
    <w:p>
      <w:pPr>
        <w:jc w:val="right"/>
      </w:pPr>
      <w:r>
        <w:t>ایک نوجوان جو انٹر ہوتا ہے ایگزامینیشن ہال میں اپنا پیپر کرنے کے لیے اگر وہ چاہے کہ ایگزامینیشن ہال ہی میں اس کو جاب مارکیٹ مل جائے تو یہ امپاسیبل ہے۔</w:t>
      </w:r>
    </w:p>
    <w:p>
      <w:r>
        <w:rPr>
          <w:b/>
        </w:rPr>
        <w:t xml:space="preserve">[20:09] </w:t>
      </w:r>
      <w:r>
        <w:t>examination hall mein aadmi ko apnay aap ko qualify karna parta hai job ke liye. phir jab us se bahar aata hai struggle karta hai to phir us ko job milta hai.</w:t>
      </w:r>
    </w:p>
    <w:p>
      <w:pPr>
        <w:jc w:val="right"/>
      </w:pPr>
      <w:r>
        <w:t>ایگزامینیشن ہال میں آدمی کو اپنے آپ کو کوالیفائی کرنا پڑتا ہے جاب کے لیے۔ پھر جب اس سے باہر آتا ہے اسٹرگل کرتا ہے تو پھر اس کو جاب ملتا ہے۔</w:t>
      </w:r>
    </w:p>
    <w:p>
      <w:r>
        <w:rPr>
          <w:b/>
        </w:rPr>
        <w:t xml:space="preserve">[20:24] </w:t>
      </w:r>
      <w:r>
        <w:t>to Khuda ka jo naqsha hai woh yeh hai ke aaj ki duniya mein hum</w:t>
      </w:r>
    </w:p>
    <w:p>
      <w:pPr>
        <w:jc w:val="right"/>
      </w:pPr>
      <w:r>
        <w:t>تو خدا کا جو نقشہ ہے وہ یہ ہے کہ آج کی دنیا میں ہم</w:t>
      </w:r>
    </w:p>
    <w:p>
      <w:r>
        <w:rPr>
          <w:b/>
        </w:rPr>
        <w:t xml:space="preserve">[20:34] </w:t>
      </w:r>
      <w:r>
        <w:t>is liye bhijay gaay hain ke hum qualify kar sakain. aur phir selection hoga hamara paradise ke liye.</w:t>
      </w:r>
    </w:p>
    <w:p>
      <w:pPr>
        <w:jc w:val="right"/>
      </w:pPr>
      <w:r>
        <w:t>اس لیے بھیجے گئے ہیں کہ ہم کوالیفائی کر سکیں۔ اور پھر سلیکشن ہوگا ہمارا پیراڈائز کے لیے۔</w:t>
      </w:r>
    </w:p>
    <w:p>
      <w:r>
        <w:rPr>
          <w:b/>
        </w:rPr>
        <w:t xml:space="preserve">[20:44] </w:t>
      </w:r>
      <w:r>
        <w:t>Quran majeed mein hai ke</w:t>
      </w:r>
    </w:p>
    <w:p>
      <w:pPr>
        <w:jc w:val="right"/>
      </w:pPr>
      <w:r>
        <w:t>قرآن مجید میں ہے کہ</w:t>
      </w:r>
    </w:p>
    <w:p>
      <w:r>
        <w:rPr>
          <w:b/>
        </w:rPr>
        <w:t xml:space="preserve">[20:50] </w:t>
      </w:r>
      <w:r>
        <w:t>wa utoo bihi mutashabiha</w:t>
      </w:r>
    </w:p>
    <w:p>
      <w:pPr>
        <w:jc w:val="right"/>
      </w:pPr>
      <w:r>
        <w:t>وَأُوتُوا بِهِ مَتَشَابِهَةً</w:t>
      </w:r>
    </w:p>
    <w:p>
      <w:r>
        <w:rPr>
          <w:b/>
        </w:rPr>
        <w:t xml:space="preserve">[20:54] </w:t>
      </w:r>
      <w:r>
        <w:t>is ka matlab yeh hai ke paradise isi duniya jaisi hogi.</w:t>
      </w:r>
    </w:p>
    <w:p>
      <w:pPr>
        <w:jc w:val="right"/>
      </w:pPr>
      <w:r>
        <w:t>اس کا مطلب یہ ہے کہ پیراڈائز اسی دنیا جیسی ہوگی۔</w:t>
      </w:r>
    </w:p>
    <w:p>
      <w:r>
        <w:rPr>
          <w:b/>
        </w:rPr>
        <w:t xml:space="preserve">[21:01] </w:t>
      </w:r>
      <w:r>
        <w:t>jab quran mein hai ke jab jannat wale jannat mein</w:t>
      </w:r>
    </w:p>
    <w:p>
      <w:pPr>
        <w:jc w:val="right"/>
      </w:pPr>
      <w:r>
        <w:t>جب قرآن میں ہے کہ جب جنت والے جنت میں</w:t>
      </w:r>
    </w:p>
    <w:p>
      <w:r>
        <w:rPr>
          <w:b/>
        </w:rPr>
        <w:t xml:space="preserve">[21:08] </w:t>
      </w:r>
      <w:r>
        <w:t>dakhal kiye jayenge</w:t>
      </w:r>
    </w:p>
    <w:p>
      <w:pPr>
        <w:jc w:val="right"/>
      </w:pPr>
      <w:r>
        <w:t>داخل کیے جائیں گے</w:t>
      </w:r>
    </w:p>
    <w:p>
      <w:r>
        <w:rPr>
          <w:b/>
        </w:rPr>
        <w:t xml:space="preserve">[21:10] </w:t>
      </w:r>
      <w:r>
        <w:t>paradise ka gate khola jayega is mein woh jayenge dekhenge is mein rahenge</w:t>
      </w:r>
    </w:p>
    <w:p>
      <w:pPr>
        <w:jc w:val="right"/>
      </w:pPr>
      <w:r>
        <w:t>پیراڈائز کا گیٹ کھولا جائے گا اس میں وہ جائیں گے دیکھیں گے اس میں رہیں گے</w:t>
      </w:r>
    </w:p>
    <w:p>
      <w:r>
        <w:rPr>
          <w:b/>
        </w:rPr>
        <w:t xml:space="preserve">[21:15] </w:t>
      </w:r>
      <w:r>
        <w:t>to kya kahenge</w:t>
      </w:r>
    </w:p>
    <w:p>
      <w:pPr>
        <w:jc w:val="right"/>
      </w:pPr>
      <w:r>
        <w:t>تو کیا کہیں گے</w:t>
      </w:r>
    </w:p>
    <w:p>
      <w:r>
        <w:rPr>
          <w:b/>
        </w:rPr>
        <w:t xml:space="preserve">[21:19] </w:t>
      </w:r>
      <w:r>
        <w:t>to wahan ka jo tajurba hai wahan ka jo experience hai hoga</w:t>
      </w:r>
    </w:p>
    <w:p>
      <w:pPr>
        <w:jc w:val="right"/>
      </w:pPr>
      <w:r>
        <w:t>تو وہاں کا جو تجربہ ہے وہاں کا جو ایکسپیرینس ہے ہوگا</w:t>
      </w:r>
    </w:p>
    <w:p>
      <w:r>
        <w:rPr>
          <w:b/>
        </w:rPr>
        <w:t xml:space="preserve">[21:24] </w:t>
      </w:r>
      <w:r>
        <w:t>us ko is tarah bataya gaya hai quran majeed mein</w:t>
      </w:r>
    </w:p>
    <w:p>
      <w:pPr>
        <w:jc w:val="right"/>
      </w:pPr>
      <w:r>
        <w:t>اس کو اس طرح بتایا گیا ہے قرآن مجید میں</w:t>
      </w:r>
    </w:p>
    <w:p>
      <w:r>
        <w:rPr>
          <w:b/>
        </w:rPr>
        <w:t xml:space="preserve">[21:28] </w:t>
      </w:r>
      <w:r>
        <w:t>kalma rooziqa minha min sabrin rizqan qalo hadha</w:t>
      </w:r>
    </w:p>
    <w:p>
      <w:pPr>
        <w:jc w:val="right"/>
      </w:pPr>
      <w:r>
        <w:t>کلما رزق منہا من صبر رزقا قالوھذا</w:t>
      </w:r>
    </w:p>
    <w:p>
      <w:r>
        <w:rPr>
          <w:b/>
        </w:rPr>
        <w:t xml:space="preserve">[21:35] </w:t>
      </w:r>
      <w:r>
        <w:t>alladhi</w:t>
      </w:r>
    </w:p>
    <w:p>
      <w:pPr>
        <w:jc w:val="right"/>
      </w:pPr>
      <w:r>
        <w:t>الذی</w:t>
      </w:r>
    </w:p>
    <w:p>
      <w:r>
        <w:rPr>
          <w:b/>
        </w:rPr>
        <w:t xml:space="preserve">[21:36] </w:t>
      </w:r>
      <w:r>
        <w:t>rizqana min qabl wa ootu bihi mutashabiha</w:t>
      </w:r>
    </w:p>
    <w:p>
      <w:pPr>
        <w:jc w:val="right"/>
      </w:pPr>
      <w:r>
        <w:t>رزقنا من قبل وَأُوتُوا بِهِ مَتَشَابِهَةً</w:t>
      </w:r>
    </w:p>
    <w:p>
      <w:r>
        <w:rPr>
          <w:b/>
        </w:rPr>
        <w:t xml:space="preserve">[21:43] </w:t>
      </w:r>
      <w:r>
        <w:t>woh dekhenge ke yeh to wahi duniya wale saare halaat hain wahan par</w:t>
      </w:r>
    </w:p>
    <w:p>
      <w:pPr>
        <w:jc w:val="right"/>
      </w:pPr>
      <w:r>
        <w:t>وہ دیکھیں گے کہ یہ تو وہی دنیا والے سارے حالات ہیں وہاں پر</w:t>
      </w:r>
    </w:p>
    <w:p>
      <w:r>
        <w:rPr>
          <w:b/>
        </w:rPr>
        <w:t xml:space="preserve">[21:49] </w:t>
      </w:r>
      <w:r>
        <w:t>wohi phul wohi khane wohi activities</w:t>
      </w:r>
    </w:p>
    <w:p>
      <w:pPr>
        <w:jc w:val="right"/>
      </w:pPr>
      <w:r>
        <w:t>وہی پھل وہی کھانے وہی ایکٹیویٹیز</w:t>
      </w:r>
    </w:p>
    <w:p>
      <w:r>
        <w:rPr>
          <w:b/>
        </w:rPr>
        <w:t xml:space="preserve">[21:54] </w:t>
      </w:r>
      <w:r>
        <w:t>woh sab cheezein hain lekin bohat hi refine way mein bohat hi perfect way mein bohat hi ideal</w:t>
      </w:r>
    </w:p>
    <w:p>
      <w:pPr>
        <w:jc w:val="right"/>
      </w:pPr>
      <w:r>
        <w:t>وہ سب چیزیں ہیں لیکن بہت ہی ریفائن وے میں بہت ہی پرفیکٹ وے میں بہت ہی آئیڈیل</w:t>
      </w:r>
    </w:p>
    <w:p>
      <w:r>
        <w:rPr>
          <w:b/>
        </w:rPr>
        <w:t xml:space="preserve">[22:00] </w:t>
      </w:r>
      <w:r>
        <w:t>soorat mein toh kaha ke aaj ki dunya aur akhirat ki dunya mein jo farq hai</w:t>
      </w:r>
    </w:p>
    <w:p>
      <w:pPr>
        <w:jc w:val="right"/>
      </w:pPr>
      <w:r>
        <w:t>صورت میں تو کہا کہ آج کی دنیا اور آخرت کی دنیا میں جو فرق ہے</w:t>
      </w:r>
    </w:p>
    <w:p>
      <w:r>
        <w:rPr>
          <w:b/>
        </w:rPr>
        <w:t xml:space="preserve">[22:07] </w:t>
      </w:r>
      <w:r>
        <w:t>woh yeh hai ke yeh yeh temporary hai woh eternal hai yeh imperfect hai woh perfect hai yeh</w:t>
      </w:r>
    </w:p>
    <w:p>
      <w:pPr>
        <w:jc w:val="right"/>
      </w:pPr>
      <w:r>
        <w:t>وہ یہ ہے کہ یہ یہ ٹیمپرری ہے وہ ایٹرنل ہے یہ امپرفیکٹ ہے وہ پرفیکٹ ہے یہ</w:t>
      </w:r>
    </w:p>
    <w:p>
      <w:r>
        <w:rPr>
          <w:b/>
        </w:rPr>
        <w:t xml:space="preserve">[22:14] </w:t>
      </w:r>
      <w:r>
        <w:t>less than ideal hai woh ideal hai</w:t>
      </w:r>
    </w:p>
    <w:p>
      <w:pPr>
        <w:jc w:val="right"/>
      </w:pPr>
      <w:r>
        <w:t>لیس دین آئیڈیل ہے وہ آئیڈیل ہے</w:t>
      </w:r>
    </w:p>
    <w:p>
      <w:r>
        <w:rPr>
          <w:b/>
        </w:rPr>
        <w:t xml:space="preserve">[22:18] </w:t>
      </w:r>
      <w:r>
        <w:t>matlab woh sab kuch yahan jo is ko hum enjoy kar rahe hain woh sab wahan bhi hoga.</w:t>
      </w:r>
    </w:p>
    <w:p>
      <w:pPr>
        <w:jc w:val="right"/>
      </w:pPr>
      <w:r>
        <w:t>مطلب وہ سب کچھ یہاں جو اس کو ہم انجوائے کر رہے ہیں وہ سب وہاں بھی ہوگا۔</w:t>
      </w:r>
    </w:p>
    <w:p>
      <w:r>
        <w:rPr>
          <w:b/>
        </w:rPr>
        <w:t xml:space="preserve">[22:23] </w:t>
      </w:r>
      <w:r>
        <w:t>sare khane peene sare drink sari activities jo hum aaj yahan par dekhte hain jinka tajurba karte hain woh sab wahan par ho gaye.</w:t>
      </w:r>
    </w:p>
    <w:p>
      <w:pPr>
        <w:jc w:val="right"/>
      </w:pPr>
      <w:r>
        <w:t>سارے کھانے پینے سارے ڈرنک ساری ایکٹیویٹیز جو ہم آج یہاں پر دیکھتے ہیں جن کا تجربہ کرتے ہیں وہ سب وہاں پر ہو گئے۔</w:t>
      </w:r>
    </w:p>
    <w:p>
      <w:r>
        <w:rPr>
          <w:b/>
        </w:rPr>
        <w:t xml:space="preserve">[22:37] </w:t>
      </w:r>
      <w:r>
        <w:t>is farq ke sath ke woh zyada ideal surat mein honge aur yahan ideal surat mein nahi hain. toh aap dekhiye is mein bohat zyada sochne ki baat hai.</w:t>
      </w:r>
    </w:p>
    <w:p>
      <w:pPr>
        <w:jc w:val="right"/>
      </w:pPr>
      <w:r>
        <w:t>اس فرق کے ساتھ کہ وہ زیادہ آئیڈیل صورت میں ہوں گے اور یہاں آئیڈیل صورت میں نہیں ہیں۔ تو آپ دیکھیے اس میں بہت زیادہ سوچنے کی بات ہے۔</w:t>
      </w:r>
    </w:p>
    <w:p>
      <w:r>
        <w:rPr>
          <w:b/>
        </w:rPr>
        <w:t xml:space="preserve">[22:51] </w:t>
      </w:r>
      <w:r>
        <w:t>yani kyun khuda ne aisa kiya ke jannat ko aur is dunya ko mutashabeh bana diya wa ootu bihi mutashabiha</w:t>
      </w:r>
    </w:p>
    <w:p>
      <w:pPr>
        <w:jc w:val="right"/>
      </w:pPr>
      <w:r>
        <w:t>یعنی کیوں خدا نے ایسا کیا کہ جنت کو اور اس دنیا کو متشابہ بنا دیا وَأُوتُوا بِهِ مَتَشَابِهَةً</w:t>
      </w:r>
    </w:p>
    <w:p>
      <w:r>
        <w:rPr>
          <w:b/>
        </w:rPr>
        <w:t xml:space="preserve">[23:01] </w:t>
      </w:r>
      <w:r>
        <w:t>milta julta mutashabeh ka matlab hai milta julta.</w:t>
      </w:r>
    </w:p>
    <w:p>
      <w:pPr>
        <w:jc w:val="right"/>
      </w:pPr>
      <w:r>
        <w:t>ملتا جلتا متشابہ کا مطلب ہے ملتا جلتا۔</w:t>
      </w:r>
    </w:p>
    <w:p>
      <w:r>
        <w:rPr>
          <w:b/>
        </w:rPr>
        <w:t xml:space="preserve">[23:09] </w:t>
      </w:r>
      <w:r>
        <w:t>jaise aap ek city mein jayein wahan dekhein ek aur city jo isi pattern par banaya gaya ho wahan jayein toh kahein yeh toh waisa hi hai jaisa ke wahan humne dekha tha.</w:t>
      </w:r>
    </w:p>
    <w:p>
      <w:pPr>
        <w:jc w:val="right"/>
      </w:pPr>
      <w:r>
        <w:t>جیسے آپ ایک سٹی میں جائیں وہاں دیکھیں ایک اور سٹی جو اسی پیرٹرن پر بنایا گیا ہو وہاں جائیں تو کہیں یہ تو ویسا ہی ہے جیسا کہ وہاں ہم نے دیکھا تھا۔</w:t>
      </w:r>
    </w:p>
    <w:p>
      <w:r>
        <w:rPr>
          <w:b/>
        </w:rPr>
        <w:t xml:space="preserve">[23:21] </w:t>
      </w:r>
      <w:r>
        <w:t>isi tarah ke roads isi tarah ka communication system isi tarah ke garden isi tarah ki facilities toh milta julta.</w:t>
      </w:r>
    </w:p>
    <w:p>
      <w:pPr>
        <w:jc w:val="right"/>
      </w:pPr>
      <w:r>
        <w:t>اسی طرح کے روڈز اسی طرح کا کمیونیکیشن سسٹم اسی طرح کے گارڈن اسی طرح کی فیسلیٹیز تو ملتا جلتا۔</w:t>
      </w:r>
    </w:p>
    <w:p>
      <w:r>
        <w:rPr>
          <w:b/>
        </w:rPr>
        <w:t xml:space="preserve">[23:36] </w:t>
      </w:r>
      <w:r>
        <w:t>toh khuda ne aisa kyun kiya</w:t>
      </w:r>
    </w:p>
    <w:p>
      <w:pPr>
        <w:jc w:val="right"/>
      </w:pPr>
      <w:r>
        <w:t>تو خدا نے ایسا کیوں کیا</w:t>
      </w:r>
    </w:p>
    <w:p>
      <w:r>
        <w:rPr>
          <w:b/>
        </w:rPr>
        <w:t xml:space="preserve">[23:41] </w:t>
      </w:r>
      <w:r>
        <w:t>yeh bohat zyada sochne ki baat hai ke khuda ne is dunya ko yani pre death period wali dunya ko aur post death period wali dunya ko jinko hum jannat kehte hain aisa kyun kiya ke dono ko ek dhang ka bana diya.</w:t>
      </w:r>
    </w:p>
    <w:p>
      <w:pPr>
        <w:jc w:val="right"/>
      </w:pPr>
      <w:r>
        <w:t>یہ بہت زیادہ سوچنے کی بات ہے کہ خدا نے اس دنیا کو یعنی پری ڈیتھ پیریڈ والی دنیا کو اور پوسٹ ڈیتھ پیریڈ والی دنیا کو جن کو ہم جنت کہتے ہیں ایسا کیوں کیا کہ دونوں کو ایک ڈھنگ کا بنا دیا۔</w:t>
      </w:r>
    </w:p>
    <w:p>
      <w:r>
        <w:rPr>
          <w:b/>
        </w:rPr>
        <w:t xml:space="preserve">[24:01] </w:t>
      </w:r>
      <w:r>
        <w:t>is mein bohat bada yani lesson hai bohat bada lesson hai. bohat bada lesson hai woh lesson kya hai woh yeh hai ke khuda dekhna chahta hai ke hum jannat mein kaise rahenge.</w:t>
      </w:r>
    </w:p>
    <w:p>
      <w:pPr>
        <w:jc w:val="right"/>
      </w:pPr>
      <w:r>
        <w:t>اس میں بہت بڑا یعنی لیسن ہے بہت بڑا لیسن ہے۔ بہت بڑا لیسن ہے وہ لیسن کیا ہے وہ یہ ہے کہ خدا دیکھنا چاہتا ہے کہ ہم جنت میں کیسے رہیں گے۔</w:t>
      </w:r>
    </w:p>
    <w:p>
      <w:r>
        <w:rPr>
          <w:b/>
        </w:rPr>
        <w:t xml:space="preserve">[24:21] </w:t>
      </w:r>
      <w:r>
        <w:t>toh jannati jaisi ek dunya banayi khuda ne ek aur</w:t>
      </w:r>
    </w:p>
    <w:p>
      <w:pPr>
        <w:jc w:val="right"/>
      </w:pPr>
      <w:r>
        <w:t>تو جنتی جیسی ایک دنیا بنائی خدا نے ایک اور</w:t>
      </w:r>
    </w:p>
    <w:p>
      <w:r>
        <w:rPr>
          <w:b/>
        </w:rPr>
        <w:t xml:space="preserve">[24:27] </w:t>
      </w:r>
      <w:r>
        <w:t>jo perfect thi ke perfect imperfect ke sath koi farq nahi hai dono mein.</w:t>
      </w:r>
    </w:p>
    <w:p>
      <w:pPr>
        <w:jc w:val="right"/>
      </w:pPr>
      <w:r>
        <w:t>جو پرفیکٹ تھی کہ پرفیکٹ امپرفیکٹ کے ساتھ کوئی فرق نہیں ہے دونوں میں۔</w:t>
      </w:r>
    </w:p>
    <w:p>
      <w:r>
        <w:rPr>
          <w:b/>
        </w:rPr>
        <w:t xml:space="preserve">[24:35] </w:t>
      </w:r>
      <w:r>
        <w:t>perfect aur imperfect ke sath koi farq nahi dono mein yahan bhi milna julna hai yahan bhi uthna baithna hai yahan bhi khana peena hai yahan bhi baat cheet karna hai wahi matlab wahan bhi hoga.</w:t>
      </w:r>
    </w:p>
    <w:p>
      <w:pPr>
        <w:jc w:val="right"/>
      </w:pPr>
      <w:r>
        <w:t>پرفیکٹ اور امپرفیکٹ کے ساتھ کوئی فرق نہیں دونوں میں یہاں بھی ملنا جلنا ہے یہاں بھی اٹھنا بیٹھنا ہے یہاں بھی کھانا پینا ہے یہاں بھی بات چیت کرنا ہے وہی مطلب وہاں بھی ہوگا۔</w:t>
      </w:r>
    </w:p>
    <w:p>
      <w:r>
        <w:rPr>
          <w:b/>
        </w:rPr>
        <w:t xml:space="preserve">[24:52] </w:t>
      </w:r>
      <w:r>
        <w:t>ab khuda yeh dekhna chahta hai ke aadmi ideal world mein kya ideal dhang par reh sakta hai.</w:t>
      </w:r>
    </w:p>
    <w:p>
      <w:pPr>
        <w:jc w:val="right"/>
      </w:pPr>
      <w:r>
        <w:t>اب خدا یہ دیکھنا چاہتا ہے کہ آدمی آئیڈیل ورلڈ میں کیا آئیڈیل ڈھنگ پر رہ سکتا ہے۔</w:t>
      </w:r>
    </w:p>
    <w:p>
      <w:r>
        <w:rPr>
          <w:b/>
        </w:rPr>
        <w:t xml:space="preserve">[25:01] </w:t>
      </w:r>
      <w:r>
        <w:t>chunki jannat ideal world hai toh khuda ko wahan basane ke liye woh insaan wahan basane ke liye khuda in insano ko select karega select jo isi tarah ideal way mein reh sakte hon ideal character ke sath reh sakte hon ideal world mein ideal character chahiye.</w:t>
      </w:r>
    </w:p>
    <w:p>
      <w:pPr>
        <w:jc w:val="right"/>
      </w:pPr>
      <w:r>
        <w:t>چونکہ جنت آئیڈیل ورلڈ ہے تو خدا کو وہاں بسانے کے لیے وہ انسان وہاں بسانے کے لیے خدا ان انسانوں کو سلیکٹ کرے گا سلیکٹ جو اسی طرح آئیڈیل وے میں رہ سکتے ہوں آئیڈیل کریکٹر کے ساتھ رہ سکتے ہوں آئیڈیل ورلڈ میں آئیڈیل کریکٹر چاہیے۔</w:t>
      </w:r>
    </w:p>
    <w:p>
      <w:r>
        <w:rPr>
          <w:b/>
        </w:rPr>
        <w:t xml:space="preserve">[25:27] </w:t>
      </w:r>
      <w:r>
        <w:t>toh yahan aap jaise ke aap do aadmi baat kar rahe hain toh aap baat kar rahe hain</w:t>
      </w:r>
    </w:p>
    <w:p>
      <w:pPr>
        <w:jc w:val="right"/>
      </w:pPr>
      <w:r>
        <w:t>تو یہاں آپ جیسے کہ آپ دو آدمی بات کر رہے ہیں تو آپ بات کر رہے ہیں</w:t>
      </w:r>
    </w:p>
    <w:p>
      <w:r>
        <w:rPr>
          <w:b/>
        </w:rPr>
        <w:t xml:space="preserve">[25:32] </w:t>
      </w:r>
      <w:r>
        <w:t>toh aap ladne jhagadne lage ya aap normal tareeqe se baat kar rahe hain toh khuda dekh raha</w:t>
      </w:r>
    </w:p>
    <w:p>
      <w:pPr>
        <w:jc w:val="right"/>
      </w:pPr>
      <w:r>
        <w:t>تو آپ لڑنے جھگڑنے لگے یا آپ نارمل طریقے سے بات کر رہے ہیں تو خدا دیکھ رہا</w:t>
      </w:r>
    </w:p>
    <w:p>
      <w:r>
        <w:rPr>
          <w:b/>
        </w:rPr>
        <w:t xml:space="preserve">[25:41] </w:t>
      </w:r>
      <w:r>
        <w:t>hai khuda ke farishtey dekh rahe hain toh yahan par agar aap ne dekha ke mein bohat hi</w:t>
      </w:r>
    </w:p>
    <w:p>
      <w:pPr>
        <w:jc w:val="right"/>
      </w:pPr>
      <w:r>
        <w:t>ہے خدا کے فرشتے دیکھ رہے ہیں تو یہاں پر اگر آپ نے دیکھا کہ میں بہت ہی</w:t>
      </w:r>
    </w:p>
    <w:p>
      <w:r>
        <w:rPr>
          <w:b/>
        </w:rPr>
        <w:t xml:space="preserve">[25:47] </w:t>
      </w:r>
      <w:r>
        <w:t>normal tareeqe se exchange kar sakta hoon</w:t>
      </w:r>
    </w:p>
    <w:p>
      <w:pPr>
        <w:jc w:val="right"/>
      </w:pPr>
      <w:r>
        <w:t>نارمل طریقے سے ایکسچینج کر سکتا ہوں</w:t>
      </w:r>
    </w:p>
    <w:p>
      <w:r>
        <w:rPr>
          <w:b/>
        </w:rPr>
        <w:t xml:space="preserve">[25:51] </w:t>
      </w:r>
      <w:r>
        <w:t>yeh dikhaya aap ne ke normal tareeqe se mein baat kar sakta hoon</w:t>
      </w:r>
    </w:p>
    <w:p>
      <w:pPr>
        <w:jc w:val="right"/>
      </w:pPr>
      <w:r>
        <w:t>یہ دکھایا آپ نے کہ نارمل طریقے سے میں بات کر سکتا ہوں</w:t>
      </w:r>
    </w:p>
    <w:p>
      <w:r>
        <w:rPr>
          <w:b/>
        </w:rPr>
        <w:t xml:space="preserve">[25:57] </w:t>
      </w:r>
      <w:r>
        <w:t>na ladta na jhagadta</w:t>
      </w:r>
    </w:p>
    <w:p>
      <w:pPr>
        <w:jc w:val="right"/>
      </w:pPr>
      <w:r>
        <w:t>نہ لڑتا نہ جھگڑتا</w:t>
      </w:r>
    </w:p>
    <w:p>
      <w:r>
        <w:rPr>
          <w:b/>
        </w:rPr>
        <w:t xml:space="preserve">[25:59] </w:t>
      </w:r>
      <w:r>
        <w:t>toh is mani ke aap bhi qualify kiya.</w:t>
      </w:r>
    </w:p>
    <w:p>
      <w:pPr>
        <w:jc w:val="right"/>
      </w:pPr>
      <w:r>
        <w:t>تو اس معنی کہ آپ بھی کوالیفائی کیا۔</w:t>
      </w:r>
    </w:p>
    <w:p>
      <w:r>
        <w:rPr>
          <w:b/>
        </w:rPr>
        <w:t xml:space="preserve">[26:03] </w:t>
      </w:r>
      <w:r>
        <w:t>aise hi aap kisi ke pados mein hain toh wahan bhi pados hoga. toh aap ne dikhaya ke pados wale se mere dil mein koi hate nahi hai mere dil mein koi uske khilaf negative thought nahi hai.</w:t>
      </w:r>
    </w:p>
    <w:p>
      <w:pPr>
        <w:jc w:val="right"/>
      </w:pPr>
      <w:r>
        <w:t>ایسے ہی آپ کسی کے پڑوس میں ہیں تو وہاں بھی پڑوس ہوگا۔ تو آپ نے دکھایا کہ پڑوس والے سے میرے دل میں کوئی ہیٹ نہیں ہے میرے دل میں کوئی اس کے خلاف نیگیٹیو تھاٹ نہیں ہے۔</w:t>
      </w:r>
    </w:p>
    <w:p>
      <w:r>
        <w:rPr>
          <w:b/>
        </w:rPr>
        <w:t xml:space="preserve">[26:19] </w:t>
      </w:r>
      <w:r>
        <w:t>toh kaha aap ne qualify kiya ke paradise mein aap is tarah reh sakte hain ke wahan ke padosiyon se aap ko hate na ho aap ko idhar negative thought na ho.</w:t>
      </w:r>
    </w:p>
    <w:p>
      <w:pPr>
        <w:jc w:val="right"/>
      </w:pPr>
      <w:r>
        <w:t>تو کہا آپ نے کوالیفائی کیا کہ پیراڈائز میں آپ اس طرح رہ سکتے ہیں کہ وہاں کے پڑوسیوں سے آپ کو ہیٹ نہ ہو آپ کو ادھر نیگیٹیو تھاٹ نہ ہو۔</w:t>
      </w:r>
    </w:p>
    <w:p>
      <w:r>
        <w:rPr>
          <w:b/>
        </w:rPr>
        <w:t xml:space="preserve">[26:32] </w:t>
      </w:r>
      <w:r>
        <w:t>yahan ko aap yahan aap ko bohat sari blessing di gayi hain bohat sari nematein pani hai khana hai phal hai itni sari itni sari cheezein toh jab is ko aap istemal karein toh aap ko kya response dena hai shukr ka response.</w:t>
      </w:r>
    </w:p>
    <w:p>
      <w:pPr>
        <w:jc w:val="right"/>
      </w:pPr>
      <w:r>
        <w:t>یہاں کو آپ یہاں آپ کو بہت ساری بلیسنگ دی گئی ہیں بہت ساری نعمتیں پانی ہے کھانا ہے پھل ہے اتنی ساری اتنی ساری چیزیں تو جب اس کو آپ استعمال کریں تو آپ کو کیا رسپانس دینا ہے شکر کا رسپانس۔</w:t>
      </w:r>
    </w:p>
    <w:p>
      <w:r>
        <w:rPr>
          <w:b/>
        </w:rPr>
        <w:t xml:space="preserve">[26:55] </w:t>
      </w:r>
      <w:r>
        <w:t>shukr ka response jab aap pani piyein</w:t>
      </w:r>
    </w:p>
    <w:p>
      <w:pPr>
        <w:jc w:val="right"/>
      </w:pPr>
      <w:r>
        <w:t>شکر کا رسپانس جب آپ پانی پیئیں</w:t>
      </w:r>
    </w:p>
    <w:p>
      <w:r>
        <w:rPr>
          <w:b/>
        </w:rPr>
        <w:t xml:space="preserve">[27:04] </w:t>
      </w:r>
      <w:r>
        <w:t>toh rasool Allah ne pani piya toh farmaya</w:t>
      </w:r>
    </w:p>
    <w:p>
      <w:pPr>
        <w:jc w:val="right"/>
      </w:pPr>
      <w:r>
        <w:t>تو رسول اللہ نے پانی پیا تو فرمایا</w:t>
      </w:r>
    </w:p>
    <w:p>
      <w:r>
        <w:rPr>
          <w:b/>
        </w:rPr>
        <w:t xml:space="preserve">[27:08] </w:t>
      </w:r>
      <w:r>
        <w:t>zahab zamaa wa talat al hurooq</w:t>
      </w:r>
    </w:p>
    <w:p>
      <w:pPr>
        <w:jc w:val="right"/>
      </w:pPr>
      <w:r>
        <w:t>ذہب زمع وطلت الحروق</w:t>
      </w:r>
    </w:p>
    <w:p>
      <w:r>
        <w:rPr>
          <w:b/>
        </w:rPr>
        <w:t xml:space="preserve">[27:13] </w:t>
      </w:r>
      <w:r>
        <w:t>pyaas chali gayi aur ragen tar ho gayin</w:t>
      </w:r>
    </w:p>
    <w:p>
      <w:pPr>
        <w:jc w:val="right"/>
      </w:pPr>
      <w:r>
        <w:t>پیاس چلی گئی اور رگیں تر ہو گئیں</w:t>
      </w:r>
    </w:p>
    <w:p>
      <w:r>
        <w:rPr>
          <w:b/>
        </w:rPr>
        <w:t xml:space="preserve">[27:17] </w:t>
      </w:r>
      <w:r>
        <w:t>wa sabat al ajr in sha Allah taala</w:t>
      </w:r>
    </w:p>
    <w:p>
      <w:pPr>
        <w:jc w:val="right"/>
      </w:pPr>
      <w:r>
        <w:t>وَسَبَطَ الْأَجْرُ إِنْ شَاءَ اللّٰهُ تَعَالَىٰ</w:t>
      </w:r>
    </w:p>
    <w:p>
      <w:r>
        <w:rPr>
          <w:b/>
        </w:rPr>
        <w:t xml:space="preserve">[27:21] </w:t>
      </w:r>
      <w:r>
        <w:t>yani jo pani pi kar aap ke andar jo thandak aayi</w:t>
      </w:r>
    </w:p>
    <w:p>
      <w:pPr>
        <w:jc w:val="right"/>
      </w:pPr>
      <w:r>
        <w:t>یعنی جو پانی پی کر آپ کے اندر جو ٹھنڈک آئی</w:t>
      </w:r>
    </w:p>
    <w:p>
      <w:r>
        <w:rPr>
          <w:b/>
        </w:rPr>
        <w:t xml:space="preserve">[27:26] </w:t>
      </w:r>
      <w:r>
        <w:t>jo pyaas bujhi</w:t>
      </w:r>
    </w:p>
    <w:p>
      <w:pPr>
        <w:jc w:val="right"/>
      </w:pPr>
      <w:r>
        <w:t>جو پیاس بجھی</w:t>
      </w:r>
    </w:p>
    <w:p>
      <w:r>
        <w:rPr>
          <w:b/>
        </w:rPr>
        <w:t xml:space="preserve">[27:30] </w:t>
      </w:r>
      <w:r>
        <w:t>toh aap ne khuda ko yaad kiya ke kaisa azeem khuda hai jis ne pani banaya</w:t>
      </w:r>
    </w:p>
    <w:p>
      <w:pPr>
        <w:jc w:val="right"/>
      </w:pPr>
      <w:r>
        <w:t>تو آپ نے خدا کو یاد کیا کہ کیسا عظیم خدا ہے جس نے پانی بنایا</w:t>
      </w:r>
    </w:p>
    <w:p>
      <w:r>
        <w:rPr>
          <w:b/>
        </w:rPr>
        <w:t xml:space="preserve">[27:36] </w:t>
      </w:r>
      <w:r>
        <w:t>pani jaisi cheez banayi jis ko hum khud nahi bana sakte thay.</w:t>
      </w:r>
    </w:p>
    <w:p>
      <w:pPr>
        <w:jc w:val="right"/>
      </w:pPr>
      <w:r>
        <w:t>پانی جیسی چیز بنائی جس کو ہم خود نہیں بنا سکتے تھے۔</w:t>
      </w:r>
    </w:p>
    <w:p>
      <w:r>
        <w:rPr>
          <w:b/>
        </w:rPr>
        <w:t xml:space="preserve">[27:42] </w:t>
      </w:r>
      <w:r>
        <w:t>aap ne khana khaya aap ne phal khaye us waqt bhi aap ne dil ki sachi gehrai ke sath khuda ka shukr ada kiya.</w:t>
      </w:r>
    </w:p>
    <w:p>
      <w:pPr>
        <w:jc w:val="right"/>
      </w:pPr>
      <w:r>
        <w:t>آپ نے کھانا کھایا آپ نے پھل کھائے اس وقت بھی آپ نے دل کی سچی گہرائی کے ساتھ خدا کا شکر ادا کیا۔</w:t>
      </w:r>
    </w:p>
    <w:p>
      <w:r>
        <w:rPr>
          <w:b/>
        </w:rPr>
        <w:t xml:space="preserve">[27:54] </w:t>
      </w:r>
      <w:r>
        <w:t>sachi gehrai ke sath yani yeh nahi ke lip service ke taur par kehte hain Alhamdulillah. dekhiye lip service ke sath lip service ke taur par jo kehta hai Alhamdulillah woh toh is qabil hai ke iski flogging ki jaye.</w:t>
      </w:r>
    </w:p>
    <w:p>
      <w:pPr>
        <w:jc w:val="right"/>
      </w:pPr>
      <w:r>
        <w:t>سچی گہرائی کے ساتھ یعنی یہ نہیں کہ لپ سروس کے طور پر کہتے ہیں الحمدللہ۔ دیکھیے لپ سروس کے ساتھ لپ سروس کے طور پر جو کہتا ہے الحمدللہ وہ تو اس قابل ہے کہ اس کی فلاگنگ کی جائے۔</w:t>
      </w:r>
    </w:p>
    <w:p>
      <w:r>
        <w:rPr>
          <w:b/>
        </w:rPr>
        <w:t xml:space="preserve">[28:11] </w:t>
      </w:r>
      <w:r>
        <w:t>kyunki khuda ko lip service nahi chahiye. dil ki sachi gehraiyon ke sath chahiye ke khuda ko acknowledge karein aap khuda ka shukr karein aap.</w:t>
      </w:r>
    </w:p>
    <w:p>
      <w:pPr>
        <w:jc w:val="right"/>
      </w:pPr>
      <w:r>
        <w:t>کیونکہ خدا کو لپ سروس نہیں چاہیے۔ دل کی سچی گہرائیوں کے ساتھ چاہیے کہ خدا کو اکنالج کریں آپ خدا کا شکر کریں آپ۔</w:t>
      </w:r>
    </w:p>
    <w:p>
      <w:r>
        <w:rPr>
          <w:b/>
        </w:rPr>
        <w:t xml:space="preserve">[28:24] </w:t>
      </w:r>
      <w:r>
        <w:t>aap Khuda ke grateful ban jaayen. sacha gratefulness jo hai woh hai jo dil se nikle. lip service ke taur par jo cheez ho woh Khuda ko nahin chahiye.</w:t>
      </w:r>
    </w:p>
    <w:p>
      <w:pPr>
        <w:jc w:val="right"/>
      </w:pPr>
      <w:r>
        <w:t>آپ خدا کے گریٹ فل بن جائیں۔ سچا گریٹ فلنس جو ہے وہ ہے جو دل سے نکلے۔ لپ سروس کے طور پر جو چیز ہو وہ خدا کو نہیں چاہیے۔</w:t>
      </w:r>
    </w:p>
    <w:p>
      <w:r>
        <w:rPr>
          <w:b/>
        </w:rPr>
        <w:t xml:space="preserve">[28:43] </w:t>
      </w:r>
      <w:r>
        <w:t>isi tarah se jitni bhi activities hain har activities mein aap jab dikha den ke aap ka aap ki soch ideal soch hai aap ka character ideal character hai aap ki speech ideal speech hai aap ka behaviour ideal behaviour hai</w:t>
      </w:r>
    </w:p>
    <w:p>
      <w:pPr>
        <w:jc w:val="right"/>
      </w:pPr>
      <w:r>
        <w:t>اسی طرح سے جتنی بھی ایکٹیویٹیز ہیں ہر ایکٹیویٹیز میں آپ جب دکھا دیں کہ آپ کا آپ کی سوچ آئیڈیل سوچ ہے آپ کا کریکٹر آئیڈیل کریکٹر ہے آپ کی سپیچ آئیڈیل سپیچ ہے آپ کا بیہیویئر آئیڈیل بیہیویئر ہے</w:t>
      </w:r>
    </w:p>
    <w:p>
      <w:r>
        <w:rPr>
          <w:b/>
        </w:rPr>
        <w:t xml:space="preserve">[29:08] </w:t>
      </w:r>
      <w:r>
        <w:t>tab aap ko jannat mein basaya jaayega. to jannat mein theek isi tarah rehna hoga jaise hum yahan reh rahe hain wa utoo bihi mutashabiha</w:t>
      </w:r>
    </w:p>
    <w:p>
      <w:pPr>
        <w:jc w:val="right"/>
      </w:pPr>
      <w:r>
        <w:t>تب آپ کو جنت میں بسایا جائے گا۔ تو جنت میں ٹھیک اسی طرح رہنا ہوگا جیسے ہم یہاں رہ رہے ہیں وَأُوتُوا بِهِ مَتَشَابِهَةً</w:t>
      </w:r>
    </w:p>
    <w:p>
      <w:r>
        <w:rPr>
          <w:b/>
        </w:rPr>
        <w:t xml:space="preserve">[29:21] </w:t>
      </w:r>
      <w:r>
        <w:t>yaani dekhne ke aitbaar se jannat waisi hogi jaise ke yeh duniya hai. bas yeh ek woh ideal hai woh eternal hai woh perfect hai.</w:t>
      </w:r>
    </w:p>
    <w:p>
      <w:pPr>
        <w:jc w:val="right"/>
      </w:pPr>
      <w:r>
        <w:t>یعنی دیکھنے کے اعتبار سے جنت ویسی ہوگی جیسے کہ یہ دنیا ہے۔ بس یہ ایک وہ آئیڈیل ہے وہ ایٹرنل ہے وہ پرفیکٹ ہے۔</w:t>
      </w:r>
    </w:p>
    <w:p>
      <w:r>
        <w:rPr>
          <w:b/>
        </w:rPr>
        <w:t xml:space="preserve">[29:33] </w:t>
      </w:r>
      <w:r>
        <w:t>hum bhi aise hi honge wahan par aisi tarah hamara body hoga. Allah taala body ko zyada healthy bana denge yeh farq ho jaayega.</w:t>
      </w:r>
    </w:p>
    <w:p>
      <w:pPr>
        <w:jc w:val="right"/>
      </w:pPr>
      <w:r>
        <w:t>ہم بھی ایسے ہی ہوں گے وہاں پر ایسی طرح ہمارا باڈی ہوگا۔ اللہ تعالیٰ باڈی کو زیادہ ہیلتھی بنا دیں گے یہ فرق ہو جائے گا۔</w:t>
      </w:r>
    </w:p>
    <w:p>
      <w:r>
        <w:rPr>
          <w:b/>
        </w:rPr>
        <w:t xml:space="preserve">[29:44] </w:t>
      </w:r>
      <w:r>
        <w:t>phir bhi body hoga phir bhi soul hogi. hum dekhenge pakdenge chalenge.</w:t>
      </w:r>
    </w:p>
    <w:p>
      <w:pPr>
        <w:jc w:val="right"/>
      </w:pPr>
      <w:r>
        <w:t>پھر بھی باڈی ہوگا پھر بھی سول ہوگی۔ ہم دیکھیں گے پکڑیں گے چلیں گے۔</w:t>
      </w:r>
    </w:p>
    <w:p>
      <w:r>
        <w:rPr>
          <w:b/>
        </w:rPr>
        <w:t xml:space="preserve">[29:56] </w:t>
      </w:r>
      <w:r>
        <w:t>to ek ek cheez par hamein agar hum woh response de rahe hain</w:t>
      </w:r>
    </w:p>
    <w:p>
      <w:pPr>
        <w:jc w:val="right"/>
      </w:pPr>
      <w:r>
        <w:t>تو ایک ایک چیز پر ہمیں اگر ہم وہ رسپانس دے رہے ہیں</w:t>
      </w:r>
    </w:p>
    <w:p>
      <w:r>
        <w:rPr>
          <w:b/>
        </w:rPr>
        <w:t xml:space="preserve">[30:04] </w:t>
      </w:r>
      <w:r>
        <w:t>jo Khuda ko chahiye</w:t>
      </w:r>
    </w:p>
    <w:p>
      <w:pPr>
        <w:jc w:val="right"/>
      </w:pPr>
      <w:r>
        <w:t>جو خدا کو چاہیے</w:t>
      </w:r>
    </w:p>
    <w:p>
      <w:r>
        <w:rPr>
          <w:b/>
        </w:rPr>
        <w:t xml:space="preserve">[30:09] </w:t>
      </w:r>
      <w:r>
        <w:t>aur logon ke saath rehne mein woh behaviour hum hum se woh behaviour hum zahir kar rahe hain jo jo behaviour chahiye Khuda ko matlab jannat ke lihaaz se behaviour hamara.</w:t>
      </w:r>
    </w:p>
    <w:p>
      <w:pPr>
        <w:jc w:val="right"/>
      </w:pPr>
      <w:r>
        <w:t>اور لوگوں کے ساتھ رہنے میں وہ بیہیویئر ہم ہم سے وہ بیہیویئر ہم ظاہر کر رہے ہیں جو جو بیہیویئر چاہیے خدا کو مطلب جنت کے لحاظ سے بیہیویئر ہمارا۔</w:t>
      </w:r>
    </w:p>
    <w:p>
      <w:r>
        <w:rPr>
          <w:b/>
        </w:rPr>
        <w:t xml:space="preserve">[30:25] </w:t>
      </w:r>
      <w:r>
        <w:t>to present yeh hai aur future woh hai.</w:t>
      </w:r>
    </w:p>
    <w:p>
      <w:pPr>
        <w:jc w:val="right"/>
      </w:pPr>
      <w:r>
        <w:t>تو پریزنٹ یہ ہے اور فیوچر وہ ہے۔</w:t>
      </w:r>
    </w:p>
    <w:p>
      <w:r>
        <w:rPr>
          <w:b/>
        </w:rPr>
        <w:t xml:space="preserve">[30:31] </w:t>
      </w:r>
      <w:r>
        <w:t>present ki jo life hai woh bohat milti julti hai future ki life se.</w:t>
      </w:r>
    </w:p>
    <w:p>
      <w:pPr>
        <w:jc w:val="right"/>
      </w:pPr>
      <w:r>
        <w:t>پریزنٹ کی جو لائف ہے وہ بہت ملتی جلتی ہے فیوچر کی لائف سے۔</w:t>
      </w:r>
    </w:p>
    <w:p>
      <w:r>
        <w:rPr>
          <w:b/>
        </w:rPr>
        <w:t xml:space="preserve">[30:39] </w:t>
      </w:r>
      <w:r>
        <w:t>to present ki jo life hai is mein hamein dikhana padega ke sach much hum is qabil hain ke paradise jaisi ideal world mein reh saken.</w:t>
      </w:r>
    </w:p>
    <w:p>
      <w:pPr>
        <w:jc w:val="right"/>
      </w:pPr>
      <w:r>
        <w:t>تو پریزنٹ کی جو لائف ہے اس میں ہمیں دکھانا پڑے گا کہ سچ مچ ہم اس قابل ہیں کہ پیراڈائز جیسی آئیڈیل ورلڈ میں رہ سکیں۔</w:t>
      </w:r>
    </w:p>
    <w:p>
      <w:r>
        <w:rPr>
          <w:b/>
        </w:rPr>
        <w:t xml:space="preserve">[30:54] </w:t>
      </w:r>
      <w:r>
        <w:t>paradise jaisi ideal world mein reh saken. yeh hamein dikhana hai. agar aap fail ho gaye hum nahin dikha paaye</w:t>
      </w:r>
    </w:p>
    <w:p>
      <w:pPr>
        <w:jc w:val="right"/>
      </w:pPr>
      <w:r>
        <w:t>پیراڈائز جیسی آئیڈیل ورلڈ میں رہ سکیں۔ یہ ہمیں دکھانا ہے۔ اگر آپ فیل ہو گئے ہم نہیں دکھا پائے</w:t>
      </w:r>
    </w:p>
    <w:p>
      <w:r>
        <w:rPr>
          <w:b/>
        </w:rPr>
        <w:t xml:space="preserve">[31:12] </w:t>
      </w:r>
      <w:r>
        <w:t>to hum wahan nahin entry nahin paayenge wahan.</w:t>
      </w:r>
    </w:p>
    <w:p>
      <w:pPr>
        <w:jc w:val="right"/>
      </w:pPr>
      <w:r>
        <w:t>تو ہم وہاں نہیں انٹری نہیں پائیں گے وہاں۔</w:t>
      </w:r>
    </w:p>
    <w:p>
      <w:r>
        <w:rPr>
          <w:b/>
        </w:rPr>
        <w:t xml:space="preserve">[31:19] </w:t>
      </w:r>
      <w:r>
        <w:t>to is baat ko bohat zyada sochiye ke kyun Khuda ne is duniya ko aur jannat ko bohat zyada milta julta banaya.</w:t>
      </w:r>
    </w:p>
    <w:p>
      <w:pPr>
        <w:jc w:val="right"/>
      </w:pPr>
      <w:r>
        <w:t>تو اس بات کو بہت زیادہ سوچیے کہ کیوں خدا نے اس دنیا کو اور جنت کو بہت زیادہ ملتا جلتا بنایا۔</w:t>
      </w:r>
    </w:p>
    <w:p>
      <w:r>
        <w:rPr>
          <w:b/>
        </w:rPr>
        <w:t xml:space="preserve">[31:30] </w:t>
      </w:r>
      <w:r>
        <w:t>bohat zyada milta julta jisko Quran mein mutashabiha kaha gaya wa utoo bihi mutashabiha isi liye ke woh har aitbaar se yaani jo zindagi hamein guzarni hai jannat paradise mein woh sab experience yahan aap ko hote hain.</w:t>
      </w:r>
    </w:p>
    <w:p>
      <w:pPr>
        <w:jc w:val="right"/>
      </w:pPr>
      <w:r>
        <w:t>بہت زیادہ ملتا جلتا جس کو قرآن میں متشابہ کہا گیا وَأُوتُوا بِهِ مَتَشَابِهَةً اسی لیے کہ وہ ہر اعتبار سے یعنی جو زندگی ہمیں گزارنی ہے جنت پیراڈائز میں وہ سب ایکسپیرینس یہاں آپ کو ہوتے ہیں۔</w:t>
      </w:r>
    </w:p>
    <w:p>
      <w:r>
        <w:rPr>
          <w:b/>
        </w:rPr>
        <w:t xml:space="preserve">[31:49] </w:t>
      </w:r>
      <w:r>
        <w:t>wahan bhi chalna phirna hai wahan bhi baat cheet karna hai. wahan bhi meeting mein jaana hai wahan bhi aapas mein exchange karna hai.</w:t>
      </w:r>
    </w:p>
    <w:p>
      <w:pPr>
        <w:jc w:val="right"/>
      </w:pPr>
      <w:r>
        <w:t>وہاں بھی چلنا پھرنا ہے وہاں بھی بات چیت کرنا ہے۔ وہاں بھی میٹنگ میں جانا ہے وہاں بھی آپس میں ایکسچینج کرنا ہے۔</w:t>
      </w:r>
    </w:p>
    <w:p>
      <w:r>
        <w:rPr>
          <w:b/>
        </w:rPr>
        <w:t xml:space="preserve">[32:02] </w:t>
      </w:r>
      <w:r>
        <w:t>wahan bhi raat hai wahan bhi din hai. to wahan ki phir sab perfect world mein wahan ke ideal world mein jo character jo behaviour chahiye</w:t>
      </w:r>
    </w:p>
    <w:p>
      <w:pPr>
        <w:jc w:val="right"/>
      </w:pPr>
      <w:r>
        <w:t>وہاں بھی رات ہے وہاں بھی دن ہے۔ تو وہاں کی پھر سب پرفیکٹ ورلڈ میں وہاں کے آئیڈیل ورلڈ میں جو کریکٹر جو بیہیویئر چاہیے</w:t>
      </w:r>
    </w:p>
    <w:p>
      <w:r>
        <w:rPr>
          <w:b/>
        </w:rPr>
        <w:t xml:space="preserve">[32:21] </w:t>
      </w:r>
      <w:r>
        <w:t>woh yahan par dekha ja raha hai. woh Khuda ke angels Khuda ke farishtay har waqt hamara record tayyar kar rahe hain.</w:t>
      </w:r>
    </w:p>
    <w:p>
      <w:pPr>
        <w:jc w:val="right"/>
      </w:pPr>
      <w:r>
        <w:t>وہ یہاں پر دیکھا جا رہا ہے۔ وہ خدا کے اینجلز خدا کے فرشتے ہر وقت ہمارا ریکارڈ تیار کر رہے ہیں۔</w:t>
      </w:r>
    </w:p>
    <w:p>
      <w:r>
        <w:rPr>
          <w:b/>
        </w:rPr>
        <w:t xml:space="preserve">[32:35] </w:t>
      </w:r>
      <w:r>
        <w:t>is se kya cheez mili.</w:t>
      </w:r>
    </w:p>
    <w:p>
      <w:pPr>
        <w:jc w:val="right"/>
      </w:pPr>
      <w:r>
        <w:t>اس سے کیا چیز ملی۔</w:t>
      </w:r>
    </w:p>
    <w:p>
      <w:r>
        <w:rPr>
          <w:b/>
        </w:rPr>
        <w:t xml:space="preserve">[32:44] </w:t>
      </w:r>
      <w:r>
        <w:t>is se yeh mila ke jab bhi aap koi bhi cheez karen jaise aap soch rahe hon tab bhi sochen ke kya yeh soch meri jannat mein chalegi.</w:t>
      </w:r>
    </w:p>
    <w:p>
      <w:pPr>
        <w:jc w:val="right"/>
      </w:pPr>
      <w:r>
        <w:t>اس سے یہ ملا کہ جب بھی آپ کوئی بھی چیز کریں جیسے آپ سوچ رہے ہوں تب بھی سوچیں کہ کیا یہ سوچ میری جنت میں چلے گی۔</w:t>
      </w:r>
    </w:p>
    <w:p>
      <w:r>
        <w:rPr>
          <w:b/>
        </w:rPr>
        <w:t xml:space="preserve">[32:58] </w:t>
      </w:r>
      <w:r>
        <w:t>kisi ke khilaaf sochen aap ke woh bara kharab aadmi woh hai. to is maani ke aap apne ko discredit kar liya aap ne jannat ke liye ke qabil nahin rahe aap.</w:t>
      </w:r>
    </w:p>
    <w:p>
      <w:pPr>
        <w:jc w:val="right"/>
      </w:pPr>
      <w:r>
        <w:t>کسی کے خلاف سوچیں آپ کہ وہ بڑا خراب آدمی وہ ہے۔ تو اس معنی کہ آپ اپنے کو ڈسکریڈٹ کر لیا آپ نے جنت کے لیے کہ قابل نہیں رہے آپ۔</w:t>
      </w:r>
    </w:p>
    <w:p>
      <w:r>
        <w:rPr>
          <w:b/>
        </w:rPr>
        <w:t xml:space="preserve">[33:11] </w:t>
      </w:r>
      <w:r>
        <w:t>to kisi ke baray mein soch rahe hain aap agar to agar agar aap ki taraf negative thinking hai to goya ke yahi duniya hi mein aap bata rahe hain ke main paradise ke liye competent nahin hoon.</w:t>
      </w:r>
    </w:p>
    <w:p>
      <w:pPr>
        <w:jc w:val="right"/>
      </w:pPr>
      <w:r>
        <w:t>تو کسی کے بارے میں سوچ رہے ہیں آپ اگر تو اگر اگر آپ کی طرف نیگیٹیو تھنکنگ ہے تو گویا کہ یہی دنیا ہی میں آپ بتا رہے ہیں کہ میں پیراڈائز کے لیے کمپیٹنٹ نہیں ہوں۔</w:t>
      </w:r>
    </w:p>
    <w:p>
      <w:r>
        <w:rPr>
          <w:b/>
        </w:rPr>
        <w:t xml:space="preserve">[33:26] </w:t>
      </w:r>
      <w:r>
        <w:t>agar positive thinking hai toh aap ne dikhaya ke haan mein paradise ke qabil hoon ke wahan mujhe</w:t>
      </w:r>
    </w:p>
    <w:p>
      <w:pPr>
        <w:jc w:val="right"/>
      </w:pPr>
      <w:r>
        <w:t>اگر پوزیٹیو تھنکنگ ہے تو آپ نے دکھایا کہ ہاں میں پیراڈائز کے قابل ہوں کہ وہاں مجھے</w:t>
      </w:r>
    </w:p>
    <w:p>
      <w:r>
        <w:rPr>
          <w:b/>
        </w:rPr>
        <w:t xml:space="preserve">[33:33] </w:t>
      </w:r>
      <w:r>
        <w:t>basaya jaye. Aise hi jab aap baat cheet karein jab logon se dealing karein jab logon ke saath</w:t>
      </w:r>
    </w:p>
    <w:p>
      <w:pPr>
        <w:jc w:val="right"/>
      </w:pPr>
      <w:r>
        <w:t>بسایا جائے۔ ایسے ہی جب آپ بات چیت کریں جب لوگوں سے ڈیلنگ کریں جب لوگوں کے ساتھ</w:t>
      </w:r>
    </w:p>
    <w:p>
      <w:r>
        <w:rPr>
          <w:b/>
        </w:rPr>
        <w:t xml:space="preserve">[33:42] </w:t>
      </w:r>
      <w:r>
        <w:t>behave karein jab kahin chale phirein</w:t>
      </w:r>
    </w:p>
    <w:p>
      <w:pPr>
        <w:jc w:val="right"/>
      </w:pPr>
      <w:r>
        <w:t>بیہیو کریں جب کہیں چلے پھریں</w:t>
      </w:r>
    </w:p>
    <w:p>
      <w:r>
        <w:rPr>
          <w:b/>
        </w:rPr>
        <w:t xml:space="preserve">[33:47] </w:t>
      </w:r>
      <w:r>
        <w:t>kisi meeting attend karein har mauqe par aap ko yeh sochna chahiye ke kya yeh mera behaviour mujhe</w:t>
      </w:r>
    </w:p>
    <w:p>
      <w:pPr>
        <w:jc w:val="right"/>
      </w:pPr>
      <w:r>
        <w:t>کسی میٹنگ اٹینڈ کریں ہر موقع پر آپ کو یہ سوچنا چاہیے کہ کیا یہ میرا بیہیویئر مجھے</w:t>
      </w:r>
    </w:p>
    <w:p>
      <w:r>
        <w:rPr>
          <w:b/>
        </w:rPr>
        <w:t xml:space="preserve">[33:56] </w:t>
      </w:r>
      <w:r>
        <w:t>paradise ke ke liye competent banayega ya nahi banayega.</w:t>
      </w:r>
    </w:p>
    <w:p>
      <w:pPr>
        <w:jc w:val="right"/>
      </w:pPr>
      <w:r>
        <w:t>پیراڈائز کے کے لیے کمپیٹنٹ بنائے گا یا نہیں بنائے گا۔</w:t>
      </w:r>
    </w:p>
    <w:p>
      <w:r>
        <w:rPr>
          <w:b/>
        </w:rPr>
        <w:t xml:space="preserve">[34:03] </w:t>
      </w:r>
      <w:r>
        <w:t>kaise ajeeb hai yeh aap sochiye ke kaisi ajeeb hai yeh soch. kaisi ajeeb yeh soch.</w:t>
      </w:r>
    </w:p>
    <w:p>
      <w:pPr>
        <w:jc w:val="right"/>
      </w:pPr>
      <w:r>
        <w:t>کیسے عجیب ہے یہ آپ سوچیے کہ کیسی عجیب ہے یہ سوچ۔ کیسی عجیب یہ سوچ۔</w:t>
      </w:r>
    </w:p>
    <w:p>
      <w:r>
        <w:rPr>
          <w:b/>
        </w:rPr>
        <w:t xml:space="preserve">[34:14] </w:t>
      </w:r>
      <w:r>
        <w:t>jin logon ke andar yeh soch aa jaye to har waqt woh apne upar khud hi chokidar ban jayenge.</w:t>
      </w:r>
    </w:p>
    <w:p>
      <w:pPr>
        <w:jc w:val="right"/>
      </w:pPr>
      <w:r>
        <w:t>جن لوگوں کے اندر یہ سوچ آ جائے تو ہر وقت وہ اپنے اوپر خود ہی چوکیدار بن جائیں گے۔</w:t>
      </w:r>
    </w:p>
    <w:p>
      <w:r>
        <w:rPr>
          <w:b/>
        </w:rPr>
        <w:t xml:space="preserve">[34:25] </w:t>
      </w:r>
      <w:r>
        <w:t>har waqt apne aap ko khud hi dekhte rahenge. har waqt sochte hue bolte hue chalte hue logon se koi behivier karte hue kuch bhi karte hue dealing karte hue har waqt unke dimagh mein yeh aata rahega aata rahega aata rahega ke dekho</w:t>
      </w:r>
    </w:p>
    <w:p>
      <w:pPr>
        <w:jc w:val="right"/>
      </w:pPr>
      <w:r>
        <w:t>ہر وقت اپنے آپ کو خود ہی دیکھتے رہیں گے۔ ہر وقت سوچتے ہوئے بولتے ہوئے چلتے ہوئے لوگوں سے کوئی بیہیویئر کرتے ہوئے کچھ بھی کرتے ہوئے ڈیلنگ کرتے ہوئے ہر وقت ان کے دماغ میں یہ آتا رہے گا آتا رہے گا آتا رہے گا کہ دیکھو</w:t>
      </w:r>
    </w:p>
    <w:p>
      <w:r>
        <w:rPr>
          <w:b/>
        </w:rPr>
        <w:t xml:space="preserve">[34:49] </w:t>
      </w:r>
      <w:r>
        <w:t>kahin aisa na karna ke tum galat tareeqa ikhtiyar karo kyunke phir toh tum paradise nahi milne wali tum ko.</w:t>
      </w:r>
    </w:p>
    <w:p>
      <w:pPr>
        <w:jc w:val="right"/>
      </w:pPr>
      <w:r>
        <w:t>کہیں ایسا نہ کرنا کہ تم غلط طریقہ اختیار کرو کیونکہ پھر تو تم پیراڈائز نہیں ملنے والی تم کو۔</w:t>
      </w:r>
    </w:p>
    <w:p>
      <w:r>
        <w:rPr>
          <w:b/>
        </w:rPr>
        <w:t xml:space="preserve">[35:01] </w:t>
      </w:r>
      <w:r>
        <w:t>toh yeh dekhiye kitna bara mechanism hai insan ko duniya mein theek rakhne ka theek theek rakhne ka.</w:t>
      </w:r>
    </w:p>
    <w:p>
      <w:pPr>
        <w:jc w:val="right"/>
      </w:pPr>
      <w:r>
        <w:t>تو یہ دیکھیے کتنا بڑا میکنزم ہے انسان کو دنیا میں ٹھیک رکھنے کا ٹھیک ٹھیک رکھنے کا۔</w:t>
      </w:r>
    </w:p>
    <w:p>
      <w:r>
        <w:rPr>
          <w:b/>
        </w:rPr>
        <w:t xml:space="preserve">[35:16] </w:t>
      </w:r>
      <w:r>
        <w:t>is yeh jo concept hai akhirat ka</w:t>
      </w:r>
    </w:p>
    <w:p>
      <w:pPr>
        <w:jc w:val="right"/>
      </w:pPr>
      <w:r>
        <w:t>اس یہ جو کانسیپٹ ہے آخرت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