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Guidance (Prophetic Wisdom) November 22, 2006 Maulana Wahiduddin Khan</w:t>
      </w:r>
    </w:p>
    <w:p>
      <w:r>
        <w:t>https://www.youtube.com/watch?v=N3E-JrkTlYI</w:t>
      </w:r>
    </w:p>
    <w:p>
      <w:r>
        <w:rPr>
          <w:b/>
        </w:rPr>
        <w:t xml:space="preserve">[00:10] </w:t>
      </w:r>
      <w:r>
        <w:t>bismillah rahman rahim, wasallallahu ala nabiyyil karim. quran mein rasoolullah ko bataya gaya hai ke aap sare insan ke liye namuna hain.</w:t>
      </w:r>
    </w:p>
    <w:p>
      <w:pPr>
        <w:jc w:val="right"/>
      </w:pPr>
      <w:r>
        <w:t>بسم اللہ الرحمن الرحیم، وصلی اللہ علی النبی الکریم۔ قرآن میں رسول اللہ کو بتایا گیا ہے کہ آپ سارے انسان کے لیے نمونہ ہیں۔</w:t>
      </w:r>
    </w:p>
    <w:p>
      <w:r>
        <w:rPr>
          <w:b/>
        </w:rPr>
        <w:t xml:space="preserve">[00:30] </w:t>
      </w:r>
      <w:r>
        <w:t>laqad kana lakum fi rasoolillahi uswatun hasanah. yaani aap ko bataya gaya hai ke aap model hain, aap namuna hain.</w:t>
      </w:r>
    </w:p>
    <w:p>
      <w:pPr>
        <w:jc w:val="right"/>
      </w:pPr>
      <w:r>
        <w:t>لقد کان لکم فی رسول اللہ عصوۃ حسنہ۔ یعنی آپ کو بتایا گیا ہے کہ آپ ماڈل ہیں، آپ نمونہ ہیں۔</w:t>
      </w:r>
    </w:p>
    <w:p>
      <w:r>
        <w:rPr>
          <w:b/>
        </w:rPr>
        <w:t xml:space="preserve">[00:42] </w:t>
      </w:r>
      <w:r>
        <w:t>zahiri hai ke koi aadmi namuna is waqt nahi ban sakta jab ke woh super human being ho. agar rasoolullah jo hain woh angel hon, woh super human being hon,</w:t>
      </w:r>
    </w:p>
    <w:p>
      <w:pPr>
        <w:jc w:val="right"/>
      </w:pPr>
      <w:r>
        <w:t>ظاہر ہے کہ کوئی آدمی نمونہ اس وقت نہیں بن سکتا جب کہ وہ سپر ہیومن بینگ ہو۔ اگر رسول اللہ جو ہیں وہ اینجل ہوں، وہ سپر ہیومن بینگ ہوں،</w:t>
      </w:r>
    </w:p>
    <w:p>
      <w:r>
        <w:rPr>
          <w:b/>
        </w:rPr>
        <w:t xml:space="preserve">[00:56] </w:t>
      </w:r>
      <w:r>
        <w:t>woh khuda ke barabar hon, is tarah ki baatein hon toh woh hamare liye namuna nahi ban sakte.</w:t>
      </w:r>
    </w:p>
    <w:p>
      <w:pPr>
        <w:jc w:val="right"/>
      </w:pPr>
      <w:r>
        <w:t>وہ خدا کے برابر ہوں، اس طرح کی باتیں ہوں تو وہ ہمارے لیے نمونہ نہیں بن سکتے۔</w:t>
      </w:r>
    </w:p>
    <w:p>
      <w:r>
        <w:rPr>
          <w:b/>
        </w:rPr>
        <w:t xml:space="preserve">[01:06] </w:t>
      </w:r>
      <w:r>
        <w:t>is liye nahi keh sakta koi ke tumhare liye khuda namuna hai, tumhare liye angel namuna hai. kyunke is aadmi ko jo hamare liye namuna bane, usko hamare jaisa insan hona chahiye.</w:t>
      </w:r>
    </w:p>
    <w:p>
      <w:pPr>
        <w:jc w:val="right"/>
      </w:pPr>
      <w:r>
        <w:t>اس لیے نہیں کہہ سکتا کوئی کہ تمہارے لیے خدا نمونہ ہے، تمہارے لیے اینجل نمونہ ہے۔ کیونکہ اس آدمی کو جو ہمارے لیے نمونہ بنے، اس کو ہمارے جیسا انسان ہونا چاہیے۔</w:t>
      </w:r>
    </w:p>
    <w:p>
      <w:r>
        <w:rPr>
          <w:b/>
        </w:rPr>
        <w:t xml:space="preserve">[01:27] </w:t>
      </w:r>
      <w:r>
        <w:t>jo hum par beetta hai, us par beetta hai.</w:t>
      </w:r>
    </w:p>
    <w:p>
      <w:pPr>
        <w:jc w:val="right"/>
      </w:pPr>
      <w:r>
        <w:t>جو ہم پر بیتتا ہے، اس پر بیتا ہے۔</w:t>
      </w:r>
    </w:p>
    <w:p>
      <w:r>
        <w:rPr>
          <w:b/>
        </w:rPr>
        <w:t xml:space="preserve">[01:33] </w:t>
      </w:r>
      <w:r>
        <w:t>warna namuna kaise ban sakta hai woh? yeh kehna ke rasoolullah tumhare liye namuna hain, is ka matlab yeh hai ke rasoolullah bashar hain.</w:t>
      </w:r>
    </w:p>
    <w:p>
      <w:pPr>
        <w:jc w:val="right"/>
      </w:pPr>
      <w:r>
        <w:t>ورنہ نمونہ کیسے بن سکتا ہے وہ؟ یہ کہنا کہ رسول اللہ تمہارے لیے نمونہ ہیں، اس کا مطلب یہ ہے کہ رسول اللہ بشر ہیں۔</w:t>
      </w:r>
    </w:p>
    <w:p>
      <w:r>
        <w:rPr>
          <w:b/>
        </w:rPr>
        <w:t xml:space="preserve">[01:45] </w:t>
      </w:r>
      <w:r>
        <w:t>woh jaise tum ho, waise woh. isi liye quran mein ana illa basharun mithlukum. quran mein farmaya ke kaho.</w:t>
      </w:r>
    </w:p>
    <w:p>
      <w:pPr>
        <w:jc w:val="right"/>
      </w:pPr>
      <w:r>
        <w:t>وہ جیسے تم ہو، ویسے وہ۔ اسی لیے قرآن میں ایک ما انا الا بشر مثلکم۔ قرآن میں فرمایا کہ کہو۔</w:t>
      </w:r>
    </w:p>
    <w:p>
      <w:r>
        <w:rPr>
          <w:b/>
        </w:rPr>
        <w:t xml:space="preserve">[01:57] </w:t>
      </w:r>
      <w:r>
        <w:t>rasoolullah se kaha gaya ke kaho logon se ke ana illa basharun mithlukum. mein toh tumhare hi jaisa ek insan hoon.</w:t>
      </w:r>
    </w:p>
    <w:p>
      <w:pPr>
        <w:jc w:val="right"/>
      </w:pPr>
      <w:r>
        <w:t>رسول اللہ سے کہا گیا کہ کہو لوگوں سے کہ ما انا الا بشر مثلکم۔ میں تو تمہارے ہی جیسا ایک انسان ہوں۔</w:t>
      </w:r>
    </w:p>
    <w:p>
      <w:r>
        <w:rPr>
          <w:b/>
        </w:rPr>
        <w:t xml:space="preserve">[02:09] </w:t>
      </w:r>
      <w:r>
        <w:t>is ko samajhna bohat ziyada aham hai. kyunke logon ne ajeeb o ghareeb tasawwur bana rakha hai ke rasool Allah ko woh naoozubillah khuda ka darja dete hain.</w:t>
      </w:r>
    </w:p>
    <w:p>
      <w:pPr>
        <w:jc w:val="right"/>
      </w:pPr>
      <w:r>
        <w:t>اس کو سمجھنا بہت زیادہ اہم ہے۔ کیونکہ لوگوں نے عجیب و غریب تصور بنا رکھا ہے کہ رسول اللہ کو وہ نعوذ باللہ خدا کا درجہ دیتے ہیں۔</w:t>
      </w:r>
    </w:p>
    <w:p>
      <w:r>
        <w:rPr>
          <w:b/>
        </w:rPr>
        <w:t xml:space="preserve">[02:22] </w:t>
      </w:r>
      <w:r>
        <w:t>rasool Allah ko super human being ke taur par project karte hain. is tarah se hota hai nuksan? namune ka ehsas khatam ho jata hai.</w:t>
      </w:r>
    </w:p>
    <w:p>
      <w:pPr>
        <w:jc w:val="right"/>
      </w:pPr>
      <w:r>
        <w:t>رسول اللہ کو سپر ہیومن بینگ کے طور پر پروجیکٹ کرتے ہیں۔ اس طرح سے کیا ہوتا ہے نقصان؟ نمونے کا احساس ختم ہو جاتا ہے۔</w:t>
      </w:r>
    </w:p>
    <w:p>
      <w:r>
        <w:rPr>
          <w:b/>
        </w:rPr>
        <w:t xml:space="preserve">[02:31] </w:t>
      </w:r>
      <w:r>
        <w:t>rasool Allah ko apna namuna banane ka ehsas khatam ho jata hai. kitna bara nuksan hai yeh. ke jab aap namune ko apne se aisa itna bara samajh lein ke woh zameen o aasman ke barabar bana lein is ko, to aap ke zehan mein yeh nahi ayega ke yeh mere liye namuna hai.</w:t>
      </w:r>
    </w:p>
    <w:p>
      <w:pPr>
        <w:jc w:val="right"/>
      </w:pPr>
      <w:r>
        <w:t>رسول اللہ کو اپنا نمونہ بنانے کا احساس ختم ہو جاتا ہے۔ کتنا بڑا نقصان ہے یہ۔ کہ جب آپ نمونے کو اپنے سے ایسا اتنا بڑا سمجھ لیں کہ وہ زمین و آسمان کے برابر بنا لیں اس کو، تو آپ کے ذہن میں یہ نہیں آئے گا کہ یہ میرے لیے نمونہ ہے۔</w:t>
      </w:r>
    </w:p>
    <w:p>
      <w:r>
        <w:rPr>
          <w:b/>
        </w:rPr>
        <w:t xml:space="preserve">[02:52] </w:t>
      </w:r>
      <w:r>
        <w:t>mujhe is ko follow karna hai. yaani is ehsas ko kill karne wali cheez hai yeh. to</w:t>
      </w:r>
    </w:p>
    <w:p>
      <w:pPr>
        <w:jc w:val="right"/>
      </w:pPr>
      <w:r>
        <w:t>مجھے اس کو فالو کرنا ہے۔ یعنی اس احساس کو کل کرنے والی چیز ہے یہ۔ تو</w:t>
      </w:r>
    </w:p>
    <w:p>
      <w:r>
        <w:rPr>
          <w:b/>
        </w:rPr>
        <w:t xml:space="preserve">[03:06] </w:t>
      </w:r>
      <w:r>
        <w:t>isi liye rasool Allah par har qism ke waqiat guzre. jo hamare upar beette hain, woh bhi upar upar bhi beete. phir unhone namuna qaim kiya.</w:t>
      </w:r>
    </w:p>
    <w:p>
      <w:pPr>
        <w:jc w:val="right"/>
      </w:pPr>
      <w:r>
        <w:t>اسی لیے رسول اللہ پر ہر قسم کے واقعات گزرے۔ جو ہمارے اوپر بیتتے ہیں، وہ بھی اوپر اوپر بھی بیتے۔ پھر انہوں نے نمونہ قائم کیا۔</w:t>
      </w:r>
    </w:p>
    <w:p>
      <w:r>
        <w:rPr>
          <w:b/>
        </w:rPr>
        <w:t xml:space="preserve">[03:21] </w:t>
      </w:r>
      <w:r>
        <w:t>jaise mein aik misaal deta hoon ke rasool Allah ke ghar mein aik khadmah thi.</w:t>
      </w:r>
    </w:p>
    <w:p>
      <w:pPr>
        <w:jc w:val="right"/>
      </w:pPr>
      <w:r>
        <w:t>جیسے میں ایک مثال دیتا ہوں کہ رسول اللہ کے گھر میں ایک خادمہ تھی۔</w:t>
      </w:r>
    </w:p>
    <w:p>
      <w:r>
        <w:rPr>
          <w:b/>
        </w:rPr>
        <w:t xml:space="preserve">[03:33] </w:t>
      </w:r>
      <w:r>
        <w:t>to aap ne is ko kisi kaam ke liye bahar bheja.</w:t>
      </w:r>
    </w:p>
    <w:p>
      <w:pPr>
        <w:jc w:val="right"/>
      </w:pPr>
      <w:r>
        <w:t>تو آپ نے اس کو کسی کام کے لیے باہر بھیجا۔</w:t>
      </w:r>
    </w:p>
    <w:p>
      <w:r>
        <w:rPr>
          <w:b/>
        </w:rPr>
        <w:t xml:space="preserve">[03:41] </w:t>
      </w:r>
      <w:r>
        <w:t>kisi kaam ke liye aap ne ghar se bahar bheja is ko. to woh khadmah jo thi bahar gayi. to us ne aane mein der kar di.</w:t>
      </w:r>
    </w:p>
    <w:p>
      <w:pPr>
        <w:jc w:val="right"/>
      </w:pPr>
      <w:r>
        <w:t>کسی کام کے لیے آپ نے گھر سے باہر بھیجا اس کو۔ تو وہ خادمہ جو تھی باہر گئی۔ تو اس نے آنے میں دیر کر دی۔</w:t>
      </w:r>
    </w:p>
    <w:p>
      <w:r>
        <w:rPr>
          <w:b/>
        </w:rPr>
        <w:t xml:space="preserve">[03:52] </w:t>
      </w:r>
      <w:r>
        <w:t>kaam jaldi ka tha. jis kaam ke liye aap ne bheja tha, woh aik jaldi ka kaam tha. woh bahar gayi to bahar kuch kuch aur cheezon mein busy ho gayi aur lotne mein us ne der ki.</w:t>
      </w:r>
    </w:p>
    <w:p>
      <w:pPr>
        <w:jc w:val="right"/>
      </w:pPr>
      <w:r>
        <w:t>کام جلدی کا تھا۔ جس کام کے لیے آپ نے بھیجا تھا، وہ ایک جلدی کا کام تھا۔ وہ باہر گئی تو باہر کچھ کچھ اور چیزوں میں بزی ہو گئی اور لوٹنے میں اس نے دیر کی۔</w:t>
      </w:r>
    </w:p>
    <w:p>
      <w:r>
        <w:rPr>
          <w:b/>
        </w:rPr>
        <w:t xml:space="preserve">[04:10] </w:t>
      </w:r>
      <w:r>
        <w:t>to rasool Allah ko ghussa aa gaya. log samajhte hain ke ghussa aana hamare liye hum ghussa hote hain lekin rasool Allah ghussa nahi hote.</w:t>
      </w:r>
    </w:p>
    <w:p>
      <w:pPr>
        <w:jc w:val="right"/>
      </w:pPr>
      <w:r>
        <w:t>تو رسول اللہ کو غصہ آ گیا۔ لوگ سمجھتے ہیں کہ غصہ آنا ہمارے لیے ہم غصہ ہوتے ہیں لیکن رسول اللہ غصہ نہیں ہوتے۔</w:t>
      </w:r>
    </w:p>
    <w:p>
      <w:r>
        <w:rPr>
          <w:b/>
        </w:rPr>
        <w:t xml:space="preserve">[04:19] </w:t>
      </w:r>
      <w:r>
        <w:t>yeh bhi jhooti baat hai. hamare liye to rasool Allah ko bhi ghussa aata tha. farq kya hai? aap apne ghusse ko control karte the.</w:t>
      </w:r>
    </w:p>
    <w:p>
      <w:pPr>
        <w:jc w:val="right"/>
      </w:pPr>
      <w:r>
        <w:t>یہ بھی جھوٹی بات ہے۔ ہمارے لیے تو رسول اللہ کو بھی غصہ آتا تھا۔ فرق کیا ہے؟ آپ اپنے غصے کو کنٹرول کرتے تھے۔</w:t>
      </w:r>
    </w:p>
    <w:p>
      <w:r>
        <w:rPr>
          <w:b/>
        </w:rPr>
        <w:t xml:space="preserve">[04:30] </w:t>
      </w:r>
      <w:r>
        <w:t>hum apne ghusse ko doosre ke upar odhel dete hain.</w:t>
      </w:r>
    </w:p>
    <w:p>
      <w:pPr>
        <w:jc w:val="right"/>
      </w:pPr>
      <w:r>
        <w:t>ہم اپنے غصے کو دوسرے کے اوپر اڈیل دیتے ہیں۔</w:t>
      </w:r>
    </w:p>
    <w:p>
      <w:r>
        <w:rPr>
          <w:b/>
        </w:rPr>
        <w:t xml:space="preserve">[04:36] </w:t>
      </w:r>
      <w:r>
        <w:t>to jab us ne aane mein der ki to aap ko ghussa aa gaya.</w:t>
      </w:r>
    </w:p>
    <w:p>
      <w:pPr>
        <w:jc w:val="right"/>
      </w:pPr>
      <w:r>
        <w:t>تو جب اس نے آنے میں دیر کی تو آپ کو غصہ آ گیا۔</w:t>
      </w:r>
    </w:p>
    <w:p>
      <w:r>
        <w:rPr>
          <w:b/>
        </w:rPr>
        <w:t xml:space="preserve">[04:44] </w:t>
      </w:r>
      <w:r>
        <w:t>aap ne farmaya kya? lola khashiyat al qawd la waja'atuka bi hadh al siwak.</w:t>
      </w:r>
    </w:p>
    <w:p>
      <w:pPr>
        <w:jc w:val="right"/>
      </w:pPr>
      <w:r>
        <w:t>آپ نے فرمایا کیا؟ لولا خشیت القود لوجعتک بحاذ السواک۔</w:t>
      </w:r>
    </w:p>
    <w:p>
      <w:r>
        <w:rPr>
          <w:b/>
        </w:rPr>
        <w:t xml:space="preserve">[04:53] </w:t>
      </w:r>
      <w:r>
        <w:t>us waqt aap ke hath mein aik miswak thi. yun samjhiye aik tooth brush. aik tooth brush tha. to aap ne kaha ke agar mujhe yeh dar na hota ke qayamat mein mujhe is ka badla dena parega</w:t>
      </w:r>
    </w:p>
    <w:p>
      <w:pPr>
        <w:jc w:val="right"/>
      </w:pPr>
      <w:r>
        <w:t>اس وقت آپ کے ہاتھ میں ایک مسواک تھی۔ یوں سمجھئے ایک ٹوتھ برش۔ ایک ٹوتھ برش تھا۔ تو آپ نے کہا کہ اگر مجھے یہ ڈر نہ ہوتا کہ قیامت میں مجھے اس کا بدلہ دینا پڑے گا</w:t>
      </w:r>
    </w:p>
    <w:p>
      <w:r>
        <w:rPr>
          <w:b/>
        </w:rPr>
        <w:t xml:space="preserve">[05:12] </w:t>
      </w:r>
      <w:r>
        <w:t>to main tujh ko is tooth brush se marta. is miswak se marta. ab yahan par sochiye aaj kal ka zehan kya hai?</w:t>
      </w:r>
    </w:p>
    <w:p>
      <w:pPr>
        <w:jc w:val="right"/>
      </w:pPr>
      <w:r>
        <w:t>تو میں تجھ کو اس ٹوتھ برش سے مارتا۔ اس مسواک سے مارتا۔ اب یہاں پر سوچیے آج کل کا ذہن کیا ہے؟</w:t>
      </w:r>
    </w:p>
    <w:p>
      <w:r>
        <w:rPr>
          <w:b/>
        </w:rPr>
        <w:t xml:space="preserve">[05:25] </w:t>
      </w:r>
      <w:r>
        <w:t>kehte hain ke hum ko to lesson sikhana hai, sabaq sikhana hai.</w:t>
      </w:r>
    </w:p>
    <w:p>
      <w:pPr>
        <w:jc w:val="right"/>
      </w:pPr>
      <w:r>
        <w:t>کہتے ہیں کہ ہم کو تو لیسن سکھانا ہے، سبق سکھانا ہے۔</w:t>
      </w:r>
    </w:p>
    <w:p>
      <w:r>
        <w:rPr>
          <w:b/>
        </w:rPr>
        <w:t xml:space="preserve">[05:31] </w:t>
      </w:r>
      <w:r>
        <w:t>We have to teach him a lesson. taake phir dobara aisa na kare woh. aam insano ka zehan nahi hota hai ke sabaq sikhao.</w:t>
      </w:r>
    </w:p>
    <w:p>
      <w:pPr>
        <w:jc w:val="right"/>
      </w:pPr>
      <w:r>
        <w:t>We have to teach him a lesson۔ تاکہ پھر دوبارہ ایسا نہ کرے وہ۔ عام انسانوں کا ذہن نہیں ہوتا ہے کہ سبق سکھاؤ۔</w:t>
      </w:r>
    </w:p>
    <w:p>
      <w:r>
        <w:rPr>
          <w:b/>
        </w:rPr>
        <w:t xml:space="preserve">[05:40] </w:t>
      </w:r>
      <w:r>
        <w:t>koi tumhare sath yaani galat salook kare, ghalti kare to us ko sabaq sikhao. taake woh wahin ruk jaye, phir repeat na kare is ko.</w:t>
      </w:r>
    </w:p>
    <w:p>
      <w:pPr>
        <w:jc w:val="right"/>
      </w:pPr>
      <w:r>
        <w:t>کوئی تمہارے ساتھ یعنی غلط سلوک کرے، غلطی کرے تو اس کو سبق سکھاؤ۔ تاکہ وہ وہیں رک جائے، پھر ریپیٹ نہ کرے اس کو۔</w:t>
      </w:r>
    </w:p>
    <w:p>
      <w:r>
        <w:rPr>
          <w:b/>
        </w:rPr>
        <w:t xml:space="preserve">[05:52] </w:t>
      </w:r>
      <w:r>
        <w:t>to rasool Allah ne yeh nahi farmaya ke aao main tum ko sabaq sikhaunga. taake tum phir aisa na karo. aisa nahi kaha aap ne. aap ne kaha ke yeh jo mere hath mein hai, is se main tum ko marta.</w:t>
      </w:r>
    </w:p>
    <w:p>
      <w:pPr>
        <w:jc w:val="right"/>
      </w:pPr>
      <w:r>
        <w:t>تو رسول اللہ نے یہ نہیں فرمایا کہ آؤ میں تم کو سبق سکھاؤں گا۔ تاکہ تم پھر ایسا نہ کرو۔ ایسا نہیں کہا آپ نے۔ آپ نے کہا کہ یہ جو میرے ہاتھ میں ہے، اس سے میں تم کو مارتا۔</w:t>
      </w:r>
    </w:p>
    <w:p>
      <w:r>
        <w:rPr>
          <w:b/>
        </w:rPr>
        <w:t xml:space="preserve">[06:06] </w:t>
      </w:r>
      <w:r>
        <w:t>lekin mujhe dar hai ke agar main maron to mujhe is ka badla dena parega qayamat ke din. to aap yahan par samajh sakte hain ke kitna alag hai aam soch aur rasool Allah ki soch.</w:t>
      </w:r>
    </w:p>
    <w:p>
      <w:pPr>
        <w:jc w:val="right"/>
      </w:pPr>
      <w:r>
        <w:t>لیکن مجھے ڈر ہے کہ اگر میں ماروں تو مجھے اس کا بدلہ دینا پڑے گا قیامت کے دن۔ تو آپ یہاں پر سمجھ سکتے ہیں کہ کتنا الگ ہے عام سوچ اور رسول اللہ کی سوچ۔</w:t>
      </w:r>
    </w:p>
    <w:p>
      <w:r>
        <w:rPr>
          <w:b/>
        </w:rPr>
        <w:t xml:space="preserve">[06:20] </w:t>
      </w:r>
      <w:r>
        <w:t>log is tarz mein sochte hain ke is ko to lesson sikhana hai, is ko to sabaq sikhana hai. yeh soch bilashuba un Islamic hai.</w:t>
      </w:r>
    </w:p>
    <w:p>
      <w:pPr>
        <w:jc w:val="right"/>
      </w:pPr>
      <w:r>
        <w:t>لوگ اس طرز میں سوچتے ہیں کہ اس کو تو لیسن سکھانا ہے، اس کو تو سبق سکھانا ہے۔ یہ سوچ بلاشبہ ان اسلامک ہے۔</w:t>
      </w:r>
    </w:p>
    <w:p>
      <w:r>
        <w:rPr>
          <w:b/>
        </w:rPr>
        <w:t xml:space="preserve">[06:33] </w:t>
      </w:r>
      <w:r>
        <w:t>yeh soch bilashuba disastrous hai.</w:t>
      </w:r>
    </w:p>
    <w:p>
      <w:pPr>
        <w:jc w:val="right"/>
      </w:pPr>
      <w:r>
        <w:t>یہ سوچ بلاشبہ ڈزاسٹرس ہے۔</w:t>
      </w:r>
    </w:p>
    <w:p>
      <w:r>
        <w:rPr>
          <w:b/>
        </w:rPr>
        <w:t xml:space="preserve">[06:40] </w:t>
      </w:r>
      <w:r>
        <w:t>yeh soch aadmi ko halak karne wali hai. ke sabaq sikhane wali soch. yeh satanic soch hai, satanic.</w:t>
      </w:r>
    </w:p>
    <w:p>
      <w:pPr>
        <w:jc w:val="right"/>
      </w:pPr>
      <w:r>
        <w:t>یہ سوچ آدمی کو ہلاک کرنے والی ہے۔ کہ سبق سکھانے والی سوچ۔ یہ سیٹنک سوچ ہے، سیٹنک۔</w:t>
      </w:r>
    </w:p>
    <w:p>
      <w:r>
        <w:rPr>
          <w:b/>
        </w:rPr>
        <w:t xml:space="preserve">[06:52] </w:t>
      </w:r>
      <w:r>
        <w:t>sahi soch kya hai? wohi jo rasool Allah ne kiya. ke aap ne is ko naseehat to ki lekin aap ne koi punishment nahi diya is ko.</w:t>
      </w:r>
    </w:p>
    <w:p>
      <w:pPr>
        <w:jc w:val="right"/>
      </w:pPr>
      <w:r>
        <w:t>صحیح سوچ کیا ہے؟ وہی جو رسول اللہ نے کیا۔ کہ آپ نے اس کو نصیحت تو کی لیکن آپ نے کوئی پنشمنٹ نہیں دیا اس کو۔</w:t>
      </w:r>
    </w:p>
    <w:p>
      <w:r>
        <w:rPr>
          <w:b/>
        </w:rPr>
        <w:t xml:space="preserve">[07:02] </w:t>
      </w:r>
      <w:r>
        <w:t>sabq nahi sikhane ki koshish ki aap ne is ko. to aap ne farmaya ke lola khashiyat al qawd lo waja'atuka bi hadh al siwak.</w:t>
      </w:r>
    </w:p>
    <w:p>
      <w:pPr>
        <w:jc w:val="right"/>
      </w:pPr>
      <w:r>
        <w:t>سبق نہیں سکھانے کی کوشش کی آپ نے اس کو۔ تو آپ نے فرمایا کہ لولا خشیت القود لوجعتک بحاذ السواک۔</w:t>
      </w:r>
    </w:p>
    <w:p>
      <w:r>
        <w:rPr>
          <w:b/>
        </w:rPr>
        <w:t xml:space="preserve">[07:13] </w:t>
      </w:r>
      <w:r>
        <w:t>agar mujhe yeh dar na hota ke wahan mujhe is ka badla chukana pare ga to mein tujh ko is miswak se marta.</w:t>
      </w:r>
    </w:p>
    <w:p>
      <w:pPr>
        <w:jc w:val="right"/>
      </w:pPr>
      <w:r>
        <w:t>اگر مجھے یہ ڈر نہ ہوتا کہ وہاں مجھے اس کا بدلہ چکانا پڑے گا تو میں تجھ کو اس مسواک سے مارتا۔</w:t>
      </w:r>
    </w:p>
    <w:p>
      <w:r>
        <w:rPr>
          <w:b/>
        </w:rPr>
        <w:t xml:space="preserve">[07:33] </w:t>
      </w:r>
      <w:r>
        <w:t>isi tarah se aap ne ek insan ko, ek sahib ko yeh bataya ke islam kya hai. yani islam ka khulasa kya hai.</w:t>
      </w:r>
    </w:p>
    <w:p>
      <w:pPr>
        <w:jc w:val="right"/>
      </w:pPr>
      <w:r>
        <w:t>اسی طرح سے آپ نے ایک انسان کو، ایک صاحب کو یہ بتایا کہ اسلام کیا ہے۔ یعنی اسلام کا خلاصہ کیا ہے۔</w:t>
      </w:r>
    </w:p>
    <w:p>
      <w:r>
        <w:rPr>
          <w:b/>
        </w:rPr>
        <w:t xml:space="preserve">[07:43] </w:t>
      </w:r>
      <w:r>
        <w:t>jist mein islam ki teaching kya hai.</w:t>
      </w:r>
    </w:p>
    <w:p>
      <w:pPr>
        <w:jc w:val="right"/>
      </w:pPr>
      <w:r>
        <w:t>جست میں اسلام کی ٹیچنگ کیا ہے۔</w:t>
      </w:r>
    </w:p>
    <w:p>
      <w:r>
        <w:rPr>
          <w:b/>
        </w:rPr>
        <w:t xml:space="preserve">[07:52] </w:t>
      </w:r>
      <w:r>
        <w:t>is aadmi ne poocha tha ke jannat mein mein kaise pounchon? woh kya cheez hai jo mujh ko jannat mein le jaye gi?</w:t>
      </w:r>
    </w:p>
    <w:p>
      <w:pPr>
        <w:jc w:val="right"/>
      </w:pPr>
      <w:r>
        <w:t>اس آدمی نے پوچھا تھا کہ جنت میں میں کیسے پہنچوں؟ وہ کیا چیز ہے جو مجھ کو جنت میں لے جائے گی؟</w:t>
      </w:r>
    </w:p>
    <w:p>
      <w:r>
        <w:rPr>
          <w:b/>
        </w:rPr>
        <w:t xml:space="preserve">[08:03] </w:t>
      </w:r>
      <w:r>
        <w:t>to aap ne farmaya ke taqwa Allah hai bi husn al khuluq. yani jannat mein jane ka formula, two point formula yeh hai.</w:t>
      </w:r>
    </w:p>
    <w:p>
      <w:pPr>
        <w:jc w:val="right"/>
      </w:pPr>
      <w:r>
        <w:t>تو آپ نے فرمایا کہ تقویٰ اللہ ہے بحسن الخلق۔ یعنی جنت میں جانے کا فارمولا، ٹو پوائنٹ فارمولا یہ ہے۔</w:t>
      </w:r>
    </w:p>
    <w:p>
      <w:r>
        <w:rPr>
          <w:b/>
        </w:rPr>
        <w:t xml:space="preserve">[08:15] </w:t>
      </w:r>
      <w:r>
        <w:t>Allah se darna aur logon ke sath acha ikhlaq barna.</w:t>
      </w:r>
    </w:p>
    <w:p>
      <w:pPr>
        <w:jc w:val="right"/>
      </w:pPr>
      <w:r>
        <w:t>اللہ سے ڈرنا اور لوگوں کے ساتھ اچھا اخلاق برتنا۔</w:t>
      </w:r>
    </w:p>
    <w:p>
      <w:r>
        <w:rPr>
          <w:b/>
        </w:rPr>
        <w:t xml:space="preserve">[08:22] </w:t>
      </w:r>
      <w:r>
        <w:t>tum dunya mein raho is tarah se, tum Allah se darte raho. jaisa ke rasool Allah ki hadith mein mein ne bataya aap ko.</w:t>
      </w:r>
    </w:p>
    <w:p>
      <w:pPr>
        <w:jc w:val="right"/>
      </w:pPr>
      <w:r>
        <w:t>تم دنیا میں رہو اس طرح سے، تم اللہ سے ڈرتے رہو۔ جیسا کہ رسول اللہ کی حدیث میں میں نے بتایا آپ کو۔</w:t>
      </w:r>
    </w:p>
    <w:p>
      <w:r>
        <w:rPr>
          <w:b/>
        </w:rPr>
        <w:t xml:space="preserve">[08:31] </w:t>
      </w:r>
      <w:r>
        <w:t>ke yahan agar mein ne misbehave kiya kisi ke sath to wahan par mujhe is ka Khuda ki taraf se badla diya jaye ga.</w:t>
      </w:r>
    </w:p>
    <w:p>
      <w:pPr>
        <w:jc w:val="right"/>
      </w:pPr>
      <w:r>
        <w:t>کہ یہاں اگر میں نے مس بیہیو کیا کسی کے ساتھ تو وہاں پر مجھے اس کا خدا کی طرف سے بدلہ دیا جائے گا۔</w:t>
      </w:r>
    </w:p>
    <w:p>
      <w:r>
        <w:rPr>
          <w:b/>
        </w:rPr>
        <w:t xml:space="preserve">[08:41] </w:t>
      </w:r>
      <w:r>
        <w:t>saza di jaye gi. to mein kisi ke sath misbehave nahi kar sakta. ek to yeh ehsas ho. aur yeh ke aap darte rahen, darte rahen, darte rahen.</w:t>
      </w:r>
    </w:p>
    <w:p>
      <w:pPr>
        <w:jc w:val="right"/>
      </w:pPr>
      <w:r>
        <w:t>سزا دی جائے گی۔ تو میں کسی کے ساتھ مس بیہیو نہیں کر سکتا۔ ایک تو یہ احساس ہو۔ اور یہ کہ آپ ڈرتے رہیں، ڈرتے رہیں، ڈرتے رہیں۔</w:t>
      </w:r>
    </w:p>
    <w:p>
      <w:r>
        <w:rPr>
          <w:b/>
        </w:rPr>
        <w:t xml:space="preserve">[08:55] </w:t>
      </w:r>
      <w:r>
        <w:t>jab daren ge tabhi aisa hoga.</w:t>
      </w:r>
    </w:p>
    <w:p>
      <w:pPr>
        <w:jc w:val="right"/>
      </w:pPr>
      <w:r>
        <w:t>جب ڈریں گے تبھی ایسا ہوگا۔</w:t>
      </w:r>
    </w:p>
    <w:p>
      <w:r>
        <w:rPr>
          <w:b/>
        </w:rPr>
        <w:t xml:space="preserve">[09:04] </w:t>
      </w:r>
      <w:r>
        <w:t>aur yeh ek baat mein arz karna chahta hoon ke islam jo hai yeh sikhata hai sare insano se mohabbat karna.</w:t>
      </w:r>
    </w:p>
    <w:p>
      <w:pPr>
        <w:jc w:val="right"/>
      </w:pPr>
      <w:r>
        <w:t>اور یہ ایک بات میں عرض کرنا چاہتا ہوں کہ اسلام جو ہے یہ سکھاتا ہے سارے انسانوں سے محبت کرنا۔</w:t>
      </w:r>
    </w:p>
    <w:p>
      <w:r>
        <w:rPr>
          <w:b/>
        </w:rPr>
        <w:t xml:space="preserve">[09:14] </w:t>
      </w:r>
      <w:r>
        <w:t>agar aap ke dil mein apne family ke liye mohabbat ho aur doosron ke liye mohabbat na ho to yeh islam nahi hai.</w:t>
      </w:r>
    </w:p>
    <w:p>
      <w:pPr>
        <w:jc w:val="right"/>
      </w:pPr>
      <w:r>
        <w:t>اگر آپ کے دل میں اپنے فیملی کے لیے محبت ہو اور دوسروں کے لیے محبت نہ ہو تو یہ اسلام نہیں ہے۔</w:t>
      </w:r>
    </w:p>
    <w:p>
      <w:r>
        <w:rPr>
          <w:b/>
        </w:rPr>
        <w:t xml:space="preserve">[09:26] </w:t>
      </w:r>
      <w:r>
        <w:t>agar aap ke dil mein musalmanon ke liye mohabbat ho, doosron ke liye na ho, yeh bhi islam nahi hai. yeh bhi islam nahi hai. yeh to khandani hasiyat aur qaumi hasiyat ke khane mein jaye gi.</w:t>
      </w:r>
    </w:p>
    <w:p>
      <w:pPr>
        <w:jc w:val="right"/>
      </w:pPr>
      <w:r>
        <w:t>اگر آپ کے دل میں مسلمانوں کے لیے محبت ہو، دوسروں کے لیے نہ ہو، یہ بھی اسلام نہیں ہے۔ یہ بھی اسلام نہیں ہے۔ یہ تو خاندانی حیثیت اور قومی حیثیت کے خانے میں جائے گی۔</w:t>
      </w:r>
    </w:p>
    <w:p>
      <w:r>
        <w:rPr>
          <w:b/>
        </w:rPr>
        <w:t xml:space="preserve">[09:40] </w:t>
      </w:r>
      <w:r>
        <w:t>sabhi ko apne family se mohabbat hoti hai, sabhi ko apni qaum se mohabbat hoti hai. wahi agar musalmanon ke andar bhi ho to koi value nahi hai is ki.</w:t>
      </w:r>
    </w:p>
    <w:p>
      <w:pPr>
        <w:jc w:val="right"/>
      </w:pPr>
      <w:r>
        <w:t>سبھی کو اپنے فیملی سے محبت ہوتی ہے، سبھی کو اپنی قوم سے محبت ہوتی ہے۔ وہی اگر مسلمانوں کے اندر بھی ہو تو کوئی ویلیو نہیں ہے اس کی۔</w:t>
      </w:r>
    </w:p>
    <w:p>
      <w:r>
        <w:rPr>
          <w:b/>
        </w:rPr>
        <w:t xml:space="preserve">[09:49] </w:t>
      </w:r>
      <w:r>
        <w:t>kuch bhi nahi value hai is ki. yani aap ke andar ikraam muslim ho, ikraam insan na ho to yeh islam nahi hai yeh. yeh jahiliyat hai.</w:t>
      </w:r>
    </w:p>
    <w:p>
      <w:pPr>
        <w:jc w:val="right"/>
      </w:pPr>
      <w:r>
        <w:t>کچھ بھی نہیں ویلیو ہے اس کی۔ یعنی آپ کے اندر اکرام مسلم ہو، اکرام انسان نہ ہو تو یہ اسلام نہیں ہے یہ۔ یہ جاہلیت ہے۔</w:t>
      </w:r>
    </w:p>
    <w:p>
      <w:r>
        <w:rPr>
          <w:b/>
        </w:rPr>
        <w:t xml:space="preserve">[10:01] </w:t>
      </w:r>
      <w:r>
        <w:t>sare insano se pyar, sare insano ke liye ehtiram, sare insano ke liye respect yeh hai islam. to mein aap ko rasool Allah ka ek waqia bayan karta hoon.</w:t>
      </w:r>
    </w:p>
    <w:p>
      <w:pPr>
        <w:jc w:val="right"/>
      </w:pPr>
      <w:r>
        <w:t>سارے انسانوں سے پیار، سارے انسانوں کے لیے احترام، سارے انسانوں کے لیے ریسپیکٹ یہ ہے اسلام۔ تو میں آپ کو رسول اللہ کا ایک واقعہ بیان کرتا ہوں۔</w:t>
      </w:r>
    </w:p>
    <w:p>
      <w:r>
        <w:rPr>
          <w:b/>
        </w:rPr>
        <w:t xml:space="preserve">[10:19] </w:t>
      </w:r>
      <w:r>
        <w:t>rasool Allah jab makka se migrate kar ke madina gaye.</w:t>
      </w:r>
    </w:p>
    <w:p>
      <w:pPr>
        <w:jc w:val="right"/>
      </w:pPr>
      <w:r>
        <w:t>رسول اللہ جب مکہ سے مائیگریٹ کر کے مدینہ گئے۔</w:t>
      </w:r>
    </w:p>
    <w:p>
      <w:r>
        <w:rPr>
          <w:b/>
        </w:rPr>
        <w:t xml:space="preserve">[10:28] </w:t>
      </w:r>
      <w:r>
        <w:t>yani 622 isvi mein. nahi, 600.</w:t>
      </w:r>
    </w:p>
    <w:p>
      <w:pPr>
        <w:jc w:val="right"/>
      </w:pPr>
      <w:r>
        <w:t>یعنی 622 عیسوی میں۔ نہیں، 600۔</w:t>
      </w:r>
    </w:p>
    <w:p>
      <w:r>
        <w:rPr>
          <w:b/>
        </w:rPr>
        <w:t xml:space="preserve">[10:36] </w:t>
      </w:r>
      <w:r>
        <w:t>624 isvi mein.</w:t>
      </w:r>
    </w:p>
    <w:p>
      <w:pPr>
        <w:jc w:val="right"/>
      </w:pPr>
      <w:r>
        <w:t>624 عیسوی میں۔</w:t>
      </w:r>
    </w:p>
    <w:p>
      <w:r>
        <w:rPr>
          <w:b/>
        </w:rPr>
        <w:t xml:space="preserve">[10:43] </w:t>
      </w:r>
      <w:r>
        <w:t>ji? 624. 622. 622 isvi mein. yani rasool Allah makka se migrate kar ke 622 isvi mein madina gaye.</w:t>
      </w:r>
    </w:p>
    <w:p>
      <w:pPr>
        <w:jc w:val="right"/>
      </w:pPr>
      <w:r>
        <w:t>جی؟ 624۔ 622۔ 622 عیسوی میں۔ یعنی رسول اللہ مکہ سے مائیگریٹ کر کے 622 عیسوی میں مدینہ گئے۔</w:t>
      </w:r>
    </w:p>
    <w:p>
      <w:r>
        <w:rPr>
          <w:b/>
        </w:rPr>
        <w:t xml:space="preserve">[11:01] </w:t>
      </w:r>
      <w:r>
        <w:t>to us waqt kya tha? us waqt madina mein kuch jewish tribe rehte the. kuch yahudi qabailay. ab to nahi hain.</w:t>
      </w:r>
    </w:p>
    <w:p>
      <w:pPr>
        <w:jc w:val="right"/>
      </w:pPr>
      <w:r>
        <w:t>تو اس وقت کیا تھا؟ اس وقت مدینہ میں کچھ جوئش ٹرائب رہتے تھے۔ کچھ یہودی قبیلے۔ اب تو نہیں ہیں۔</w:t>
      </w:r>
    </w:p>
    <w:p>
      <w:r>
        <w:rPr>
          <w:b/>
        </w:rPr>
        <w:t xml:space="preserve">[11:11] </w:t>
      </w:r>
      <w:r>
        <w:t>us waqt the. to ek din kya hua? ke aap ne dekha ke aap ek jagah baithe hue the aur samne ek road tha, ek rasta.</w:t>
      </w:r>
    </w:p>
    <w:p>
      <w:pPr>
        <w:jc w:val="right"/>
      </w:pPr>
      <w:r>
        <w:t>اس وقت تھے۔ تو ایک دن کیا ہوا؟ کہ آپ نے دیکھا کہ آپ ایک جگہ بیٹھے ہوئے تھے اور سامنے ایک روڈ تھا، ایک راستہ۔</w:t>
      </w:r>
    </w:p>
    <w:p>
      <w:r>
        <w:rPr>
          <w:b/>
        </w:rPr>
        <w:t xml:space="preserve">[11:25] </w:t>
      </w:r>
      <w:r>
        <w:t>aap ne dekha ke wahan se ek kuch log jo hain ek body ko le kar ke ja rahe hain.</w:t>
      </w:r>
    </w:p>
    <w:p>
      <w:pPr>
        <w:jc w:val="right"/>
      </w:pPr>
      <w:r>
        <w:t>آپ نے دیکھا کہ وہاں سے ایک کچھ لوگ جو ہیں ایک باڈی کو لے کر کے جا رہے ہیں۔</w:t>
      </w:r>
    </w:p>
    <w:p>
      <w:r>
        <w:rPr>
          <w:b/>
        </w:rPr>
        <w:t xml:space="preserve">[11:35] </w:t>
      </w:r>
      <w:r>
        <w:t>jis ko kehte hain aap federal procession. koi mar jata hai to bohat se log us ko le kar ke jate hain qabristan ki taraf. woh scene tha.</w:t>
      </w:r>
    </w:p>
    <w:p>
      <w:pPr>
        <w:jc w:val="right"/>
      </w:pPr>
      <w:r>
        <w:t>جس کو کہتے ہیں آپ فیڈرل پروسیشن۔ کوئی مر جاتا ہے تو بہت سے لوگ اس کو لے کر کے جاتے ہیں قبرستان کی طرف۔ وہ سین تھا۔</w:t>
      </w:r>
    </w:p>
    <w:p>
      <w:r>
        <w:rPr>
          <w:b/>
        </w:rPr>
        <w:t xml:space="preserve">[11:45] </w:t>
      </w:r>
      <w:r>
        <w:t>keh aik aik procession ke roop mein aik dead body ko le aa rahay thay۔ zahir hai ke woh insaan abhi aik lamha pehlay woh insaan tha, abhi bhi woh insaan ki body thi woh۔</w:t>
      </w:r>
    </w:p>
    <w:p>
      <w:pPr>
        <w:jc w:val="right"/>
      </w:pPr>
      <w:r>
        <w:t>کہ ایک ایک پروسیشن کے روپ میں ایک ڈیڈ باڈی کو لے آ رہے تھے۔ ظاہر ہے کہ وہ انسان ابھی ایک لمحہ پہلے وہ انسان تھا، ابھی بھی وہ انسان کی باڈی تھی وہ۔</w:t>
      </w:r>
    </w:p>
    <w:p>
      <w:r>
        <w:rPr>
          <w:b/>
        </w:rPr>
        <w:t xml:space="preserve">[12:00] </w:t>
      </w:r>
      <w:r>
        <w:t>to us ko dekh kar kya hua? He stood up in respect۔</w:t>
      </w:r>
    </w:p>
    <w:p>
      <w:pPr>
        <w:jc w:val="right"/>
      </w:pPr>
      <w:r>
        <w:t>تو اس کو دیکھ کر کیا ہوا؟ He stood up in respect۔</w:t>
      </w:r>
    </w:p>
    <w:p>
      <w:r>
        <w:rPr>
          <w:b/>
        </w:rPr>
        <w:t xml:space="preserve">[12:09] </w:t>
      </w:r>
      <w:r>
        <w:t>yani aap us ko dekh kar us ke respect mein kharay ho gaye۔ ke aik insaan ja raha hai۔</w:t>
      </w:r>
    </w:p>
    <w:p>
      <w:pPr>
        <w:jc w:val="right"/>
      </w:pPr>
      <w:r>
        <w:t>یعنی آپ اس کو دیکھ کر اس کے ریسپیکٹ میں کھڑے ہو گئے۔ کہ ایک انسان جا رہا ہے۔</w:t>
      </w:r>
    </w:p>
    <w:p>
      <w:r>
        <w:rPr>
          <w:b/>
        </w:rPr>
        <w:t xml:space="preserve">[12:18] </w:t>
      </w:r>
      <w:r>
        <w:t>us us body ko dekh kar aap us ke respect mein kharay ho gaye۔ yeh bukhari mein yeh waqia hai۔ to aap ke sath jo kuch bethay hue thay aadmi, unhon ne kaha ke yeh to yahoodi ka janaza tha۔</w:t>
      </w:r>
    </w:p>
    <w:p>
      <w:pPr>
        <w:jc w:val="right"/>
      </w:pPr>
      <w:r>
        <w:t>اس اس باڈی کو دیکھ کر آپ اس کے ریسپیکٹ میں کھڑے ہو گئے۔ یہ بخاری میں یہ واقعہ ہے۔ تو آپ کے ساتھ جو کچھ بیٹھے ہوئے تھے آدمی، انہوں نے کہا کہ یہ تو یہودی کا جنازہ تھا۔</w:t>
      </w:r>
    </w:p>
    <w:p>
      <w:r>
        <w:rPr>
          <w:b/>
        </w:rPr>
        <w:t xml:space="preserve">[12:32] </w:t>
      </w:r>
      <w:r>
        <w:t>matlab musalman ka janaza nahi tha yeh۔ yeh kisi muslim ka janaza nahi tha, yeh to non-muslim ka janaza tha۔ to aap ne yeh nahi kaha لَا حَوَلٌ وَأَقْوَا تُبُّسُونَ۔</w:t>
      </w:r>
    </w:p>
    <w:p>
      <w:pPr>
        <w:jc w:val="right"/>
      </w:pPr>
      <w:r>
        <w:t>مطلب مسلمان کا جنازہ نہیں تھا یہ۔ یہ کسی مسلم کا جنازہ نہیں تھا، یہ تو نان مسلم کا جنازہ تھا۔ تو آپ نے یہ نہیں کہا لَا حَوَلٌ وَأَقْوَا تُبُّسُونَ۔</w:t>
      </w:r>
    </w:p>
    <w:p>
      <w:r>
        <w:rPr>
          <w:b/>
        </w:rPr>
        <w:t xml:space="preserve">[12:45] </w:t>
      </w:r>
      <w:r>
        <w:t>mujh se ghalti ho gayi۔ mujhe to bhool ho gayi۔ yeh nahi kaha aap ne۔ aap ne kaha ke عَلَيْسَتْ نَفْسًا۔</w:t>
      </w:r>
    </w:p>
    <w:p>
      <w:pPr>
        <w:jc w:val="right"/>
      </w:pPr>
      <w:r>
        <w:t>مجھ سے غلطی ہو گئی۔ مجھے تو بھول ہو گئی۔ یہ نہیں کہا آپ نے۔ آپ نے کہا کہ عَلَيْسَتْ نَفْسًا۔</w:t>
      </w:r>
    </w:p>
    <w:p>
      <w:r>
        <w:rPr>
          <w:b/>
        </w:rPr>
        <w:t xml:space="preserve">[12:55] </w:t>
      </w:r>
      <w:r>
        <w:t>Was he not a human being</w:t>
      </w:r>
    </w:p>
    <w:p>
      <w:pPr>
        <w:jc w:val="right"/>
      </w:pPr>
      <w:r>
        <w:t>Was he not a human being</w:t>
      </w:r>
    </w:p>
    <w:p>
      <w:r>
        <w:rPr>
          <w:b/>
        </w:rPr>
        <w:t xml:space="preserve">[12:58] </w:t>
      </w:r>
      <w:r>
        <w:t>؟ kya woh insaan nahi؟ matlab mujhe jis tarah se aik muslim ka ikraam karna hai, usi tarah se mujhe aik insaan ka bhi ikraam karna hai۔</w:t>
      </w:r>
    </w:p>
    <w:p>
      <w:pPr>
        <w:jc w:val="right"/>
      </w:pPr>
      <w:r>
        <w:t>؟ کیا وہ انسان نہیں؟ مطلب مجھے جس طرح سے ایک مسلم کا اکرام کرنا ہے، اسی طرح سے مجھے ایک انسان کا بھی اکرام کرنا ہے۔</w:t>
      </w:r>
    </w:p>
    <w:p>
      <w:r>
        <w:rPr>
          <w:b/>
        </w:rPr>
        <w:t xml:space="preserve">[13:14] </w:t>
      </w:r>
      <w:r>
        <w:t>kitni bari baat hai yeh۔ In respect of۔ yani yani is ka matlab yeh hai ke as far as the respect is concerned, there is no difference between Muslim and non-Muslim۔</w:t>
      </w:r>
    </w:p>
    <w:p>
      <w:pPr>
        <w:jc w:val="right"/>
      </w:pPr>
      <w:r>
        <w:t>کتنی بڑی بات ہے یہ۔ In respect of۔ یعنی یعنی اس کا مطلب یہ ہے کہ as far as the respect is concerned, there is no difference between Muslim and non-Muslim۔</w:t>
      </w:r>
    </w:p>
    <w:p>
      <w:r>
        <w:rPr>
          <w:b/>
        </w:rPr>
        <w:t xml:space="preserve">[13:30] </w:t>
      </w:r>
      <w:r>
        <w:t>mujhe dono ka barabar ke darjay mein ikraam aur ehtaraam karna hai۔ yeh kitni bari teaching hai Islam ki۔</w:t>
      </w:r>
    </w:p>
    <w:p>
      <w:pPr>
        <w:jc w:val="right"/>
      </w:pPr>
      <w:r>
        <w:t>مجھے دونوں کا برابر کے درجے میں اکرام اور احترام کرنا ہے۔ یہ کتنی بڑی ٹیچنگ ہے اسلام کی۔</w:t>
      </w:r>
    </w:p>
    <w:p>
      <w:r>
        <w:rPr>
          <w:b/>
        </w:rPr>
        <w:t xml:space="preserve">[13:43] </w:t>
      </w:r>
      <w:r>
        <w:t>yeh hai Islam ki universality۔ Islam ki afaqiyat۔ to momin woh hai jis ke dil mein saray insaanon ke liye pyar ho۔</w:t>
      </w:r>
    </w:p>
    <w:p>
      <w:pPr>
        <w:jc w:val="right"/>
      </w:pPr>
      <w:r>
        <w:t>یہ ہے اسلام کی یونیورسلٹی۔ اسلام کی افاقیت۔ تو مومن وہ ہے جس کے دل میں سارے انسانوں کے لیے پیار ہو۔</w:t>
      </w:r>
    </w:p>
    <w:p>
      <w:r>
        <w:rPr>
          <w:b/>
        </w:rPr>
        <w:t xml:space="preserve">[13:53] </w:t>
      </w:r>
      <w:r>
        <w:t>saray insaanon ke liye ehtaraam ho۔ agar aap ke andar musalman ke liye to ehtaraam hai aur non-muslim ke liye ehtaraam nahi hai to aap jahili zindagi guzar rahay hain۔</w:t>
      </w:r>
    </w:p>
    <w:p>
      <w:pPr>
        <w:jc w:val="right"/>
      </w:pPr>
      <w:r>
        <w:t>سارے انسانوں کے لیے احترام ہو۔ اگر آپ کے اندر مسلمان کے لیے تو احترام ہے اور نان مسلم کے لیے احترام نہیں ہے تو آپ جاہلی زندگی گزار رہے ہیں۔</w:t>
      </w:r>
    </w:p>
    <w:p>
      <w:r>
        <w:rPr>
          <w:b/>
        </w:rPr>
        <w:t xml:space="preserve">[14:06] </w:t>
      </w:r>
      <w:r>
        <w:t>Islami zindagi nahi۔ to aap ne farmaya عَلَيْسَتْ نَفْسًا۔ Was he not a human being</w:t>
      </w:r>
    </w:p>
    <w:p>
      <w:pPr>
        <w:jc w:val="right"/>
      </w:pPr>
      <w:r>
        <w:t>اسلامی زندگی نہیں۔ تو آپ نے فرمایا عَلَيْسَتْ نَفْسًا۔ Was he not a human being</w:t>
      </w:r>
    </w:p>
    <w:p>
      <w:r>
        <w:rPr>
          <w:b/>
        </w:rPr>
        <w:t xml:space="preserve">[14:15] </w:t>
      </w:r>
      <w:r>
        <w:t>؟ agar woh aik insaan hai to mujhe us ka ikraam karna hai۔ mujhe us ka ehtaraam karna hai۔ to us to Islam jo hai woh kamil thinking se bohat oopar hai۔</w:t>
      </w:r>
    </w:p>
    <w:p>
      <w:pPr>
        <w:jc w:val="right"/>
      </w:pPr>
      <w:r>
        <w:t>؟ اگر وہ ایک انسان ہے تو مجھے اس کا اکرام کرنا ہے۔ مجھے اس کا احترام کرنا ہے۔ تو اس تو اسلام جو ہے وہ کامل تھنکنگ سے بہت اوپر ہے۔</w:t>
      </w:r>
    </w:p>
    <w:p>
      <w:r>
        <w:rPr>
          <w:b/>
        </w:rPr>
        <w:t xml:space="preserve">[14:29] </w:t>
      </w:r>
      <w:r>
        <w:t>woh qoumi jazbaat se bohat oopar insaan ko le aata hai۔ saray insaanon ke liye is ke dil mein aik hi dhang ka jazba paida karta hai۔</w:t>
      </w:r>
    </w:p>
    <w:p>
      <w:pPr>
        <w:jc w:val="right"/>
      </w:pPr>
      <w:r>
        <w:t>وہ قومی جذبات سے بہت اوپر انسان کو لے آتا ہے۔ سارے انسانوں کے لیے اس کے دل میں ایک ہی ڈھنگ کا جذبہ پیدا کرتا ہے۔</w:t>
      </w:r>
    </w:p>
    <w:p>
      <w:r>
        <w:rPr>
          <w:b/>
        </w:rPr>
        <w:t xml:space="preserve">[14:40] </w:t>
      </w:r>
      <w:r>
        <w:t>yani universal brotherhood۔</w:t>
      </w:r>
    </w:p>
    <w:p>
      <w:pPr>
        <w:jc w:val="right"/>
      </w:pPr>
      <w:r>
        <w:t>یعنی یونیورسل برادرہوڈ۔</w:t>
      </w:r>
    </w:p>
    <w:p>
      <w:r>
        <w:rPr>
          <w:b/>
        </w:rPr>
        <w:t xml:space="preserve">[14:46] </w:t>
      </w:r>
      <w:r>
        <w:t>isi liye hadith mein aata hai ke rasool Allah sal Allah alayh wasallam subah ko uthtay thay۔ yani subah sawaray ki namaz ke liye۔ to namaz ke baad jab aap dua kartay thay to aap hath uthatay thay dua ke liye to aap ki zuban se yeh alfaaz nikaltay thay ke اللَّهُمَّ اشْهَدْ أَنَّ الْعِبَادَ كُلُّهُمْ إِخْوَةٌ۔</w:t>
      </w:r>
    </w:p>
    <w:p>
      <w:pPr>
        <w:jc w:val="right"/>
      </w:pPr>
      <w:r>
        <w:t>اسی لیے حدیث میں آتا ہے کہ رسول اللہ صلی اللہ علیہ وسلم صبح کو اٹھتے تھے۔ یعنی صبح سویرے کی نماز کے لیے۔ تو نماز کے بعد جب آپ دعا کرتے تھے تو آپ ہاتھ اٹھاتے تھے دعا کے لیے تو آپ کی زبان سے یہ الفاظ نکلتے تھے کہ اللَّهُمَّ اشْهَدْ أَنَّ الْعِبَادَ كُلُّهُمْ إِخْوَةٌ۔</w:t>
      </w:r>
    </w:p>
    <w:p>
      <w:r>
        <w:rPr>
          <w:b/>
        </w:rPr>
        <w:t xml:space="preserve">[15:07] </w:t>
      </w:r>
      <w:r>
        <w:t>a</w:t>
      </w:r>
    </w:p>
    <w:p>
      <w:pPr>
        <w:jc w:val="right"/>
      </w:pPr>
      <w:r>
        <w:t>ا</w:t>
      </w:r>
    </w:p>
    <w:p>
      <w:r>
        <w:rPr>
          <w:b/>
        </w:rPr>
        <w:t xml:space="preserve">[15:08] </w:t>
      </w:r>
      <w:r>
        <w:t>e khuda! main gawahi deta hoon ke saray hi banday, saray hi insaan bhai bhai hain۔ sab ke sab bhai bhai hain aur behan behan hain۔</w:t>
      </w:r>
    </w:p>
    <w:p>
      <w:pPr>
        <w:jc w:val="right"/>
      </w:pPr>
      <w:r>
        <w:t>ے خدا! میں گواہی دیتا ہوں کہ سارے ہی بندے، سارے ہی انسان بھائی بھائی ہیں۔ سب کے سب بھائی بھائی ہیں اور بہن بہن ہیں۔</w:t>
      </w:r>
    </w:p>
    <w:p>
      <w:r>
        <w:rPr>
          <w:b/>
        </w:rPr>
        <w:t xml:space="preserve">[15:24] </w:t>
      </w:r>
      <w:r>
        <w:t>yeh kitni bari... yani saray insaan goya aik family hain۔ saray insaan aik khandan hain۔ har mard mera bhai hai, har aurat meri behan hai۔</w:t>
      </w:r>
    </w:p>
    <w:p>
      <w:pPr>
        <w:jc w:val="right"/>
      </w:pPr>
      <w:r>
        <w:t>یہ کتنی بڑی... یعنی سارے انسان گویا ایک فیملی ہیں۔ سارے انسان ایک خاندان ہیں۔ ہر مرد میرا بھائی ہے، ہر عورت میری بہن ہے۔</w:t>
      </w:r>
    </w:p>
    <w:p>
      <w:r>
        <w:rPr>
          <w:b/>
        </w:rPr>
        <w:t xml:space="preserve">[15:39] </w:t>
      </w:r>
      <w:r>
        <w:t>is ke mani... is ka matlab kya hua؟</w:t>
      </w:r>
    </w:p>
    <w:p>
      <w:pPr>
        <w:jc w:val="right"/>
      </w:pPr>
      <w:r>
        <w:t>اس کے معنی... اس کا مطلب کیا ہوا؟</w:t>
      </w:r>
    </w:p>
    <w:p>
      <w:r>
        <w:rPr>
          <w:b/>
        </w:rPr>
        <w:t xml:space="preserve">[15:44] </w:t>
      </w:r>
      <w:r>
        <w:t>is ka matlab yeh ho ke jis tarah se aap apnay family members ko apna samajhtay hain, apna, usi tarah aap ko saray insaanon ko apna samajhna paray ga۔</w:t>
      </w:r>
    </w:p>
    <w:p>
      <w:pPr>
        <w:jc w:val="right"/>
      </w:pPr>
      <w:r>
        <w:t>اس کا مطلب یہ ہو کہ جس طرح سے آپ اپنے فیملی ممبرز کو اپنا سمجھتے ہیں، اپنا، اسی طرح آپ کو سارے انسانوں کو اپنا سمجھنا پڑے گا۔</w:t>
      </w:r>
    </w:p>
    <w:p>
      <w:r>
        <w:rPr>
          <w:b/>
        </w:rPr>
        <w:t xml:space="preserve">[15:58] </w:t>
      </w:r>
      <w:r>
        <w:t>apna pan ka jo ehsas hota hai aap ke andar apnay family members ke liye, apnay beta beti ke liye, wohi ehsas aap ke andar hona chahiye saray insaanon ke liye۔</w:t>
      </w:r>
    </w:p>
    <w:p>
      <w:pPr>
        <w:jc w:val="right"/>
      </w:pPr>
      <w:r>
        <w:t>اپنا پن کا جو احساس ہوتا ہے آپ کے اندر اپنے فیملی ممبرز کے لیے، اپنے بیٹا بیٹی کے لیے، وہی احساس آپ کے اندر ہونا چاہیے سارے انسانوں کے لیے۔</w:t>
      </w:r>
    </w:p>
    <w:p>
      <w:r>
        <w:rPr>
          <w:b/>
        </w:rPr>
        <w:t xml:space="preserve">[16:11] </w:t>
      </w:r>
      <w:r>
        <w:t>yeh hai Islam۔ إِنَّ الْعِبَادَ كُلُّهُمْ إِخْوَةٌ۔ aey khuda!</w:t>
      </w:r>
    </w:p>
    <w:p>
      <w:pPr>
        <w:jc w:val="right"/>
      </w:pPr>
      <w:r>
        <w:t>یہ ہے اسلام۔ إِنَّ الْعِبَادَ كُلُّهُمْ إِخْوَةٌ۔ اے خدا!</w:t>
      </w:r>
    </w:p>
    <w:p>
      <w:r>
        <w:rPr>
          <w:b/>
        </w:rPr>
        <w:t xml:space="preserve">[16:20] </w:t>
      </w:r>
      <w:r>
        <w:t>saray hi insaan aapas mein bhai bhai hain, aapas mein behan behan hain۔</w:t>
      </w:r>
    </w:p>
    <w:p>
      <w:pPr>
        <w:jc w:val="right"/>
      </w:pPr>
      <w:r>
        <w:t>سارے ہی انسان آپس میں بھائی بھائی ہیں، آپس میں بہن بہن ہیں۔</w:t>
      </w:r>
    </w:p>
    <w:p>
      <w:r>
        <w:rPr>
          <w:b/>
        </w:rPr>
        <w:t xml:space="preserve">[16:27] </w:t>
      </w:r>
      <w:r>
        <w:t>yeh hai islam ki universal spirit.</w:t>
      </w:r>
    </w:p>
    <w:p>
      <w:pPr>
        <w:jc w:val="right"/>
      </w:pPr>
      <w:r>
        <w:t>یہ ہے اسلام کی یونیورسل اسپرٹ۔</w:t>
      </w:r>
    </w:p>
    <w:p>
      <w:r>
        <w:rPr>
          <w:b/>
        </w:rPr>
        <w:t xml:space="preserve">[16:35] </w:t>
      </w:r>
      <w:r>
        <w:t>ek hadith hai ke aap ne farmaya ke wallah la yuminu, wallah la yuminu, wallah la yuminu allazi la yaman jaroho bawaa'iqahu.</w:t>
      </w:r>
    </w:p>
    <w:p>
      <w:pPr>
        <w:jc w:val="right"/>
      </w:pPr>
      <w:r>
        <w:t>ایک حدیث ہے کہ آپ نے فرمایا کہ واللہ لا یومنوا، واللہ لا یومنوا، واللہ لا یومنوا الَّذِی لَا يَامَنُوا جَارُهُ بَوَائِقَهُ۔</w:t>
      </w:r>
    </w:p>
    <w:p>
      <w:r>
        <w:rPr>
          <w:b/>
        </w:rPr>
        <w:t xml:space="preserve">[16:51] </w:t>
      </w:r>
      <w:r>
        <w:t>khuda ki qasam</w:t>
      </w:r>
    </w:p>
    <w:p>
      <w:pPr>
        <w:jc w:val="right"/>
      </w:pPr>
      <w:r>
        <w:t>خدا کی قسم</w:t>
      </w:r>
    </w:p>
    <w:p>
      <w:r>
        <w:rPr>
          <w:b/>
        </w:rPr>
        <w:t xml:space="preserve">[16:53] </w:t>
      </w:r>
      <w:r>
        <w:t>! woh momin nahin hai, khuda ki qasam! woh momin nahin hai, khuda ki qasam! woh momin nahin hai jis ke bawaa'iq se us ke parosi aman mein na hon.</w:t>
      </w:r>
    </w:p>
    <w:p>
      <w:pPr>
        <w:jc w:val="right"/>
      </w:pPr>
      <w:r>
        <w:t>! وہ مومن نہیں ہے، خدا کی قسم! وہ مومن نہیں ہے، خدا کی قسم! وہ مومن نہیں ہے جس کے بواعق سے اس کے پڑوسی امن میں نہ ہوں۔</w:t>
      </w:r>
    </w:p>
    <w:p>
      <w:r>
        <w:rPr>
          <w:b/>
        </w:rPr>
        <w:t xml:space="preserve">[17:11] </w:t>
      </w:r>
      <w:r>
        <w:t>bawaa'iq ka matlab hota hai nuisance. Nuisance.</w:t>
      </w:r>
    </w:p>
    <w:p>
      <w:pPr>
        <w:jc w:val="right"/>
      </w:pPr>
      <w:r>
        <w:t>بواعق کا مطلب ہوتا ہے nuisance۔ Nuisance۔</w:t>
      </w:r>
    </w:p>
    <w:p>
      <w:r>
        <w:rPr>
          <w:b/>
        </w:rPr>
        <w:t xml:space="preserve">[17:19] </w:t>
      </w:r>
      <w:r>
        <w:t>yani problem. Is se is mein kya nikla? ke muslim woh hai jo ab doosron ke liye problem na khada kare.</w:t>
      </w:r>
    </w:p>
    <w:p>
      <w:pPr>
        <w:jc w:val="right"/>
      </w:pPr>
      <w:r>
        <w:t>یعنی problem۔ اس سے اس میں کیا نکلا؟ کہ مسلم وہ ہے جو اب دوسروں کے لیے problem نہ کھڑا کرے۔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