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Global Warming and Islam May 30, 2008</w:t>
      </w:r>
    </w:p>
    <w:p>
      <w:r>
        <w:t>https://www.youtube.com/watch?v=aFMSQmrEfVU</w:t>
      </w:r>
    </w:p>
    <w:p>
      <w:r>
        <w:rPr>
          <w:b/>
        </w:rPr>
        <w:t xml:space="preserve">[00:13] </w:t>
      </w:r>
      <w:r>
        <w:t>rab ishrah li sadri wa yassir li amri, wah lul uqdatan min lisani yafqahu qawli.</w:t>
      </w:r>
    </w:p>
    <w:p>
      <w:pPr>
        <w:jc w:val="right"/>
      </w:pPr>
      <w:r>
        <w:t>رب اشتہری قدری ویسر لی امری، واہل اللقطۃ من لسانی یفقہ قولی۔</w:t>
      </w:r>
    </w:p>
    <w:p>
      <w:r>
        <w:rPr>
          <w:b/>
        </w:rPr>
        <w:t xml:space="preserve">[00:26] </w:t>
      </w:r>
      <w:r>
        <w:t>jaisa ke aap jante hain, aaj ka topic hai global warming and islam.</w:t>
      </w:r>
    </w:p>
    <w:p>
      <w:pPr>
        <w:jc w:val="right"/>
      </w:pPr>
      <w:r>
        <w:t>جیسا کہ آپ جانتے ہیں، آج کا ٹاپک ہے گلوبل وارمنگ اینڈ اسلام۔</w:t>
      </w:r>
    </w:p>
    <w:p>
      <w:r>
        <w:rPr>
          <w:b/>
        </w:rPr>
        <w:t xml:space="preserve">[00:38] </w:t>
      </w:r>
      <w:r>
        <w:t>aap bhi daily media mein sunte aur padhte hain, main bhi dekhta hoon.</w:t>
      </w:r>
    </w:p>
    <w:p>
      <w:pPr>
        <w:jc w:val="right"/>
      </w:pPr>
      <w:r>
        <w:t>آپ بھی ڈیلی میڈیا میں سنتے اور پڑھتے ہیں، میں بھی دیکھتا ہوں۔</w:t>
      </w:r>
    </w:p>
    <w:p>
      <w:r>
        <w:rPr>
          <w:b/>
        </w:rPr>
        <w:t xml:space="preserve">[00:50] </w:t>
      </w:r>
      <w:r>
        <w:t>yeh ek bada strange phenomenon hai is zamane mein, global warming ka phenomenon. Main is ko thode se change kar ke global warning kehta hoon,</w:t>
      </w:r>
    </w:p>
    <w:p>
      <w:pPr>
        <w:jc w:val="right"/>
      </w:pPr>
      <w:r>
        <w:t>یہ ایک بڑا اسٹرینج فیناومینا ہے اس زمانے میں، گلوبل وارمنگ کا فیناومینا۔ میں اس کو تھوڑے سے چینج کر کے گلوبل وارننگ کہتا ہوں،</w:t>
      </w:r>
    </w:p>
    <w:p>
      <w:r>
        <w:rPr>
          <w:b/>
        </w:rPr>
        <w:t xml:space="preserve">[01:10] </w:t>
      </w:r>
      <w:r>
        <w:t>kyun ke yeh nature ki taraf se ya creator ki taraf se ek alarm diya ja raha hai ke doomsday is near.</w:t>
      </w:r>
    </w:p>
    <w:p>
      <w:pPr>
        <w:jc w:val="right"/>
      </w:pPr>
      <w:r>
        <w:t>کیونکہ یہ نیچر کی طرف سے یا کریٹر کی طرف سے ایک الارم دیا جا رہا ہے کہ ڈومز ڈے از نیئر۔</w:t>
      </w:r>
    </w:p>
    <w:p>
      <w:r>
        <w:rPr>
          <w:b/>
        </w:rPr>
        <w:t xml:space="preserve">[01:23] </w:t>
      </w:r>
      <w:r>
        <w:t>isi liye aap ne dekha hoga ke sari duniya ke jo scientific community hai, 131 countries ke top ke scientist ekattha hue aur bahut kaafi unhone is par survey kiya.</w:t>
      </w:r>
    </w:p>
    <w:p>
      <w:pPr>
        <w:jc w:val="right"/>
      </w:pPr>
      <w:r>
        <w:t>اسی لیے آپ نے دیکھا ہوگا کہ ساری دنیا کے جو سائنٹیفک کمیونٹی ہے، 131 کنٹریز کے ٹاپ کے سائنٹسٹ اکٹھا ہوئے اور بہت کافی انہوں نے اس پر سروے کیا۔</w:t>
      </w:r>
    </w:p>
    <w:p>
      <w:r>
        <w:rPr>
          <w:b/>
        </w:rPr>
        <w:t xml:space="preserve">[01:42] </w:t>
      </w:r>
      <w:r>
        <w:t>jo most modern cheezein chahiye thin, us se unhone madad li. Aur phir unhone bataya ke global warming ka jo phenomenon hai, woh irreversible hai.</w:t>
      </w:r>
    </w:p>
    <w:p>
      <w:pPr>
        <w:jc w:val="right"/>
      </w:pPr>
      <w:r>
        <w:t>جو موسٹ ماڈرن چیزیں چاہیے تھیں، اس سے انہوں نے مدد لی۔ اور پھر انہوں نے بتایا کہ گلوبل وارمنگ کا جو فیناومینا ہے، وہ اریورسیبل ہے۔</w:t>
      </w:r>
    </w:p>
    <w:p>
      <w:r>
        <w:rPr>
          <w:b/>
        </w:rPr>
        <w:t xml:space="preserve">[01:57] </w:t>
      </w:r>
      <w:r>
        <w:t>bar bar in logon ne yeh kahi hai yeh baat ke irreversible hai. Yani is ka matlab kya hai ke history ab apne end ko pahunch rahi hai,</w:t>
      </w:r>
    </w:p>
    <w:p>
      <w:pPr>
        <w:jc w:val="right"/>
      </w:pPr>
      <w:r>
        <w:t>بار بار ان لوگوں نے یہ کہی ہے یہ بات کہ اریورسیبل ہے۔ یعنی اس کا مطلب کیا ہے کہ ہسٹری اب اپنے اینڈ کو پہنچ رہی ہے،</w:t>
      </w:r>
    </w:p>
    <w:p>
      <w:r>
        <w:rPr>
          <w:b/>
        </w:rPr>
        <w:t xml:space="preserve">[02:12] </w:t>
      </w:r>
      <w:r>
        <w:t>apne end ko pahunch rahi hai. Bahut pehle maine padha tha ke newton ke zamane mein yeh pata chala, jis ko kehte hain second law of thermodynamics.</w:t>
      </w:r>
    </w:p>
    <w:p>
      <w:pPr>
        <w:jc w:val="right"/>
      </w:pPr>
      <w:r>
        <w:t>اپنے اینڈ کو پہنچ رہی ہے۔ بہت پہلے میں نے پڑھا تھا کہ نیوٹن کے زمانے میں یہ پتہ چلا، جس کو کہتے ہیں سیکنڈ لاء آف تھرمو ڈائنیمکس۔</w:t>
      </w:r>
    </w:p>
    <w:p>
      <w:r>
        <w:rPr>
          <w:b/>
        </w:rPr>
        <w:t xml:space="preserve">[02:26] </w:t>
      </w:r>
      <w:r>
        <w:t>insan ne yeh jaana tha ke duniya ki jo energy hai, woh khatam hoti ja rahi hai aur ek din duniya aisa hoga ke sab kuch dead ho jayega.</w:t>
      </w:r>
    </w:p>
    <w:p>
      <w:pPr>
        <w:jc w:val="right"/>
      </w:pPr>
      <w:r>
        <w:t>انسان نے یہ جانا تھا کہ دنیا کی جو انرجی ہے، وہ ختم ہوتی جا رہی ہے اور ایک دن دنیا ایسا ہوگا کہ سب کچھ ڈیڈ ہو جائے گا۔</w:t>
      </w:r>
    </w:p>
    <w:p>
      <w:r>
        <w:rPr>
          <w:b/>
        </w:rPr>
        <w:t xml:space="preserve">[02:43] </w:t>
      </w:r>
      <w:r>
        <w:t>lekin yeh hone wala tha laakhon saal baad. Newton ke zamane mein yeh samjha jata tha ke ab yeh laakhon saal baad aisa hoga.</w:t>
      </w:r>
    </w:p>
    <w:p>
      <w:pPr>
        <w:jc w:val="right"/>
      </w:pPr>
      <w:r>
        <w:t>لیکن یہ ہونے والا تھا لاکھوں سال بعد۔ نیوٹن کے زمانے میں یہ سمجھا جاتا تھا کہ اب یہ لاکھوں سال بعد ایسا ہوگا۔</w:t>
      </w:r>
    </w:p>
    <w:p>
      <w:r>
        <w:rPr>
          <w:b/>
        </w:rPr>
        <w:t xml:space="preserve">[02:52] </w:t>
      </w:r>
      <w:r>
        <w:t>lekin jo global warming ka phenomenon hai, woh toh bata raha hai ke woh din bahut aas paas aa chuka. Koi scientist kehta hai ke bas 20 saal aur hain hum is duniya mein.</w:t>
      </w:r>
    </w:p>
    <w:p>
      <w:pPr>
        <w:jc w:val="right"/>
      </w:pPr>
      <w:r>
        <w:t>لیکن جو گلوبل وارمنگ کا فیناومینا ہے، وہ تو بتا رہا ہے کہ وہ دن بہت اس پاس آ چکا۔ کوئی سائنٹسٹ کہتا ہے کہ بس 20 سال اور ہیں ہم اس دنیا میں۔</w:t>
      </w:r>
    </w:p>
    <w:p>
      <w:r>
        <w:rPr>
          <w:b/>
        </w:rPr>
        <w:t xml:space="preserve">[03:05] </w:t>
      </w:r>
      <w:r>
        <w:t>koi kehta hai ke 40 years, bahut se bahut 50 years tak. Bas toh yeh bahut hi strange phenomenon hai. Is ki report dete hue ek paper ne yeh bahut hi meaningful is ki head yani heading lagai thi ke "Doomsday Not Far".</w:t>
      </w:r>
    </w:p>
    <w:p>
      <w:pPr>
        <w:jc w:val="right"/>
      </w:pPr>
      <w:r>
        <w:t>کوئی کہتا ہے کہ 40 ایئرز، بہت سے بہت 50 ایئرز تک۔ بس تو یہ بہت ہی اسٹرینج فیناومینا ہے۔ اس کی رپورٹ دیتے ہوئے ایک پیپر نے یہ بہت ہی میننگ فل اس کی ہیڈ یعنی ہیڈنگ لگائی تھی کہ "ڈومز ڈے ناٹ فار"۔</w:t>
      </w:r>
    </w:p>
    <w:p>
      <w:r>
        <w:rPr>
          <w:b/>
        </w:rPr>
        <w:t xml:space="preserve">[03:28] </w:t>
      </w:r>
      <w:r>
        <w:t>yeh jo report aayi thi scientific scientist logon ki, us ki heading lagai is ne ke "Doomsday Not Far" ke garmi badh rahi hai, garmi badh rahi hai,</w:t>
      </w:r>
    </w:p>
    <w:p>
      <w:pPr>
        <w:jc w:val="right"/>
      </w:pPr>
      <w:r>
        <w:t>یہ جو رپورٹ آئی تھی سائنٹیفک سائنٹسٹ لوگوں کی، اس کی ہیڈنگ لگائی اس نے کہ "ڈومز ڈے ناٹ فار" کہ گرمی بڑھ رہی ہے، گرمی بڑھ رہی ہے،</w:t>
      </w:r>
    </w:p>
    <w:p>
      <w:r>
        <w:rPr>
          <w:b/>
        </w:rPr>
        <w:t xml:space="preserve">[03:42] </w:t>
      </w:r>
      <w:r>
        <w:t>glacier pighal rahe hain. North pole aur south pole jo south cap hai, jo ice cap hai, woh pighal rahi hai toh kab tak?</w:t>
      </w:r>
    </w:p>
    <w:p>
      <w:pPr>
        <w:jc w:val="right"/>
      </w:pPr>
      <w:r>
        <w:t>گلیشیئر پگھل رہے ہیں۔ نارتھ پول اور ساؤتھ پول جو ساؤتھ کیپ ہے، جو آئس کیپ ہے، وہ پگھل رہی ہے تو کب تک؟</w:t>
      </w:r>
    </w:p>
    <w:p>
      <w:r>
        <w:rPr>
          <w:b/>
        </w:rPr>
        <w:t xml:space="preserve">[03:52] </w:t>
      </w:r>
      <w:r>
        <w:t>aur sare globe ka jo bahut hi intricate balance tha, woh toot raha hai. Bahut hi intricate balance tha.</w:t>
      </w:r>
    </w:p>
    <w:p>
      <w:pPr>
        <w:jc w:val="right"/>
      </w:pPr>
      <w:r>
        <w:t>اور سارے گلوب کا جو بہت ہی انٹریکیٹ بیلنس تھا، وہ ٹوٹ رہا ہے۔ بہت ہی انٹریکیٹ بیلنس تھا۔</w:t>
      </w:r>
    </w:p>
    <w:p>
      <w:r>
        <w:rPr>
          <w:b/>
        </w:rPr>
        <w:t xml:space="preserve">[04:05] </w:t>
      </w:r>
      <w:r>
        <w:t>for example, aap jante hain ke jo insects hain, insects jo million trillion hote hain, un ka bahut bada function tha aur hai, woh hai pollination.</w:t>
      </w:r>
    </w:p>
    <w:p>
      <w:pPr>
        <w:jc w:val="right"/>
      </w:pPr>
      <w:r>
        <w:t>فار ایگزامپل، آپ جانتے ہیں کہ جو انسیکٹس ہیں، انسیکٹس جو ملین ٹریلین ہوتے ہیں، ان کا بہت بڑا فنکشن تھا اور ہے، وہ ہے پولینیشن۔</w:t>
      </w:r>
    </w:p>
    <w:p>
      <w:r>
        <w:rPr>
          <w:b/>
        </w:rPr>
        <w:t xml:space="preserve">[04:19] </w:t>
      </w:r>
      <w:r>
        <w:t>un ke zariye pollination hota hai. Abhi ek report aayi hai ke jo crops hain, toh har ghanta three species khatam ho rahi hain insects ki.</w:t>
      </w:r>
    </w:p>
    <w:p>
      <w:pPr>
        <w:jc w:val="right"/>
      </w:pPr>
      <w:r>
        <w:t>ان کے ذریعے پولینیشن ہوتا ہے۔ ابھی ایک رپورٹ آئی ہے کہ جو کراپس ہیں، تو ہر گھنٹہ تھری اسپیشیز ختم ہو رہی ہیں انسیکٹس کی۔</w:t>
      </w:r>
    </w:p>
    <w:p>
      <w:r>
        <w:rPr>
          <w:b/>
        </w:rPr>
        <w:t xml:space="preserve">[04:31] </w:t>
      </w:r>
      <w:r>
        <w:t>every hour three insects khatam ho rahi hain. Insect khatam hone ka matlab kya hai ke crops jo hain, two third depend karta hai insects par, unhi ke pollination par.</w:t>
      </w:r>
    </w:p>
    <w:p>
      <w:pPr>
        <w:jc w:val="right"/>
      </w:pPr>
      <w:r>
        <w:t>ایوری اور تھری انسیکٹس ختم ہو رہی ہیں۔ انسیکٹ ختم ہونے کا مطلب کیا ہے کہ کراپس جو ہیں، ٹو تھرڈ ڈیپینڈ کرتا ہے انسیکٹس پر، انہی کے پولینیشن پر۔</w:t>
      </w:r>
    </w:p>
    <w:p>
      <w:r>
        <w:rPr>
          <w:b/>
        </w:rPr>
        <w:t xml:space="preserve">[04:46] </w:t>
      </w:r>
      <w:r>
        <w:t>ab bataiye ke kya hone wala hai? to hamein bohat ziyada sochna hai is baat par. is ko lightly nahi lena hai.</w:t>
      </w:r>
    </w:p>
    <w:p>
      <w:pPr>
        <w:jc w:val="right"/>
      </w:pPr>
      <w:r>
        <w:t>اب بتائیے کہ کیا ہونے والا ہے؟ تو ہمیں بہت زیادہ سوچنا ہے اس بات پر۔ اس کو لائٹلی نہیں لینا ہے۔</w:t>
      </w:r>
    </w:p>
    <w:p>
      <w:r>
        <w:rPr>
          <w:b/>
        </w:rPr>
        <w:t xml:space="preserve">[04:58] </w:t>
      </w:r>
      <w:r>
        <w:t>main yahan ek baat arz karoon, ab se koi seventy years pehle, 70 saal pehle, main parhta tha ek madarse mein</w:t>
      </w:r>
    </w:p>
    <w:p>
      <w:pPr>
        <w:jc w:val="right"/>
      </w:pPr>
      <w:r>
        <w:t>میں یہاں ایک بات عرض کروں، اب سے کوئی سیونٹی ایئرز پہلے، 70 سال پہلے، میں پڑھتا تھا ایک مدرسے میں</w:t>
      </w:r>
    </w:p>
    <w:p>
      <w:r>
        <w:rPr>
          <w:b/>
        </w:rPr>
        <w:t xml:space="preserve">[05:14] </w:t>
      </w:r>
      <w:r>
        <w:t>UP mein. to madarse mein aap jante hain ke kya hota hai, wahan par quran o hadees parhaya jata hai. yahi hai woh ka ya course.</w:t>
      </w:r>
    </w:p>
    <w:p>
      <w:pPr>
        <w:jc w:val="right"/>
      </w:pPr>
      <w:r>
        <w:t>یو پی میں۔ تو مدرسے میں آپ جانتے ہیں کہ کیا ہوتا ہے، وہاں پر قرآن و حدیث پڑھایا جاتا ہے۔ یہی ہے وہ کا یا کورس۔</w:t>
      </w:r>
    </w:p>
    <w:p>
      <w:r>
        <w:rPr>
          <w:b/>
        </w:rPr>
        <w:t xml:space="preserve">[05:28] </w:t>
      </w:r>
      <w:r>
        <w:t>to wahan par hum ne yeh parha, yeh jana ke hadeeson mein yeh ek prediction aaya tha, prediction ke aage kya hone wala hai.</w:t>
      </w:r>
    </w:p>
    <w:p>
      <w:pPr>
        <w:jc w:val="right"/>
      </w:pPr>
      <w:r>
        <w:t>تو وہاں پر ہم نے یہ پڑھا، یہ جانا کہ حدیثوں میں یہ ایک پریڈکشن آیا تھا، پریڈکشن کہ آگے کیا ہونے والا ہے۔</w:t>
      </w:r>
    </w:p>
    <w:p>
      <w:r>
        <w:rPr>
          <w:b/>
        </w:rPr>
        <w:t xml:space="preserve">[05:42] </w:t>
      </w:r>
      <w:r>
        <w:t>to is mein ek ek hadees is tarah se thi ke "adnati shams min al-ibad".</w:t>
      </w:r>
    </w:p>
    <w:p>
      <w:pPr>
        <w:jc w:val="right"/>
      </w:pPr>
      <w:r>
        <w:t>تو اس میں ایک ایک حدیث اس طرح سے تھی کہ "ادنیاتی شمس من العباد"۔</w:t>
      </w:r>
    </w:p>
    <w:p>
      <w:r>
        <w:rPr>
          <w:b/>
        </w:rPr>
        <w:t xml:space="preserve">[05:52] </w:t>
      </w:r>
      <w:r>
        <w:t>"adnati shams min al-ibad" kaisi anokhi baat hai, is par ghor kijiye aap ke jis prophet ne yeh baat kahi, woh aap se chaudah sau saal pehle aaye thay.</w:t>
      </w:r>
    </w:p>
    <w:p>
      <w:pPr>
        <w:jc w:val="right"/>
      </w:pPr>
      <w:r>
        <w:t>"ادنیاتی شمس من العباد" کیسی انوکھی بات ہے، اس پر غور کیجئے آپ کہ جس پرافٹ نے یہ بات کہی، وہ آپ سے چودہ سو سال پہلے آئے تھے۔</w:t>
      </w:r>
    </w:p>
    <w:p>
      <w:r>
        <w:rPr>
          <w:b/>
        </w:rPr>
        <w:t xml:space="preserve">[06:06] </w:t>
      </w:r>
      <w:r>
        <w:t>aap jante hain ke prophet alaihi assalam ka jo zamana hai, woh hai seven century AD ka first quarter.</w:t>
      </w:r>
    </w:p>
    <w:p>
      <w:pPr>
        <w:jc w:val="right"/>
      </w:pPr>
      <w:r>
        <w:t>آپ جانتے ہیں کہ پرافٹ علیہ السلام کا جو زمانہ ہے، وہ ہے سیون سینچری اے ڈی کا فرسٹ کوارٹر۔</w:t>
      </w:r>
    </w:p>
    <w:p>
      <w:r>
        <w:rPr>
          <w:b/>
        </w:rPr>
        <w:t xml:space="preserve">[06:16] </w:t>
      </w:r>
      <w:r>
        <w:t>us waqt unhon ne kaha tha ke "adnati shams min al-ibad" yani ek zamana aayega jab ke suraj bandon ke bohat qareeb aa jayega.</w:t>
      </w:r>
    </w:p>
    <w:p>
      <w:pPr>
        <w:jc w:val="right"/>
      </w:pPr>
      <w:r>
        <w:t>اس وقت انہوں نے کہا تھا کہ "ادنیاتی شمس من العباد" یعنی ایک زمانہ آئے گا جب کہ سورج بندوں کے بہت قریب آ جائے گا۔</w:t>
      </w:r>
    </w:p>
    <w:p>
      <w:r>
        <w:rPr>
          <w:b/>
        </w:rPr>
        <w:t xml:space="preserve">[06:29] </w:t>
      </w:r>
      <w:r>
        <w:t>sun will be closer to man.</w:t>
      </w:r>
    </w:p>
    <w:p>
      <w:pPr>
        <w:jc w:val="right"/>
      </w:pPr>
      <w:r>
        <w:t>سن ول بی کلوزر ٹو مین۔</w:t>
      </w:r>
    </w:p>
    <w:p>
      <w:r>
        <w:rPr>
          <w:b/>
        </w:rPr>
        <w:t xml:space="preserve">[06:35] </w:t>
      </w:r>
      <w:r>
        <w:t>sun will come closer to man. kaisi anokhi baat hai ke is waqt aap sochiye ke chaudah sau saal pehle koi janta nahi tha ke kabhi ek aanay wala hai ek zamana jab ke jis ko kaha jayega global warming.</w:t>
      </w:r>
    </w:p>
    <w:p>
      <w:pPr>
        <w:jc w:val="right"/>
      </w:pPr>
      <w:r>
        <w:t>سن ول کم کلوزر ٹو مین۔ کیسی انوکھی بات ہے کہ اس وقت آپ سوچیے کہ چودہ سو سال پہلے کوئی جانتا نہیں تھا کہ کبھی ایک آنے والا ہے ایک زمانہ جبکہ جس کو کہا جائے گا گلوبل وارمنگ۔</w:t>
      </w:r>
    </w:p>
    <w:p>
      <w:r>
        <w:rPr>
          <w:b/>
        </w:rPr>
        <w:t xml:space="preserve">[06:57] </w:t>
      </w:r>
      <w:r>
        <w:t>to global warming jo hui hai, woh is tarah nahi hui ke suraj hamare paas aa gaya. aisa nahi hai, lekin suraj garmi hamare paas aa gayi.</w:t>
      </w:r>
    </w:p>
    <w:p>
      <w:pPr>
        <w:jc w:val="right"/>
      </w:pPr>
      <w:r>
        <w:t>تو گلوبل وارمنگ جو ہوئی ہے، وہ اس طرح نہیں ہوئی کہ سورج ہمارے پاس آ گیا۔ ایسا نہیں ہے، لیکن سورج گرمی ہمارے پاس آ گئی۔</w:t>
      </w:r>
    </w:p>
    <w:p>
      <w:r>
        <w:rPr>
          <w:b/>
        </w:rPr>
        <w:t xml:space="preserve">[07:08] </w:t>
      </w:r>
      <w:r>
        <w:t>to yeh ek expression ka tareeqa hai ke aaj jis ko hum keh rahe hain global warming, is ka matlab yeh hai ke suraj ki jo heat hai, woh barh jayegi.</w:t>
      </w:r>
    </w:p>
    <w:p>
      <w:pPr>
        <w:jc w:val="right"/>
      </w:pPr>
      <w:r>
        <w:t>تو یہ ایک ایکسپریشن کا طریقہ ہے کہ آج جس کو ہم کہہ رہے ہیں گلوبل وارمنگ، اس کا مطلب یہ ہے کہ سورج کی جو ہیٹ ہے، وہ بڑھ جائے گی۔</w:t>
      </w:r>
    </w:p>
    <w:p>
      <w:r>
        <w:rPr>
          <w:b/>
        </w:rPr>
        <w:t xml:space="preserve">[07:21] </w:t>
      </w:r>
      <w:r>
        <w:t>jaise jaise ke suraj hamare paas qareeb aa gaya. to is ko jab main ne, mujhe yaad jab main ne kiya ke 70 saal pehle jo parhta tha main, to mujhe aisa laga ke us waqt yeh ek mysterious belief tha.</w:t>
      </w:r>
    </w:p>
    <w:p>
      <w:pPr>
        <w:jc w:val="right"/>
      </w:pPr>
      <w:r>
        <w:t>جیسے جیسے کہ سورج ہمارے پاس قریب آ گیا۔ تو اس کو جب میں نے، مجھے یاد جب میں نے کیا کہ 70 سال پہلے جو پڑھتا تھا میں، تو مجھے ایسا لگا کہ اس وقت یہ ایک مسٹیریس بیلیف تھا۔</w:t>
      </w:r>
    </w:p>
    <w:p>
      <w:r>
        <w:rPr>
          <w:b/>
        </w:rPr>
        <w:t xml:space="preserve">[07:40] </w:t>
      </w:r>
      <w:r>
        <w:t>70 saal pehle jab hum madarse mein parhte thay to at that time it was like a mysterious belief. aaj kya hai ke</w:t>
      </w:r>
    </w:p>
    <w:p>
      <w:pPr>
        <w:jc w:val="right"/>
      </w:pPr>
      <w:r>
        <w:t>70 سال پہلے جب ہم مدرسے میں پڑھتے تھے تو ایٹ دیٹ ٹائم اٹ واز لائک ا مسٹیریس بیلیف۔ آج کیا ہے کہ</w:t>
      </w:r>
    </w:p>
    <w:p>
      <w:r>
        <w:rPr>
          <w:b/>
        </w:rPr>
        <w:t xml:space="preserve">[07:55] </w:t>
      </w:r>
      <w:r>
        <w:t>woh ek scientific fact ban gaya jo us waqt mysterious belief lagta tha, aaj woh scientific fact ban gaya. kaisi anokhi baat hai ke jo cheez 70 saal pehle ek mysterious belief maloom hoti thi,</w:t>
      </w:r>
    </w:p>
    <w:p>
      <w:pPr>
        <w:jc w:val="right"/>
      </w:pPr>
      <w:r>
        <w:t>وہ ایک سائنٹیفک فیکٹ بن گیا جو اس وقت مسٹیریس بیلیف لگتا تھا، آج وہ سائنٹیفک فیکٹ بن گیا۔ کیسی انوکھی بات ہے کہ جو چیز 70 سال پہلے ایک مسٹیریس بیلیف معلوم ہوتی تھی،</w:t>
      </w:r>
    </w:p>
    <w:p>
      <w:r>
        <w:rPr>
          <w:b/>
        </w:rPr>
        <w:t xml:space="preserve">[08:13] </w:t>
      </w:r>
      <w:r>
        <w:t>woh aaj ek scientific fact bani hui hai. to yeh bohat ziyada sochne ki baat hai ke aisa kaise hua?</w:t>
      </w:r>
    </w:p>
    <w:p>
      <w:pPr>
        <w:jc w:val="right"/>
      </w:pPr>
      <w:r>
        <w:t>وہ آج ایک سائنٹیفک فیکٹ بنی ہوئی ہے۔ تو یہ بہت زیادہ سوچنے کی بات ہے کہ ایسا کیسے ہوا؟</w:t>
      </w:r>
    </w:p>
    <w:p>
      <w:r>
        <w:rPr>
          <w:b/>
        </w:rPr>
        <w:t xml:space="preserve">[08:22] </w:t>
      </w:r>
      <w:r>
        <w:t>ek insan ne kaise is baat ko jana jo us waqt ki knowledge mein nahi tha? us waqt ke insanon ko jis ka pata nahi tha? to ek insan jo apne ko prophet of god kehta tha,</w:t>
      </w:r>
    </w:p>
    <w:p>
      <w:pPr>
        <w:jc w:val="right"/>
      </w:pPr>
      <w:r>
        <w:t>ایک انسان نے کیسے اس بات کو جانا جو اس وقت کی نالج میں نہیں تھا؟ اس وقت کے انسانوں کو جس کا پتہ نہیں تھا؟ تو ایک انسان جو اپنے کو پرافٹ آف گاڈ کہتا تھا،</w:t>
      </w:r>
    </w:p>
    <w:p>
      <w:r>
        <w:rPr>
          <w:b/>
        </w:rPr>
        <w:t xml:space="preserve">[08:37] </w:t>
      </w:r>
      <w:r>
        <w:t>us ne kaise is baat ko jana? yeh bohat ziyada sochne ki baat hai.</w:t>
      </w:r>
    </w:p>
    <w:p>
      <w:pPr>
        <w:jc w:val="right"/>
      </w:pPr>
      <w:r>
        <w:t>اس نے کیسے اس بات کو جانا؟ یہ بہت زیادہ سوچنے کی بات ہے۔</w:t>
      </w:r>
    </w:p>
    <w:p>
      <w:r>
        <w:rPr>
          <w:b/>
        </w:rPr>
        <w:t xml:space="preserve">[08:44] </w:t>
      </w:r>
      <w:r>
        <w:t>to hadeeson mein is tarah ki bohat si cheezein aayi hain. is mein se yeh bhi hai ke</w:t>
      </w:r>
    </w:p>
    <w:p>
      <w:pPr>
        <w:jc w:val="right"/>
      </w:pPr>
      <w:r>
        <w:t>تو حدیثوں میں اس طرح کی بہت سی چیزیں آئی ہیں۔ اس میں سے یہ بھی ہے کہ</w:t>
      </w:r>
    </w:p>
    <w:p>
      <w:r>
        <w:rPr>
          <w:b/>
        </w:rPr>
        <w:t xml:space="preserve">[08:52] </w:t>
      </w:r>
      <w:r>
        <w:t>itna arq hoga. arq kehte hain arabic mein ke squeeze karayein kisi cheez ko aap. is se jo pani niklta hai, jise aap</w:t>
      </w:r>
    </w:p>
    <w:p>
      <w:pPr>
        <w:jc w:val="right"/>
      </w:pPr>
      <w:r>
        <w:t>اتنا عرق ہوگا۔ عرق کہتے ہیں عربک میں کہ اسکوئز کرائیں کسی چیز کو آپ۔ اس سے جو پانی نکلتا ہے، جسے آپ</w:t>
      </w:r>
    </w:p>
    <w:p>
      <w:r>
        <w:rPr>
          <w:b/>
        </w:rPr>
        <w:t xml:space="preserve">[09:05] </w:t>
      </w:r>
      <w:r>
        <w:t>woh woh nikalte hain, juice nikalte hain kisi cheez ka, squeeze karte hain. to pani niklega, yani is ko arq kaha gaya hai ke nichor nichor kar ke.</w:t>
      </w:r>
    </w:p>
    <w:p>
      <w:pPr>
        <w:jc w:val="right"/>
      </w:pPr>
      <w:r>
        <w:t>وہ وہ نکالتے ہیں، جوس نکالتے ہیں کسی چیز کا، اسکوئز کرتے ہیں۔ تو پانی نکلے گا، یعنی اس کو عرق کہا گیا ہے کہ نچوڑ نچوڑ کر کے۔</w:t>
      </w:r>
    </w:p>
    <w:p>
      <w:r>
        <w:rPr>
          <w:b/>
        </w:rPr>
        <w:t xml:space="preserve">[09:20] </w:t>
      </w:r>
      <w:r>
        <w:t>woh itna ziyada pani hoga ke log is mein koi ghutnon tak, koi takhnon tak, koi yahan tak doobne lagenge.</w:t>
      </w:r>
    </w:p>
    <w:p>
      <w:pPr>
        <w:jc w:val="right"/>
      </w:pPr>
      <w:r>
        <w:t>وہ اتنا زیادہ پانی ہوگا کہ لوگ اس میں کوئی گھٹنوں تک، کوئی ٹخنے تک، کوئی یہاں تک ڈوبنے لگیں گے۔</w:t>
      </w:r>
    </w:p>
    <w:p>
      <w:r>
        <w:rPr>
          <w:b/>
        </w:rPr>
        <w:t xml:space="preserve">[09:30] </w:t>
      </w:r>
      <w:r>
        <w:t>ab yeh expression hai is cheez ka ke jo glaciers hain, jo ice cap hai, jo pahadon par barf jab bare bare woh hain, tode, woh aap pighal rahe hain, aap jante hain.</w:t>
      </w:r>
    </w:p>
    <w:p>
      <w:pPr>
        <w:jc w:val="right"/>
      </w:pPr>
      <w:r>
        <w:t>اب یہ ایکسپریشن ہے اس چیز کا کہ جو گلیشیئر ہیں، جو آئس کیپ ہے، جو پہاڑوں پر برف جب بڑے بڑے وہ ہیں، تودے، وہ آپ پگھل رہے ہیں، آپ جانتے ہیں۔</w:t>
      </w:r>
    </w:p>
    <w:p>
      <w:r>
        <w:rPr>
          <w:b/>
        </w:rPr>
        <w:t xml:space="preserve">[09:46] </w:t>
      </w:r>
      <w:r>
        <w:t>kitne glaciers to khatam ho chuke hain. north pole ki jo ice cap hai, is ka bara hissa pighal chuka hai aur samundaron ki level barh raha hai.</w:t>
      </w:r>
    </w:p>
    <w:p>
      <w:pPr>
        <w:jc w:val="right"/>
      </w:pPr>
      <w:r>
        <w:t>کتنے گلیشیئر تو ختم ہو چکے ہیں۔ نارتھ پول کی جو آئس کیپ ہے، اس کا بڑا حصہ پگھل چکا ہے اور سمندروں کی لیول بڑھ رہا ہے۔</w:t>
      </w:r>
    </w:p>
    <w:p>
      <w:r>
        <w:rPr>
          <w:b/>
        </w:rPr>
        <w:t xml:space="preserve">[09:59] </w:t>
      </w:r>
      <w:r>
        <w:t>wahi cheez jo hai, yeh sari cheezein jo hain, aaj hum</w:t>
      </w:r>
    </w:p>
    <w:p>
      <w:pPr>
        <w:jc w:val="right"/>
      </w:pPr>
      <w:r>
        <w:t>وہی چیز جو ہے، یہ ساری چیزیں جو ہیں، آج ہم</w:t>
      </w:r>
    </w:p>
    <w:p>
      <w:r>
        <w:rPr>
          <w:b/>
        </w:rPr>
        <w:t xml:space="preserve">[10:09] </w:t>
      </w:r>
      <w:r>
        <w:t>yani sochne ki baatein hain ke jo cheezein is waqt ek mystery maloom hoti thi, mystery, aaj woh scientific fact ban rahi hain.</w:t>
      </w:r>
    </w:p>
    <w:p>
      <w:pPr>
        <w:jc w:val="right"/>
      </w:pPr>
      <w:r>
        <w:t>یعنی سوچنے کی باتیں ہیں کہ جو چیزیں اس وقت ایک مسٹری معلوم ہوتی تھیں، مسٹری، آج وہ سائنٹیفک فیکٹ بن رہی ہیں۔</w:t>
      </w:r>
    </w:p>
    <w:p>
      <w:r>
        <w:rPr>
          <w:b/>
        </w:rPr>
        <w:t xml:space="preserve">[10:22] </w:t>
      </w:r>
      <w:r>
        <w:t>aise hi dekhiye, ek bahut hi anokhi hadith hai ke Faraat mein sona niklega. Faraat hai jisko kehte hain Euphrates.</w:t>
      </w:r>
    </w:p>
    <w:p>
      <w:pPr>
        <w:jc w:val="right"/>
      </w:pPr>
      <w:r>
        <w:t>ایسے ہی دیکھئے، ایک بہت ہی انوکھی حدیث ہے کہ فرات میں سونا نکلے گا۔ فرات ہے جس کو کہتے ہیں ایفریٹ۔</w:t>
      </w:r>
    </w:p>
    <w:p>
      <w:r>
        <w:rPr>
          <w:b/>
        </w:rPr>
        <w:t xml:space="preserve">[10:34] </w:t>
      </w:r>
      <w:r>
        <w:t>English mein isko Euphrates kehte hain. Euphrates kehte hain jo Iraq mein jo woh hai jo river hai. Aap jante hain ke wahan do river hain, Euphrates aur Tigris.</w:t>
      </w:r>
    </w:p>
    <w:p>
      <w:pPr>
        <w:jc w:val="right"/>
      </w:pPr>
      <w:r>
        <w:t>انگلش میں اس کو ایفریٹ کہتے ہیں۔ ایفریٹ کہتے ہیں جو عراق میں جو وہ ہے جو ریور ہے۔ آپ جانتے ہیں کہ وہاں دو ریور ہیں، ایفریٹ اور ٹیگری۔</w:t>
      </w:r>
    </w:p>
    <w:p>
      <w:r>
        <w:rPr>
          <w:b/>
        </w:rPr>
        <w:t xml:space="preserve">[10:46] </w:t>
      </w:r>
      <w:r>
        <w:t>Dajla aur Faraat. Toh wahan par sone ka pahad niklega jis par log ladai karenge.</w:t>
      </w:r>
    </w:p>
    <w:p>
      <w:pPr>
        <w:jc w:val="right"/>
      </w:pPr>
      <w:r>
        <w:t>دجلہ اور فرات۔ تو وہاں پر سونے کا پہاڑ نکلے گا جس پر لوگ لڑائی کریں گے۔</w:t>
      </w:r>
    </w:p>
    <w:p>
      <w:r>
        <w:rPr>
          <w:b/>
        </w:rPr>
        <w:t xml:space="preserve">[10:56] </w:t>
      </w:r>
      <w:r>
        <w:t>Kaisi ajeeb baat hai ke isi par toh sari ladai ho rahi hai aaj. Yani jisko kehte hain woh liquid gold.</w:t>
      </w:r>
    </w:p>
    <w:p>
      <w:pPr>
        <w:jc w:val="right"/>
      </w:pPr>
      <w:r>
        <w:t>کیسی عجیب بات ہے کہ اسی پر تو ساری لڑائی ہو رہی ہے آج۔ یعنی جس کو کہتے ہیں وہ لیکوئیڈ گولڈ۔</w:t>
      </w:r>
    </w:p>
    <w:p>
      <w:r>
        <w:rPr>
          <w:b/>
        </w:rPr>
        <w:t xml:space="preserve">[11:10] </w:t>
      </w:r>
      <w:r>
        <w:t>Sone ka pahad jo aaya tha, woh is se matlab hua tha liquid gold. Sari ladai isi par ho rahi hai. Toh yeh bataya gaya hai ke jab doomsday qareeb aa jayega toh yeh sab uske sign zahir honge.</w:t>
      </w:r>
    </w:p>
    <w:p>
      <w:pPr>
        <w:jc w:val="right"/>
      </w:pPr>
      <w:r>
        <w:t>سونے کا پہاڑ جو آیا تھا، وہ اس سے مطلب ہوا تھا لیکوئیڈ گولڈ۔ ساری لڑائی اسی پر ہو رہی ہے۔ تو یہ بتایا گیا ہے کہ جب ڈومز ڈے قریب آ جائے گا تو یہ سب اس کے سائن ظاہر ہوں گے۔</w:t>
      </w:r>
    </w:p>
    <w:p>
      <w:r>
        <w:rPr>
          <w:b/>
        </w:rPr>
        <w:t xml:space="preserve">[11:25] </w:t>
      </w:r>
      <w:r>
        <w:t>Sign. S I G N and sign. Toh main samajhta hoon ke yeh yeh sari cheezein bata rahi hain ke ke jo jo bataya gaya, jo prophet ne bataya tha ke hamari duniya jo hai, uske do phase hain.</w:t>
      </w:r>
    </w:p>
    <w:p>
      <w:pPr>
        <w:jc w:val="right"/>
      </w:pPr>
      <w:r>
        <w:t>سائن۔ ایس آئی جی اینڈ سائن۔ تو میں سمجھتا ہوں کہ یہ یہ ساری چیزیں بتا رہی ہیں کہ کہ جو جو بتایا گیا، جو پرافٹ نے بتایا تھا کہ ہماری دنیا جو ہے، اس کے دو فیز ہیں۔</w:t>
      </w:r>
    </w:p>
    <w:p>
      <w:r>
        <w:rPr>
          <w:b/>
        </w:rPr>
        <w:t xml:space="preserve">[11:44] </w:t>
      </w:r>
      <w:r>
        <w:t>Ek hai pre death period, ek hai post death period. Toh pre death period jo hai, uska end jo hoga, uske kuch sign zahir honge.</w:t>
      </w:r>
    </w:p>
    <w:p>
      <w:pPr>
        <w:jc w:val="right"/>
      </w:pPr>
      <w:r>
        <w:t>ایک ہے پری ڈیتھ پیریڈ، ایک ہے پوسٹ ڈیتھ پیریڈ۔ تو پری ڈیتھ پیریڈ جو ہے، اس کا اینڈ جو ہوگا، اس کے کچھ سائن ظاہر ہوں گے۔</w:t>
      </w:r>
    </w:p>
    <w:p>
      <w:r>
        <w:rPr>
          <w:b/>
        </w:rPr>
        <w:t xml:space="preserve">[11:53] </w:t>
      </w:r>
      <w:r>
        <w:t>Sign. Yeh sab uske sign hain ke Euphrates river mein sone ka pahad niklega. Is par qaumein ladengi.</w:t>
      </w:r>
    </w:p>
    <w:p>
      <w:pPr>
        <w:jc w:val="right"/>
      </w:pPr>
      <w:r>
        <w:t>سائن۔ یہ سب اس کے سائن ہیں کہ ایفریٹ ریور میں سونے کا پہاڑ نکلے گا۔ اس پر قومیں لڑیں گی۔</w:t>
      </w:r>
    </w:p>
    <w:p>
      <w:r>
        <w:rPr>
          <w:b/>
        </w:rPr>
        <w:t xml:space="preserve">[12:04] </w:t>
      </w:r>
      <w:r>
        <w:t>Jisko kehte hain aap isi ko aaj kaha jata hai yani woh liquid gold. Aap jante hain ke isi ke liye ladai itni zabardast hui hai.</w:t>
      </w:r>
    </w:p>
    <w:p>
      <w:pPr>
        <w:jc w:val="right"/>
      </w:pPr>
      <w:r>
        <w:t>جس کو کہتے ہیں آپ اسی کو آج کہا جاتا ہے یعنی وہ لیکوئیڈ گولڈ۔ آپ جانتے ہیں کہ اسی کے لیے لڑائی اتنی زبردست ہوئی ہے۔</w:t>
      </w:r>
    </w:p>
    <w:p>
      <w:r>
        <w:rPr>
          <w:b/>
        </w:rPr>
        <w:t xml:space="preserve">[12:15] </w:t>
      </w:r>
      <w:r>
        <w:t>Ek bahut anokhi hadith hai, woh hai ke yuhraqu al bait. Ek bada ghar jalaya jayega. Yeh sab doomsday se pehle ki baatein hain.</w:t>
      </w:r>
    </w:p>
    <w:p>
      <w:pPr>
        <w:jc w:val="right"/>
      </w:pPr>
      <w:r>
        <w:t>ایک بہت انوکھی حدیث ہے، وہ ہے کہ یحرق البیت۔ ایک بڑا گھر جلایا جائے گا۔ یہ سب ڈومز ڈے سے پہلے کی باتیں ہیں۔</w:t>
      </w:r>
    </w:p>
    <w:p>
      <w:r>
        <w:rPr>
          <w:b/>
        </w:rPr>
        <w:t xml:space="preserve">[12:28] </w:t>
      </w:r>
      <w:r>
        <w:t>Ek bada ghar jalaya jayega. Yeh khule taur par is baat ka prediction tha jo September 11 ko hua. Main woh jo World Tower jo tha, woh wahan gaya tha.</w:t>
      </w:r>
    </w:p>
    <w:p>
      <w:pPr>
        <w:jc w:val="right"/>
      </w:pPr>
      <w:r>
        <w:t>ایک بڑا گھر جلایا جائے گا۔ یہ کھلے طور پر اس بات کا پریڈکشن تھا جو ستمبر الیون کو ہوا۔ میں وہ جو ورلڈ ٹاور جو تھا، وہ وہاں گیا تھا۔</w:t>
      </w:r>
    </w:p>
    <w:p>
      <w:r>
        <w:rPr>
          <w:b/>
        </w:rPr>
        <w:t xml:space="preserve">[12:39] </w:t>
      </w:r>
      <w:r>
        <w:t>Main New York toh phir chadha tha upar. Toh bahut hi bada wahan wahan se neeche log bilkul dwarf dikhai padte the. Toh sach much woh bahut hi ooncha aur bahut hi badi building thi woh.</w:t>
      </w:r>
    </w:p>
    <w:p>
      <w:pPr>
        <w:jc w:val="right"/>
      </w:pPr>
      <w:r>
        <w:t>میں نیوراک تو پھر چڑھا تھا اوپر۔ تو بہت ہی بڑا وہاں وہاں سے نیچے لوگ بالکل ڈوارف دکھائی پڑتے تھے۔ تو سچ مچ وہ بہت ہی اونچا اور بہت ہی بڑی بلڈنگ تھی وہ۔</w:t>
      </w:r>
    </w:p>
    <w:p>
      <w:r>
        <w:rPr>
          <w:b/>
        </w:rPr>
        <w:t xml:space="preserve">[12:50] </w:t>
      </w:r>
      <w:r>
        <w:t>Toh yuhraqu al bait. Ek bada ghar jalaya jayega. Doomsday se pehle. Aur yeh pehli hadith yani is silsile mein jo hadithein hain, is mein yeh pehla prediction aata hai.</w:t>
      </w:r>
    </w:p>
    <w:p>
      <w:pPr>
        <w:jc w:val="right"/>
      </w:pPr>
      <w:r>
        <w:t>تو یحرق البیت۔ ایک بڑا گھر جلایا جائے گا۔ ڈومز ڈے سے پہلے۔ اور یہ پہلی حدیث یعنی اس سلسلے میں جو حدیثیں ہیں، اس میں یہ پہلا پریڈکشن آتا ہے۔</w:t>
      </w:r>
    </w:p>
    <w:p>
      <w:r>
        <w:rPr>
          <w:b/>
        </w:rPr>
        <w:t xml:space="preserve">[13:04] </w:t>
      </w:r>
      <w:r>
        <w:t>Samajh sakta hoon ke yeh trigger kya is ne. Abhi jo idhar udhar aap dekh rahe hain, bahut sare cheezein hain.</w:t>
      </w:r>
    </w:p>
    <w:p>
      <w:pPr>
        <w:jc w:val="right"/>
      </w:pPr>
      <w:r>
        <w:t>سمجھ سکتا ہوں کہ یہ ٹریگر کیا اس نے۔ ابھی جو ادھر ادھر آپ دیکھ رہے ہیں، بہت سارے چیزیں ہیں۔</w:t>
      </w:r>
    </w:p>
    <w:p>
      <w:r>
        <w:rPr>
          <w:b/>
        </w:rPr>
        <w:t xml:space="preserve">[13:12] </w:t>
      </w:r>
      <w:r>
        <w:t>Toh isi se trigger ho kar yeh cheezein aaj itni aage badhi hain. Aise hi dekhiye, hadith mein aata hai ke dukhan niklega jo East se West tak phail jayega.</w:t>
      </w:r>
    </w:p>
    <w:p>
      <w:pPr>
        <w:jc w:val="right"/>
      </w:pPr>
      <w:r>
        <w:t>تو اسی سے ٹریگر ہو کر یہ چیزیں آج اتنی آگے بڑھی ہیں۔ ایسے ہی دیکھیے، حدیث میں آتا ہے کہ دخان نکلے گا جو ایسٹ سے ویسٹ تک پھیل جائے گا۔</w:t>
      </w:r>
    </w:p>
    <w:p>
      <w:r>
        <w:rPr>
          <w:b/>
        </w:rPr>
        <w:t xml:space="preserve">[13:30] </w:t>
      </w:r>
      <w:r>
        <w:t>Dukhan ke maani hote hain Arabic mein smoke. Dhuwan. Dukhan maani dhuwan. Toh ek ek dhuwan niklega jo East se West tak phail jayega.</w:t>
      </w:r>
    </w:p>
    <w:p>
      <w:pPr>
        <w:jc w:val="right"/>
      </w:pPr>
      <w:r>
        <w:t>دخان کے معنی ہوتے ہیں عربک میں اسموک۔ دھواں۔ دخان معنی دھواں۔ تو ایک ایک دھواں نکلے گا جو ایسٹ سے ویسٹ تک پھیل جائے گا۔</w:t>
      </w:r>
    </w:p>
    <w:p>
      <w:r>
        <w:rPr>
          <w:b/>
        </w:rPr>
        <w:t xml:space="preserve">[13:45] </w:t>
      </w:r>
      <w:r>
        <w:t>Aap sochiye zara yeh jo yeh jo is waqt jis pollution se hum ko hum face kar rahe hain, jisko kehte hain carbon emission ya air pollution,</w:t>
      </w:r>
    </w:p>
    <w:p>
      <w:pPr>
        <w:jc w:val="right"/>
      </w:pPr>
      <w:r>
        <w:t>آپ سوچیے ذرا یہ جو یہ جو اس وقت جس پولیوشن سے ہم کو ہم فیس کر رہے ہیں، جس کو کہتے ہیں کاربن ایمیشن یا ایئر پولیوشن،</w:t>
      </w:r>
    </w:p>
    <w:p>
      <w:r>
        <w:rPr>
          <w:b/>
        </w:rPr>
        <w:t xml:space="preserve">[14:00] </w:t>
      </w:r>
      <w:r>
        <w:t>woh woh kya hai? Is ne East se West tak phail gaya hai woh. Aur zindagi ko woh hamare liye ek bahut bada danger bana hua hai.</w:t>
      </w:r>
    </w:p>
    <w:p>
      <w:pPr>
        <w:jc w:val="right"/>
      </w:pPr>
      <w:r>
        <w:t>وہ وہ کیا ہے؟ اس نے ایسٹ سے ویسٹ تک پھیل گیا ہے وہ۔ اور زندگی کو وہ ہمارے لیے ایک بہت بڑا ڈینجر بنا ہوا ہے۔</w:t>
      </w:r>
    </w:p>
    <w:p>
      <w:r>
        <w:rPr>
          <w:b/>
        </w:rPr>
        <w:t xml:space="preserve">[14:11] </w:t>
      </w:r>
      <w:r>
        <w:t>Toh yeh aaj se bahut pehle yeh bata diya gaya tha ke yeh aisa hone wala hai.</w:t>
      </w:r>
    </w:p>
    <w:p>
      <w:pPr>
        <w:jc w:val="right"/>
      </w:pPr>
      <w:r>
        <w:t>تو یہ آج سے بہت پہلے یہ بتا دیا گیا تھا کہ یہ ایسا ہونے والا ہے۔</w:t>
      </w:r>
    </w:p>
    <w:p>
      <w:r>
        <w:rPr>
          <w:b/>
        </w:rPr>
        <w:t xml:space="preserve">[14:22] </w:t>
      </w:r>
      <w:r>
        <w:t>Toh isi tarah se dekhiye, Quran mein aur hadith mein aata hai ke earthquake bahut badh jayenge.</w:t>
      </w:r>
    </w:p>
    <w:p>
      <w:pPr>
        <w:jc w:val="right"/>
      </w:pPr>
      <w:r>
        <w:t>تو اسی طرح سے دیکھیے، قرآن میں اور حدیث میں آتا ہے کہ ارتھ کوئیک بہت بڑھ جائیں گے۔</w:t>
      </w:r>
    </w:p>
    <w:p>
      <w:r>
        <w:rPr>
          <w:b/>
        </w:rPr>
        <w:t xml:space="preserve">[14:33] </w:t>
      </w:r>
      <w:r>
        <w:t>Earthquake bahut badh jayenge.</w:t>
      </w:r>
    </w:p>
    <w:p>
      <w:pPr>
        <w:jc w:val="right"/>
      </w:pPr>
      <w:r>
        <w:t>ارتھ کوئیک بہت بڑھ جائیں گے۔</w:t>
      </w:r>
    </w:p>
    <w:p>
      <w:r>
        <w:rPr>
          <w:b/>
        </w:rPr>
        <w:t xml:space="preserve">[14:38] </w:t>
      </w:r>
      <w:r>
        <w:t>Ab aaj kal aap dekhiye ke aaye din hamein news milti hai ke yahan earthquake ho raha hai, wahan earthquake ho raha hai. Abhi main ne paper mein padha ke North Pole mein jo jo gaye woh jo ice cap pighal rahi hai,</w:t>
      </w:r>
    </w:p>
    <w:p>
      <w:pPr>
        <w:jc w:val="right"/>
      </w:pPr>
      <w:r>
        <w:t>اب آج کل آپ دیکھیے کہ آئے دن ہمیں نیوز ملتی ہے کہ یہاں ارتھ کوئیک ہو رہا ہے، وہاں ارتھ کوئیک ہو رہا ہے۔ ابھی میں نے پیپر میں پڑھا کہ نارتھ پول میں جو جو گئے وہ جو آئس کیپ پگھل رہی ہے،</w:t>
      </w:r>
    </w:p>
    <w:p>
      <w:r>
        <w:rPr>
          <w:b/>
        </w:rPr>
        <w:t xml:space="preserve">[14:55] </w:t>
      </w:r>
      <w:r>
        <w:t>toh uske neeche bahut bada volcano hai. Us volcano ko yeh ice cap jo thi, yeh dhaki hui thi. Jis din yeh yeh jo ice hai North Pole ke upar, yeh melt ho jayegi jis tarah ke melt ho rahi hai,</w:t>
      </w:r>
    </w:p>
    <w:p>
      <w:pPr>
        <w:jc w:val="right"/>
      </w:pPr>
      <w:r>
        <w:t>تو اس کے نیچے بہت بڑا والکینو ہے۔ اس والکینو کو یہ آئس کیپ جو تھی، یہ ڈھکی ہوئی تھی۔ جس دن یہ یہ جو آئس ہے نارتھ پول کے اوپر، یہ میلٹ ہو جائے گی جس طرح کہ میلٹ ہو رہی ہے،</w:t>
      </w:r>
    </w:p>
    <w:p>
      <w:r>
        <w:rPr>
          <w:b/>
        </w:rPr>
        <w:t xml:space="preserve">[15:12] </w:t>
      </w:r>
      <w:r>
        <w:t>toh kisi bhi lamha woh woh phat sakta hai volcano. Aur kya hoga? Is ka koi thikana nahi hai. Abhi jo China mein jo earthquake aaya hai, toh abhi report aayi thi paper mein ke yeh abhi aap news dekh rahe hain ke aap woh khatam nahi ho raha.</w:t>
      </w:r>
    </w:p>
    <w:p>
      <w:pPr>
        <w:jc w:val="right"/>
      </w:pPr>
      <w:r>
        <w:t>تو کسی بھی لمحہ وہ وہ پھٹ سکتا ہے والکینو۔ اور کیا ہوگا؟ اس کا کوئی ٹھکانہ نہیں ہے۔ ابھی جو چائنہ میں جو ارتھ کوئیک آیا ہے، تو ابھی رپورٹ آئی تھی پیپر میں کہ یہ ابھی آپ نیوز دیکھ رہے ہیں کہ آپ وہ ختم نہیں ہو رہا ہے۔</w:t>
      </w:r>
    </w:p>
    <w:p>
      <w:r>
        <w:rPr>
          <w:b/>
        </w:rPr>
        <w:t xml:space="preserve">[15:34] </w:t>
      </w:r>
      <w:r>
        <w:t>after shock barabar aa rahe hain. aur yeh report aai hai ke globe ka bara hissa aisa hoga jo earthquake ki zad mein aa jayega.</w:t>
      </w:r>
    </w:p>
    <w:p>
      <w:pPr>
        <w:jc w:val="right"/>
      </w:pPr>
      <w:r>
        <w:t>آفٹر شاک برابر آ رہے ہیں۔ اور یہ رپورٹ آئی ہے کہ گلوب کا بڑا حصہ ایسا ہوگا جو ارتھ کوئیک کی زد میں آ جائے گا۔</w:t>
      </w:r>
    </w:p>
    <w:p>
      <w:r>
        <w:rPr>
          <w:b/>
        </w:rPr>
        <w:t xml:space="preserve">[15:46] </w:t>
      </w:r>
      <w:r>
        <w:t>theek wahi cheez hai ke idhar ke zameen par earthquake bohat zyada aane lagenge. yeh sab woh hoga yani sign hoga yani doomsday ka.</w:t>
      </w:r>
    </w:p>
    <w:p>
      <w:pPr>
        <w:jc w:val="right"/>
      </w:pPr>
      <w:r>
        <w:t>ٹھیک وہی چیز ہے کہ ادھر کہ زمین پر ارتھ کوئیک بہت زیادہ آنے لگیں گے۔ یہ سب وہ ہوگا یعنی سائن ہوگا یعنی ڈومز ڈے کا۔</w:t>
      </w:r>
    </w:p>
    <w:p>
      <w:r>
        <w:rPr>
          <w:b/>
        </w:rPr>
        <w:t xml:space="preserve">[16:03] </w:t>
      </w:r>
      <w:r>
        <w:t>ek ek quran majeed mein ek hai ke yeh jo zameen hai jahan aap rehte hain, jahan pani hai, jahan sabza hai, jahan sari cheezein hain, life support system hai, to khuda isko woh kardega.</w:t>
      </w:r>
    </w:p>
    <w:p>
      <w:pPr>
        <w:jc w:val="right"/>
      </w:pPr>
      <w:r>
        <w:t>ایک ایک قرآن مجید میں ایک ہے کہ یہ جو زمین ہے جہاں آپ رہتے ہیں، جہاں پانی ہے، جہاں سبزہ ہے، جہاں ساری چیزیں ہیں، لائف سپورٹ سسٹم ہے، تو خدا اس کو وہ کر دے گا۔</w:t>
      </w:r>
    </w:p>
    <w:p>
      <w:r>
        <w:rPr>
          <w:b/>
        </w:rPr>
        <w:t xml:space="preserve">[16:18] </w:t>
      </w:r>
      <w:r>
        <w:t>wa inna la jailoona alaiha saeedan juruda yani iska matlab yeh hai ke</w:t>
      </w:r>
    </w:p>
    <w:p>
      <w:pPr>
        <w:jc w:val="right"/>
      </w:pPr>
      <w:r>
        <w:t>وَإِنَّا لَجَائِلُونَ عَلَيْهَا سَعِيدًا جُرُّدًا یعنی اس کا مطلب یہ ہے کہ</w:t>
      </w:r>
    </w:p>
    <w:p>
      <w:r>
        <w:rPr>
          <w:b/>
        </w:rPr>
        <w:t xml:space="preserve">[16:33] </w:t>
      </w:r>
      <w:r>
        <w:t>We will make it like a barren land. iska literal translation yeh hai ke We will make the earth like a barren land.</w:t>
      </w:r>
    </w:p>
    <w:p>
      <w:pPr>
        <w:jc w:val="right"/>
      </w:pPr>
      <w:r>
        <w:t>We will make it like a barren land. اس کا لٹرل ٹرانسلیشن یہ ہے کہ We will make the earth like a barren land.</w:t>
      </w:r>
    </w:p>
    <w:p>
      <w:r>
        <w:rPr>
          <w:b/>
        </w:rPr>
        <w:t xml:space="preserve">[16:47] </w:t>
      </w:r>
      <w:r>
        <w:t>aur aaj kal scientist bar bar yeh keh rahe hain ke jis tareeqe se yahan par problem paida ho rahe hain, hum ek kaisi duniya ki taraf barh rahe hain.</w:t>
      </w:r>
    </w:p>
    <w:p>
      <w:pPr>
        <w:jc w:val="right"/>
      </w:pPr>
      <w:r>
        <w:t>اور آج کل سائنٹسٹ بار بار یہ کہہ رہے ہیں کہ جس طریقے سے یہاں پر پرابلم پیدا ہو رہے ہیں، ہم ایک کیسی دنیا کی طرف بڑھ رہے ہیں۔</w:t>
      </w:r>
    </w:p>
    <w:p>
      <w:r>
        <w:rPr>
          <w:b/>
        </w:rPr>
        <w:t xml:space="preserve">[16:56] </w:t>
      </w:r>
      <w:r>
        <w:t>abhi report aai hai ke samundar ka pani ninety five percent pollute ho chuka hai. ninety five percent samundar ka pani pollute ho chuka hai.</w:t>
      </w:r>
    </w:p>
    <w:p>
      <w:pPr>
        <w:jc w:val="right"/>
      </w:pPr>
      <w:r>
        <w:t>ابھی رپورٹ آئی ہے کہ سمندر کا پانی نائنٹی فائیو پرسنٹ پلوٹ ہو چکا ہے۔ نائنٹی فائیو پرسنٹ سمندر کا پانی پلوٹ ہو چکا ہے۔</w:t>
      </w:r>
    </w:p>
    <w:p>
      <w:r>
        <w:rPr>
          <w:b/>
        </w:rPr>
        <w:t xml:space="preserve">[17:06] </w:t>
      </w:r>
      <w:r>
        <w:t>to ek kahan se hum is duniya mein kahan se pani layenge? kahan se pani layenge hum? to kya duniya ek barren land banne wali banti ja rahi hai?</w:t>
      </w:r>
    </w:p>
    <w:p>
      <w:pPr>
        <w:jc w:val="right"/>
      </w:pPr>
      <w:r>
        <w:t>تو ایک کہاں سے ہم اس دنیا میں کہاں سے پانی لائیں گے؟ کہاں سے پانی لائیں گے ہم؟ تو کیا دنیا ایک بارن لینڈ بننے والی بنتی جا رہی ہے؟</w:t>
      </w:r>
    </w:p>
    <w:p>
      <w:r>
        <w:rPr>
          <w:b/>
        </w:rPr>
        <w:t xml:space="preserve">[17:26] </w:t>
      </w:r>
      <w:r>
        <w:t>aur yeh scientific community bata rahi hai ke yeh duniya jo hai, yeh uninhabitable banti ja rahi hai.</w:t>
      </w:r>
    </w:p>
    <w:p>
      <w:pPr>
        <w:jc w:val="right"/>
      </w:pPr>
      <w:r>
        <w:t>اور یہ سائنٹیفک کمیونٹی بتا رہی ہے کہ یہ دنیا جو ہے، یہ ان ہیبیٹیبل بنتی جا رہی ہے۔</w:t>
      </w:r>
    </w:p>
    <w:p>
      <w:r>
        <w:rPr>
          <w:b/>
        </w:rPr>
        <w:t xml:space="preserve">[17:37] </w:t>
      </w:r>
      <w:r>
        <w:t>uninhabitable ho jayegi yeh. already shuru ho gaya hai iska process. to kuch logon ne yeh socha ke hum kisi aur planet par</w:t>
      </w:r>
    </w:p>
    <w:p>
      <w:pPr>
        <w:jc w:val="right"/>
      </w:pPr>
      <w:r>
        <w:t>ان ہیبیٹیبل ہو جائے گی یہ۔ آل ریڈی شروع ہو گیا ہے اس کا پروسیس۔ تو کچھ لوگوں نے یہ سوچا کہ ہم کسی اور پلینٹ پر</w:t>
      </w:r>
    </w:p>
    <w:p>
      <w:r>
        <w:rPr>
          <w:b/>
        </w:rPr>
        <w:t xml:space="preserve">[17:51] </w:t>
      </w:r>
      <w:r>
        <w:t>wohan par ja kar ke colony banayein apni aur wahan rehne ka apna karein. to iski bhi research hui. to pata chala ke doosre planet par hum reh nahi sakte.</w:t>
      </w:r>
    </w:p>
    <w:p>
      <w:pPr>
        <w:jc w:val="right"/>
      </w:pPr>
      <w:r>
        <w:t>وہاں پر جا کر کے کالونی بنائیں اپنی اور وہاں رہنے کا اپنا کریں۔ تو اس کی بھی ریسرچ ہوئی۔ تو پتہ چلا کہ دوسرے پلینٹ پر ہم رہ نہیں سکتے۔</w:t>
      </w:r>
    </w:p>
    <w:p>
      <w:r>
        <w:rPr>
          <w:b/>
        </w:rPr>
        <w:t xml:space="preserve">[18:02] </w:t>
      </w:r>
      <w:r>
        <w:t>kyun? wahan par hamein cosmic radiation ka samna karna padega. aur cosmic radiation ka samna kar ke hum zinda nahi reh sakte.</w:t>
      </w:r>
    </w:p>
    <w:p>
      <w:pPr>
        <w:jc w:val="right"/>
      </w:pPr>
      <w:r>
        <w:t>کیوں؟ وہاں پر ہمیں کاسمک ریڈی ایشن کا سامنا کرنا پڑے گا۔ اور کاسمک ریڈی ایشن کا سامنا کر کے ہم زندہ نہیں رہ سکتے۔</w:t>
      </w:r>
    </w:p>
    <w:p>
      <w:r>
        <w:rPr>
          <w:b/>
        </w:rPr>
        <w:t xml:space="preserve">[18:17] </w:t>
      </w:r>
      <w:r>
        <w:t>kaisi ajeeb baat hai.</w:t>
      </w:r>
    </w:p>
    <w:p>
      <w:pPr>
        <w:jc w:val="right"/>
      </w:pPr>
      <w:r>
        <w:t>کیسی عجیب بات ہے۔</w:t>
      </w:r>
    </w:p>
    <w:p>
      <w:r>
        <w:rPr>
          <w:b/>
        </w:rPr>
        <w:t xml:space="preserve">[18:21] </w:t>
      </w:r>
      <w:r>
        <w:t>koi nahi janta tha pehle ke samundar bhi pollute ho sakta tha. koi nahi janta tha isko. aur quran mein yeh hai ke zahara al fasadu fil barri wal bahri wa ma kasabat aydihina naru bahar kehte hain samundar ko, sea ko.</w:t>
      </w:r>
    </w:p>
    <w:p>
      <w:pPr>
        <w:jc w:val="right"/>
      </w:pPr>
      <w:r>
        <w:t>کوئی نہیں جانتا تھا پہلے کہ سمندر بھی پلوٹ ہو سکتا تھا۔ کوئی نہیں جانتا تھا اس کو۔ اور قرآن میں یہ ہے کہ ظَهَرَ الْفَسَادُ فِي الْبَرِّ وَالْبَهْرِ وَمَا كَسَبَتَ أَيْهَا الْنَّارُ باہر کہتے ہیں سمندر کو، سی کو۔</w:t>
      </w:r>
    </w:p>
    <w:p>
      <w:r>
        <w:rPr>
          <w:b/>
        </w:rPr>
        <w:t xml:space="preserve">[18:36] </w:t>
      </w:r>
      <w:r>
        <w:t>ke sea mein fasad phail gaya. seedh mein fasad phail jayega. yani sea jo hai, iska pani pollute ho jayega.</w:t>
      </w:r>
    </w:p>
    <w:p>
      <w:pPr>
        <w:jc w:val="right"/>
      </w:pPr>
      <w:r>
        <w:t>کہ سی میں فساد پھیل گیا۔ سیدھ میں فساد پھیل جائے گا۔ یعنی سی جو ہے، اس کا پانی پلوٹ ہو جائے گا۔</w:t>
      </w:r>
    </w:p>
    <w:p>
      <w:r>
        <w:rPr>
          <w:b/>
        </w:rPr>
        <w:t xml:space="preserve">[18:47] </w:t>
      </w:r>
      <w:r>
        <w:t>yeh sab bohat zyada sochne ki baat hai. to main samajhta hoon ke</w:t>
      </w:r>
    </w:p>
    <w:p>
      <w:pPr>
        <w:jc w:val="right"/>
      </w:pPr>
      <w:r>
        <w:t>یہ سب بہت زیادہ سوچنے کی بات ہے۔ تو میں سمجھتا ہوں کہ</w:t>
      </w:r>
    </w:p>
    <w:p>
      <w:r>
        <w:rPr>
          <w:b/>
        </w:rPr>
        <w:t xml:space="preserve">[18:55] </w:t>
      </w:r>
      <w:r>
        <w:t>yeh jo masla hai, yeh koi saada masla nahi hai. yeh ek baat to scientific community jo keh rahi hai, yani scientific research jo bata rahi hai, is mein aap ko doubt nahi raha ke hum end of history ki taraf ja rahe hain.</w:t>
      </w:r>
    </w:p>
    <w:p>
      <w:pPr>
        <w:jc w:val="right"/>
      </w:pPr>
      <w:r>
        <w:t>یہ جو مسئلہ ہے، یہ کوئی سادہ مسئلہ نہیں ہے۔ یہ ایک بات تو سائنٹیفک کمیونٹی جو کہہ رہی ہے، یعنی سائنٹیفک ریسرچ جو بتا رہی ہے، اس میں آپ کو ڈاؤٹ نہیں رہا کہ ہم اینڈ آف ہسٹری کی طرف جا رہے ہیں۔</w:t>
      </w:r>
    </w:p>
    <w:p>
      <w:r>
        <w:rPr>
          <w:b/>
        </w:rPr>
        <w:t xml:space="preserve">[19:14] </w:t>
      </w:r>
      <w:r>
        <w:t>hum end of history ki taraf ja rahe hain. is mein koi doubt nahi raha hai aap ko. yani woh log jin ki yeh field hai, yani scientific log, scientist log, scientist logon ke nazdeek ab is mein koi doubt nahi raha hai ke hum ja rahe hain end of history ki taraf.</w:t>
      </w:r>
    </w:p>
    <w:p>
      <w:pPr>
        <w:jc w:val="right"/>
      </w:pPr>
      <w:r>
        <w:t>ہم اینڈ آف ہسٹری کی طرف جا رہے ہیں۔ اس میں کوئی ڈاؤٹ نہیں رہا ہے آپ کو۔ یعنی وہ لوگ جن کی یہ فیلڈ ہے، یعنی سائنٹیفک لوگ، سائنٹسٹ لوگ، سائنٹسٹ لوگوں کے نزدیک اب اس میں کوئی ڈاؤٹ نہیں رہا ہے کہ ہم جا رہے ہیں اینڈ آف ہسٹری کی طرف۔</w:t>
      </w:r>
    </w:p>
    <w:p>
      <w:r>
        <w:rPr>
          <w:b/>
        </w:rPr>
        <w:t xml:space="preserve">[19:31] </w:t>
      </w:r>
      <w:r>
        <w:t>to ab sawal sirf is ko explain karne ka hai. yani yeh aisa kyun ho raha hai? is ko kaise explain kiya jaye? yeh anokha phenomena jo aaya hai hamare samne, is ko explain karne ki baat hai bas.</w:t>
      </w:r>
    </w:p>
    <w:p>
      <w:pPr>
        <w:jc w:val="right"/>
      </w:pPr>
      <w:r>
        <w:t>تو اب سوال صرف اس کو ایکسپلین کرنے کا ہے۔ یعنی یہ ایسا کیوں ہو رہا ہے؟ اس کو کیسے ایکسپلین کیا جائے؟ یہ انوکھا فیناومینا جو آیا ہے ہمارے سامنے، اس کو ایکسپلین کرنے کی بات ہے بس۔</w:t>
      </w:r>
    </w:p>
    <w:p>
      <w:r>
        <w:rPr>
          <w:b/>
        </w:rPr>
        <w:t xml:space="preserve">[19:46] </w:t>
      </w:r>
      <w:r>
        <w:t>baqi jo ho raha hai, woh to ho raha hai. hoga woh. yani within fifty years yeh sab kuch apne aakhri is par pahunch jayega.</w:t>
      </w:r>
    </w:p>
    <w:p>
      <w:pPr>
        <w:jc w:val="right"/>
      </w:pPr>
      <w:r>
        <w:t>باقی جو ہو رہا ہے، وہ تو ہو رہا ہے۔ ہوگا وہ۔ یعنی ود ان ففٹی ایئرز یہ سب کچھ اپنے آخری اس پر پہنچ جائے گا۔</w:t>
      </w:r>
    </w:p>
    <w:p>
      <w:r>
        <w:rPr>
          <w:b/>
        </w:rPr>
        <w:t xml:space="preserve">[20:00] </w:t>
      </w:r>
      <w:r>
        <w:t>to main samajhta hoon ke yahan par jo baat sochne ki hai bohat zyada, woh yeh hai ke yani countdown shuru ho chuka hai aur woh apni aakhri had par pahunch kar karega.</w:t>
      </w:r>
    </w:p>
    <w:p>
      <w:pPr>
        <w:jc w:val="right"/>
      </w:pPr>
      <w:r>
        <w:t>تو میں سمجھتا ہوں کہ یہاں پر جو بات سوچنے کی ہے بہت زیادہ، وہ یہ ہے کہ یعنی کاؤنٹ ڈاؤن شروع ہو چکا ہے اور وہ اپنی آخری حد پر پہنچ کر رہے گا۔</w:t>
      </w:r>
    </w:p>
    <w:p>
      <w:r>
        <w:rPr>
          <w:b/>
        </w:rPr>
        <w:t xml:space="preserve">[20:16] </w:t>
      </w:r>
      <w:r>
        <w:t>ab sochne ki baat yeh hai ke kaise hum explain karein? aisa kyun ho raha hai? yahan par main samajhta hoon ke jo islam ne jo creation plan of god bataya hai, us se yeh cheez explain hoti hai.</w:t>
      </w:r>
    </w:p>
    <w:p>
      <w:pPr>
        <w:jc w:val="right"/>
      </w:pPr>
      <w:r>
        <w:t>اب سوچنے کی بات یہ ہے کہ کیسے ہم ایکسپلین کریں؟ ایسا کیوں ہو رہا ہے؟ یہاں پر میں سمجھتا ہوں کہ جو اسلام نے جو کریشن پلان آف گاڈ بتایا ہے، اس سے یہ چیز ایکسپلین ہوتی ہے۔</w:t>
      </w:r>
    </w:p>
    <w:p>
      <w:r>
        <w:rPr>
          <w:b/>
        </w:rPr>
        <w:t xml:space="preserve">[20:31] </w:t>
      </w:r>
      <w:r>
        <w:t>islam mein jo bataya gaya hai creation plan of god, woh kya hai? woh yeh hai</w:t>
      </w:r>
    </w:p>
    <w:p>
      <w:pPr>
        <w:jc w:val="right"/>
      </w:pPr>
      <w:r>
        <w:t>اسلام میں جو بتایا گیا ہے کریشن پلان آف گاڈ، وہ کیا ہے؟ وہ یہ ہے</w:t>
      </w:r>
    </w:p>
    <w:p>
      <w:r>
        <w:rPr>
          <w:b/>
        </w:rPr>
        <w:t xml:space="preserve">[20:42] </w:t>
      </w:r>
      <w:r>
        <w:t>ke khuda ne insan ko banaya. yeh duniya jahan mein basaya gaya, yeh duniya sirf woh hai yani ek temporary period ke liye.</w:t>
      </w:r>
    </w:p>
    <w:p>
      <w:pPr>
        <w:jc w:val="right"/>
      </w:pPr>
      <w:r>
        <w:t>کہ خدا نے انسان کو بنایا۔ یہ دنیا جہاں میں بسایا گیا، یہ دنیا صرف وہ ہے یعنی ایک ٹیمپریری پیریڈ کے لیے۔</w:t>
      </w:r>
    </w:p>
    <w:p>
      <w:r>
        <w:rPr>
          <w:b/>
        </w:rPr>
        <w:t xml:space="preserve">[21:04] </w:t>
      </w:r>
      <w:r>
        <w:t>permanent settlement yahan nahi hamara kiya gaya hai. yani insan paida kiya gaya hai as an eternal being.</w:t>
      </w:r>
    </w:p>
    <w:p>
      <w:pPr>
        <w:jc w:val="right"/>
      </w:pPr>
      <w:r>
        <w:t>پرماننٹ سیٹلمنٹ یہاں نہیں ہمارا کیا گیا ہے۔ یعنی انسان پیدا کیا گیا ہے ایز این ایٹرنل بینگ۔</w:t>
      </w:r>
    </w:p>
    <w:p>
      <w:r>
        <w:rPr>
          <w:b/>
        </w:rPr>
        <w:t xml:space="preserve">[21:16] </w:t>
      </w:r>
      <w:r>
        <w:t>yani hum jab marte hain to marte khatam nahi hote, balkay maut ke baad hamein aik aik nai zindagi mil jati hai. Yani is dunya se is dunya mein hum chale aate hain.</w:t>
      </w:r>
    </w:p>
    <w:p>
      <w:pPr>
        <w:jc w:val="right"/>
      </w:pPr>
      <w:r>
        <w:t>یعنی ہم جب مرتے ہیں تو مرتے ختم نہیں ہوتے، بلکہ موت کے بعد ہمیں ایک ایک نئی زندگی مل جاتی ہے۔ یعنی اس دنیا سے اس دنیا میں ہم چلے آتے ہیں۔</w:t>
      </w:r>
    </w:p>
    <w:p>
      <w:r>
        <w:rPr>
          <w:b/>
        </w:rPr>
        <w:t xml:space="preserve">[21:27] </w:t>
      </w:r>
      <w:r>
        <w:t>aur science yeh keh rahi hai ke yeh dunya jo hai, woh woh aik woh hai yani peer world hai. Peer world.</w:t>
      </w:r>
    </w:p>
    <w:p>
      <w:pPr>
        <w:jc w:val="right"/>
      </w:pPr>
      <w:r>
        <w:t>اور سائنس یہ کہہ رہی ہے کہ یہ دنیا جو ہے، وہ وہ ایک وہ ہے یعنی پیئر ورلڈ ہے۔ پیئر ورلڈ۔</w:t>
      </w:r>
    </w:p>
    <w:p>
      <w:r>
        <w:rPr>
          <w:b/>
        </w:rPr>
        <w:t xml:space="preserve">[21:35] </w:t>
      </w:r>
      <w:r>
        <w:t>yani aik aur dunya aisi hai. Yeh scientist log keh rahe hain ke yeh dunya aik peer world hai. Aik negative world hai, aik positive world hai.</w:t>
      </w:r>
    </w:p>
    <w:p>
      <w:pPr>
        <w:jc w:val="right"/>
      </w:pPr>
      <w:r>
        <w:t>یعنی ایک اور دنیا ایسی ہے۔ یہ سائنٹسٹ لوگ کہہ رہے ہیں کہ یہ دنیا ایک پیئر ورلڈ ہے۔ ایک نیگیٹیو ورلڈ ہے، ایک پازیٹیو ورلڈ ہے۔</w:t>
      </w:r>
    </w:p>
    <w:p>
      <w:r>
        <w:rPr>
          <w:b/>
        </w:rPr>
        <w:t xml:space="preserve">[21:46] </w:t>
      </w:r>
      <w:r>
        <w:t>to jo creation plan of God bataya gaya hai Islam mein, us ke mutabiq yeh hai ke hum is dunya mein rakhe gaye hain sirf is liye ke hamara yahan select yani yeh aik selecting ground hai.</w:t>
      </w:r>
    </w:p>
    <w:p>
      <w:pPr>
        <w:jc w:val="right"/>
      </w:pPr>
      <w:r>
        <w:t>تو جو کریشن پلان آف گاڈ بتایا گیا ہے اسلام میں، اس کے مطابق یہ ہے کہ ہم اس دنیا میں رکھے گئے ہیں صرف اس لیے کہ ہمارا یہاں سلیکٹ یعنی یہ ایک سلیکٹنگ گراؤنڈ ہے۔</w:t>
      </w:r>
    </w:p>
    <w:p>
      <w:r>
        <w:rPr>
          <w:b/>
        </w:rPr>
        <w:t xml:space="preserve">[22:02] </w:t>
      </w:r>
      <w:r>
        <w:t>yeh yani Khuda ne hamein freedom diya hai. Freedom de kar hamein woh dekh raha hai ke kaun is qabil hai ke is permanent world mein is ko basaya jaye.</w:t>
      </w:r>
    </w:p>
    <w:p>
      <w:pPr>
        <w:jc w:val="right"/>
      </w:pPr>
      <w:r>
        <w:t>یہ یعنی خدا نے ہمیں فریڈم دیا ہے۔ فریڈم دے کر ہمیں وہ دیکھ رہا ہے کہ کون اس قابل ہے کہ اس پرماننٹ ورلڈ میں اس کو بسایا جائے۔</w:t>
      </w:r>
    </w:p>
    <w:p>
      <w:r>
        <w:rPr>
          <w:b/>
        </w:rPr>
        <w:t xml:space="preserve">[22:14] </w:t>
      </w:r>
      <w:r>
        <w:t>yani freedom ko aik woh hai insan jo misuse karega. Aik woh insan jo hai jo freedom pa kar ke bhi yani theek theek rahega.</w:t>
      </w:r>
    </w:p>
    <w:p>
      <w:pPr>
        <w:jc w:val="right"/>
      </w:pPr>
      <w:r>
        <w:t>یعنی فریڈم کو ایک وہ ہے انسان جو مس یوز کرے گا۔ ایک وہ انسان جو ہے جو فریڈم پا کر کے بھی یعنی ٹھیک ٹھیک رہے گا۔</w:t>
      </w:r>
    </w:p>
    <w:p>
      <w:r>
        <w:rPr>
          <w:b/>
        </w:rPr>
        <w:t xml:space="preserve">[22:23] </w:t>
      </w:r>
      <w:r>
        <w:t>apni soch ke aitbar se, apni speech ke aitbar se, apne behavior ke aitbar se, apni dealing ke aitbar se, apni activities ke aitbar se.</w:t>
      </w:r>
    </w:p>
    <w:p>
      <w:pPr>
        <w:jc w:val="right"/>
      </w:pPr>
      <w:r>
        <w:t>اپنی سوچ کے اعتبار سے، اپنی سپیچ کے اعتبار سے، اپنے بیہیویئر کے اعتبار سے، اپنی ڈیلنگ کے اعتبار سے، اپنی ایکٹیویٹیز کے اعتبار سے۔</w:t>
      </w:r>
    </w:p>
    <w:p>
      <w:r>
        <w:rPr>
          <w:b/>
        </w:rPr>
        <w:t xml:space="preserve">[22:32] </w:t>
      </w:r>
      <w:r>
        <w:t>jo log freedom ko misuse karenge, woh to reject kar diye jayenge. Woh rejected lot ban jayenge woh. Lekin jo freedom ko misuse nahi karenge, God ka jo plan hai, us ke mutabiq chalenge.</w:t>
      </w:r>
    </w:p>
    <w:p>
      <w:pPr>
        <w:jc w:val="right"/>
      </w:pPr>
      <w:r>
        <w:t>جو لوگ فریڈم کو مس یوز کریں گے، وہ تو ریجیکٹ کر دیے جائیں گے۔ وہ ریجیکٹڈ لاٹ بن جائیں گے وہ۔ لیکن جو فریڈم کو مس یوز نہیں کریں گے، گاڈ کا جو پلان ہے، اس کے مطابق چلیں گے۔</w:t>
      </w:r>
    </w:p>
    <w:p>
      <w:r>
        <w:rPr>
          <w:b/>
        </w:rPr>
        <w:t xml:space="preserve">[22:47] </w:t>
      </w:r>
      <w:r>
        <w:t>yani jo God ko discover karenge, discover kar ke us ke hukumon ko follow karenge. Jo life pattern banaya hai, bataya gaya hai, us ke mutabiq chalenge.</w:t>
      </w:r>
    </w:p>
    <w:p>
      <w:pPr>
        <w:jc w:val="right"/>
      </w:pPr>
      <w:r>
        <w:t>یعنی جو گاڈ کو ڈسکور کریں گے، ڈسکور کر کے اس کے حکموں کو فالو کریں گے۔ جو لائف پیٹرن بنایا ہے، بتایا گیا ہے، اس کے مطابق چلیں گے۔</w:t>
      </w:r>
    </w:p>
    <w:p>
      <w:r>
        <w:rPr>
          <w:b/>
        </w:rPr>
        <w:t xml:space="preserve">[23:00] </w:t>
      </w:r>
      <w:r>
        <w:t>to kya ke woh qualify karenge is baat ke liye ke agli jo eternal world hai, jo ideal world hai, jo perfect world hai, us mein in ko basaya jaye.</w:t>
      </w:r>
    </w:p>
    <w:p>
      <w:pPr>
        <w:jc w:val="right"/>
      </w:pPr>
      <w:r>
        <w:t>تو کیا کہ وہ کوالیفائی کریں گے اس بات کے لیے کہ اگلی جو ایٹرنل ورلڈ ہے، جو آئیڈیل ورلڈ ہے، جو پرفیکٹ ورلڈ ہے، اس میں ان کو بسایا جائے۔</w:t>
      </w:r>
    </w:p>
    <w:p>
      <w:r>
        <w:rPr>
          <w:b/>
        </w:rPr>
        <w:t xml:space="preserve">[23:12] </w:t>
      </w:r>
      <w:r>
        <w:t>yeh hai is scheme Khuda ki. To yeh dunya jo hai, aik aik temporary period hai. Hum bhi dunya mein aate hain, pachas, sath, sattar saal jeete hain.</w:t>
      </w:r>
    </w:p>
    <w:p>
      <w:pPr>
        <w:jc w:val="right"/>
      </w:pPr>
      <w:r>
        <w:t>یہ ہے اس کیم خدا کی۔ تو یہ دنیا جو ہے، ایک ایک ٹیمپریری پیریڈ ہے۔ ہم بھی دنیا میں آتے ہیں، پچاس، ساٹھ، ستر سال جیتے ہیں۔</w:t>
      </w:r>
    </w:p>
    <w:p>
      <w:r>
        <w:rPr>
          <w:b/>
        </w:rPr>
        <w:t xml:space="preserve">[23:25] </w:t>
      </w:r>
      <w:r>
        <w:t>aik temporary period ke liye. Sirf is liye ke Khuda yeh dekhna chahta hai ke hum hum yani azadi pa kar hum ne kaisa behave kiya.</w:t>
      </w:r>
    </w:p>
    <w:p>
      <w:pPr>
        <w:jc w:val="right"/>
      </w:pPr>
      <w:r>
        <w:t>ایک ٹیمپریری پیریڈ کے لیے۔ صرف اس لیے کہ خدا یہ دیکھنا چاہتا ہے کہ ہم ہم یعنی آزادی پا کر ہم نے کیسا بیہیو کیا۔</w:t>
      </w:r>
    </w:p>
    <w:p>
      <w:r>
        <w:rPr>
          <w:b/>
        </w:rPr>
        <w:t xml:space="preserve">[23:34] </w:t>
      </w:r>
      <w:r>
        <w:t>kis tarah hum rahe dunya mein. Yani honesty ke sath rahe ya hum sachai ke sath rahe ya hum ne Khuda ke Khuda ne jo rehne ka tareeqa bataya tha, us ke mutabiq rahe ya us ke us ke hum ne khilaf chale.</w:t>
      </w:r>
    </w:p>
    <w:p>
      <w:pPr>
        <w:jc w:val="right"/>
      </w:pPr>
      <w:r>
        <w:t>کس طرح ہم رہے دنیا میں۔ یعنی اونیسٹی کے ساتھ رہے یا ہم سچائی کے ساتھ رہے یا ہم نے خدا کے خدا نے جو رہنے کا طریقہ بتایا تھا، اس کے مطابق رہے یا اس کے اس کے ہم نے خلاف چلے۔</w:t>
      </w:r>
    </w:p>
    <w:p>
      <w:r>
        <w:rPr>
          <w:b/>
        </w:rPr>
        <w:t xml:space="preserve">[23:52] </w:t>
      </w:r>
      <w:r>
        <w:t>to paighambaron ke zariye yani prophet ke zariye Khuda ne yeh poori scheme batayi. Is tarah tum ko dunya mein rehna hai. Is tarah jo rahega, us ke liye paradise hai.</w:t>
      </w:r>
    </w:p>
    <w:p>
      <w:pPr>
        <w:jc w:val="right"/>
      </w:pPr>
      <w:r>
        <w:t>تو پیغمبروں کے ذریعے یعنی پرافٹ کے ذریعے خدا نے یہ پوری سکیم بتائی۔ اس طرح تم کو دنیا میں رہنا ہے۔ اس طرح جو رہے گا، اس کے لیے پیراڈائز ہے۔</w:t>
      </w:r>
    </w:p>
    <w:p>
      <w:r>
        <w:rPr>
          <w:b/>
        </w:rPr>
        <w:t xml:space="preserve">[24:03] </w:t>
      </w:r>
      <w:r>
        <w:t>jo is tarah na rahega, us ke liye hell hai. To main samajhta hoon ke history mein aisa do bar hua hai.</w:t>
      </w:r>
    </w:p>
    <w:p>
      <w:pPr>
        <w:jc w:val="right"/>
      </w:pPr>
      <w:r>
        <w:t>جو اس طرح نہ رہے گا، اس کے لیے ہل ہے۔ تو میں سمجھتا ہوں کہ ہسٹری میں ایسا دو بار ہوا ہے۔</w:t>
      </w:r>
    </w:p>
    <w:p>
      <w:r>
        <w:rPr>
          <w:b/>
        </w:rPr>
        <w:t xml:space="preserve">[24:14] </w:t>
      </w:r>
      <w:r>
        <w:t>aik jis ko aap kehte hain prophet Noah ke zamane mein. Ab jo aage aanay wala hai. Yani prophet Noah ke zamane mein aap jante hain ke insan ki jo population thi, woh bohat thi limited area mein thi.</w:t>
      </w:r>
    </w:p>
    <w:p>
      <w:pPr>
        <w:jc w:val="right"/>
      </w:pPr>
      <w:r>
        <w:t>ایک جس کو آپ کہتے ہیں پرافٹ نو کے زمانے میں۔ اب جو آگے آنے والا ہے۔ یعنی پرافٹ نو کے زمانے میں آپ جانتے ہیں کہ انسان کی جو پاپولیشن تھی، وہ بہت تھی لمیٹڈ ایریا میں تھی۔</w:t>
      </w:r>
    </w:p>
    <w:p>
      <w:r>
        <w:rPr>
          <w:b/>
        </w:rPr>
        <w:t xml:space="preserve">[24:29] </w:t>
      </w:r>
      <w:r>
        <w:t>jis ko kehte hain Mesopotamia. Sirf Mesopotamia thi. Tab ya Australia, Europe, America, yahan par koi population nahi thi us waqt.</w:t>
      </w:r>
    </w:p>
    <w:p>
      <w:pPr>
        <w:jc w:val="right"/>
      </w:pPr>
      <w:r>
        <w:t>جس کو کہتے ہیں میسوپوٹامیا۔ صرف میسوپوٹامیا تھی۔ تب یا آسٹریلیا، یورپ، امریکہ، یہاں پر کوئی پاپولیشن نہیں تھی اس وقت۔</w:t>
      </w:r>
    </w:p>
    <w:p>
      <w:r>
        <w:rPr>
          <w:b/>
        </w:rPr>
        <w:t xml:space="preserve">[24:40] </w:t>
      </w:r>
      <w:r>
        <w:t>wahan par kya hua? Khuda ne wahan basaya un ko Mesopotamia ke area mein. To wahan par prophet aaye.</w:t>
      </w:r>
    </w:p>
    <w:p>
      <w:pPr>
        <w:jc w:val="right"/>
      </w:pPr>
      <w:r>
        <w:t>وہاں پر کیا ہوا؟ خدا نے وہاں بسایا ان کو میسوپوٹامیا کے ایریا میں۔ تو وہاں پر پرافٹ آئے۔</w:t>
      </w:r>
    </w:p>
    <w:p>
      <w:r>
        <w:rPr>
          <w:b/>
        </w:rPr>
        <w:t xml:space="preserve">[24:51] </w:t>
      </w:r>
      <w:r>
        <w:t>un ko batane ke liye ke tum dunya mein kaise raho. Prophet ka maqsad hota hai aanay ka ke creation plan jo Khuda ka hai, us ko aa kar batana.</w:t>
      </w:r>
    </w:p>
    <w:p>
      <w:pPr>
        <w:jc w:val="right"/>
      </w:pPr>
      <w:r>
        <w:t>ان کو بتانے کے لیے کہ تم دنیا میں کیسے رہو۔ پرافٹ کا مقصد ہوتا ہے آنے کا کہ کریشن پلان جو خدا کا ہے، اس کو آ کر بتانا۔</w:t>
      </w:r>
    </w:p>
    <w:p>
      <w:r>
        <w:rPr>
          <w:b/>
        </w:rPr>
        <w:t xml:space="preserve">[25:01] </w:t>
      </w:r>
      <w:r>
        <w:t>sare prophet jo aaye hain, isi liye aaye hain ke prophet isi liye aaye hain ke woh creation plan jo hai Khuda ka, us ko batayein.</w:t>
      </w:r>
    </w:p>
    <w:p>
      <w:pPr>
        <w:jc w:val="right"/>
      </w:pPr>
      <w:r>
        <w:t>سارے پرافٹ جو آئے ہیں، اسی لیے آئے ہیں کہ پرافٹ اسی لیے آئے ہیں کہ وہ کریشن پلان جو ہے خدا کا، اس کو بتائیں۔</w:t>
      </w:r>
    </w:p>
    <w:p>
      <w:r>
        <w:rPr>
          <w:b/>
        </w:rPr>
        <w:t xml:space="preserve">[25:11] </w:t>
      </w:r>
      <w:r>
        <w:t>ke dunya mein insan ko kis tarah rehna hai aur kis tarah woh rahega to aagay ki zindagi us ki kamyab hogi. Lekin wahan par bigaad aaya.</w:t>
      </w:r>
    </w:p>
    <w:p>
      <w:pPr>
        <w:jc w:val="right"/>
      </w:pPr>
      <w:r>
        <w:t>کہ دنیا میں انسان کو کس طرح رہنا ہے اور کس طرح وہ رہے گا تو آگے کی زندگی اس کی کامیاب ہوگی۔ لیکن وہاں پر بگاڑ آیا۔</w:t>
      </w:r>
    </w:p>
    <w:p>
      <w:r>
        <w:rPr>
          <w:b/>
        </w:rPr>
        <w:t xml:space="preserve">[25:21] </w:t>
      </w:r>
      <w:r>
        <w:t>log bohat zyada yani corruption aa gaya un mein. Aur prophet ka unhone nahi mana. To wahan flood aaya.</w:t>
      </w:r>
    </w:p>
    <w:p>
      <w:pPr>
        <w:jc w:val="right"/>
      </w:pPr>
      <w:r>
        <w:t>لوگ بہت زیادہ یعنی کرپشن آ گیا ان میں۔ اور پرافٹ کا انہوں نے نہیں مانا۔ تو وہاں فلڈ آیا۔</w:t>
      </w:r>
    </w:p>
    <w:p>
      <w:r>
        <w:rPr>
          <w:b/>
        </w:rPr>
        <w:t xml:space="preserve">[25:32] </w:t>
      </w:r>
      <w:r>
        <w:t>yeh is flood ka zikr Bible mein hai aur Quran mein hai. Aur jo ark yani ark of Noah jo kahi jati hai, woh main ne parha hai ke woh yani jo mountain hai Turkey ke border par, Ararat jis ko kehte hain, to wahan barf ka pahad hai.</w:t>
      </w:r>
    </w:p>
    <w:p>
      <w:pPr>
        <w:jc w:val="right"/>
      </w:pPr>
      <w:r>
        <w:t>یہ اس فلڈ کا ذکر بائبل میں ہے اور قرآن میں ہے۔ اور جو آرک یعنی آرک آف نو جو کہی جاتی ہے، وہ میں نے پڑھا ہے کہ وہ یعنی جو ماؤنٹین ہے ٹرکی کے بارڈر پر، اراراج جس کو کہتے ہیں، تو وہاں برف کا پہاڑ ہے۔</w:t>
      </w:r>
    </w:p>
    <w:p>
      <w:r>
        <w:rPr>
          <w:b/>
        </w:rPr>
        <w:t xml:space="preserve">[25:52] </w:t>
      </w:r>
      <w:r>
        <w:t>us mein woh cheez phansi hui hai. To wahan par jo flood aaya, us flood mein us area ke sab log us mein doob kar mar gaye.</w:t>
      </w:r>
    </w:p>
    <w:p>
      <w:pPr>
        <w:jc w:val="right"/>
      </w:pPr>
      <w:r>
        <w:t>اس میں وہ چیز پھنسی ہوئی ہے۔ تو وہاں پر جو فلڈ آیا، اس فلڈ میں اس ایریا کے سب لوگ اس میں ڈوب کر مر گئے۔</w:t>
      </w:r>
    </w:p>
    <w:p>
      <w:r>
        <w:rPr>
          <w:b/>
        </w:rPr>
        <w:t xml:space="preserve">[26:02] </w:t>
      </w:r>
      <w:r>
        <w:t>sirf thore se log bache. Prophet Noah aur un ke followers. Phir un se aik dunya chali dobara. Un ke naam bataye gaye hain Sam, Ham, Yafath.</w:t>
      </w:r>
    </w:p>
    <w:p>
      <w:pPr>
        <w:jc w:val="right"/>
      </w:pPr>
      <w:r>
        <w:t>صرف تھوڑے سے لوگ بچے۔ پرافٹ نوک اور ان کے فالوورز۔ پھر ان سے ایک دنیا چلی دوبارہ۔ ان کے نام بتائے گئے ہیں سام، ہام، یافس۔</w:t>
      </w:r>
    </w:p>
    <w:p>
      <w:r>
        <w:rPr>
          <w:b/>
        </w:rPr>
        <w:t xml:space="preserve">[26:15] </w:t>
      </w:r>
      <w:r>
        <w:t>to un se phir chali. ab yeh chalti chalti aaj duniya ki tareekh aaj tak pohnchi hai. to main samajhta hoon ke ab doosra toofan aane wala hai.</w:t>
      </w:r>
    </w:p>
    <w:p>
      <w:pPr>
        <w:jc w:val="right"/>
      </w:pPr>
      <w:r>
        <w:t>تو ان سے پھر چلی۔ اب یہ چلتی چلتی آج دنیا کی تاریخ آج تک پہنچی ہے۔ تو میں سمجھتا ہوں کہ اب دوسرا طوفان آنے والا ہے۔</w:t>
      </w:r>
    </w:p>
    <w:p>
      <w:r>
        <w:rPr>
          <w:b/>
        </w:rPr>
        <w:t xml:space="preserve">[26:25] </w:t>
      </w:r>
      <w:r>
        <w:t>yani pehla toofan jo tha, us ne in logon ko khatam kiya tha jo mesopotamia mein rehte thay. aur kuch log is mein bacha liye gaye thay jo ke Khuda ke rastay par chal rahe thay.</w:t>
      </w:r>
    </w:p>
    <w:p>
      <w:pPr>
        <w:jc w:val="right"/>
      </w:pPr>
      <w:r>
        <w:t>یعنی پہلا طوفان جو تھا، اس نے ان لوگوں کو ختم کیا تھا جو میسوپوٹامیا میں رہتے تھے۔ اور کچھ لوگ اس میں بچا لیے گئے تھے جو کہ خدا کے راستے پر چل رہے تھے۔</w:t>
      </w:r>
    </w:p>
    <w:p>
      <w:r>
        <w:rPr>
          <w:b/>
        </w:rPr>
        <w:t xml:space="preserve">[26:39] </w:t>
      </w:r>
      <w:r>
        <w:t>jo Khuda ke tareeqay ko follow kar rahe thay. ab dobara main samajhta hoon ke ziyada bara toofan aane wala hai jo global hoga. global.</w:t>
      </w:r>
    </w:p>
    <w:p>
      <w:pPr>
        <w:jc w:val="right"/>
      </w:pPr>
      <w:r>
        <w:t>جو خدا کے طریقے کو فالو کر رہے تھے۔ اب دوبارہ میں سمجھتا ہوں کہ زیادہ بڑا طوفان آنے والا ہے جو گلوبل ہوگا۔ گلوبل۔</w:t>
      </w:r>
    </w:p>
    <w:p>
      <w:r>
        <w:rPr>
          <w:b/>
        </w:rPr>
        <w:t xml:space="preserve">[26:49] </w:t>
      </w:r>
      <w:r>
        <w:t>yani earthquake aayenge, flood aayenge. aur yeh pani aap dekhen, pollute ho raha hai.</w:t>
      </w:r>
    </w:p>
    <w:p>
      <w:pPr>
        <w:jc w:val="right"/>
      </w:pPr>
      <w:r>
        <w:t>یعنی ارتھ کویک آئیں گے، فلڈ آئیں گے۔ اور یہ پانی آپ دیکھیں، پلوٹ ہو رہا ہے۔</w:t>
      </w:r>
    </w:p>
    <w:p>
      <w:r>
        <w:rPr>
          <w:b/>
        </w:rPr>
        <w:t xml:space="preserve">[26:59] </w:t>
      </w:r>
      <w:r>
        <w:t>insect mar rahe hain. jitne fragile animal hain, jo bohat bara role in ka hai life support system ko baqi rakhne mein yahan par, woh bohat tezi se woh khatam ho rahe hain.</w:t>
      </w:r>
    </w:p>
    <w:p>
      <w:pPr>
        <w:jc w:val="right"/>
      </w:pPr>
      <w:r>
        <w:t>انسیکٹ مر رہے ہیں۔ جتنے فریجائل اینیمل ہیں، جو بہت بڑا رول ان کا ہے لائف سپورٹ سسٹم کو باقی رکھنے میں یہاں پر، وہ بہت تیزی سے وہ ختم ہو رہے ہیں۔</w:t>
      </w:r>
    </w:p>
    <w:p>
      <w:r>
        <w:rPr>
          <w:b/>
        </w:rPr>
        <w:t xml:space="preserve">[27:09] </w:t>
      </w:r>
      <w:r>
        <w:t>khatam ho rahe hain, khatam ho rahe hain. to kya hoga? bahar aap kahin ja nahin sakte. jaisa ke maine arz kiya ke bahar ke yani kisi planet par jo logon ne kaha tha ke wahan ja kar hum rahenge, to pehle to ek wahan to pani hai na kuch hai na kuch hai.</w:t>
      </w:r>
    </w:p>
    <w:p>
      <w:pPr>
        <w:jc w:val="right"/>
      </w:pPr>
      <w:r>
        <w:t>ختم ہو رہے ہیں، ختم ہو رہے ہیں۔ تو کیا ہوگا؟ باہر آپ کہیں جا نہیں سکتے۔ جیسا کہ میں نے عرض کیا کہ باہر کے یعنی کسی پلینٹ پر جو لوگوں نے کہا تھا کہ وہاں جا کر ہم رہیں گے، تو پہلے تو ایک وہاں تو پانی ہے نہ کچھ ہے نہ کچھ ہے۔</w:t>
      </w:r>
    </w:p>
    <w:p>
      <w:r>
        <w:rPr>
          <w:b/>
        </w:rPr>
        <w:t xml:space="preserve">[27:28] </w:t>
      </w:r>
      <w:r>
        <w:t>lekin agar aap ja rahe hain bhi aap ko kisi tareeqay se, to wahan is ka aap aap kaise saamna karenge? yani cosmic radiation ka.</w:t>
      </w:r>
    </w:p>
    <w:p>
      <w:pPr>
        <w:jc w:val="right"/>
      </w:pPr>
      <w:r>
        <w:t>لیکن اگر آپ جا رہے ہیں بھی آپ کو کسی طریقے سے، تو وہاں اس کا آپ آپ کیسے سامنا کریں گے؟ یعنی کاسمک ریڈی ایشن کا۔</w:t>
      </w:r>
    </w:p>
    <w:p>
      <w:r>
        <w:rPr>
          <w:b/>
        </w:rPr>
        <w:t xml:space="preserve">[27:37] </w:t>
      </w:r>
      <w:r>
        <w:t>zindagi nahin reh sakte hain is ko. to hamare liye koi option nahin is ke siwa ke hum Khuda ko pehchanen. Khuda ko pehchan kar ke is ke yani jo Khuda ne jo guideline di hai, us ko follow karen.</w:t>
      </w:r>
    </w:p>
    <w:p>
      <w:pPr>
        <w:jc w:val="right"/>
      </w:pPr>
      <w:r>
        <w:t>زندگی نہیں رہ سکتے ہیں اس کو۔ تو ہمارے لیے کوئی آپشن نہیں اس کے سوا کہ ہم خدا کو پہچانیں۔ خدا کو پہچان کر کے اس کے یعنی جو خدا نے جو گائیڈ لائن دی ہے، اس کو فالو کریں۔</w:t>
      </w:r>
    </w:p>
    <w:p>
      <w:r>
        <w:rPr>
          <w:b/>
        </w:rPr>
        <w:t xml:space="preserve">[27:52] </w:t>
      </w:r>
      <w:r>
        <w:t>taake hum is aane wale toofan se apne aap ko bacha saken. kyun ke countdown shuru ho chuka hai. jitni news aaj kal aa rahi hain global warming ke baray mein, woh sab goya countdown hai.</w:t>
      </w:r>
    </w:p>
    <w:p>
      <w:pPr>
        <w:jc w:val="right"/>
      </w:pPr>
      <w:r>
        <w:t>تاکہ ہم اس آنے والے طوفان سے اپنے آپ کو بچا سکیں۔ کیونکہ کاؤنٹ ڈاؤن شروع ہو چکا ہے۔ جتنی نیوز آج کل آ رہی ہیں گلوبل وارمنگ کے بارے میں، وہ سب گویا کاؤنٹ ڈاؤن ہے۔</w:t>
      </w:r>
    </w:p>
    <w:p>
      <w:r>
        <w:rPr>
          <w:b/>
        </w:rPr>
        <w:t xml:space="preserve">[28:07] </w:t>
      </w:r>
      <w:r>
        <w:t>hadees mein bataya gaya hai ke do nafkha ki baat kahi gayi hai. nafkha. nafkha kehte hain is ko yani blow karne ko, phoonkne ko.</w:t>
      </w:r>
    </w:p>
    <w:p>
      <w:pPr>
        <w:jc w:val="right"/>
      </w:pPr>
      <w:r>
        <w:t>حدیث میں بتایا گیا ہے کہ دو نفخہ کی بات کہی گئی ہے۔ نفخہ۔ نفخہ کہتے ہیں اس کو یعنی بلو کرنے کو، پھونکنے کو۔</w:t>
      </w:r>
    </w:p>
    <w:p>
      <w:r>
        <w:rPr>
          <w:b/>
        </w:rPr>
        <w:t xml:space="preserve">[28:17] </w:t>
      </w:r>
      <w:r>
        <w:t>do nafkha hoga aakhri zamanay mein. to ek nafkha jo hai, woh hoga warning blow. warning blow.</w:t>
      </w:r>
    </w:p>
    <w:p>
      <w:pPr>
        <w:jc w:val="right"/>
      </w:pPr>
      <w:r>
        <w:t>دو نفخہ ہوگا آخری زمانے میں۔ تو ایک نفخہ جو ہے، وہ ہوگا گا وارننگ بلو۔ وارننگ بلو۔</w:t>
      </w:r>
    </w:p>
    <w:p>
      <w:r>
        <w:rPr>
          <w:b/>
        </w:rPr>
        <w:t xml:space="preserve">[28:27] </w:t>
      </w:r>
      <w:r>
        <w:t>doosra nafkha hoga final blow. warning blow aur final blow. to warning blow jo hai, woh is liye hoga ke log jaag uthen, apne aap ko theek kar len.</w:t>
      </w:r>
    </w:p>
    <w:p>
      <w:pPr>
        <w:jc w:val="right"/>
      </w:pPr>
      <w:r>
        <w:t>دوسرا نفخہ ہوگا فائنل بلو۔ وارننگ بلو اور فائنل بلو۔ تو وارننگ بلو جو ہے، وہ اس لیے ہوگا کہ لوگ جاگ اٹھیں، اپنے آپ کو ٹھیک کر لیں۔</w:t>
      </w:r>
    </w:p>
    <w:p>
      <w:r>
        <w:rPr>
          <w:b/>
        </w:rPr>
        <w:t xml:space="preserve">[28:41] </w:t>
      </w:r>
      <w:r>
        <w:t>apne aap ko Khuda ke tareeqay par chalne lagen. taake woh pakar se bach jayen. to jo pehla blow hoga, woh warning blow hoga.</w:t>
      </w:r>
    </w:p>
    <w:p>
      <w:pPr>
        <w:jc w:val="right"/>
      </w:pPr>
      <w:r>
        <w:t>اپنے آپ کو خدا کے طریقے پر چلنے لگیں۔ تاکہ وہ پکڑ سے بچ جائیں۔ تو جو پہلا بلو ہوگا، وہ وارننگ بلو ہوگا۔</w:t>
      </w:r>
    </w:p>
    <w:p>
      <w:r>
        <w:rPr>
          <w:b/>
        </w:rPr>
        <w:t xml:space="preserve">[28:53] </w:t>
      </w:r>
      <w:r>
        <w:t>ab jo log ek ek logon ko thora sa ek ek chance diya jayega warning blow ke baad. is ke baad jab final blow hoga, to is ke baad duniya khatam kar di jayegi.</w:t>
      </w:r>
    </w:p>
    <w:p>
      <w:pPr>
        <w:jc w:val="right"/>
      </w:pPr>
      <w:r>
        <w:t>اب جو لوگ ایک ایک لوگوں کو تھوڑا سا ایک ایک چانس دیا جائے گا وارننگ بلو کے بعد۔ اس کے بعد جب فائنل بلو ہوگا، تو اس کے بعد دنیا ختم کر دی جائے گی۔</w:t>
      </w:r>
    </w:p>
    <w:p>
      <w:r>
        <w:rPr>
          <w:b/>
        </w:rPr>
        <w:t xml:space="preserve">[29:06] </w:t>
      </w:r>
      <w:r>
        <w:t>yeh bataya gaya hai. jo final blow hoga, is mein duniya khatam kar di jayegi.</w:t>
      </w:r>
    </w:p>
    <w:p>
      <w:pPr>
        <w:jc w:val="right"/>
      </w:pPr>
      <w:r>
        <w:t>یہ بتایا گیا ہے۔ جو فائنل بلو ہوگا، اس میں دنیا ختم کر دی جائے گی۔</w:t>
      </w:r>
    </w:p>
    <w:p>
      <w:r>
        <w:rPr>
          <w:b/>
        </w:rPr>
        <w:t xml:space="preserve">[29:16] </w:t>
      </w:r>
      <w:r>
        <w:t>to hamein ek meaningful explanation chahiye jo is waqt ho raha hai, is ki meaningful explanation chahiye hamein.</w:t>
      </w:r>
    </w:p>
    <w:p>
      <w:pPr>
        <w:jc w:val="right"/>
      </w:pPr>
      <w:r>
        <w:t>تو ہمیں ایک میننگ فل ایکسپلینیشن چاہیے۔ جو اس وقت ہو رہا ہے، اس کی میننگ فل ایکسپلینیشن چاہیے ہمیں۔</w:t>
      </w:r>
    </w:p>
    <w:p>
      <w:r>
        <w:rPr>
          <w:b/>
        </w:rPr>
        <w:t xml:space="preserve">[29:31] </w:t>
      </w:r>
      <w:r>
        <w:t>to dekhen, ek yeh hai ke aap yeh manen. aap yeh manen ke aap yeh manen ke bas yahi zindagi thi.</w:t>
      </w:r>
    </w:p>
    <w:p>
      <w:pPr>
        <w:jc w:val="right"/>
      </w:pPr>
      <w:r>
        <w:t>تو دیکھیے، ایک یہ ہے کہ آپ یہ مانیں۔ آپ یہ مانیں کہ آپ یہ مانیں کہ بس یہی زندگی تھی۔</w:t>
      </w:r>
    </w:p>
    <w:p>
      <w:r>
        <w:rPr>
          <w:b/>
        </w:rPr>
        <w:t xml:space="preserve">[29:41] </w:t>
      </w:r>
      <w:r>
        <w:t>right here, right now ka jo philosophy aaj kal chali hui hai, yahi zindagi thi. mar gaye, khatam. mar gaye, khatam. ek yeh hai. lekin yeh meaningful explanation nahin hai yeh.</w:t>
      </w:r>
    </w:p>
    <w:p>
      <w:pPr>
        <w:jc w:val="right"/>
      </w:pPr>
      <w:r>
        <w:t>رائٹ ہیر، رائٹ ناو کا جو فلاسفی آج کل چلی ہوئی ہے، یہی زندگی تھی۔ مر گئے، ختم۔ مر گئے، ختم۔ ایک یہ ہے۔ لیکن یہ میننگ فل ایکسپریشن نہیں ہے یہ۔</w:t>
      </w:r>
    </w:p>
    <w:p>
      <w:r>
        <w:rPr>
          <w:b/>
        </w:rPr>
        <w:t xml:space="preserve">[29:54] </w:t>
      </w:r>
      <w:r>
        <w:t>is liye ke dekhen, aap insan ko dekhen. insan itnay saray desire le kar paida hota hai. is desire ka fulfillment nahin milta hai duniya mein.</w:t>
      </w:r>
    </w:p>
    <w:p>
      <w:pPr>
        <w:jc w:val="right"/>
      </w:pPr>
      <w:r>
        <w:t>اس لیے کہ دیکھیے، آپ انسان کو دیکھیے۔ انسان اتنے سارے ڈیزائر لے کر پیدا ہوتا ہے۔ اس ڈیزائر کا فلفل برڈ نہیں ملتا ہے دنیا میں۔</w:t>
      </w:r>
    </w:p>
    <w:p>
      <w:r>
        <w:rPr>
          <w:b/>
        </w:rPr>
        <w:t xml:space="preserve">[30:05] </w:t>
      </w:r>
      <w:r>
        <w:t>aap sochiye ke aadmi chahta hai ke main duniya mein sukh ke sath rahoon. hamesha rahoon. mujhe koi problem na ho.</w:t>
      </w:r>
    </w:p>
    <w:p>
      <w:pPr>
        <w:jc w:val="right"/>
      </w:pPr>
      <w:r>
        <w:t>آپ سوچیے کہ آدمی چاہتا ہے کہ میں دنیا میں سکھ کے ساتھ رہوں۔ ہمیشہ رہوں۔ مجھے کوئی پرابلم نہ ہو۔</w:t>
      </w:r>
    </w:p>
    <w:p>
      <w:r>
        <w:rPr>
          <w:b/>
        </w:rPr>
        <w:t xml:space="preserve">[30:16] </w:t>
      </w:r>
      <w:r>
        <w:t>lekin chahe poor aadmi ho ya rich aadmi ho. aap dekhen, kisi ko bhi duniya mein sukh nahin. sab log tension mein jeete hain. sab log stress mein jeete hain.</w:t>
      </w:r>
    </w:p>
    <w:p>
      <w:pPr>
        <w:jc w:val="right"/>
      </w:pPr>
      <w:r>
        <w:t>لیکن چاہے اوور آدمی ہو یا رچ آدمی ہو۔ آپ دیکھیے، کسی کو بھی دنیا میں سکھ نہیں۔ سب لوگ ٹینشن میں جیتے ہیں۔ سب لوگ اسٹریس میں جیتے ہیں۔</w:t>
      </w:r>
    </w:p>
    <w:p>
      <w:r>
        <w:rPr>
          <w:b/>
        </w:rPr>
        <w:t xml:space="preserve">[30:26] </w:t>
      </w:r>
      <w:r>
        <w:t>sab ko bimariyan lag jati hain. sab ka accident kahin hota hai. aur phir aakhir mein mar jate hain. to unlimited desire le kar paida hua insan.</w:t>
      </w:r>
    </w:p>
    <w:p>
      <w:pPr>
        <w:jc w:val="right"/>
      </w:pPr>
      <w:r>
        <w:t>سب کو بیماریاں لگ جاتی ہیں۔ سب کا ایکسیڈنٹ کہیں ہوتا ہے۔ اور پھر آخر میں مر جاتے ہیں۔ تو ان لمیٹڈ ڈیزائر لے کر پیدا ہوا انسان۔</w:t>
      </w:r>
    </w:p>
    <w:p>
      <w:r>
        <w:rPr>
          <w:b/>
        </w:rPr>
        <w:t xml:space="preserve">[30:35] </w:t>
      </w:r>
      <w:r>
        <w:t>aur sirf limited desire us ki poori hui thi ke duniya se chala gaya. fulfillment nahin mila us ko. to yeh yeh jo explanation hai ke bas thoray din jeena hai to ab mar jana hai, is mein aap bataiye ke hamari jo desires hain, un ko fulfillment nahin mil raha yahan par, to yeh kaise aap keh sakte hain ke yeh meaningful explanation hai yeh?</w:t>
      </w:r>
    </w:p>
    <w:p>
      <w:pPr>
        <w:jc w:val="right"/>
      </w:pPr>
      <w:r>
        <w:t>اور صرف لمیٹڈ ڈیزائر اس کی پوری ہوئی تھی کہ دنیا سے چلا گیا۔ فلفل برڈ نہیں ملا اس کو۔ تو یہ یہ جو ایکسپلینیشن ہے کہ بس تھوڑے دن جینا ہے تو اب مر جانا ہے، اس میں آپ بتائیے کہ ہماری جو ڈیزائرز ہیں، ان کو فلفل برڈ نہیں مل رہا یہاں پر، تو یہ کیسے آپ کہہ سکتے ہیں کہ یہ میننگ فل ایکسپلینیشن ہے یہ؟</w:t>
      </w:r>
    </w:p>
    <w:p>
      <w:r>
        <w:rPr>
          <w:b/>
        </w:rPr>
        <w:t xml:space="preserve">[30:59] </w:t>
      </w:r>
      <w:r>
        <w:t>meaningful explanation wahi ho sakta hai jis mein hamari jis mein hum ko fulfillment mile.</w:t>
      </w:r>
    </w:p>
    <w:p>
      <w:pPr>
        <w:jc w:val="right"/>
      </w:pPr>
      <w:r>
        <w:t>میننگ فل ایکسپلینیشن وہی ہو سکتا ہے جس میں ہماری جس میں ہم کو فلفل برڈ ملے۔</w:t>
      </w:r>
    </w:p>
    <w:p>
      <w:r>
        <w:rPr>
          <w:b/>
        </w:rPr>
        <w:t xml:space="preserve">[31:12] </w:t>
      </w:r>
      <w:r>
        <w:t>ke duniya mein har cheez jo hai, woh limited way mein hai. insan jo hai, unlimited desire ke sath paida hota hai.</w:t>
      </w:r>
    </w:p>
    <w:p>
      <w:pPr>
        <w:jc w:val="right"/>
      </w:pPr>
      <w:r>
        <w:t>کہ دنیا میں ہر چیز جو ہے، وہ لمیٹڈ وے میں ہے۔ انسان جو ہے، ان لمیٹڈ ڈیزائر کے ساتھ پیدا ہوتا ہے۔</w:t>
      </w:r>
    </w:p>
    <w:p>
      <w:r>
        <w:rPr>
          <w:b/>
        </w:rPr>
        <w:t xml:space="preserve">[31:22] </w:t>
      </w:r>
      <w:r>
        <w:t>lekin sirf limited had mein is ki desire poori hoti hain. kyunke meri meri desire to unlimited hain. duniya limited hai.yeh kitna bara contradiction hai.</w:t>
      </w:r>
    </w:p>
    <w:p>
      <w:pPr>
        <w:jc w:val="right"/>
      </w:pPr>
      <w:r>
        <w:t>لیکن صرف لمیٹڈ حد میں اس کی ڈیزائر پوری ہوتی ہیں۔ کیونکہ میری میری ڈیزائر تو ان لمیٹڈ ہیں۔ دنیا لمیٹڈ ہے۔ یہ کتنا بڑا کنٹراڈکشن ہے۔</w:t>
      </w:r>
    </w:p>
    <w:p>
      <w:r>
        <w:rPr>
          <w:b/>
        </w:rPr>
        <w:t xml:space="preserve">[31:35] </w:t>
      </w:r>
      <w:r>
        <w:t>meaningful explanation woh hai jo is contradiction ko no bata sake, is ka is ka koi hal bata sake.</w:t>
      </w:r>
    </w:p>
    <w:p>
      <w:pPr>
        <w:jc w:val="right"/>
      </w:pPr>
      <w:r>
        <w:t>میننگ فل ایکسپلینیشن وہ ہے جو اس کنٹراڈکشن کو نو بتا سکے، اس کا اس کا کوئی حل بتا سکے۔</w:t>
      </w:r>
    </w:p>
    <w:p>
      <w:r>
        <w:rPr>
          <w:b/>
        </w:rPr>
        <w:t xml:space="preserve">[31:46] </w:t>
      </w:r>
      <w:r>
        <w:t>jis explanation mein insan ko fulfillment ka yani jo is ka question hai, woh solve na ho, woh mein kahunga ke woh koi meaningful explanation nahi hai.</w:t>
      </w:r>
    </w:p>
    <w:p>
      <w:pPr>
        <w:jc w:val="right"/>
      </w:pPr>
      <w:r>
        <w:t>جس ایکسپلینیشن میں انسان کو فلفلمنٹ کا یعنی جو اس کا کوئسچن ہے، وہ سالو نہ ہو، وہ میں کہوں گا کہ وہ کوئی میننگ فل ایکسپلینیشن نہیں ہے۔</w:t>
      </w:r>
    </w:p>
    <w:p>
      <w:r>
        <w:rPr>
          <w:b/>
        </w:rPr>
        <w:t xml:space="preserve">[32:02] </w:t>
      </w:r>
      <w:r>
        <w:t>doosri baat dekhiye, yeh hai ke duniya mein hum dekhte hain ke log exploitation karte hain, zulm karte hain, bare bare crimes karte hain aur mar jate hain.</w:t>
      </w:r>
    </w:p>
    <w:p>
      <w:pPr>
        <w:jc w:val="right"/>
      </w:pPr>
      <w:r>
        <w:t>دوسری بات دیکھیے، یہ ہے کہ دنیا میں ہم دیکھتے ہیں کہ لوگ ایکسپلائٹیشن کرتے ہیں، ظلم کرتے ہیں، بڑے بڑے کرائمز کرتے ہیں اور مر جاتے ہیں۔</w:t>
      </w:r>
    </w:p>
    <w:p>
      <w:r>
        <w:rPr>
          <w:b/>
        </w:rPr>
        <w:t xml:space="preserve">[32:17] </w:t>
      </w:r>
      <w:r>
        <w:t>to insan chahta hai ke in ke sath justice kiya jaye.insan ka consciousness, insan ka yeh jo jo nature hai, woh chahti hai ke logon ke sath justice ho.</w:t>
      </w:r>
    </w:p>
    <w:p>
      <w:pPr>
        <w:jc w:val="right"/>
      </w:pPr>
      <w:r>
        <w:t>تو انسان چاہتا ہے کہ ان کے ساتھ جسٹس کیا جائے۔ انسان کا کانشیسنس، انسان کا یہ جو جو نیچر ہے، وہ چاہتی ہے کہ لوگوں کے ساتھ جسٹس ہو۔</w:t>
      </w:r>
    </w:p>
    <w:p>
      <w:r>
        <w:rPr>
          <w:b/>
        </w:rPr>
        <w:t xml:space="preserve">[32:30] </w:t>
      </w:r>
      <w:r>
        <w:t>bare bare crime kar ke aadmi woh duniya mein chala jata hai.aur koi is ka pakar nahi hoti.</w:t>
      </w:r>
    </w:p>
    <w:p>
      <w:pPr>
        <w:jc w:val="right"/>
      </w:pPr>
      <w:r>
        <w:t>بڑے بڑے کرائم کر کے آدمی وہ دنیا میں چلا جاتا ہے۔ اور کوئی اس کا پکڑ نہیں ہوتی۔</w:t>
      </w:r>
    </w:p>
    <w:p>
      <w:r>
        <w:rPr>
          <w:b/>
        </w:rPr>
        <w:t xml:space="preserve">[32:38] </w:t>
      </w:r>
      <w:r>
        <w:t>koi is ka punishment nahi hota.doosri taraf aap dekhte hain ke bohat se log jo duniya mein yani honest zindagi guzarte hain aur sachai par rehte hain, aur un ko museebatein pesh aati hain.</w:t>
      </w:r>
    </w:p>
    <w:p>
      <w:pPr>
        <w:jc w:val="right"/>
      </w:pPr>
      <w:r>
        <w:t>کوئی اس کا پنشمنٹ نہیں ہوتا۔ دوسری طرف آپ دیکھتے ہیں کہ بہت سے لوگ جو دنیا میں یعنی اونسٹ زندگی گزارتے ہیں اور سچائی پر رہتے ہیں، اور ان کو مصیبتیں پیش آتی ہیں۔</w:t>
      </w:r>
    </w:p>
    <w:p>
      <w:r>
        <w:rPr>
          <w:b/>
        </w:rPr>
        <w:t xml:space="preserve">[32:51] </w:t>
      </w:r>
      <w:r>
        <w:t>ke sachai par rehne walon ko museebatein, aur jo log corrupt hain, exploiter hain, un ko sab saman akatha kar lete hain.</w:t>
      </w:r>
    </w:p>
    <w:p>
      <w:pPr>
        <w:jc w:val="right"/>
      </w:pPr>
      <w:r>
        <w:t>کہ سچائی پر رہنے والوں کو مصیبتیں، اور جو لوگ کرپٹ ہیں، ایکسپلائٹر ہیں، ان کو سب سامان اکٹھا کر لیتے ہیں۔</w:t>
      </w:r>
    </w:p>
    <w:p>
      <w:r>
        <w:rPr>
          <w:b/>
        </w:rPr>
        <w:t xml:space="preserve">[33:01] </w:t>
      </w:r>
      <w:r>
        <w:t>woh power bhi, wealth bhi, sab kuch.to insan ka consciousness chahta hai ke in logon ko reward mile jinhon ne sachai ke liye yeh duniya mein museebat sahi.</w:t>
      </w:r>
    </w:p>
    <w:p>
      <w:pPr>
        <w:jc w:val="right"/>
      </w:pPr>
      <w:r>
        <w:t>وہ پاور بھی، ویلتھ بھی، سب کچھ۔ تو انسان کا کانشیسنس چاہتا ہے کہ ان لوگوں کو ریوارڈ ملے جنہوں نے سچائی کے لیے یہ دنیا میں مصیبت سہی۔</w:t>
      </w:r>
    </w:p>
    <w:p>
      <w:r>
        <w:rPr>
          <w:b/>
        </w:rPr>
        <w:t xml:space="preserve">[33:13] </w:t>
      </w:r>
      <w:r>
        <w:t>in logon ko punishment mile jinhon ne apne yani apne personal apne interest ke liye lakhon lakh insanon ko maar dala.</w:t>
      </w:r>
    </w:p>
    <w:p>
      <w:pPr>
        <w:jc w:val="right"/>
      </w:pPr>
      <w:r>
        <w:t>ان لوگوں کو پنشمنٹ ملے جنہوں نے اپنے یعنی اپنے پرسنل اپنے انٹرسٹ کے لیے لاکھوں لاکھ انسانوں کو مار ڈالا۔</w:t>
      </w:r>
    </w:p>
    <w:p>
      <w:r>
        <w:rPr>
          <w:b/>
        </w:rPr>
        <w:t xml:space="preserve">[33:27] </w:t>
      </w:r>
      <w:r>
        <w:t>to aap jo explanation is dein, is mein is is ka bhi answer hona chahiye.to jo log yeh kehte hain ke bas jeena hai kuch din, is ka mar jana hai, to is mein kahan is ka explanation mila?</w:t>
      </w:r>
    </w:p>
    <w:p>
      <w:pPr>
        <w:jc w:val="right"/>
      </w:pPr>
      <w:r>
        <w:t>تو آپ جو ایکسپلینیشن اس دیں، اس میں اس اس کا بھی آنسر ہونا چاہیے۔ تو جو لوگ یہ کہتے ہیں کہ بس جینا ہے کچھ دن، اس کا مر جانا ہے، تو اس میں کہاں اس کا ایکسپلینیشن ملا؟</w:t>
      </w:r>
    </w:p>
    <w:p>
      <w:r>
        <w:rPr>
          <w:b/>
        </w:rPr>
        <w:t xml:space="preserve">[33:43] </w:t>
      </w:r>
      <w:r>
        <w:t>kahan mila?to justice ka jo aadmi ke andar jo consciousness mein chupa hua hai ke justice milna chahiye, to woh to poora nahi hua.</w:t>
      </w:r>
    </w:p>
    <w:p>
      <w:pPr>
        <w:jc w:val="right"/>
      </w:pPr>
      <w:r>
        <w:t>کہاں ملا؟ تو جسٹس کا جو آدمی کے اندر جو کانشیسنس میں چھپا ہوا ہے کہ جسٹس ملنا چاہیے، تو وہ تو پورا نہیں ہوا۔</w:t>
      </w:r>
    </w:p>
    <w:p>
      <w:r>
        <w:rPr>
          <w:b/>
        </w:rPr>
        <w:t xml:space="preserve">[33:57] </w:t>
      </w:r>
      <w:r>
        <w:t>to mein yeh kahunga ke yeh yeh jo is waqt ho raha hai global warming ka mamla, is ka bare mein yeh baat to tay hai ke ab duniya end ki taraf ja rahi hai.</w:t>
      </w:r>
    </w:p>
    <w:p>
      <w:pPr>
        <w:jc w:val="right"/>
      </w:pPr>
      <w:r>
        <w:t>تو میں یہ کہوں گا کہ یہ یہ جو اس وقت ہو رہا ہے گلوبل وارمنگ کا معاملہ، اس کا بارے میں یہ بات تو طے ہے کہ اب دنیا اینڈ کی طرف جا رہی ہے۔</w:t>
      </w:r>
    </w:p>
    <w:p>
      <w:r>
        <w:rPr>
          <w:b/>
        </w:rPr>
        <w:t xml:space="preserve">[34:10] </w:t>
      </w:r>
      <w:r>
        <w:t>is mein koi do rai nahi hai.kyunke scientific community yeh keh rahi hai ke yeh yeh yeh jo process hai, yeh irreversible hai.</w:t>
      </w:r>
    </w:p>
    <w:p>
      <w:pPr>
        <w:jc w:val="right"/>
      </w:pPr>
      <w:r>
        <w:t>اس میں کوئی دو رائے نہیں ہے۔ کیونکہ سائنٹیفک کمیونٹی یہ کہہ رہی ہے کہ یہ یہ یہ جو پروسیس ہے، یہ اریورسیبل ہے۔</w:t>
      </w:r>
    </w:p>
    <w:p>
      <w:r>
        <w:rPr>
          <w:b/>
        </w:rPr>
        <w:t xml:space="preserve">[34:19] </w:t>
      </w:r>
      <w:r>
        <w:t>irreversible.sare aap ko pata hai ke yani sari duniya ke scientist akatha hue aur unhon ne is ka study ki.</w:t>
      </w:r>
    </w:p>
    <w:p>
      <w:pPr>
        <w:jc w:val="right"/>
      </w:pPr>
      <w:r>
        <w:t>اریورسیبل۔ سارے آپ کو پتہ ہے کہ یعنی ساری دنیا کے سائنٹسٹ اکٹھا ہوئے اور انہوں نے اس کا اسٹڈی کی۔</w:t>
      </w:r>
    </w:p>
    <w:p>
      <w:r>
        <w:rPr>
          <w:b/>
        </w:rPr>
        <w:t xml:space="preserve">[34:31] </w:t>
      </w:r>
      <w:r>
        <w:t>ek saal tak yeh study jari rahi.woh jo chupi hai.to sare scientist union musli yeh keh rahe hain ke yeh irreversible hai.</w:t>
      </w:r>
    </w:p>
    <w:p>
      <w:pPr>
        <w:jc w:val="right"/>
      </w:pPr>
      <w:r>
        <w:t>ایک سال تک یہ اسٹڈی جاری رہی۔ وہ جو چھپی ہے۔ تو سارے سائنٹسٹ یونین مسلی یہ کہہ رہے ہیں کہ یہ اریورسیبل ہے۔</w:t>
      </w:r>
    </w:p>
    <w:p>
      <w:r>
        <w:rPr>
          <w:b/>
        </w:rPr>
        <w:t xml:space="preserve">[34:42] </w:t>
      </w:r>
      <w:r>
        <w:t>to is ka matlab hai ke end to aanay aana hai.end ko aap rok nahi sakte.to ab hamara jo hai, hamein jo karna hai, woh yeh hai ke hum is ka explanation dhoondhein.</w:t>
      </w:r>
    </w:p>
    <w:p>
      <w:pPr>
        <w:jc w:val="right"/>
      </w:pPr>
      <w:r>
        <w:t>تو اس کا معنی ہے کہ اینڈ تو آنے آنا ہے۔ اینڈ کو آپ روک نہیں سکتے۔ تو اب ہمارا جو ہے، ہمیں جو کرنا ہے، وہ یہ ہے کہ ہم اس کا ایکسپلینیشن ڈھونڈیں۔</w:t>
      </w:r>
    </w:p>
    <w:p>
      <w:r>
        <w:rPr>
          <w:b/>
        </w:rPr>
        <w:t xml:space="preserve">[34:54] </w:t>
      </w:r>
      <w:r>
        <w:t>to mein samajhta hoon explanation wahi sahi ho sakta hai jis mein hum fulfill bird milta ho.fulfill bird agar nahi milta hai hamein, to woh explanation meaningful explanation nahi kaha jayega.</w:t>
      </w:r>
    </w:p>
    <w:p>
      <w:pPr>
        <w:jc w:val="right"/>
      </w:pPr>
      <w:r>
        <w:t>تو میں سمجھتا ہوں ایکسپلینیشن وہی صحیح ہو سکتا ہے جس میں ہم فلفل برڈ ملتا ہو۔ فلفل برڈ اگر نہیں ملتا ہے ہمیں، تو وہ ایکسپلینیشن میننگ فل ایکسپلینیشن نہیں کہا جائے گا۔</w:t>
      </w:r>
    </w:p>
    <w:p>
      <w:r>
        <w:rPr>
          <w:b/>
        </w:rPr>
        <w:t xml:space="preserve">[35:06] </w:t>
      </w:r>
      <w:r>
        <w:t>jis mein justice hota ho.jis mein justice na hota ho, to woh explanation ko meaningful explanation nahi kaha jayega.aap dekhiye, har insan chahta hai ke mujhe eternal life mile.</w:t>
      </w:r>
    </w:p>
    <w:p>
      <w:pPr>
        <w:jc w:val="right"/>
      </w:pPr>
      <w:r>
        <w:t>جس میں جسٹس ہوتا ہو۔ جس میں جسٹس نہ ہوتا ہو، تو وہ ایکسپلینیشن کو میننگ فل ایکسپلینیشن نہیں کہا جائے گا۔ آپ دیکھیے، ہر انسان چاہتا ہے کہ مجھے ایٹرنل لائف ملے۔</w:t>
      </w:r>
    </w:p>
    <w:p>
      <w:r>
        <w:rPr>
          <w:b/>
        </w:rPr>
        <w:t xml:space="preserve">[35:21] </w:t>
      </w:r>
      <w:r>
        <w:t>yani DNA jo hai, mein aap ko yaad dilaoonga ke DNA jo ki jo discovery hui hai, to DNA ek yani mein sari baatein hoti hain.</w:t>
      </w:r>
    </w:p>
    <w:p>
      <w:pPr>
        <w:jc w:val="right"/>
      </w:pPr>
      <w:r>
        <w:t>یعنی ڈی این اے جو ہے، میں آپ کو یاد دلاؤں گا کہ ڈی این اے جو کی جو ڈسکوری ہوئی ہے، تو ڈی این اے ایک یعنی میں ساری باتیں ہوتی ہیں۔</w:t>
      </w:r>
    </w:p>
    <w:p>
      <w:r>
        <w:rPr>
          <w:b/>
        </w:rPr>
        <w:t xml:space="preserve">[35:34] </w:t>
      </w:r>
      <w:r>
        <w:t>sari baatein.yani mein kaise bolunga, mein kaise dekhoonga, mein kaise chalunga, mere face par kahan dhabba hoga, kahan dhabba nahi hoga, mere baal kaise honge, ek ek cheez jo hai DNA mein likhi hui hai.</w:t>
      </w:r>
    </w:p>
    <w:p>
      <w:pPr>
        <w:jc w:val="right"/>
      </w:pPr>
      <w:r>
        <w:t>ساری باتیں۔ یعنی میں کیسے بولوں گا، میں کیسے دیکھوں گا، میں کیسے چلوں گا، میرے فیس پر کہاں دھبہ ہوگا، کہاں دھبہ نہیں ہوگا، میرے بال کیسے ہوں گے، ایک ایک چیز جو ہے ڈی این اے میں لکھی ہوئی ہے۔</w:t>
      </w:r>
    </w:p>
    <w:p>
      <w:r>
        <w:rPr>
          <w:b/>
        </w:rPr>
        <w:t xml:space="preserve">[35:48] </w:t>
      </w:r>
      <w:r>
        <w:t>sirf ek cheez hai jo DNA mein nahi hai, woh hai death.yani death is an unknown to DNA.kaisi ajeeb</w:t>
      </w:r>
    </w:p>
    <w:p>
      <w:pPr>
        <w:jc w:val="right"/>
      </w:pPr>
      <w:r>
        <w:t>صرف ایک چیز ہے جو ڈی این اے میں نہیں ہے، وہ ہے ڈیتھ۔ یعنی ڈیتھ از ان نون ٹو ڈی این اے۔ کیسی عجیب</w:t>
      </w:r>
    </w:p>
    <w:p>
      <w:r>
        <w:rPr>
          <w:b/>
        </w:rPr>
        <w:t xml:space="preserve">[35:57] </w:t>
      </w:r>
      <w:r>
        <w:t>baat hai.aap sochiye zara is ko.ke har insan ki jo personality hai, woh kaise bolega, jis jo aap ke bolne ka jo tone hota hai, woh bhi is mein likha hua hai.</w:t>
      </w:r>
    </w:p>
    <w:p>
      <w:pPr>
        <w:jc w:val="right"/>
      </w:pPr>
      <w:r>
        <w:t>بات ہے۔ آپ سوچیے ذرا اس کو۔ کہ ہر انسان کی جو پرسنیلٹی ہے، وہ کیسے بولے گا، جس جو آپ کے بولنے کا جو ٹون ہوتا ہے، وہ بھی اس میں لکھا ہوا ہے۔</w:t>
      </w:r>
    </w:p>
    <w:p>
      <w:r>
        <w:rPr>
          <w:b/>
        </w:rPr>
        <w:t xml:space="preserve">[36:10] </w:t>
      </w:r>
      <w:r>
        <w:t>yeh to established ho chuki hai yeh cheez ke DNA mein sari cheezein.yani Britannica ke jo jildein hain, to pachas Britannica ke barabar is mein sari baatein maujood hoti hain.</w:t>
      </w:r>
    </w:p>
    <w:p>
      <w:pPr>
        <w:jc w:val="right"/>
      </w:pPr>
      <w:r>
        <w:t>یہ تو اسٹیبلش ہو چکی ہے یہ چیز کہ ڈی این اے میں ساری چیزیں۔ یعنی بیٹینیکا کے جو جلدیں ہیں، تو پچاس بیٹینیکا کے برابر اس میں ساری باتیں موجود ہوتی ہیں۔</w:t>
      </w:r>
    </w:p>
    <w:p>
      <w:r>
        <w:rPr>
          <w:b/>
        </w:rPr>
        <w:t xml:space="preserve">[36:24] </w:t>
      </w:r>
      <w:r>
        <w:t>ek ek ek insan ke DNA mein.to sab kuch, sab kuch, sab kuch, sab kuch.lekin ek hi cheez miss kar rahi hai, woh death.</w:t>
      </w:r>
    </w:p>
    <w:p>
      <w:pPr>
        <w:jc w:val="right"/>
      </w:pPr>
      <w:r>
        <w:t>ایک ایک ایک انسان کے ڈی این اے میں۔ تو سب کچھ، سب کچھ، سب کچھ، سب کچھ۔ لیکن ایک ہی چیز مس کر رہی ہے، وہ ڈیتھ۔</w:t>
      </w:r>
    </w:p>
    <w:p>
      <w:r>
        <w:rPr>
          <w:b/>
        </w:rPr>
        <w:t xml:space="preserve">[36:35] </w:t>
      </w:r>
      <w:r>
        <w:t>to goya dna yeh witness hai dna ki ke insaan eternal hai. marne wala nahi hai. kaisi ajeeb baat hai.</w:t>
      </w:r>
    </w:p>
    <w:p>
      <w:pPr>
        <w:jc w:val="right"/>
      </w:pPr>
      <w:r>
        <w:t>تو گویا ڈی این اے یہ وٹنس ہے ڈی این اے کی کہ انسان ایٹرنل ہے۔ مرنے والا نہیں ہے۔ کیسی عجیب بات ہے۔</w:t>
      </w:r>
    </w:p>
    <w:p>
      <w:r>
        <w:rPr>
          <w:b/>
        </w:rPr>
        <w:t xml:space="preserve">[36:46] </w:t>
      </w:r>
      <w:r>
        <w:t>yani DNA is DNA is and it is a witness that man is eternal being. Aap kaise is ko deny karenge aap?</w:t>
      </w:r>
    </w:p>
    <w:p>
      <w:pPr>
        <w:jc w:val="right"/>
      </w:pPr>
      <w:r>
        <w:t>یعنی ڈی این اے از ڈی این اے از اینڈ اٹ از ا وٹنس دیٹ مین از ایٹرنل بینگ۔ آپ کیسے اس کو ڈینائی کریں گے آپ؟</w:t>
      </w:r>
    </w:p>
    <w:p>
      <w:r>
        <w:rPr>
          <w:b/>
        </w:rPr>
        <w:t xml:space="preserve">[36:56] </w:t>
      </w:r>
      <w:r>
        <w:t>is ka bhi explanation milna chahiye. yani dna ka jo yeh witness hai, dna ki jo discovery hai, is ka bhi explanation milna chahiye is mein ke hum yani jo end aa raha hai,</w:t>
      </w:r>
    </w:p>
    <w:p>
      <w:pPr>
        <w:jc w:val="right"/>
      </w:pPr>
      <w:r>
        <w:t>اس کا بھی ایکسپلینیشن ملنا چاہیے۔ یعنی ڈی این اے کا جو یہ وٹنس ہے، ڈی این اے کی جو ڈسکوری ہے، اس کا بھی ایکسپلینیشن ملنا چاہیے اس میں کہ ہم یعنی جو اینڈ آ رہا ہے،</w:t>
      </w:r>
    </w:p>
    <w:p>
      <w:r>
        <w:rPr>
          <w:b/>
        </w:rPr>
        <w:t xml:space="preserve">[37:09] </w:t>
      </w:r>
      <w:r>
        <w:t>is ke is ka mamla kya hoga? kaise aap ignore karenge is ko? kaise aap ignore karenge? jab dna keh rahi hai ke death aap ke liye hai nahi, to aap kahenge ke nahi, main mara to khatam.</w:t>
      </w:r>
    </w:p>
    <w:p>
      <w:pPr>
        <w:jc w:val="right"/>
      </w:pPr>
      <w:r>
        <w:t>اس کے اس کا معاملہ کیا ہوگا؟ کیسے آپ اگنور کریں گے اس کو؟ کیسے آپ اگنور کریں گے؟ جب ڈی این اے کہہ رہی ہے کہ ڈیتھ آپ کے لیے ہے نہیں، تو آپ کہیں کہ نہیں، میں مرا تو ختم۔</w:t>
      </w:r>
    </w:p>
    <w:p>
      <w:r>
        <w:rPr>
          <w:b/>
        </w:rPr>
        <w:t xml:space="preserve">[37:23] </w:t>
      </w:r>
      <w:r>
        <w:t>to yeh aap kaise keh sakte hain aisa? aisa kehna bilkul unscientific hoga. dekhiye, yaad rakhiye, is duniya mein hamare paas jo sab se bara source hai ilm ka, woh hai science.</w:t>
      </w:r>
    </w:p>
    <w:p>
      <w:pPr>
        <w:jc w:val="right"/>
      </w:pPr>
      <w:r>
        <w:t>تو یہ آپ کیسے کہہ سکتے ہیں ایسا؟ ایسا کہنا بالکل ان سائنٹیفک ہوگا۔ دیکھیے، یاد رکھیے، اس دنیا میں ہمارے پاس جو سب سے بڑا سورس ہے علم کا، وہ ہے سائنس۔</w:t>
      </w:r>
    </w:p>
    <w:p>
      <w:r>
        <w:rPr>
          <w:b/>
        </w:rPr>
        <w:t xml:space="preserve">[37:39] </w:t>
      </w:r>
      <w:r>
        <w:t>science.</w:t>
      </w:r>
    </w:p>
    <w:p>
      <w:pPr>
        <w:jc w:val="right"/>
      </w:pPr>
      <w:r>
        <w:t>سائنس۔</w:t>
      </w:r>
    </w:p>
    <w:p>
      <w:r>
        <w:rPr>
          <w:b/>
        </w:rPr>
        <w:t xml:space="preserve">[37:40] </w:t>
      </w:r>
      <w:r>
        <w:t>to hum science ke framework hi ke andar bol sakte hain. science jo framework de rahi hai, us se bahar hum nahi ja sakte. us se bahar nahi ja sakte hum.</w:t>
      </w:r>
    </w:p>
    <w:p>
      <w:pPr>
        <w:jc w:val="right"/>
      </w:pPr>
      <w:r>
        <w:t>تو ہم سائنس کے فریم ورک ہی کے اندر بول سکتے ہیں۔ سائنس جو فریم ورک دے رہی ہے، اس سے باہر ہم نہیں جا سکتے۔ اس سے باہر نہیں جا سکتے ہم۔</w:t>
      </w:r>
    </w:p>
    <w:p>
      <w:r>
        <w:rPr>
          <w:b/>
        </w:rPr>
        <w:t xml:space="preserve">[37:51] </w:t>
      </w:r>
      <w:r>
        <w:t>jo statement aap denge science ke framework se bahar ja kar ke, woh statement woh woh woh valid nahi hoga.</w:t>
      </w:r>
    </w:p>
    <w:p>
      <w:pPr>
        <w:jc w:val="right"/>
      </w:pPr>
      <w:r>
        <w:t>جو اسٹیٹمنٹ آپ دیں گے سائنس کے فریم ورک سے باہر جا کر کے، وہ اسٹیٹمنٹ وہ وہ وہ ویلڈ نہیں ہوگا۔</w:t>
      </w:r>
    </w:p>
    <w:p>
      <w:r>
        <w:rPr>
          <w:b/>
        </w:rPr>
        <w:t xml:space="preserve">[38:03] </w:t>
      </w:r>
      <w:r>
        <w:t>valid nahi mana jayega. to main chand baatein aap ke samne arz kar raha hoon. ke ek to scientific research is baat ko establish kar chuki hai ke is duniya apne end ki taraf ja rahi hai.</w:t>
      </w:r>
    </w:p>
    <w:p>
      <w:pPr>
        <w:jc w:val="right"/>
      </w:pPr>
      <w:r>
        <w:t>ویلڈ نہیں مانا جائے گا۔ تو میں چند باتیں آپ کے سامنے عرض کر رہا ہوں۔ کہ ایک تو سائنٹیفک ریسرچ اس بات کو اسٹیبلش کر چکی ہے کہ اس دنیا اپنے اینڈ کی طرف جا رہی ہے۔</w:t>
      </w:r>
    </w:p>
    <w:p>
      <w:r>
        <w:rPr>
          <w:b/>
        </w:rPr>
        <w:t xml:space="preserve">[38:22] </w:t>
      </w:r>
      <w:r>
        <w:t>ab doosri baat jo hai, woh yeh hai ke hum is cheez ki koi meaningful explanation talash karein. meaningful explanation.</w:t>
      </w:r>
    </w:p>
    <w:p>
      <w:pPr>
        <w:jc w:val="right"/>
      </w:pPr>
      <w:r>
        <w:t>اب دوسری بات جو ہے، وہ یہ ہے کہ ہم اس چیز کی کوئی میننگ فل ایکسپلینیشن تلاش کریں۔ میننگ فل ایکسپلینیشن۔</w:t>
      </w:r>
    </w:p>
    <w:p>
      <w:r>
        <w:rPr>
          <w:b/>
        </w:rPr>
        <w:t xml:space="preserve">[38:33] </w:t>
      </w:r>
      <w:r>
        <w:t>to meaningful explanation kaun ho sakta hai? wohi ho sakta hai jis mein saare aspect cover ho rahe hon.</w:t>
      </w:r>
    </w:p>
    <w:p>
      <w:pPr>
        <w:jc w:val="right"/>
      </w:pPr>
      <w:r>
        <w:t>تو میننگ فل ایکسپلینیشن کون ہو سکتا ہے؟ وہی ہو سکتا ہے جس میں سارے آسپیکٹ کور ہو رہے ہوں۔</w:t>
      </w:r>
    </w:p>
    <w:p>
      <w:r>
        <w:rPr>
          <w:b/>
        </w:rPr>
        <w:t xml:space="preserve">[38:44] </w:t>
      </w:r>
      <w:r>
        <w:t>saare aspect cover ho rahe hon. to negative explanation mein cover nahi hota. is ko main negative explanation kahunga ke aap yeh kahen ke bas main mara to khatam.</w:t>
      </w:r>
    </w:p>
    <w:p>
      <w:pPr>
        <w:jc w:val="right"/>
      </w:pPr>
      <w:r>
        <w:t>سارے آسپیکٹ کور ہو رہے ہوں۔ تو نیگیٹیو ایکسپلینیشن میں کور نہیں ہوتا۔ اس کو میں نیگیٹیو ایکسپلینیشن کہوں گا کہ آپ یہ کہیں کہ بس میں مرا تو ختم۔</w:t>
      </w:r>
    </w:p>
    <w:p>
      <w:r>
        <w:rPr>
          <w:b/>
        </w:rPr>
        <w:t xml:space="preserve">[38:55] </w:t>
      </w:r>
      <w:r>
        <w:t>main mara to khatam. yeh hai negative explanation of the situation. to negative explanation is mein work nahi karegi.</w:t>
      </w:r>
    </w:p>
    <w:p>
      <w:pPr>
        <w:jc w:val="right"/>
      </w:pPr>
      <w:r>
        <w:t>میں مرا تو ختم۔ یہ ہے نیگیٹیو ایکسپلینیشن آف دی سچویشن۔ تو نیگیٹیو ایکسپلینیشن اس میں ورک نہیں کرے گی۔</w:t>
      </w:r>
    </w:p>
    <w:p>
      <w:r>
        <w:rPr>
          <w:b/>
        </w:rPr>
        <w:t xml:space="preserve">[39:04] </w:t>
      </w:r>
      <w:r>
        <w:t>kyun ke is mein saare aspect jo hain, woh cover nahi ho rahe hain. is liye sirf positive explanation is mein valid mana jayega.</w:t>
      </w:r>
    </w:p>
    <w:p>
      <w:pPr>
        <w:jc w:val="right"/>
      </w:pPr>
      <w:r>
        <w:t>کیونکہ اس میں سارے آسپیکٹ جو ہیں، وہ کور نہیں ہو رہے ہیں۔ اس لیے صرف پازیٹیو ایکسپلینیشن اس میں ویلڈ مانا جائے گا۔</w:t>
      </w:r>
    </w:p>
    <w:p>
      <w:r>
        <w:rPr>
          <w:b/>
        </w:rPr>
        <w:t xml:space="preserve">[39:17] </w:t>
      </w:r>
      <w:r>
        <w:t>aur main yeh kahunga ke jo log right here, right now ki baatein karte hain, woh negative explanation de rahe hain is cheez ka. negative explanation.</w:t>
      </w:r>
    </w:p>
    <w:p>
      <w:pPr>
        <w:jc w:val="right"/>
      </w:pPr>
      <w:r>
        <w:t>اور میں یہ کہوں گا کہ جو لوگ رائٹ ہیر، رائٹ ناو کی باتیں کرتے ہیں، وہ نیگیٹیو ایکسپلینیشن دے رہے ہیں اس چیز کا۔ نیگیٹیو ایکسپلینیشن۔</w:t>
      </w:r>
    </w:p>
    <w:p>
      <w:r>
        <w:rPr>
          <w:b/>
        </w:rPr>
        <w:t xml:space="preserve">[39:28] </w:t>
      </w:r>
      <w:r>
        <w:t>aur jo jo creation plan of god wali baat jo maine arz ki, woh is ka positive explanation hai.</w:t>
      </w:r>
    </w:p>
    <w:p>
      <w:pPr>
        <w:jc w:val="right"/>
      </w:pPr>
      <w:r>
        <w:t>اور جو جو کریشن پلان آف گاڈ والی بات جو میں نے عرض کی، وہ اس کا پازیٹیو ایکسپلینیشن ہے۔</w:t>
      </w:r>
    </w:p>
    <w:p>
      <w:r>
        <w:rPr>
          <w:b/>
        </w:rPr>
        <w:t xml:space="preserve">[39:40] </w:t>
      </w:r>
      <w:r>
        <w:t>positive explanation.</w:t>
      </w:r>
    </w:p>
    <w:p>
      <w:pPr>
        <w:jc w:val="right"/>
      </w:pPr>
      <w:r>
        <w:t>پازیٹیو ایکسپلینیشن۔</w:t>
      </w:r>
    </w:p>
    <w:p>
      <w:r>
        <w:rPr>
          <w:b/>
        </w:rPr>
        <w:t xml:space="preserve">[39:43] </w:t>
      </w:r>
      <w:r>
        <w:t>aur sirf positive explanation hi woh hai jis ko hum jo is mamle mein valid hai.</w:t>
      </w:r>
    </w:p>
    <w:p>
      <w:pPr>
        <w:jc w:val="right"/>
      </w:pPr>
      <w:r>
        <w:t>اور صرف پازیٹیو ایکسپلینیشن ہی وہ ہے جس کو ہم جو اس معاملے میں ویلڈ ہے۔</w:t>
      </w:r>
    </w:p>
    <w:p>
      <w:r>
        <w:rPr>
          <w:b/>
        </w:rPr>
        <w:t xml:space="preserve">[39:53] </w:t>
      </w:r>
      <w:r>
        <w:t>ek baat main yeh arz karunga ke main rozana yeh ehsas mujhe hota hai, main rehta hoon yahan par dilli mein, nizamuddin west mein, to mere ghar ke samne balcony hai, lambi si, wahan main aksar wahan baithta hoon.</w:t>
      </w:r>
    </w:p>
    <w:p>
      <w:pPr>
        <w:jc w:val="right"/>
      </w:pPr>
      <w:r>
        <w:t>ایک بات میں یہ عرض کروں گا کہ میں روزانہ یہ احساس مجھے ہوتا ہے، میں رہتا ہوں یہاں پر دلی میں، نظام الدین ویسٹ میں، تو میرے گھر کے سامنے بالکنی ہے، لمبی سی، وہاں میں اکثر وہاں بیٹھتا ہوں۔</w:t>
      </w:r>
    </w:p>
    <w:p>
      <w:r>
        <w:rPr>
          <w:b/>
        </w:rPr>
        <w:t xml:space="preserve">[40:13] </w:t>
      </w:r>
      <w:r>
        <w:t>to dekhta hoon ke log aa rahe hain, ja rahe hain, aa rahe hain, ja rahe hain. main sochta hoon ke ek ek aadmi moving miracle hai. aap sochiye ke yeh insaan jo hai, jo chalta hai, jo dekhta hai,</w:t>
      </w:r>
    </w:p>
    <w:p>
      <w:pPr>
        <w:jc w:val="right"/>
      </w:pPr>
      <w:r>
        <w:t>تو دیکھتا ہوں کہ لوگ آ رہے ہیں، جا رہے ہیں، آ رہے ہیں، جا رہے ہیں۔ میں سوچتا ہوں کہ ایک ایک آدمی موونگ بریکل ہے۔ آپ سوچیے کہ یہ انسان جو ہے، جو چلتا ہے، جو دیکھتا ہے،</w:t>
      </w:r>
    </w:p>
    <w:p>
      <w:r>
        <w:rPr>
          <w:b/>
        </w:rPr>
        <w:t xml:space="preserve">[40:26] </w:t>
      </w:r>
      <w:r>
        <w:t>jo bolta hai, ek ek cheez miracle hai. to yeh miraculous personality kaise ban gayi?</w:t>
      </w:r>
    </w:p>
    <w:p>
      <w:pPr>
        <w:jc w:val="right"/>
      </w:pPr>
      <w:r>
        <w:t>جو بولتا ہے، ایک ایک چیز بریکل ہے۔ تو یہ میریکولس پرسنیلٹی کیسے بن گئی؟</w:t>
      </w:r>
    </w:p>
    <w:p>
      <w:r>
        <w:rPr>
          <w:b/>
        </w:rPr>
        <w:t xml:space="preserve">[40:35] </w:t>
      </w:r>
      <w:r>
        <w:t>aisa ek insaan kaise ban gaya jo zameen par chale? ek taraf to insaan ke andar jo quality hai, ek ek cheez miracle hai.</w:t>
      </w:r>
    </w:p>
    <w:p>
      <w:pPr>
        <w:jc w:val="right"/>
      </w:pPr>
      <w:r>
        <w:t>ایسا ایک انسان کیسے بن گیا جو زمین پر چلے؟ ایک طرف تو انسان کے اندر جو کوالٹی ہے، ایک ایک چیز بریکل ہے۔</w:t>
      </w:r>
    </w:p>
    <w:p>
      <w:r>
        <w:rPr>
          <w:b/>
        </w:rPr>
        <w:t xml:space="preserve">[40:46] </w:t>
      </w:r>
      <w:r>
        <w:t>jaise aankh hai. aankh</w:t>
      </w:r>
    </w:p>
    <w:p>
      <w:pPr>
        <w:jc w:val="right"/>
      </w:pPr>
      <w:r>
        <w:t>جیسے آنکھ ہے۔ آن</w:t>
      </w:r>
    </w:p>
    <w:p>
      <w:r>
        <w:rPr>
          <w:b/>
        </w:rPr>
        <w:t xml:space="preserve">[40:48] </w:t>
      </w:r>
      <w:r>
        <w:t>aankh sab sab aankh ko lijiye. kitna bara miracle hai aankh. agar meri agar saare insaanon ki aankh achaanak chali jaye.</w:t>
      </w:r>
    </w:p>
    <w:p>
      <w:pPr>
        <w:jc w:val="right"/>
      </w:pPr>
      <w:r>
        <w:t>کھ سب سب آنکھ کو لیجیے۔ کتنا بڑا بریکل ہے آنکھ۔ اگر میری اگر سارے انسانوں کی آنکھ اچانک چلی جائے۔</w:t>
      </w:r>
    </w:p>
    <w:p>
      <w:r>
        <w:rPr>
          <w:b/>
        </w:rPr>
        <w:t xml:space="preserve">[40:57] </w:t>
      </w:r>
      <w:r>
        <w:t>kyun ke mujhe is ka experience hua hai ke ek baar raat ko main jab utha to achaanak maine dekha ke main main blind ho gaya hoon.</w:t>
      </w:r>
    </w:p>
    <w:p>
      <w:pPr>
        <w:jc w:val="right"/>
      </w:pPr>
      <w:r>
        <w:t>کیونکہ مجھے اس کا ایکسپیرئینس ہوا ہے کہ ایک بار رات کو میں جب اٹھا تو اچانک میں نے دیکھا کہ میں میں بلائنڈ ہو گیا ہوں۔</w:t>
      </w:r>
    </w:p>
    <w:p>
      <w:r>
        <w:rPr>
          <w:b/>
        </w:rPr>
        <w:t xml:space="preserve">[41:10] </w:t>
      </w:r>
      <w:r>
        <w:t>aisa hota hai baaz baaz insanon ko. kuch dikhai nahi parta tha. kidhar mera bathroom hai, kidhar mera bahar jane ka</w:t>
      </w:r>
    </w:p>
    <w:p>
      <w:pPr>
        <w:jc w:val="right"/>
      </w:pPr>
      <w:r>
        <w:t>ایسا ہوتا ہے بعض بعض انسانوں کو۔ کچھ دکھائی نہیں پڑتا تھا۔ کدھر میرا باتھ روم ہے، کدھر میرا باہر جانے کا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