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Book of Universal Guidance May 31, 2009</w:t>
      </w:r>
    </w:p>
    <w:p>
      <w:r>
        <w:t>https://youtu.be/Q2_96C_3Zd8</w:t>
      </w:r>
    </w:p>
    <w:p>
      <w:r>
        <w:rPr>
          <w:b/>
        </w:rPr>
        <w:t xml:space="preserve">[00:14] </w:t>
      </w:r>
      <w:r>
        <w:t>bismillah rahman rahim, wasalli allah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 ahlul uqdata min lisani, yafqahu qawli.</w:t>
      </w:r>
    </w:p>
    <w:p>
      <w:pPr>
        <w:jc w:val="right"/>
      </w:pPr>
      <w:r>
        <w:t>واحل العقدۃ من لسانی، یکہ قولی۔</w:t>
      </w:r>
    </w:p>
    <w:p>
      <w:r>
        <w:rPr>
          <w:b/>
        </w:rPr>
        <w:t xml:space="preserve">[00:36] </w:t>
      </w:r>
      <w:r>
        <w:t>aaj ka jo topic hai woh hai "quran: A Book of Universal Guidance".</w:t>
      </w:r>
    </w:p>
    <w:p>
      <w:pPr>
        <w:jc w:val="right"/>
      </w:pPr>
      <w:r>
        <w:t>آج کا جو ٹاپک ہے وہ ہے "قرآن: A Book of Universal Guidance"۔</w:t>
      </w:r>
    </w:p>
    <w:p>
      <w:r>
        <w:rPr>
          <w:b/>
        </w:rPr>
        <w:t xml:space="preserve">[00:54] </w:t>
      </w:r>
      <w:r>
        <w:t>main samajhta hoon ke is zamane mein musalmanon ke jitne problem hain, woh sab ka sab—un sab ki jar yahi hai ke quran ko unhon ne as a book of guidance chhod diya hai.</w:t>
      </w:r>
    </w:p>
    <w:p>
      <w:pPr>
        <w:jc w:val="right"/>
      </w:pPr>
      <w:r>
        <w:t>میں سمجھتا ہوں کہ اس زمانے میں مسلمانوں کے جتنے پرابلم ہیں، وہ سب کا سب—ان سب کی جڑ یہی ہے کہ قرآن کو انہوں نے as a book of guidance چھوڑ دیا ہے۔</w:t>
      </w:r>
    </w:p>
    <w:p>
      <w:r>
        <w:rPr>
          <w:b/>
        </w:rPr>
        <w:t xml:space="preserve">[01:17] </w:t>
      </w:r>
      <w:r>
        <w:t>ek word mein agar main kahoon to woh yeh hai ke aaj ke musalmanon ke liye, yani mullah aur molvi dono ke liye, quran national pride ban gaya hai.</w:t>
      </w:r>
    </w:p>
    <w:p>
      <w:pPr>
        <w:jc w:val="right"/>
      </w:pPr>
      <w:r>
        <w:t>ایک ورڈ میں اگر میں کہوں تو وہ یہ ہے کہ آج کے مسلمانوں کے لیے، یعنی مسٹر اور مولوی دونوں کے لیے، قرآن نیشنل پرائیڈ بن گیا ہے۔</w:t>
      </w:r>
    </w:p>
    <w:p>
      <w:r>
        <w:rPr>
          <w:b/>
        </w:rPr>
        <w:t xml:space="preserve">[01:34] </w:t>
      </w:r>
      <w:r>
        <w:t>woh un ke liye universal message nahi raha hai.</w:t>
      </w:r>
    </w:p>
    <w:p>
      <w:pPr>
        <w:jc w:val="right"/>
      </w:pPr>
      <w:r>
        <w:t>وہ ان کے لیے یونیورسل میسج نہیں رہا ہے۔</w:t>
      </w:r>
    </w:p>
    <w:p>
      <w:r>
        <w:rPr>
          <w:b/>
        </w:rPr>
        <w:t xml:space="preserve">[01:41] </w:t>
      </w:r>
      <w:r>
        <w:t>isi liye aap dekhiye ke jagah jagah lad jaate hain musalman. abhi greece mein hua ke agar koi touch kar de quran ko to us se ladne ke liye tayyar.</w:t>
      </w:r>
    </w:p>
    <w:p>
      <w:pPr>
        <w:jc w:val="right"/>
      </w:pPr>
      <w:r>
        <w:t>اسی لیے آپ دیکھیے کہ جگہ جگہ لڑ جاتے ہیں مسلمان۔ ابھی گریس میں ہوا کہ اگر کوئی ٹچ کر دے قرآن کو تو اس سے لڑنے کے لیے تیار۔</w:t>
      </w:r>
    </w:p>
    <w:p>
      <w:r>
        <w:rPr>
          <w:b/>
        </w:rPr>
        <w:t xml:space="preserve">[01:52] </w:t>
      </w:r>
      <w:r>
        <w:t>yeh kya hai? isi liye hai ke musalmanon ne quran ko ek national pride, qoumi fakhr bana liya hai.</w:t>
      </w:r>
    </w:p>
    <w:p>
      <w:pPr>
        <w:jc w:val="right"/>
      </w:pPr>
      <w:r>
        <w:t>یہ کیا ہے؟ اسی لیے ہے کہ مسلمانوں نے قرآن کو ایک نیشنل پرائیڈ، قومی فخر بنا لیا ہے۔</w:t>
      </w:r>
    </w:p>
    <w:p>
      <w:r>
        <w:rPr>
          <w:b/>
        </w:rPr>
        <w:t xml:space="preserve">[02:04] </w:t>
      </w:r>
      <w:r>
        <w:t>is ko universal message ke taur par nahi liya. dekhiye dono mein farq kya hai?</w:t>
      </w:r>
    </w:p>
    <w:p>
      <w:pPr>
        <w:jc w:val="right"/>
      </w:pPr>
      <w:r>
        <w:t>اس کو یونیورسل میسج کے طور پر نہیں لیا۔ دیکھیے دونوں میں فرق کیا ہے؟</w:t>
      </w:r>
    </w:p>
    <w:p>
      <w:r>
        <w:rPr>
          <w:b/>
        </w:rPr>
        <w:t xml:space="preserve">[02:13] </w:t>
      </w:r>
      <w:r>
        <w:t>national pride jo hai, woh aap ke andar superiority complex lata hai. doosron ko aap inferior samajhte hain, apne ko superior.</w:t>
      </w:r>
    </w:p>
    <w:p>
      <w:pPr>
        <w:jc w:val="right"/>
      </w:pPr>
      <w:r>
        <w:t>نیشنل پرائیڈ جو ہے، وہ آپ کے اندر superiority complex لاتا ہے۔ دوسروں کو آپ inferior سمجھتے ہیں، اپنے کو superior۔</w:t>
      </w:r>
    </w:p>
    <w:p>
      <w:r>
        <w:rPr>
          <w:b/>
        </w:rPr>
        <w:t xml:space="preserve">[02:28] </w:t>
      </w:r>
      <w:r>
        <w:t>is se "we" and "they" ka concept paida hota hai. doosron ke liye aap ke dil mein love nahi hota, hate hota hai.</w:t>
      </w:r>
    </w:p>
    <w:p>
      <w:pPr>
        <w:jc w:val="right"/>
      </w:pPr>
      <w:r>
        <w:t>اس سے "we" and "they" کا concept پیدا ہوتا ہے۔ دوسروں کے لیے آپ کے دل میں love نہیں ہوتا، hate ہوتا ہے۔</w:t>
      </w:r>
    </w:p>
    <w:p>
      <w:r>
        <w:rPr>
          <w:b/>
        </w:rPr>
        <w:t xml:space="preserve">[02:41] </w:t>
      </w:r>
      <w:r>
        <w:t>aap har waqt larnay ke liye tayyar rehte hain.</w:t>
      </w:r>
    </w:p>
    <w:p>
      <w:pPr>
        <w:jc w:val="right"/>
      </w:pPr>
      <w:r>
        <w:t>آپ ہر وقت لڑنے کے لیے تیار رہتے ہیں۔</w:t>
      </w:r>
    </w:p>
    <w:p>
      <w:r>
        <w:rPr>
          <w:b/>
        </w:rPr>
        <w:t xml:space="preserve">[02:46] </w:t>
      </w:r>
      <w:r>
        <w:t>Emotional ban jate hain. Introspection khatm ho jata hai. Where there is pride, there is no introspection, no reassessment, no revision,</w:t>
      </w:r>
    </w:p>
    <w:p>
      <w:pPr>
        <w:jc w:val="right"/>
      </w:pPr>
      <w:r>
        <w:t>Emotional بن جاتے ہیں۔ Introspection ختم ہو جاتا ہے۔ Where there is pride, there is no introspection, no reassessment, no revision,</w:t>
      </w:r>
    </w:p>
    <w:p>
      <w:r>
        <w:rPr>
          <w:b/>
        </w:rPr>
        <w:t xml:space="preserve">[03:01] </w:t>
      </w:r>
      <w:r>
        <w:t>no modesty.</w:t>
      </w:r>
    </w:p>
    <w:p>
      <w:pPr>
        <w:jc w:val="right"/>
      </w:pPr>
      <w:r>
        <w:t>no modesty.</w:t>
      </w:r>
    </w:p>
    <w:p>
      <w:r>
        <w:rPr>
          <w:b/>
        </w:rPr>
        <w:t xml:space="preserve">[03:04] </w:t>
      </w:r>
      <w:r>
        <w:t>to sab se jarr bari hai jo sari dunya mein, arab aur naan arab dono jagah, quran ko inhone bana diya hai qoumi fakhr.</w:t>
      </w:r>
    </w:p>
    <w:p>
      <w:pPr>
        <w:jc w:val="right"/>
      </w:pPr>
      <w:r>
        <w:t>تو سب سے جڑ بڑی ہے جو ساری دنیا میں، عرب اور نان عرب دونوں جگہ، قرآن کو انہوں نے بنا دیا ہے قومی فخر۔</w:t>
      </w:r>
    </w:p>
    <w:p>
      <w:r>
        <w:rPr>
          <w:b/>
        </w:rPr>
        <w:t xml:space="preserve">[03:14] </w:t>
      </w:r>
      <w:r>
        <w:t>sab se afzal kitab, sab se oonchi kitab, sab se zyada mukammal kitab waghera. National pride to ek gunah hai.</w:t>
      </w:r>
    </w:p>
    <w:p>
      <w:pPr>
        <w:jc w:val="right"/>
      </w:pPr>
      <w:r>
        <w:t>سب سے افضل کتاب، سب سے اونچی کتاب، سب سے زیادہ مکمل کتاب وغیرہ۔ نیشنل پرائیڈ تو ایک گناہ ہے۔</w:t>
      </w:r>
    </w:p>
    <w:p>
      <w:r>
        <w:rPr>
          <w:b/>
        </w:rPr>
        <w:t xml:space="preserve">[03:24] </w:t>
      </w:r>
      <w:r>
        <w:t>yeh koi value, Islamic value nahi hai.</w:t>
      </w:r>
    </w:p>
    <w:p>
      <w:pPr>
        <w:jc w:val="right"/>
      </w:pPr>
      <w:r>
        <w:t>یہ کوئی value، Islamic value نہیں ہے۔</w:t>
      </w:r>
    </w:p>
    <w:p>
      <w:r>
        <w:rPr>
          <w:b/>
        </w:rPr>
        <w:t xml:space="preserve">[03:29] </w:t>
      </w:r>
      <w:r>
        <w:t>sahih baat yeh hai ke aap quran ko universal message samjhein. Universal message. Jab aap quran ko universal message samjhein to kya hoga?</w:t>
      </w:r>
    </w:p>
    <w:p>
      <w:pPr>
        <w:jc w:val="right"/>
      </w:pPr>
      <w:r>
        <w:t>صحیح بات یہ ہے کہ آپ قرآن کو یونیورسل میسج سمجھیں۔ یونیورسل میسج۔ جب آپ قرآن کو یونیورسل میسج سمجھیں تو کیا ہوگا؟</w:t>
      </w:r>
    </w:p>
    <w:p>
      <w:r>
        <w:rPr>
          <w:b/>
        </w:rPr>
        <w:t xml:space="preserve">[03:41] </w:t>
      </w:r>
      <w:r>
        <w:t>aap ke dil mein doosron ke liye khair khwahi aaye gi. Kyun ke is ko aap ko, doosron ko pahunchana hai. Yani customer friendly behavior jo business mein hota hai, wahi aaye ga aap ke andar.</w:t>
      </w:r>
    </w:p>
    <w:p>
      <w:pPr>
        <w:jc w:val="right"/>
      </w:pPr>
      <w:r>
        <w:t>آپ کے دل میں دوسروں کے لیے خیر خواہی آئے گی۔ کیوں کہ اس کو آپ کو، دوسروں کو پہنچانا ہے۔ یعنی customer friendly behavior جو بزنس میں ہوتا ہے، وہی آئے گا آپ کے اندر۔</w:t>
      </w:r>
    </w:p>
    <w:p>
      <w:r>
        <w:rPr>
          <w:b/>
        </w:rPr>
        <w:t xml:space="preserve">[03:55] </w:t>
      </w:r>
      <w:r>
        <w:t>yani insaan friendly behavior aaye ga.</w:t>
      </w:r>
    </w:p>
    <w:p>
      <w:pPr>
        <w:jc w:val="right"/>
      </w:pPr>
      <w:r>
        <w:t>یعنی انسان friendly behavior آئے گا۔</w:t>
      </w:r>
    </w:p>
    <w:p>
      <w:r>
        <w:rPr>
          <w:b/>
        </w:rPr>
        <w:t xml:space="preserve">[03:59] </w:t>
      </w:r>
      <w:r>
        <w:t>jaise ek business man jo hai, woh apne customer se friendship qaim karta hai. Kyun ke use apni baat doosron tak pahunchana hai.</w:t>
      </w:r>
    </w:p>
    <w:p>
      <w:pPr>
        <w:jc w:val="right"/>
      </w:pPr>
      <w:r>
        <w:t>جیسے ایک بزنس مین جو ہے، وہ اپنے customer سے friendship قائم کرتا ہے۔ کیوں کہ اسے اپنی بات دوسروں تک پہنچانا ہے۔</w:t>
      </w:r>
    </w:p>
    <w:p>
      <w:r>
        <w:rPr>
          <w:b/>
        </w:rPr>
        <w:t xml:space="preserve">[04:10] </w:t>
      </w:r>
      <w:r>
        <w:t>apna product doosron ko dena hai.</w:t>
      </w:r>
    </w:p>
    <w:p>
      <w:pPr>
        <w:jc w:val="right"/>
      </w:pPr>
      <w:r>
        <w:t>اپنا product دوسروں کو دینا ہے۔</w:t>
      </w:r>
    </w:p>
    <w:p>
      <w:r>
        <w:rPr>
          <w:b/>
        </w:rPr>
        <w:t xml:space="preserve">[04:14] </w:t>
      </w:r>
      <w:r>
        <w:t>to jab aap ke andar yeh ho ke quran ek universal message hai aur hamari duty hai ke use hum doosron tak pahunchayein, to aap ke andar insaan friendly behavior aaye ga, modesty aaye gi,</w:t>
      </w:r>
    </w:p>
    <w:p>
      <w:pPr>
        <w:jc w:val="right"/>
      </w:pPr>
      <w:r>
        <w:t>تو جب آپ کے اندر یہ ہو کہ قرآن ایک یونیورسل میسج ہے اور ہماری ڈیوٹی ہے کہ اسے ہم دوسروں تک پہنچائیں، تو آپ کے اندر انسان friendly behavior آئے گا، modesty آئے گی،</w:t>
      </w:r>
    </w:p>
    <w:p>
      <w:r>
        <w:rPr>
          <w:b/>
        </w:rPr>
        <w:t xml:space="preserve">[04:29] </w:t>
      </w:r>
      <w:r>
        <w:t>introspection aaye ga. Bar bar aap sochen ge ke hum kaise doosron ko convince karein? Kis tarah se hum baat kahein ke doosron ka mind address ho?</w:t>
      </w:r>
    </w:p>
    <w:p>
      <w:pPr>
        <w:jc w:val="right"/>
      </w:pPr>
      <w:r>
        <w:t>introspection آئے گا۔ بار بار آپ سوچیں گے کہ ہم کیسے دوسروں کو convince کریں؟ کس طرح سے ہم بات کہیں کہ دوسروں کا mind address ہو؟</w:t>
      </w:r>
    </w:p>
    <w:p>
      <w:r>
        <w:rPr>
          <w:b/>
        </w:rPr>
        <w:t xml:space="preserve">[04:42] </w:t>
      </w:r>
      <w:r>
        <w:t>yeh sab aaye ga.</w:t>
      </w:r>
    </w:p>
    <w:p>
      <w:pPr>
        <w:jc w:val="right"/>
      </w:pPr>
      <w:r>
        <w:t>یہ سب آئے گا۔</w:t>
      </w:r>
    </w:p>
    <w:p>
      <w:r>
        <w:rPr>
          <w:b/>
        </w:rPr>
        <w:t xml:space="preserve">[04:43] </w:t>
      </w:r>
      <w:r>
        <w:t>jis tarah se ek business man apne product ko hamesha attractive banata hai, acha banata hai. Taake customer jo hai, woh is ko le.</w:t>
      </w:r>
    </w:p>
    <w:p>
      <w:pPr>
        <w:jc w:val="right"/>
      </w:pPr>
      <w:r>
        <w:t>جس طرح سے ایک بزنس مین اپنے product کو ہمیشہ attractive بناتا ہے، اچھا بناتا ہے۔ تاکہ customer جو ہے، وہ اس کو لے۔</w:t>
      </w:r>
    </w:p>
    <w:p>
      <w:r>
        <w:rPr>
          <w:b/>
        </w:rPr>
        <w:t xml:space="preserve">[04:54] </w:t>
      </w:r>
      <w:r>
        <w:t>to mission ka jo concept hai, mission, universal mission. Quran aap ko universal mission deta hai.</w:t>
      </w:r>
    </w:p>
    <w:p>
      <w:pPr>
        <w:jc w:val="right"/>
      </w:pPr>
      <w:r>
        <w:t>تو mission کا جو concept ہے، mission، یونیورسل mission۔ قرآن آپ کو یونیورسل mission دیتا ہے۔</w:t>
      </w:r>
    </w:p>
    <w:p>
      <w:r>
        <w:rPr>
          <w:b/>
        </w:rPr>
        <w:t xml:space="preserve">[05:06] </w:t>
      </w:r>
      <w:r>
        <w:t>lekin yeh musalman bhool gaye. Bas samajh gaye ke hamari yeh pride hai.</w:t>
      </w:r>
    </w:p>
    <w:p>
      <w:pPr>
        <w:jc w:val="right"/>
      </w:pPr>
      <w:r>
        <w:t>لیکن یہ مسلمان بھول گئے۔ بس سمجھ گئے کہ ہماری یہ pride ہے۔</w:t>
      </w:r>
    </w:p>
    <w:p>
      <w:r>
        <w:rPr>
          <w:b/>
        </w:rPr>
        <w:t xml:space="preserve">[05:11] </w:t>
      </w:r>
      <w:r>
        <w:t>to sari negative value paida ho gayi musalmanon ke andar. Aur sari positive value nikal gayi musalmanon se.</w:t>
      </w:r>
    </w:p>
    <w:p>
      <w:pPr>
        <w:jc w:val="right"/>
      </w:pPr>
      <w:r>
        <w:t>تو ساری negative value پیدا ہو گئی مسلمانوں کے اندر۔ اور ساری positive value نکل گئی مسلمانوں سے۔</w:t>
      </w:r>
    </w:p>
    <w:p>
      <w:r>
        <w:rPr>
          <w:b/>
        </w:rPr>
        <w:t xml:space="preserve">[05:21] </w:t>
      </w:r>
      <w:r>
        <w:t>yeh yeh yeh jarr hai, jarr. Mission jo hai, woh mission aap ko aafaqi banata hai.</w:t>
      </w:r>
    </w:p>
    <w:p>
      <w:pPr>
        <w:jc w:val="right"/>
      </w:pPr>
      <w:r>
        <w:t>یہ یہ یہ جڑ ہے، جڑ۔ Mission جو ہے، وہ mission آپ کو آفاقی بناتا ہے۔</w:t>
      </w:r>
    </w:p>
    <w:p>
      <w:r>
        <w:rPr>
          <w:b/>
        </w:rPr>
        <w:t xml:space="preserve">[05:30] </w:t>
      </w:r>
      <w:r>
        <w:t>aap ko to universal outlook banata hai.</w:t>
      </w:r>
    </w:p>
    <w:p>
      <w:pPr>
        <w:jc w:val="right"/>
      </w:pPr>
      <w:r>
        <w:t>آپ کو تو یونیورسل آؤٹ لک بناتا ہے۔</w:t>
      </w:r>
    </w:p>
    <w:p>
      <w:r>
        <w:rPr>
          <w:b/>
        </w:rPr>
        <w:t xml:space="preserve">[05:37] </w:t>
      </w:r>
      <w:r>
        <w:t>yeh jarr ki baat hai, jarr ki baat hai.</w:t>
      </w:r>
    </w:p>
    <w:p>
      <w:pPr>
        <w:jc w:val="right"/>
      </w:pPr>
      <w:r>
        <w:t>یہ جڑ کی بات ہے، جڑ کی بات ہے۔</w:t>
      </w:r>
    </w:p>
    <w:p>
      <w:r>
        <w:rPr>
          <w:b/>
        </w:rPr>
        <w:t xml:space="preserve">[05:44] </w:t>
      </w:r>
      <w:r>
        <w:t>dekhiye, aap shuru se chaliye. Rasool Allah ne sahib, ashaab jo the aap ke, un ko khitab kiya tha Hajj al-Wada mein.</w:t>
      </w:r>
    </w:p>
    <w:p>
      <w:pPr>
        <w:jc w:val="right"/>
      </w:pPr>
      <w:r>
        <w:t>دیکھیے، آپ شروع سے چلیئے۔ رسول اللہ نے صاحب، اصحاب جو تھے آپ کے، اُن کو خطاب کیا تھا حج الوداع میں۔</w:t>
      </w:r>
    </w:p>
    <w:p>
      <w:r>
        <w:rPr>
          <w:b/>
        </w:rPr>
        <w:t xml:space="preserve">[05:58] </w:t>
      </w:r>
      <w:r>
        <w:t>yani apne aakhri zamanay mein. To aap ne kaha tha kya?</w:t>
      </w:r>
    </w:p>
    <w:p>
      <w:pPr>
        <w:jc w:val="right"/>
      </w:pPr>
      <w:r>
        <w:t>یعنی اپنے آخری زمانے میں۔ تو آپ نے کہا تھا کیا؟</w:t>
      </w:r>
    </w:p>
    <w:p>
      <w:r>
        <w:rPr>
          <w:b/>
        </w:rPr>
        <w:t xml:space="preserve">[06:04] </w:t>
      </w:r>
      <w:r>
        <w:t>فَلْيَبَلِّغِ الشَّاهِدُ الْغَائِبَ</w:t>
      </w:r>
    </w:p>
    <w:p>
      <w:pPr>
        <w:jc w:val="right"/>
      </w:pPr>
      <w:r>
        <w:t>فَلْيَبَلِّغِ الشَّاهِدُ الْغَائِبَ</w:t>
      </w:r>
    </w:p>
    <w:p>
      <w:r>
        <w:rPr>
          <w:b/>
        </w:rPr>
        <w:t xml:space="preserve">[06:10] </w:t>
      </w:r>
      <w:r>
        <w:t>yani jo aaj yahan maujood hain, woh un ko pahuncha dein jo maujood nahi hain. Yeh ek mission diya, mission aap ko diya aap Rasool Allah ne.</w:t>
      </w:r>
    </w:p>
    <w:p>
      <w:pPr>
        <w:jc w:val="right"/>
      </w:pPr>
      <w:r>
        <w:t>یعنی جو آج یہاں موجود ہیں، وہ اُن کو پہنچا دیں جو موجود نہیں ہیں۔ یہ ایک mission دیا، mission آپ کو دیا آپ رسول اللہ نے۔</w:t>
      </w:r>
    </w:p>
    <w:p>
      <w:r>
        <w:rPr>
          <w:b/>
        </w:rPr>
        <w:t xml:space="preserve">[06:24] </w:t>
      </w:r>
      <w:r>
        <w:t>to kiya hua? kitabon mein aata hai ke jis ka ghoda jidhar tha, usi taraf woh rawana ho gaya. jis sawari jidhar khari thi, udhar hi woh chal pada.</w:t>
      </w:r>
    </w:p>
    <w:p>
      <w:pPr>
        <w:jc w:val="right"/>
      </w:pPr>
      <w:r>
        <w:t>تو کیا ہوا؟ کتابوں میں آتا ہے کہ جس کا گھوڑا جدھر تھا، اُسی طرف وہ روانہ ہو گیا۔ جس سواری جدھر کھڑی تھی، اُدھر ہی وہ چل پڑا۔</w:t>
      </w:r>
    </w:p>
    <w:p>
      <w:r>
        <w:rPr>
          <w:b/>
        </w:rPr>
        <w:t xml:space="preserve">[06:35] </w:t>
      </w:r>
      <w:r>
        <w:t>to sari dunya mein unhon ne phaila diya Khuda ke paigham ko. Asia aur Africa mein phailaya, Europe tak pahuncha diya.</w:t>
      </w:r>
    </w:p>
    <w:p>
      <w:pPr>
        <w:jc w:val="right"/>
      </w:pPr>
      <w:r>
        <w:t>تو ساری دنیا میں انہوں نے پھیلا دیا خدا کے پیغام کو۔ ایشیاء اور افریقہ میں پھیلایا، یورپ تک پہنچا دیا۔</w:t>
      </w:r>
    </w:p>
    <w:p>
      <w:r>
        <w:rPr>
          <w:b/>
        </w:rPr>
        <w:t xml:space="preserve">[06:48] </w:t>
      </w:r>
      <w:r>
        <w:t>yeh thi missionary spirit. yeh thi missionary spirit. to Rasool Allah ke zamane mein, Sahaba ke zamane mein, Tabeen ke zamane mein logon ke andar dawah spirit thi, dawah.</w:t>
      </w:r>
    </w:p>
    <w:p>
      <w:pPr>
        <w:jc w:val="right"/>
      </w:pPr>
      <w:r>
        <w:t>یہ تھی missionary spirit۔ یہ تھی missionary spirit۔ تو رسول اللہ کے زمانے میں، صحابہ کے زمانے میں، تابعین کے زمانے میں لوگوں کے اندر دعویٰ spirit تھی، دعویٰ۔</w:t>
      </w:r>
    </w:p>
    <w:p>
      <w:r>
        <w:rPr>
          <w:b/>
        </w:rPr>
        <w:t xml:space="preserve">[07:02] </w:t>
      </w:r>
      <w:r>
        <w:t>a</w:t>
      </w:r>
    </w:p>
    <w:p>
      <w:pPr>
        <w:jc w:val="right"/>
      </w:pPr>
      <w:r>
        <w:t>ا</w:t>
      </w:r>
    </w:p>
    <w:p>
      <w:r>
        <w:rPr>
          <w:b/>
        </w:rPr>
        <w:t xml:space="preserve">[07:03] </w:t>
      </w:r>
      <w:r>
        <w:t>us ke baad kiya hua? hukoomat qaim ho gayi. hukoomat qaim ho gayi to khilafat ka tasawwur ubhra.</w:t>
      </w:r>
    </w:p>
    <w:p>
      <w:pPr>
        <w:jc w:val="right"/>
      </w:pPr>
      <w:r>
        <w:t>ُس کے بعد کیا ہوا؟ حکومت قائم ہو گئی۔ حکومت قائم ہو گئی تو خلافت کا تصور ابھرا۔</w:t>
      </w:r>
    </w:p>
    <w:p>
      <w:r>
        <w:rPr>
          <w:b/>
        </w:rPr>
        <w:t xml:space="preserve">[07:12] </w:t>
      </w:r>
      <w:r>
        <w:t>nanu khalifatu allahi fil arz hum zameen par Khuda ke khalifa hain. hamein Khuda ke qanoon ko zameen par nafiz karna hai.</w:t>
      </w:r>
    </w:p>
    <w:p>
      <w:pPr>
        <w:jc w:val="right"/>
      </w:pPr>
      <w:r>
        <w:t>نَانُو خَلِيفُةُ اللّٰهِ فِي الْأَرْضِ ہم زمین پر خدا کے خلیفہ ہیں۔ ہمیں خدا کے قانون کو زمین پر نافذ کرنا ہے۔</w:t>
      </w:r>
    </w:p>
    <w:p>
      <w:r>
        <w:rPr>
          <w:b/>
        </w:rPr>
        <w:t xml:space="preserve">[07:22] </w:t>
      </w:r>
      <w:r>
        <w:t>yahin se shuru hua yeh pride ka concept. khilafat aayi to pride aaya.</w:t>
      </w:r>
    </w:p>
    <w:p>
      <w:pPr>
        <w:jc w:val="right"/>
      </w:pPr>
      <w:r>
        <w:t>یہیں سے شروع ہوا یہ pride کا concept۔ خلافت آئی تو pride آیا۔</w:t>
      </w:r>
    </w:p>
    <w:p>
      <w:r>
        <w:rPr>
          <w:b/>
        </w:rPr>
        <w:t xml:space="preserve">[07:29] </w:t>
      </w:r>
      <w:r>
        <w:t>halankeh yeh baseless tha. yaani Imama bin Taymiyyah bohat barhe scholar hain Islam mein. un ka fatwa hai ke yeh kehna ke insan zameen par Khuda ka khalifa hai, yeh haram hai, haram.</w:t>
      </w:r>
    </w:p>
    <w:p>
      <w:pPr>
        <w:jc w:val="right"/>
      </w:pPr>
      <w:r>
        <w:t>حالانکہ یہ baseless تھا۔ یعنی عمامہ بن تیمیہ بہت بڑے scholar ہیں اسلام میں۔ اُن کا فتویٰ ہے کہ یہ کہنا کہ انسان زمین پر خدا کا خلیفہ ہے، یہ حرام ہے، حرام۔</w:t>
      </w:r>
    </w:p>
    <w:p>
      <w:r>
        <w:rPr>
          <w:b/>
        </w:rPr>
        <w:t xml:space="preserve">[07:42] </w:t>
      </w:r>
      <w:r>
        <w:t>lekin chal pada yeh, aaj tak chal raha hai. ke hum zameen par Khuda ke khalifa hain. achha, chounkeh successor dekhiye, khalifa ka jo word hai, us ka sahih translation hai successor,</w:t>
      </w:r>
    </w:p>
    <w:p>
      <w:pPr>
        <w:jc w:val="right"/>
      </w:pPr>
      <w:r>
        <w:t>لیکن چل پڑا یہ، آج تک چل رہا ہے۔ کہ ہم زمین پر خدا کے خلیفہ ہیں۔ اچھا، چونکہ successor دیکھیے، خلیفہ کا جو word ہے، اُس کا صحیح translation ہے successor،</w:t>
      </w:r>
    </w:p>
    <w:p>
      <w:r>
        <w:rPr>
          <w:b/>
        </w:rPr>
        <w:t xml:space="preserve">[07:57] </w:t>
      </w:r>
      <w:r>
        <w:t>jansheen.</w:t>
      </w:r>
    </w:p>
    <w:p>
      <w:pPr>
        <w:jc w:val="right"/>
      </w:pPr>
      <w:r>
        <w:t>جانشین۔</w:t>
      </w:r>
    </w:p>
    <w:p>
      <w:r>
        <w:rPr>
          <w:b/>
        </w:rPr>
        <w:t xml:space="preserve">[07:59] </w:t>
      </w:r>
      <w:r>
        <w:t>to yeh bari ajeeb si baat hai ke hum Khuda ke jansheen hon. jansheen to hota hai jab woh na rahe. to kiya ek naya banaya gaya, voice gerrant.</w:t>
      </w:r>
    </w:p>
    <w:p>
      <w:pPr>
        <w:jc w:val="right"/>
      </w:pPr>
      <w:r>
        <w:t>تو یہ بڑی عجیب سی بات ہے کہ ہم خدا کے جانشین ہوں۔ جانشین تو ہوتا ہے جب وہ نہ رہے۔ تو کیا ایک نیا بنایا گیا، voice gerrant۔</w:t>
      </w:r>
    </w:p>
    <w:p>
      <w:r>
        <w:rPr>
          <w:b/>
        </w:rPr>
        <w:t xml:space="preserve">[08:09] </w:t>
      </w:r>
      <w:r>
        <w:t>hum Khuda ke voice gerrant hain. halankeh khalifa ke mani voice gerrant ka hain nahin. yeh to bidat hai yeh. yeh lisani bidat.</w:t>
      </w:r>
    </w:p>
    <w:p>
      <w:pPr>
        <w:jc w:val="right"/>
      </w:pPr>
      <w:r>
        <w:t>ہم خدا کے voice gerrant ہیں۔ حالانکہ خلیفہ کے معنی voice gerrant کا ہیں نہیں۔ یہ تو بدعت ہے یہ۔ یہ لسانی بدعت۔</w:t>
      </w:r>
    </w:p>
    <w:p>
      <w:r>
        <w:rPr>
          <w:b/>
        </w:rPr>
        <w:t xml:space="preserve">[08:20] </w:t>
      </w:r>
      <w:r>
        <w:t>ya istilahi bidat. khalifa ke mani yaad rakhein successor ke hain. voice gerrant ke hargiz nahin hain.</w:t>
      </w:r>
    </w:p>
    <w:p>
      <w:pPr>
        <w:jc w:val="right"/>
      </w:pPr>
      <w:r>
        <w:t>یا اصطلاحی بدعت۔ خلیفہ کے معنی یاد رکھیں successor کے ہیں۔ voice gerrant کے ہرگز نہیں ہیں۔</w:t>
      </w:r>
    </w:p>
    <w:p>
      <w:r>
        <w:rPr>
          <w:b/>
        </w:rPr>
        <w:t xml:space="preserve">[08:30] </w:t>
      </w:r>
      <w:r>
        <w:t>to pehle aaya khilafat ka concept. phir aaya mukammal Islam. achha, mukammal Islam ka nazariya jo bana, is zamane mein khaas taur par, printing press ke zamane mein.</w:t>
      </w:r>
    </w:p>
    <w:p>
      <w:pPr>
        <w:jc w:val="right"/>
      </w:pPr>
      <w:r>
        <w:t>تو پہلے آیا خلافت کا concept۔ پھر آیا مکمل اسلام۔ اچھا، مکمل اسلام کا نظریہ جو بنا، اس زمانے میں خاص طور پر، پرنٹنگ پریس کے زمانے میں۔</w:t>
      </w:r>
    </w:p>
    <w:p>
      <w:r>
        <w:rPr>
          <w:b/>
        </w:rPr>
        <w:t xml:space="preserve">[08:45] </w:t>
      </w:r>
      <w:r>
        <w:t>Arab mein bhi aur non Arab mein bhi. to dekhiye, jab aap Islam ko aap yeh kahein ke mukammal qanoon hai woh, to aap kiya karte hain?</w:t>
      </w:r>
    </w:p>
    <w:p>
      <w:pPr>
        <w:jc w:val="right"/>
      </w:pPr>
      <w:r>
        <w:t>عرب میں بھی اور نان عرب میں بھی۔ تو دیکھیے، جب آپ اسلام کو آپ یہ کہیں کہ مکمل قانون ہے وہ، تو آپ کیا کرتے ہیں؟</w:t>
      </w:r>
    </w:p>
    <w:p>
      <w:r>
        <w:rPr>
          <w:b/>
        </w:rPr>
        <w:t xml:space="preserve">[08:56] </w:t>
      </w:r>
      <w:r>
        <w:t>Islam becomes a subject of enforcement.</w:t>
      </w:r>
    </w:p>
    <w:p>
      <w:pPr>
        <w:jc w:val="right"/>
      </w:pPr>
      <w:r>
        <w:t>Islam becomes a subject of enforcement.</w:t>
      </w:r>
    </w:p>
    <w:p>
      <w:r>
        <w:rPr>
          <w:b/>
        </w:rPr>
        <w:t xml:space="preserve">[09:05] </w:t>
      </w:r>
      <w:r>
        <w:t>yeh bohat hi khatarnak nazariya hai, mukammal Islam. jo kaheen Quran o Hadees mein hai nahin. pehle Sahaba ke zamane mein Islam jo tha, woh follow karne ke liye tha.</w:t>
      </w:r>
    </w:p>
    <w:p>
      <w:pPr>
        <w:jc w:val="right"/>
      </w:pPr>
      <w:r>
        <w:t>یہ بہت ہی خطرناک نظریہ ہے، مکمل اسلام۔ جو کہیں قرآن و حدیث میں ہے نہیں۔ پہلے صحابہ کے زمانے میں اسلام جو تھا، وہ follow کرنے کے لیے تھا۔</w:t>
      </w:r>
    </w:p>
    <w:p>
      <w:r>
        <w:rPr>
          <w:b/>
        </w:rPr>
        <w:t xml:space="preserve">[09:17] </w:t>
      </w:r>
      <w:r>
        <w:t>ke follow karo Islam ko. pairwi karo Islam ki. Islam par chalo.</w:t>
      </w:r>
    </w:p>
    <w:p>
      <w:pPr>
        <w:jc w:val="right"/>
      </w:pPr>
      <w:r>
        <w:t>کہ follow کرو اسلام کو۔ پیروی کرو اسلام کی۔ اسلام پر چلو۔</w:t>
      </w:r>
    </w:p>
    <w:p>
      <w:r>
        <w:rPr>
          <w:b/>
        </w:rPr>
        <w:t xml:space="preserve">[09:23] </w:t>
      </w:r>
      <w:r>
        <w:t>ab jo banaya unhon ne mukammal Islam. to kiya hua? kora maar maar kar Islam ka qanoon implement karo. us ko enforce karo.</w:t>
      </w:r>
    </w:p>
    <w:p>
      <w:pPr>
        <w:jc w:val="right"/>
      </w:pPr>
      <w:r>
        <w:t>اب جو بنایا انہوں نے مکمل اسلام۔ تو کیا ہوا؟ کوڑا مار مار کر اسلام کا قانون implement کرو۔ اُس کو enforce کرو۔</w:t>
      </w:r>
    </w:p>
    <w:p>
      <w:r>
        <w:rPr>
          <w:b/>
        </w:rPr>
        <w:t xml:space="preserve">[09:34] </w:t>
      </w:r>
      <w:r>
        <w:t>ab kiya hua? jab yeh pehle shuru hua mukammal Islam ka tasawwur, peaceful tareeqe se unhon ne phailana shuru kiya.</w:t>
      </w:r>
    </w:p>
    <w:p>
      <w:pPr>
        <w:jc w:val="right"/>
      </w:pPr>
      <w:r>
        <w:t>اب کیا ہوا؟ جب یہ پہلے شروع ہوا مکمل اسلام کا تصور، peaceful طریقے سے انہوں نے پھیلانا شروع کیا۔</w:t>
      </w:r>
    </w:p>
    <w:p>
      <w:r>
        <w:rPr>
          <w:b/>
        </w:rPr>
        <w:t xml:space="preserve">[09:45] </w:t>
      </w:r>
      <w:r>
        <w:t>nahin phaila to election mein hissa liya.</w:t>
      </w:r>
    </w:p>
    <w:p>
      <w:pPr>
        <w:jc w:val="right"/>
      </w:pPr>
      <w:r>
        <w:t>نہیں پھیلا تو election میں حصہ لیا۔</w:t>
      </w:r>
    </w:p>
    <w:p>
      <w:r>
        <w:rPr>
          <w:b/>
        </w:rPr>
        <w:t xml:space="preserve">[09:49] </w:t>
      </w:r>
      <w:r>
        <w:t>us se bhi nahin, woh power mein aaye to kiya hua? violence shuru ho gaya. violence par yeh kamyab nahin hue to suicide bombing shuru kar di.</w:t>
      </w:r>
    </w:p>
    <w:p>
      <w:pPr>
        <w:jc w:val="right"/>
      </w:pPr>
      <w:r>
        <w:t>اُس سے بھی نہیں، وہ power میں آئے تو کیا ہوا؟ violence شروع ہو گیا۔ violence پر یہ کامیاب نہیں ہوئے تو suicide bombing شروع کر دی۔</w:t>
      </w:r>
    </w:p>
    <w:p>
      <w:r>
        <w:rPr>
          <w:b/>
        </w:rPr>
        <w:t xml:space="preserve">[10:02] </w:t>
      </w:r>
      <w:r>
        <w:t>yahi aaj dunya ka haal hai. kyun ke unhon ne Islam ko ek pride ke taur par le liya. National pride. universal mission ke taur par nahin liya.</w:t>
      </w:r>
    </w:p>
    <w:p>
      <w:pPr>
        <w:jc w:val="right"/>
      </w:pPr>
      <w:r>
        <w:t>یہی آج دنیا کا حال ہے۔ کیوں کہ انہوں نے اسلام کو ایک pride کے طور پر لے لیا۔ National pride۔ یونیورسل مشن کے طور پر نہیں لیا۔</w:t>
      </w:r>
    </w:p>
    <w:p>
      <w:r>
        <w:rPr>
          <w:b/>
        </w:rPr>
        <w:t xml:space="preserve">[10:13] </w:t>
      </w:r>
      <w:r>
        <w:t>aaj hi ek baat meri samajh mein aayi is par sochte hue. dekhiye, ek hadees hai. us ka matlab aaj hi samajh mein aaya hai, aaj hi.</w:t>
      </w:r>
    </w:p>
    <w:p>
      <w:pPr>
        <w:jc w:val="right"/>
      </w:pPr>
      <w:r>
        <w:t>آج ہی ایک بات میری سمجھ میں آئی اس پر سوچتے ہوئے۔ دیکھیے، ایک حدیث ہے۔ اُس کا مطلب آج ہی سمجھ میں آیا ہے، آج ہی۔</w:t>
      </w:r>
    </w:p>
    <w:p>
      <w:r>
        <w:rPr>
          <w:b/>
        </w:rPr>
        <w:t xml:space="preserve">[10:23] </w:t>
      </w:r>
      <w:r>
        <w:t>is par ghor karte hue. is theme par sochte hue. ek hadees, kai hadeesein hain Quran mein. Kitab ul Fitna ek bab hota hai hadees ki kitabon mein.</w:t>
      </w:r>
    </w:p>
    <w:p>
      <w:pPr>
        <w:jc w:val="right"/>
      </w:pPr>
      <w:r>
        <w:t>اس پر غور کرتے ہوئے۔ اس theme پر سوچتے ہوئے۔ ایک حدیث، کئی حدیثیں ہیں قرآن میں۔ کتاب الفتن ایک باب ہوتا ہے حدیث کی کتابوں میں۔</w:t>
      </w:r>
    </w:p>
    <w:p>
      <w:r>
        <w:rPr>
          <w:b/>
        </w:rPr>
        <w:t xml:space="preserve">[10:34] </w:t>
      </w:r>
      <w:r>
        <w:t>kitab ul fitan. to us mein rasool Allah ne bohat ziyada mana kiya khurooj se</w:t>
      </w:r>
    </w:p>
    <w:p>
      <w:pPr>
        <w:jc w:val="right"/>
      </w:pPr>
      <w:r>
        <w:t>کتاب الفتن۔ تو اُس میں رسول اللہ نے بہت زیادہ منع کیا خروج سے</w:t>
      </w:r>
    </w:p>
    <w:p>
      <w:r>
        <w:rPr>
          <w:b/>
        </w:rPr>
        <w:t xml:space="preserve">[10:41] </w:t>
      </w:r>
      <w:r>
        <w:t>. khurooj means baghavat. yaani kisi established rule ke khilaf baghavat. ek established government ke khilaf.</w:t>
      </w:r>
    </w:p>
    <w:p>
      <w:pPr>
        <w:jc w:val="right"/>
      </w:pPr>
      <w:r>
        <w:t>۔ خروج means بغاوت۔ یعنی کسی established rule کے خلاف بغاوت۔ ایک established government کے خلاف۔</w:t>
      </w:r>
    </w:p>
    <w:p>
      <w:r>
        <w:rPr>
          <w:b/>
        </w:rPr>
        <w:t xml:space="preserve">[10:50] </w:t>
      </w:r>
      <w:r>
        <w:t>kisi established government ko overthrow karne ki koshish. is ko haram bataya rasool Allah ne, haram qarar diya, haram. aur kaha ke kabhi bhi talwar mat uthana tum log.</w:t>
      </w:r>
    </w:p>
    <w:p>
      <w:pPr>
        <w:jc w:val="right"/>
      </w:pPr>
      <w:r>
        <w:t>کسی established government کو overthrow کرنے کی کوشش۔ اس کو حرام بتایا رسول اللہ نے، حرام قرار دیا، حرام۔ اور کہا کہ کبھی بھی تلوار مت اٹھانا تم لوگ۔</w:t>
      </w:r>
    </w:p>
    <w:p>
      <w:r>
        <w:rPr>
          <w:b/>
        </w:rPr>
        <w:t xml:space="preserve">[11:04] </w:t>
      </w:r>
      <w:r>
        <w:t>us mein ek baat yeh aati hai ke rasool Allah ne farmaya ke meri ummat mein jab ek baar talwar dakhil ho jaye gi to phir woh kabhi rafa' nahi hogi.</w:t>
      </w:r>
    </w:p>
    <w:p>
      <w:pPr>
        <w:jc w:val="right"/>
      </w:pPr>
      <w:r>
        <w:t>اُس میں ایک بات یہ آتی ہے کہ رسول اللہ نے فرمایا کہ میری امت میں جب ایک بار تلوار داخل ہو جائے گی تو پھر وہ کبھی رفع نہیں ہوگی۔</w:t>
      </w:r>
    </w:p>
    <w:p>
      <w:r>
        <w:rPr>
          <w:b/>
        </w:rPr>
        <w:t xml:space="preserve">[11:15] </w:t>
      </w:r>
      <w:r>
        <w:t>kabhi wapas nahi jaye gi. yaani chalti hi rahe gi talwar.</w:t>
      </w:r>
    </w:p>
    <w:p>
      <w:pPr>
        <w:jc w:val="right"/>
      </w:pPr>
      <w:r>
        <w:t>کبھی واپس نہیں جائے گی۔ یعنی چلتی ہی رہے گی تلوار۔</w:t>
      </w:r>
    </w:p>
    <w:p>
      <w:r>
        <w:rPr>
          <w:b/>
        </w:rPr>
        <w:t xml:space="preserve">[11:23] </w:t>
      </w:r>
      <w:r>
        <w:t>yaani meri ummat mein jab ek baar talwar dakhil ho gayi to phir woh hamesha chalti chalti rahe gi. mein samajh nahi pata tha ke is ka mat</w:t>
      </w:r>
    </w:p>
    <w:p>
      <w:pPr>
        <w:jc w:val="right"/>
      </w:pPr>
      <w:r>
        <w:t>یعنی میری امت میں جب ایک بار تلوار داخل ہو گئی تو پھر وہ ہمیشہ چلتی چلتی رہے گی۔ میں سمجھ نہیں پاتا تھا کہ اس کا مط</w:t>
      </w:r>
    </w:p>
    <w:p>
      <w:r>
        <w:rPr>
          <w:b/>
        </w:rPr>
        <w:t xml:space="preserve">[11:32] </w:t>
      </w:r>
      <w:r>
        <w:t>lab kya hai. kyun chalti rahe gi hamesha? aaj hi mujh par yeh baat khuli ke dekhiye, violence pehle aata hai emotional tor par.</w:t>
      </w:r>
    </w:p>
    <w:p>
      <w:pPr>
        <w:jc w:val="right"/>
      </w:pPr>
      <w:r>
        <w:t>لب کیا ہے۔ کیوں چلتی رہے گی ہمیشہ؟ آج ہی مجھ پر یہ بات کھلی کہ دیکھیے، violence پہلے آتا ہے emotional طور پر۔</w:t>
      </w:r>
    </w:p>
    <w:p>
      <w:r>
        <w:rPr>
          <w:b/>
        </w:rPr>
        <w:t xml:space="preserve">[11:42] </w:t>
      </w:r>
      <w:r>
        <w:t>aap bhadak gaye, bhadak kar kya violence kar diya aap ne. phir dheere dheere kya hota hai? justified violence chal padta hai.</w:t>
      </w:r>
    </w:p>
    <w:p>
      <w:pPr>
        <w:jc w:val="right"/>
      </w:pPr>
      <w:r>
        <w:t>آپ بھڑک گئے، بھڑک کر کیا violence کر دیا آپ نے۔ پھر دھیرے دھیرے کیا ہوتا ہے؟ Justified violence چل پڑتا ہے۔</w:t>
      </w:r>
    </w:p>
    <w:p>
      <w:r>
        <w:rPr>
          <w:b/>
        </w:rPr>
        <w:t xml:space="preserve">[11:52] </w:t>
      </w:r>
      <w:r>
        <w:t>justified violence.</w:t>
      </w:r>
    </w:p>
    <w:p>
      <w:pPr>
        <w:jc w:val="right"/>
      </w:pPr>
      <w:r>
        <w:t>Justified violence۔</w:t>
      </w:r>
    </w:p>
    <w:p>
      <w:r>
        <w:rPr>
          <w:b/>
        </w:rPr>
        <w:t xml:space="preserve">[11:54] </w:t>
      </w:r>
      <w:r>
        <w:t>kisi bhi cheez mein agar aap der tak us par rahein to aap ka mind jo hai hamesha justification nikalta hai.</w:t>
      </w:r>
    </w:p>
    <w:p>
      <w:pPr>
        <w:jc w:val="right"/>
      </w:pPr>
      <w:r>
        <w:t>کسی بھی چیز میں اگر آپ دیر تک اُس پر رہیں تو آپ کا mind جو ہے ہمیشہ justification نکالتا ہے۔</w:t>
      </w:r>
    </w:p>
    <w:p>
      <w:r>
        <w:rPr>
          <w:b/>
        </w:rPr>
        <w:t xml:space="preserve">[12:06] </w:t>
      </w:r>
      <w:r>
        <w:t>mein aap ko ek misaal doon. India mein jo shirk hai, jo idolatry hai, woh ek philosophy par base karti hai. ek poori philosophy hai India ki idolatry ki.</w:t>
      </w:r>
    </w:p>
    <w:p>
      <w:pPr>
        <w:jc w:val="right"/>
      </w:pPr>
      <w:r>
        <w:t>میں آپ کو ایک مثال دوں۔ انڈیا میں جو شرک ہے، جو idolatry ہے، وہ ایک philosophy پر base کرتی ہے۔ ایک پوری philosophy ہے انڈیا کی idolatry کی۔</w:t>
      </w:r>
    </w:p>
    <w:p>
      <w:r>
        <w:rPr>
          <w:b/>
        </w:rPr>
        <w:t xml:space="preserve">[12:19] </w:t>
      </w:r>
      <w:r>
        <w:t>yaani but parasti ki.</w:t>
      </w:r>
    </w:p>
    <w:p>
      <w:pPr>
        <w:jc w:val="right"/>
      </w:pPr>
      <w:r>
        <w:t>یعنی بت پرستی کی۔</w:t>
      </w:r>
    </w:p>
    <w:p>
      <w:r>
        <w:rPr>
          <w:b/>
        </w:rPr>
        <w:t xml:space="preserve">[12:22] </w:t>
      </w:r>
      <w:r>
        <w:t>to aisa nahi hai ke pehle philosophy aayi phir but parasti aayi. aap agar history parhein, aap history India ki to pehle idolatry aayi thi.</w:t>
      </w:r>
    </w:p>
    <w:p>
      <w:pPr>
        <w:jc w:val="right"/>
      </w:pPr>
      <w:r>
        <w:t>تو ایسا نہیں ہے کہ پہلے philosophy آئی پھر بت پرستی آئی۔ آپ اگر history پڑھیں، آپ history انڈیا کی تو پہلے idolatry آئی تھی۔</w:t>
      </w:r>
    </w:p>
    <w:p>
      <w:r>
        <w:rPr>
          <w:b/>
        </w:rPr>
        <w:t xml:space="preserve">[12:32] </w:t>
      </w:r>
      <w:r>
        <w:t>yaani but parasti pehle aayi thi. ke suraj ko pooja, chand ko pooja, star ko pooja, samundar ko pooja.</w:t>
      </w:r>
    </w:p>
    <w:p>
      <w:pPr>
        <w:jc w:val="right"/>
      </w:pPr>
      <w:r>
        <w:t>یعنی بت پرستی پہلے آئی تھی۔ کہ سن کو پوجا، چاند کو پوجا، star کو پوجا، سمندر کو پوجا۔</w:t>
      </w:r>
    </w:p>
    <w:p>
      <w:r>
        <w:rPr>
          <w:b/>
        </w:rPr>
        <w:t xml:space="preserve">[12:42] </w:t>
      </w:r>
      <w:r>
        <w:t>dekhein, ek sense of awe paida hua. sense of awe paida hua to logon ne poojna hai us ko. ab but banane lage us ka.</w:t>
      </w:r>
    </w:p>
    <w:p>
      <w:pPr>
        <w:jc w:val="right"/>
      </w:pPr>
      <w:r>
        <w:t>دیکھیں، ایک sense of awe پیدا ہوا۔ Sense of awe پیدا ہوا تو لوگوں نے پوجنا ہے اُس کو۔ اب بت بنانے لگے اُس کا۔</w:t>
      </w:r>
    </w:p>
    <w:p>
      <w:r>
        <w:rPr>
          <w:b/>
        </w:rPr>
        <w:t xml:space="preserve">[12:52] </w:t>
      </w:r>
      <w:r>
        <w:t>to idolatry pehle aayi ba'tor ek riwaj ke. phir dheere dheere kya hua? log us ka justification nikalne lage. yeh har saal mein hua yeh.</w:t>
      </w:r>
    </w:p>
    <w:p>
      <w:pPr>
        <w:jc w:val="right"/>
      </w:pPr>
      <w:r>
        <w:t>تو idolatry پہلے آئی بطور ایک رواج کے۔ پھر دھیرے دھیرے کیا ہوا؟ لوگ اُس کا justification نکالنے لگے۔ یہ ہر سال میں ہوا یہ۔</w:t>
      </w:r>
    </w:p>
    <w:p>
      <w:r>
        <w:rPr>
          <w:b/>
        </w:rPr>
        <w:t xml:space="preserve">[13:04] </w:t>
      </w:r>
      <w:r>
        <w:t>aaj jo India mein idolatry hai woh hai justified idolatry. justified by an idolology. yeh shuru mein nahi tha.</w:t>
      </w:r>
    </w:p>
    <w:p>
      <w:pPr>
        <w:jc w:val="right"/>
      </w:pPr>
      <w:r>
        <w:t>آج جو انڈیا میں idolatry ہے وہ ہے justified idolatry۔ Justified by an idolology. یہ شروع میں نہیں تھا۔</w:t>
      </w:r>
    </w:p>
    <w:p>
      <w:r>
        <w:rPr>
          <w:b/>
        </w:rPr>
        <w:t xml:space="preserve">[13:15] </w:t>
      </w:r>
      <w:r>
        <w:t>to jab idolatry, jis Arab mein tha idolatry, wahan philosophy back nahi thi. us ki backing philosophy nahi thi wahan par.</w:t>
      </w:r>
    </w:p>
    <w:p>
      <w:pPr>
        <w:jc w:val="right"/>
      </w:pPr>
      <w:r>
        <w:t>تو جب idolatry، جس عرب میں تھا idolatry، وہاں philosophy back نہیں تھی۔ اُس کی backing philosophy نہیں تھی وہاں پر۔</w:t>
      </w:r>
    </w:p>
    <w:p>
      <w:r>
        <w:rPr>
          <w:b/>
        </w:rPr>
        <w:t xml:space="preserve">[13:24] </w:t>
      </w:r>
      <w:r>
        <w:t>upar hi upar hi thi wahan par idolatry. to sirf pachees saal mein khatam ho gayi. bohat jald khatam ho gayi. India ki jo idolatry hai woh justified by an idolology hai.</w:t>
      </w:r>
    </w:p>
    <w:p>
      <w:pPr>
        <w:jc w:val="right"/>
      </w:pPr>
      <w:r>
        <w:t>اوپر ہی اوپر ہی تھی وہاں پر idolatry۔ تو صرف پچیس سال میں ختم ہو گئی۔ بہت جلد ختم ہو گئی۔ انڈیا کی جو idolatry ہے وہ justified by an idolology ہے۔</w:t>
      </w:r>
    </w:p>
    <w:p>
      <w:r>
        <w:rPr>
          <w:b/>
        </w:rPr>
        <w:t xml:space="preserve">[13:38] </w:t>
      </w:r>
      <w:r>
        <w:t>us ke peeche ek bohat bara falsafa bana rakha hai. to aap us ko khatam nahi kar sakte.</w:t>
      </w:r>
    </w:p>
    <w:p>
      <w:pPr>
        <w:jc w:val="right"/>
      </w:pPr>
      <w:r>
        <w:t>اُس کے پیچھے ایک بہت بڑا فلسفہ بنا رکھا ہے۔ تو آپ اُس کو ختم نہیں کر سکتے۔</w:t>
      </w:r>
    </w:p>
    <w:p>
      <w:r>
        <w:rPr>
          <w:b/>
        </w:rPr>
        <w:t xml:space="preserve">[13:46] </w:t>
      </w:r>
      <w:r>
        <w:t>kyun ke woh philosophy ko kaun khatam kare? yahi mujhe maloom hua violence ke bare mein. hukoomat ke khilaf tashaddud, hukoomat ke khilaf musallah jihad, yeh haram tha Islam mein.</w:t>
      </w:r>
    </w:p>
    <w:p>
      <w:pPr>
        <w:jc w:val="right"/>
      </w:pPr>
      <w:r>
        <w:t>کیوں کہ وہ philosophy کو کون ختم کرے؟ یہی مجھے معلوم ہوا violence کے بارے میں۔ حکومت کے خلاف تشدد، حکومت کے خلاف مسلح جہاد، یہ حرام تھا اسلام میں۔</w:t>
      </w:r>
    </w:p>
    <w:p>
      <w:r>
        <w:rPr>
          <w:b/>
        </w:rPr>
        <w:t xml:space="preserve">[14:00] </w:t>
      </w:r>
      <w:r>
        <w:t>haram tha, baqayda haram.</w:t>
      </w:r>
    </w:p>
    <w:p>
      <w:pPr>
        <w:jc w:val="right"/>
      </w:pPr>
      <w:r>
        <w:t>حرام تھا، باقاعدہ حرام۔</w:t>
      </w:r>
    </w:p>
    <w:p>
      <w:r>
        <w:rPr>
          <w:b/>
        </w:rPr>
        <w:t xml:space="preserve">[14:06] </w:t>
      </w:r>
      <w:r>
        <w:t>yaani kitabon mein aata hai muslim rule ke bare mein. lekin extended sense mein mein us ko leta hoon sab hukoomaton ke bare mein.</w:t>
      </w:r>
    </w:p>
    <w:p>
      <w:pPr>
        <w:jc w:val="right"/>
      </w:pPr>
      <w:r>
        <w:t>یعنی کتابوں میں آتا ہے مسلم rule کے بارے میں۔ لیکن extended sense میں میں اُس کو لیتا ہوں سب حکومتوں کے بارے میں۔</w:t>
      </w:r>
    </w:p>
    <w:p>
      <w:r>
        <w:rPr>
          <w:b/>
        </w:rPr>
        <w:t xml:space="preserve">[14:14] </w:t>
      </w:r>
      <w:r>
        <w:t>hukoomaton ke khilaf aap ko kuch baat hai to aap peaceful activism khula hua hai aap ke liye. peaceful activism khula hua hai.</w:t>
      </w:r>
    </w:p>
    <w:p>
      <w:pPr>
        <w:jc w:val="right"/>
      </w:pPr>
      <w:r>
        <w:t>حکومتوں کے خلاف آپ کو کچھ بات ہے تو آپ peaceful activism کھلا ہوا ہے آپ کے لیے۔ Peaceful activism کھلا ہوا ہے۔</w:t>
      </w:r>
    </w:p>
    <w:p>
      <w:r>
        <w:rPr>
          <w:b/>
        </w:rPr>
        <w:t xml:space="preserve">[14:25] </w:t>
      </w:r>
      <w:r>
        <w:t>hadithon mein dekhiye, bohat ziyada hadithein hain jinhein mana kiya gaya hai khurooj. khurooj ka mani hai baghavat. yaani rebellion.</w:t>
      </w:r>
    </w:p>
    <w:p>
      <w:pPr>
        <w:jc w:val="right"/>
      </w:pPr>
      <w:r>
        <w:t>حدیثوں میں دیکھیے، بہت زیادہ حدیثیں ہیں جنہیں منع کیا گیا ہے خروج۔ خروج کا معنی ہے بغاوت۔ یعنی rebellion۔</w:t>
      </w:r>
    </w:p>
    <w:p>
      <w:r>
        <w:rPr>
          <w:b/>
        </w:rPr>
        <w:t xml:space="preserve">[14:38] </w:t>
      </w:r>
      <w:r>
        <w:t>to aap jo hai us ki jo sharah hai muslim ki, sahih muslim ki sharah hai, imam navi ne sharah ki hai jo bohat hi mani jati hai woh.</w:t>
      </w:r>
    </w:p>
    <w:p>
      <w:pPr>
        <w:jc w:val="right"/>
      </w:pPr>
      <w:r>
        <w:t>تو آپ جو ہے اُس کی جو شرح ہے مسلم کی، صحیح مسلم کی شرح ہے، امام ناوی نے شرح کی ہے جو بہت ہی مانی جاتی ہے وہ۔</w:t>
      </w:r>
    </w:p>
    <w:p>
      <w:r>
        <w:rPr>
          <w:b/>
        </w:rPr>
        <w:t xml:space="preserve">[14:50] </w:t>
      </w:r>
      <w:r>
        <w:t>to in hadithon ko sharah karte hue likhte hain woh ke agar tum ko ruler se, ruler ki koi baat tum ko theek nahi lagti hai to tum ko kya karna chahiye?</w:t>
      </w:r>
    </w:p>
    <w:p>
      <w:pPr>
        <w:jc w:val="right"/>
      </w:pPr>
      <w:r>
        <w:t>تو ان حدیثوں کو شرح کرتے ہوئے لکھتے ہیں وہ کہ اگر تم کو ruler سے، ruler کی کوئی بات تم کو ٹھیک نہیں لگتی ہے تو تم کو کیا کرنا چاہیے؟</w:t>
      </w:r>
    </w:p>
    <w:p>
      <w:r>
        <w:rPr>
          <w:b/>
        </w:rPr>
        <w:t xml:space="preserve">[15:03] </w:t>
      </w:r>
      <w:r>
        <w:t>fifeemabainak wa bainaahu yani person to person baat karo us se. fifeemabainak wa bainaahu us se milo aur person to person baat karo.</w:t>
      </w:r>
    </w:p>
    <w:p>
      <w:pPr>
        <w:jc w:val="right"/>
      </w:pPr>
      <w:r>
        <w:t>فَفِيمَا بَيْنَكَ وَبَيْنَهُ یعنی person to person بات کرو اُس سے۔ فَفِيمَا بَيْنَكَ وَبَيْنَهُ اُس سے ملو اور person to person بات کرو۔</w:t>
      </w:r>
    </w:p>
    <w:p>
      <w:r>
        <w:rPr>
          <w:b/>
        </w:rPr>
        <w:t xml:space="preserve">[15:16] </w:t>
      </w:r>
      <w:r>
        <w:t>lekin us ke khilaf, us ko is ko overthrow karne ki tehreek chalana, unseat karne ki movement chalana,</w:t>
      </w:r>
    </w:p>
    <w:p>
      <w:pPr>
        <w:jc w:val="right"/>
      </w:pPr>
      <w:r>
        <w:t>لیکن اُس کے خلاف، اُس کو اس کو overthrow کرنے کی تحریک چلانا، unseat کرنے کی movement چلانا،</w:t>
      </w:r>
    </w:p>
    <w:p>
      <w:r>
        <w:rPr>
          <w:b/>
        </w:rPr>
        <w:t xml:space="preserve">[15:24] </w:t>
      </w:r>
      <w:r>
        <w:t>us ke bare mein kehte hain ke wa ammal khuruj alaihim fahaaramm bij baa'ilil muslimeen walau qalu fasqaa walau qalu zaalimeen aur jahan tak baat hai khuruj ki,</w:t>
      </w:r>
    </w:p>
    <w:p>
      <w:pPr>
        <w:jc w:val="right"/>
      </w:pPr>
      <w:r>
        <w:t>اُس کے بارے میں کہتے ہیں کہ وَعَمَّ الْخُرُوجُ عَلَيْهِمْ فَحَرَامٌ بِيْجْ بَائِلِ الْمُسْلِمِينَ وَلَوْ قَالُوا فَسَقَا وَلَوْ قَالُوا ظَالِمِينَ اور جہاں تک بات ہے خروج کی،</w:t>
      </w:r>
    </w:p>
    <w:p>
      <w:r>
        <w:rPr>
          <w:b/>
        </w:rPr>
        <w:t xml:space="preserve">[15:41] </w:t>
      </w:r>
      <w:r>
        <w:t>yani rebel karna, us ko unseat karna, us ko overthrow karna, to woh haram hai islam mein. ijma'an haram hai. chahe woh tum ko fasiq dikhai de, chahe woh tum ko zalim dikhai de, tab bhi.</w:t>
      </w:r>
    </w:p>
    <w:p>
      <w:pPr>
        <w:jc w:val="right"/>
      </w:pPr>
      <w:r>
        <w:t>یعنی rebel کرنا، اُس کو unseat کرنا، اُس کو overthrow کرنا، تو وہ حرام ہے اسلام میں۔ اجماعاً حرام ہے۔ چاہے وہ تم کو فاسق دکھائی دے، چاہے وہ تم کو ظالم دکھائی دے، تب بھی۔</w:t>
      </w:r>
    </w:p>
    <w:p>
      <w:r>
        <w:rPr>
          <w:b/>
        </w:rPr>
        <w:t xml:space="preserve">[15:55] </w:t>
      </w:r>
      <w:r>
        <w:t>kyun ke lesser evil hai yeh. agar tum un ke khilaf musallah jihad karoge, wild resistance karoge to woh to super greater evil ban jayega.</w:t>
      </w:r>
    </w:p>
    <w:p>
      <w:pPr>
        <w:jc w:val="right"/>
      </w:pPr>
      <w:r>
        <w:t>کیوں کہ lesser evil ہے یہ۔ اگر تم اُن کے خلاف مسلح جہاد کرو گے، wild resistance کرو گے تو وہ تو super greater evil بن جائے گا۔</w:t>
      </w:r>
    </w:p>
    <w:p>
      <w:r>
        <w:rPr>
          <w:b/>
        </w:rPr>
        <w:t xml:space="preserve">[16:08] </w:t>
      </w:r>
      <w:r>
        <w:t>to hazrat usman ke zamane mein musalmanon ne talwar shuru kar di. hazrat usman ke zamane mein. tab se aaj tak talwar jo hai miyan mein nahi gayi.</w:t>
      </w:r>
    </w:p>
    <w:p>
      <w:pPr>
        <w:jc w:val="right"/>
      </w:pPr>
      <w:r>
        <w:t>تو حضرت عثمان کے زمانے میں مسلمانوں نے تلوار شروع کر دی۔ حضرت عثمان کے زمانے میں۔ تب سے آج تک تلوار جو ہے میان میں نہیں گئی۔</w:t>
      </w:r>
    </w:p>
    <w:p>
      <w:r>
        <w:rPr>
          <w:b/>
        </w:rPr>
        <w:t xml:space="preserve">[16:18] </w:t>
      </w:r>
      <w:r>
        <w:t>chali ja rahi hai. kyun?</w:t>
      </w:r>
    </w:p>
    <w:p>
      <w:pPr>
        <w:jc w:val="right"/>
      </w:pPr>
      <w:r>
        <w:t>چلی جا رہی ہے۔ کیوں؟</w:t>
      </w:r>
    </w:p>
    <w:p>
      <w:r>
        <w:rPr>
          <w:b/>
        </w:rPr>
        <w:t xml:space="preserve">[16:20] </w:t>
      </w:r>
      <w:r>
        <w:t>woh hadith meri samajh mein aayi. ke jab kuch din tak kiya logon ne to kya hua? justification nikalna shuru kiya. yani justified violence shuru hua baat ke zamane.</w:t>
      </w:r>
    </w:p>
    <w:p>
      <w:pPr>
        <w:jc w:val="right"/>
      </w:pPr>
      <w:r>
        <w:t>وہ حدیث میری سمجھ میں آئی۔ کہ جب کچھ دن تک کیا لوگوں نے تو کیا ہوا؟ Justification نکالنا شروع کیا۔ یعنی justified violence شروع ہوا بات کے زمانے۔</w:t>
      </w:r>
    </w:p>
    <w:p>
      <w:r>
        <w:rPr>
          <w:b/>
        </w:rPr>
        <w:t xml:space="preserve">[16:31] </w:t>
      </w:r>
      <w:r>
        <w:t>to pehle justify kiya gaya khilafat se. hum khuda ki taraf se, khuda ke numainda hain, hamein dunya mein hukumat qaim karni hai allah taala ki.</w:t>
      </w:r>
    </w:p>
    <w:p>
      <w:pPr>
        <w:jc w:val="right"/>
      </w:pPr>
      <w:r>
        <w:t>تو پہلے justify کیا گیا خلافت سے۔ ہم خدا کی طرف سے، خدا کے نمائندہ ہیں، ہمیں دنیا میں حکومت قائم کرنی ہے اللہ تعالیٰ کی۔</w:t>
      </w:r>
    </w:p>
    <w:p>
      <w:r>
        <w:rPr>
          <w:b/>
        </w:rPr>
        <w:t xml:space="preserve">[16:41] </w:t>
      </w:r>
      <w:r>
        <w:t>to hamein jaiz hai ke hum in ko marein, hum in ko pakrein. ab is zamane mein kya hua? mukammal islam.</w:t>
      </w:r>
    </w:p>
    <w:p>
      <w:pPr>
        <w:jc w:val="right"/>
      </w:pPr>
      <w:r>
        <w:t>تو ہمیں جائز ہے کہ ہم ان کو ماریں، ہم ان کو پکڑیں۔ اب اس زمانے میں کیا ہوا؟ مکمل اسلام۔</w:t>
      </w:r>
    </w:p>
    <w:p>
      <w:r>
        <w:rPr>
          <w:b/>
        </w:rPr>
        <w:t xml:space="preserve">[16:50] </w:t>
      </w:r>
      <w:r>
        <w:t>ke islam to ek mukammal nizam hai, is mein qanoon bhi hai, is mein yeh hai. to hamein naafiz karna hai, us ko implement karna hai, us ko enforce karna</w:t>
      </w:r>
    </w:p>
    <w:p>
      <w:pPr>
        <w:jc w:val="right"/>
      </w:pPr>
      <w:r>
        <w:t>کہ اسلام تو ایک مکمل نظام ہے، اس میں قانون بھی ہے، اس میں یہ ہے۔ تو ہمیں نافذ کرنا ہے، اس کو implement کرنا ہے، اس کو enforce کرنا</w:t>
      </w:r>
    </w:p>
    <w:p>
      <w:r>
        <w:rPr>
          <w:b/>
        </w:rPr>
        <w:t xml:space="preserve">[16:56] </w:t>
      </w:r>
      <w:r>
        <w:t>hai. to hamein taqat chahiye. aap lad rahe hain.</w:t>
      </w:r>
    </w:p>
    <w:p>
      <w:pPr>
        <w:jc w:val="right"/>
      </w:pPr>
      <w:r>
        <w:t>ہے۔ تو ہمیں طاقت چاہیے۔ آپ لڑ رہے ہیں۔</w:t>
      </w:r>
    </w:p>
    <w:p>
      <w:r>
        <w:rPr>
          <w:b/>
        </w:rPr>
        <w:t xml:space="preserve">[17:01] </w:t>
      </w:r>
      <w:r>
        <w:t>ladne se taqat nahi mili to suicide bombing kar rahe hain. yeh sara karobar bilkul ghair islami, unislamic hai. sar ta pa unislamic hai.</w:t>
      </w:r>
    </w:p>
    <w:p>
      <w:pPr>
        <w:jc w:val="right"/>
      </w:pPr>
      <w:r>
        <w:t>لڑنے سے طاقت نہیں ملی تو suicide bombing کر رہے ہیں۔ یہ سارا کاروبار بالکل غیر اسلامی، unislamic ہے۔ سر تا پا unislamic ہے۔</w:t>
      </w:r>
    </w:p>
    <w:p>
      <w:r>
        <w:rPr>
          <w:b/>
        </w:rPr>
        <w:t xml:space="preserve">[17:15] </w:t>
      </w:r>
      <w:r>
        <w:t>So you have to, you have to reassess the whole thing.</w:t>
      </w:r>
    </w:p>
    <w:p>
      <w:pPr>
        <w:jc w:val="right"/>
      </w:pPr>
      <w:r>
        <w:t>So you have to, you have to reassess the whole thing.</w:t>
      </w:r>
    </w:p>
    <w:p>
      <w:r>
        <w:rPr>
          <w:b/>
        </w:rPr>
        <w:t xml:space="preserve">[17:20] </w:t>
      </w:r>
      <w:r>
        <w:t>is choti moti baat se kaam nahi chal sakta hai ke logon ko aap wuzu sahi karna sikha dein, logon ko namaz ke jo tareeqe hain us ko us ko sahi kar dein.</w:t>
      </w:r>
    </w:p>
    <w:p>
      <w:pPr>
        <w:jc w:val="right"/>
      </w:pPr>
      <w:r>
        <w:t>اس چھوٹی موٹی بات سے کام نہیں چل سکتا ہے کہ لوگوں کو آپ وضو صحیح کرنا سکھا دیں، لوگوں کو نماز کے جو طریقے ہیں اس کو اس کو صحیح کر دیں۔</w:t>
      </w:r>
    </w:p>
    <w:p>
      <w:r>
        <w:rPr>
          <w:b/>
        </w:rPr>
        <w:t xml:space="preserve">[17:29] </w:t>
      </w:r>
      <w:r>
        <w:t>is se kuch nahi hone wala hai.</w:t>
      </w:r>
    </w:p>
    <w:p>
      <w:pPr>
        <w:jc w:val="right"/>
      </w:pPr>
      <w:r>
        <w:t>اس سے کچھ نہیں ہونے والا ہے۔</w:t>
      </w:r>
    </w:p>
    <w:p>
      <w:r>
        <w:rPr>
          <w:b/>
        </w:rPr>
        <w:t xml:space="preserve">[17:33] </w:t>
      </w:r>
      <w:r>
        <w:t>aur hal karne ki to aur hal, aur hal kijiye. pura pura,</w:t>
      </w:r>
    </w:p>
    <w:p>
      <w:pPr>
        <w:jc w:val="right"/>
      </w:pPr>
      <w:r>
        <w:t>اور حال کرنے کی تو اور حال، اور حال کیجیے۔ پورا پورا،</w:t>
      </w:r>
    </w:p>
    <w:p>
      <w:r>
        <w:rPr>
          <w:b/>
        </w:rPr>
        <w:t xml:space="preserve">[17:39] </w:t>
      </w:r>
      <w:r>
        <w:t>pura yahan se hazar saal par aap ko nazar saani karni padegi. hazar saal ke upar aap ko revision karna padega, reassess karna padega.</w:t>
      </w:r>
    </w:p>
    <w:p>
      <w:pPr>
        <w:jc w:val="right"/>
      </w:pPr>
      <w:r>
        <w:t>پورا یہاں سے ہزار سال پر آپ کو نظر ثانی کرنی پڑے گی۔ ہزار سال کے اوپر آپ کو revision کرنا پڑے گا، reassess کرنا پڑے گا۔</w:t>
      </w:r>
    </w:p>
    <w:p>
      <w:r>
        <w:rPr>
          <w:b/>
        </w:rPr>
        <w:t xml:space="preserve">[17:49] </w:t>
      </w:r>
      <w:r>
        <w:t>tab aap musalmanon ki islah kar sakte hain. warna islah ka koi imkan nahi hai. yeh hota rahega yahan tak ke aapatt aa jayegi aur dunya ka khata ho jayega.</w:t>
      </w:r>
    </w:p>
    <w:p>
      <w:pPr>
        <w:jc w:val="right"/>
      </w:pPr>
      <w:r>
        <w:t>تب آپ مسلمانوں کی اصلاح کر سکتے ہیں۔ ورنہ اصلاح کا کوئی امکان نہیں ہے۔ یہ ہوتا رہے گا یہاں تک کہ آپت آ جائے گی اور دنیا کا خاتمہ ہو جائے گا۔</w:t>
      </w:r>
    </w:p>
    <w:p>
      <w:r>
        <w:rPr>
          <w:b/>
        </w:rPr>
        <w:t xml:space="preserve">[18:00] </w:t>
      </w:r>
      <w:r>
        <w:t>jab justified violence ka zamana aa jaye to aap samajhte hain ke koi payment lagane se kaam chal sakta hai? Now we are living in justified violence.</w:t>
      </w:r>
    </w:p>
    <w:p>
      <w:pPr>
        <w:jc w:val="right"/>
      </w:pPr>
      <w:r>
        <w:t>جب justified violence کا زمانہ آ جائے تو آپ سمجھتے ہیں کہ کوئی پیمنٹ لگانے سے کام چل سکتا ہے؟ Now we are living in justified violence.</w:t>
      </w:r>
    </w:p>
    <w:p>
      <w:r>
        <w:rPr>
          <w:b/>
        </w:rPr>
        <w:t xml:space="preserve">[18:12] </w:t>
      </w:r>
      <w:r>
        <w:t>The age of justified violence.</w:t>
      </w:r>
    </w:p>
    <w:p>
      <w:pPr>
        <w:jc w:val="right"/>
      </w:pPr>
      <w:r>
        <w:t>The age of justified violence.</w:t>
      </w:r>
    </w:p>
    <w:p>
      <w:r>
        <w:rPr>
          <w:b/>
        </w:rPr>
        <w:t xml:space="preserve">[18:19] </w:t>
      </w:r>
      <w:r>
        <w:t>abbasi daur ke zamane mein khilafat ke naam par us ko justify kiya gaya. is zamane mein mukammal islam, complete system of life hai islam.</w:t>
      </w:r>
    </w:p>
    <w:p>
      <w:pPr>
        <w:jc w:val="right"/>
      </w:pPr>
      <w:r>
        <w:t>عباسی دور کے زمانے میں خلافت کے نام پر اس کو justify کیا گیا۔ اس زمانے میں مکمل اسلام، complete system of life ہے اسلام۔</w:t>
      </w:r>
    </w:p>
    <w:p>
      <w:r>
        <w:rPr>
          <w:b/>
        </w:rPr>
        <w:t xml:space="preserve">[18:31] </w:t>
      </w:r>
      <w:r>
        <w:t>bilkul wahi aa gaya jo communism mein tha. Communism mein, communism mein jo tha ke hamein pure system ko badalna hai. to wahan par, wahan par koi sawal nahi tha peaceful tarike se kaam karne ka.</w:t>
      </w:r>
    </w:p>
    <w:p>
      <w:pPr>
        <w:jc w:val="right"/>
      </w:pPr>
      <w:r>
        <w:t>بالکل وہی آ گیا جو communism میں تھا۔ Communism میں، communism میں جو تھا کہ ہمیں پورے system کو بدلنا ہے۔ تو وہاں پر، وہاں پر کوئی سوال نہیں تھا peaceful طریقے سے کام کرنے کا۔</w:t>
      </w:r>
    </w:p>
    <w:p>
      <w:r>
        <w:rPr>
          <w:b/>
        </w:rPr>
        <w:t xml:space="preserve">[18:45] </w:t>
      </w:r>
      <w:r>
        <w:t>yani communist ideology mein peaceful activism kuch nahi hai.</w:t>
      </w:r>
    </w:p>
    <w:p>
      <w:pPr>
        <w:jc w:val="right"/>
      </w:pPr>
      <w:r>
        <w:t>یعنی communist ideology میں peaceful activism کچھ نہیں ہے۔</w:t>
      </w:r>
    </w:p>
    <w:p>
      <w:r>
        <w:rPr>
          <w:b/>
        </w:rPr>
        <w:t xml:space="preserve">[18:52] </w:t>
      </w:r>
      <w:r>
        <w:t>Communist ideology to hai ke todo system ko, rulers ko khatam karo. Chunancha Stalin ne pachees billion insano ko maar dala.</w:t>
      </w:r>
    </w:p>
    <w:p>
      <w:pPr>
        <w:jc w:val="right"/>
      </w:pPr>
      <w:r>
        <w:t>Communist ideology تو ہے کہ توڑو system کو، rulers کو ختم کرو۔ چنانچہ Stalin نے پچیس بلین انسانوں کو مار ڈالا۔</w:t>
      </w:r>
    </w:p>
    <w:p>
      <w:r>
        <w:rPr>
          <w:b/>
        </w:rPr>
        <w:t xml:space="preserve">[19:04] </w:t>
      </w:r>
      <w:r>
        <w:t>Kyun ke peaceful tareeqay se nahi ho sakta tha.</w:t>
      </w:r>
    </w:p>
    <w:p>
      <w:pPr>
        <w:jc w:val="right"/>
      </w:pPr>
      <w:r>
        <w:t>کیوں کہ peaceful طریقے سے نہیں ہو سکتا تھا۔</w:t>
      </w:r>
    </w:p>
    <w:p>
      <w:r>
        <w:rPr>
          <w:b/>
        </w:rPr>
        <w:t xml:space="preserve">[19:08] </w:t>
      </w:r>
      <w:r>
        <w:t>Unnis satrah se pehle jab communist tehreek chal rahi thi, us zamanay mein Stalin leader tha. Is ne taqreer karte hue kaha tha ke hamein success ke liye teen cheezon ki zaroorat hai.</w:t>
      </w:r>
    </w:p>
    <w:p>
      <w:pPr>
        <w:jc w:val="right"/>
      </w:pPr>
      <w:r>
        <w:t>انیس سترہ سے پہلے جب communist تحریک چل رہی تھی، اس زمانے میں Stalin leader تھا۔ اس نے تقریر کرتے ہوئے کہا تھا کہ ہمیں success کے لیے تین چیزوں کی ضرورت ہے۔</w:t>
      </w:r>
    </w:p>
    <w:p>
      <w:r>
        <w:rPr>
          <w:b/>
        </w:rPr>
        <w:t xml:space="preserve">[19:21] </w:t>
      </w:r>
      <w:r>
        <w:t>Teen cheezon ki zaroorat hai.</w:t>
      </w:r>
    </w:p>
    <w:p>
      <w:pPr>
        <w:jc w:val="right"/>
      </w:pPr>
      <w:r>
        <w:t>تین چیزوں کی ضرورت ہے۔</w:t>
      </w:r>
    </w:p>
    <w:p>
      <w:r>
        <w:rPr>
          <w:b/>
        </w:rPr>
        <w:t xml:space="preserve">[19:26] </w:t>
      </w:r>
      <w:r>
        <w:t>Kya cheez? Teen cheezein hain: arm number one, arm number two, arm number three, and aakhir mein phir arm. Yeh hai communist ide</w:t>
      </w:r>
    </w:p>
    <w:p>
      <w:pPr>
        <w:jc w:val="right"/>
      </w:pPr>
      <w:r>
        <w:t>کیا چیز؟ تین چیزیں ہیں: arm نمبر one, arm نمبر two, arm نمبر three, arm آخر میں پھر arm۔ یہ ہے communist ide</w:t>
      </w:r>
    </w:p>
    <w:p>
      <w:r>
        <w:rPr>
          <w:b/>
        </w:rPr>
        <w:t xml:space="preserve">[19:36] </w:t>
      </w:r>
      <w:r>
        <w:t>ology. Wohi ideology musalmanon mein aa gayi hai mukammal Islam ke naam par. Aap dekhiye, jagah jagah musalman takra rahe hain.</w:t>
      </w:r>
    </w:p>
    <w:p>
      <w:pPr>
        <w:jc w:val="right"/>
      </w:pPr>
      <w:r>
        <w:t>ology۔ وہی ideology مسلمانوں میں آ گئی ہے مکمل اسلام کے نام پر۔ آپ دیکھیے، جگہ جگہ مسلمان ٹکرا رہے ہیں۔</w:t>
      </w:r>
    </w:p>
    <w:p>
      <w:r>
        <w:rPr>
          <w:b/>
        </w:rPr>
        <w:t xml:space="preserve">[19:47] </w:t>
      </w:r>
      <w:r>
        <w:t>Khud apne mulkon ke hukmaran jo hain, woh samajhte hain ke yeh maghrib ke pathu hain, yeh America ke agent hain, aur yeh rukawat hai Islam ko naafiz karne mein.</w:t>
      </w:r>
    </w:p>
    <w:p>
      <w:pPr>
        <w:jc w:val="right"/>
      </w:pPr>
      <w:r>
        <w:t>خود اپنے ملکوں کے حکمران جو ہیں، وہ سمجھتے ہیں کہ یہ مغرب کے پٹھو ہیں، یہ امریکہ کے agent ہیں، اور یہ رکاوٹ ہے اسلام کو نافذ کرنے میں۔</w:t>
      </w:r>
    </w:p>
    <w:p>
      <w:r>
        <w:rPr>
          <w:b/>
        </w:rPr>
        <w:t xml:space="preserve">[19:56] </w:t>
      </w:r>
      <w:r>
        <w:t>Inhein maro. Yeh sara yaqeen kijiye ke Islam se is ka koi matlab nahi hai. Is ka yeh sab deviation hai, deviation.</w:t>
      </w:r>
    </w:p>
    <w:p>
      <w:pPr>
        <w:jc w:val="right"/>
      </w:pPr>
      <w:r>
        <w:t>انہیں مارو۔ یہ سارا یقین کیجیے کہ اسلام سے اس کا کوئی مطلب نہیں ہے۔ اس کا یہ سب deviation ہے، deviation۔</w:t>
      </w:r>
    </w:p>
    <w:p>
      <w:r>
        <w:rPr>
          <w:b/>
        </w:rPr>
        <w:t xml:space="preserve">[20:09] </w:t>
      </w:r>
      <w:r>
        <w:t>Ek daldal mein ummat phansi hui thi, ek daldal mein ise nikalna hai aap ko. Poori poori ummat ek daldal mein phansi hui hai.</w:t>
      </w:r>
    </w:p>
    <w:p>
      <w:pPr>
        <w:jc w:val="right"/>
      </w:pPr>
      <w:r>
        <w:t>ایک دلدل میں امت پھنسی ہوئی تھی، ایک دلدل میں اسے نکالنا ہے آپ کو۔ پوری پوری امت ایک دلدل میں پھنسی ہوئی ہے۔</w:t>
      </w:r>
    </w:p>
    <w:p>
      <w:r>
        <w:rPr>
          <w:b/>
        </w:rPr>
        <w:t xml:space="preserve">[20:24] </w:t>
      </w:r>
      <w:r>
        <w:t>Ab mein aap ko ek aur baat arz karna chahta hoon. Yeh hai ke Islam mein, yani hadithon ko aap parhein to do groh maane gaye hain poori tareekh Islam mein.</w:t>
      </w:r>
    </w:p>
    <w:p>
      <w:pPr>
        <w:jc w:val="right"/>
      </w:pPr>
      <w:r>
        <w:t>اب میں آپ کو ایک اور بات عرض کرنا چاہتا ہوں۔ یہ ہے کہ اسلام میں، یعنی حدیثوں کو آپ پڑھیں تو دو گروہ مانے گئے ہیں پوری تاریخ اسلام میں۔</w:t>
      </w:r>
    </w:p>
    <w:p>
      <w:r>
        <w:rPr>
          <w:b/>
        </w:rPr>
        <w:t xml:space="preserve">[20:38] </w:t>
      </w:r>
      <w:r>
        <w:t>Ashab-e-Rasool aur Ikhwan-e-Rasool. Ashab-e-Rasool woh hain jo Rasool Allah ke contemporary thay. Aap ke saath unhon ne kaam kiya.</w:t>
      </w:r>
    </w:p>
    <w:p>
      <w:pPr>
        <w:jc w:val="right"/>
      </w:pPr>
      <w:r>
        <w:t>اصحاب رسول اور اخوان رسول۔ اصحاب رسول وہ ہیں جو رسول اللہ کے contemporary تھے۔ آپ کے ساتھ انہوں نے کام کیا۔</w:t>
      </w:r>
    </w:p>
    <w:p>
      <w:r>
        <w:rPr>
          <w:b/>
        </w:rPr>
        <w:t xml:space="preserve">[20:50] </w:t>
      </w:r>
      <w:r>
        <w:t>Ikhwan-e-Rasool woh hain jo future mein aayenge. Future mein. To aaj log is par baat karne se darte hain.</w:t>
      </w:r>
    </w:p>
    <w:p>
      <w:pPr>
        <w:jc w:val="right"/>
      </w:pPr>
      <w:r>
        <w:t>اخوان رسول وہ ہیں جو future میں آئیں گے۔ Future میں۔ تو آج لوگ اس پر بات کرنے سے ڈرتے ہیں۔</w:t>
      </w:r>
    </w:p>
    <w:p>
      <w:r>
        <w:rPr>
          <w:b/>
        </w:rPr>
        <w:t xml:space="preserve">[21:02] </w:t>
      </w:r>
      <w:r>
        <w:t>Kyun? Muqaddas maan liya unhon ne.</w:t>
      </w:r>
    </w:p>
    <w:p>
      <w:pPr>
        <w:jc w:val="right"/>
      </w:pPr>
      <w:r>
        <w:t>کیوں؟ مقدس مان لیا انہوں نے۔</w:t>
      </w:r>
    </w:p>
    <w:p>
      <w:r>
        <w:rPr>
          <w:b/>
        </w:rPr>
        <w:t xml:space="preserve">[21:05] </w:t>
      </w:r>
      <w:r>
        <w:t>Ikhwan-e-Rasool ke maamle ko muqaddas maan liya. Mysterious maan liya, mysterious. Jaise ke kahin ghar se koi niklega, achanak woh Ikhwan-e-Rasool ban jayega.</w:t>
      </w:r>
    </w:p>
    <w:p>
      <w:pPr>
        <w:jc w:val="right"/>
      </w:pPr>
      <w:r>
        <w:t>اخوان رسول کے معاملے کو مقدس مان لیا۔ Mysterious مان لیا، mysterious۔ جیسے کہ کہیں غار سے کوئی نکلے گا، اچانک وہ اخوان رسول بن جائے گا۔</w:t>
      </w:r>
    </w:p>
    <w:p>
      <w:r>
        <w:rPr>
          <w:b/>
        </w:rPr>
        <w:t xml:space="preserve">[21:15] </w:t>
      </w:r>
      <w:r>
        <w:t>Nahi, woh woh hum ko ek goal diya gaya hai. Hazrat Umar ne farmaya tha Ashab-e-Rasool ke baray mein. Ashab-e-Rasool ko Quran mein khair-ul-ummah kaha gaya hai.</w:t>
      </w:r>
    </w:p>
    <w:p>
      <w:pPr>
        <w:jc w:val="right"/>
      </w:pPr>
      <w:r>
        <w:t>نہیں، وہ وہ ہم کو ایک گول دیا گیا ہے۔ حضرت عمر نے فرمایا تھا اصحاب رسول کے بارے میں۔ اصحاب رسول کو قرآن میں خیر و امت کہا گیا ہے۔</w:t>
      </w:r>
    </w:p>
    <w:p>
      <w:r>
        <w:rPr>
          <w:b/>
        </w:rPr>
        <w:t xml:space="preserve">[21:29] </w:t>
      </w:r>
      <w:r>
        <w:t>To Hazrat Umar ne farmaya tha ke man sarra an yakuna mithla hathihi al-luba fal yashrut Allah fiha matlab jo is group mein shamil hona chahe to us ki shart poori kare.</w:t>
      </w:r>
    </w:p>
    <w:p>
      <w:pPr>
        <w:jc w:val="right"/>
      </w:pPr>
      <w:r>
        <w:t>تو حضرت عمر نے فرمایا تھا کہ من سره ان یکون مثل هذه اللبا فلید شرط اللہ فیہا مطلب جو اس گروپ میں شامل ہونا چاہے تو اس کی شرط پوری کرے۔</w:t>
      </w:r>
    </w:p>
    <w:p>
      <w:r>
        <w:rPr>
          <w:b/>
        </w:rPr>
        <w:t xml:space="preserve">[21:40] </w:t>
      </w:r>
      <w:r>
        <w:t>Woh</w:t>
      </w:r>
    </w:p>
    <w:p>
      <w:pPr>
        <w:jc w:val="right"/>
      </w:pPr>
      <w:r>
        <w:t>وہ</w:t>
      </w:r>
    </w:p>
    <w:p>
      <w:r>
        <w:rPr>
          <w:b/>
        </w:rPr>
        <w:t xml:space="preserve">[21:43] </w:t>
      </w:r>
      <w:r>
        <w:t>Jo is group mein shamil hona chahe, woh us ki shart poori kare.</w:t>
      </w:r>
    </w:p>
    <w:p>
      <w:pPr>
        <w:jc w:val="right"/>
      </w:pPr>
      <w:r>
        <w:t>جو اس گروپ میں شامل ہونا چاہے، وہ اس کی شرط پوری کرے۔</w:t>
      </w:r>
    </w:p>
    <w:p>
      <w:r>
        <w:rPr>
          <w:b/>
        </w:rPr>
        <w:t xml:space="preserve">[21:47] </w:t>
      </w:r>
      <w:r>
        <w:t>Wohi mein aaj kahunga. Ikhwan-e-Rasool jo hain, koi mysterious cheez nahi hai. Ashab-e-Rasool mysterious nahi thay.</w:t>
      </w:r>
    </w:p>
    <w:p>
      <w:pPr>
        <w:jc w:val="right"/>
      </w:pPr>
      <w:r>
        <w:t>وہی میں آج کہوں گا۔ اخوان رسول جو ہیں، کوئی mysterious چیز نہیں ہے۔ اصحاب رسول mysterious نہیں تھے۔</w:t>
      </w:r>
    </w:p>
    <w:p>
      <w:r>
        <w:rPr>
          <w:b/>
        </w:rPr>
        <w:t xml:space="preserve">[21:57] </w:t>
      </w:r>
      <w:r>
        <w:t>Yeh bhi mysterious nahi hai. Taha Tibr ke is qaul ko le kar ke aap keh sakte hain ke kuch us waqt ko logon ke liye goal yeh tha, target yeh tha ke tum aise kaam karo ke tumhara shumar Ashab-e-Rasool mein ho jaye.</w:t>
      </w:r>
    </w:p>
    <w:p>
      <w:pPr>
        <w:jc w:val="right"/>
      </w:pPr>
      <w:r>
        <w:t>یہ بھی mysterious نہیں ہے۔ طہ تبر کے اس قول کو لے کر کے آپ کہہ سکتے ہیں کہ کچھ اس وقت کو لوگوں کے لیے گول یہ تھا، target یہ تھا کہ تم ایسے کام کرو کہ تمہارا شمار اصحاب رسول میں ہو جائے۔</w:t>
      </w:r>
    </w:p>
    <w:p>
      <w:r>
        <w:rPr>
          <w:b/>
        </w:rPr>
        <w:t xml:space="preserve">[22:10] </w:t>
      </w:r>
      <w:r>
        <w:t>Is group mein tum ko shamil kiya jaye.</w:t>
      </w:r>
    </w:p>
    <w:p>
      <w:pPr>
        <w:jc w:val="right"/>
      </w:pPr>
      <w:r>
        <w:t>اس گروپ میں تم کو شامل کیا جائے۔</w:t>
      </w:r>
    </w:p>
    <w:p>
      <w:r>
        <w:rPr>
          <w:b/>
        </w:rPr>
        <w:t xml:space="preserve">[22:14] </w:t>
      </w:r>
      <w:r>
        <w:t>Man sarra yakuna mithla hathihi al-luba fal yashrut Allah fiha</w:t>
      </w:r>
    </w:p>
    <w:p>
      <w:pPr>
        <w:jc w:val="right"/>
      </w:pPr>
      <w:r>
        <w:t>من سره یکون مثل هذه اللبا فلید شرط اللہ فیہا</w:t>
      </w:r>
    </w:p>
    <w:p>
      <w:r>
        <w:rPr>
          <w:b/>
        </w:rPr>
        <w:t xml:space="preserve">[22:21] </w:t>
      </w:r>
      <w:r>
        <w:t>Ke Ashab-e-Rasool jo thay, woh mysterious group nahi tha. Woh ek goal tha, ek target tha. Aap aisa kaam kijiye to aap is mein is ke member ban jayenge.</w:t>
      </w:r>
    </w:p>
    <w:p>
      <w:pPr>
        <w:jc w:val="right"/>
      </w:pPr>
      <w:r>
        <w:t>کہ اصحاب رسول جو تھے، وہ mysterious گروپ نہیں تھا۔ وہ ایک گول تھا، ایک target تھا۔ آپ ایسا کام کیجیے تو آپ اس میں اس کے ممبر بن جائیں گے۔</w:t>
      </w:r>
    </w:p>
    <w:p>
      <w:r>
        <w:rPr>
          <w:b/>
        </w:rPr>
        <w:t xml:space="preserve">[22:33] </w:t>
      </w:r>
      <w:r>
        <w:t>Aise hi Ikhwan-e-Rasool jo hain, woh koi mysterious cheez nahi hai. Woh</w:t>
      </w:r>
    </w:p>
    <w:p>
      <w:pPr>
        <w:jc w:val="right"/>
      </w:pPr>
      <w:r>
        <w:t>ایسے ہی اخوان رسول جو ہیں، وہ کوئی mysterious چیز نہیں ہے۔ وہ</w:t>
      </w:r>
    </w:p>
    <w:p>
      <w:r>
        <w:rPr>
          <w:b/>
        </w:rPr>
        <w:t xml:space="preserve">[22:36] </w:t>
      </w:r>
      <w:r>
        <w:t>rasool Allah ne ek future ke liye ek target diya ke future aaye ga jab wahan bhi ek mauqa hoga ke isi tarah ke giroh niklein dobara.</w:t>
      </w:r>
    </w:p>
    <w:p>
      <w:pPr>
        <w:jc w:val="right"/>
      </w:pPr>
      <w:r>
        <w:t>رسول اللہ نے ایک future کے لیے ایک target دیا کہ future آئے گا جب وہاں بھی ایک موقع ہوگا کہ اسی طرح کے گروہ نکلیں دوبارہ۔</w:t>
      </w:r>
    </w:p>
    <w:p>
      <w:r>
        <w:rPr>
          <w:b/>
        </w:rPr>
        <w:t xml:space="preserve">[22:48] </w:t>
      </w:r>
      <w:r>
        <w:t>to main yahan yeh kahoon ga ke dono giroh jo hain, dawat ki buniyad par bante hain. pehla bhi, doosra bhi. asal bashri dawat hai Islam mein.</w:t>
      </w:r>
    </w:p>
    <w:p>
      <w:pPr>
        <w:jc w:val="right"/>
      </w:pPr>
      <w:r>
        <w:t>تو میں یہاں یہ کہوں گا کہ دونوں گروہ جو ہیں، دعوت کی بنیاد پر بنتے ہیں۔ پہلا بھی، دوسرا بھی۔ اصل بشری دعوت ہے اسلام میں۔</w:t>
      </w:r>
    </w:p>
    <w:p>
      <w:r>
        <w:rPr>
          <w:b/>
        </w:rPr>
        <w:t xml:space="preserve">[23:01] </w:t>
      </w:r>
      <w:r>
        <w:t>Political activities hain hi nahin. Mission</w:t>
      </w:r>
    </w:p>
    <w:p>
      <w:pPr>
        <w:jc w:val="right"/>
      </w:pPr>
      <w:r>
        <w:t>Political activities ہیں ہی نہیں۔ Mission</w:t>
      </w:r>
    </w:p>
    <w:p>
      <w:r>
        <w:rPr>
          <w:b/>
        </w:rPr>
        <w:t xml:space="preserve">[23:04] </w:t>
      </w:r>
      <w:r>
        <w:t>aaj kal jo idhar udhar ho rahi hain, political activities, mili activities. yaad rakhiye, na mili activities mein Islam mein koi target hai, na political activism target hai.</w:t>
      </w:r>
    </w:p>
    <w:p>
      <w:pPr>
        <w:jc w:val="right"/>
      </w:pPr>
      <w:r>
        <w:t>آج کل جو ادھر ادھر ہو رہی ہیں، political activities، ملی activities۔ یاد رکھیے، نہ ملی activities میں اسلام میں کوئی target ہے، نہ political activism target ہے۔</w:t>
      </w:r>
    </w:p>
    <w:p>
      <w:r>
        <w:rPr>
          <w:b/>
        </w:rPr>
        <w:t xml:space="preserve">[23:15] </w:t>
      </w:r>
      <w:r>
        <w:t>har giz nahin hai. sirf dawah activism target hai. aaj kal aap jagah jagah mili activities ho rahi hain, millat ke naam par.</w:t>
      </w:r>
    </w:p>
    <w:p>
      <w:pPr>
        <w:jc w:val="right"/>
      </w:pPr>
      <w:r>
        <w:t>ہرگز نہیں ہے۔ صرف دعویٰ activism target ہے۔ آج کل آپ جگہ جگہ ملی activities ہو رہی ہیں، ملت کے نام پر۔</w:t>
      </w:r>
    </w:p>
    <w:p>
      <w:r>
        <w:rPr>
          <w:b/>
        </w:rPr>
        <w:t xml:space="preserve">[23:24] </w:t>
      </w:r>
      <w:r>
        <w:t>woh Islam mein target nahin hai. aap karte hain to kijiye. magar Islam mein jo target diya hai, woh nahin hai. woh</w:t>
      </w:r>
    </w:p>
    <w:p>
      <w:pPr>
        <w:jc w:val="right"/>
      </w:pPr>
      <w:r>
        <w:t>وہ اسلام میں target نہیں ہے۔ آپ کرتے ہیں تو کیجیے۔ مگر اسلام میں جو target دیا ہے، وہ نہیں ہے۔ وہ</w:t>
      </w:r>
    </w:p>
    <w:p>
      <w:r>
        <w:rPr>
          <w:b/>
        </w:rPr>
        <w:t xml:space="preserve">[23:32] </w:t>
      </w:r>
      <w:r>
        <w:t>aisi political activities jo kar rahe hain log, woh karte hain to karen. lekin Islam mein woh target nahin hai. woh ek hi target hai. ليكون للعالمين نظيرًا ليكون للعالمين نظيرًا yani universal warner.</w:t>
      </w:r>
    </w:p>
    <w:p>
      <w:pPr>
        <w:jc w:val="right"/>
      </w:pPr>
      <w:r>
        <w:t>ایسی political activities جو کر رہے ہیں لوگ، وہ کرتے ہیں تو کریں۔ لیکن اسلام میں وہ target نہیں ہے۔ وہ ایک ہی target ہے۔ ليكون للعالمين نظيرًا ليكون للعالمين نظيرًا یعنی universal warner۔</w:t>
      </w:r>
    </w:p>
    <w:p>
      <w:r>
        <w:rPr>
          <w:b/>
        </w:rPr>
        <w:t xml:space="preserve">[23:52] </w:t>
      </w:r>
      <w:r>
        <w:t>yani aalami satah par, universal level par, global level par duniya ko Khuda ka message pahunchana. bas yahi message hai, yahi yahi mission hai.</w:t>
      </w:r>
    </w:p>
    <w:p>
      <w:pPr>
        <w:jc w:val="right"/>
      </w:pPr>
      <w:r>
        <w:t>یعنی عالمی سطح پر، universal level پر، global level پر دنیا کو خدا کا message پہنچانا۔ بس یہی message ہے، یہی یہی mission ہے۔</w:t>
      </w:r>
    </w:p>
    <w:p>
      <w:r>
        <w:rPr>
          <w:b/>
        </w:rPr>
        <w:t xml:space="preserve">[24:05] </w:t>
      </w:r>
      <w:r>
        <w:t>ke saare globe par jo log base hue hain, unko Allah ka paigham pahunch jaye. bas yahi mission hai, yahi goal hai, yahi target hai. bas aur koi doosra target nahin.</w:t>
      </w:r>
    </w:p>
    <w:p>
      <w:pPr>
        <w:jc w:val="right"/>
      </w:pPr>
      <w:r>
        <w:t>کہ سارے globe پر جو لوگ بسے ہوئے ہیں، ان کو اللہ کا پیغام پہنچ جائے۔ بس یہی mission ہے، یہی گول ہے، یہی target ہے۔ بس اور کوئی دوسرا target نہیں۔</w:t>
      </w:r>
    </w:p>
    <w:p>
      <w:r>
        <w:rPr>
          <w:b/>
        </w:rPr>
        <w:t xml:space="preserve">[24:17] </w:t>
      </w:r>
      <w:r>
        <w:t>baqi sab sigar rahi hai, sigar rahi hai, sigar rahi hai.</w:t>
      </w:r>
    </w:p>
    <w:p>
      <w:pPr>
        <w:jc w:val="right"/>
      </w:pPr>
      <w:r>
        <w:t>باقی سب سگر رہی ہے، سگر رہی ہے، سگر رہی ہے۔</w:t>
      </w:r>
    </w:p>
    <w:p>
      <w:r>
        <w:rPr>
          <w:b/>
        </w:rPr>
        <w:t xml:space="preserve">[24:23] </w:t>
      </w:r>
      <w:r>
        <w:t>to rasool Allah ke zamane mein jin logon ko ashaab rasool ka title mila, woh kya tha?</w:t>
      </w:r>
    </w:p>
    <w:p>
      <w:pPr>
        <w:jc w:val="right"/>
      </w:pPr>
      <w:r>
        <w:t>تو رسول اللہ کے زمانے میں جن لوگوں کو اصحاب رسول کا ٹائٹل ملا، وہ کیا تھا؟</w:t>
      </w:r>
    </w:p>
    <w:p>
      <w:r>
        <w:rPr>
          <w:b/>
        </w:rPr>
        <w:t xml:space="preserve">[24:30] </w:t>
      </w:r>
      <w:r>
        <w:t>is zamane ke halaat ke lehaz se unhon ne Khuda ke message ko, Khuda ke message ko sajda pahunchaya. oont par charh kar gaye, ghoreon par charh kar gaye, paidal chal kar gaye, kashtiyon par chal kar gaye.</w:t>
      </w:r>
    </w:p>
    <w:p>
      <w:pPr>
        <w:jc w:val="right"/>
      </w:pPr>
      <w:r>
        <w:t>اس زمانے کے حالات کے لحاظ سے انہوں نے خدا کے message کو، خدا کے message کو سجدہ پہنچایا۔ اونٹ پر چڑھ کر گئے، گھوڑوں پر چڑھ کر گئے، پیدل چل کر گئے، کشتیوں پر چل کر گئے۔</w:t>
      </w:r>
    </w:p>
    <w:p>
      <w:r>
        <w:rPr>
          <w:b/>
        </w:rPr>
        <w:t xml:space="preserve">[24:48] </w:t>
      </w:r>
      <w:r>
        <w:t>ab zamana aa gaya hai electronic zamana. ab insan hawai jahaz par uṛta hai, ab computer ke zariye message pahunchata hai. to</w:t>
      </w:r>
    </w:p>
    <w:p>
      <w:pPr>
        <w:jc w:val="right"/>
      </w:pPr>
      <w:r>
        <w:t>اب زمانہ آ گیا ہے electronic زمانہ۔ اب انسان ہوائی جہاز پر اڑتا ہے، اب کمپیوٹر کے ذریعے message پہنچاتا ہے۔ تو</w:t>
      </w:r>
    </w:p>
    <w:p>
      <w:r>
        <w:rPr>
          <w:b/>
        </w:rPr>
        <w:t xml:space="preserve">[24:58] </w:t>
      </w:r>
      <w:r>
        <w:t>aaj jo hai, electronic dawat ka zamana hai. is zamane mein kya hua? ke pehle zamane mein jo opportunities thin, yani seventh century mein jo opportunities thin,</w:t>
      </w:r>
    </w:p>
    <w:p>
      <w:pPr>
        <w:jc w:val="right"/>
      </w:pPr>
      <w:r>
        <w:t>آج جو ہے، electronic دعوت کا زمانہ ہے۔ اس زمانے میں کیا ہوا؟ کہ پہلے زمانے میں جو opportunities تھیں، یعنی seventh century میں جو opportunities تھیں،</w:t>
      </w:r>
    </w:p>
    <w:p>
      <w:r>
        <w:rPr>
          <w:b/>
        </w:rPr>
        <w:t xml:space="preserve">[25:13] </w:t>
      </w:r>
      <w:r>
        <w:t>traditional period mein ya ya pre-scientific period mein jo opportunities thin, un opportunities ko avail karte hue dawah work karna, yeh tha ashaab rasool ka kaam.</w:t>
      </w:r>
    </w:p>
    <w:p>
      <w:pPr>
        <w:jc w:val="right"/>
      </w:pPr>
      <w:r>
        <w:t>traditional period میں یا یا pre-scientific period میں جو opportunities تھیں، ان opportunities کو avail کرتے ہوئے دعویٰ work کرنا، یہ تھا اصحاب رسول کا کام۔</w:t>
      </w:r>
    </w:p>
    <w:p>
      <w:r>
        <w:rPr>
          <w:b/>
        </w:rPr>
        <w:t xml:space="preserve">[25:28] </w:t>
      </w:r>
      <w:r>
        <w:t>yani ashaab rasool woh log qarar paye jinhon ne rasool Allah ka saath diya is silsile mein ke aap ke mission ko unhon ne apna mission banaya.</w:t>
      </w:r>
    </w:p>
    <w:p>
      <w:pPr>
        <w:jc w:val="right"/>
      </w:pPr>
      <w:r>
        <w:t>یعنی اصحاب رسول وہ لوگ قرار پائے جنہوں نے رسول اللہ کا ساتھ دیا اس سلسلے میں کہ آپ کے mission کو انہوں نے اپنا mission بنایا۔</w:t>
      </w:r>
    </w:p>
    <w:p>
      <w:r>
        <w:rPr>
          <w:b/>
        </w:rPr>
        <w:t xml:space="preserve">[25:39] </w:t>
      </w:r>
      <w:r>
        <w:t>aur traditional period mein jo bhi opportunities thin, unko avail karte hue is mission ko phailaya unhon ne. woh ashaab rasool bane.</w:t>
      </w:r>
    </w:p>
    <w:p>
      <w:pPr>
        <w:jc w:val="right"/>
      </w:pPr>
      <w:r>
        <w:t>اور traditional period میں جو بھی opportunities تھیں، ان کو avail کرتے ہوئے اس mission کو پھیلایا انہوں نے۔ وہ اصحاب رسول بنے۔</w:t>
      </w:r>
    </w:p>
    <w:p>
      <w:r>
        <w:rPr>
          <w:b/>
        </w:rPr>
        <w:t xml:space="preserve">[25:50] </w:t>
      </w:r>
      <w:r>
        <w:t>ab dobara yahi criteria hai, koi doosra criteria nahin hai.</w:t>
      </w:r>
    </w:p>
    <w:p>
      <w:pPr>
        <w:jc w:val="right"/>
      </w:pPr>
      <w:r>
        <w:t>اب دوبارہ یہی criteria ہے، کوئی دوسرا criteria نہیں ہے۔</w:t>
      </w:r>
    </w:p>
    <w:p>
      <w:r>
        <w:rPr>
          <w:b/>
        </w:rPr>
        <w:t xml:space="preserve">[25:54] </w:t>
      </w:r>
      <w:r>
        <w:t>ab hum aa rahe hain communication ke zamane mein, scientific zamane mein, aur aviation ke zamane mein, printing press ke zamane mein.</w:t>
      </w:r>
    </w:p>
    <w:p>
      <w:pPr>
        <w:jc w:val="right"/>
      </w:pPr>
      <w:r>
        <w:t>اب ہم آ رہے ہیں communication کے زمانے میں، scientific زمانے میں، اور aviation کے زمانے میں، printing press کے زمانے میں۔</w:t>
      </w:r>
    </w:p>
    <w:p>
      <w:r>
        <w:rPr>
          <w:b/>
        </w:rPr>
        <w:t xml:space="preserve">[26:04] </w:t>
      </w:r>
      <w:r>
        <w:t>aaj nai opportunities hain. ab nai opportunities ko avail karte hue jo log dawah work karenge, khalisatan liwajh Allah, na paise ke liye, na shohrat ke liye, na popularity ke liye, na kisi material gain ke liye,</w:t>
      </w:r>
    </w:p>
    <w:p>
      <w:pPr>
        <w:jc w:val="right"/>
      </w:pPr>
      <w:r>
        <w:t>آج نئی opportunities ہیں۔ اب نئی opportunities کو avail کرتے ہوئے جو لوگ دعویٰ work کریں گے، خالصتا لوجہ اللہ، نہ پیسے کے لیے، نہ شہرت کے لیے، نہ popularity کے لیے، نہ کسی مٹیریل gain کے لیے،</w:t>
      </w:r>
    </w:p>
    <w:p>
      <w:r>
        <w:rPr>
          <w:b/>
        </w:rPr>
        <w:t xml:space="preserve">[26:22] </w:t>
      </w:r>
      <w:r>
        <w:t>wohi ikhwan rasool honge.</w:t>
      </w:r>
    </w:p>
    <w:p>
      <w:pPr>
        <w:jc w:val="right"/>
      </w:pPr>
      <w:r>
        <w:t>وہی اخوان رسول ہوں گے۔</w:t>
      </w:r>
    </w:p>
    <w:p>
      <w:r>
        <w:rPr>
          <w:b/>
        </w:rPr>
        <w:t xml:space="preserve">[26:29] </w:t>
      </w:r>
      <w:r>
        <w:t>to woh jo hadith hai, main samajhta hoon ke woh hamein target deti hai aaj ke zamane ke liye.</w:t>
      </w:r>
    </w:p>
    <w:p>
      <w:pPr>
        <w:jc w:val="right"/>
      </w:pPr>
      <w:r>
        <w:t>تو وہ جو حدیث ہے، میں سمجھتا ہوں کہ وہ ہمیں target دیتی ہے آج کے زمانے کے لیے۔</w:t>
      </w:r>
    </w:p>
    <w:p>
      <w:r>
        <w:rPr>
          <w:b/>
        </w:rPr>
        <w:t xml:space="preserve">[26:37] </w:t>
      </w:r>
      <w:r>
        <w:t>hadith mein hai ke la yabaqa ala wajh al-ard bait ala yabaqa ala zahar al-ard bait madr wa wabar illa adkhala Allah kalimat al-Islam zameen par koi kacha ya paka ghar nahin bachega magar Allah ka kalma wahan par dakhil ho jayega.</w:t>
      </w:r>
    </w:p>
    <w:p>
      <w:pPr>
        <w:jc w:val="right"/>
      </w:pPr>
      <w:r>
        <w:t>حدیث میں ہے کہ لا یبقى علی وجه الارض بیت علی یبقى علی ظاہر الارض بیت مدر ولا وبر الا ادخل اللہ کلمۃ الاسلام زمین پر کوئی کچا یا پکا گھر نہیں بچے گا مگر اللہ کا کلمہ وہاں پر داخل ہو جائے گا۔</w:t>
      </w:r>
    </w:p>
    <w:p>
      <w:r>
        <w:rPr>
          <w:b/>
        </w:rPr>
        <w:t xml:space="preserve">[27:05] </w:t>
      </w:r>
      <w:r>
        <w:t>Allah apne kalme ko wahan dakhil kar dega lekin apne kalme ko Allah dakhil karta hai insanon ke zariye se. isi liye kaha hai ke man ansari ila Allah Allah khud nahin aata apne kalme ko jagah jagah pahunchane ke liye.</w:t>
      </w:r>
    </w:p>
    <w:p>
      <w:pPr>
        <w:jc w:val="right"/>
      </w:pPr>
      <w:r>
        <w:t>اللہ اپنے کلمے کو وہاں داخل کر دے گا لیکن اپنے کلمے کو اللہ داخل کرتا ہے انسانوں کے ذریعے سے۔ اسی لیے کہا ہے کہ من انصاری الا اللہ اللہ خود نہیں آتا اپنے کلمے کو جگہ جگہ پہنچانے کے لیے۔</w:t>
      </w:r>
    </w:p>
    <w:p>
      <w:r>
        <w:rPr>
          <w:b/>
        </w:rPr>
        <w:t xml:space="preserve">[27:24] </w:t>
      </w:r>
      <w:r>
        <w:t>woh insanon ko pukarta hai ke man ansari ila Allah kaun hai jo Allah ki madad karne ke liye uthe?</w:t>
      </w:r>
    </w:p>
    <w:p>
      <w:pPr>
        <w:jc w:val="right"/>
      </w:pPr>
      <w:r>
        <w:t>وہ انسانوں کو پکارتا ہے کہ من انصاری الا اللہ کون ہے جو اللہ کی مدد کرنے کے لیے اٹھے؟</w:t>
      </w:r>
    </w:p>
    <w:p>
      <w:r>
        <w:rPr>
          <w:b/>
        </w:rPr>
        <w:t xml:space="preserve">[27:33] </w:t>
      </w:r>
      <w:r>
        <w:t>to sahaba karam ansar allah bane qadeem zamanay mein. yani allah ki madad ke liye uthay. madad ka matlab kya hai?</w:t>
      </w:r>
    </w:p>
    <w:p>
      <w:pPr>
        <w:jc w:val="right"/>
      </w:pPr>
      <w:r>
        <w:t>تو صحابہ کرام انصار اللہ بنے قدیم زمانے میں۔ یعنی اللہ کی مدد کے لیے اٹھے۔ مدد کا معنی کیا ہے؟</w:t>
      </w:r>
    </w:p>
    <w:p>
      <w:r>
        <w:rPr>
          <w:b/>
        </w:rPr>
        <w:t xml:space="preserve">[27:42] </w:t>
      </w:r>
      <w:r>
        <w:t>yahi khuda ki baat ko, khuda ke message ko, allah ke kalma ko insanon tak pahunchana. to traditional daur mein ashaab rasool ne ansar allah ban kar ke is kaam ko anjam diya.</w:t>
      </w:r>
    </w:p>
    <w:p>
      <w:pPr>
        <w:jc w:val="right"/>
      </w:pPr>
      <w:r>
        <w:t>یہی خدا کی بات کو، خدا کے message کو، اللہ کے کلمہ کو انسانوں تک پہنچانا۔ تو traditional دور میں اصحاب رسول نے انصار اللہ بن کر کے اس کام کو انجام دیا۔</w:t>
      </w:r>
    </w:p>
    <w:p>
      <w:r>
        <w:rPr>
          <w:b/>
        </w:rPr>
        <w:t xml:space="preserve">[27:57] </w:t>
      </w:r>
      <w:r>
        <w:t>khalistan liwajh allah, sirf allah ke liye.</w:t>
      </w:r>
    </w:p>
    <w:p>
      <w:pPr>
        <w:jc w:val="right"/>
      </w:pPr>
      <w:r>
        <w:t>خالصتا لوجہ اللہ، صرف اللہ کے لیے۔</w:t>
      </w:r>
    </w:p>
    <w:p>
      <w:r>
        <w:rPr>
          <w:b/>
        </w:rPr>
        <w:t xml:space="preserve">[28:01] </w:t>
      </w:r>
      <w:r>
        <w:t>isi tarah se aaj jo mawaqe khulay hain, jo opportunities khuli hain communication ke zamanay mein, scientific zamanay mein, un ko avail karte hue jo log kaam karenge mission ko phailanay ke liye, woh ikhwan rasool qarar payenge.</w:t>
      </w:r>
    </w:p>
    <w:p>
      <w:pPr>
        <w:jc w:val="right"/>
      </w:pPr>
      <w:r>
        <w:t>اسی طریقے سے آج جو مواقع کھلے ہیں، جو opportunities کھلی ہیں communication کے زمانے میں، scientific زمانے میں، ان کو avail کرتے ہوئے جو لوگ کام کریں گے mission کو پھیلانے کے لیے، وہ اخوان رسول قرار پائیں گے۔</w:t>
      </w:r>
    </w:p>
    <w:p>
      <w:r>
        <w:rPr>
          <w:b/>
        </w:rPr>
        <w:t xml:space="preserve">[28:21] </w:t>
      </w:r>
      <w:r>
        <w:t>yeh target hai, target. aap ko yeh target bulata hai ke aao yeh kaam kar ke ikhwan rasool bano.</w:t>
      </w:r>
    </w:p>
    <w:p>
      <w:pPr>
        <w:jc w:val="right"/>
      </w:pPr>
      <w:r>
        <w:t>یہ target ہے، target۔ آپ کو یہ target بلاتا ہے کہ آؤ یہ کام کر کے اخوان رسول بنو۔</w:t>
      </w:r>
    </w:p>
    <w:p>
      <w:r>
        <w:rPr>
          <w:b/>
        </w:rPr>
        <w:t xml:space="preserve">[28:32] </w:t>
      </w:r>
      <w:r>
        <w:t>yaad rakhiye, target hai yeh. yeh koi purasrar, mysterious cheez nahi hai. yeh jab hazrat umar ne farmaya tha ashaab rasool ke baray mein ke man sarra an yakuna mithl hadhi al-laba fal-yud shart allah fiha is ka matlab yeh tha ke yeh target hai,</w:t>
      </w:r>
    </w:p>
    <w:p>
      <w:pPr>
        <w:jc w:val="right"/>
      </w:pPr>
      <w:r>
        <w:t>یاد رکھیے، target ہے یہ۔ یہ کوئی پراسرار، mysterious چیز نہیں ہے۔ یہ جب حضرت عمر نے فرمایا تھا اصحاب رسول کے بارے میں کہ من سره ان یکون مثل هذه اللبا فليد شرط اللہ فیها اس کا مطلب یہ تھا کہ یہ target ہے،</w:t>
      </w:r>
    </w:p>
    <w:p>
      <w:r>
        <w:rPr>
          <w:b/>
        </w:rPr>
        <w:t xml:space="preserve">[28:50] </w:t>
      </w:r>
      <w:r>
        <w:t>yeh mysterious cheez nahi hai. tum daudo is target ki taraf aur tum is mein shamil kiye jaoge.</w:t>
      </w:r>
    </w:p>
    <w:p>
      <w:pPr>
        <w:jc w:val="right"/>
      </w:pPr>
      <w:r>
        <w:t>یہ mysterious چیز نہیں ہے۔ تم دوڑو اس target کی طرف اور تم اس میں شامل کیے جاؤ گے۔</w:t>
      </w:r>
    </w:p>
    <w:p>
      <w:r>
        <w:rPr>
          <w:b/>
        </w:rPr>
        <w:t xml:space="preserve">[29:00] </w:t>
      </w:r>
      <w:r>
        <w:t>isi tarah se ikhwan rasool pe ek target ka mamla hai. ikhwan rasool ne, yani rasool ke bhai log, woh log companions of the prophet thay.</w:t>
      </w:r>
    </w:p>
    <w:p>
      <w:pPr>
        <w:jc w:val="right"/>
      </w:pPr>
      <w:r>
        <w:t>اسی طرح سے اخوان رسول پہ ایک target کا معاملہ ہے۔ اخوان رسول نے، یعنی رسول کے بھائی لوگ، وہ لوگ companions of the prophet تھے۔</w:t>
      </w:r>
    </w:p>
    <w:p>
      <w:r>
        <w:rPr>
          <w:b/>
        </w:rPr>
        <w:t xml:space="preserve">[29:11] </w:t>
      </w:r>
      <w:r>
        <w:t>yeh brothers of the prophet kahe gaye alag karne ke liye. haqeeqat mein woh bhi hain, indirect mein ashabi hain woh. yani ikhwan rasool bhi indirect mein ashaab rasool hi hain woh.</w:t>
      </w:r>
    </w:p>
    <w:p>
      <w:pPr>
        <w:jc w:val="right"/>
      </w:pPr>
      <w:r>
        <w:t>یہ brothers of the prophet کہے گئے الگ کرنے کے لیے۔ حقیقت میں وہ بھی ہیں، indirect میں اصحابی ہیں وہ۔ یعنی اخوان رسول بھی indirect میں اصحاب رسول ہی ہیں وہ۔</w:t>
      </w:r>
    </w:p>
    <w:p>
      <w:r>
        <w:rPr>
          <w:b/>
        </w:rPr>
        <w:t xml:space="preserve">[29:25] </w:t>
      </w:r>
      <w:r>
        <w:t>ashaab rasool ke do group hain: ek direct group aur ek indirect group.</w:t>
      </w:r>
    </w:p>
    <w:p>
      <w:pPr>
        <w:jc w:val="right"/>
      </w:pPr>
      <w:r>
        <w:t>اصحاب رسول کے دو گروپ ہیں: ایک direct گروپ اور ایک indirect گروپ۔</w:t>
      </w:r>
    </w:p>
    <w:p>
      <w:r>
        <w:rPr>
          <w:b/>
        </w:rPr>
        <w:t xml:space="preserve">[29:30] </w:t>
      </w:r>
      <w:r>
        <w:t>to in ko differentiate karne ke liye ek naya lafz istemal kiya gaya. na haqeeqat mein woh bhi ashaab rasool hain.</w:t>
      </w:r>
    </w:p>
    <w:p>
      <w:pPr>
        <w:jc w:val="right"/>
      </w:pPr>
      <w:r>
        <w:t>تو ان کو differentiate کرنے کے لیے ایک نیا لفظ استعمال کیا گیا۔ نہ حقیقت میں وہ بھی اصحاب رسول ہیں۔</w:t>
      </w:r>
    </w:p>
    <w:p>
      <w:r>
        <w:rPr>
          <w:b/>
        </w:rPr>
        <w:t xml:space="preserve">[29:43] </w:t>
      </w:r>
      <w:r>
        <w:t>to yaad rakhiye, yeh jo hadith mein aya hai, yeh hamein target deta hai.</w:t>
      </w:r>
    </w:p>
    <w:p>
      <w:pPr>
        <w:jc w:val="right"/>
      </w:pPr>
      <w:r>
        <w:t>تو یاد رکھیے، یہ جو حدیث میں آیا ہے، یہ ہمیں target دیتا ہے۔</w:t>
      </w:r>
    </w:p>
    <w:p>
      <w:r>
        <w:rPr>
          <w:b/>
        </w:rPr>
        <w:t xml:space="preserve">[29:54] </w:t>
      </w:r>
      <w:r>
        <w:t>kal mujhe apa ne bataya, woh gayi theen lodhi garden. to hamara jo jo larki kaam karti hai, jis ko kehte hain aaj kal ki zaban mein, yani domestic help, woh woh parhi likhi nahi hai, aise hi hai bilkul.</w:t>
      </w:r>
    </w:p>
    <w:p>
      <w:pPr>
        <w:jc w:val="right"/>
      </w:pPr>
      <w:r>
        <w:t>کل مجھے آپا نے بتایا، وہ گئی تھیں لودھی گارڈن۔ تو ہمارا جو جو لڑکی کام کرتی ہے، جس کو کہتے ہیں آج کل کی زبان میں، یعنی domestic help، وہ وہ پڑھی لکھی نہیں ہے، ایسے ہی ہے بالکل۔</w:t>
      </w:r>
    </w:p>
    <w:p>
      <w:r>
        <w:rPr>
          <w:b/>
        </w:rPr>
        <w:t xml:space="preserve">[30:12] </w:t>
      </w:r>
      <w:r>
        <w:t>to ek ajeeb baat batayi unhon ne ke woh woh woh pamphlet dena chahti hai. wahan tourist atay hain, foreigners atay hain aur bohat educated log atay hain lodhi garden mein.</w:t>
      </w:r>
    </w:p>
    <w:p>
      <w:pPr>
        <w:jc w:val="right"/>
      </w:pPr>
      <w:r>
        <w:t>تو ایک عجیب بات بتائی انہوں نے کہ وہ وہ وہ پمفلٹ دینا چاہتی ہے۔ وہاں tourist آتے ہیں، foreigners آتے ہیں اور بہت educated لوگ آتے ہیں لودھی گارڈن میں۔</w:t>
      </w:r>
    </w:p>
    <w:p>
      <w:r>
        <w:rPr>
          <w:b/>
        </w:rPr>
        <w:t xml:space="preserve">[30:26] </w:t>
      </w:r>
      <w:r>
        <w:t>to woh gayi wahan par woh kitab dene ke liye. is ko unhon ne istemal kiya, is larki ko. kaha ke le aa kar sab ko do.</w:t>
      </w:r>
    </w:p>
    <w:p>
      <w:pPr>
        <w:jc w:val="right"/>
      </w:pPr>
      <w:r>
        <w:t>تو وہ گئیں وہاں پر وہ کتاب دینے کے لیے۔ اس کو انہوں نے استعمال کیا، اس لڑکی کو۔ کہا کہ لے آ کر سب کو دو۔</w:t>
      </w:r>
    </w:p>
    <w:p>
      <w:r>
        <w:rPr>
          <w:b/>
        </w:rPr>
        <w:t xml:space="preserve">[30:37] </w:t>
      </w:r>
      <w:r>
        <w:t>to jis ke paas jati thi, kehti thi ke uncle, is ko lijiye, is ko parhiye.</w:t>
      </w:r>
    </w:p>
    <w:p>
      <w:pPr>
        <w:jc w:val="right"/>
      </w:pPr>
      <w:r>
        <w:t>تو جس کے پاس جاتی تھی، کہتی تھی کہ انکل، اس کو لیجیے، اس کو پڑھیے۔</w:t>
      </w:r>
    </w:p>
    <w:p>
      <w:r>
        <w:rPr>
          <w:b/>
        </w:rPr>
        <w:t xml:space="preserve">[30:42] </w:t>
      </w:r>
      <w:r>
        <w:t>foran le lete thay, le lete thay log. to poore lodhi garden mein is tarah se woh kitab bantati rahi woh. do din.</w:t>
      </w:r>
    </w:p>
    <w:p>
      <w:pPr>
        <w:jc w:val="right"/>
      </w:pPr>
      <w:r>
        <w:t>فوراً لے لیتے تھے، لے لیتے تھے لوگ۔ تو پورے لودھی گارڈن میں اس طریقے سے وہ کتاب بانٹتی رہی وہ۔ دو دن۔</w:t>
      </w:r>
    </w:p>
    <w:p>
      <w:r>
        <w:rPr>
          <w:b/>
        </w:rPr>
        <w:t xml:space="preserve">[30:52] </w:t>
      </w:r>
      <w:r>
        <w:t>to apa bata rahi theen ke do saal se woh kehti theen ke tum urdu parho, urdu parho, urdu parho. koi parhna koi janti nahi hai woh. ab woh khud hi keh rahi hain ke hum padhenge.</w:t>
      </w:r>
    </w:p>
    <w:p>
      <w:pPr>
        <w:jc w:val="right"/>
      </w:pPr>
      <w:r>
        <w:t>تو آپا بتا رہی تھیں کہ دو سال سے وہ کہتی تھیں کہ تم اردو پڑھو، اردو پڑھو، اردو پڑھو۔ کوئی پڑھنا کوئی جانتی نہیں ہے وہ۔ اب وہ خود ہی کہہ رہی ہیں کہ ہم پڑھیں گے۔</w:t>
      </w:r>
    </w:p>
    <w:p>
      <w:r>
        <w:rPr>
          <w:b/>
        </w:rPr>
        <w:t xml:space="preserve">[31:03] </w:t>
      </w:r>
      <w:r>
        <w:t>to main socha, aisa kyun hua? is ke samne ek mission aa gaya. mission aa gaya, hum kuch de sakte hain doosron ko.</w:t>
      </w:r>
    </w:p>
    <w:p>
      <w:pPr>
        <w:jc w:val="right"/>
      </w:pPr>
      <w:r>
        <w:t>تو میں سوچا، ایسا کیوں ہوا؟ اس کے سامنے ایک mission آ گیا۔ Mission آ گیا، ہم کچھ دے سکتے ہیں دوسروں کو۔</w:t>
      </w:r>
    </w:p>
    <w:p>
      <w:r>
        <w:rPr>
          <w:b/>
        </w:rPr>
        <w:t xml:space="preserve">[31:13] </w:t>
      </w:r>
      <w:r>
        <w:t>yaad rakhiye, sab se sad story musalmanon ki kya hai? ke pehle woh giver thay, aaj woh user par bane hue hain logon ki nazar mein.</w:t>
      </w:r>
    </w:p>
    <w:p>
      <w:pPr>
        <w:jc w:val="right"/>
      </w:pPr>
      <w:r>
        <w:t>یاد رکھیے، سب سے sad story مسلمانوں کی کیا ہے؟ کہ پہلے وہ giver تھے، آج وہ user پر بنے ہوئے ہیں لوگوں کی نظر میں۔</w:t>
      </w:r>
    </w:p>
    <w:p>
      <w:r>
        <w:rPr>
          <w:b/>
        </w:rPr>
        <w:t xml:space="preserve">[31:24] </w:t>
      </w:r>
      <w:r>
        <w:t>aap ne is ko khilafat ka naam diya, mukammal islam implement karne ka naam diya. lekin logon ki nazar mein aap user par ban gaye. yeh hamari zameen ko chheenana chahte hain.</w:t>
      </w:r>
    </w:p>
    <w:p>
      <w:pPr>
        <w:jc w:val="right"/>
      </w:pPr>
      <w:r>
        <w:t>آپ نے اس کو خلافت کا نام دیا، مکمل اسلام implement کرنے کا نام دیا۔ لیکن لوگوں کی نظر میں آپ user پر بن گئے۔ یہ ہماری زمین کو چھیننا چاہتے ہیں۔</w:t>
      </w:r>
    </w:p>
    <w:p>
      <w:r>
        <w:rPr>
          <w:b/>
        </w:rPr>
        <w:t xml:space="preserve">[31:34] </w:t>
      </w:r>
      <w:r>
        <w:t>hamari political power ko chheenana chahte hain. hamare economic sources ko chheenana chahte hain.</w:t>
      </w:r>
    </w:p>
    <w:p>
      <w:pPr>
        <w:jc w:val="right"/>
      </w:pPr>
      <w:r>
        <w:t>ہماری political power کو چھیننا چاہتے ہیں۔ ہمارے economic sources کو چھیننا چاہتے ہیں۔</w:t>
      </w:r>
    </w:p>
    <w:p>
      <w:r>
        <w:rPr>
          <w:b/>
        </w:rPr>
        <w:t xml:space="preserve">[31:41] </w:t>
      </w:r>
      <w:r>
        <w:t>to pehle musalmanon ki image kya thi? yeh giver hain, giver. ab yeh image ban gayi, yeh user par hain, user par.</w:t>
      </w:r>
    </w:p>
    <w:p>
      <w:pPr>
        <w:jc w:val="right"/>
      </w:pPr>
      <w:r>
        <w:t>تو پہلے مسلمانوں کی image کیا تھی؟ یہ giver ہیں، giver۔ اب یہ image بن گئی، یہ user پر ہیں، user پر۔</w:t>
      </w:r>
    </w:p>
    <w:p>
      <w:r>
        <w:rPr>
          <w:b/>
        </w:rPr>
        <w:t xml:space="preserve">[31:51] </w:t>
      </w:r>
      <w:r>
        <w:t>to jab aap giver hon to aap ka to yahi jazba aata hai, jis ka ek chhota sa namuna main ne aap ko is larki ki shakal mein bataya. jab giver hotay hain aap, giver, ke mere paas ek universal message hai.</w:t>
      </w:r>
    </w:p>
    <w:p>
      <w:pPr>
        <w:jc w:val="right"/>
      </w:pPr>
      <w:r>
        <w:t>تو جب آپ giver ہوں تو آپ کا تو یہی جذبہ آتا ہے، جس کا ایک چھوٹا سا نمونہ میں نے آپ کو اس لڑکی کی شکل میں بتایا۔ جب giver ہوتے ہیں آپ، giver، کہ میرے پاس ایک universal message ہے۔</w:t>
      </w:r>
    </w:p>
    <w:p>
      <w:r>
        <w:rPr>
          <w:b/>
        </w:rPr>
        <w:t xml:space="preserve">[32:05] </w:t>
      </w:r>
      <w:r>
        <w:t>mere paas doosron ko dene ke liye ek cheez hai.</w:t>
      </w:r>
    </w:p>
    <w:p>
      <w:pPr>
        <w:jc w:val="right"/>
      </w:pPr>
      <w:r>
        <w:t>میرے پاس دوسروں کو دینے کے لیے ایک چیز ہے۔</w:t>
      </w:r>
    </w:p>
    <w:p>
      <w:r>
        <w:rPr>
          <w:b/>
        </w:rPr>
        <w:t xml:space="preserve">[32:08] </w:t>
      </w:r>
      <w:r>
        <w:t>yaad rakhiye, sab se bara jo thrilling ek jo experience hota hai, wohi hai ke aap yeh mehsoos karein ke mere paas doosron ko dene ke liye koi cheez hai.</w:t>
      </w:r>
    </w:p>
    <w:p>
      <w:pPr>
        <w:jc w:val="right"/>
      </w:pPr>
      <w:r>
        <w:t>یاد رکھیے، سب سے بڑا جو thrilling ایک جو experience ہوتا ہے، وہ یہی ہے کہ آپ یہ محسوس کریں کہ میرے پاس دوسروں کو دینے کے لیے کوئی چیز ہے۔</w:t>
      </w:r>
    </w:p>
    <w:p>
      <w:r>
        <w:rPr>
          <w:b/>
        </w:rPr>
        <w:t xml:space="preserve">[32:18] </w:t>
      </w:r>
      <w:r>
        <w:t>aap giver hesiyat rakhte hain is duniya mein. aur duniya bhar ko dene ke liye koi cheez ho. is se bara koi afaqi tajruba nahi hai insaan ke liye.</w:t>
      </w:r>
    </w:p>
    <w:p>
      <w:pPr>
        <w:jc w:val="right"/>
      </w:pPr>
      <w:r>
        <w:t>آپ giver حیثیت رکھتے ہیں اس دنیا میں۔ اور دنیا بھر کو دینے کے لیے کوئی چیز ہو۔ اس سے بڑا کوئی افاقی تجربہ نہیں ہے انسان کے لیے۔</w:t>
      </w:r>
    </w:p>
    <w:p>
      <w:r>
        <w:rPr>
          <w:b/>
        </w:rPr>
        <w:t xml:space="preserve">[32:33] </w:t>
      </w:r>
      <w:r>
        <w:t>ek ajib, ek ajib thrilling ehsas hota hai ke mere paas dene ke liye koi cheez hai.</w:t>
      </w:r>
    </w:p>
    <w:p>
      <w:pPr>
        <w:jc w:val="right"/>
      </w:pPr>
      <w:r>
        <w:t>ایک عجیب، ایک عجیب thrilling احساس ہوتا ہے کہ میرے پاس دینے کے لیے کوئی چیز ہے۔</w:t>
      </w:r>
    </w:p>
    <w:p>
      <w:r>
        <w:rPr>
          <w:b/>
        </w:rPr>
        <w:t xml:space="preserve">[32:42] </w:t>
      </w:r>
      <w:r>
        <w:t>toh yeh daawa hai, straight mamooli cheez nahi hai.</w:t>
      </w:r>
    </w:p>
    <w:p>
      <w:pPr>
        <w:jc w:val="right"/>
      </w:pPr>
      <w:r>
        <w:t>تو یہ دعویٰ ہے، straight معمولی چیز نہیں ہے۔</w:t>
      </w:r>
    </w:p>
    <w:p>
      <w:r>
        <w:rPr>
          <w:b/>
        </w:rPr>
        <w:t xml:space="preserve">[32:48] </w:t>
      </w:r>
      <w:r>
        <w:t>ashab-e-rasool ke bare mein aap tareekh kitabon mein padhiye. yaani jo makkah madine ke jo log the, arab ke, un ki kya image thi is zamane mein?</w:t>
      </w:r>
    </w:p>
    <w:p>
      <w:pPr>
        <w:jc w:val="right"/>
      </w:pPr>
      <w:r>
        <w:t>اصحاب رسول کے بارے میں آپ تاریخ کتابوں میں پڑھیے۔ یعنی جو مکہ مدینے کے جو لوگ تھے، عرب کے، ان کی کیا image تھی اس زمانے میں؟</w:t>
      </w:r>
    </w:p>
    <w:p>
      <w:r>
        <w:rPr>
          <w:b/>
        </w:rPr>
        <w:t xml:space="preserve">[33:00] </w:t>
      </w:r>
      <w:r>
        <w:t>ladna, aapas mein ladna, aapas mein ladna.</w:t>
      </w:r>
    </w:p>
    <w:p>
      <w:pPr>
        <w:jc w:val="right"/>
      </w:pPr>
      <w:r>
        <w:t>لڑنا، آپس میں لڑنا، آپس میں لڑنا۔</w:t>
      </w:r>
    </w:p>
    <w:p>
      <w:r>
        <w:rPr>
          <w:b/>
        </w:rPr>
        <w:t xml:space="preserve">[33:03] </w:t>
      </w:r>
      <w:r>
        <w:t>yahi image thi ke aapas mein ladne wale log hain. ek is zamane ke ek shayar ne kaha tha ke woh</w:t>
      </w:r>
    </w:p>
    <w:p>
      <w:pPr>
        <w:jc w:val="right"/>
      </w:pPr>
      <w:r>
        <w:t>یہی image تھی کہ آپس میں لڑنے والے لوگ ہیں۔ ایک اس زمانے کے ایک شاعر نے کہا تھا کہ وہ</w:t>
      </w:r>
    </w:p>
    <w:p>
      <w:r>
        <w:rPr>
          <w:b/>
        </w:rPr>
        <w:t xml:space="preserve">[33:17] </w:t>
      </w:r>
      <w:r>
        <w:t>wa ahyaanan ala baqrin nakhina itha ma lam najid allaha akhana yeh yaani fakhr ke sath kaha tha, fakhr ke sath ke wa ahyaanan ala baqrin nakhina itha ma lam najid allaha akhana</w:t>
      </w:r>
    </w:p>
    <w:p>
      <w:pPr>
        <w:jc w:val="right"/>
      </w:pPr>
      <w:r>
        <w:t>واحيانا علی بقر نخینا اذا ما لم نجد اللہ اخانا یہ یعنی فخر کے ساتھ کہا تھا، فخر کے ساتھ کہ واحيانا علی بقر نخینا اذا ما لم نجد اللہ اخانا</w:t>
      </w:r>
    </w:p>
    <w:p>
      <w:r>
        <w:rPr>
          <w:b/>
        </w:rPr>
        <w:t xml:space="preserve">[33:32] </w:t>
      </w:r>
      <w:r>
        <w:t>yaani doosre nahi milte, agar hamein ladne ke liye toh hum apno se ladne lagte hain. doosre agar nahi milte ladne ke liye, hamein toh aap apno se ladne lagte hain.</w:t>
      </w:r>
    </w:p>
    <w:p>
      <w:pPr>
        <w:jc w:val="right"/>
      </w:pPr>
      <w:r>
        <w:t>یعنی دوسرے نہیں ملتے، اگر ہمیں لڑنے کے لیے تو ہم اپنوں سے لڑنے لگتے ہیں۔ دوسرے اگر نہیں ملتے لڑنے کے لیے، ہمیں تو آپ اپنوں سے لڑنے لگتے ہیں۔</w:t>
      </w:r>
    </w:p>
    <w:p>
      <w:r>
        <w:rPr>
          <w:b/>
        </w:rPr>
        <w:t xml:space="preserve">[33:42] </w:t>
      </w:r>
      <w:r>
        <w:t>yeh taliban ka mamla aap dekh rahe hain, aap roosi nahi mile toh aap aapas mein lad rahe hain. woh jab roos wale the, doosre lad rahe the, woh nahi hain toh aap aapas mein maar rahe hain, kaat rahe hain.</w:t>
      </w:r>
    </w:p>
    <w:p>
      <w:pPr>
        <w:jc w:val="right"/>
      </w:pPr>
      <w:r>
        <w:t>یہ طالبان کا معاملہ آپ دیکھ رہے ہیں، آپ روسی نہیں ملے تو آپ آپس میں لڑ رہے ہیں۔ وہ جب روس والے تھے، دوسرے لڑ رہے تھے، وہ نہیں ہیں تو آپ آپس میں مار رہے ہیں، کاٹ رہے ہیں۔</w:t>
      </w:r>
    </w:p>
    <w:p>
      <w:r>
        <w:rPr>
          <w:b/>
        </w:rPr>
        <w:t xml:space="preserve">[33:53] </w:t>
      </w:r>
      <w:r>
        <w:t>toh yeh bilkul wahi fanawra hai ke wa ahyaanan ala ala baqrin nakhina itha ma lam najid allaha akhana ke taliban ko jab roosi mile the, maar rahe the, un ko maar rahe the, woh chale gaye toh aap apne logon ko maar rahe hain.</w:t>
      </w:r>
    </w:p>
    <w:p>
      <w:pPr>
        <w:jc w:val="right"/>
      </w:pPr>
      <w:r>
        <w:t>تو یہ بالکل وہی فناورہ ہے کہ واحيانا علی علی بقر نخینا اذا ما لم نجد اللہ اخانا کہ طالبان کو جب روسی ملے تھے، مار رہے تھے، ان کو مار رہے تھے، وہ چلے گئے تو آپ اپنے لوگوں کو مار رہے ہیں۔</w:t>
      </w:r>
    </w:p>
    <w:p>
      <w:r>
        <w:rPr>
          <w:b/>
        </w:rPr>
        <w:t xml:space="preserve">[34:08] </w:t>
      </w:r>
      <w:r>
        <w:t>kyun? passion nahi koi un ke paas, yeh un ko ehsas nahi ke hum duniya ko kuch de sakte hain.</w:t>
      </w:r>
    </w:p>
    <w:p>
      <w:pPr>
        <w:jc w:val="right"/>
      </w:pPr>
      <w:r>
        <w:t>کیوں؟ پیشن نہیں کوئی ان کے پاس، یہ ان کو احساس نہیں کہ ہم دنیا کو کچھ دے سکتے ہیں۔</w:t>
      </w:r>
    </w:p>
    <w:p>
      <w:r>
        <w:rPr>
          <w:b/>
        </w:rPr>
        <w:t xml:space="preserve">[34:17] </w:t>
      </w:r>
      <w:r>
        <w:t>toh yeh jo daawa, daawa jo spirit hai, li yakuna lil aalameen nazeera yeh bohat hi bari baat hai. yeh hamare paas zyada bari baat hai.</w:t>
      </w:r>
    </w:p>
    <w:p>
      <w:pPr>
        <w:jc w:val="right"/>
      </w:pPr>
      <w:r>
        <w:t>تو یہ جو دعویٰ، دعویٰ جو spirit ہے، ليكون للعالمين نظيرًا یہ بہت ہی بڑی بات ہے۔ یہ ہمارے پاس زیادہ بڑی بات ہے۔</w:t>
      </w:r>
    </w:p>
    <w:p>
      <w:r>
        <w:rPr>
          <w:b/>
        </w:rPr>
        <w:t xml:space="preserve">[34:29] </w:t>
      </w:r>
      <w:r>
        <w:t>ek aisi ideology mile aap ko jo aap ko yeh ehsas dilaye ke mere paas ek aisi baat hai kehne ke liye jo sab ko pahuncha, sab ko</w:t>
      </w:r>
    </w:p>
    <w:p>
      <w:pPr>
        <w:jc w:val="right"/>
      </w:pPr>
      <w:r>
        <w:t>ایک ایسی ideology ملے آپ کو جو آپ کو یہ احساس دلائے کہ میرے پاس ایک ایسی بات ہے کہنے کے لیے جو سب کو پہنچا، سب کو</w:t>
      </w:r>
    </w:p>
    <w:p>
      <w:r>
        <w:rPr>
          <w:b/>
        </w:rPr>
        <w:t xml:space="preserve">[34:41] </w:t>
      </w:r>
      <w:r>
        <w:t>pahunchana hai. yaani sari duniya se kehne ke liye ek baat mere paas hai jis mein sari duniya ka bhala hi hai, sari duniya ka keh keh ka faida hai is mein.</w:t>
      </w:r>
    </w:p>
    <w:p>
      <w:pPr>
        <w:jc w:val="right"/>
      </w:pPr>
      <w:r>
        <w:t>پہنچانا ہے۔ یعنی ساری دنیا سے کہنے کے لیے ایک بات میرے پاس ہے جس میں ساری دنیا کا بھلا ہی ہے، ساری دنیا کا کہ کہ کا فائدہ ہے اس میں۔</w:t>
      </w:r>
    </w:p>
    <w:p>
      <w:r>
        <w:rPr>
          <w:b/>
        </w:rPr>
        <w:t xml:space="preserve">[34:51] </w:t>
      </w:r>
      <w:r>
        <w:t>toh daawa spirit koi mamooli cheez nahi hai. aaj kal daawat ka naam bohat dete hain log, daawat, daawat, daawat. lekin woh sab kya hai? daawat ka ek ek reduced edition bana rakha hai logon ne.</w:t>
      </w:r>
    </w:p>
    <w:p>
      <w:pPr>
        <w:jc w:val="right"/>
      </w:pPr>
      <w:r>
        <w:t>تو دعویٰ spirit کوئی معمولی چیز نہیں ہے۔ آج کل دعوت کا نام بہت دیتے ہیں لوگ، دعوت، دعوت، دعوت۔ لیکن وہ سب کیا ہے؟ دعوت کا ایک ایک reduced edition بنا رکھا ہے لوگوں نے۔</w:t>
      </w:r>
    </w:p>
    <w:p>
      <w:r>
        <w:rPr>
          <w:b/>
        </w:rPr>
        <w:t xml:space="preserve">[35:04] </w:t>
      </w:r>
      <w:r>
        <w:t>daawat ka ek reduced edition hai, ek kamtar tasawwur daawat ka.</w:t>
      </w:r>
    </w:p>
    <w:p>
      <w:pPr>
        <w:jc w:val="right"/>
      </w:pPr>
      <w:r>
        <w:t>دعوت کا ایک reduced edition ہے، ایک کمتر تصور دعوت کا۔</w:t>
      </w:r>
    </w:p>
    <w:p>
      <w:r>
        <w:rPr>
          <w:b/>
        </w:rPr>
        <w:t xml:space="preserve">[35:09] </w:t>
      </w:r>
      <w:r>
        <w:t>bohat daawa, daawat ki baatein idhar udhar hoti hain, lekin sab ek reduced version of daawat hai. woh sab ka sab daawat toh ek bohat hi bari cheez hai.</w:t>
      </w:r>
    </w:p>
    <w:p>
      <w:pPr>
        <w:jc w:val="right"/>
      </w:pPr>
      <w:r>
        <w:t>بہت دعویٰ، دعوت کی باتیں ادھر ادھر ہوتی ہیں، لیکن سب ایک reduced version of دعوت ہے۔ وہ سب کا سب دعوت تو ایک بہت ہی بڑی چیز ہے۔</w:t>
      </w:r>
    </w:p>
    <w:p>
      <w:r>
        <w:rPr>
          <w:b/>
        </w:rPr>
        <w:t xml:space="preserve">[35:21] </w:t>
      </w:r>
      <w:r>
        <w:t>daawat ek universal mission hai. daawat ek alamgir mission hai. daawat sare insano ko Khuda ki rehmat undelne ka mission hai.</w:t>
      </w:r>
    </w:p>
    <w:p>
      <w:pPr>
        <w:jc w:val="right"/>
      </w:pPr>
      <w:r>
        <w:t>دعوت ایک universal mission ہے۔ دعوت ایک عالمگیر mission ہے۔ دعوت سارے انسانوں کو خدا کی رحمت انڈیلنے کا mission ہے۔</w:t>
      </w:r>
    </w:p>
    <w:p>
      <w:r>
        <w:rPr>
          <w:b/>
        </w:rPr>
        <w:t xml:space="preserve">[35:30] </w:t>
      </w:r>
      <w:r>
        <w:t>woh aap ko ek bilkul positive qualities jitni hain, sab aap ke andar paida karta hai.</w:t>
      </w:r>
    </w:p>
    <w:p>
      <w:pPr>
        <w:jc w:val="right"/>
      </w:pPr>
      <w:r>
        <w:t>وہ آپ کو ایک بالکل positive qualities جتنی ہیں، سب آپ کے اندر پیدا کرتا ہے۔</w:t>
      </w:r>
    </w:p>
    <w:p>
      <w:r>
        <w:rPr>
          <w:b/>
        </w:rPr>
        <w:t xml:space="preserve">[35:39] </w:t>
      </w:r>
      <w:r>
        <w:t>political mission jo hai, political mission aap ke andar negative activities paida karta hai, negative thinking paida karta hai. aap doosron ko apna rival samajhne lagte hain, doosron ko aap dushman samajhne lagte hain.</w:t>
      </w:r>
    </w:p>
    <w:p>
      <w:pPr>
        <w:jc w:val="right"/>
      </w:pPr>
      <w:r>
        <w:t>Political mission جو ہے، political mission آپ کے اندر negative activities پیدا کرتا ہے، negative thinking پیدا کرتا ہے۔ آپ دوسروں کو اپنا rival سمجھنے لگتے ہیں، دوسروں کو آپ دشمن سمجھنے لگتے ہیں۔</w:t>
      </w:r>
    </w:p>
    <w:p>
      <w:r>
        <w:rPr>
          <w:b/>
        </w:rPr>
        <w:t xml:space="preserve">[35:53] </w:t>
      </w:r>
      <w:r>
        <w:t>yaad rakhiye, jab bhi aap political target lenge toh poori qaum ko kharab kar denge aap.</w:t>
      </w:r>
    </w:p>
    <w:p>
      <w:pPr>
        <w:jc w:val="right"/>
      </w:pPr>
      <w:r>
        <w:t>یاد رکھیے، جب بھی آپ political target لیں گے تو پوری قوم کو خراب کر دیں گے آپ۔</w:t>
      </w:r>
    </w:p>
    <w:p>
      <w:r>
        <w:rPr>
          <w:b/>
        </w:rPr>
        <w:t xml:space="preserve">[36:01] </w:t>
      </w:r>
      <w:r>
        <w:t>lekin daawa jo target hai, daawa ka target, daawa illallah, woh toh mukammal maanon mein ek positive target hai.</w:t>
      </w:r>
    </w:p>
    <w:p>
      <w:pPr>
        <w:jc w:val="right"/>
      </w:pPr>
      <w:r>
        <w:t>لیکن دعویٰ جو target ہے، دعویٰ کا target، دعویٰ الا اللہ، وہ تو مکمل معنوں میں ایک positive target ہے۔</w:t>
      </w:r>
    </w:p>
    <w:p>
      <w:r>
        <w:rPr>
          <w:b/>
        </w:rPr>
        <w:t xml:space="preserve">[36:10] </w:t>
      </w:r>
      <w:r>
        <w:t>positive, is mein positivity hi positivity hai. is mein na violence hai, na intolerance hai, is mein na hate hai, na revenge hai, kuch bhi nahi hai.</w:t>
      </w:r>
    </w:p>
    <w:p>
      <w:pPr>
        <w:jc w:val="right"/>
      </w:pPr>
      <w:r>
        <w:t>Positive، اس میں positivity ہی positivity ہے۔ اس میں نہ violence ہے، نہ intolerance ہے، اس میں نہ hate ہے، نہ revenge ہے، کچھ بھی نہیں ہے۔</w:t>
      </w:r>
    </w:p>
    <w:p>
      <w:r>
        <w:rPr>
          <w:b/>
        </w:rPr>
        <w:t xml:space="preserve">[36:24] </w:t>
      </w:r>
      <w:r>
        <w:t>yaani yeh it is a positive mission in extreme in extreme sense of the word jitni positivity ki jitni bhi quality hai, woh sab daawa spirit mein shamil hai.</w:t>
      </w:r>
    </w:p>
    <w:p>
      <w:pPr>
        <w:jc w:val="right"/>
      </w:pPr>
      <w:r>
        <w:t>یعنی یہ it is a positive mission in extreme in extreme sense of the word جتنی positivity کی جتنی بھی quality ہے، وہ سب دعویٰ spirit میں شامل ہے۔</w:t>
      </w:r>
    </w:p>
    <w:p>
      <w:r>
        <w:rPr>
          <w:b/>
        </w:rPr>
        <w:t xml:space="preserve">[36:46] </w:t>
      </w:r>
      <w:r>
        <w:t>to is to mein aap dawat deta hoon aap logon ko ke aap is ko sochen.</w:t>
      </w:r>
    </w:p>
    <w:p>
      <w:pPr>
        <w:jc w:val="right"/>
      </w:pPr>
      <w:r>
        <w:t>تو اس تو میں آپ دعوت دیتا ہوں آپ لوگوں کو کہ آپ اس کو سوچیں۔</w:t>
      </w:r>
    </w:p>
    <w:p>
      <w:r>
        <w:rPr>
          <w:b/>
        </w:rPr>
        <w:t xml:space="preserve">[36:52] </w:t>
      </w:r>
      <w:r>
        <w:t>sochen. pride bhi jeena choriye. modesty bhi jeena seekhiye.</w:t>
      </w:r>
    </w:p>
    <w:p>
      <w:pPr>
        <w:jc w:val="right"/>
      </w:pPr>
      <w:r>
        <w:t>سوچیں۔ pride بھی جینا چھوڑیئے۔ modesty بھی جینا سیکھیے۔</w:t>
      </w:r>
    </w:p>
    <w:p>
      <w:r>
        <w:rPr>
          <w:b/>
        </w:rPr>
        <w:t xml:space="preserve">[37:03] </w:t>
      </w:r>
      <w:r>
        <w:t>national pride ko kharch kar nikaal diye, kharch kharch kar nikaal diye. agar kahin bhi ghusa hua ho national pride, ko nikaal dijiye.</w:t>
      </w:r>
    </w:p>
    <w:p>
      <w:pPr>
        <w:jc w:val="right"/>
      </w:pPr>
      <w:r>
        <w:t>national pride کو کھرچ کر نکال دیئے، کھرچ کھرچ کر نکال دیئے۔ اگر کہیں بھی گھسا ہوا ہو national pride، کو نکال دیجیئے۔</w:t>
      </w:r>
    </w:p>
    <w:p>
      <w:r>
        <w:rPr>
          <w:b/>
        </w:rPr>
        <w:t xml:space="preserve">[37:12] </w:t>
      </w:r>
      <w:r>
        <w:t>aur mission ke tasawwur ko laiye apne zehn mein.</w:t>
      </w:r>
    </w:p>
    <w:p>
      <w:pPr>
        <w:jc w:val="right"/>
      </w:pPr>
      <w:r>
        <w:t>اور mission کے تصور کو لائیئے اپنے ذہن میں۔</w:t>
      </w:r>
    </w:p>
    <w:p>
      <w:r>
        <w:rPr>
          <w:b/>
        </w:rPr>
        <w:t xml:space="preserve">[37:16] </w:t>
      </w:r>
      <w:r>
        <w:t>pride itni buri cheez hai ke agar kuch logon ko family ka pride ho jata hai ke meri family sab se oonchi hai, to wo wo un ke liye killer ban jata hai.</w:t>
      </w:r>
    </w:p>
    <w:p>
      <w:pPr>
        <w:jc w:val="right"/>
      </w:pPr>
      <w:r>
        <w:t>pride اتنی بری چیز ہے کہ اگر کچھ لوگوں کو family کا pride ہو جاتا ہے کہ میری family سب سے اونچی ہے، تو وہ وہ ان کے لیے killer بن جاتا ہے۔</w:t>
      </w:r>
    </w:p>
    <w:p>
      <w:r>
        <w:rPr>
          <w:b/>
        </w:rPr>
        <w:t xml:space="preserve">[37:24] </w:t>
      </w:r>
      <w:r>
        <w:t>killer. to mera deen sab se ooncha, mera peghambar sab se ooncha, meri community sab se oonchi, meri history sab se oonchi. yeh to killer hai, killer.</w:t>
      </w:r>
    </w:p>
    <w:p>
      <w:pPr>
        <w:jc w:val="right"/>
      </w:pPr>
      <w:r>
        <w:t>Killer۔ تو میرا دین سب سے اونچا، میرا پیغمبر سب سے اونچا، میری community سب سے اونچی، میری history سب سے اونچی۔ یہ تو killer ہے، killer۔</w:t>
      </w:r>
    </w:p>
    <w:p>
      <w:r>
        <w:rPr>
          <w:b/>
        </w:rPr>
        <w:t xml:space="preserve">[37:36] </w:t>
      </w:r>
      <w:r>
        <w:t>isi se saari negative thinking paida hoti hai insaan ke andar.</w:t>
      </w:r>
    </w:p>
    <w:p>
      <w:pPr>
        <w:jc w:val="right"/>
      </w:pPr>
      <w:r>
        <w:t>اسی سے ساری negative thinking پیدا ہوتی ہے انسان کے اندر۔</w:t>
      </w:r>
    </w:p>
    <w:p>
      <w:r>
        <w:rPr>
          <w:b/>
        </w:rPr>
        <w:t xml:space="preserve">[37:46] </w:t>
      </w:r>
      <w:r>
        <w:t>to sab se bara target jo tha, Allah taala ne, Allah ke rasool ne jo diya tha, wo tha daawa ka target. daawa ka target. lekin phir deviation hua.</w:t>
      </w:r>
    </w:p>
    <w:p>
      <w:pPr>
        <w:jc w:val="right"/>
      </w:pPr>
      <w:r>
        <w:t>تو سب سے بڑا target جو تھا، اللہ تعالیٰ نے، اللہ کے رسول نے جو دیا تھا، وہ تھا دعویٰ کا target۔ دعویٰ کا target۔ لیکن پھر deviation ہوا۔</w:t>
      </w:r>
    </w:p>
    <w:p>
      <w:r>
        <w:rPr>
          <w:b/>
        </w:rPr>
        <w:t xml:space="preserve">[37:56] </w:t>
      </w:r>
      <w:r>
        <w:t>deviation ho kar ke khilafat ka target. mukammal islam ka target. islami qanoon ko enforce karne ka target. yeh sab aa gaya.</w:t>
      </w:r>
    </w:p>
    <w:p>
      <w:pPr>
        <w:jc w:val="right"/>
      </w:pPr>
      <w:r>
        <w:t>Deviation ہو کر کے خلافت کا target۔ مکمل اسلام کا target۔ اسلامی قانون کو enforce کرنے کا target۔ یہ سب آ گیا۔</w:t>
      </w:r>
    </w:p>
    <w:p>
      <w:r>
        <w:rPr>
          <w:b/>
        </w:rPr>
        <w:t xml:space="preserve">[38:06] </w:t>
      </w:r>
      <w:r>
        <w:t>aur saare musalmanon mein har taraf tabahi, tabahi phaila ho gaya.</w:t>
      </w:r>
    </w:p>
    <w:p>
      <w:pPr>
        <w:jc w:val="right"/>
      </w:pPr>
      <w:r>
        <w:t>اور سارے مسلمانوں میں ہر طرف تباہی، تباہی پھیلا ہو گئی۔</w:t>
      </w:r>
    </w:p>
    <w:p>
      <w:r>
        <w:rPr>
          <w:b/>
        </w:rPr>
        <w:t xml:space="preserve">[38:12] </w:t>
      </w:r>
      <w:r>
        <w:t>abhi jo aap dekh rahe hain, mein abhi akhbar mein parh raha tha, idhar chand news mein aa raha hai ke Pakistan ka bohat hi bura haal hai. yaani America agar madad na kare to Pakistan aik failed state, failed state.</w:t>
      </w:r>
    </w:p>
    <w:p>
      <w:pPr>
        <w:jc w:val="right"/>
      </w:pPr>
      <w:r>
        <w:t>ابھی جو آپ دیکھ رہے ہیں، میں ابھی اخبار میں پڑھ رہا تھا، ادھر چند نیوز میں آ رہا ہے کہ پاکستان کا بہت ہی برا حال ہے۔ یعنی امریکہ اگر مدد نہ کرے تو پاکستان ایک failed state، failed state۔</w:t>
      </w:r>
    </w:p>
    <w:p>
      <w:r>
        <w:rPr>
          <w:b/>
        </w:rPr>
        <w:t xml:space="preserve">[38:27] </w:t>
      </w:r>
      <w:r>
        <w:t>America ki madad par qaim hai Pakistan. to kyun hai? yeh saada baat nahi hai, yaad rakhiye. yeh saada baat nahi hai.</w:t>
      </w:r>
    </w:p>
    <w:p>
      <w:pPr>
        <w:jc w:val="right"/>
      </w:pPr>
      <w:r>
        <w:t>امریکہ کی مدد پر قائم ہے پاکستان۔ تو کیوں ہے؟ یہ سادہ بات نہیں ہے، یاد رکھیے۔ یہ سادہ بات نہیں ہے۔</w:t>
      </w:r>
    </w:p>
    <w:p>
      <w:r>
        <w:rPr>
          <w:b/>
        </w:rPr>
        <w:t xml:space="preserve">[38:37] </w:t>
      </w:r>
      <w:r>
        <w:t>quran mein, quran aik ajeeb o ghareeb kitaab hai ke poori history ke secular item is mein mojood hain. selective item.</w:t>
      </w:r>
    </w:p>
    <w:p>
      <w:pPr>
        <w:jc w:val="right"/>
      </w:pPr>
      <w:r>
        <w:t>قرآن میں، قرآن ایک عجیب و غریب کتاب ہے کہ پوری history کے secular item اس میں موجود ہیں۔ Selective item۔</w:t>
      </w:r>
    </w:p>
    <w:p>
      <w:r>
        <w:rPr>
          <w:b/>
        </w:rPr>
        <w:t xml:space="preserve">[38:47] </w:t>
      </w:r>
      <w:r>
        <w:t>poori history ke selective item quran mein is tarah hain ke har zamane mein aap ke liye is mein guidance mil jati hai. jaise ke in ka aaya hai qissa Hazrat Yunus (AS) ka.</w:t>
      </w:r>
    </w:p>
    <w:p>
      <w:pPr>
        <w:jc w:val="right"/>
      </w:pPr>
      <w:r>
        <w:t>پوری history کے selective item قرآن میں اس طرح ہیں کہ ہر زمانے میں آپ کے لیے اس میں guidance مل جاتی ہے۔ جیسے کہ ان کا آیا ہے قصہ حضرت یونس علیہ السلام کا۔</w:t>
      </w:r>
    </w:p>
    <w:p>
      <w:r>
        <w:rPr>
          <w:b/>
        </w:rPr>
        <w:t xml:space="preserve">[38:59] </w:t>
      </w:r>
      <w:r>
        <w:t>Hazrat Yunus (AS) Iraq mein aik Ninwa maqam tha.</w:t>
      </w:r>
    </w:p>
    <w:p>
      <w:pPr>
        <w:jc w:val="right"/>
      </w:pPr>
      <w:r>
        <w:t>حضرت یونس علیہ السلام عراق میں ایک نینوا مقام تھا۔</w:t>
      </w:r>
    </w:p>
    <w:p>
      <w:r>
        <w:rPr>
          <w:b/>
        </w:rPr>
        <w:t xml:space="preserve">[39:04] </w:t>
      </w:r>
      <w:r>
        <w:t>wo wahan bheje gaye, peghambar bana kar ke. dawat di unhon ne. lekin qaum jo hai nahi maan rahi thi.</w:t>
      </w:r>
    </w:p>
    <w:p>
      <w:pPr>
        <w:jc w:val="right"/>
      </w:pPr>
      <w:r>
        <w:t>وہ وہاں بھیجے گئے، پیغمبر بنا کر کے۔ دعوت دی انہوں نے۔ لیکن قوم جو ہے نہیں مان رہی تھی۔</w:t>
      </w:r>
    </w:p>
    <w:p>
      <w:r>
        <w:rPr>
          <w:b/>
        </w:rPr>
        <w:t xml:space="preserve">[39:14] </w:t>
      </w:r>
      <w:r>
        <w:t>to abhi itmam e hujjat nahi hua tha. beech mein wo qaum ko chhod ke chale gaye. itmam e hujjat se pehle.</w:t>
      </w:r>
    </w:p>
    <w:p>
      <w:pPr>
        <w:jc w:val="right"/>
      </w:pPr>
      <w:r>
        <w:t>تو ابھی اتمام حجت نہیں ہوا تھا۔ بیچ میں وہ قوم کو چھوڑ کے چلے گئے۔ اتمام حجت سے پہلے۔</w:t>
      </w:r>
    </w:p>
    <w:p>
      <w:r>
        <w:rPr>
          <w:b/>
        </w:rPr>
        <w:t xml:space="preserve">[39:27] </w:t>
      </w:r>
      <w:r>
        <w:t>yaani dawat di, kami sirf yeh thi ke itmam e hujjat nahi kiya tha.</w:t>
      </w:r>
    </w:p>
    <w:p>
      <w:pPr>
        <w:jc w:val="right"/>
      </w:pPr>
      <w:r>
        <w:t>یعنی دعوت دی، کمی صرف یہ تھی کہ اتمام حجت نہیں کیا تھا۔</w:t>
      </w:r>
    </w:p>
    <w:p>
      <w:r>
        <w:rPr>
          <w:b/>
        </w:rPr>
        <w:t xml:space="preserve">[39:32] </w:t>
      </w:r>
      <w:r>
        <w:t>to machhli ne nigal gaya. machhli ke pait mein chale gaye wo. to quran mein aata hai ke machhli ke pait mein jaane ke baad unhon ne istighfar kiya, repentance kiya, toba kiya.</w:t>
      </w:r>
    </w:p>
    <w:p>
      <w:pPr>
        <w:jc w:val="right"/>
      </w:pPr>
      <w:r>
        <w:t>تو مچھلی نے نگل گیا۔ مچھلی کے پیٹ میں چلے گئے وہ۔ تو قرآن میں آتا ہے کہ مچھلی کے پیٹ میں جانے کے بعد انہوں نے استغفار کیا، repentance کیا، توبہ کیا۔</w:t>
      </w:r>
    </w:p>
    <w:p>
      <w:r>
        <w:rPr>
          <w:b/>
        </w:rPr>
        <w:t xml:space="preserve">[39:47] </w:t>
      </w:r>
      <w:r>
        <w:t>tab phir machhli ke pait se bahar Allah taala ne hukum diya, bahar aaye wo. bahar aaye. to is mein hai ke agar wo repentance na karte, maaf na mangte, toba na karte to hamesha hi pade rehte.</w:t>
      </w:r>
    </w:p>
    <w:p>
      <w:pPr>
        <w:jc w:val="right"/>
      </w:pPr>
      <w:r>
        <w:t>تب پھر مچھلی کے پیٹ سے باہر اللہ تعالیٰ نے حکم دیا، باہر آئے وہ۔ باہر آئے۔ تو اس میں ہے کہ اگر وہ repentance نہ کرتے، معافی نہ مانگتے، توبہ نہ کرتے تو ہمیشہ ہی پڑے رہتے۔</w:t>
      </w:r>
    </w:p>
    <w:p>
      <w:r>
        <w:rPr>
          <w:b/>
        </w:rPr>
        <w:t xml:space="preserve">[40:01] </w:t>
      </w:r>
      <w:r>
        <w:t>la labith fi batnihi ila yaum yughathoon yaani qayamat tak pait hi pade rehte. to Pakistan machhli ke pait mein hai.</w:t>
      </w:r>
    </w:p>
    <w:p>
      <w:pPr>
        <w:jc w:val="right"/>
      </w:pPr>
      <w:r>
        <w:t>لا لبث فی پتی الی یوم یغاثون یعنی قیامت تک پیٹ ہی پڑے رہتے۔ تو پاکستان مچھلی کے پیٹ میں ہے۔</w:t>
      </w:r>
    </w:p>
    <w:p>
      <w:r>
        <w:rPr>
          <w:b/>
        </w:rPr>
        <w:t xml:space="preserve">[40:11] </w:t>
      </w:r>
      <w:r>
        <w:t>masail ke Pakistan saare musalman, saare musalman masail ke pait mein hain.</w:t>
      </w:r>
    </w:p>
    <w:p>
      <w:pPr>
        <w:jc w:val="right"/>
      </w:pPr>
      <w:r>
        <w:t>مسائل کے پاکستان سارے مسلمان، سارے مسلمان مسائل کے پیٹ میں ہیں۔</w:t>
      </w:r>
    </w:p>
    <w:p>
      <w:r>
        <w:rPr>
          <w:b/>
        </w:rPr>
        <w:t xml:space="preserve">[40:18] </w:t>
      </w:r>
      <w:r>
        <w:t>kyun masail ke pait mein hai? mad'u ko rival bana liya unhon ne. mad'u ko dushman bana liya unhon ne. India mein dekhiye. hinduo ko dushman bana kar ke Pakistan banwaya unhon ne.</w:t>
      </w:r>
    </w:p>
    <w:p>
      <w:pPr>
        <w:jc w:val="right"/>
      </w:pPr>
      <w:r>
        <w:t>کیوں مسائل کے پیٹ میں ہے؟ مدعو کو rival بنا لیا انہوں نے۔ مدعو کو دشمن بنا لیا انہوں نے۔ انڈیا میں دیکھیے۔ ہندوؤں کو دشمن بنا کر کے پاکستان بنوایا انہوں نے۔</w:t>
      </w:r>
    </w:p>
    <w:p>
      <w:r>
        <w:rPr>
          <w:b/>
        </w:rPr>
        <w:t xml:space="preserve">[40:31] </w:t>
      </w:r>
      <w:r>
        <w:t>Palestine mein yahudiyo ko dushman bana kar ke un se ladai shuru kar di. har jagah yahi kar rahe hain, har jagah yahi kar rahe hain. ke jo hamara mad'u hai, us ko hum ne kaha declare kar diya ke dushman hai, yeh rival hai.</w:t>
      </w:r>
    </w:p>
    <w:p>
      <w:pPr>
        <w:jc w:val="right"/>
      </w:pPr>
      <w:r>
        <w:t>فلسطین میں یہودیوں کو دشمن بنا کر کے ان سے لڑائی شروع کر دیا۔ ہر جگہ یہی کر رہے ہیں، ہر جگہ یہی کر رہے ہیں۔ کہ جو ہمارا مدعو ہے، اس کو ہم نے کہا declare کر دیا کہ دشمن ہے، یہ rival ہے۔</w:t>
      </w:r>
    </w:p>
    <w:p>
      <w:r>
        <w:rPr>
          <w:b/>
        </w:rPr>
        <w:t xml:space="preserve">[40:44] </w:t>
      </w:r>
      <w:r>
        <w:t>yeh to haram hai Islam mein.</w:t>
      </w:r>
    </w:p>
    <w:p>
      <w:pPr>
        <w:jc w:val="right"/>
      </w:pPr>
      <w:r>
        <w:t>یہ تو حرام ہے اسلام میں۔</w:t>
      </w:r>
    </w:p>
    <w:p>
      <w:r>
        <w:rPr>
          <w:b/>
        </w:rPr>
        <w:t xml:space="preserve">[40:49] </w:t>
      </w:r>
      <w:r>
        <w:t>madu ko jab aap dushman qarar diya aap ne, yeh to us se bhi bari baat ho gai.</w:t>
      </w:r>
    </w:p>
    <w:p>
      <w:pPr>
        <w:jc w:val="right"/>
      </w:pPr>
      <w:r>
        <w:t>مدعو کو جب آپ دشمن قرار دیا آپ نے، یہ تو اس سے بھی بڑی بات ہو گئی۔</w:t>
      </w:r>
    </w:p>
    <w:p>
      <w:r>
        <w:rPr>
          <w:b/>
        </w:rPr>
        <w:t xml:space="preserve">[40:57] </w:t>
      </w:r>
      <w:r>
        <w:t>yani dawat mein kotahi karne par woh chalay gaye machhli ke pait mein. Aap sirf dawat hi na dein. Aur kahein ke yeh to kafir hain.</w:t>
      </w:r>
    </w:p>
    <w:p>
      <w:pPr>
        <w:jc w:val="right"/>
      </w:pPr>
      <w:r>
        <w:t>یعنی دعوت میں کوتاہی کرنے پر وہ چلے گئے مچھلی کے پیٹ میں۔ آپ صرف دعوت ہی نہ دیں۔ اور کہیں کہ یہ تو کافر ہیں۔</w:t>
      </w:r>
    </w:p>
    <w:p>
      <w:r>
        <w:rPr>
          <w:b/>
        </w:rPr>
        <w:t xml:space="preserve">[41:08] </w:t>
      </w:r>
      <w:r>
        <w:t>yeh to dushman hain. Yeh to isi liye hain ke jahan jahan nam hai. Phir to aap ne hazar guna zyada bara kaam kar dala.</w:t>
      </w:r>
    </w:p>
    <w:p>
      <w:pPr>
        <w:jc w:val="right"/>
      </w:pPr>
      <w:r>
        <w:t>یہ تو دشمن ہیں۔ یہ تو اسی لیے ہیں کہ جہاں جہاں نم ہے۔ پھر تو آپ نے ہزار گنا زیادہ بڑا کام کر ڈالا۔</w:t>
      </w:r>
    </w:p>
    <w:p>
      <w:r>
        <w:rPr>
          <w:b/>
        </w:rPr>
        <w:t xml:space="preserve">[41:18] </w:t>
      </w:r>
      <w:r>
        <w:t>to dawat mein kotahi par hazrat yunus alaihi salam chalay gaye thay machhli ke pait mein.</w:t>
      </w:r>
    </w:p>
    <w:p>
      <w:pPr>
        <w:jc w:val="right"/>
      </w:pPr>
      <w:r>
        <w:t>تو دعوت میں کوتاہی پر حضرت یونس علیہ السلام چلے گئے تھے مچھلی کے پیٹ میں۔</w:t>
      </w:r>
    </w:p>
    <w:p>
      <w:r>
        <w:rPr>
          <w:b/>
        </w:rPr>
        <w:t xml:space="preserve">[41:23] </w:t>
      </w:r>
      <w:r>
        <w:t>is se bohat hi bara kaam kiya hai musalmanon ne. Ke madu ko madu nahi samjha. Madu ko declare kar diya ke dushman hai.</w:t>
      </w:r>
    </w:p>
    <w:p>
      <w:pPr>
        <w:jc w:val="right"/>
      </w:pPr>
      <w:r>
        <w:t>اس سے بہت ہی بڑا کام کیا ہے مسلمانوں نے۔ کہ مدعو کو مدعو نہیں سمجھا۔ مدعو کو declare کر دیا کہ دشمن ہے۔</w:t>
      </w:r>
    </w:p>
    <w:p>
      <w:r>
        <w:rPr>
          <w:b/>
        </w:rPr>
        <w:t xml:space="preserve">[41:35] </w:t>
      </w:r>
      <w:r>
        <w:t>pehlay kaha jata tha ke yahood aur hanood islam ke do adli dushman hain. Pehlay yeh kaha jata tha. Ke yahood aur hanood islam ke adli dushman hain.</w:t>
      </w:r>
    </w:p>
    <w:p>
      <w:pPr>
        <w:jc w:val="right"/>
      </w:pPr>
      <w:r>
        <w:t>پہلے کہا جاتا تھا کہ یہود اور ہنود اسلام کے دو عدلی دشمن ہیں۔ پہلے یہ کہا جاتا تھا۔ کہ یہود اور ہنود اسلام کے عدلی دشمن ہیں۔</w:t>
      </w:r>
    </w:p>
    <w:p>
      <w:r>
        <w:rPr>
          <w:b/>
        </w:rPr>
        <w:t xml:space="preserve">[41:46] </w:t>
      </w:r>
      <w:r>
        <w:t>aur is mein izafa kar liya gaya hai ke america islam ka dushman number aik hai. Yeh sab</w:t>
      </w:r>
    </w:p>
    <w:p>
      <w:pPr>
        <w:jc w:val="right"/>
      </w:pPr>
      <w:r>
        <w:t>اور اس میں اضافہ کر لیا گیا ہے کہ امریکہ اسلام کا دشمن نمبر ایک ہے۔ یہ سب</w:t>
      </w:r>
    </w:p>
    <w:p>
      <w:r>
        <w:rPr>
          <w:b/>
        </w:rPr>
        <w:t xml:space="preserve">[41:52] </w:t>
      </w:r>
      <w:r>
        <w:t>kya hai? Yeh sab haram hai, haram yaad rakhiye.</w:t>
      </w:r>
    </w:p>
    <w:p>
      <w:pPr>
        <w:jc w:val="right"/>
      </w:pPr>
      <w:r>
        <w:t>کیا ہے؟ یہ سب حرام ہے، حرام یاد رکھیے۔</w:t>
      </w:r>
    </w:p>
    <w:p>
      <w:r>
        <w:rPr>
          <w:b/>
        </w:rPr>
        <w:t xml:space="preserve">[41:57] </w:t>
      </w:r>
      <w:r>
        <w:t>You have no right to declare a baddo as an enemy. Yeh right hi hamein hai is ka. Na hindu hamare dushman hain, na yahoodi hamare dushman hain, na american hamare dushman hain.</w:t>
      </w:r>
    </w:p>
    <w:p>
      <w:pPr>
        <w:jc w:val="right"/>
      </w:pPr>
      <w:r>
        <w:t>You have noright to declare a بدو as an enemy. یہ رائٹ ہی ہمیں ہے اس کا۔ نہ ہندو ہمارے دشمن ہیں، نہ یہودی ہمارے دشمن ہیں، نہ امریکن ہمارے دشمن ہیں۔</w:t>
      </w:r>
    </w:p>
    <w:p>
      <w:r>
        <w:rPr>
          <w:b/>
        </w:rPr>
        <w:t xml:space="preserve">[42:09] </w:t>
      </w:r>
      <w:r>
        <w:t>sab madu hain, madu hain, madu hain. Jab madu hain to hamein un se mohabbat karna hai, hamein un se khair khwah banna hai, hamein un ko Allah ka message pahunchana hai.</w:t>
      </w:r>
    </w:p>
    <w:p>
      <w:pPr>
        <w:jc w:val="right"/>
      </w:pPr>
      <w:r>
        <w:t>سب مدعو ہیں، مدعو ہیں، مدعو ہیں۔ جب مدعو ہیں تو ہمیں ان سے محبت کرنا ہے، ہمیں ان سے خیر خواہ بننا ہے، ہمیں ان کو اللہ کا message پہنچانا ہے۔</w:t>
      </w:r>
    </w:p>
    <w:p>
      <w:r>
        <w:rPr>
          <w:b/>
        </w:rPr>
        <w:t xml:space="preserve">[42:20] </w:t>
      </w:r>
      <w:r>
        <w:t>to madu ko dawati zimmedari na ada kar ke jo kaam kiya gaya, us ke nateejay mein pakistan poora ka poora is waqt machhli ke pait mein hai.</w:t>
      </w:r>
    </w:p>
    <w:p>
      <w:pPr>
        <w:jc w:val="right"/>
      </w:pPr>
      <w:r>
        <w:t>تو مدعو کو دعوتی ذمہ داری نہ ادا کر کے جو کام کیا گیا، اس کے نتیجے میں پاکستان پورا کا پورا اس وقت مچھلی کے پیٹ میں ہے۔</w:t>
      </w:r>
    </w:p>
    <w:p>
      <w:r>
        <w:rPr>
          <w:b/>
        </w:rPr>
        <w:t xml:space="preserve">[42:33] </w:t>
      </w:r>
      <w:r>
        <w:t>yani masail ke pait mein. Balkay sare musalman masail ke pait mein hain. Problem ke pait mein. Yaad rakhiye, yeh koi shayari nahi hai yeh.</w:t>
      </w:r>
    </w:p>
    <w:p>
      <w:pPr>
        <w:jc w:val="right"/>
      </w:pPr>
      <w:r>
        <w:t>یعنی مسائل کے پیٹ میں۔ بلکہ سارے مسلمان مسائل کے پیٹ میں ہیں۔ Problem کے پیٹ میں۔ یاد رکھیے، یہ کوئی شاعری نہیں ہے یہ۔</w:t>
      </w:r>
    </w:p>
    <w:p>
      <w:r>
        <w:rPr>
          <w:b/>
        </w:rPr>
        <w:t xml:space="preserve">[42:45] </w:t>
      </w:r>
      <w:r>
        <w:t>yeh koi oratory nahi hai yeh.</w:t>
      </w:r>
    </w:p>
    <w:p>
      <w:pPr>
        <w:jc w:val="right"/>
      </w:pPr>
      <w:r>
        <w:t>یہ کوئی oratory نہیں ہے یہ۔</w:t>
      </w:r>
    </w:p>
    <w:p>
      <w:r>
        <w:rPr>
          <w:b/>
        </w:rPr>
        <w:t xml:space="preserve">[42:48] </w:t>
      </w:r>
      <w:r>
        <w:t>yeh mein jo keh raha hoon, yeh koi shayari nahi kar raha, koi oratory kar raha hoon. Mein na shair hoon, mein na orator hoon. Mein yeh aik aik aik bilkul khuli, open reality hai.</w:t>
      </w:r>
    </w:p>
    <w:p>
      <w:pPr>
        <w:jc w:val="right"/>
      </w:pPr>
      <w:r>
        <w:t>یہ میں جو کہہ رہا ہوں، یہ کوئی شاعری نہیں کر رہا، کوئی oratory کر رہا ہوں۔ میں نہ شاعر ہوں، میں نہ orator ہوں۔ میں یہ ایک ایک ایک بالکل کھلی، open reality ہے۔</w:t>
      </w:r>
    </w:p>
    <w:p>
      <w:r>
        <w:rPr>
          <w:b/>
        </w:rPr>
        <w:t xml:space="preserve">[43:02] </w:t>
      </w:r>
      <w:r>
        <w:t>khuli sachai hai.</w:t>
      </w:r>
    </w:p>
    <w:p>
      <w:pPr>
        <w:jc w:val="right"/>
      </w:pPr>
      <w:r>
        <w:t>کھلی سچائی ہے۔</w:t>
      </w:r>
    </w:p>
    <w:p>
      <w:r>
        <w:rPr>
          <w:b/>
        </w:rPr>
        <w:t xml:space="preserve">[43:06] </w:t>
      </w:r>
      <w:r>
        <w:t>ke chunke musalmanon ne dawat ka kaam chhod diya. Kuch log dawat ke naam se kuch kar rahe hain, lekin woh dawat hai hi nahi woh. Is se kuch hone wala nahi hai.</w:t>
      </w:r>
    </w:p>
    <w:p>
      <w:pPr>
        <w:jc w:val="right"/>
      </w:pPr>
      <w:r>
        <w:t>کہ چونکہ مسلمانوں نے دعوت کا کام چھوڑ دیا۔ کچھ لوگ دعوت کے نام سے کچھ کر رہے ہیں، لیکن وہ دعوت ہے ہی نہیں وہ۔ اس سے کچھ ہونے والا نہیں ہے۔</w:t>
      </w:r>
    </w:p>
    <w:p>
      <w:r>
        <w:rPr>
          <w:b/>
        </w:rPr>
        <w:t xml:space="preserve">[43:17] </w:t>
      </w:r>
      <w:r>
        <w:t>aap mili kaam ko dawat ke naam par karein. Aap juzai islah ko dawat ke naam par karein.</w:t>
      </w:r>
    </w:p>
    <w:p>
      <w:pPr>
        <w:jc w:val="right"/>
      </w:pPr>
      <w:r>
        <w:t>آپ ملی کام کو دعوت کے نام پر کریں۔ آپ جزئی اصلاح کو دعوت کے نام پر کریں۔</w:t>
      </w:r>
    </w:p>
    <w:p>
      <w:r>
        <w:rPr>
          <w:b/>
        </w:rPr>
        <w:t xml:space="preserve">[43:26] </w:t>
      </w:r>
      <w:r>
        <w:t>yeh sab dawat thori ho jaye gi yeh. Aap masla masail batane ko dawat karne lagein. Yeh dawat nahi ho jaye gi. Dawat to hai li-yakuna lil-alamin nazeera yani Allah ke creation plan se logon ko ba-khabar karna.</w:t>
      </w:r>
    </w:p>
    <w:p>
      <w:pPr>
        <w:jc w:val="right"/>
      </w:pPr>
      <w:r>
        <w:t>یہ سب دعوت تھوڑی ہو جائے گی یہ۔ آپ مسئلہ مسائل بتانے کو دعوت کرنے لگیں۔ یہ دعوت نہیں ہو جائے گی۔ دعوت تو ہے ليكون للعالمين نظيرًا یعنی اللہ کے creation plan سے لوگوں کو باخبر کرنا۔</w:t>
      </w:r>
    </w:p>
    <w:p>
      <w:r>
        <w:rPr>
          <w:b/>
        </w:rPr>
        <w:t xml:space="preserve">[43:45] </w:t>
      </w:r>
      <w:r>
        <w:t>jo Allah ke jo creation plan hai Allah taala ka, kis liye insan ko paida kiya, kis liye is universe ko paida kiya. Pre-death period mein kya hona hai, post-death period mein kya hona hai.</w:t>
      </w:r>
    </w:p>
    <w:p>
      <w:pPr>
        <w:jc w:val="right"/>
      </w:pPr>
      <w:r>
        <w:t>جو اللہ کے جو creation plan ہے اللہ تعالیٰ کا، کس لیے انسان کو پیدا کیا، کس لیے اس universe کو پیدا کیا۔ Pre-death period میں کیا ہونا ہے، post-death period میں کیا ہونا ہے۔</w:t>
      </w:r>
    </w:p>
    <w:p>
      <w:r>
        <w:rPr>
          <w:b/>
        </w:rPr>
        <w:t xml:space="preserve">[43:57] </w:t>
      </w:r>
      <w:r>
        <w:t>in sab baton ko batana. What is hell? What is paradise? To poora jo Allah taala ka jo jo jo planning hai, us ko batana.</w:t>
      </w:r>
    </w:p>
    <w:p>
      <w:pPr>
        <w:jc w:val="right"/>
      </w:pPr>
      <w:r>
        <w:t>ان سب باتوں کو بتانا۔ What is hell? What is paradise? تو پورا جو اللہ تعالیٰ کا جو جو جو planning ہے، اس کو بتانا۔</w:t>
      </w:r>
    </w:p>
    <w:p>
      <w:r>
        <w:rPr>
          <w:b/>
        </w:rPr>
        <w:t xml:space="preserve">[44:09] </w:t>
      </w:r>
      <w:r>
        <w:t>yeh dawat hai.</w:t>
      </w:r>
    </w:p>
    <w:p>
      <w:pPr>
        <w:jc w:val="right"/>
      </w:pPr>
      <w:r>
        <w:t>یہ دعوت ہے۔</w:t>
      </w:r>
    </w:p>
    <w:p>
      <w:r>
        <w:rPr>
          <w:b/>
        </w:rPr>
        <w:t xml:space="preserve">[44:12] </w:t>
      </w:r>
      <w:r>
        <w:t>to is kaam ko jab ummat ne chhod diya to yahi hona tha ke woh masail ke pait mein chali jaye. To yaad rakhiye, jo is waqt masail ke pait mein musalman paray hue hain, kabhi bhi is se bahar nahi ayein ge, yaad rakhiye.</w:t>
      </w:r>
    </w:p>
    <w:p>
      <w:pPr>
        <w:jc w:val="right"/>
      </w:pPr>
      <w:r>
        <w:t>تو اس کام کو جب امت نے چھوڑ دیا تو یہی ہونا تھا کہ وہ مسائل کے پیٹ میں چلی جائے۔ تو یاد رکھیے، جو اس وقت مسائل کے پیٹ میں مسلمان پڑے ہوئے ہیں، کبھی بھی اس سے باہر نہیں آئیں گے، یاد رکھیے۔</w:t>
      </w:r>
    </w:p>
    <w:p>
      <w:r>
        <w:rPr>
          <w:b/>
        </w:rPr>
        <w:t xml:space="preserve">[44:25] </w:t>
      </w:r>
      <w:r>
        <w:t>kabhi bhi is se unhein toba karni paray gi. Unhein ailan karna paray ga ke hum ghalati par thay. Ke madu ko dushman samajh liya.</w:t>
      </w:r>
    </w:p>
    <w:p>
      <w:pPr>
        <w:jc w:val="right"/>
      </w:pPr>
      <w:r>
        <w:t>کبھی بھی اس سے انہیں توبہ کرنی پڑے گی۔ انہیں اعلان کرنا پڑے گا کہ ہم غلطی پر تھے۔ کہ مدعو کو دشمن سمجھ لیا۔</w:t>
      </w:r>
    </w:p>
    <w:p>
      <w:r>
        <w:rPr>
          <w:b/>
        </w:rPr>
        <w:t xml:space="preserve">[44:32] </w:t>
      </w:r>
      <w:r>
        <w:t>mujhe ab zara bhi shakk nahi hai, mujhe is mein. Ke sare musalmanon ko mil kar chalana paray ga. Ke hum ne yeh madness tha, madness.</w:t>
      </w:r>
    </w:p>
    <w:p>
      <w:pPr>
        <w:jc w:val="right"/>
      </w:pPr>
      <w:r>
        <w:t>مجھے اب ذرا بھی شک نہیں ہے، مجھے اس میں۔ کہ سارے مسلمانوں کو مل کر چلانا پڑے گا۔ کہ ہم نے یہ madness تھا، madness۔</w:t>
      </w:r>
    </w:p>
    <w:p>
      <w:r>
        <w:rPr>
          <w:b/>
        </w:rPr>
        <w:t xml:space="preserve">[44:44] </w:t>
      </w:r>
      <w:r>
        <w:t>ke hum ne hindu ko dushman samjha, hum ne yahoodi ko dushman samjha, hum ne american ko dushman samjha, hum ne westerners ko dushman samjha. Yeh kehna paray ga unhein, apne munh se bolna paray ga unhein.</w:t>
      </w:r>
    </w:p>
    <w:p>
      <w:pPr>
        <w:jc w:val="right"/>
      </w:pPr>
      <w:r>
        <w:t>کہ ہم نے ہندو کو دشمن سمجھا، ہم نے یہودی کو دشمن سمجھا، ہم نے امریکن کو دشمن سمجھا، ہم نے westerners کو دشمن سمجھا۔ یہ کہنا پڑے گا انہیں، اپنے منہ سے بولنا پڑے گا انہیں۔</w:t>
      </w:r>
    </w:p>
    <w:p>
      <w:r>
        <w:rPr>
          <w:b/>
        </w:rPr>
        <w:t xml:space="preserve">[44:55] </w:t>
      </w:r>
      <w:r>
        <w:t>nahi to phir masail ke pait pade rahenge woh, yahan tak qayamat aa jayegi.</w:t>
      </w:r>
    </w:p>
    <w:p>
      <w:pPr>
        <w:jc w:val="right"/>
      </w:pPr>
      <w:r>
        <w:t>نہیں تو پھر مسائل کے پیٹ پڑے رہیں گے وہ، یہاں تک قیامت آ جائے گی۔</w:t>
      </w:r>
    </w:p>
    <w:p>
      <w:r>
        <w:rPr>
          <w:b/>
        </w:rPr>
        <w:t xml:space="preserve">[45:02] </w:t>
      </w:r>
      <w:r>
        <w:t>ab mein kahunga ke jo log dard rakhte hain, jo sincere hain, jinhein ehsas hai, to woh uthein. Dawa work karne ke liye.</w:t>
      </w:r>
    </w:p>
    <w:p>
      <w:pPr>
        <w:jc w:val="right"/>
      </w:pPr>
      <w:r>
        <w:t>اب میں کہوں گا کہ جو لوگ درد رکھتے ہیں، جو sincere ہیں، جنہیں احساس ہے، تو وہ اٹھیں۔ دعویٰ work کرنے کے لیے۔</w:t>
      </w:r>
    </w:p>
    <w:p>
      <w:r>
        <w:rPr>
          <w:b/>
        </w:rPr>
        <w:t xml:space="preserve">[45:13] </w:t>
      </w:r>
      <w:r>
        <w:t>aur unke liye khushkhabri hai ke woh ikhwan-e-rasool mein shumar hoga unka.</w:t>
      </w:r>
    </w:p>
    <w:p>
      <w:pPr>
        <w:jc w:val="right"/>
      </w:pPr>
      <w:r>
        <w:t>اور ان کے لیے خوشخبری ہے کہ وہ اخوان رسول میں شمار ہوئے گا ان کا۔</w:t>
      </w:r>
    </w:p>
    <w:p>
      <w:r>
        <w:rPr>
          <w:b/>
        </w:rPr>
        <w:t xml:space="preserve">[45:19] </w:t>
      </w:r>
      <w:r>
        <w:t>aur is bigad mein jo hai, jo uthe aur modern opportunities ko avail kare. Modern opportunities ko avail karte hue jo dawa work kare.</w:t>
      </w:r>
    </w:p>
    <w:p>
      <w:pPr>
        <w:jc w:val="right"/>
      </w:pPr>
      <w:r>
        <w:t>اس بگاڑ میں جو ہے، جو اٹھے اور modern opportunities کو avail کرے۔ Modern opportunities کو avail کرتے ہوئے جو دعویٰ work کرے۔</w:t>
      </w:r>
    </w:p>
    <w:p>
      <w:r>
        <w:rPr>
          <w:b/>
        </w:rPr>
        <w:t xml:space="preserve">[45:32] </w:t>
      </w:r>
      <w:r>
        <w:t>aur apne ko poori tarah negativity se khali kare. Kisi ke khilaf hate nahi, kisi se koi nafrat nahi, kisi se koi revenge nahi, kuch bhi nahi, kuch bhi nahi, kuch bhi nahi.</w:t>
      </w:r>
    </w:p>
    <w:p>
      <w:pPr>
        <w:jc w:val="right"/>
      </w:pPr>
      <w:r>
        <w:t>اور اپنے کو پوری طرح negativity سے خالی کرے۔ کسی کے خلاف hate نہیں، کسی سے کوئی نفرت نہیں، کسی سے کوئی revenge نہیں، کچھ بھی نہیں، کچھ بھی نہیں، کچھ بھی نہیں۔</w:t>
      </w:r>
    </w:p>
    <w:p>
      <w:r>
        <w:rPr>
          <w:b/>
        </w:rPr>
        <w:t xml:space="preserve">[45:44] </w:t>
      </w:r>
      <w:r>
        <w:t>chahe woh log kuch kar rahe hon hamare khilaf, tab bhi.</w:t>
      </w:r>
    </w:p>
    <w:p>
      <w:pPr>
        <w:jc w:val="right"/>
      </w:pPr>
      <w:r>
        <w:t>چاہے وہ لوگ کچھ کر رہے ہوں ہمارے خلاف، تب بھی۔</w:t>
      </w:r>
    </w:p>
    <w:p>
      <w:r>
        <w:rPr>
          <w:b/>
        </w:rPr>
        <w:t xml:space="preserve">[45:50] </w:t>
      </w:r>
      <w:r>
        <w:t>yani even if they are engaged in conspiracy</w:t>
      </w:r>
    </w:p>
    <w:p>
      <w:pPr>
        <w:jc w:val="right"/>
      </w:pPr>
      <w:r>
        <w:t>یعنی even if they are engaged in conspiracy</w:t>
      </w:r>
    </w:p>
    <w:p>
      <w:r>
        <w:rPr>
          <w:b/>
        </w:rPr>
        <w:t xml:space="preserve">[45:56] </w:t>
      </w:r>
      <w:r>
        <w:t>no excuse at all. Isi is ke bare mein mein kahunga ke the principle kya hai? If you have good excuse, don't use it.</w:t>
      </w:r>
    </w:p>
    <w:p>
      <w:pPr>
        <w:jc w:val="right"/>
      </w:pPr>
      <w:r>
        <w:t>no excuse at all۔ اسی اس کے بارے میں میں کہوں گا کہ داعی کا پرنسپل کیا ہے؟ If you have good excuse, don't use it.</w:t>
      </w:r>
    </w:p>
    <w:p>
      <w:r>
        <w:rPr>
          <w:b/>
        </w:rPr>
        <w:t xml:space="preserve">[46:09] </w:t>
      </w:r>
      <w:r>
        <w:t>If you have a good excuse, don't use it</w:t>
      </w:r>
    </w:p>
    <w:p>
      <w:pPr>
        <w:jc w:val="right"/>
      </w:pPr>
      <w:r>
        <w:t>If you have a good excuse, don't use it</w:t>
      </w:r>
    </w:p>
    <w:p>
      <w:r>
        <w:rPr>
          <w:b/>
        </w:rPr>
        <w:t xml:space="preserve">[46:11] </w:t>
      </w:r>
      <w:r>
        <w:t>. Daai ke liye koi excuse nahi hai.</w:t>
      </w:r>
    </w:p>
    <w:p>
      <w:pPr>
        <w:jc w:val="right"/>
      </w:pPr>
      <w:r>
        <w:t>. داعی کے لیے کوئی excuse نہیں ہے۔</w:t>
      </w:r>
    </w:p>
    <w:p>
      <w:r>
        <w:rPr>
          <w:b/>
        </w:rPr>
        <w:t xml:space="preserve">[46:18] </w:t>
      </w:r>
      <w:r>
        <w:t>ek ek ek ek shakhs ne bahut sahi kaha tha. Is duniya mein momin ki sirf zimmedariyan hi zimmedariyan hain.</w:t>
      </w:r>
    </w:p>
    <w:p>
      <w:pPr>
        <w:jc w:val="right"/>
      </w:pPr>
      <w:r>
        <w:t>ایک ایک ایک ایک شخص نے بہت صحیح کہا تھا۔ اس دنیا میں مومن کی صرف ذمہ داریاں ہی ذمہ داریاں ہیں۔</w:t>
      </w:r>
    </w:p>
    <w:p>
      <w:r>
        <w:rPr>
          <w:b/>
        </w:rPr>
        <w:t xml:space="preserve">[46:27] </w:t>
      </w:r>
      <w:r>
        <w:t>Iska koi haq nahi hai. Aap haq samajh lete hain, tab aap ko shikayatein hoti hain. Jab haq na samjhein to shikayat kis baat ki?</w:t>
      </w:r>
    </w:p>
    <w:p>
      <w:pPr>
        <w:jc w:val="right"/>
      </w:pPr>
      <w:r>
        <w:t>اس کا کوئی حق نہیں ہے۔ آپ حق سمجھ لیتے ہیں، تب آپ کو شکایتیں ہوتی ہیں۔ جب حق نہ سمجھیں تو شکایت کس بات کی؟</w:t>
      </w:r>
    </w:p>
    <w:p>
      <w:r>
        <w:rPr>
          <w:b/>
        </w:rPr>
        <w:t xml:space="preserve">[46:39] </w:t>
      </w:r>
      <w:r>
        <w:t>To ek taraf to yeh haal hai ke duniya jo hai, bhatki hui hai. Sare alam mein bhatkav phail gaya hai.</w:t>
      </w:r>
    </w:p>
    <w:p>
      <w:pPr>
        <w:jc w:val="right"/>
      </w:pPr>
      <w:r>
        <w:t>تو ایک طرف تو یہ حال ہے کہ دنیا جو ہے، بھٹکی ہوئی ہے۔ سارے عالم میں بھٹکاؤ پھیل گیا ہے۔</w:t>
      </w:r>
    </w:p>
    <w:p>
      <w:r>
        <w:rPr>
          <w:b/>
        </w:rPr>
        <w:t xml:space="preserve">[46:51] </w:t>
      </w:r>
      <w:r>
        <w:t>Musalmanon ka haal yeh hai ke unhone declare kar rakha hai ke sab hamare dushman hain. Mad'u ka concept hi khatm ho gaya musalmanon ke andar. To ab jo log, chahe woh thode se hon, jin ko ehsas hai ke yeh sab galat baatein hain,</w:t>
      </w:r>
    </w:p>
    <w:p>
      <w:pPr>
        <w:jc w:val="right"/>
      </w:pPr>
      <w:r>
        <w:t>مسلمانوں کا حال یہ ہے کہ انہوں نے declare کر رکھا ہے کہ سب ہمارے دشمن ہیں۔ مدعو کا concept ہی ختم ہو گیا مسلمانوں کے اندر۔ تو اب جو لوگ، چاہے وہ تھوڑے سے ہوں، جن کو احساس ہے کہ یہ سب غلط باتیں ہیں،</w:t>
      </w:r>
    </w:p>
    <w:p>
      <w:r>
        <w:rPr>
          <w:b/>
        </w:rPr>
        <w:t xml:space="preserve">[47:07] </w:t>
      </w:r>
      <w:r>
        <w:t>sahi baat kuch aur hai, unka farz hai ke woh uthein. Aur woh uthein ge to inhi ke liye basharat hai ke woh ikhwan-e-rasool qarar paayenge Allah taala ke haan.</w:t>
      </w:r>
    </w:p>
    <w:p>
      <w:pPr>
        <w:jc w:val="right"/>
      </w:pPr>
      <w:r>
        <w:t>صحیح بات کچھ اور ہے، ان کا فرض ہے کہ وہ اٹھیں۔ اور وہ اٹھیں گے تو انہی کے لیے بشارت ہے کہ وہ اخوان رسول قرار پائیں گے اللہ تعالیٰ کے ہاں۔</w:t>
      </w:r>
    </w:p>
    <w:p>
      <w:r>
        <w:rPr>
          <w:b/>
        </w:rPr>
        <w:t xml:space="preserve">[47:19] </w:t>
      </w:r>
      <w:r>
        <w:t>yani qadeem zamane mein, traditional zamane mein jo opportunities thin, unko avail karne ke liye jo log uthe, woh ashab-e-rasool qarar paye.</w:t>
      </w:r>
    </w:p>
    <w:p>
      <w:pPr>
        <w:jc w:val="right"/>
      </w:pPr>
      <w:r>
        <w:t>یعنی قدیم زمانے میں، traditional زمانے میں جو opportunities تھیں، ان کو avail کرنے کے لیے جو لوگ اٹھے، وہ اصحاب رسول قرار پائے۔</w:t>
      </w:r>
    </w:p>
    <w:p>
      <w:r>
        <w:rPr>
          <w:b/>
        </w:rPr>
        <w:t xml:space="preserve">[47:29] </w:t>
      </w:r>
      <w:r>
        <w:t>ab scientific ya age mein, modern age mein jo opportunities hain, unko avail kar ke jo log dawa work karein aur Allah ke paigham ko sari duniya mein pahuncha dein, theek hai, ghar mein pahuncha dein, woh ikhwan-e-rasool qarar paayenge.</w:t>
      </w:r>
    </w:p>
    <w:p>
      <w:pPr>
        <w:jc w:val="right"/>
      </w:pPr>
      <w:r>
        <w:t>اب سائنٹیفک یا age میں، modern age میں جو opportunities ہیں، ان کو avail کر کے جو لوگ دعویٰ work کریں اور اللہ کے پیغام کو ساری دنیا میں پہنچا دیں، ٹھیک ہے، گھر میں پہنچا دیں، وہ اخوان رسول قرار پائیں گے۔</w:t>
      </w:r>
    </w:p>
    <w:p>
      <w:r>
        <w:rPr>
          <w:b/>
        </w:rPr>
        <w:t xml:space="preserve">[47:46] </w:t>
      </w:r>
      <w:r>
        <w:t>Na ashab-e-rasool ka lafz mysterious tha, na ikhwan-e-rasool ka lafz mysterious hai. Yeh ek target hai, target.</w:t>
      </w:r>
    </w:p>
    <w:p>
      <w:pPr>
        <w:jc w:val="right"/>
      </w:pPr>
      <w:r>
        <w:t>نہ اصحاب رسول کا لفظ mysterious تھا، نہ اخوان رسول کا لفظ mysterious ہے۔ یہ ایک target ہے، target۔</w:t>
      </w:r>
    </w:p>
    <w:p>
      <w:r>
        <w:rPr>
          <w:b/>
        </w:rPr>
        <w:t xml:space="preserve">[47:54] </w:t>
      </w:r>
      <w:r>
        <w:t>yani koi afzaliyat hai, yeh koi fazilat, koi afzaliyat ka masla nahi hai yeh. Ke afzal hain ya ya koi superior hain, aisa kuch bhi nahi hai.</w:t>
      </w:r>
    </w:p>
    <w:p>
      <w:pPr>
        <w:jc w:val="right"/>
      </w:pPr>
      <w:r>
        <w:t>یعنی کوئی افضلیت ہے، یہ کوئی فضیلت، کوئی افضلیت کا مسئلہ نہیں ہے یہ۔ کہ افضل ہیں یا یا کوئی superior ہیں، ایسا کچھ بھی نہیں ہے۔</w:t>
      </w:r>
    </w:p>
    <w:p>
      <w:r>
        <w:rPr>
          <w:b/>
        </w:rPr>
        <w:t xml:space="preserve">[48:06] </w:t>
      </w:r>
      <w:r>
        <w:t>Ek duty ko perform karne walon ka title hai woh. Yaad rakhiye, ashab-e-rasool bhi koi fazilat ki baat nahi hai.</w:t>
      </w:r>
    </w:p>
    <w:p>
      <w:pPr>
        <w:jc w:val="right"/>
      </w:pPr>
      <w:r>
        <w:t>ایک ڈیوٹی کو perform کرنے والوں کا ٹائٹل ہے وہ۔ یاد رکھیے، اصحاب رسول بھی کوئی فضیلت کی بات نہیں ہے۔</w:t>
      </w:r>
    </w:p>
    <w:p>
      <w:r>
        <w:rPr>
          <w:b/>
        </w:rPr>
        <w:t xml:space="preserve">[48:16] </w:t>
      </w:r>
      <w:r>
        <w:t>Ashab-e-rasool koi fazilat ki baat nahi hai, koi superiority ki baat nahi hai woh.</w:t>
      </w:r>
    </w:p>
    <w:p>
      <w:pPr>
        <w:jc w:val="right"/>
      </w:pPr>
      <w:r>
        <w:t>اصحاب رسول کوئی فضیلت کی بات نہیں ہے، کوئی superiority کی بات نہیں ہے وہ۔</w:t>
      </w:r>
    </w:p>
    <w:p>
      <w:r>
        <w:rPr>
          <w:b/>
        </w:rPr>
        <w:t xml:space="preserve">[48:21] </w:t>
      </w:r>
      <w:r>
        <w:t>Woh ek title hai jo un logon ko diya gaya jinhone is duty ko anjam diya jo us waqt matloob thi. Isi tarah se ikhwan-e-rasool bhi koi na to fazilat ki baat hai, na koi mysterious hai, na koi superiority ki baat hai woh.</w:t>
      </w:r>
    </w:p>
    <w:p>
      <w:pPr>
        <w:jc w:val="right"/>
      </w:pPr>
      <w:r>
        <w:t>وہ ایک ٹائٹل ہے جو ان لوگوں کو دیا گیا جنہوں نے اس ڈیوٹی کو انجام دیا جو اس وقت مطلوب تھی۔ اسی طرح سے اخوان رسول بھی کوئی نہ تو فضیلت کی بات ہے، نہ کوئی mysterious ہے، نہ کوئی superiority کی بات ہے وہ۔</w:t>
      </w:r>
    </w:p>
    <w:p>
      <w:r>
        <w:rPr>
          <w:b/>
        </w:rPr>
        <w:t xml:space="preserve">[48:37] </w:t>
      </w:r>
      <w:r>
        <w:t>Woh ek duty hai. Jo log is duty ko anjam dein ge, unko yeh title milega Allah taala ke haan. Ikhwan-e-rasool ka title.</w:t>
      </w:r>
    </w:p>
    <w:p>
      <w:pPr>
        <w:jc w:val="right"/>
      </w:pPr>
      <w:r>
        <w:t>وہ ایک ڈیوٹی ہے۔ جو لوگ اس ڈیوٹی کو انجام دیں گے، ان کو یہ ٹائٹل ملے گا اللہ تعالیٰ کے ہاں۔ اخوان رسول کا ٹائٹل۔</w:t>
      </w:r>
    </w:p>
    <w:p>
      <w:r>
        <w:rPr>
          <w:b/>
        </w:rPr>
        <w:t xml:space="preserve">[48:48] </w:t>
      </w:r>
      <w:r>
        <w:t>Aur farq yahi hai jo maine arz kiya.</w:t>
      </w:r>
    </w:p>
    <w:p>
      <w:pPr>
        <w:jc w:val="right"/>
      </w:pPr>
      <w:r>
        <w:t>اور فرق یہی ہے جو میں نے عرض کیا۔</w:t>
      </w:r>
    </w:p>
    <w:p>
      <w:r>
        <w:rPr>
          <w:b/>
        </w:rPr>
        <w:t xml:space="preserve">[48:51] </w:t>
      </w:r>
      <w:r>
        <w:t>Kaam ek hai, yani dawa work. Dawa work hi tha ashab-e-rasool ka kaam, dawa work hi hoga ikhwan-e-rasool ka kaam.</w:t>
      </w:r>
    </w:p>
    <w:p>
      <w:pPr>
        <w:jc w:val="right"/>
      </w:pPr>
      <w:r>
        <w:t>کام ایک ہے، یعنی دعویٰ work۔ دعویٰ work ہی تھا اصحاب رسول کا کام، دعویٰ work ہی ہوگا اخوان رسول کا کام۔</w:t>
      </w:r>
    </w:p>
    <w:p>
      <w:r>
        <w:rPr>
          <w:b/>
        </w:rPr>
        <w:t xml:space="preserve">[49:01] </w:t>
      </w:r>
      <w:r>
        <w:t>farq sirf itna hai ke unhon ne kaam kiya traditional daur mein, ikhwan-e-rasool kaam karenge scientific daur mein.</w:t>
      </w:r>
    </w:p>
    <w:p>
      <w:pPr>
        <w:jc w:val="right"/>
      </w:pPr>
      <w:r>
        <w:t>فرق صرف اتنا ہے کہ انہوں نے کام کیا traditional دور میں، اخوان رسول کام کریں گے سائنٹیفک دور میں۔</w:t>
      </w:r>
    </w:p>
    <w:p>
      <w:r>
        <w:rPr>
          <w:b/>
        </w:rPr>
        <w:t xml:space="preserve">[49:10] </w:t>
      </w:r>
      <w:r>
        <w:t>bas is ke sath koi, is ke sath aur koi farq nahin hai.</w:t>
      </w:r>
    </w:p>
    <w:p>
      <w:pPr>
        <w:jc w:val="right"/>
      </w:pPr>
      <w:r>
        <w:t>بس اس کے ساتھ کوئی، اس کے ساتھ اور کوئی فرق نہیں ہے۔</w:t>
      </w:r>
    </w:p>
    <w:p>
      <w:r>
        <w:rPr>
          <w:b/>
        </w:rPr>
        <w:t xml:space="preserve">[49:19] </w:t>
      </w:r>
      <w:r>
        <w:t>sirf jo cheez darkar hai, woh ikhlas, khwahishan liwajhillah. koi material interest nahin. kuch bhi nahin. na is mein paise ka talab, na shohrat ki talab, na popularity ki talab, na koi material gain.</w:t>
      </w:r>
    </w:p>
    <w:p>
      <w:pPr>
        <w:jc w:val="right"/>
      </w:pPr>
      <w:r>
        <w:t>صرف جو چیز درکار ہے، وہ اخلاص، خواہشاً لوجہ اللہ۔ کوئی مٹیریل interest نہیں۔ کچھ بھی نہیں۔ نہ اس میں پیسے کا طلب، نہ شہرت کی طلب، نہ popularity کی طلب، نہ کوئی مٹیریل gain۔</w:t>
      </w:r>
    </w:p>
    <w:p>
      <w:r>
        <w:rPr>
          <w:b/>
        </w:rPr>
        <w:t xml:space="preserve">[49:33] </w:t>
      </w:r>
      <w:r>
        <w:t>kuch bhi nahin. woh sab Khuda ki taraf se aayega.</w:t>
      </w:r>
    </w:p>
    <w:p>
      <w:pPr>
        <w:jc w:val="right"/>
      </w:pPr>
      <w:r>
        <w:t>کچھ بھی نہیں۔ وہ سب خدا کی طرف سے آئے گا۔</w:t>
      </w:r>
    </w:p>
    <w:p>
      <w:r>
        <w:rPr>
          <w:b/>
        </w:rPr>
        <w:t xml:space="preserve">[49:40] </w:t>
      </w:r>
      <w:r>
        <w:t>ek hadith hai ke man ja'al al-ham al-muslimeen wahidan al-ham al-akhirah kafa Allahu anhum ad-dunya. yeh da'i ke liye hai yeh.</w:t>
      </w:r>
    </w:p>
    <w:p>
      <w:pPr>
        <w:jc w:val="right"/>
      </w:pPr>
      <w:r>
        <w:t>ایک حدیث ہے کہ من جعل الهم محمد واحداًھم آخرتہ کفاء اللہ عنہم الدنیا یہ داعی کے لیے ہے یہ۔</w:t>
      </w:r>
    </w:p>
    <w:p>
      <w:r>
        <w:rPr>
          <w:b/>
        </w:rPr>
        <w:t xml:space="preserve">[49:52] </w:t>
      </w:r>
      <w:r>
        <w:t>yeh hadith da'i ke liye.</w:t>
      </w:r>
    </w:p>
    <w:p>
      <w:pPr>
        <w:jc w:val="right"/>
      </w:pPr>
      <w:r>
        <w:t>یہ حدیث داعی کے لیے۔</w:t>
      </w:r>
    </w:p>
    <w:p>
      <w:r>
        <w:rPr>
          <w:b/>
        </w:rPr>
        <w:t xml:space="preserve">[49:55] </w:t>
      </w:r>
      <w:r>
        <w:t>yani jo momin</w:t>
      </w:r>
    </w:p>
    <w:p>
      <w:pPr>
        <w:jc w:val="right"/>
      </w:pPr>
      <w:r>
        <w:t>یعنی جو مومن</w:t>
      </w:r>
    </w:p>
    <w:p>
      <w:r>
        <w:rPr>
          <w:b/>
        </w:rPr>
        <w:t xml:space="preserve">[50:01] </w:t>
      </w:r>
      <w:r>
        <w:t>Allah ko apna concentrant bana le, Allah ke kaam ko apna concentrant bana le, sole concentrant, to Allah is ki dunyavi hajaton ke liye kafi ho jata hai.</w:t>
      </w:r>
    </w:p>
    <w:p>
      <w:pPr>
        <w:jc w:val="right"/>
      </w:pPr>
      <w:r>
        <w:t>اللہ کو اپنا concentrant بنا لے، اللہ کے کام کو اپنا concentrant بنا لے، sole concentrant، تو اللہ اس کی دنیاوی حاجتوں کے لیے کافی ہو جاتا ہے۔</w:t>
      </w:r>
    </w:p>
    <w:p>
      <w:r>
        <w:rPr>
          <w:b/>
        </w:rPr>
        <w:t xml:space="preserve">[50:14] </w:t>
      </w:r>
      <w:r>
        <w:t>yani aap Allah ka kaam kijiye, aap ka kaam Allah kar dega. yeh hai da'i ka formula.</w:t>
      </w:r>
    </w:p>
    <w:p>
      <w:pPr>
        <w:jc w:val="right"/>
      </w:pPr>
      <w:r>
        <w:t>یعنی آپ اللہ کا کام کیجیے، آپ کا کام اللہ کر دے گا۔ یہ ہے داعی کا فارمولا۔</w:t>
      </w:r>
    </w:p>
    <w:p>
      <w:r>
        <w:rPr>
          <w:b/>
        </w:rPr>
        <w:t xml:space="preserve">[50:24] </w:t>
      </w:r>
      <w:r>
        <w:t>yani money da'i ka target nahin. Popularity da'i ka target nahin. Material gain da'i ka target nahin.</w:t>
      </w:r>
    </w:p>
    <w:p>
      <w:pPr>
        <w:jc w:val="right"/>
      </w:pPr>
      <w:r>
        <w:t>یعنی money داعی کا target نہیں۔ Popularity داعی کا target نہیں۔ Material gain داعی کا target نہیں۔</w:t>
      </w:r>
    </w:p>
    <w:p>
      <w:r>
        <w:rPr>
          <w:b/>
        </w:rPr>
        <w:t xml:space="preserve">[50:35] </w:t>
      </w:r>
      <w:r>
        <w:t>kuch nahin. da'i ka target kya hai?</w:t>
      </w:r>
    </w:p>
    <w:p>
      <w:pPr>
        <w:jc w:val="right"/>
      </w:pPr>
      <w:r>
        <w:t>کچھ نہیں۔ داعی کا target کیا ہے؟</w:t>
      </w:r>
    </w:p>
    <w:p>
      <w:r>
        <w:rPr>
          <w:b/>
        </w:rPr>
        <w:t xml:space="preserve">[50:40] </w:t>
      </w:r>
      <w:r>
        <w:t>sirf da'wat, da'wat, da'wat. da'wat lillah. da'wat lillah. Allah ki taraf pukarna. aur yeh sab jo dunya ki cheezen hain, woh Allah ki taraf se aayengi is ko.</w:t>
      </w:r>
    </w:p>
    <w:p>
      <w:pPr>
        <w:jc w:val="right"/>
      </w:pPr>
      <w:r>
        <w:t>صرف دعوت، دعوت، دعوت۔ دعوت للہ۔ دعوت للہ۔ اللہ کی طرف پکارنا۔ اور یہ سب جو دنیا کی چیزیں ہیں، وہ اللہ کی طرف سے آئیں گی اس کو۔</w:t>
      </w:r>
    </w:p>
    <w:p>
      <w:r>
        <w:rPr>
          <w:b/>
        </w:rPr>
        <w:t xml:space="preserve">[50:54] </w:t>
      </w:r>
      <w:r>
        <w:t>woh Allah ki taraf se aayengi is ko.</w:t>
      </w:r>
    </w:p>
    <w:p>
      <w:pPr>
        <w:jc w:val="right"/>
      </w:pPr>
      <w:r>
        <w:t>وہ اللہ کی طرف سے آئیں گی اس کو۔</w:t>
      </w:r>
    </w:p>
    <w:p>
      <w:r>
        <w:rPr>
          <w:b/>
        </w:rPr>
        <w:t xml:space="preserve">[51:03] </w:t>
      </w:r>
      <w:r>
        <w:t>ek martaba maine ek ek article likha tha, ek forester ko le kar ke.</w:t>
      </w:r>
    </w:p>
    <w:p>
      <w:pPr>
        <w:jc w:val="right"/>
      </w:pPr>
      <w:r>
        <w:t>ایک مرتبہ میں نے ایک ایک آرٹیکل لکھا تھا، ایک forester کو لے کر کے۔</w:t>
      </w:r>
    </w:p>
    <w:p>
      <w:r>
        <w:rPr>
          <w:b/>
        </w:rPr>
        <w:t xml:space="preserve">[51:08] </w:t>
      </w:r>
      <w:r>
        <w:t>Government ne ek aadmi ko forester banaya. to us ko ek gun de di gayi. maine socha ke yeh forester ko gun kyun di gayi? aam, aam jo service karte hain log, aam logon ko gun to nahin di jati un ko.</w:t>
      </w:r>
    </w:p>
    <w:p>
      <w:pPr>
        <w:jc w:val="right"/>
      </w:pPr>
      <w:r>
        <w:t>Government نے ایک آدمی کو forester بنایا۔ تو اس کو ایک گن دی دی گئی۔ میں نے سوچا کہ یہ forester کو گن کیوں دی گئی؟ عام، عام جو سروس کرتے ہیں لوگ، عام لوگوں کو گن تو نہیں دی جاتی ان کو۔</w:t>
      </w:r>
    </w:p>
    <w:p>
      <w:r>
        <w:rPr>
          <w:b/>
        </w:rPr>
        <w:t xml:space="preserve">[51:23] </w:t>
      </w:r>
      <w:r>
        <w:t>yani government service mein doosre jo log hote hain, un ko gun nahin di jati. Forester ko gun di gayi. kyun? us ko janglat mein kaam karna tha. jahan darinday hote hain, shair hote hain, bhalu hote hain, chite hote hain.</w:t>
      </w:r>
    </w:p>
    <w:p>
      <w:pPr>
        <w:jc w:val="right"/>
      </w:pPr>
      <w:r>
        <w:t>یعنی government سروس میں دوسرے جو لوگ ہوتے ہیں، ان کو گن نہیں دی جاتی۔ Forester کو گن دی گئی۔ کیوں؟ اس کو جنگل میں کام کرنا تھا۔ جہاں درندے ہوتے ہیں، شیر ہوتے ہیں، بھالو ہوتے ہیں، چیتے ہوتے ہیں۔</w:t>
      </w:r>
    </w:p>
    <w:p>
      <w:r>
        <w:rPr>
          <w:b/>
        </w:rPr>
        <w:t xml:space="preserve">[51:38] </w:t>
      </w:r>
      <w:r>
        <w:t>to jab deputy kiya government ne us ko forest mein, to government ko khud pata hai ke us ko gun chahiye wahan. yeh mamla yaad rakhiye, Allah taala ka hai.</w:t>
      </w:r>
    </w:p>
    <w:p>
      <w:pPr>
        <w:jc w:val="right"/>
      </w:pPr>
      <w:r>
        <w:t>تو جب deputy کیا government نے اس کو forest میں، تو government کو خود پتہ ہے کہ اس کو گن چاہیے وہاں۔ یہ معاملہ یاد رکھیے، اللہ تعالیٰ کا ہے۔</w:t>
      </w:r>
    </w:p>
    <w:p>
      <w:r>
        <w:rPr>
          <w:b/>
        </w:rPr>
        <w:t xml:space="preserve">[51:50] </w:t>
      </w:r>
      <w:r>
        <w:t>jab Khuda aap ko kehta hai ke da'wat, da'wat ke kaam karo, to Khuda ko pata hai ke mujhe is ko gun dena hai. balance kaise?</w:t>
      </w:r>
    </w:p>
    <w:p>
      <w:pPr>
        <w:jc w:val="right"/>
      </w:pPr>
      <w:r>
        <w:t>جب خدا آپ کو کہتا ہے کہ دعوت، دعوت کے کام کرو، تو خدا کو پتہ ہے کہ مجھے اس کو گن دینا ہے۔ balance کیسے؟</w:t>
      </w:r>
    </w:p>
    <w:p>
      <w:r>
        <w:rPr>
          <w:b/>
        </w:rPr>
        <w:t xml:space="preserve">[51:58] </w:t>
      </w:r>
      <w:r>
        <w:t>main nahin bol raha hoon. is ki zarooraton ko mujhe poora karna hai.</w:t>
      </w:r>
    </w:p>
    <w:p>
      <w:pPr>
        <w:jc w:val="right"/>
      </w:pPr>
      <w:r>
        <w:t>میں نہیں بول رہا ہوں۔ اس کی ضرورتوں کو مجھے پورا کرنا ہے۔</w:t>
      </w:r>
    </w:p>
    <w:p>
      <w:r>
        <w:rPr>
          <w:b/>
        </w:rPr>
        <w:t xml:space="preserve">[52:04] </w:t>
      </w:r>
      <w:r>
        <w:t>government forester banaya, government ne kisi ko to gun de di.</w:t>
      </w:r>
    </w:p>
    <w:p>
      <w:pPr>
        <w:jc w:val="right"/>
      </w:pPr>
      <w:r>
        <w:t>government forester بنایا، government نے کسی کو تو گن دے دیا۔</w:t>
      </w:r>
    </w:p>
    <w:p>
      <w:r>
        <w:rPr>
          <w:b/>
        </w:rPr>
        <w:t xml:space="preserve">[52:08] </w:t>
      </w:r>
      <w:r>
        <w:t>aap se Khuda kehta hai ke aap da'i dono da'wa work karo. to Khuda ko pata hai ke aap ki zarooraten kya hain. aap se zyada Khuda ko pata hai aap ki zarooraten.</w:t>
      </w:r>
    </w:p>
    <w:p>
      <w:pPr>
        <w:jc w:val="right"/>
      </w:pPr>
      <w:r>
        <w:t>آپ سے خدا کہتا ہے کہ آپ داعی دونوں دعویٰ work کرو۔ تو خدا کو پتہ ہے کہ آپ کی ضرورتیں کیا ہیں۔ آپ سے زیادہ خدا کو پتہ ہے آپ کی ضرورتیں۔</w:t>
      </w:r>
    </w:p>
    <w:p>
      <w:r>
        <w:rPr>
          <w:b/>
        </w:rPr>
        <w:t xml:space="preserve">[52:19] </w:t>
      </w:r>
      <w:r>
        <w:t>woh Khuda poori karega is ko.</w:t>
      </w:r>
    </w:p>
    <w:p>
      <w:pPr>
        <w:jc w:val="right"/>
      </w:pPr>
      <w:r>
        <w:t>وہ خدا پوری کرے گا اس کو۔</w:t>
      </w:r>
    </w:p>
    <w:p>
      <w:r>
        <w:rPr>
          <w:b/>
        </w:rPr>
        <w:t xml:space="preserve">[52:25] </w:t>
      </w:r>
      <w:r>
        <w:t>chahe sare farishton ko bhejna pade.</w:t>
      </w:r>
    </w:p>
    <w:p>
      <w:pPr>
        <w:jc w:val="right"/>
      </w:pPr>
      <w:r>
        <w:t>چاہے سارے فرشتوں کو بھیجنا پڑے۔</w:t>
      </w:r>
    </w:p>
    <w:p>
      <w:r>
        <w:rPr>
          <w:b/>
        </w:rPr>
        <w:t xml:space="preserve">[52:36] </w:t>
      </w:r>
      <w:r>
        <w:t>chahe sare farishton ko bhejna pade. ab government kabhi ek ek apna ek aadmi ko bachane ke liye poori fauj bhejti hai wahan par.</w:t>
      </w:r>
    </w:p>
    <w:p>
      <w:pPr>
        <w:jc w:val="right"/>
      </w:pPr>
      <w:r>
        <w:t>چاہے سارے فرشتوں کو بھیجنا پڑے۔ اب government کبھی ایک ایک اپنا ایک آدمی کو بچانے کے لیے پوری فوج بھیجتی ہے وہاں پر۔</w:t>
      </w:r>
    </w:p>
    <w:p>
      <w:r>
        <w:rPr>
          <w:b/>
        </w:rPr>
        <w:t xml:space="preserve">[52:48] </w:t>
      </w:r>
      <w:r>
        <w:t>aise hi da'i ka mamla hai. da'i jo hai, jo Allah ke kaam ke liye uthe, sach much hi Allah ke kaam ke liye. koi is mein khot na ho, koi is ki niyat mein kami na ho.</w:t>
      </w:r>
    </w:p>
    <w:p>
      <w:pPr>
        <w:jc w:val="right"/>
      </w:pPr>
      <w:r>
        <w:t>ایسے ہی داعی کا معاملہ ہے۔ داعی جو ہے، جو اللہ کے کام کے لیے اٹھے، سچ مچ ہی اللہ کے کام کے لیے۔ کوئی اس میں کھوٹ نہ ہو، کوئی اس کی نیت میں کمی نہ ہو۔</w:t>
      </w:r>
    </w:p>
    <w:p>
      <w:r>
        <w:rPr>
          <w:b/>
        </w:rPr>
        <w:t xml:space="preserve">[53:01] </w:t>
      </w:r>
      <w:r>
        <w:t>jo kehte hain khalisan liwajh Allah</w:t>
      </w:r>
    </w:p>
    <w:p>
      <w:pPr>
        <w:jc w:val="right"/>
      </w:pPr>
      <w:r>
        <w:t>جو کہتے ہیں خالصاً لوجه الله</w:t>
      </w:r>
    </w:p>
    <w:p>
      <w:r>
        <w:rPr>
          <w:b/>
        </w:rPr>
        <w:t xml:space="preserve">[53:03] </w:t>
      </w:r>
      <w:r>
        <w:t>to aap is ko mamooli baat samajhte hain?</w:t>
      </w:r>
    </w:p>
    <w:p>
      <w:pPr>
        <w:jc w:val="right"/>
      </w:pPr>
      <w:r>
        <w:t>تو آپ اس کو معمولی بات سمجھتے ہیں؟</w:t>
      </w:r>
    </w:p>
    <w:p>
      <w:r>
        <w:rPr>
          <w:b/>
        </w:rPr>
        <w:t xml:space="preserve">[53:08] </w:t>
      </w:r>
      <w:r>
        <w:t>is ko samandar mein koodana pade to Khuda wahan jahaz bhej de ga. Hawa mein urrna pade, urrna pade to wahan is ko rocket bhej de ga. Jangal mein jana pade to wahan is ko fauj bhej de ga.</w:t>
      </w:r>
    </w:p>
    <w:p>
      <w:pPr>
        <w:jc w:val="right"/>
      </w:pPr>
      <w:r>
        <w:t>اس کو سمندر میں کودانا پڑے تو خدا وہاں جہاز بھیج دے گا۔ ہوا میں اڑنا پڑے، اڑنا پڑے تو وہاں اس کو راکٹ بھیج دے گا۔ جنگل میں جانا پڑے تو وہاں اس کو فوج بھیج دے گا۔</w:t>
      </w:r>
    </w:p>
    <w:p>
      <w:r>
        <w:rPr>
          <w:b/>
        </w:rPr>
        <w:t xml:space="preserve">[53:21] </w:t>
      </w:r>
      <w:r>
        <w:t>da'wa work Khuda ka kaam hai.</w:t>
      </w:r>
    </w:p>
    <w:p>
      <w:pPr>
        <w:jc w:val="right"/>
      </w:pPr>
      <w:r>
        <w:t>دعویٰ work خدا کا کام ہے۔</w:t>
      </w:r>
    </w:p>
    <w:p>
      <w:r>
        <w:rPr>
          <w:b/>
        </w:rPr>
        <w:t xml:space="preserve">[53:26] </w:t>
      </w:r>
      <w:r>
        <w:t>Khuda ko aap se zyada pata hai ke is aadmi ki zarooraten kya hain.</w:t>
      </w:r>
    </w:p>
    <w:p>
      <w:pPr>
        <w:jc w:val="right"/>
      </w:pPr>
      <w:r>
        <w:t>خدا کو آپ سے زیادہ پتہ ہے کہ اس آدمی کی ضرورتیں کیا ہیں۔</w:t>
      </w:r>
    </w:p>
    <w:p>
      <w:r>
        <w:rPr>
          <w:b/>
        </w:rPr>
        <w:t xml:space="preserve">[53:32] </w:t>
      </w:r>
      <w:r>
        <w:t>to aap ko da'wa work karna hai, baqi bare mein Khuda par bharosa karna hai. Two points formula yaad rakhiye ke dawat mujhe dena hai, baqi kaam Khuda ko karna hai.</w:t>
      </w:r>
    </w:p>
    <w:p>
      <w:pPr>
        <w:jc w:val="right"/>
      </w:pPr>
      <w:r>
        <w:t>تو آپ کو دعویٰ work کرنا ہے، باقی بارے میں خدا پر بھروسہ کرنا ہے۔ Two points فارمولا یاد رکھیے کہ دعوت مجھے دینا ہے، باقی کام خدا کو کرنا ہے۔</w:t>
      </w:r>
    </w:p>
    <w:p>
      <w:r>
        <w:rPr>
          <w:b/>
        </w:rPr>
        <w:t xml:space="preserve">[53:50] </w:t>
      </w:r>
      <w:r>
        <w:t>kisi shair ne kaha hai ke sipurdum batū māyah khwaish rā tu dānī hisābī kam o bēsh rā</w:t>
      </w:r>
    </w:p>
    <w:p>
      <w:pPr>
        <w:jc w:val="right"/>
      </w:pPr>
      <w:r>
        <w:t>کسی شاعر نے کہا ہے کہ سپردم بتو مایہ خیش را تو دانی حسابی کم و بیش را</w:t>
      </w:r>
    </w:p>
    <w:p>
      <w:r>
        <w:rPr>
          <w:b/>
        </w:rPr>
        <w:t xml:space="preserve">[53:58] </w:t>
      </w:r>
      <w:r>
        <w:t>sipurdum batū māyah khwaish rā tu dānī hisābī hisābī kam o bēsh rā. Ke main ne apne aap ko teri rah mein daal diya, ab baqi tera kaam hai ke tu jaane.</w:t>
      </w:r>
    </w:p>
    <w:p>
      <w:pPr>
        <w:jc w:val="right"/>
      </w:pPr>
      <w:r>
        <w:t>سپردم بتو مایہ خیش را تو دانی حسابی حسابی کم و بیش را۔ کہ میں نے اپنے آپ کو تیری راہ میں ڈال دیا، اب باقی تیرا کام ہے کہ تو جانے۔</w:t>
      </w:r>
    </w:p>
    <w:p>
      <w:r>
        <w:rPr>
          <w:b/>
        </w:rPr>
        <w:t xml:space="preserve">[54:12] </w:t>
      </w:r>
      <w:r>
        <w:t>meri kya zarooraten hain, mere kya taqaze hain, mujhe kya aur chahiye, woh sab tera kaam hai.</w:t>
      </w:r>
    </w:p>
    <w:p>
      <w:pPr>
        <w:jc w:val="right"/>
      </w:pPr>
      <w:r>
        <w:t>میری کیا ضرورتیں ہیں، میرے کیا تقاضے ہیں، مجھے کیا اور چاہیے، وہ سب تیرا کام ہے۔</w:t>
      </w:r>
    </w:p>
    <w:p>
      <w:r>
        <w:rPr>
          <w:b/>
        </w:rPr>
        <w:t xml:space="preserve">[54:26] </w:t>
      </w:r>
      <w:r>
        <w:t>to da'wa work isi tarah hoga. Koi doosra tareeqa da'wa work ka nahi hai.</w:t>
      </w:r>
    </w:p>
    <w:p>
      <w:pPr>
        <w:jc w:val="right"/>
      </w:pPr>
      <w:r>
        <w:t>تو دعویٰ work اسی طرح ہوگا۔ کوئی دوسرا طریقہ دعویٰ work کا نہیں ہے۔</w:t>
      </w:r>
    </w:p>
    <w:p>
      <w:r>
        <w:rPr>
          <w:b/>
        </w:rPr>
        <w:t xml:space="preserve">[54:35] </w:t>
      </w:r>
      <w:r>
        <w:t>mujhe tablighi jama'at ka ek waqia bohat pasand hai. Ek purane Mewati ne khud mujh se yeh bayan kiya tha, ab woh boorhe ho chuke thay, ab dunya mein nahi hain woh.</w:t>
      </w:r>
    </w:p>
    <w:p>
      <w:pPr>
        <w:jc w:val="right"/>
      </w:pPr>
      <w:r>
        <w:t>مجھے تبلیغی جماعت کا ایک واقعہ بہت پسند ہے۔ ایک پرانے میواتی نے خود مجھ سے یہ بیان کیا تھا، اب وہ بوڑھے ہو چکے تھے، اب دنیا میں نہیں ہیں وہ۔</w:t>
      </w:r>
    </w:p>
    <w:p>
      <w:r>
        <w:rPr>
          <w:b/>
        </w:rPr>
        <w:t xml:space="preserve">[54:50] </w:t>
      </w:r>
      <w:r>
        <w:t>to main ne us se poocha ke Maulana Ilyas sahib ke zamanay ka koi waqia bataiye.</w:t>
      </w:r>
    </w:p>
    <w:p>
      <w:pPr>
        <w:jc w:val="right"/>
      </w:pPr>
      <w:r>
        <w:t>تو میں نے اس سے پوچھا کہ مولانا الیاس صاحب کے زمانے کا کوئی واقعہ بتائیے۔</w:t>
      </w:r>
    </w:p>
    <w:p>
      <w:r>
        <w:rPr>
          <w:b/>
        </w:rPr>
        <w:t xml:space="preserve">[54:55] </w:t>
      </w:r>
      <w:r>
        <w:t>to unhon ne kaha ke shuru ke zamanay ki baat hai, jab tabligh ka kaam nahi phaila tha, to hum chand Mewatiyon ko Maulana Ilyas sahib ne bheja, ghaliban Muradabad ya kahan kahin bheja.</w:t>
      </w:r>
    </w:p>
    <w:p>
      <w:pPr>
        <w:jc w:val="right"/>
      </w:pPr>
      <w:r>
        <w:t>تو انہوں نے کہا کہ شروع کے زمانے کی بات ہے، جب تبلیغ کا کام نہیں پھیلا تھا، تو ہم چند میواتیوں کو مولانا الیاس صاحب نے بھیجا، غالباً مراد آباد یا کہاں کہیں بھیجا۔</w:t>
      </w:r>
    </w:p>
    <w:p>
      <w:r>
        <w:rPr>
          <w:b/>
        </w:rPr>
        <w:t xml:space="preserve">[55:07] </w:t>
      </w:r>
      <w:r>
        <w:t>UP ke kisi maqam par. To ek hi naseehat ki unhon ne, ek hi naseehat. Ke agar koi kaam atke to bas dua karna.</w:t>
      </w:r>
    </w:p>
    <w:p>
      <w:pPr>
        <w:jc w:val="right"/>
      </w:pPr>
      <w:r>
        <w:t>یو پی کے کسی مقام پر۔ تو ایک ہی نصیحت کی انہوں نے، ایک ہی نصیحت۔ کہ اگر کوئی کام اٹکے تو بس دعا کرنا۔</w:t>
      </w:r>
    </w:p>
    <w:p>
      <w:r>
        <w:rPr>
          <w:b/>
        </w:rPr>
        <w:t xml:space="preserve">[55:19] </w:t>
      </w:r>
      <w:r>
        <w:t>dua karna. Bas yahi keh kar bhej diya unhon ne.</w:t>
      </w:r>
    </w:p>
    <w:p>
      <w:pPr>
        <w:jc w:val="right"/>
      </w:pPr>
      <w:r>
        <w:t>دعا کرنا۔ بس یہی کہہ کر بھیج دیا انہوں نے۔</w:t>
      </w:r>
    </w:p>
    <w:p>
      <w:r>
        <w:rPr>
          <w:b/>
        </w:rPr>
        <w:t xml:space="preserve">[55:25] </w:t>
      </w:r>
      <w:r>
        <w:t>woh gaye wahan basti mein. Un ka tareeqa yeh hai ke woh maghrib ki namaz parhen ge. Aur ailan karen ge ke bhaiyon thehar jaiye.</w:t>
      </w:r>
    </w:p>
    <w:p>
      <w:pPr>
        <w:jc w:val="right"/>
      </w:pPr>
      <w:r>
        <w:t>وہ گئے وہاں بستی میں۔ ان کا طریقہ یہ ہے کہ وہ مغرب کی نماز پڑھیں گے۔ اور اعلان کریں گے کہ بھائیوں ٹھہر جائیے۔</w:t>
      </w:r>
    </w:p>
    <w:p>
      <w:r>
        <w:rPr>
          <w:b/>
        </w:rPr>
        <w:t xml:space="preserve">[55:36] </w:t>
      </w:r>
      <w:r>
        <w:t>kuch din ki baaten</w:t>
      </w:r>
    </w:p>
    <w:p>
      <w:pPr>
        <w:jc w:val="right"/>
      </w:pPr>
      <w:r>
        <w:t>کچھ دن کی باتیں</w:t>
      </w:r>
    </w:p>
    <w:p>
      <w:r>
        <w:rPr>
          <w:b/>
        </w:rPr>
        <w:t xml:space="preserve">[55:40] </w:t>
      </w:r>
      <w:r>
        <w:t>hongi.</w:t>
      </w:r>
    </w:p>
    <w:p>
      <w:pPr>
        <w:jc w:val="right"/>
      </w:pPr>
      <w:r>
        <w:t>ہوں گی۔</w:t>
      </w:r>
    </w:p>
    <w:p>
      <w:r>
        <w:rPr>
          <w:b/>
        </w:rPr>
        <w:t xml:space="preserve">[55:46] </w:t>
      </w:r>
      <w:r>
        <w:t>fajr mein ya maghrib mein jis waqt bhi un ka tareeqa jo hoga ke namaz parhen ge, namaz khatam hui to ailan karen ge ke bhaiyon ruk jaiye, kuch din ki baaten hongi.</w:t>
      </w:r>
    </w:p>
    <w:p>
      <w:pPr>
        <w:jc w:val="right"/>
      </w:pPr>
      <w:r>
        <w:t>فجر میں یا مغرب میں جس وقت بھی ان کا طریقہ جو ہوگا کہ نماز پڑھیں گے، نماز ختم ہوئی تو اعلان کریں گے کہ بھائیوں رک جائیے، کچھ دن کی باتیں ہوں گی۔</w:t>
      </w:r>
    </w:p>
    <w:p>
      <w:r>
        <w:rPr>
          <w:b/>
        </w:rPr>
        <w:t xml:space="preserve">[55:56] </w:t>
      </w:r>
      <w:r>
        <w:t>to wahan gaye woh. Aur namaz ke baad ailan kiya ke bhaiyon ruk jaiye, din ki baaten kuch hongi. To sab uth uth chale gaye, koi nahi khara raha, koi baitha nahi sunne ke liye.</w:t>
      </w:r>
    </w:p>
    <w:p>
      <w:pPr>
        <w:jc w:val="right"/>
      </w:pPr>
      <w:r>
        <w:t>تو وہاں گئے وہ۔ اور نماز کے بعد اعلان کیا کہ بھائیوں رک جائیے، دن کی باتیں کچھ ہوں گی۔ تو سب اٹھ اٹھ چلے گئے، کوئی نہیں کھڑا رہا، کوئی بیٹھا نہیں سننے کے لیے۔</w:t>
      </w:r>
    </w:p>
    <w:p>
      <w:r>
        <w:rPr>
          <w:b/>
        </w:rPr>
        <w:t xml:space="preserve">[56:07] </w:t>
      </w:r>
      <w:r>
        <w:t>sab chale gaye uth kar ke. To un ko Maulana Ilyas sahib ki woh baat yaad aayi. Aur saare din, agle din saare din dua hi karte rahe woh.</w:t>
      </w:r>
    </w:p>
    <w:p>
      <w:pPr>
        <w:jc w:val="right"/>
      </w:pPr>
      <w:r>
        <w:t>سب چلے گئے اٹھ کر کے۔ تو ان کو مولانا الیاس صاحب کی وہ بات یاد آئی۔ اور سارے دن، اگلے دن سارے دن دعا ہی کرتے رہے وہ۔</w:t>
      </w:r>
    </w:p>
    <w:p>
      <w:r>
        <w:rPr>
          <w:b/>
        </w:rPr>
        <w:t xml:space="preserve">[56:20] </w:t>
      </w:r>
      <w:r>
        <w:t>bas aur kuch kaam nahi. Koi na shikayat, koi na koi nafrat, na kuch na kuch.</w:t>
      </w:r>
    </w:p>
    <w:p>
      <w:pPr>
        <w:jc w:val="right"/>
      </w:pPr>
      <w:r>
        <w:t>بس اور کچھ کام نہیں۔ کوئی نہ شکایت، کوئی نہ کوئی نفرت، نہ کچھ نہ کچھ۔</w:t>
      </w:r>
    </w:p>
    <w:p>
      <w:r>
        <w:rPr>
          <w:b/>
        </w:rPr>
        <w:t xml:space="preserve">[56:26] </w:t>
      </w:r>
      <w:r>
        <w:t>phir phir woh maghrib ke waqt jama hue masjid mein. Aur phir woh ailan kiya. To us ne bataya ke koi phir bhi nahi baitha.</w:t>
      </w:r>
    </w:p>
    <w:p>
      <w:pPr>
        <w:jc w:val="right"/>
      </w:pPr>
      <w:r>
        <w:t>پھر پھر وہ مغرب کے وقت جمع ہوئے مسجد میں۔ اور پھر وہ اعلان کیا۔ تو اس نے بتایا کہ کوئی پھر بھی نہیں بیٹھا۔</w:t>
      </w:r>
    </w:p>
    <w:p>
      <w:r>
        <w:rPr>
          <w:b/>
        </w:rPr>
        <w:t xml:space="preserve">[56:36] </w:t>
      </w:r>
      <w:r>
        <w:t>sab uth uth chale gaye.</w:t>
      </w:r>
    </w:p>
    <w:p>
      <w:pPr>
        <w:jc w:val="right"/>
      </w:pPr>
      <w:r>
        <w:t>سب اٹھ اٹھ چلے گئے۔</w:t>
      </w:r>
    </w:p>
    <w:p>
      <w:r>
        <w:rPr>
          <w:b/>
        </w:rPr>
        <w:t xml:space="preserve">[56:41] </w:t>
      </w:r>
      <w:r>
        <w:t>to agle din phir unhon ne yahi kiya. Ke dua karte rahe saare din, dua karte rahe saare din.</w:t>
      </w:r>
    </w:p>
    <w:p>
      <w:pPr>
        <w:jc w:val="right"/>
      </w:pPr>
      <w:r>
        <w:t>تو اگلے دن پھر انہوں نے یہی کیا۔ کہ دعا کرتے رہے سارے دن، دعا کرتے رہے سارے دن۔</w:t>
      </w:r>
    </w:p>
    <w:p>
      <w:r>
        <w:rPr>
          <w:b/>
        </w:rPr>
        <w:t xml:space="preserve">[56:50] </w:t>
      </w:r>
      <w:r>
        <w:t>to is ne bataya ke teesre din jab unhon ne ailaan kiya ke bhaiyon ruk jaiye, din ki baatein hongi. to is boodhe mewati ne kaha tha, is ke is ke shabd abhi tak mere kaanon mein goonj rahe hain.</w:t>
      </w:r>
    </w:p>
    <w:p>
      <w:pPr>
        <w:jc w:val="right"/>
      </w:pPr>
      <w:r>
        <w:t>تو اس نے بتایا کہ تیسرے دن جب انہوں نے اعلان کیا کہ بھائیوں رک جائیے، دن کی باتیں ہوں گی۔ تو اس بوڑھے میواتی نے کہا تھا، اس کے اس کے शब्द ابھی تک میرے کانوں میں گونج رہے ہیں۔</w:t>
      </w:r>
    </w:p>
    <w:p>
      <w:r>
        <w:rPr>
          <w:b/>
        </w:rPr>
        <w:t xml:space="preserve">[57:03] </w:t>
      </w:r>
      <w:r>
        <w:t>ek dafa is ke exact wording mujhe yaad hai ab tak. is se baat hui thi Nizamuddin ke tablighi markaz mein.</w:t>
      </w:r>
    </w:p>
    <w:p>
      <w:pPr>
        <w:jc w:val="right"/>
      </w:pPr>
      <w:r>
        <w:t>ایک دفعہ اس کے exact wording مجھے یاد ہے اب تک۔ اس سے بات ہوئی تھی نظام الدین کے تبلیغی مرکز میں۔</w:t>
      </w:r>
    </w:p>
    <w:p>
      <w:r>
        <w:rPr>
          <w:b/>
        </w:rPr>
        <w:t xml:space="preserve">[57:15] </w:t>
      </w:r>
      <w:r>
        <w:t>is ne kaha tha ke ek bhi na utha. jaise dharti ne sab ko pakad liya.</w:t>
      </w:r>
    </w:p>
    <w:p>
      <w:pPr>
        <w:jc w:val="right"/>
      </w:pPr>
      <w:r>
        <w:t>اس نے کہا تھا کہ ایک بھی نہ اٹھا۔ جیسے دھرتی نے سب کو پکڑ لیا۔</w:t>
      </w:r>
    </w:p>
    <w:p>
      <w:r>
        <w:rPr>
          <w:b/>
        </w:rPr>
        <w:t xml:space="preserve">[57:27] </w:t>
      </w:r>
      <w:r>
        <w:t>aur yeh kaam to yun hi chalega.</w:t>
      </w:r>
    </w:p>
    <w:p>
      <w:pPr>
        <w:jc w:val="right"/>
      </w:pPr>
      <w:r>
        <w:t>اور یہ کام تو یوں ہی چلے گا۔</w:t>
      </w:r>
    </w:p>
    <w:p>
      <w:r>
        <w:rPr>
          <w:b/>
        </w:rPr>
        <w:t xml:space="preserve">[57:33] </w:t>
      </w:r>
      <w:r>
        <w:t>ek bhi na utha. haan, ek bhi apni jagah se na utha. ek bhi apni jagah se na utha. jaise dharti ne sab ko pakad liya.</w:t>
      </w:r>
    </w:p>
    <w:p>
      <w:pPr>
        <w:jc w:val="right"/>
      </w:pPr>
      <w:r>
        <w:t>ایک بھی نہ اٹھا۔ ہاں، ایک بھی اپنی جگہ سے نہ اٹھا۔ ایک بھی اپنی جگہ سے نہ اٹھا۔ جیسے دھرتی نے سب کو پکڑ لیا۔</w:t>
      </w:r>
    </w:p>
    <w:p>
      <w:r>
        <w:rPr>
          <w:b/>
        </w:rPr>
        <w:t xml:space="preserve">[57:45] </w:t>
      </w:r>
      <w:r>
        <w:t>aur yeh kaam to yun hi chalega.</w:t>
      </w:r>
    </w:p>
    <w:p>
      <w:pPr>
        <w:jc w:val="right"/>
      </w:pPr>
      <w:r>
        <w:t>اور یہ کام تو یوں ہی چلے گا۔</w:t>
      </w:r>
    </w:p>
    <w:p>
      <w:r>
        <w:rPr>
          <w:b/>
        </w:rPr>
        <w:t xml:space="preserve">[57:50] </w:t>
      </w:r>
      <w:r>
        <w:t>main samajhta hoon ke humein apne mission mein sab se zyada bharosa hona chahiye dua ke upar. sab se zyada bharosa.</w:t>
      </w:r>
    </w:p>
    <w:p>
      <w:pPr>
        <w:jc w:val="right"/>
      </w:pPr>
      <w:r>
        <w:t>میں سمجھتا ہوں کہ ہمیں اپنے مشن میں سب سے زیادہ بھروسہ ہونا چاہیے دعا کے اوپر۔ سب سے زیادہ بھروسہ۔</w:t>
      </w:r>
    </w:p>
    <w:p>
      <w:r>
        <w:rPr>
          <w:b/>
        </w:rPr>
        <w:t xml:space="preserve">[58:00] </w:t>
      </w:r>
      <w:r>
        <w:t>daawa work bohat hi mushkil kaam hai, sab se zyada mushkil kaam hai daawa work. sab se mushkil kaam ko humein karna hai. yaad rakhiye, Everest ki charhai aasan hai.</w:t>
      </w:r>
    </w:p>
    <w:p>
      <w:pPr>
        <w:jc w:val="right"/>
      </w:pPr>
      <w:r>
        <w:t>دعویٰ work بہت ہی مشکل کام ہے، سب سے زیادہ مشکل کام ہے دعویٰ work۔ سب سے مشکل کام کو ہمیں کرنا ہے۔ یاد رکھیے، ایورسٹ کی چڑھائی آسان ہے۔</w:t>
      </w:r>
    </w:p>
    <w:p>
      <w:r>
        <w:rPr>
          <w:b/>
        </w:rPr>
        <w:t xml:space="preserve">[58:10] </w:t>
      </w:r>
      <w:r>
        <w:t>lekin dawat ka kaam bohat zyada mushkil hai. lekin is mushkil kaam ko kaise woh kar kar payenge hum? Allah ke tofeeq se, Allah ki madad se, Allah ki help se.</w:t>
      </w:r>
    </w:p>
    <w:p>
      <w:pPr>
        <w:jc w:val="right"/>
      </w:pPr>
      <w:r>
        <w:t>لیکن دعوت کا کام بہت زیادہ مشکل ہے۔ لیکن اس مشکل کام کو کیسے وہ کر کر پائیں گے ہم؟ اللہ کے توفیق سے، اللہ کی مدد سے، اللہ کی help سے۔</w:t>
      </w:r>
    </w:p>
    <w:p>
      <w:r>
        <w:rPr>
          <w:b/>
        </w:rPr>
        <w:t xml:space="preserve">[58:22] </w:t>
      </w:r>
      <w:r>
        <w:t>aur is ka zariya kya hai? dua.</w:t>
      </w:r>
    </w:p>
    <w:p>
      <w:pPr>
        <w:jc w:val="right"/>
      </w:pPr>
      <w:r>
        <w:t>اور اس کا ذریعہ کیا ہے؟ دعا۔</w:t>
      </w:r>
    </w:p>
    <w:p>
      <w:r>
        <w:rPr>
          <w:b/>
        </w:rPr>
        <w:t xml:space="preserve">[58:25] </w:t>
      </w:r>
      <w:r>
        <w:t>to dawat aur dua yeh two points formula hai. dawat aur dua, dawat aur dua. sachi dua. Lip service wali dua nahin.</w:t>
      </w:r>
    </w:p>
    <w:p>
      <w:pPr>
        <w:jc w:val="right"/>
      </w:pPr>
      <w:r>
        <w:t>تو دعوت اور دعا یہ two points فارمولا ہے۔ دعوت اور دعا، دعوت اور دعا۔ سچی دعا۔ Lip service والی دعا نہیں۔</w:t>
      </w:r>
    </w:p>
    <w:p>
      <w:r>
        <w:rPr>
          <w:b/>
        </w:rPr>
        <w:t xml:space="preserve">[58:38] </w:t>
      </w:r>
      <w:r>
        <w:t>Lip service wali dua nahin. dawat aur dua, dawat aur dua. phir wahi hoga jo is ne kaha, boodhe mewati ne kaha tha. ek ek bhi apni jagah se na utha.</w:t>
      </w:r>
    </w:p>
    <w:p>
      <w:pPr>
        <w:jc w:val="right"/>
      </w:pPr>
      <w:r>
        <w:t>Lip service والی دعا نہیں۔ دعوت اور دعا، دعوت اور دعا۔ پھر وہی ہوگا جو اس نے کہا، بوڑھے میواتی نے کہا تھا۔ ایک ایک بھی اپنی جگہ سے نہ اٹھا۔</w:t>
      </w:r>
    </w:p>
    <w:p>
      <w:r>
        <w:rPr>
          <w:b/>
        </w:rPr>
        <w:t xml:space="preserve">[58:51] </w:t>
      </w:r>
      <w:r>
        <w:t>jaise dharti ne sab ko pakad liya. aur yeh kaam to yun hi chalega.</w:t>
      </w:r>
    </w:p>
    <w:p>
      <w:pPr>
        <w:jc w:val="right"/>
      </w:pPr>
      <w:r>
        <w:t>جیسے دھرتی نے سب کو پکڑ لیا۔ اور یہ کام تو یوں ہی چلے گا۔</w:t>
      </w:r>
    </w:p>
    <w:p>
      <w:r>
        <w:rPr>
          <w:b/>
        </w:rPr>
        <w:t xml:space="preserve">[59:00] </w:t>
      </w:r>
      <w:r>
        <w:t>main samajhta hoon ke hamare liye ab koi option nahin reh gaya hai. saare asaar bata rahe hain ke duniya bohat jald khatam hone wali hai.</w:t>
      </w:r>
    </w:p>
    <w:p>
      <w:pPr>
        <w:jc w:val="right"/>
      </w:pPr>
      <w:r>
        <w:t>میں سمجھتا ہوں کہ ہمارے لیے اب کوئی option نہیں رہ گیا ہے۔ سارے آثار بتا رہے ہیں کہ دنیا بہت جلد ختم ہونے والی ہے۔</w:t>
      </w:r>
    </w:p>
    <w:p>
      <w:r>
        <w:rPr>
          <w:b/>
        </w:rPr>
        <w:t xml:space="preserve">[59:14] </w:t>
      </w:r>
      <w:r>
        <w:t>ab end of the history ka waqt aa chuka hai. to isi kaam mein apne ko lagaiye. tauba kijiye, dua kijiye.</w:t>
      </w:r>
    </w:p>
    <w:p>
      <w:pPr>
        <w:jc w:val="right"/>
      </w:pPr>
      <w:r>
        <w:t>اب end of the history کا وقت آ چکا ہے۔ تو اسی کام میں اپنے کو لگائیے۔ توبہ کیجیے، دعا کیجیے۔</w:t>
      </w:r>
    </w:p>
    <w:p>
      <w:r>
        <w:rPr>
          <w:b/>
        </w:rPr>
        <w:t xml:space="preserve">[59:23] </w:t>
      </w:r>
      <w:r>
        <w:t>Allah se madad mangiye. inshallah aap kamyab bhi honge.</w:t>
      </w:r>
    </w:p>
    <w:p>
      <w:pPr>
        <w:jc w:val="right"/>
      </w:pPr>
      <w:r>
        <w:t>اللہ سے مدد مانگیے۔ انشاءاللہ آپ کامیاب بھی ہوں گی۔</w:t>
      </w:r>
    </w:p>
    <w:p>
      <w:r>
        <w:rPr>
          <w:b/>
        </w:rPr>
        <w:t xml:space="preserve">[59:27] </w:t>
      </w:r>
      <w:r>
        <w:t>أقول قولي هذا وأستغفر الله لي ولكم أجمعين</w:t>
      </w:r>
    </w:p>
    <w:p>
      <w:pPr>
        <w:jc w:val="right"/>
      </w:pPr>
      <w:r>
        <w:t>أقول قولي هذا وأستغفر الله لي ولكم أجمعين</w:t>
      </w:r>
    </w:p>
    <w:p>
      <w:r>
        <w:rPr>
          <w:b/>
        </w:rPr>
        <w:t xml:space="preserve">[59:45] </w:t>
      </w:r>
      <w:r>
        <w:t>partial season mein. kyunke limited quota ka word use kiya tha idhar, limited quota.</w:t>
      </w:r>
    </w:p>
    <w:p>
      <w:pPr>
        <w:jc w:val="right"/>
      </w:pPr>
      <w:r>
        <w:t>پارشل سیزن میں۔ کیونکہ limited quota کا word use کیا تھا ادھر، limited quota۔</w:t>
      </w:r>
    </w:p>
    <w:p>
      <w:r>
        <w:rPr>
          <w:b/>
        </w:rPr>
        <w:t xml:space="preserve">[59:51] </w:t>
      </w:r>
      <w:r>
        <w:t>to diaspora mein rehne wale Yahudi apne watan mein limited quota ke tehat aa sakte hain. is mein koi kharabi nahin thi.</w:t>
      </w:r>
    </w:p>
    <w:p>
      <w:pPr>
        <w:jc w:val="right"/>
      </w:pPr>
      <w:r>
        <w:t>تو ڈائیسپورا میں رہنے والے یہودی اپنے وطن میں limited quota کے تحت آ سکتے ہیں۔ اس میں کوئی خرابی نہیں تھی۔</w:t>
      </w:r>
    </w:p>
    <w:p>
      <w:r>
        <w:rPr>
          <w:b/>
        </w:rPr>
        <w:t xml:space="preserve">[1:00:00] </w:t>
      </w:r>
      <w:r>
        <w:t>yeh to arz-e-muqaddas mein wapsi thi. yaad rakhiye, Falasteen ko Yahudiyon ke liye Bible mein aaya hai promised land. Quran mein aaya hai assigned land.</w:t>
      </w:r>
    </w:p>
    <w:p>
      <w:pPr>
        <w:jc w:val="right"/>
      </w:pPr>
      <w:r>
        <w:t>یہ تو عرض مقدس میں واپسی تھی۔ یاد رکھیے، فلسطین کو یہودیوں کے لیے بائبل میں آیا ہے promised land۔ قرآن میں آیا ہے assigned land۔</w:t>
      </w:r>
    </w:p>
    <w:p>
      <w:r>
        <w:rPr>
          <w:b/>
        </w:rPr>
        <w:t xml:space="preserve">[1:00:13] </w:t>
      </w:r>
      <w:r>
        <w:t>dono ek hi hain. to koi harj nahin. lekin aap ne is ko accept nahin kiya.</w:t>
      </w:r>
    </w:p>
    <w:p>
      <w:pPr>
        <w:jc w:val="right"/>
      </w:pPr>
      <w:r>
        <w:t>دونوں ایک ہی ہیں۔ تو کوئی حرج نہیں۔ لیکن آپ نے اس کو accept نہیں کیا۔</w:t>
      </w:r>
    </w:p>
    <w:p>
      <w:r>
        <w:rPr>
          <w:b/>
        </w:rPr>
        <w:t xml:space="preserve">[1:00:18] </w:t>
      </w:r>
      <w:r>
        <w:t>aap ne kaha ke hum سَرْمَرِيكُمْ فِي الْبَهْرِ tum ko maar ke samandar mein daal denge to woh maarenge woh. There is retaliation. to aap retaliation se kahani shuru karte hain.</w:t>
      </w:r>
    </w:p>
    <w:p>
      <w:pPr>
        <w:jc w:val="right"/>
      </w:pPr>
      <w:r>
        <w:t>آپ نے کہا کہ ہم سَرَمْرِيكُمْ فِي الْبَهْرِ تم کو مار کے سمندر میں ڈال دیں گے تو وہ ماریں گے وہ۔ There is retaliation. تو آپ retaliation سے کہانی شروع کرتے ہیں۔</w:t>
      </w:r>
    </w:p>
    <w:p>
      <w:r>
        <w:rPr>
          <w:b/>
        </w:rPr>
        <w:t xml:space="preserve">[1:00:31] </w:t>
      </w:r>
      <w:r>
        <w:t>Islam ka usool hai ke الْبَادِي أَظْلَمٌ al-badi azlam. jo shuru kare woh wahi zimmedar hai. to mehr didi shuru karne wale jo hain woh Arab hain.</w:t>
      </w:r>
    </w:p>
    <w:p>
      <w:pPr>
        <w:jc w:val="right"/>
      </w:pPr>
      <w:r>
        <w:t>اسلام کا اصول ہے کہ الْبَادِي أَظْلَمٌ البادی اظلم۔ جو شروع کرے وہ وہی ذمہ دار ہے۔ تو مہر دیدی شروع کرنے والے جو ہیں وہ عرب ہیں۔</w:t>
      </w:r>
    </w:p>
    <w:p>
      <w:r>
        <w:rPr>
          <w:b/>
        </w:rPr>
        <w:t xml:space="preserve">[1:00:42] </w:t>
      </w:r>
      <w:r>
        <w:t>aur yeh retaliate kar rahe hain.</w:t>
      </w:r>
    </w:p>
    <w:p>
      <w:pPr>
        <w:jc w:val="right"/>
      </w:pPr>
      <w:r>
        <w:t>اور یہ retaliate کر رہے ہیں۔</w:t>
      </w:r>
    </w:p>
    <w:p>
      <w:r>
        <w:rPr>
          <w:b/>
        </w:rPr>
        <w:t xml:space="preserve">[1:00:45] </w:t>
      </w:r>
      <w:r>
        <w:t>jab tak is buniyadi ghalati ko na mana jaye. ke humein koi haq nahin tha ke hum yeh kahein ke سَرْمَرِيكُمْ فِي الْبَهْرِ in ko accept karna chahiye tha in ko.</w:t>
      </w:r>
    </w:p>
    <w:p>
      <w:pPr>
        <w:jc w:val="right"/>
      </w:pPr>
      <w:r>
        <w:t>جب تک اس بنیادی غلطی کو نہ مانا جائے۔ کہ ہمیں کوئی حق نہیں تھا کہ ہم یہ کہیں کہ سَرَمْرِيكُمْ فِي الْبَهْرِ ان کو accept کرنا چاہیے تھا ان کو۔</w:t>
      </w:r>
    </w:p>
    <w:p>
      <w:r>
        <w:rPr>
          <w:b/>
        </w:rPr>
        <w:t xml:space="preserve">[1:00:57] </w:t>
      </w:r>
      <w:r>
        <w:t>jab tak is ghalati ko na mana jaye tab tak is maslay ko samajhna mumkin nahin. yaad rakhiye yeh tasfeef hai, tasfeef quran ke mutabiq.</w:t>
      </w:r>
    </w:p>
    <w:p>
      <w:pPr>
        <w:jc w:val="right"/>
      </w:pPr>
      <w:r>
        <w:t>جب تک اس غلطی کو نہ مانا جائے تب تک اس مسئلے کو سمجھنا ممکن نہیں۔ یاد رکھیے یہ تصفیف ہے، تصفیف قرآن کے مطابق۔</w:t>
      </w:r>
    </w:p>
    <w:p>
      <w:r>
        <w:rPr>
          <w:b/>
        </w:rPr>
        <w:t xml:space="preserve">[1:01:06] </w:t>
      </w:r>
      <w:r>
        <w:t>keh story ka second half ko len aap, story ke first half ko na len.</w:t>
      </w:r>
    </w:p>
    <w:p>
      <w:pPr>
        <w:jc w:val="right"/>
      </w:pPr>
      <w:r>
        <w:t>کہ story کا second half کو لیں آپ، story کے first half کو نہ لیں۔</w:t>
      </w:r>
    </w:p>
    <w:p>
      <w:r>
        <w:rPr>
          <w:b/>
        </w:rPr>
        <w:t xml:space="preserve">[1:01:12] </w:t>
      </w:r>
      <w:r>
        <w:t>yani maine pathar mara to is ko main na bataon. doosre ne mujhe bomb mara to is ko bataon. yeh islam nahin hai, yeh tasfeef hai.</w:t>
      </w:r>
    </w:p>
    <w:p>
      <w:pPr>
        <w:jc w:val="right"/>
      </w:pPr>
      <w:r>
        <w:t>یعنی میں نے پتھر مارا تو اس کو میں نہ بتاؤں۔ دوسرے نے مجھے بم مارا تو اس کو بتاؤں۔ یہ اسلام نہیں ہے، یہ تصفیف ہے۔</w:t>
      </w:r>
    </w:p>
    <w:p>
      <w:r>
        <w:rPr>
          <w:b/>
        </w:rPr>
        <w:t xml:space="preserve">[1:01:21] </w:t>
      </w:r>
      <w:r>
        <w:t>tasfeef islam mein jaiz nahin hai. I forgot to mention the name of the person who had asked this question. His name was Muntaljeeb Akbar.</w:t>
      </w:r>
    </w:p>
    <w:p>
      <w:pPr>
        <w:jc w:val="right"/>
      </w:pPr>
      <w:r>
        <w:t>تصفیف اسلام میں جائز نہیں ہے۔ I forgot to mention the name of the person who had asked this question. His name was Muntaljeeb Akbar.</w:t>
      </w:r>
    </w:p>
    <w:p>
      <w:r>
        <w:rPr>
          <w:b/>
        </w:rPr>
        <w:t xml:space="preserve">[1:01:30] </w:t>
      </w:r>
      <w:r>
        <w:t>He hasn't mentioned his country. I'll move on to the next question. This is asked by Mr. Michel Nemi Delhi.</w:t>
      </w:r>
    </w:p>
    <w:p>
      <w:pPr>
        <w:jc w:val="right"/>
      </w:pPr>
      <w:r>
        <w:t>He hasn't mentioned his country. I'll move on to the next question. This is asked by Mr. Michel Nemi Delhi.</w:t>
      </w:r>
    </w:p>
    <w:p>
      <w:r>
        <w:rPr>
          <w:b/>
        </w:rPr>
        <w:t xml:space="preserve">[1:01:39] </w:t>
      </w:r>
      <w:r>
        <w:t>maulana, how are we to understand the expressions "the face of God" or "the throne of God" in the Quran?</w:t>
      </w:r>
    </w:p>
    <w:p>
      <w:pPr>
        <w:jc w:val="right"/>
      </w:pPr>
      <w:r>
        <w:t>مولانا، how are we to understand the expressions "the face of God" or "the throne of God" in the Quran?</w:t>
      </w:r>
    </w:p>
    <w:p>
      <w:r>
        <w:rPr>
          <w:b/>
        </w:rPr>
        <w:t xml:space="preserve">[1:01:48] </w:t>
      </w:r>
      <w:r>
        <w:t>Do we take it as physical realities in paradise or just as metaphor?</w:t>
      </w:r>
    </w:p>
    <w:p>
      <w:pPr>
        <w:jc w:val="right"/>
      </w:pPr>
      <w:r>
        <w:t>Do we take it as physical realities in paradise or just as metaphor?</w:t>
      </w:r>
    </w:p>
    <w:p>
      <w:r>
        <w:rPr>
          <w:b/>
        </w:rPr>
        <w:t xml:space="preserve">[1:01:57] </w:t>
      </w:r>
      <w:r>
        <w:t>maulana, he's mentioned that in Quran there are expressions like "face of God" and "throne of God." So he's asked that, are these metaphor or will they be realities in paradise?</w:t>
      </w:r>
    </w:p>
    <w:p>
      <w:pPr>
        <w:jc w:val="right"/>
      </w:pPr>
      <w:r>
        <w:t>مولانا، he's mentioned that in Quran there are expressions like "face of God" and "throne of God." So he's asked that, are these metaphor or will they be realities in paradise?</w:t>
      </w:r>
    </w:p>
    <w:p>
      <w:r>
        <w:rPr>
          <w:b/>
        </w:rPr>
        <w:t xml:space="preserve">[1:02:13] </w:t>
      </w:r>
      <w:r>
        <w:t>dekhen, metaphor yeh nahin hai. lekin yeh ghayb ki baaten hain, symbolic language aap kar sakte hain is ko. Metaphor ek alag cheez hoti hai.</w:t>
      </w:r>
    </w:p>
    <w:p>
      <w:pPr>
        <w:jc w:val="right"/>
      </w:pPr>
      <w:r>
        <w:t>دیکھیں، metaphor یہ نہیں ہے۔ لیکن یہ غیب کی باتیں ہیں، symbolic language آپ کر سکتے ہیں اس کو۔ Metaphor ایک الگ چیز ہوتی ہے۔</w:t>
      </w:r>
    </w:p>
    <w:p>
      <w:r>
        <w:rPr>
          <w:b/>
        </w:rPr>
        <w:t xml:space="preserve">[1:02:23] </w:t>
      </w:r>
      <w:r>
        <w:t>Metaphor ya allegory alag cheez hoti hai. lekin woh baaten jo unseen word se taluq rakhti hain, un ka mamla yeh hai. dekhen, quran majeed mein bataya gaya hai keh keh quran ke jo woh hain woh do hain.</w:t>
      </w:r>
    </w:p>
    <w:p>
      <w:pPr>
        <w:jc w:val="right"/>
      </w:pPr>
      <w:r>
        <w:t>Metaphor یا allegory الگ چیز ہوتی ہے۔ لیکن وہ باتیں جو unseen word سے تعلق رکھتی ہیں، ان کا معاملہ یہ ہے۔ دیکھیں، قرآن مجید میں بتایا گیا ہے کہ کہ قرآن کے جو وہ ہیں وہ دو ہیں۔</w:t>
      </w:r>
    </w:p>
    <w:p>
      <w:r>
        <w:rPr>
          <w:b/>
        </w:rPr>
        <w:t xml:space="preserve">[1:02:37] </w:t>
      </w:r>
      <w:r>
        <w:t>yani muhkamat aur mutashabihat.</w:t>
      </w:r>
    </w:p>
    <w:p>
      <w:pPr>
        <w:jc w:val="right"/>
      </w:pPr>
      <w:r>
        <w:t>یعنی محکمات اور متشابہات۔</w:t>
      </w:r>
    </w:p>
    <w:p>
      <w:r>
        <w:rPr>
          <w:b/>
        </w:rPr>
        <w:t xml:space="preserve">[1:02:41] </w:t>
      </w:r>
      <w:r>
        <w:t>quran ke jo verses hain woh do qism ke hain. muhkamat aur mutashabihat. muhkamat ka matlab hai direct language mein kehna.</w:t>
      </w:r>
    </w:p>
    <w:p>
      <w:pPr>
        <w:jc w:val="right"/>
      </w:pPr>
      <w:r>
        <w:t>قرآن کے جو verses ہیں وہ دو قسم کے ہیں۔ محکمات اور متشابہات۔ محکمات کا مطلب ہے direct language میں کہنا۔</w:t>
      </w:r>
    </w:p>
    <w:p>
      <w:r>
        <w:rPr>
          <w:b/>
        </w:rPr>
        <w:t xml:space="preserve">[1:02:52] </w:t>
      </w:r>
      <w:r>
        <w:t>aur mutashabihat ka matlab hai mutamathilat. yani symbolic language mein kehna. to symbolic language mein jo baat kahi jati hai woh reality to hoti hai.</w:t>
      </w:r>
    </w:p>
    <w:p>
      <w:pPr>
        <w:jc w:val="right"/>
      </w:pPr>
      <w:r>
        <w:t>اور متشابہات کا مطلب ہے متماثلات۔ یعنی symbolic language میں کہنا۔ تو symbolic language میں جو بات کہی جاتی ہے وہ reality تو ہوتی ہے۔</w:t>
      </w:r>
    </w:p>
    <w:p>
      <w:r>
        <w:rPr>
          <w:b/>
        </w:rPr>
        <w:t xml:space="preserve">[1:03:02] </w:t>
      </w:r>
      <w:r>
        <w:t>lekin audience ko understandable banane ke liye is ko ek usloob ikhtiyar kiya jata hai.</w:t>
      </w:r>
    </w:p>
    <w:p>
      <w:pPr>
        <w:jc w:val="right"/>
      </w:pPr>
      <w:r>
        <w:t>لیکن audience کو understandable بنانے کے لیے اس کو ایک اسلوب اختیار کیا جاتا ہے۔</w:t>
      </w:r>
    </w:p>
    <w:p>
      <w:r>
        <w:rPr>
          <w:b/>
        </w:rPr>
        <w:t xml:space="preserve">[1:03:10] </w:t>
      </w:r>
      <w:r>
        <w:t>to yahan main samajhta hoon keh yeh jo hai yeh symbolic language aap keh sakte hain is ko. kyunkeh jo real language hai woh istemal ki jaye to is ko hum samajh nahin payenge.</w:t>
      </w:r>
    </w:p>
    <w:p>
      <w:pPr>
        <w:jc w:val="right"/>
      </w:pPr>
      <w:r>
        <w:t>تو یہاں میں سمجھتا ہوں کہ یہ جو ہے یہ symbolic language آپ کہہ سکتے ہیں اس کو۔ کیونکہ جو real language ہے وہ استعمال کی جائے تو اس کو ہم سمجھ نہیں پائیں گے۔</w:t>
      </w:r>
    </w:p>
    <w:p>
      <w:r>
        <w:rPr>
          <w:b/>
        </w:rPr>
        <w:t xml:space="preserve">[1:03:22] </w:t>
      </w:r>
      <w:r>
        <w:t>This question is from Mr. Khaled Ansari, Delhi. Pakistan has a history of dethroning the rulers. Rulers who always justified their action in the name of public interest.</w:t>
      </w:r>
    </w:p>
    <w:p>
      <w:pPr>
        <w:jc w:val="right"/>
      </w:pPr>
      <w:r>
        <w:t>This question is from Mr. Khaled Ansari, Delhi. Pakistan has a history of dethroning the rulers. Rulers who always justified their action in the name of public interest.</w:t>
      </w:r>
    </w:p>
    <w:p>
      <w:r>
        <w:rPr>
          <w:b/>
        </w:rPr>
        <w:t xml:space="preserve">[1:03:36] </w:t>
      </w:r>
      <w:r>
        <w:t>maulana, Pakistan being an Islamic country, how do the ulemas living there always remain silent spectators rather than giving the correct perspective?</w:t>
      </w:r>
    </w:p>
    <w:p>
      <w:pPr>
        <w:jc w:val="right"/>
      </w:pPr>
      <w:r>
        <w:t>مولانا، Pakistan being an Islamic country, how do the ulemas living there always remain silent spectators rather than giving the correct perspective?</w:t>
      </w:r>
    </w:p>
    <w:p>
      <w:r>
        <w:rPr>
          <w:b/>
        </w:rPr>
        <w:t xml:space="preserve">[1:03:50] </w:t>
      </w:r>
      <w:r>
        <w:t>dekhen, maine abhi arz kiya keh</w:t>
      </w:r>
    </w:p>
    <w:p>
      <w:pPr>
        <w:jc w:val="right"/>
      </w:pPr>
      <w:r>
        <w:t>دیکھیں، میں نے ابھی عرض کیا کہ</w:t>
      </w:r>
    </w:p>
    <w:p>
      <w:r>
        <w:rPr>
          <w:b/>
        </w:rPr>
        <w:t xml:space="preserve">[1:03:57] </w:t>
      </w:r>
      <w:r>
        <w:t>islam mein muslim ruler ke khilaf khurooj haram hai. mere pas do kitaben maujood hain, yahan par aap dekh sakte hain aa kar ke</w:t>
      </w:r>
    </w:p>
    <w:p>
      <w:pPr>
        <w:jc w:val="right"/>
      </w:pPr>
      <w:r>
        <w:t>اسلام میں مسلم ruler کے خلاف خروج حرام ہے۔ میرے پاس دو کتابیں موجود ہیں، یہاں پر آپ دیکھ سکتے ہیں آ کر کے</w:t>
      </w:r>
    </w:p>
    <w:p>
      <w:r>
        <w:rPr>
          <w:b/>
        </w:rPr>
        <w:t xml:space="preserve">[1:04:06] </w:t>
      </w:r>
      <w:r>
        <w:t>. ek to navi ki sharah, doosri al-ghulu fi al-deen. meri apni library mein do kitaben maujood hain.</w:t>
      </w:r>
    </w:p>
    <w:p>
      <w:pPr>
        <w:jc w:val="right"/>
      </w:pPr>
      <w:r>
        <w:t>۔ ایک تو نووی کی شرح، دوسری الغلو في الدين ۔ میری اپنی لائبریری میں دو کتابیں موجود ہیں۔</w:t>
      </w:r>
    </w:p>
    <w:p>
      <w:r>
        <w:rPr>
          <w:b/>
        </w:rPr>
        <w:t xml:space="preserve">[1:04:15] </w:t>
      </w:r>
      <w:r>
        <w:t>al-ghulu fi al-deen. moti si kitab hai. aur muslim ki sharah navi.</w:t>
      </w:r>
    </w:p>
    <w:p>
      <w:pPr>
        <w:jc w:val="right"/>
      </w:pPr>
      <w:r>
        <w:t>الغلو في الدين ۔ موٹی سی کتاب ہے۔ اور مسلم کی شرح نووی۔</w:t>
      </w:r>
    </w:p>
    <w:p>
      <w:r>
        <w:rPr>
          <w:b/>
        </w:rPr>
        <w:t xml:space="preserve">[1:04:24] </w:t>
      </w:r>
      <w:r>
        <w:t>donon mein bataya gaya hai keh yeh is par ittefaq hai ummat ka keh muslim hakim ke khilaf is ko dethrone karna, is ko overthrow karna, yeh haram hai, haram.</w:t>
      </w:r>
    </w:p>
    <w:p>
      <w:pPr>
        <w:jc w:val="right"/>
      </w:pPr>
      <w:r>
        <w:t>دونوں میں بتایا گیا ہے کہ یہ اس پر اتفاق ہے امت کا کہ مسلم حاکم کے خلاف اس کو dethrone کرنا، اس کو overthrow کرنا، یہ حرام ہے، حرام۔</w:t>
      </w:r>
    </w:p>
    <w:p>
      <w:r>
        <w:rPr>
          <w:b/>
        </w:rPr>
        <w:t xml:space="preserve">[1:04:40] </w:t>
      </w:r>
      <w:r>
        <w:t>is ko main extended sense mein le kar kehta hoon keh non-muslim hukumat ke khilaf bhi haram hai woh.</w:t>
      </w:r>
    </w:p>
    <w:p>
      <w:pPr>
        <w:jc w:val="right"/>
      </w:pPr>
      <w:r>
        <w:t>اس کو میں extended sense میں لے کر کہتا ہوں کہ non-Muslim حکومت کے خلاف بھی حرام ہے وہ۔</w:t>
      </w:r>
    </w:p>
    <w:p>
      <w:r>
        <w:rPr>
          <w:b/>
        </w:rPr>
        <w:t xml:space="preserve">[1:04:47] </w:t>
      </w:r>
      <w:r>
        <w:t>yani yeh wahan par to muslim hakim ki baat hai, lekin main is ko non-Muslim hakim tak is ko extend karta hoon. donon ko manta hoon.</w:t>
      </w:r>
    </w:p>
    <w:p>
      <w:pPr>
        <w:jc w:val="right"/>
      </w:pPr>
      <w:r>
        <w:t>یعنی یہ وہاں پر تو مسلم حاکم کی بات ہے، لیکن میں اس کو non-Muslim حاکم تک اس کو extend کرتا ہوں۔ دونوں کو مانتا ہوں۔</w:t>
      </w:r>
    </w:p>
    <w:p>
      <w:r>
        <w:rPr>
          <w:b/>
        </w:rPr>
        <w:t xml:space="preserve">[1:04:55] </w:t>
      </w:r>
      <w:r>
        <w:t>lekin phir bhi agar aap is ko ijtihadi samjhen to Pakistan mein to Muslim ruler ke khilaf hota raha. abhi bhi ho raha hai. yeh sab to haram hai.</w:t>
      </w:r>
    </w:p>
    <w:p>
      <w:pPr>
        <w:jc w:val="right"/>
      </w:pPr>
      <w:r>
        <w:t>لیکن پھر بھی اگر آپ اس کو اجتہادی سمجھیں تو پاکستان میں تو مسلم ruler کے خلاف ہوتا رہا۔ ابھی بھی ہو رہا ہے۔ یہ سب تو حرام ہے۔</w:t>
      </w:r>
    </w:p>
    <w:p>
      <w:r>
        <w:rPr>
          <w:b/>
        </w:rPr>
        <w:t xml:space="preserve">[1:05:06] </w:t>
      </w:r>
      <w:r>
        <w:t>is mein koi shakk hi nahi ke haram. koi excuse</w:t>
      </w:r>
    </w:p>
    <w:p>
      <w:pPr>
        <w:jc w:val="right"/>
      </w:pPr>
      <w:r>
        <w:t>اس میں کوئی شک ہی نہیں کہ حرام۔ کوئی excuse</w:t>
      </w:r>
    </w:p>
    <w:p>
      <w:r>
        <w:rPr>
          <w:b/>
        </w:rPr>
        <w:t xml:space="preserve">[1:05:11] </w:t>
      </w:r>
      <w:r>
        <w:t>is ke liye nahi hai. dekhen, yaad rakhiye, abao taimiya se poocha gaya, jo bohat hi baray scholar hain, ke hamare hukmaran jo hain, hamare hakim, ruler, agar aisa karein ke zakat ke naam par woh logon se paisa lein aur kharch karein apne zaati maamle mein.</w:t>
      </w:r>
    </w:p>
    <w:p>
      <w:pPr>
        <w:jc w:val="right"/>
      </w:pPr>
      <w:r>
        <w:t>اس کے لیے نہیں ہے۔ دیکھیں، یاد رکھیے، اباؤ تیمیہ سے پوچھا گیا، جو بہت ہی بڑے scholar ہیں، کہ ہمارے حکمران جو ہیں، ہمارے حاکم، ruler، اگر ایسا کریں کہ زکوٰۃ کے نام پر وہ لوگوں سے پیسہ لیں اور خرچ کریں اپنے ذاتی معاملے میں۔</w:t>
      </w:r>
    </w:p>
    <w:p>
      <w:r>
        <w:rPr>
          <w:b/>
        </w:rPr>
        <w:t xml:space="preserve">[1:05:32] </w:t>
      </w:r>
      <w:r>
        <w:t>yani zakat yeh raqam bohat hi, bohat hi aap jante hain, special hoti hai. zakat jo raqam hoti hai, us ki quran mein bataya gaya hai ke zakat yahan yahan kharch karo.</w:t>
      </w:r>
    </w:p>
    <w:p>
      <w:pPr>
        <w:jc w:val="right"/>
      </w:pPr>
      <w:r>
        <w:t>یعنی زکوٰۃ یہ رقم بہت ہی، بہت ہی آپ جانتے ہیں، special ہوتی ہے۔ زکوٰۃ جو رقم ہوتی ہے، اس کی قرآن میں بتایا گیا ہے کہ زکوٰۃ یہاں یہاں خرچ کرو۔</w:t>
      </w:r>
    </w:p>
    <w:p>
      <w:r>
        <w:rPr>
          <w:b/>
        </w:rPr>
        <w:t xml:space="preserve">[1:05:41] </w:t>
      </w:r>
      <w:r>
        <w:t>to poocha gaya hai ke agar is isi masle ke zail mein ke agar hukmaran yeh karein, rulers yeh karein ke woh zakat yeh raqam wasool karein aur kharch karein apne zaati is mein, to kya aap karein?</w:t>
      </w:r>
    </w:p>
    <w:p>
      <w:pPr>
        <w:jc w:val="right"/>
      </w:pPr>
      <w:r>
        <w:t>تو پوچھا گیا ہے کہ اگر اس اسی مسئلے کے ذیل میں کہ اگر حکمران یہ کریں، rulers یہ کریں کہ وہ زکوٰۃ یہ رقم وصول کریں اور خرچ کریں اپنے ذاتی اس میں، تو کیا آپ کریں؟</w:t>
      </w:r>
    </w:p>
    <w:p>
      <w:r>
        <w:rPr>
          <w:b/>
        </w:rPr>
        <w:t xml:space="preserve">[1:05:57] </w:t>
      </w:r>
      <w:r>
        <w:t>to unhon ne kaha ke wa in wa in. maani aisa hi karein, tab bhi tumhare jaiz nahi khuruj karna. wa in.</w:t>
      </w:r>
    </w:p>
    <w:p>
      <w:pPr>
        <w:jc w:val="right"/>
      </w:pPr>
      <w:r>
        <w:t>تو انہوں نے کہا کہ وَإِنْ وَإِنْ ۔ معنی ایسا ہی کریں، تب بھی تمہارے جائز نہیں خروج کرنا۔ وَإِنْ۔</w:t>
      </w:r>
    </w:p>
    <w:p>
      <w:r>
        <w:rPr>
          <w:b/>
        </w:rPr>
        <w:t xml:space="preserve">[1:06:07] </w:t>
      </w:r>
      <w:r>
        <w:t>to yeh to jo pakistan mein jo hua hai, woh to sari ummat ke ijma ke tehat hi yeh jaiz nahi hai yeh. mein to non-muslim ruler ke khilaaf bhi is ko najaaiz samajhta hoon.</w:t>
      </w:r>
    </w:p>
    <w:p>
      <w:pPr>
        <w:jc w:val="right"/>
      </w:pPr>
      <w:r>
        <w:t>تو یہ تو جو پاکستان میں جو ہوا ہے، وہ تو ساری امت کے اجماع کے تحت ہی یہ جائز نہیں ہے یہ۔ میں تو non-Muslim ruler کے خلاف بھی اس کو ناجائز سمجھتا ہوں۔</w:t>
      </w:r>
    </w:p>
    <w:p>
      <w:r>
        <w:rPr>
          <w:b/>
        </w:rPr>
        <w:t xml:space="preserve">[1:06:23] </w:t>
      </w:r>
      <w:r>
        <w:t>is ko aap mera ijtihad kar sakte hain. lekin jahan tak maamla hai muslim ruler ke khilaaf, to woh to ijtihad ki baat nahi hai, woh to ummat ka ijma is par hai. isi wajah se yeh hai ke aap pakistan tabaah hue.</w:t>
      </w:r>
    </w:p>
    <w:p>
      <w:pPr>
        <w:jc w:val="right"/>
      </w:pPr>
      <w:r>
        <w:t>اس کو آپ میرا اجتہاد کر سکتے ہیں۔ لیکن جہاں تک معاملہ ہے مسلم ruler کے خلاف، تو وہ تو اجتہاد کی بات نہیں ہے، وہ تو امت کا اجماع اس پر ہے۔ اسی وجہ سے یہ ہے کہ آپ پاکستان تباہ ہوئے۔</w:t>
      </w:r>
    </w:p>
    <w:p>
      <w:r>
        <w:rPr>
          <w:b/>
        </w:rPr>
        <w:t xml:space="preserve">[1:06:35] </w:t>
      </w:r>
      <w:r>
        <w:t>aaj pakistan aik failed state hai, failed state. nakaam riyasat. sirf america ke is par woh qaim hai. america agar madad na kare, billion billion dollar jo pump kar raha hai america, woh na kare to pakistan khatam ho jaye.</w:t>
      </w:r>
    </w:p>
    <w:p>
      <w:pPr>
        <w:jc w:val="right"/>
      </w:pPr>
      <w:r>
        <w:t>آج پاکستان ایک failed state ہے، failed state۔ ناکام ریاست۔ صرف امریکہ کے اس پر وہ قائم ہے۔ امریکہ اگر مدد نہ کرے، بلین بلین ڈالر جو پمپ کر رہا ہے امریکہ، وہ نہ کرے تو پاکستان ختم ہو جائے۔</w:t>
      </w:r>
    </w:p>
    <w:p>
      <w:r>
        <w:rPr>
          <w:b/>
        </w:rPr>
        <w:t xml:space="preserve">[1:06:53] </w:t>
      </w:r>
      <w:r>
        <w:t>yani islam se deviate karne ka jo anjaam pakistan mein hai, wahi kaafi hai samajhne ke liye ke un ki policy galat thi.</w:t>
      </w:r>
    </w:p>
    <w:p>
      <w:pPr>
        <w:jc w:val="right"/>
      </w:pPr>
      <w:r>
        <w:t>یعنی اسلام سے deviate کرنے کا جو انجام پاکستان میں ہے، وہی کافی ہے سمجھنے کے لیے کہ ان کی پالیسی غلط تھی۔</w:t>
      </w:r>
    </w:p>
    <w:p>
      <w:r>
        <w:rPr>
          <w:b/>
        </w:rPr>
        <w:t xml:space="preserve">[1:07:02] </w:t>
      </w:r>
      <w:r>
        <w:t>aur koi, mein samajhta hoon ke aur koi is mein aur daleel ki zaroorat hi nahi hai. This question is from Dr. Farida Khanam. What is the role of women in the performance of دعویٰ work?</w:t>
      </w:r>
    </w:p>
    <w:p>
      <w:pPr>
        <w:jc w:val="right"/>
      </w:pPr>
      <w:r>
        <w:t>اور کوئی، میں سمجھتا ہوں کہ اور کوئی اس میں اور دلیل کی ضرورت ہی نہیں ہے۔ This question is from Dr. Farida Khanam. What is the role of women in the performance of دعویٰ work?</w:t>
      </w:r>
    </w:p>
    <w:p>
      <w:r>
        <w:rPr>
          <w:b/>
        </w:rPr>
        <w:t xml:space="preserve">[1:07:17] </w:t>
      </w:r>
      <w:r>
        <w:t>mein samajhta hoon ke is zamane mein, is zamane mein to bohat zyada bara role hai auraton ka.</w:t>
      </w:r>
    </w:p>
    <w:p>
      <w:pPr>
        <w:jc w:val="right"/>
      </w:pPr>
      <w:r>
        <w:t>میں سمجھتا ہوں کہ اس زمانے میں، اس زمانے میں تو بہت زیادہ بڑا رول ہے عورتوں کا۔</w:t>
      </w:r>
    </w:p>
    <w:p>
      <w:r>
        <w:rPr>
          <w:b/>
        </w:rPr>
        <w:t xml:space="preserve">[1:07:25] </w:t>
      </w:r>
      <w:r>
        <w:t>jaise lodhi garden jo qissa mein ne bataya, to wahan mujhe pata chala ke mard jab gaye dene ke liye pamphlet, to woh lene mein reluctant they, reluctant they woh.</w:t>
      </w:r>
    </w:p>
    <w:p>
      <w:pPr>
        <w:jc w:val="right"/>
      </w:pPr>
      <w:r>
        <w:t>جیسے لودھی گارڈن جو قصہ میں نے بتایا، تو وہاں مجھے پتا چلا کہ مرد جب گئے دینے کے لیے پمفلیٹ، تو وہ لینے میں reluctant تھے، reluctant تھے وہ۔</w:t>
      </w:r>
    </w:p>
    <w:p>
      <w:r>
        <w:rPr>
          <w:b/>
        </w:rPr>
        <w:t xml:space="preserve">[1:07:34] </w:t>
      </w:r>
      <w:r>
        <w:t>jo larkay gaye to baray shauq se le liya. to mujhe aik qissa yaad aaya. is ko wahan ka, yani south america ka</w:t>
      </w:r>
    </w:p>
    <w:p>
      <w:pPr>
        <w:jc w:val="right"/>
      </w:pPr>
      <w:r>
        <w:t>جو لڑکے گئے تو بڑے شوق سے لے لیا۔ تو مجھے ایک قصہ یاد آیا۔ اس کو وہاں کا، یعنی ساؤتھ امریکہ کا</w:t>
      </w:r>
    </w:p>
    <w:p>
      <w:r>
        <w:rPr>
          <w:b/>
        </w:rPr>
        <w:t xml:space="preserve">[1:07:45] </w:t>
      </w:r>
      <w:r>
        <w:t>. south america mein bohat baray janglaat hain. peru mein, P E R U peru mein bohat baray janglaat hain. aur wahan par pehle jo they, ab to wahan sarkain waghera ban gayi hain, bohat pehle ki baat bata raha hoon aap ko.</w:t>
      </w:r>
    </w:p>
    <w:p>
      <w:pPr>
        <w:jc w:val="right"/>
      </w:pPr>
      <w:r>
        <w:t>۔ ساؤتھ امریکہ میں بہت بڑے جنگل ہیں۔ پیرو میں، پی ای آر یو پیرو میں بہت بڑے جنگل ہیں۔ اور وہاں پر پہلے جو تھے، اب تو وہاں سڑکیں وغیرہ بن گئی ہیں، بہت پہلے کی بات بتا رہا ہوں آپ کو۔</w:t>
      </w:r>
    </w:p>
    <w:p>
      <w:r>
        <w:rPr>
          <w:b/>
        </w:rPr>
        <w:t xml:space="preserve">[1:07:57] </w:t>
      </w:r>
      <w:r>
        <w:t>to missionary, christian missionary ne chaha ke wahan par apna woh phailayein. christianity. to un mein bohat zyada spirit hoti hai, missionary spirit bohat zyada hoti hai aap jante hain christians mein.</w:t>
      </w:r>
    </w:p>
    <w:p>
      <w:pPr>
        <w:jc w:val="right"/>
      </w:pPr>
      <w:r>
        <w:t>تو مشنری، کرسچن مشنری نے چاہا کہ وہاں پر اپنا وہ پھیلائیں۔ کرسچینٹی۔ تو ان میں بہت زیادہ spirit ہوتی ہے، مشنری spirit بہت زیادہ ہوتی ہے آپ جانتے ہیں کرسچنز میں۔</w:t>
      </w:r>
    </w:p>
    <w:p>
      <w:r>
        <w:rPr>
          <w:b/>
        </w:rPr>
        <w:t xml:space="preserve">[1:08:12] </w:t>
      </w:r>
      <w:r>
        <w:t>to pehle kuch mard gaye wahan par. to jane ki shakal yeh thi ke wahan par koi rasta to tha hi nahi. wahan car nahi ja sakti thi. to hawai jahaz se un ko parachute se utarne ki training di gayi, un mardon ko.</w:t>
      </w:r>
    </w:p>
    <w:p>
      <w:pPr>
        <w:jc w:val="right"/>
      </w:pPr>
      <w:r>
        <w:t>تو پہلے کچھ مرد گئے وہاں پر۔ تو جانے کی شکل یہ تھی کہ وہاں پر کوئی راستہ تو تھا ہی نہیں۔ وہاں کار نہیں جا سکتی تھی۔ تو ہوائی جہاز سے ان کو پیراشوٹ سے اترنے کی ٹریننگ دی گئی، ان مردوں کو۔</w:t>
      </w:r>
    </w:p>
    <w:p>
      <w:r>
        <w:rPr>
          <w:b/>
        </w:rPr>
        <w:t xml:space="preserve">[1:08:27] </w:t>
      </w:r>
      <w:r>
        <w:t>aur hawai jahaz se woh jangal ke oopar le jaye gaye. aur parachute bandh kar ke woh utar gaye woh, us jangal mein. to kya hua?</w:t>
      </w:r>
    </w:p>
    <w:p>
      <w:pPr>
        <w:jc w:val="right"/>
      </w:pPr>
      <w:r>
        <w:t>اور ہوائی جہاز سے وہ جنگل کے اوپر لے جائے گئے۔ اور پیراشوٹ باندھ کر کے وہ اتر گئے وہ، اس جنگل میں۔ تو کیا ہوا؟</w:t>
      </w:r>
    </w:p>
    <w:p>
      <w:r>
        <w:rPr>
          <w:b/>
        </w:rPr>
        <w:t xml:space="preserve">[1:08:36] </w:t>
      </w:r>
      <w:r>
        <w:t>is par kitab bohat khaas chhapi hai. is mein mein ne is ka translation kiya tha, mein ne is kitab</w:t>
      </w:r>
    </w:p>
    <w:p>
      <w:pPr>
        <w:jc w:val="right"/>
      </w:pPr>
      <w:r>
        <w:t>اس پر کتاب بہت خاص چھپی ہے۔ اس میں میں نے اس کا translation کیا تھا، میں نے اس کتاب</w:t>
      </w:r>
    </w:p>
    <w:p>
      <w:r>
        <w:rPr>
          <w:b/>
        </w:rPr>
        <w:t xml:space="preserve">[1:08:40] </w:t>
      </w:r>
      <w:r>
        <w:t>ka. woh chhapa tha pehle Aljamiyat Weekly mein. Adventurers for God. is kitab ka naam hai, mein ne is ka translation kiya tha, us zamane mein jab mein Aljamiyat Weekly ka editor hota tha.</w:t>
      </w:r>
    </w:p>
    <w:p>
      <w:pPr>
        <w:jc w:val="right"/>
      </w:pPr>
      <w:r>
        <w:t>کا۔ وہ چھپا تھا پہلے الجیمیت ویکلی میں۔ Adventurers for God ۔ اس کتاب کا نام ہے، میں نے اس کا translation کیا تھا، اس زمانے میں جب میں الجیمیت ویکلی کا editor ہوتا تھا۔</w:t>
      </w:r>
    </w:p>
    <w:p>
      <w:r>
        <w:rPr>
          <w:b/>
        </w:rPr>
        <w:t xml:space="preserve">[1:08:51] </w:t>
      </w:r>
      <w:r>
        <w:t>Adventurers for God. to bohat hi dilchasp kahani hai yeh.</w:t>
      </w:r>
    </w:p>
    <w:p>
      <w:pPr>
        <w:jc w:val="right"/>
      </w:pPr>
      <w:r>
        <w:t>Adventurers for God ۔ تو بہت ہی دلچسپ کہانی ہے یہ۔</w:t>
      </w:r>
    </w:p>
    <w:p>
      <w:r>
        <w:rPr>
          <w:b/>
        </w:rPr>
        <w:t xml:space="preserve">[1:08:57] </w:t>
      </w:r>
      <w:r>
        <w:t>kahani matlab waqia hai. to woh mard missionary jo they jab jangal mein utre neeche, to wahan ke jo jangli log they, woh primitive age mein jo log hua karte they, woh is type ke log, woh insaan ko maar ke kha jayein, kuch bhi karein woh.</w:t>
      </w:r>
    </w:p>
    <w:p>
      <w:pPr>
        <w:jc w:val="right"/>
      </w:pPr>
      <w:r>
        <w:t>کہانی مطلب واقعہ ہے۔ تو وہ مرد مشنری جو تھے جب جنگل میں اترے نیچے، تو وہاں کے جو جنگلی لوگ تھے، وہ primitive age میں جو لوگ ہوا کرتے تھے، وہ اس type کے لوگ، وہ انسان کو مار کے کھا جائیں، کچھ بھی کریں وہ۔</w:t>
      </w:r>
    </w:p>
    <w:p>
      <w:r>
        <w:rPr>
          <w:b/>
        </w:rPr>
        <w:t xml:space="preserve">[1:09:15] </w:t>
      </w:r>
      <w:r>
        <w:t>to un ko jab dekha unhon ne to maar ke kha gaye un ko. zinda nahi rehne diya un ko. to un ke paas woh tha, wireless un ke paas tha.</w:t>
      </w:r>
    </w:p>
    <w:p>
      <w:pPr>
        <w:jc w:val="right"/>
      </w:pPr>
      <w:r>
        <w:t>تو ان کو جب دیکھا انہوں نے تو مار کے کھا گئے ان کو۔ زندہ نہیں رہنے دیا ان کو۔ تو ان کے پاس وہ تھا، wireless ان کے پاس تھا۔</w:t>
      </w:r>
    </w:p>
    <w:p>
      <w:r>
        <w:rPr>
          <w:b/>
        </w:rPr>
        <w:t xml:space="preserve">[1:09:24] </w:t>
      </w:r>
      <w:r>
        <w:t>unhon ne wireless bataya ke yeh to hamein maar ke kha gaye.</w:t>
      </w:r>
    </w:p>
    <w:p>
      <w:pPr>
        <w:jc w:val="right"/>
      </w:pPr>
      <w:r>
        <w:t>انہوں نے wireless بتایا کہ یہ تو ہمیں مار کے کھا گئے۔</w:t>
      </w:r>
    </w:p>
    <w:p>
      <w:r>
        <w:rPr>
          <w:b/>
        </w:rPr>
        <w:t xml:space="preserve">[1:09:27] </w:t>
      </w:r>
      <w:r>
        <w:t>yeh marne se pehle pehle unhon ne khabar kar di apne center mein ke yahan aaye to maar ke kha gaye, wireless ke zariye bataya. tab mobile nahi hota tha.</w:t>
      </w:r>
    </w:p>
    <w:p>
      <w:pPr>
        <w:jc w:val="right"/>
      </w:pPr>
      <w:r>
        <w:t>یہ مرنے سے پہلے پہلے انہوں نے خبر کر دی اپنے center میں کہ یہاں آئے تو مار کے کھا گئے، wireless کے ذریعے بتایا۔ تب موبائل نہیں ہوتا تھا۔</w:t>
      </w:r>
    </w:p>
    <w:p>
      <w:r>
        <w:rPr>
          <w:b/>
        </w:rPr>
        <w:t xml:space="preserve">[1:09:37] </w:t>
      </w:r>
      <w:r>
        <w:t>tab mobile nahi hota tha, wireless hua karta tha. to un ki jo biwiyan theen, un ki, unhon ne kaha hum zinda reh ke kya karein ge?</w:t>
      </w:r>
    </w:p>
    <w:p>
      <w:pPr>
        <w:jc w:val="right"/>
      </w:pPr>
      <w:r>
        <w:t>تب موبائل نہیں ہوتا تھا، wireless ہوا کرتا تھا۔ تو ان کی جو بیویاں تھیں، ان کی، انہوں نے کہا ہم زندہ رہ کے کیا کریں گے؟</w:t>
      </w:r>
    </w:p>
    <w:p>
      <w:r>
        <w:rPr>
          <w:b/>
        </w:rPr>
        <w:t xml:space="preserve">[1:09:48] </w:t>
      </w:r>
      <w:r>
        <w:t>yani kisi planning ke tehat out of emotion unhon ne aisa kiya ke hamare husband mar gaye to hum bhi jate hain isi mein.</w:t>
      </w:r>
    </w:p>
    <w:p>
      <w:pPr>
        <w:jc w:val="right"/>
      </w:pPr>
      <w:r>
        <w:t>یعنی کسی planning کے تحت out of emotion انہوں نے ایسا کیا کہ ہمارے husband مر گئے تو ہم بھی جاتے ہیں اسی میں۔</w:t>
      </w:r>
    </w:p>
    <w:p>
      <w:r>
        <w:rPr>
          <w:b/>
        </w:rPr>
        <w:t xml:space="preserve">[1:09:55] </w:t>
      </w:r>
      <w:r>
        <w:t>to unhon ne parachute se utarne ki woh liya, training liya. aur hawai jahaz se ur kar ke woh gayin wahan par aur utrin woh auraten jangl mein.</w:t>
      </w:r>
    </w:p>
    <w:p>
      <w:pPr>
        <w:jc w:val="right"/>
      </w:pPr>
      <w:r>
        <w:t>تو انہوں نے پیراشوٹ سے اترنے کی وہ لیا، ٹریننگ لیا۔ اور ہوائی جہاز سے اڑ کر کے وہ گئیں وہاں پر اور اتریں وہ عورتیں جنگل میں۔</w:t>
      </w:r>
    </w:p>
    <w:p>
      <w:r>
        <w:rPr>
          <w:b/>
        </w:rPr>
        <w:t xml:space="preserve">[1:10:06] </w:t>
      </w:r>
      <w:r>
        <w:t>to phir woh woh mard, woh siwaye woh jangli jo mard the, idhar udhar daur kar ke jab dekha ke auraten hain to woh chhod ke chale gaye woh.</w:t>
      </w:r>
    </w:p>
    <w:p>
      <w:pPr>
        <w:jc w:val="right"/>
      </w:pPr>
      <w:r>
        <w:t>تو پھر وہ وہ مرد، وہ سوائے وہ جنگلی جو مرد تھے، ادھر ادھر دوڑ کر کے جب دیکھا کہ عورتیں ہیں تو وہ چھوڑ کے چلے گئے وہ۔</w:t>
      </w:r>
    </w:p>
    <w:p>
      <w:r>
        <w:rPr>
          <w:b/>
        </w:rPr>
        <w:t xml:space="preserve">[1:10:18] </w:t>
      </w:r>
      <w:r>
        <w:t>yeh sab bohat hi ajeeb ghareeb kahani hai, is mein aap parh sakte hain is ko.</w:t>
      </w:r>
    </w:p>
    <w:p>
      <w:pPr>
        <w:jc w:val="right"/>
      </w:pPr>
      <w:r>
        <w:t>یہ سب بہت ہی عجیب غریب کہانی ہے، اس میں آپ پڑھ سکتے ہیں اس کو۔</w:t>
      </w:r>
    </w:p>
    <w:p>
      <w:r>
        <w:rPr>
          <w:b/>
        </w:rPr>
        <w:t xml:space="preserve">[1:10:23] </w:t>
      </w:r>
      <w:r>
        <w:t>kyunke woh auraton se, auraton ko apne risk nahi samajhte woh apne. mard ko risk samajhte hain. samajhte hain ke yeh log koi danger, dangerous ban sakte hain hamare liye.</w:t>
      </w:r>
    </w:p>
    <w:p>
      <w:pPr>
        <w:jc w:val="right"/>
      </w:pPr>
      <w:r>
        <w:t>کیونکہ وہ عورتوں سے، عورتوں کو اپنے risk نہیں سمجھتے وہ اپنے۔ مرد کو risk سمجھتے ہیں۔ سمجھتے ہیں کہ یہ لوگ کوئی danger، dangerous بن سکتے ہیں ہمارے لیے۔</w:t>
      </w:r>
    </w:p>
    <w:p>
      <w:r>
        <w:rPr>
          <w:b/>
        </w:rPr>
        <w:t xml:space="preserve">[1:10:36] </w:t>
      </w:r>
      <w:r>
        <w:t>to auraton ko chhod diya, inhi auraton ne in janglon mein kaam kiya. bari lambi kahani yeh hai. aur in ko christian banaya, bible chhapi waghera waghera.</w:t>
      </w:r>
    </w:p>
    <w:p>
      <w:pPr>
        <w:jc w:val="right"/>
      </w:pPr>
      <w:r>
        <w:t>تو عورتوں کو چھوڑ دیا، انہی عورتوں نے ان جنگلوں میں کام کیا۔ بڑی لمبی کہانی یہ ہے۔ اور ان کو کرسچن بنایا، بائبل چھاپی وغیرہ وغیرہ۔</w:t>
      </w:r>
    </w:p>
    <w:p>
      <w:r>
        <w:rPr>
          <w:b/>
        </w:rPr>
        <w:t xml:space="preserve">[1:10:46] </w:t>
      </w:r>
      <w:r>
        <w:t>to yeh hamein bhi limited way mein is tarah tajurba</w:t>
      </w:r>
    </w:p>
    <w:p>
      <w:pPr>
        <w:jc w:val="right"/>
      </w:pPr>
      <w:r>
        <w:t>تو یہ ہمیں بھی limited way میں اس طرح تجربہ</w:t>
      </w:r>
    </w:p>
    <w:p>
      <w:r>
        <w:rPr>
          <w:b/>
        </w:rPr>
        <w:t xml:space="preserve">[1:10:49] </w:t>
      </w:r>
      <w:r>
        <w:t>ho raha hai ke auraten jab jati hain to bohat aasani se woh literature le lete hain. interaction bohat aasani se woh baaten karne lagte hain.</w:t>
      </w:r>
    </w:p>
    <w:p>
      <w:pPr>
        <w:jc w:val="right"/>
      </w:pPr>
      <w:r>
        <w:t>ہو رہا ہے کہ عورتیں جب جاتی ہیں تو بہت آسانی سے وہ literature لے لیتے ہیں۔ Interaction بہت آسانی سے وہ باتیں کرنے لگتے ہیں۔</w:t>
      </w:r>
    </w:p>
    <w:p>
      <w:r>
        <w:rPr>
          <w:b/>
        </w:rPr>
        <w:t xml:space="preserve">[1:10:59] </w:t>
      </w:r>
      <w:r>
        <w:t>yeh sirf Lodhi Garden ki baaten nahi hain, bar bar hamein tajurba hua hai, yahan se le kar Cyprus tak. to is zamane mein khas taur par, main samajhta hoon, jabke musalmanon ki image bada kharab ho gayi hai.</w:t>
      </w:r>
    </w:p>
    <w:p>
      <w:pPr>
        <w:jc w:val="right"/>
      </w:pPr>
      <w:r>
        <w:t>یہ صرف لودھی گارڈن کی باتیں نہیں ہیں، بار بار ہمیں تجربہ ہوا ہے، یہاں سے لے کر Cyprus تک۔ تو اس زمانے میں خاص طور پر، میں سمجھتا ہوں، جبکہ مسلمانوں کی image بڑا خراب ہو گئی ہے۔</w:t>
      </w:r>
    </w:p>
    <w:p>
      <w:r>
        <w:rPr>
          <w:b/>
        </w:rPr>
        <w:t xml:space="preserve">[1:11:12] </w:t>
      </w:r>
      <w:r>
        <w:t>samajhte hain ke musalman jo hai woh bomb liye rehta hai.</w:t>
      </w:r>
    </w:p>
    <w:p>
      <w:pPr>
        <w:jc w:val="right"/>
      </w:pPr>
      <w:r>
        <w:t>سمجھتے ہیں کہ مسلمان جو ہے وہ بم لیا رہتا ہے۔</w:t>
      </w:r>
    </w:p>
    <w:p>
      <w:r>
        <w:rPr>
          <w:b/>
        </w:rPr>
        <w:t xml:space="preserve">[1:11:19] </w:t>
      </w:r>
      <w:r>
        <w:t>lekin auraton se woh dar nahi feel karte. samajhte hain ke auraten jo hain woh harmless hain. to bohat aasani se auraton ke paas sunte hain, auraton ke hath se woh koi template aur book le lete hain woh.</w:t>
      </w:r>
    </w:p>
    <w:p>
      <w:pPr>
        <w:jc w:val="right"/>
      </w:pPr>
      <w:r>
        <w:t>لیکن عورتوں سے وہ ڈر نہیں feel کرتے۔ سمجھتے ہیں کہ عورتیں جو ہیں وہ harmless ہیں۔ تو بہت آسانی سے عورتوں کے پاس سنتے ہیں، عورتوں کے ہاتھ سے وہ کوئی template اور book لے لیتے ہیں وہ۔</w:t>
      </w:r>
    </w:p>
    <w:p>
      <w:r>
        <w:rPr>
          <w:b/>
        </w:rPr>
        <w:t xml:space="preserve">[1:11:35] </w:t>
      </w:r>
      <w:r>
        <w:t>to main samajhta hoon ke is zamane mein auraton ke liye daawa work karna bohat hi asan ho gaya hai. aur hamari, yani hamare mission jo hai, hamare mission mein auraton ka bohat bara role hai.</w:t>
      </w:r>
    </w:p>
    <w:p>
      <w:pPr>
        <w:jc w:val="right"/>
      </w:pPr>
      <w:r>
        <w:t>تو میں سمجھتا ہوں کہ اس زمانے میں عورتوں کے لیے دعویٰ work کرنا بہت ہی آسان ہو گیا ہے۔ اور ہماری، یعنی ہمارے mission جو ہے، ہمارے mission میں عورتوں کا بہت بڑا role ہے۔</w:t>
      </w:r>
    </w:p>
    <w:p>
      <w:r>
        <w:rPr>
          <w:b/>
        </w:rPr>
        <w:t xml:space="preserve">[1:11:47] </w:t>
      </w:r>
      <w:r>
        <w:t>abhi bhi woh role hai Khuda ke paas, us waqt bhi. is role ko hamein badhana hai. is role ko hamein badhana hai auraton ke role ko. kyunke modern jo world hai, is mein khas taur par auraton ke liye jo jo jo jo chances hain, woh mardon ke liye bhi nahi hain.</w:t>
      </w:r>
    </w:p>
    <w:p>
      <w:pPr>
        <w:jc w:val="right"/>
      </w:pPr>
      <w:r>
        <w:t>ابھی بھی وہ role ہے خدا کے پاس، اس وقت بھی۔ اس role کو ہمیں بڑھانا ہے۔ اس role کو ہمیں بڑھانا ہے عورتوں کے role کو۔ کیونکہ modern جو world ہے، اس میں خاص طور پر عورتوں کے لیے جو جو جو جو chances ہیں، وہ مردوں کے لیے بھی نہیں ہیں۔</w:t>
      </w:r>
    </w:p>
    <w:p>
      <w:r>
        <w:rPr>
          <w:b/>
        </w:rPr>
        <w:t xml:space="preserve">[1:12:09] </w:t>
      </w:r>
      <w:r>
        <w:t>This question is from Mr. Farhan Muhammad Khan.</w:t>
      </w:r>
    </w:p>
    <w:p>
      <w:pPr>
        <w:jc w:val="right"/>
      </w:pPr>
      <w:r>
        <w:t>This question is from Mr. Farhan Muhammad Khan.</w:t>
      </w:r>
    </w:p>
    <w:p>
      <w:r>
        <w:rPr>
          <w:b/>
        </w:rPr>
        <w:t xml:space="preserve">[1:12:13] </w:t>
      </w:r>
      <w:r>
        <w:t>Accepting Islam necessarily means believing in the concept of magic. In this day and age, how can non-Muslims be expected to overcome this hurdle of faith?</w:t>
      </w:r>
    </w:p>
    <w:p>
      <w:pPr>
        <w:jc w:val="right"/>
      </w:pPr>
      <w:r>
        <w:t>Accepting Islam necessarily means believing in the concept of magic. In this day and age, how can non-Muslims be expected to overcome this hurdle of faith?</w:t>
      </w:r>
    </w:p>
    <w:p>
      <w:r>
        <w:rPr>
          <w:b/>
        </w:rPr>
        <w:t xml:space="preserve">[1:12:26] </w:t>
      </w:r>
      <w:r>
        <w:t>nahi, yeh to yeh to kuch bohat hi superficial baaten hain, kuch log aisa kehte honge, woh nahi, Islam ko kaun jadu ki kahega?</w:t>
      </w:r>
    </w:p>
    <w:p>
      <w:pPr>
        <w:jc w:val="right"/>
      </w:pPr>
      <w:r>
        <w:t>نہیں، یہ تو یہ تو کچھ بہت ہی superficial باتیں ہیں، کچھ لوگ ایسا کہتے ہوں گے، وہ نہیں، اسلام کو کون جادو کی کہے گا؟</w:t>
      </w:r>
    </w:p>
    <w:p>
      <w:r>
        <w:rPr>
          <w:b/>
        </w:rPr>
        <w:t xml:space="preserve">[1:12:35] </w:t>
      </w:r>
      <w:r>
        <w:t>main to is ko nahi manta. bhai, main abhi to 80 baras se kaam kar raha hoon daawa work, mujhe to aisa kabhi pesh nahi</w:t>
      </w:r>
    </w:p>
    <w:p>
      <w:pPr>
        <w:jc w:val="right"/>
      </w:pPr>
      <w:r>
        <w:t>میں تو اس کو نہیں مانتا۔ بھئی، میں ابھی تو 80 برس سے کام کر رہا ہوں دعویٰ work، مجھے تو ایسا کبھی پیش نہیں</w:t>
      </w:r>
    </w:p>
    <w:p>
      <w:r>
        <w:rPr>
          <w:b/>
        </w:rPr>
        <w:t xml:space="preserve">[1:12:41] </w:t>
      </w:r>
      <w:r>
        <w:t>aaya. kisi koshish, kisi corner mein aise kuch log honge to honge. Islam to bohat hi scientific mazhab hai, pure maanon mein.</w:t>
      </w:r>
    </w:p>
    <w:p>
      <w:pPr>
        <w:jc w:val="right"/>
      </w:pPr>
      <w:r>
        <w:t>آیا۔ کسی کوشش، کسی کارنر میں ایسے کچھ لوگ ہوں گے تو ہوں گے۔ اسلام تو بہت ہی scientific مذہب ہے، پورے معنوں میں۔</w:t>
      </w:r>
    </w:p>
    <w:p>
      <w:r>
        <w:rPr>
          <w:b/>
        </w:rPr>
        <w:t xml:space="preserve">[1:12:53] </w:t>
      </w:r>
      <w:r>
        <w:t>abhi abhi bhai ka telephone aaya tha Hyderabad se, unhon ne kaha ke Hyderabad mein tourist aate hain to ek British lady un ko mili, British lady ko unhon ne Quran diya parhne ke liye.</w:t>
      </w:r>
    </w:p>
    <w:p>
      <w:pPr>
        <w:jc w:val="right"/>
      </w:pPr>
      <w:r>
        <w:t>ابھی ابھی بھائی کا ٹیلی فون آیا تھا حیدرآباد سے، انہوں نے کہا کہ حیدرآباد میں tourist آتے ہیں تو ایک برٹش lady ان کو ملی، برٹش lady کو انہوں نے قرآن دیا پڑھنے کے لیے۔</w:t>
      </w:r>
    </w:p>
    <w:p>
      <w:r>
        <w:rPr>
          <w:b/>
        </w:rPr>
        <w:t xml:space="preserve">[1:13:05] </w:t>
      </w:r>
      <w:r>
        <w:t>to parhne lagi to itna khush, itna khush hui ke it is us ne kaha ke to jaisa aisa aise ke magazine parhna.</w:t>
      </w:r>
    </w:p>
    <w:p>
      <w:pPr>
        <w:jc w:val="right"/>
      </w:pPr>
      <w:r>
        <w:t>تو پڑھنے لگی تو اتنا خوش، اتنا خوش ہوئی کہ it is اس نے کہا کہ تو جیسا ایسا ایسے کہ magazine پڑھنا۔</w:t>
      </w:r>
    </w:p>
    <w:p>
      <w:r>
        <w:rPr>
          <w:b/>
        </w:rPr>
        <w:t xml:space="preserve">[1:13:15] </w:t>
      </w:r>
      <w:r>
        <w:t>yeh itna simple hai, itna clear hai, itna scientific hai. to hum to nahi samajhte ke aisa kuch hai Islam ke maamle mein. kahin hoga to kuch exceptional taur par hoga.</w:t>
      </w:r>
    </w:p>
    <w:p>
      <w:pPr>
        <w:jc w:val="right"/>
      </w:pPr>
      <w:r>
        <w:t>یہ اتنا simple ہے، اتنا clear ہے، اتنا scientific ہے۔ تو ہم تو نہیں سمجھتے کہ ایسا کچھ ہے اسلام کے معاملے میں۔ کہیں ہوگا تو کچھ exceptional طور پر ہوگا۔</w:t>
      </w:r>
    </w:p>
    <w:p>
      <w:r>
        <w:rPr>
          <w:b/>
        </w:rPr>
        <w:t xml:space="preserve">[1:13:27] </w:t>
      </w:r>
      <w:r>
        <w:t>This question is from Mr. Khaja Khalimuddin from Pennsylvania.</w:t>
      </w:r>
    </w:p>
    <w:p>
      <w:pPr>
        <w:jc w:val="right"/>
      </w:pPr>
      <w:r>
        <w:t>This question is from Mr. Khaja Khalimuddin from Pennsylvania.</w:t>
      </w:r>
    </w:p>
    <w:p>
      <w:r>
        <w:rPr>
          <w:b/>
        </w:rPr>
        <w:t xml:space="preserve">[1:13:33] </w:t>
      </w:r>
      <w:r>
        <w:t>Maulana sahib what specific prescriptions you have for Pakistan authorities and ulemas in present circumstances?</w:t>
      </w:r>
    </w:p>
    <w:p>
      <w:pPr>
        <w:jc w:val="right"/>
      </w:pPr>
      <w:r>
        <w:t>مولانا صاحب what specific prescriptions you have for Pakistan authorities and ulemas in present circumstances?</w:t>
      </w:r>
    </w:p>
    <w:p>
      <w:r>
        <w:rPr>
          <w:b/>
        </w:rPr>
        <w:t xml:space="preserve">[1:13:43] </w:t>
      </w:r>
      <w:r>
        <w:t>bhai mera to bohat hi sakht hai woh. sab se pehle woh ailaan karein ke partition was a blunder.</w:t>
      </w:r>
    </w:p>
    <w:p>
      <w:pPr>
        <w:jc w:val="right"/>
      </w:pPr>
      <w:r>
        <w:t>بھئی میرا تو بہت ہی سخت ہے وہ۔ سب سے پہلے وہ اعلان کریں کہ partition was a blunder.</w:t>
      </w:r>
    </w:p>
    <w:p>
      <w:r>
        <w:rPr>
          <w:b/>
        </w:rPr>
        <w:t xml:space="preserve">[1:13:54] </w:t>
      </w:r>
      <w:r>
        <w:t>47 mein jo partition kiya gaya woh blunder tha, blunder. main yeh nahi kehta ke woh khatm karein.</w:t>
      </w:r>
    </w:p>
    <w:p>
      <w:pPr>
        <w:jc w:val="right"/>
      </w:pPr>
      <w:r>
        <w:t>47 میں جو partition کیا گیا وہ blunder تھا، blunder۔ میں یہ نہیں کہتا کہ وہ ختم کریں۔</w:t>
      </w:r>
    </w:p>
    <w:p>
      <w:r>
        <w:rPr>
          <w:b/>
        </w:rPr>
        <w:t xml:space="preserve">[1:14:00] </w:t>
      </w:r>
      <w:r>
        <w:t>jab tak aap yeh na manen ke woh ghalati thi, tab tak aap koi nai planning nahi kar sakte aap. sari planning pakistan ki aaj bhi, aaj bhi, 60 years se kya hai, anti-India campaign,</w:t>
      </w:r>
    </w:p>
    <w:p>
      <w:pPr>
        <w:jc w:val="right"/>
      </w:pPr>
      <w:r>
        <w:t>جب تک آپ یہ نہ مانیں کہ وہ غلطی تھی، تب تک آپ کوئی نئی planning نہیں کر سکتے آپ۔ ساری planning پاکستان کی آج بھی، آج بھی، 60 years سے کیا ہے، anti-India campaign،</w:t>
      </w:r>
    </w:p>
    <w:p>
      <w:r>
        <w:rPr>
          <w:b/>
        </w:rPr>
        <w:t xml:space="preserve">[1:14:14] </w:t>
      </w:r>
      <w:r>
        <w:t>anti woh hate India campaign. mein wahan ke parcheh parhta hoon, sab mein bas hate India, hate India bhara rehta hai. yeh yeh khatam karna parega.</w:t>
      </w:r>
    </w:p>
    <w:p>
      <w:pPr>
        <w:jc w:val="right"/>
      </w:pPr>
      <w:r>
        <w:t>anti وہ hate India campaign۔ میں وہاں کے پرچے پڑھتا ہوں، سب میں بس hate India، hate India بھرا رہتا ہے۔ یہ یہ ختم کرنا پڑے گا۔</w:t>
      </w:r>
    </w:p>
    <w:p>
      <w:r>
        <w:rPr>
          <w:b/>
        </w:rPr>
        <w:t xml:space="preserve">[1:14:25] </w:t>
      </w:r>
      <w:r>
        <w:t>aap kab tak jiyenge negative thought mein? kab tak jiyenge bataiye?</w:t>
      </w:r>
    </w:p>
    <w:p>
      <w:pPr>
        <w:jc w:val="right"/>
      </w:pPr>
      <w:r>
        <w:t>آپ کب تک جئیں گے negative thought میں؟ کب تک جئیں گے بتائیے؟</w:t>
      </w:r>
    </w:p>
    <w:p>
      <w:r>
        <w:rPr>
          <w:b/>
        </w:rPr>
        <w:t xml:space="preserve">[1:14:31] </w:t>
      </w:r>
      <w:r>
        <w:t>It requires positive thinking. aise thori dunya mein chal sakta hai. aap kab tak chalenge aap? to apne aakhri end par pakistan pahunch chuka hai.</w:t>
      </w:r>
    </w:p>
    <w:p>
      <w:pPr>
        <w:jc w:val="right"/>
      </w:pPr>
      <w:r>
        <w:t>It requires positive thinking. ایسے تھوڑی دنیا میں چل سکتا ہے۔ آپ کب تک چلیں گے آپ؟ تو اپنے آخری end پر پاکستان پہنچ چکا ہے۔</w:t>
      </w:r>
    </w:p>
    <w:p>
      <w:r>
        <w:rPr>
          <w:b/>
        </w:rPr>
        <w:t xml:space="preserve">[1:14:42] </w:t>
      </w:r>
      <w:r>
        <w:t>hate India campaign mein is ne apne ko tabah kar liya hai. to mein samajhta hoon khule taur par aelan karein pakistan ke sare log ke partition jo karwaya gaya blunder tha, blunder.</w:t>
      </w:r>
    </w:p>
    <w:p>
      <w:pPr>
        <w:jc w:val="right"/>
      </w:pPr>
      <w:r>
        <w:t>hate India campaign میں اس نے اپنے کو تباہ کر لیا ہے۔ تو میں سمجھتا ہوں کھلے طور پر اعلان کریں پاکستان کے سارے لوگ کہ partition جو کروایا گیا blunder تھا، blunder۔</w:t>
      </w:r>
    </w:p>
    <w:p>
      <w:r>
        <w:rPr>
          <w:b/>
        </w:rPr>
        <w:t xml:space="preserve">[1:14:55] </w:t>
      </w:r>
      <w:r>
        <w:t>ab hum India ko apna dost banayenge, sache dil se. hamare bhai hain woh, hum parosi ki tarah se rahenge. abhi tak yeh munh se bolte hon kuch log, sache maanon mein abhi parosi ki tarah rehne ke tayyar nahi hain pakistani log.</w:t>
      </w:r>
    </w:p>
    <w:p>
      <w:pPr>
        <w:jc w:val="right"/>
      </w:pPr>
      <w:r>
        <w:t>اب ہم انڈیا کو اپنا دوست بنائیں گے، سچے دل سے۔ ہمارے بھائی ہیں وہ، ہم پڑوسی کی طرح سے رہیں گے۔ ابھی تک یہ منہ سے بولتے ہوں کچھ لوگ، سچے معنوں میں ابھی پڑوسی کی طرح رہنے کے تیار نہیں ہیں پاکستانی لوگ۔</w:t>
      </w:r>
    </w:p>
    <w:p>
      <w:r>
        <w:rPr>
          <w:b/>
        </w:rPr>
        <w:t xml:space="preserve">[1:15:11] </w:t>
      </w:r>
      <w:r>
        <w:t>mere paas aksar pakistani log ate hain. ek bar to aap ek pakistan ke ek sahabe hain jo wahan wakeel hain woh, yeh Mr Ejaz waghera baithe hue the.</w:t>
      </w:r>
    </w:p>
    <w:p>
      <w:pPr>
        <w:jc w:val="right"/>
      </w:pPr>
      <w:r>
        <w:t>میرے پاس اکثر پاکستانی لوگ آتے ہیں۔ ایک بار تو آپ ایک پاکستان کے ایک صحابہ ہیں جو وہاں وکیل ہیں وہ، یہ مسٹر ایجت وغیرہ بیٹھے ہوئے تھے۔</w:t>
      </w:r>
    </w:p>
    <w:p>
      <w:r>
        <w:rPr>
          <w:b/>
        </w:rPr>
        <w:t xml:space="preserve">[1:15:21] </w:t>
      </w:r>
      <w:r>
        <w:t>aage baith kar kehte hain kya hain woh?</w:t>
      </w:r>
    </w:p>
    <w:p>
      <w:pPr>
        <w:jc w:val="right"/>
      </w:pPr>
      <w:r>
        <w:t>آگے بیٹھ کر کہتے ہیں کیا ہیں وہ؟</w:t>
      </w:r>
    </w:p>
    <w:p>
      <w:r>
        <w:rPr>
          <w:b/>
        </w:rPr>
        <w:t xml:space="preserve">[1:15:24] </w:t>
      </w:r>
      <w:r>
        <w:t>jab yahan yeh class nahi hoti to wahan class hui tab ki baat hai. kehte hain ke sahib 1947 mein aadhe musalman to un ko aazad hue, aadhe musalman ghulam reh gaye.</w:t>
      </w:r>
    </w:p>
    <w:p>
      <w:pPr>
        <w:jc w:val="right"/>
      </w:pPr>
      <w:r>
        <w:t>جب یہاں یہ کلاس نہیں ہوتی تو وہاں کلاس ہوئی تب کی بات ہے۔ کہتے ہیں کہ صاحب 1947 میں آدھے مسلمان تو ان کو آزاد ہوئے، آدھے مسلمان غلام رہ گئے۔</w:t>
      </w:r>
    </w:p>
    <w:p>
      <w:r>
        <w:rPr>
          <w:b/>
        </w:rPr>
        <w:t xml:space="preserve">[1:15:36] </w:t>
      </w:r>
      <w:r>
        <w:t>1947 mein jo hua to aadhe musalman aazad hue, aadhe musalman ghulam reh gaye. yani matlab India mein ghulam reh gaye, wahan aazad hue. to yeh log the Mr Ejaz waghera, unhon ne kaha ke dekho hum ek post mortem group ate hain apna, tum aisi baat bolte ho?</w:t>
      </w:r>
    </w:p>
    <w:p>
      <w:pPr>
        <w:jc w:val="right"/>
      </w:pPr>
      <w:r>
        <w:t>1947 میں جو ہوا تو آدھے مسلمان آزاد ہوئے، آدھے مسلمان غلام رہ گئے۔ یعنی مطلب انڈیا میں غلام رہ گئے، وہاں آزاد ہوئے۔ تو یہ لوگ تھے مسٹر ایجت وغیرہ، انہوں نے کہا کہ دیکھو ہم ایک پوسٹ مارٹم گروپ آتے ہیں اپنا، تم ایسی بات بولتے ہو؟</w:t>
      </w:r>
    </w:p>
    <w:p>
      <w:r>
        <w:rPr>
          <w:b/>
        </w:rPr>
        <w:t xml:space="preserve">[1:15:58] </w:t>
      </w:r>
      <w:r>
        <w:t>kai log the yeh. maine kaha ke yeh Mr Ejaz Balochran hain, unhon ne kaha ke tum aisi baat kehte ho? hum to unhi ko group manenge jo ek kehte hain is ko hum karte hain.</w:t>
      </w:r>
    </w:p>
    <w:p>
      <w:pPr>
        <w:jc w:val="right"/>
      </w:pPr>
      <w:r>
        <w:t>کئی لوگ تھے یہ۔ میں نے کہا کہ یہ مسٹر ایجت بلوچراں ہیں، انہوں نے کہا کہ تم ایسی بات کہتے ہو؟ ہم تو انہی کو گروپ مانیں گے جو ایک کہتے ہیں اس کو ہم کرتے ہیں۔</w:t>
      </w:r>
    </w:p>
    <w:p>
      <w:r>
        <w:rPr>
          <w:b/>
        </w:rPr>
        <w:t xml:space="preserve">[1:16:08] </w:t>
      </w:r>
      <w:r>
        <w:t>kaisi ulti baat karte ho tum? to chup ho gaye. to hate India campaign ne sab ko blind kar rakha hai, blind.</w:t>
      </w:r>
    </w:p>
    <w:p>
      <w:pPr>
        <w:jc w:val="right"/>
      </w:pPr>
      <w:r>
        <w:t>کیسی الٹی بات کرتے ہو تم؟ تو چپ ہو گئے۔ تو hate India campaign نے سب کو blind کر رکھا ہے، blind۔</w:t>
      </w:r>
    </w:p>
    <w:p>
      <w:r>
        <w:rPr>
          <w:b/>
        </w:rPr>
        <w:t xml:space="preserve">[1:16:19] </w:t>
      </w:r>
      <w:r>
        <w:t>sare pakistani ulti soch mein hain. woh samajhte hain ke hindu jo hai dushman hain Islam</w:t>
      </w:r>
    </w:p>
    <w:p>
      <w:pPr>
        <w:jc w:val="right"/>
      </w:pPr>
      <w:r>
        <w:t>سارے پاکستانی الٹی سوچ میں ہیں۔ وہ سمجھتے ہیں کہ ہندو جو ہے دشمن ہیں اسلام</w:t>
      </w:r>
    </w:p>
    <w:p>
      <w:r>
        <w:rPr>
          <w:b/>
        </w:rPr>
        <w:t xml:space="preserve">[1:16:27] </w:t>
      </w:r>
      <w:r>
        <w:t>ke. yeh is jhoot se bahar aana parega. hindu bechare itne achhe hain, hum jahan bhi jate hain. abhi Lodhi Garden mein hamari beti gayi to ek hindu jo hai, ek hindu, us ne ek kitab is liye likha ke main parhta hoon.</w:t>
      </w:r>
    </w:p>
    <w:p>
      <w:pPr>
        <w:jc w:val="right"/>
      </w:pPr>
      <w:r>
        <w:t>کے۔ یہ اس جھوٹ سے باہر آنا پڑے گا۔ ہندو بیچارے اتنے اچھے ہیں، ہم جہاں بھی جاتے ہیں۔ ابھی لودھی گارڈن میں ہماری بیٹی گئی تو ایک ہندو جو ہے، ایک ہندو، اس نے ایک کتاب اس لیے لکھا کہ میں پڑھتا ہوں۔</w:t>
      </w:r>
    </w:p>
    <w:p>
      <w:r>
        <w:rPr>
          <w:b/>
        </w:rPr>
        <w:t xml:space="preserve">[1:16:42] </w:t>
      </w:r>
      <w:r>
        <w:t>bataiye Islamic literature le kar parhne laga. itne achhe log hain aur tum ko wahan par mashhoor karte ho ke yeh dushman hain Islam ke aur musalmanon ke.</w:t>
      </w:r>
    </w:p>
    <w:p>
      <w:pPr>
        <w:jc w:val="right"/>
      </w:pPr>
      <w:r>
        <w:t>بتائیے اسلامی literature لے کر پڑھنے لگا۔ اتنے اچھے لوگ ہیں اور تم کو وہاں پر مشہور کرتے ہو کہ یہ دشمن ہیں اسلام کے اور مسلمانوں کے۔</w:t>
      </w:r>
    </w:p>
    <w:p>
      <w:r>
        <w:rPr>
          <w:b/>
        </w:rPr>
        <w:t xml:space="preserve">[1:16:54] </w:t>
      </w:r>
      <w:r>
        <w:t>is se is jhoot se bahar aana parega, yaad rakhiye.</w:t>
      </w:r>
    </w:p>
    <w:p>
      <w:pPr>
        <w:jc w:val="right"/>
      </w:pPr>
      <w:r>
        <w:t>اس سے اس جھوٹ سے باہر آنا پڑے گا، یاد رکھیے۔</w:t>
      </w:r>
    </w:p>
    <w:p>
      <w:r>
        <w:rPr>
          <w:b/>
        </w:rPr>
        <w:t xml:space="preserve">[1:16:57] </w:t>
      </w:r>
      <w:r>
        <w:t>is jhoot se bahar aana parega. phir sab kuch theek ho jayega. jaise hi aap India ko aap sache dil se apna neighbor maan lein, neighbor, aur woh sab khatam kar dein nafrat wali baaton ko, ek din mein sab kuch theek ho jayega.</w:t>
      </w:r>
    </w:p>
    <w:p>
      <w:pPr>
        <w:jc w:val="right"/>
      </w:pPr>
      <w:r>
        <w:t>اس جھوٹ سے باہر آنا پڑے گا۔ پھر سب کچھ ٹھیک ہو جائے گا۔ جیسے ہی آپ انڈیا کو آپ سچے دل سے اپنا neighbor مان لیں، neighbor، اور وہ سب ختم کر دیں نفرت والی باتوں کو، ایک دن میں سب کچھ ٹھیک ہو جائے گا۔</w:t>
      </w:r>
    </w:p>
    <w:p>
      <w:r>
        <w:rPr>
          <w:b/>
        </w:rPr>
        <w:t xml:space="preserve">[1:17:12] </w:t>
      </w:r>
      <w:r>
        <w:t>dekhein, positivity jo hai ek miraculous effect is ka hota hai. Negativity jo hai sab se bada destruction ka source hai.</w:t>
      </w:r>
    </w:p>
    <w:p>
      <w:pPr>
        <w:jc w:val="right"/>
      </w:pPr>
      <w:r>
        <w:t>دیکھیں، positivity جو ہے ایک miraculous effect اس کا ہوتا ہے۔ Negativity جو ہے سب سے بڑا destruction کا source ہے۔</w:t>
      </w:r>
    </w:p>
    <w:p>
      <w:r>
        <w:rPr>
          <w:b/>
        </w:rPr>
        <w:t xml:space="preserve">[1:17:21] </w:t>
      </w:r>
      <w:r>
        <w:t>Positivity sab se bada construction ka source hai.</w:t>
      </w:r>
    </w:p>
    <w:p>
      <w:pPr>
        <w:jc w:val="right"/>
      </w:pPr>
      <w:r>
        <w:t>Positivity سب سے بڑا construction کا source ہے۔</w:t>
      </w:r>
    </w:p>
    <w:p>
      <w:r>
        <w:rPr>
          <w:b/>
        </w:rPr>
        <w:t xml:space="preserve">[1:17:25] </w:t>
      </w:r>
      <w:r>
        <w:t>jis din pakistan ke log aisa karenge, agle hi din se woh naya future banne lagega. doosra koi bhi hal nahi.</w:t>
      </w:r>
    </w:p>
    <w:p>
      <w:pPr>
        <w:jc w:val="right"/>
      </w:pPr>
      <w:r>
        <w:t>جس دن پاکستان کے لوگ ایسا کریں گے، اگلے ہی دن سے وہ نیا future بننے لگے گا۔ دوسرا کوئی بھی حل نہیں۔</w:t>
      </w:r>
    </w:p>
    <w:p>
      <w:r>
        <w:rPr>
          <w:b/>
        </w:rPr>
        <w:t xml:space="preserve">[1:17:34] </w:t>
      </w:r>
      <w:r>
        <w:t>koi patch up karne wali baat jo hai woh is se koi kuch hone wala nahi hai. This is the beginning. From here is the new beginning.</w:t>
      </w:r>
    </w:p>
    <w:p>
      <w:pPr>
        <w:jc w:val="right"/>
      </w:pPr>
      <w:r>
        <w:t>کوئی patch up کرنے والی بات جو ہے وہ اس سے کوئی کچھ ہونے والا نہیں ہے۔ This is the beginning. From here is the new beginning.</w:t>
      </w:r>
    </w:p>
    <w:p>
      <w:r>
        <w:rPr>
          <w:b/>
        </w:rPr>
        <w:t xml:space="preserve">[1:17:44] </w:t>
      </w:r>
      <w:r>
        <w:t>ke yeh aelan karein ke yeh blunder tha, partition. ab hindu hamare bhai hain, hamein un se mil jul kar rehna hai. hamare sache parosi hain.</w:t>
      </w:r>
    </w:p>
    <w:p>
      <w:pPr>
        <w:jc w:val="right"/>
      </w:pPr>
      <w:r>
        <w:t>کہ یہ اعلان کریں کہ یہ blunder تھا، partition۔ اب ہندو ہمارے بھائی ہیں، ہمیں ان سے مل جل کر رہنا ہے۔ ہمارے سچے پڑوسی ہیں۔</w:t>
      </w:r>
    </w:p>
    <w:p>
      <w:r>
        <w:rPr>
          <w:b/>
        </w:rPr>
        <w:t xml:space="preserve">[1:17:53] </w:t>
      </w:r>
      <w:r>
        <w:t>bas phir sab kuch theek ho jayega. This question is from Dr. Farida Khana. There is no precedence in human history that the people of the book have become refugees in their own country on such a large scale.</w:t>
      </w:r>
    </w:p>
    <w:p>
      <w:pPr>
        <w:jc w:val="right"/>
      </w:pPr>
      <w:r>
        <w:t>بس پھر سب کچھ ٹھیک ہو جائے گا۔ This question is from Dr. Farida Khana. There is no precedence in human history that the people of the book have become refugees in their own country on such a large scale.</w:t>
      </w:r>
    </w:p>
    <w:p>
      <w:r>
        <w:rPr>
          <w:b/>
        </w:rPr>
        <w:t xml:space="preserve">[1:18:11] </w:t>
      </w:r>
      <w:r>
        <w:t>How can we make them realize what blunder they have committed for which they are paying the price? aap sochiye, yeh mein akhbar parhta hoon, aaj kal yahi ho raha hai.</w:t>
      </w:r>
    </w:p>
    <w:p>
      <w:pPr>
        <w:jc w:val="right"/>
      </w:pPr>
      <w:r>
        <w:t>How can we make them realize what blunder they have committed for which they are paying the price? آپ سوچیے، یہ میں اخبار پڑھتا ہوں، آج کل یہی ہو رہا ہے۔</w:t>
      </w:r>
    </w:p>
    <w:p>
      <w:r>
        <w:rPr>
          <w:b/>
        </w:rPr>
        <w:t xml:space="preserve">[1:18:23] </w:t>
      </w:r>
      <w:r>
        <w:t>apne mulk mein yeh log refugee ban gaye hain. lakhon ki tadad mein. aap bhi dekhte honge TV mein, akhbar mein.</w:t>
      </w:r>
    </w:p>
    <w:p>
      <w:pPr>
        <w:jc w:val="right"/>
      </w:pPr>
      <w:r>
        <w:t>اپنے ملک میں یہ لوگ refugee بن گئے ہیں۔ لاکھوں کی تعداد میں۔ آپ بھی دیکھتے ہوں گے ٹی وی میں، اخبار میں۔</w:t>
      </w:r>
    </w:p>
    <w:p>
      <w:r>
        <w:rPr>
          <w:b/>
        </w:rPr>
        <w:t xml:space="preserve">[1:18:31] </w:t>
      </w:r>
      <w:r>
        <w:t>aaj jo larai ho rahi hai afghanon mein aur pakistanion mein, yeh itni anokhi cheez hai woh. apne mulk mein refugee ho rahe hain.</w:t>
      </w:r>
    </w:p>
    <w:p>
      <w:pPr>
        <w:jc w:val="right"/>
      </w:pPr>
      <w:r>
        <w:t>آج جو لڑائی ہو رہی ہے افغانوں میں اور پاکستانیوں میں، یہ اتنی انوکھی چیز ہے وہ۔ اپنے ملک میں refugee ہو رہے ہیں۔</w:t>
      </w:r>
    </w:p>
    <w:p>
      <w:r>
        <w:rPr>
          <w:b/>
        </w:rPr>
        <w:t xml:space="preserve">[1:18:41] </w:t>
      </w:r>
      <w:r>
        <w:t>apne mulk mein rehne ka thikana hi in ko mil raha hai. yeh kyun? unhon ne bohat bhari ghalti kar rakhi hai ke madu ko dushman declare kiya unhon ne</w:t>
      </w:r>
    </w:p>
    <w:p>
      <w:pPr>
        <w:jc w:val="right"/>
      </w:pPr>
      <w:r>
        <w:t>اپنے ملک میں رہنے کا ٹھکانہ ہی ان کو مل رہا ہے۔ یہ کیوں؟ انہوں نے بہت بھاری غلطی کر رکھی ہے کہ مدو کو دشمن declare کیا انہوں نے</w:t>
      </w:r>
    </w:p>
    <w:p>
      <w:r>
        <w:rPr>
          <w:b/>
        </w:rPr>
        <w:t xml:space="preserve">[1:18:49] </w:t>
      </w:r>
      <w:r>
        <w:t>. hindu hamara madu tha, us ko declare kiya dushman. is se bara koi gunah nahi hai Khuda ki shariyat mein, yaad rakhiye, ke madu ko aap dushman declare karein.</w:t>
      </w:r>
    </w:p>
    <w:p>
      <w:pPr>
        <w:jc w:val="right"/>
      </w:pPr>
      <w:r>
        <w:t>۔ ہندو ہمارا مدو تھا، اس کو declare کیا دشمن۔ اس سے بڑا کوئی گناہ نہیں ہے خدا کی شریعت میں، یاد رکھیے، کہ مدو کو آپ دشمن declare کریں۔</w:t>
      </w:r>
    </w:p>
    <w:p>
      <w:r>
        <w:rPr>
          <w:b/>
        </w:rPr>
        <w:t xml:space="preserve">[1:19:02] </w:t>
      </w:r>
      <w:r>
        <w:t>isi ka yeh saza mil rahi hai.</w:t>
      </w:r>
    </w:p>
    <w:p>
      <w:pPr>
        <w:jc w:val="right"/>
      </w:pPr>
      <w:r>
        <w:t>اسی کا یہ سزا مل رہی ہے۔</w:t>
      </w:r>
    </w:p>
    <w:p>
      <w:r>
        <w:rPr>
          <w:b/>
        </w:rPr>
        <w:t xml:space="preserve">[1:19:07] </w:t>
      </w:r>
      <w:r>
        <w:t>aur jis din woh ailaan karein ke hum ghalat kaha tha hum ne, hindu hamare dost hain, hamare parosi hain, isi din sara baat theek ho jaye ga. mere closely sab kuch theek ho jaye ga, yaad rakhiye.</w:t>
      </w:r>
    </w:p>
    <w:p>
      <w:pPr>
        <w:jc w:val="right"/>
      </w:pPr>
      <w:r>
        <w:t>اور جس دن وہ اعلان کریں کہ ہم غلط کہا تھا ہم نے، ہندو ہمارے دوست ہیں، ہمارے پڑوسی ہیں، اسی دن سارا بات ٹھیک ہو جائے گی۔ میرے closely سب کچھ ٹھیک ہو جائے گا، یاد رکھیے۔</w:t>
      </w:r>
    </w:p>
    <w:p>
      <w:r>
        <w:rPr>
          <w:b/>
        </w:rPr>
        <w:t xml:space="preserve">[1:19:18] </w:t>
      </w:r>
      <w:r>
        <w:t>is mein koi shaq nahi hai.</w:t>
      </w:r>
    </w:p>
    <w:p>
      <w:pPr>
        <w:jc w:val="right"/>
      </w:pPr>
      <w:r>
        <w:t>اس میں کوئی شک نہیں۔</w:t>
      </w:r>
    </w:p>
    <w:p>
      <w:r>
        <w:rPr>
          <w:b/>
        </w:rPr>
        <w:t xml:space="preserve">[1:19:21] </w:t>
      </w:r>
      <w:r>
        <w:t>This question is from Mrs. Asmat. Khuda ki qurbat kaise hasil karein?</w:t>
      </w:r>
    </w:p>
    <w:p>
      <w:pPr>
        <w:jc w:val="right"/>
      </w:pPr>
      <w:r>
        <w:t>This question is from Mrs. Asmat. خدا کی قربت کیسے حاصل کریں؟</w:t>
      </w:r>
    </w:p>
    <w:p>
      <w:r>
        <w:rPr>
          <w:b/>
        </w:rPr>
        <w:t xml:space="preserve">[1:19:31] </w:t>
      </w:r>
      <w:r>
        <w:t>insanon se door ho jayein.</w:t>
      </w:r>
    </w:p>
    <w:p>
      <w:pPr>
        <w:jc w:val="right"/>
      </w:pPr>
      <w:r>
        <w:t>انسانوں سے دور ہو جائیں۔</w:t>
      </w:r>
    </w:p>
    <w:p>
      <w:r>
        <w:rPr>
          <w:b/>
        </w:rPr>
        <w:t xml:space="preserve">[1:19:35] </w:t>
      </w:r>
      <w:r>
        <w:t>ghair Khuda se door ho jaiye, ghair qurbat mil jaye gi. yeh koi joke nahi hai. log jeete hain ghair Khuda mein.</w:t>
      </w:r>
    </w:p>
    <w:p>
      <w:pPr>
        <w:jc w:val="right"/>
      </w:pPr>
      <w:r>
        <w:t>غیر خدا سے دور ہو جائیے، غیر قربت مل جائے گی۔ یہ کوئی joke نہیں ہے۔ لوگ جیتے ہیں غیر خدا میں۔</w:t>
      </w:r>
    </w:p>
    <w:p>
      <w:r>
        <w:rPr>
          <w:b/>
        </w:rPr>
        <w:t xml:space="preserve">[1:19:48] </w:t>
      </w:r>
      <w:r>
        <w:t>to Khuda qurbat kaise mile un ko?</w:t>
      </w:r>
    </w:p>
    <w:p>
      <w:pPr>
        <w:jc w:val="right"/>
      </w:pPr>
      <w:r>
        <w:t>تو خدا قربت کیسے ملے ان کو؟</w:t>
      </w:r>
    </w:p>
    <w:p>
      <w:r>
        <w:rPr>
          <w:b/>
        </w:rPr>
        <w:t xml:space="preserve">[1:19:53] </w:t>
      </w:r>
      <w:r>
        <w:t>apne bachon mein jeete hain, apni family mein jeete hain, apni qaum mein jeete hain, apni community mein jeete hain, apne business mein jeete hain. to jis ko dekhein woh ghair Khuda mein jeeta hai.</w:t>
      </w:r>
    </w:p>
    <w:p>
      <w:pPr>
        <w:jc w:val="right"/>
      </w:pPr>
      <w:r>
        <w:t>اپنے بچوں میں جیتے ہیں، اپنی family میں جیتے ہیں، اپنی قوم میں جیتے ہیں، اپنی community میں جیتے ہیں، اپنے business میں جیتے ہیں۔ تو جس کو دیکھیں وہ غیر خدا میں جیتا ہے۔</w:t>
      </w:r>
    </w:p>
    <w:p>
      <w:r>
        <w:rPr>
          <w:b/>
        </w:rPr>
        <w:t xml:space="preserve">[1:20:06] </w:t>
      </w:r>
      <w:r>
        <w:t>to Khuda qurbat kahan se mile gi, bataiye? mein aik Musalman ghar mein gaya aik baar. to woh un ka talaq ho gayi thi.</w:t>
      </w:r>
    </w:p>
    <w:p>
      <w:pPr>
        <w:jc w:val="right"/>
      </w:pPr>
      <w:r>
        <w:t>تو خدا قربت کہاں سے ملے گی، بتائیے؟ میں ایک مسلمان گھر میں گیا ایک بار۔ تو وہ ان کا طلاق ہو گئی تھی۔</w:t>
      </w:r>
    </w:p>
    <w:p>
      <w:r>
        <w:rPr>
          <w:b/>
        </w:rPr>
        <w:t xml:space="preserve">[1:20:17] </w:t>
      </w:r>
      <w:r>
        <w:t>apni biwi se talaq le liya tha. talaq hone wali thi, ho gayi thi behrahal.</w:t>
      </w:r>
    </w:p>
    <w:p>
      <w:pPr>
        <w:jc w:val="right"/>
      </w:pPr>
      <w:r>
        <w:t>اپنی بیوی سے طلاق لے لیا تھا۔ طلاق ہونے والی تھی، ہو گئی تھی بہرحال۔</w:t>
      </w:r>
    </w:p>
    <w:p>
      <w:r>
        <w:rPr>
          <w:b/>
        </w:rPr>
        <w:t xml:space="preserve">[1:20:22] </w:t>
      </w:r>
      <w:r>
        <w:t>to un ke ghar mein us waqt sirf aik kutta tha aur kuch nahi tha. aik beta tha, woh bhi ghar chhod ke chala gaya tha. biwi chali gayi thi ghar chhod kar ke.</w:t>
      </w:r>
    </w:p>
    <w:p>
      <w:pPr>
        <w:jc w:val="right"/>
      </w:pPr>
      <w:r>
        <w:t>تو ان کے گھر میں اس وقت صرف ایک کتا تھا اور کچھ نہیں تھا۔ ایک بیٹا تھا، وہ بھی گھر چھوڑ کے چلا گیا تھا۔ بیوی چلی گئی تھی گھر چھوڑ کر کے۔</w:t>
      </w:r>
    </w:p>
    <w:p>
      <w:r>
        <w:rPr>
          <w:b/>
        </w:rPr>
        <w:t xml:space="preserve">[1:20:31] </w:t>
      </w:r>
      <w:r>
        <w:t>to mein un ko koi Islam ki baat batana chahta tha. to mein ne dekha ke Islam ki baaton se kam dilchaspi un ko hai. is kutta jo tha, us ko le kar us ko kiss kar rahe the woh.</w:t>
      </w:r>
    </w:p>
    <w:p>
      <w:pPr>
        <w:jc w:val="right"/>
      </w:pPr>
      <w:r>
        <w:t>تو میں ان کو کوئی اسلام کی بات بتانا چاہتا تھا۔ تو میں نے دیکھا کہ اسلام کی باتوں سے کم دلچسپی ان کو ہے۔ اس کتا جو تھا، اس کو لے کر اس کو kiss کر رہے تھے وہ۔</w:t>
      </w:r>
    </w:p>
    <w:p>
      <w:r>
        <w:rPr>
          <w:b/>
        </w:rPr>
        <w:t xml:space="preserve">[1:20:41] </w:t>
      </w:r>
      <w:r>
        <w:t>bar bar. yaani sari dilchaspiyan un ki is is dog se theen, dog se. Khuda se koi dilchaspi nahi.</w:t>
      </w:r>
    </w:p>
    <w:p>
      <w:pPr>
        <w:jc w:val="right"/>
      </w:pPr>
      <w:r>
        <w:t>بار بار۔ یعنی ساری دلچسپیاں ان کی اس اس dog سے تھیں، dog سے۔ خدا سے کوئی دلچسپی نہیں۔</w:t>
      </w:r>
    </w:p>
    <w:p>
      <w:r>
        <w:rPr>
          <w:b/>
        </w:rPr>
        <w:t xml:space="preserve">[1:20:51] </w:t>
      </w:r>
      <w:r>
        <w:t>to sare logon ka haal yeh hai ke unhon ne apne aap ko ghair Khuda mein, ghair Khuda se qareeb kar rakha hai.</w:t>
      </w:r>
    </w:p>
    <w:p>
      <w:pPr>
        <w:jc w:val="right"/>
      </w:pPr>
      <w:r>
        <w:t>تو سارے لوگوں کا حال یہ ہے کہ انہوں نے اپنے آپ کو غیر خدا میں، غیر خدا سے قریب کر رکھا ہے۔</w:t>
      </w:r>
    </w:p>
    <w:p>
      <w:r>
        <w:rPr>
          <w:b/>
        </w:rPr>
        <w:t xml:space="preserve">[1:21:01] </w:t>
      </w:r>
      <w:r>
        <w:t>sare hi insanon ka haal yeh hai. ghair Khuda se se apne aap ko qareeb kar rakha hai. to Khuda se door to ho hi jayein ge woh.</w:t>
      </w:r>
    </w:p>
    <w:p>
      <w:pPr>
        <w:jc w:val="right"/>
      </w:pPr>
      <w:r>
        <w:t>سارے ہی انسانوں کا حال یہ ہے۔ غیر خدا سے سے اپنے آپ کو قریب کر رکھا ہے۔ تو خدا سے دور تو ہو ہی جائیں گے وہ۔</w:t>
      </w:r>
    </w:p>
    <w:p>
      <w:r>
        <w:rPr>
          <w:b/>
        </w:rPr>
        <w:t xml:space="preserve">[1:21:12] </w:t>
      </w:r>
      <w:r>
        <w:t>to mein is mein kuch bhi, mujhe shaq nahi hai ke jis din aadmi apne ko ghair Khuda se kaate ga, woh Khuda se jud jaye ga.</w:t>
      </w:r>
    </w:p>
    <w:p>
      <w:pPr>
        <w:jc w:val="right"/>
      </w:pPr>
      <w:r>
        <w:t>تو میں اس میں کچھ بھی، مجھے شک نہیں ہے کہ جس دن آدمی اپنے کو غیر خدا سے کاٹے گا، وہ خدا سے جڑ جائے گا۔</w:t>
      </w:r>
    </w:p>
    <w:p>
      <w:r>
        <w:rPr>
          <w:b/>
        </w:rPr>
        <w:t xml:space="preserve">[1:21:22] </w:t>
      </w:r>
      <w:r>
        <w:t>aur agar nahi kaate ga to is mein judne wale bhi nahi hain. This question is from Miss Nagma. Can you elaborate how we can keep our دعویٰ intention pure?</w:t>
      </w:r>
    </w:p>
    <w:p>
      <w:pPr>
        <w:jc w:val="right"/>
      </w:pPr>
      <w:r>
        <w:t>اور اگر نہیں کاٹے گا تو اس میں جڑنے والے بھی نہیں ہیں۔ This question is from Miss Nagma. Can you elaborate how we can keep our دعویٰ intention pure?</w:t>
      </w:r>
    </w:p>
    <w:p>
      <w:r>
        <w:rPr>
          <w:b/>
        </w:rPr>
        <w:t xml:space="preserve">[1:21:39] </w:t>
      </w:r>
      <w:r>
        <w:t>bhai dua kijiye, Quran ko padhiye.</w:t>
      </w:r>
    </w:p>
    <w:p>
      <w:pPr>
        <w:jc w:val="right"/>
      </w:pPr>
      <w:r>
        <w:t>بھئی دعا کیجیے، قرآن کو پڑھیے۔</w:t>
      </w:r>
    </w:p>
    <w:p>
      <w:r>
        <w:rPr>
          <w:b/>
        </w:rPr>
        <w:t xml:space="preserve">[1:21:44] </w:t>
      </w:r>
      <w:r>
        <w:t>yeh to bohat asan hai.</w:t>
      </w:r>
    </w:p>
    <w:p>
      <w:pPr>
        <w:jc w:val="right"/>
      </w:pPr>
      <w:r>
        <w:t>یہ تو بہت آسان ہے۔</w:t>
      </w:r>
    </w:p>
    <w:p>
      <w:r>
        <w:rPr>
          <w:b/>
        </w:rPr>
        <w:t xml:space="preserve">[1:21:50] </w:t>
      </w:r>
      <w:r>
        <w:t>duaen kijiye, Quran ko padhiye, hadithon ko padhiye. Rasool Allah ke jo ashaab the, un ke halaat ko padhiye. isi se woh spirit aa jaye gi.</w:t>
      </w:r>
    </w:p>
    <w:p>
      <w:pPr>
        <w:jc w:val="right"/>
      </w:pPr>
      <w:r>
        <w:t>دعائیں کیجیے، قرآن کو پڑھیے، حدیثوں کو پڑھیے۔ رسول اللہ کے جو اصحاب تھے، ان کے حالات کو پڑھیے۔ اسی سے وہ spirit آ جائے گی۔</w:t>
      </w:r>
    </w:p>
    <w:p>
      <w:r>
        <w:rPr>
          <w:b/>
        </w:rPr>
        <w:t xml:space="preserve">[1:22:03] </w:t>
      </w:r>
      <w:r>
        <w:t>aur sochte rahiye, apna introspection karte rahiye. bohat simple hai yeh course. koi mushkil course nahi hai.</w:t>
      </w:r>
    </w:p>
    <w:p>
      <w:pPr>
        <w:jc w:val="right"/>
      </w:pPr>
      <w:r>
        <w:t>اور سوچتے رہیے، اپنا introspection کرتے رہیے۔ بہت simple ہے یہ کورس۔ کوئی مشکل کورس نہیں ہے۔</w:t>
      </w:r>
    </w:p>
    <w:p>
      <w:r>
        <w:rPr>
          <w:b/>
        </w:rPr>
        <w:t xml:space="preserve">[1:22:14] </w:t>
      </w:r>
      <w:r>
        <w:t>Introspection bohat zaroori hai.</w:t>
      </w:r>
    </w:p>
    <w:p>
      <w:pPr>
        <w:jc w:val="right"/>
      </w:pPr>
      <w:r>
        <w:t>Introspection بہت ضروری ہے۔</w:t>
      </w:r>
    </w:p>
    <w:p>
      <w:r>
        <w:rPr>
          <w:b/>
        </w:rPr>
        <w:t xml:space="preserve">[1:22:23] </w:t>
      </w:r>
      <w:r>
        <w:t>zalim aur haq talfi karne wale hakim ke liye quran mein kya aadesh hai?</w:t>
      </w:r>
    </w:p>
    <w:p>
      <w:pPr>
        <w:jc w:val="right"/>
      </w:pPr>
      <w:r>
        <w:t>This question is from Qazi Muhammad Mia. ظالم اور حق تلفی کرنے والے حاکم کے لیے قرآن میں کیا آদেশ ہے؟</w:t>
      </w:r>
    </w:p>
    <w:p>
      <w:r>
        <w:rPr>
          <w:b/>
        </w:rPr>
        <w:t xml:space="preserve">[1:22:34] </w:t>
      </w:r>
      <w:r>
        <w:t>hakim muslim ho ya ghair muslim? sirf peaceful naseehat bas. aap larr nahi sakte.</w:t>
      </w:r>
    </w:p>
    <w:p>
      <w:pPr>
        <w:jc w:val="right"/>
      </w:pPr>
      <w:r>
        <w:t>حاکم مسلم ہو یا غیر مسلم؟ صرف peaceful نصیحت بس۔ آپ لڑ نہیں سکتے۔</w:t>
      </w:r>
    </w:p>
    <w:p>
      <w:r>
        <w:rPr>
          <w:b/>
        </w:rPr>
        <w:t xml:space="preserve">[1:22:43] </w:t>
      </w:r>
      <w:r>
        <w:t>bilkul haram yaad rakhiye islam mein. zalim declare karke uska larrhai chhedna jaiz hi nahi hai islam mein. aap usko naseehat kijiye, aap uske liye dua kijiye, aap usko islami literature pahunchaiye.</w:t>
      </w:r>
    </w:p>
    <w:p>
      <w:pPr>
        <w:jc w:val="right"/>
      </w:pPr>
      <w:r>
        <w:t>بالکل حرام یاد رکھیے اسلام میں۔ ظالم declare کر کے اس کا لڑائی چھیڑنا جائز ہی نہیں ہے اسلام میں۔ آپ اس کو نصیحت کیجیے، آپ اس کے لیے دعا کیجیے، آپ اس کو اسلامی literature پہنچائیے۔</w:t>
      </w:r>
    </w:p>
    <w:p>
      <w:r>
        <w:rPr>
          <w:b/>
        </w:rPr>
        <w:t xml:space="preserve">[1:22:59] </w:t>
      </w:r>
      <w:r>
        <w:t>sau baras beet jayein tab bhi aapko yahi karte rehna hai. larrhai nahi chhedna hai.</w:t>
      </w:r>
    </w:p>
    <w:p>
      <w:pPr>
        <w:jc w:val="right"/>
      </w:pPr>
      <w:r>
        <w:t>سو برس بیت جائیں تب بھی آپ کو یہی کرتے رہنا ہے۔ لڑائی نہیں چھیڑنا ہے۔</w:t>
      </w:r>
    </w:p>
    <w:p>
      <w:r>
        <w:rPr>
          <w:b/>
        </w:rPr>
        <w:t xml:space="preserve">[1:23:05] </w:t>
      </w:r>
      <w:r>
        <w:t>bilkul is mein koi bhi, bhai mujhe shakk nahi hai is mein ke jo ruler ke khilaf larrhai chhedta hai, uska islam se koi talluq nahi hai.</w:t>
      </w:r>
    </w:p>
    <w:p>
      <w:pPr>
        <w:jc w:val="right"/>
      </w:pPr>
      <w:r>
        <w:t>بالکل اس میں کوئی بھی، بھئی مجھے شک نہیں ہے اس میں کہ جو ruler کے خلاف لڑائی چھیڑتا ہے، اس کا اسلام سے کوئی تعلق نہیں ہے۔</w:t>
      </w:r>
    </w:p>
    <w:p>
      <w:r>
        <w:rPr>
          <w:b/>
        </w:rPr>
        <w:t xml:space="preserve">[1:23:15] </w:t>
      </w:r>
      <w:r>
        <w:t>mujhe raste saare khule hue hain aap ke liye. dua kar sakte hain aap. peaceful tareeqe se samjha sakte hain aap. kitabein de sakte hain aap. quran de sakte hain unko aap.</w:t>
      </w:r>
    </w:p>
    <w:p>
      <w:pPr>
        <w:jc w:val="right"/>
      </w:pPr>
      <w:r>
        <w:t>مجھے راستے سارے کھلے ہوئے ہیں آپ کے لیے۔ دعا کر سکتے ہیں آپ۔ peaceful طریقے سے سمجھا سکتے ہیں آپ۔ کتابیں دے سکتے ہیں آپ۔ قرآن دے سکتے ہیں ان کو آپ۔</w:t>
      </w:r>
    </w:p>
    <w:p>
      <w:r>
        <w:rPr>
          <w:b/>
        </w:rPr>
        <w:t xml:space="preserve">[1:23:27] </w:t>
      </w:r>
      <w:r>
        <w:t>yeh bhi galat hai ke aap demonstration karte hain. sadkon par juloos niklte hain. taqreerein hoti hain. bhadkane wali taqreerein hoti hain.</w:t>
      </w:r>
    </w:p>
    <w:p>
      <w:pPr>
        <w:jc w:val="right"/>
      </w:pPr>
      <w:r>
        <w:t>یہ بھی غلط ہے کہ آپ demonstration کرتے ہیں۔ سڑکوں پر جلوس نکلتے ہیں۔ تقریریں ہوتی ہیں۔ بھڑکانے والی تقریریں ہوتی ہیں۔</w:t>
      </w:r>
    </w:p>
    <w:p>
      <w:r>
        <w:rPr>
          <w:b/>
        </w:rPr>
        <w:t xml:space="preserve">[1:23:35] </w:t>
      </w:r>
      <w:r>
        <w:t>yaani agar aag na istemal karein, hathiyar na istemal karein, tab bhi aisi taqreerein bhi haram hain islam mein, yaad rakhiye. bhadkane wali taqreerein.</w:t>
      </w:r>
    </w:p>
    <w:p>
      <w:pPr>
        <w:jc w:val="right"/>
      </w:pPr>
      <w:r>
        <w:t>یعنی اگر آگ نہ استعمال کریں، ہتھیار نہ استعمال کریں، تب بھی ایسی تقریریں بھی حرام ہیں اسلام میں، یاد رکھیے۔ بھڑکانے والی تقریریں۔</w:t>
      </w:r>
    </w:p>
    <w:p>
      <w:r>
        <w:rPr>
          <w:b/>
        </w:rPr>
        <w:t xml:space="preserve">[1:23:45] </w:t>
      </w:r>
      <w:r>
        <w:t>ek hai hathiyar istemal karna, suicide bomb bhi karna. woh toh haram hi hai. yeh bhi islam mein jaiz nahi hai ke aap bhadkane wali taqreerein karein.</w:t>
      </w:r>
    </w:p>
    <w:p>
      <w:pPr>
        <w:jc w:val="right"/>
      </w:pPr>
      <w:r>
        <w:t>ایک ہے ہتھیار استعمال کرنا، suicide bomb بھی کرنا۔ وہ تو حرام ہی ہے۔ یہ بھی اسلام میں جائز نہیں ہے کہ آپ بھڑکانے والی تقریریں کریں۔</w:t>
      </w:r>
    </w:p>
    <w:p>
      <w:r>
        <w:rPr>
          <w:b/>
        </w:rPr>
        <w:t xml:space="preserve">[1:23:54] </w:t>
      </w:r>
      <w:r>
        <w:t>ishteal dilane wali taqreerein karein.</w:t>
      </w:r>
    </w:p>
    <w:p>
      <w:pPr>
        <w:jc w:val="right"/>
      </w:pPr>
      <w:r>
        <w:t>اشتعال دلانے والی تقریریں کریں۔</w:t>
      </w:r>
    </w:p>
    <w:p>
      <w:r>
        <w:rPr>
          <w:b/>
        </w:rPr>
        <w:t xml:space="preserve">[1:23:58] </w:t>
      </w:r>
      <w:r>
        <w:t>sadkon par aur jalson mein, large street par chalein. yeh sab bhi jaiz nahi hai islam mein. is mein zara bhi shakk nahi hai.</w:t>
      </w:r>
    </w:p>
    <w:p>
      <w:pPr>
        <w:jc w:val="right"/>
      </w:pPr>
      <w:r>
        <w:t>سڑکوں پر اور جلسوں میں، large street پر چلائیں۔ یہ سب بھی جائز نہیں ہے اسلام میں۔ اس میں ذرا بھی شک نہیں ہے۔</w:t>
      </w:r>
    </w:p>
    <w:p>
      <w:r>
        <w:rPr>
          <w:b/>
        </w:rPr>
        <w:t xml:space="preserve">[1:24:09] </w:t>
      </w:r>
      <w:r>
        <w:t>kisi ko agar reference chahiye toh main reference de sakta hoon. mere paas office mein aa jayein mere paas.</w:t>
      </w:r>
    </w:p>
    <w:p>
      <w:pPr>
        <w:jc w:val="right"/>
      </w:pPr>
      <w:r>
        <w:t>کسی کو اگر reference چاہیے تو میں reference دے سکتا ہوں۔ میرے پاس آفس میں آ جائیں میرے پاس۔</w:t>
      </w:r>
    </w:p>
    <w:p>
      <w:r>
        <w:rPr>
          <w:b/>
        </w:rPr>
        <w:t xml:space="preserve">[1:24:15] </w:t>
      </w:r>
      <w:r>
        <w:t>This is an experience which I would like to narrate to everyone present here. And this is what Dr. Farida experienced. Dr.</w:t>
      </w:r>
    </w:p>
    <w:p>
      <w:pPr>
        <w:jc w:val="right"/>
      </w:pPr>
      <w:r>
        <w:t>This is an experience which I would like to narrate to everyone present here. And this is what Dr. Farida experienced. Dr.</w:t>
      </w:r>
    </w:p>
    <w:p>
      <w:r>
        <w:rPr>
          <w:b/>
        </w:rPr>
        <w:t xml:space="preserve">[1:24:25] </w:t>
      </w:r>
      <w:r>
        <w:t>Farida and Sufiya experienced yesterday at Lodhi Garden. She has written, "I would like to share this experience with the members of the CPS of two days of interaction in the Lodhi Gardens.</w:t>
      </w:r>
    </w:p>
    <w:p>
      <w:pPr>
        <w:jc w:val="right"/>
      </w:pPr>
      <w:r>
        <w:t>Farida and Sufiya experienced yesterday at Lodhi Garden. She has written, "I would like to share this experience with the members of the CPS of two days of interaction in the Lodhi Gardens.</w:t>
      </w:r>
    </w:p>
    <w:p>
      <w:r>
        <w:rPr>
          <w:b/>
        </w:rPr>
        <w:t xml:space="preserve">[1:24:37] </w:t>
      </w:r>
      <w:r>
        <w:t>It</w:t>
      </w:r>
    </w:p>
    <w:p>
      <w:pPr>
        <w:jc w:val="right"/>
      </w:pPr>
      <w:r>
        <w:t>It</w:t>
      </w:r>
    </w:p>
    <w:p>
      <w:r>
        <w:rPr>
          <w:b/>
        </w:rPr>
        <w:t xml:space="preserve">[1:24:38] </w:t>
      </w:r>
      <w:r>
        <w:t>was very successful and that the CPS was invited to explain the mission to hundred people who gathered there on Sundays.</w:t>
      </w:r>
    </w:p>
    <w:p>
      <w:pPr>
        <w:jc w:val="right"/>
      </w:pPr>
      <w:r>
        <w:t>was very successful and that the CPS was invited to explain the mission to hundred people who gathered there on Sundays.</w:t>
      </w:r>
    </w:p>
    <w:p>
      <w:r>
        <w:rPr>
          <w:b/>
        </w:rPr>
        <w:t xml:space="preserve">[1:24:48] </w:t>
      </w:r>
      <w:r>
        <w:t>I was moved to tears when their leader, Mr. IS Gandhi, took the pamphlets from my hand and distributed them to all the members himself.</w:t>
      </w:r>
    </w:p>
    <w:p>
      <w:pPr>
        <w:jc w:val="right"/>
      </w:pPr>
      <w:r>
        <w:t>I was moved to tears when their leader, Mr. IS Gandhi, took the pamphlets from my hand and distributed them to all the members himself.</w:t>
      </w:r>
    </w:p>
    <w:p>
      <w:r>
        <w:rPr>
          <w:b/>
        </w:rPr>
        <w:t xml:space="preserve">[1:25:00] </w:t>
      </w:r>
      <w:r>
        <w:t>He also said to Sufiya not to be afraid of anyone as she was engaged in such a noble cause."</w:t>
      </w:r>
    </w:p>
    <w:p>
      <w:pPr>
        <w:jc w:val="right"/>
      </w:pPr>
      <w:r>
        <w:t>He also said to Sufiya not to be afraid of anyone as she was engaged in such a noble cause."</w:t>
      </w:r>
    </w:p>
    <w:p>
      <w:r>
        <w:rPr>
          <w:b/>
        </w:rPr>
        <w:t xml:space="preserve">[1:25:08] </w:t>
      </w:r>
      <w:r>
        <w:t>Maulana sahib, should Palestinians accept any offer they get from Israel in these circumstances؟</w:t>
      </w:r>
    </w:p>
    <w:p>
      <w:pPr>
        <w:jc w:val="right"/>
      </w:pPr>
      <w:r>
        <w:t>This question has come from Mr. Khaja Kalimuddin from Pennsylvania. مولانا صاحب، should Palestinians accept any offer they get from Israel in these circumstances؟</w:t>
      </w:r>
    </w:p>
    <w:p>
      <w:r>
        <w:rPr>
          <w:b/>
        </w:rPr>
        <w:t xml:space="preserve">[1:25:22] </w:t>
      </w:r>
      <w:r>
        <w:t>Or should they have any minimum demand؟ dekhiye, abhi tak Palestinian ko, arab leaderon ko pata nahi ke starting point kya hai.</w:t>
      </w:r>
    </w:p>
    <w:p>
      <w:pPr>
        <w:jc w:val="right"/>
      </w:pPr>
      <w:r>
        <w:t>Or should they have any minimum demand؟ دیکھیے، ابھی تک Palestinian کو، عرب لیڈروں کو پتہ نہیں کہ starting point کیا ہے۔</w:t>
      </w:r>
    </w:p>
    <w:p>
      <w:r>
        <w:rPr>
          <w:b/>
        </w:rPr>
        <w:t xml:space="preserve">[1:25:34] </w:t>
      </w:r>
      <w:r>
        <w:t>mujhse ek arab se baat hui toh usne kaha ke "Being in Dubdah, from where to begin?" yahi logon ko pata nahi hai.</w:t>
      </w:r>
    </w:p>
    <w:p>
      <w:pPr>
        <w:jc w:val="right"/>
      </w:pPr>
      <w:r>
        <w:t>مجھ سے ایک عرب سے بات ہوئی تو اس نے کہا کہ "Being in Dubdah, from where to begin?" یہی لوگوں کو پتہ نہیں ہے۔</w:t>
      </w:r>
    </w:p>
    <w:p>
      <w:r>
        <w:rPr>
          <w:b/>
        </w:rPr>
        <w:t xml:space="preserve">[1:25:44] </w:t>
      </w:r>
      <w:r>
        <w:t>starting point hai Palestinians apne aap ko disarm karein. yaad rakhiye jo ab ho raha hai, koi government nahi kar rahi hai.</w:t>
      </w:r>
    </w:p>
    <w:p>
      <w:pPr>
        <w:jc w:val="right"/>
      </w:pPr>
      <w:r>
        <w:t>Starting point ہے Palestinians اپنے آپ کو disarm کریں۔ یاد رکھیے جو اب ہو رہا ہے، کوئی government نہیں کر رہی ہے۔</w:t>
      </w:r>
    </w:p>
    <w:p>
      <w:r>
        <w:rPr>
          <w:b/>
        </w:rPr>
        <w:t xml:space="preserve">[1:25:54] </w:t>
      </w:r>
      <w:r>
        <w:t>yeh non-governmental agencies kar rahi hain.</w:t>
      </w:r>
    </w:p>
    <w:p>
      <w:pPr>
        <w:jc w:val="right"/>
      </w:pPr>
      <w:r>
        <w:t>یہ non-governmental agencies کر رہی ہیں۔</w:t>
      </w:r>
    </w:p>
    <w:p>
      <w:r>
        <w:rPr>
          <w:b/>
        </w:rPr>
        <w:t xml:space="preserve">[1:26:01] </w:t>
      </w:r>
      <w:r>
        <w:t>jitni bhi organizations hain, woh sab non-governmental organizations hain woh. jo jo Israel par bomb marte hain. toh main samajhta hoon ke "Here is the beginning." meri baat wahin par bade bade leaderon se hui, Israel mein gaya tha.</w:t>
      </w:r>
    </w:p>
    <w:p>
      <w:pPr>
        <w:jc w:val="right"/>
      </w:pPr>
      <w:r>
        <w:t>جتنی بھی organizations ہیں، وہ سب non-governmental organizations ہیں وہ۔ جو جو اسرائیل پر بم مارتے ہیں۔ تو میں سمجھتا ہوں کہ "Here is the beginning." میری بات وہیں پر بڑے بڑے لیڈروں سے ہوئی، اسرائیل میں گیا تھا۔</w:t>
      </w:r>
    </w:p>
    <w:p>
      <w:r>
        <w:rPr>
          <w:b/>
        </w:rPr>
        <w:t xml:space="preserve">[1:26:18] </w:t>
      </w:r>
      <w:r>
        <w:t>toh main ne un se jo guess kiya, un se joos kiya toh sara masla jo hai fear par base karta</w:t>
      </w:r>
    </w:p>
    <w:p>
      <w:pPr>
        <w:jc w:val="right"/>
      </w:pPr>
      <w:r>
        <w:t>تو میں نے ان سے جو guess کیا، ان سے جوئس کیا تو سارا مسئلہ جو ہے fear پر base کرتا</w:t>
      </w:r>
    </w:p>
    <w:p>
      <w:r>
        <w:rPr>
          <w:b/>
        </w:rPr>
        <w:t xml:space="preserve">[1:26:25] </w:t>
      </w:r>
      <w:r>
        <w:t>hai. woh samajhte hain ke kahin bhi bomb maar den ge woh. bas par mar den ge, school par mar den ge, club mein mar den ge, hotel mein mar den ge. to to jo israeli leader hain, is fear mein jeete hain woh.</w:t>
      </w:r>
    </w:p>
    <w:p>
      <w:pPr>
        <w:jc w:val="right"/>
      </w:pPr>
      <w:r>
        <w:t>ہے۔ وہ سمجھتے ہیں کہ کہیں بھی بم مار دیں گے وہ۔ بس پر مار دیں گے، اسکول پر مار دیں گے، کلب میں مار دیں گے، ہوٹل میں مار دیں گے۔ تو تو جو اسرائیلی لیڈر ہیں، اس fear میں جیتے ہیں وہ۔</w:t>
      </w:r>
    </w:p>
    <w:p>
      <w:r>
        <w:rPr>
          <w:b/>
        </w:rPr>
        <w:t xml:space="preserve">[1:26:37] </w:t>
      </w:r>
      <w:r>
        <w:t>is fear se un ko bahar lana pare ga aap ko. nahin to kuch bhi nahin ho sakta hai. aap jante hain kai david camp mein baatein huin aur kitne saare yani woh oslo mein baatein huin, kahan kahan</w:t>
      </w:r>
    </w:p>
    <w:p>
      <w:pPr>
        <w:jc w:val="right"/>
      </w:pPr>
      <w:r>
        <w:t>اس fear سے ان کو باہر لانا پڑے گا آپ کو۔ نہیں تو کچھ بھی نہیں ہو سکتا ہے۔ آپ جانتے ہیں کئی ڈیوڈ کیمپ میں باتیں ہوئیں اور کتنے سارے یعنی وہ اوسلو میں باتیں ہوئیں، کہاں کہاں</w:t>
      </w:r>
    </w:p>
    <w:p>
      <w:r>
        <w:rPr>
          <w:b/>
        </w:rPr>
        <w:t xml:space="preserve">[1:26:52] </w:t>
      </w:r>
      <w:r>
        <w:t>huin. lekin asal cheez yeh hai ke har waqt in ko yeh dar laga hua hai ke kahin bhi bomb maar den ge yeh. kahin bhi suicide bombing kar den ge yeh. aisi halat mein kuch bhi nahin hone wala hai.</w:t>
      </w:r>
    </w:p>
    <w:p>
      <w:pPr>
        <w:jc w:val="right"/>
      </w:pPr>
      <w:r>
        <w:t>ہوئیں۔ لیکن اصل چیز یہ ہے کہ ہر وقت ان کو یہ ڈر لگا ہوا ہے کہ کہیں بھی بم مار دیں گے یہ۔ کہیں بھی suicide bombing کر دیں گے یہ۔ ایسی حالت میں کچھ بھی نہیں ہونے والا ہے۔</w:t>
      </w:r>
    </w:p>
    <w:p>
      <w:r>
        <w:rPr>
          <w:b/>
        </w:rPr>
        <w:t xml:space="preserve">[1:27:05] </w:t>
      </w:r>
      <w:r>
        <w:t>to "Here is the beginning." Palestinians jo hain, arab log apne aap ko disarm karen. Non-governmental jo NGOs hain, yani hukumat ke khilaf bahar jo organization bana rakhi hai logon ne,</w:t>
      </w:r>
    </w:p>
    <w:p>
      <w:pPr>
        <w:jc w:val="right"/>
      </w:pPr>
      <w:r>
        <w:t>تو "Here is the beginning." Palestinians جو ہیں، عرب لوگ اپنے آپ کو disarm کریں۔ Non-governmental جو NGOs ہیں، یعنی حکومت کے خلاف باہر جو organization بنا رکھی ہے لوگوں نے،</w:t>
      </w:r>
    </w:p>
    <w:p>
      <w:r>
        <w:rPr>
          <w:b/>
        </w:rPr>
        <w:t xml:space="preserve">[1:27:18] </w:t>
      </w:r>
      <w:r>
        <w:t>is ko disarm karen.</w:t>
      </w:r>
    </w:p>
    <w:p>
      <w:pPr>
        <w:jc w:val="right"/>
      </w:pPr>
      <w:r>
        <w:t>اس کو disarm کریں۔</w:t>
      </w:r>
    </w:p>
    <w:p>
      <w:r>
        <w:rPr>
          <w:b/>
        </w:rPr>
        <w:t xml:space="preserve">[1:27:21] </w:t>
      </w:r>
      <w:r>
        <w:t>Strictly unhen kahin ke tum sirf peaceful activity chala sakte ho bas. hathiyar nahin. aap dekhen ge ke achaanak hi halat badal jae gi.</w:t>
      </w:r>
    </w:p>
    <w:p>
      <w:pPr>
        <w:jc w:val="right"/>
      </w:pPr>
      <w:r>
        <w:t>Strictly انہیں کہیں کہ تم صرف peaceful activity چلا سکتے ہو بس۔ ہتھیار نہیں۔ آپ دیکھیں گے کہ اچانک ہی حالت بدل جائے گی۔</w:t>
      </w:r>
    </w:p>
    <w:p>
      <w:r>
        <w:rPr>
          <w:b/>
        </w:rPr>
        <w:t xml:space="preserve">[1:27:31] </w:t>
      </w:r>
      <w:r>
        <w:t>mein khud ghaliban do baar mein wahan gaya hoon aur wahan ke leaderon se baat ki hai mein ne. ek hi jagah hai jahan ke ruka hua hai muamla.</w:t>
      </w:r>
    </w:p>
    <w:p>
      <w:pPr>
        <w:jc w:val="right"/>
      </w:pPr>
      <w:r>
        <w:t>میں خود غالباً دو بار میں وہاں گیا ہوں اور وہاں کے لیڈروں سے بات کی ہے میں نے۔ ایک ہی جگہ ہے جہاں کہ رکا ہوا ہے معاملہ۔</w:t>
      </w:r>
    </w:p>
    <w:p>
      <w:r>
        <w:rPr>
          <w:b/>
        </w:rPr>
        <w:t xml:space="preserve">[1:27:42] </w:t>
      </w:r>
      <w:r>
        <w:t>ke woh saare yahoodi fear mein jeete hain. saare yahoodi fear mein jeete hain. ke kahin bhi bomb maar den ge yeh.</w:t>
      </w:r>
    </w:p>
    <w:p>
      <w:pPr>
        <w:jc w:val="right"/>
      </w:pPr>
      <w:r>
        <w:t>کہ وہ سارے یہودی fear میں جیتے ہیں۔ سارے یہودی fear میں جیتے ہیں۔ کہ کہیں بھی بم مار دیں گے یہ۔</w:t>
      </w:r>
    </w:p>
    <w:p>
      <w:r>
        <w:rPr>
          <w:b/>
        </w:rPr>
        <w:t xml:space="preserve">[1:27:51] </w:t>
      </w:r>
      <w:r>
        <w:t>unhen to suicide bombing karne mein bhi koi woh nahin hai. kyunke jannat mein ja samajhte hain ke jannat mein jaen ge hum. "Suicide bombing kar ke jannat mein chale jaen ge.</w:t>
      </w:r>
    </w:p>
    <w:p>
      <w:pPr>
        <w:jc w:val="right"/>
      </w:pPr>
      <w:r>
        <w:t>انہیں تو suicide bombing کرنے میں بھی کوئی وہ نہیں ہے۔ کیونکہ جنت میں جا سمجھتے ہیں کہ جنت میں جائیں گے ہم۔ "Suicide bombing کر کے جنت میں چلے جائیں گے۔</w:t>
      </w:r>
    </w:p>
    <w:p>
      <w:r>
        <w:rPr>
          <w:b/>
        </w:rPr>
        <w:t xml:space="preserve">[1:28:00] </w:t>
      </w:r>
      <w:r>
        <w:t>to kahin bhi bomb maar sakte hain yeh. to har waqt woh fear mein jeeta hai israeli, yahoodi.</w:t>
      </w:r>
    </w:p>
    <w:p>
      <w:pPr>
        <w:jc w:val="right"/>
      </w:pPr>
      <w:r>
        <w:t>تو کہیں بھی بم مار سکتے ہیں یہ۔ تو ہر وقت وہ fear میں جیتا ہے اسرائیلی، یہودی۔</w:t>
      </w:r>
    </w:p>
    <w:p>
      <w:r>
        <w:rPr>
          <w:b/>
        </w:rPr>
        <w:t xml:space="preserve">[1:28:11] </w:t>
      </w:r>
      <w:r>
        <w:t>to aap agar chahte hain ke israel se koi normal taluq qaim ho, koi acha un se agreement ho jae aur sahi tareeqe se kuch kaam aage barhe to is ki pehli condition yeh hai, pehli condition ke aap arbon ke jo yeh organizations hain, un ko disarm ki jiye.</w:t>
      </w:r>
    </w:p>
    <w:p>
      <w:pPr>
        <w:jc w:val="right"/>
      </w:pPr>
      <w:r>
        <w:t>تو آپ اگر چاہتے ہیں کہ اسرائیل سے کوئی normal تعلق قائم ہو، کوئی اچھا ان سے agreement ہو جائے اور صحیح طریقے سے کچھ کام آگے بڑھے تو اس کی پہلی condition یہ ہے، پہلی condition کہ آپ عربوں کے جو یہ organizations ہیں، ان کو disarm کیجیے۔</w:t>
      </w:r>
    </w:p>
    <w:p>
      <w:r>
        <w:rPr>
          <w:b/>
        </w:rPr>
        <w:t xml:space="preserve">[1:28:31] </w:t>
      </w:r>
      <w:r>
        <w:t>is ke baad sab kuch theek ho jae ga. mein apni zaati jo baat cheet logon se ki hai, zaati jo tajurba kiya hai mein ne, is ki buniyad par yeh keh raha hoon.</w:t>
      </w:r>
    </w:p>
    <w:p>
      <w:pPr>
        <w:jc w:val="right"/>
      </w:pPr>
      <w:r>
        <w:t>اس کے بعد سب کچھ ٹھیک ہو جائے گا۔ میں اپنی ذاتی جو بات چیت لوگوں سے کی ہے، ذاتی جو تجربہ کیا ہے میں نے، اس کی بنیاد پر یہ کہہ رہا ہوں۔</w:t>
      </w:r>
    </w:p>
    <w:p>
      <w:r>
        <w:rPr>
          <w:b/>
        </w:rPr>
        <w:t xml:space="preserve">[1:28:44] </w:t>
      </w:r>
      <w:r>
        <w:t>maulana, this is again a comment by Mr. OP Sikka. He has written, maulana sahib, this is not a question but just my feelings about Dawa work.</w:t>
      </w:r>
    </w:p>
    <w:p>
      <w:pPr>
        <w:jc w:val="right"/>
      </w:pPr>
      <w:r>
        <w:t>مولانا، this is again a comment by Mr. OP Sikka. He has written, مولانا صاحب، this is not a question but just my feelings about Dawa work.</w:t>
      </w:r>
    </w:p>
    <w:p>
      <w:r>
        <w:rPr>
          <w:b/>
        </w:rPr>
        <w:t xml:space="preserve">[1:28:55] </w:t>
      </w:r>
      <w:r>
        <w:t>That Dawa work gives two blessings. Number one, it gives blessings for those people who do Dawa work, and secondly, to those people who receive it.</w:t>
      </w:r>
    </w:p>
    <w:p>
      <w:pPr>
        <w:jc w:val="right"/>
      </w:pPr>
      <w:r>
        <w:t>That Dawa work gives two blessings. Number one, it gives blessings for those people who do Dawa work, and secondly, to those people who receive it.</w:t>
      </w:r>
    </w:p>
    <w:p>
      <w:r>
        <w:rPr>
          <w:b/>
        </w:rPr>
        <w:t xml:space="preserve">[1:29:09] </w:t>
      </w:r>
      <w:r>
        <w:t>masha Allah, bohat bohat acha hai.</w:t>
      </w:r>
    </w:p>
    <w:p>
      <w:pPr>
        <w:jc w:val="right"/>
      </w:pPr>
      <w:r>
        <w:t>ماشاءاللہ، بہت بہت اچھا ہے۔</w:t>
      </w:r>
    </w:p>
    <w:p>
      <w:r>
        <w:rPr>
          <w:b/>
        </w:rPr>
        <w:t xml:space="preserve">[1:29:12] </w:t>
      </w:r>
      <w:r>
        <w:t>sikka sahib hamare buzurg hain, mera khayal hai mujh se bhi senior hain woh. to hum un ka shukriya ada karte hain.</w:t>
      </w:r>
    </w:p>
    <w:p>
      <w:pPr>
        <w:jc w:val="right"/>
      </w:pPr>
      <w:r>
        <w:t>سکہ صاحب ہمارے بزرگ ہیں، میرا خیال ہے مجھ سے بھی senior ہیں وہ۔ تو ہم ان کا شکریہ ادا کرتے ہیں۔</w:t>
      </w:r>
    </w:p>
    <w:p>
      <w:r>
        <w:rPr>
          <w:b/>
        </w:rPr>
        <w:t xml:space="preserve">[1:29:23] </w:t>
      </w:r>
      <w:r>
        <w:t>This question is from Mr. Khaled Ansari.</w:t>
      </w:r>
    </w:p>
    <w:p>
      <w:pPr>
        <w:jc w:val="right"/>
      </w:pPr>
      <w:r>
        <w:t>This question is from Mr. Khaled Ansari.</w:t>
      </w:r>
    </w:p>
    <w:p>
      <w:r>
        <w:rPr>
          <w:b/>
        </w:rPr>
        <w:t xml:space="preserve">[1:29:27] </w:t>
      </w:r>
      <w:r>
        <w:t>maulana, interaction se ek cheez samne aai hai ke almost har musalman yeh sochta hai ke kisi ke khilaf agar zulm ho raha ho to use taqat se roko.</w:t>
      </w:r>
    </w:p>
    <w:p>
      <w:pPr>
        <w:jc w:val="right"/>
      </w:pPr>
      <w:r>
        <w:t>مولانا، interaction سے ایک چیز سامنے آئی ہے کہ almost ہر مسلمان یہ سوچتا ہے کہ کسی کے خلاف اگر ظلم ہو رہا ہو تو اسے طاقت سے روکو۔</w:t>
      </w:r>
    </w:p>
    <w:p>
      <w:r>
        <w:rPr>
          <w:b/>
        </w:rPr>
        <w:t xml:space="preserve">[1:29:40] </w:t>
      </w:r>
      <w:r>
        <w:t>agar nahin to use zuban se bura kaho. aur agar yeh bhi nahin to kam se kam dil se bura mano.</w:t>
      </w:r>
    </w:p>
    <w:p>
      <w:pPr>
        <w:jc w:val="right"/>
      </w:pPr>
      <w:r>
        <w:t>اگر نہیں تو اسے زبان سے برا کہو۔ اور اگر یہ بھی نہیں تو کم سے کم دل سے برا مانو۔</w:t>
      </w:r>
    </w:p>
    <w:p>
      <w:r>
        <w:rPr>
          <w:b/>
        </w:rPr>
        <w:t xml:space="preserve">[1:29:49] </w:t>
      </w:r>
      <w:r>
        <w:t>maulana, yeh soch musalmanon mein kiya kisi quran ke reference ya hadith ke misinterpretation se</w:t>
      </w:r>
    </w:p>
    <w:p>
      <w:pPr>
        <w:jc w:val="right"/>
      </w:pPr>
      <w:r>
        <w:t>مولانا، یہ سوچ مسلمانوں میں کیا کسی قرآن کے reference یا حدیث کے misinterpretation سے</w:t>
      </w:r>
    </w:p>
    <w:p>
      <w:r>
        <w:rPr>
          <w:b/>
        </w:rPr>
        <w:t xml:space="preserve">[1:29:55] </w:t>
      </w:r>
      <w:r>
        <w:t>aai hai? haan, dekhiye, yeh yeh yeh is ko samajhna bohat zaroori hai. saare musalman isi philosophy mein hain. saare log. hatta ke ulma bhi isi philosophy mein jee rahe hain.</w:t>
      </w:r>
    </w:p>
    <w:p>
      <w:pPr>
        <w:jc w:val="right"/>
      </w:pPr>
      <w:r>
        <w:t>آئی ہے؟ ہاں، دیکھیے، یہ یہ یہ اس کو سمجھنا بہت ضروری ہے۔ سارے مسلمان اسی فلسفے میں ہیں۔ سارے لوگ۔ حتیٰ کہ علماء بھی اسی فلسفے میں جی رہے ہیں۔</w:t>
      </w:r>
    </w:p>
    <w:p>
      <w:r>
        <w:rPr>
          <w:b/>
        </w:rPr>
        <w:t xml:space="preserve">[1:30:06] </w:t>
      </w:r>
      <w:r>
        <w:t>hadith, sahi hadith mein aaya hai ke "من راہ منکر فلیغیر بیعدی ومن لم یستطع فبلساری ولیستطع فبقلبی" ۔ is mein istitaat ka lafz yaad rakhiye.</w:t>
      </w:r>
    </w:p>
    <w:p>
      <w:pPr>
        <w:jc w:val="right"/>
      </w:pPr>
      <w:r>
        <w:t>حدیث، صحیح حدیث میں آیا ہے کہ "من راہ منکر فلیغیر بیعدی ومن لم یستطع فبلساری ولیستطع فبقلبی" ۔ اس میں استطاعت کا لفظ یاد رکھیے۔</w:t>
      </w:r>
    </w:p>
    <w:p>
      <w:r>
        <w:rPr>
          <w:b/>
        </w:rPr>
        <w:t xml:space="preserve">[1:30:16] </w:t>
      </w:r>
      <w:r>
        <w:t>isi ko jo bhool jaate hain log. lafz istitaat. woh sirf samajhte hain ke koi kisi ko aap dekhen ke woh galat kar raha hai to woh lad jaen is se.</w:t>
      </w:r>
    </w:p>
    <w:p>
      <w:pPr>
        <w:jc w:val="right"/>
      </w:pPr>
      <w:r>
        <w:t>اسی کو جو بھول جاتے ہیں لوگ۔ لفظ استطاعت۔ وہ صرف سمجھتے ہیں کہ کوئی کسی کو آپ دیکھیں کہ وہ غلط کر رہا ہے تو وہ لڑ جائیں اس سے۔</w:t>
      </w:r>
    </w:p>
    <w:p>
      <w:r>
        <w:rPr>
          <w:b/>
        </w:rPr>
        <w:t xml:space="preserve">[1:30:25] </w:t>
      </w:r>
      <w:r>
        <w:t>yeh hai hi nahin is hadith mein. lafz istitaat ke maene hain ke agar tumhari capacity mein hai ke tum is ko result paida kar sako, is ko result.</w:t>
      </w:r>
    </w:p>
    <w:p>
      <w:pPr>
        <w:jc w:val="right"/>
      </w:pPr>
      <w:r>
        <w:t>یہ ہے ہی نہیں اس حدیث میں۔ لفظ استطاعت کے معنی ہیں کہ اگر تمہاری capacity میں ہے کہ تم اس کو result پیدا کر سکو، اس کو result۔</w:t>
      </w:r>
    </w:p>
    <w:p>
      <w:r>
        <w:rPr>
          <w:b/>
        </w:rPr>
        <w:t xml:space="preserve">[1:30:35] </w:t>
      </w:r>
      <w:r>
        <w:t>yani agar tum dekho ke ek aadmi galat kar kaam kar raha hai to tumhare bas mein hai ke tum wahan result oriented action le sako.</w:t>
      </w:r>
    </w:p>
    <w:p>
      <w:pPr>
        <w:jc w:val="right"/>
      </w:pPr>
      <w:r>
        <w:t>یعنی اگر تم دیکھو کہ ایک آدمی غلط کر کام کر رہا ہے تو تمہارے بس میں ہے کہ تم وہاں result oriented action لے سکو۔</w:t>
      </w:r>
    </w:p>
    <w:p>
      <w:r>
        <w:rPr>
          <w:b/>
        </w:rPr>
        <w:t xml:space="preserve">[1:30:45] </w:t>
      </w:r>
      <w:r>
        <w:t>to to woh us ke liye. nahi to phir kuch nahi. phir dua dua karo us ke liye. lafz istataat jo us mein hai, usi ko bhool kar ke is hadith ko sab log bayan karte rehte hain.</w:t>
      </w:r>
    </w:p>
    <w:p>
      <w:pPr>
        <w:jc w:val="right"/>
      </w:pPr>
      <w:r>
        <w:t>تو تو وہ اس کے لیے۔ نہیں تو پھر کچھ نہیں۔ پھر دعا دعا کرو اس کے لیے۔ لفظ استطاعت جو اس میں ہے، اسی کو بھول کر کے اس حدیث کو سب لوگ بیان کرتے رہتے ہیں۔</w:t>
      </w:r>
    </w:p>
    <w:p>
      <w:r>
        <w:rPr>
          <w:b/>
        </w:rPr>
        <w:t xml:space="preserve">[1:30:56] </w:t>
      </w:r>
      <w:r>
        <w:t>is mein dekhiye teen baatein hain.</w:t>
      </w:r>
    </w:p>
    <w:p>
      <w:pPr>
        <w:jc w:val="right"/>
      </w:pPr>
      <w:r>
        <w:t>اس میں دیکھیے تین باتیں ہیں۔</w:t>
      </w:r>
    </w:p>
    <w:p>
      <w:r>
        <w:rPr>
          <w:b/>
        </w:rPr>
        <w:t xml:space="preserve">[1:30:59] </w:t>
      </w:r>
      <w:r>
        <w:t>agar tum munkir dekho, munkir ke maani hain koi aisi cheez jo sahi na ho, koi galat cheez dekho. to agar tumhare bas mein hai, tumhare is capacity mein hai, capacity ka matlab hai result nikalna tumhare bas mein hai.</w:t>
      </w:r>
    </w:p>
    <w:p>
      <w:pPr>
        <w:jc w:val="right"/>
      </w:pPr>
      <w:r>
        <w:t>اگر تم منکر دیکھو، منکر کے معنی ہیں کوئی ایسی چیز جو صحیح نہ ہو، کوئی غلط چیز دیکھو۔ تو اگر تمہارے بس میں ہے، تمہارے اس capacity میں ہے، capacity کا مطلب ہے result نکالنا تمہارے بس میں ہے۔</w:t>
      </w:r>
    </w:p>
    <w:p>
      <w:r>
        <w:rPr>
          <w:b/>
        </w:rPr>
        <w:t xml:space="preserve">[1:31:17] </w:t>
      </w:r>
      <w:r>
        <w:t>farz ki jiye ke main road par dekhoon ke ek police wala kisi aadmi ko maar raha hai. to meri capacity mein agar hai to main us ko pakroon ga, us police wale ko.</w:t>
      </w:r>
    </w:p>
    <w:p>
      <w:pPr>
        <w:jc w:val="right"/>
      </w:pPr>
      <w:r>
        <w:t>فرض کیجیے کہ میں road پر دیکھوں کہ ایک پولیس والا کسی آدمی کو مار رہا ہے۔ تو میری capacity میں اگر ہے تو میں اس کو پکڑوں گا، اس پولیس والے کو۔</w:t>
      </w:r>
    </w:p>
    <w:p>
      <w:r>
        <w:rPr>
          <w:b/>
        </w:rPr>
        <w:t xml:space="preserve">[1:31:29] </w:t>
      </w:r>
      <w:r>
        <w:t>is ka haath pakroon ga, is ka is ka danda chheenoon ga. lekin agar meri capacity mein nahi hai to main sirf narmi se kahoon ga ke bhai kyun maar rahe ho.</w:t>
      </w:r>
    </w:p>
    <w:p>
      <w:pPr>
        <w:jc w:val="right"/>
      </w:pPr>
      <w:r>
        <w:t>اس کا ہاتھ پکڑوں گا، اس کا اس کا ڈنڈا چھینوں گا۔ لیکن اگر میری capacity میں نہیں ہے تو میں صرف نرمی سے کہوں گا کہ بھائی کیوں مار رہے ہو۔</w:t>
      </w:r>
    </w:p>
    <w:p>
      <w:r>
        <w:rPr>
          <w:b/>
        </w:rPr>
        <w:t xml:space="preserve">[1:31:39] </w:t>
      </w:r>
      <w:r>
        <w:t>achha, yeh bhi capacity mein agar nahi hai to dil se dua karoon ga. dil mein is ko achha na samjoon ga. to basic jo crucial word us mein hai, woh lafz istataat hai.</w:t>
      </w:r>
    </w:p>
    <w:p>
      <w:pPr>
        <w:jc w:val="right"/>
      </w:pPr>
      <w:r>
        <w:t>اچھا، یہ بھی capacity میں اگر نہیں ہے تو دل سے دعا کروں گا۔ دل میں اس کو اچھا نہ سمجھوں گا۔ تو basic جو crucial word اس میں ہے، وہ لفظ استطاعت ہے۔</w:t>
      </w:r>
    </w:p>
    <w:p>
      <w:r>
        <w:rPr>
          <w:b/>
        </w:rPr>
        <w:t xml:space="preserve">[1:31:53] </w:t>
      </w:r>
      <w:r>
        <w:t>If it is in your capacity to yield the result, to yield a positive result . to agar tumhare bas mein hai ke tum is mein dakhal de kar ke positive result nikal sakte ho to dakhal do.</w:t>
      </w:r>
    </w:p>
    <w:p>
      <w:pPr>
        <w:jc w:val="right"/>
      </w:pPr>
      <w:r>
        <w:t>If it is in your capacity to yield the result, to yield a positive result ۔ تو اگر تمہارے بس میں ہے کہ تم اس میں دخل دے کر کے positive result نکال سکتے ہو تو دخل دو۔</w:t>
      </w:r>
    </w:p>
    <w:p>
      <w:r>
        <w:rPr>
          <w:b/>
        </w:rPr>
        <w:t xml:space="preserve">[1:32:08] </w:t>
      </w:r>
      <w:r>
        <w:t>yeh bas mein tumhare nahi hai to munh se thande tareeqe se narmi ke saath bolo. yeh bhi bas mein nahi hai. dil se samjho ke yeh kaam achha nahi ho raha hai. main tum dua karoon.</w:t>
      </w:r>
    </w:p>
    <w:p>
      <w:pPr>
        <w:jc w:val="right"/>
      </w:pPr>
      <w:r>
        <w:t>یہ بس میں تمہارے نہیں ہے تو منہ سے ٹھنڈے طریقے سے نرمی کے ساتھ بولو۔ یہ بھی بس میں نہیں ہے۔ دل سے سمجھو کہ یہ کام اچھا نہیں ہو رہا ہے۔ میں تم دعا کروں۔</w:t>
      </w:r>
    </w:p>
    <w:p>
      <w:r>
        <w:rPr>
          <w:b/>
        </w:rPr>
        <w:t xml:space="preserve">[1:32:19] </w:t>
      </w:r>
      <w:r>
        <w:t>jitne log is hadith ko bayan karte phirte hain, sab ne is ko bhula rakha hai ke is mein lafz istataat hai. "fa in lafz istata'" . agar bas mein na ho result nikalna.</w:t>
      </w:r>
    </w:p>
    <w:p>
      <w:pPr>
        <w:jc w:val="right"/>
      </w:pPr>
      <w:r>
        <w:t>جتنے لوگ اس حدیث کو بیان کرتے پھرتے ہیں، سب نے اس کو بھلا رکھا ہے کہ اس میں لفظ استطاعت ہے۔ "فَإِنْ لَفْظَ اسْتَطِعَ" ۔ اگر بس میں نہ ہو result نکالنا۔</w:t>
      </w:r>
    </w:p>
    <w:p>
      <w:r>
        <w:rPr>
          <w:b/>
        </w:rPr>
        <w:t xml:space="preserve">[1:32:30] </w:t>
      </w:r>
      <w:r>
        <w:t>Result nikalna yani positive result, positive result nikalna bas mein na ho to phir yeh is ki wajah yeh karni chahiye. yeh bohat bari falsafi hai jis mein saare log jee rahe hain.</w:t>
      </w:r>
    </w:p>
    <w:p>
      <w:pPr>
        <w:jc w:val="right"/>
      </w:pPr>
      <w:r>
        <w:t>Result نکالنا یعنی positive result، positive result نکالنا بس میں نہ ہو تو پھر یہ اس کی وجہ یہ کرنی چاہیے۔ یہ بہت بڑی فلسفی ہے جس میں سارے لوگ جی رہے ہیں۔</w:t>
      </w:r>
    </w:p>
    <w:p>
      <w:r>
        <w:rPr>
          <w:b/>
        </w:rPr>
        <w:t xml:space="preserve">[1:32:41] </w:t>
      </w:r>
      <w:r>
        <w:t>hata ke ulama bhi isi mein phanse hue hain, isi falsafi mein. ke lafz istataat ko nikal kar ke matlab is ko bayan karte hain.</w:t>
      </w:r>
    </w:p>
    <w:p>
      <w:pPr>
        <w:jc w:val="right"/>
      </w:pPr>
      <w:r>
        <w:t>حتیٰ کہ علماء بھی اسی میں پھنسے ہوئے ہیں، اسی فلسفی میں۔ کہ لفظ استطاعت کو نکال کر کے مطلب اس کو بیان کرتے ہیں۔</w:t>
      </w:r>
    </w:p>
    <w:p>
      <w:r>
        <w:rPr>
          <w:b/>
        </w:rPr>
        <w:t xml:space="preserve">[1:32:49] </w:t>
      </w:r>
      <w:r>
        <w:t>yeh jaise koi kisi ko hum dekhein ke zulm kar raha hai to bas kood pade is mein. yeh hai hi nahi is mein, abhi to haram hai islam mein. dekhiye, islam mein result oriented action hai.</w:t>
      </w:r>
    </w:p>
    <w:p>
      <w:pPr>
        <w:jc w:val="right"/>
      </w:pPr>
      <w:r>
        <w:t>یہ جیسے کوئی کسی کو ہم دیکھیں کہ ظلم کر رہا ہے تو بس کود پڑے اس میں۔ یہ ہے ہی نہیں اس میں، ابھی تو حرام ہے اسلام میں۔ دیکھیے، اسلام میں result oriented action ہے۔</w:t>
      </w:r>
    </w:p>
    <w:p>
      <w:r>
        <w:rPr>
          <w:b/>
        </w:rPr>
        <w:t xml:space="preserve">[1:33:01] </w:t>
      </w:r>
      <w:r>
        <w:t>hadith mein aata hai ke "min husn e islami mar'i tarkuhu ma la ya'neeh" . yani islam mein result oriented speech hai, result oriented action hai, result oriented behavior hai.</w:t>
      </w:r>
    </w:p>
    <w:p>
      <w:pPr>
        <w:jc w:val="right"/>
      </w:pPr>
      <w:r>
        <w:t>حدیث میں آتا ہے کہ "مِنْ حُسْنِ إِسْلَامِ مَرِءِ تَرْكُهُ مَا لَا يَعْنِيهُ" ۔ یعنی اسلام میں result oriented speech ہے، result oriented action ہے، result oriented behavior ہے۔</w:t>
      </w:r>
    </w:p>
    <w:p>
      <w:r>
        <w:rPr>
          <w:b/>
        </w:rPr>
        <w:t xml:space="preserve">[1:33:15] </w:t>
      </w:r>
      <w:r>
        <w:t>yeh nahi ke result nikla hai, na nikla hai, kood pado is mein. yeh islam mein harghiz nahi hai. This question is from Miss Mariya: What is the concept of mukammal islam and how did it become the prime objective of Muslims?</w:t>
      </w:r>
    </w:p>
    <w:p>
      <w:pPr>
        <w:jc w:val="right"/>
      </w:pPr>
      <w:r>
        <w:t>یہ نہیں کہ result نکلا ہے، نہ نکلا ہے، کود پڑو اس میں۔ یہ اسلام میں ہرگز نہیں ہے۔ This question is from Miss Mariya: What is the concept of مکمل اسلام and how did it become the prime objective of Muslims?</w:t>
      </w:r>
    </w:p>
    <w:p>
      <w:r>
        <w:rPr>
          <w:b/>
        </w:rPr>
        <w:t xml:space="preserve">[1:33:33] </w:t>
      </w:r>
      <w:r>
        <w:t>dekhiye, mukammal islam jo hai, yeh bilkul ek ek woh hai, innovation, innovated word hai. bidat hai yeh. na hadith mein hai na quran mein hai.</w:t>
      </w:r>
    </w:p>
    <w:p>
      <w:pPr>
        <w:jc w:val="right"/>
      </w:pPr>
      <w:r>
        <w:t>دیکھیے، مکمل اسلام جو ہے، یہ بالکل ایک ایک وہ ہے، innovation، innovated word ہے۔ بدعت ہے یہ۔ نہ حدیث میں ہے نہ قرآن میں ہے۔</w:t>
      </w:r>
    </w:p>
    <w:p>
      <w:r>
        <w:rPr>
          <w:b/>
        </w:rPr>
        <w:t xml:space="preserve">[1:33:43] </w:t>
      </w:r>
      <w:r>
        <w:t>kahin bhi nahi hai.</w:t>
      </w:r>
    </w:p>
    <w:p>
      <w:pPr>
        <w:jc w:val="right"/>
      </w:pPr>
      <w:r>
        <w:t>کہیں بھی نہیں ہے۔</w:t>
      </w:r>
    </w:p>
    <w:p>
      <w:r>
        <w:rPr>
          <w:b/>
        </w:rPr>
        <w:t xml:space="preserve">[1:33:45] </w:t>
      </w:r>
      <w:r>
        <w:t>is zamane mein yeh nikala hai kuch movement jo chali hain arab mein bhi aur non-Arab areas mein bhi.</w:t>
      </w:r>
    </w:p>
    <w:p>
      <w:pPr>
        <w:jc w:val="right"/>
      </w:pPr>
      <w:r>
        <w:t>اس زمانے میں یہ نکالا ہے کچھ movement جو چلی ہیں عرب میں بھی اور non-Arab areas میں بھی۔</w:t>
      </w:r>
    </w:p>
    <w:p>
      <w:r>
        <w:rPr>
          <w:b/>
        </w:rPr>
        <w:t xml:space="preserve">[1:33:54] </w:t>
      </w:r>
      <w:r>
        <w:t>mukammal islam. mukammal islam kar ke unhon ne jo jo islam ke jo woh hain, qanoon, woh is ko bhi shamil kar liya is mein.</w:t>
      </w:r>
    </w:p>
    <w:p>
      <w:pPr>
        <w:jc w:val="right"/>
      </w:pPr>
      <w:r>
        <w:t>مکمل اسلام۔ مکمل اسلام کر کے انہوں نے جو جو اسلام کے جو وہ ہیں، قانون، وہ اس کو بھی شامل کر لیا اس میں۔</w:t>
      </w:r>
    </w:p>
    <w:p>
      <w:r>
        <w:rPr>
          <w:b/>
        </w:rPr>
        <w:t xml:space="preserve">[1:34:05] </w:t>
      </w:r>
      <w:r>
        <w:t>to is ko unhon ne subject of enforcement bana diya is ko. ke saare islam ko naafiz karna hai.</w:t>
      </w:r>
    </w:p>
    <w:p>
      <w:pPr>
        <w:jc w:val="right"/>
      </w:pPr>
      <w:r>
        <w:t>تو اس کو انہوں نے subject of enforcement بنا دیا اس کو۔ کہ سارے اسلام کو نافذ کرنا ہے۔</w:t>
      </w:r>
    </w:p>
    <w:p>
      <w:r>
        <w:rPr>
          <w:b/>
        </w:rPr>
        <w:t xml:space="preserve">[1:34:14] </w:t>
      </w:r>
      <w:r>
        <w:t>dekhiye, islam ke do part hain. ek part woh hai jis par amal karna mere apne zaati decision par kafi hai is mein.</w:t>
      </w:r>
    </w:p>
    <w:p>
      <w:pPr>
        <w:jc w:val="right"/>
      </w:pPr>
      <w:r>
        <w:t>دیکھیے، اسلام کے دو part ہیں۔ ایک part وہ ہے جس پر عمل کرنا میرے اپنے ذاتی decision پر کافی ہے اس میں۔</w:t>
      </w:r>
    </w:p>
    <w:p>
      <w:r>
        <w:rPr>
          <w:b/>
        </w:rPr>
        <w:t xml:space="preserve">[1:34:26] </w:t>
      </w:r>
      <w:r>
        <w:t>jab main namaz parhna chahta hoon, main namaz parhna chahta hoon to namaz parhoon to koi roka ke nahi mujhe. main sach bolna chahta hoon to mujhe koi roka ke nahi, main sach boloon.</w:t>
      </w:r>
    </w:p>
    <w:p>
      <w:pPr>
        <w:jc w:val="right"/>
      </w:pPr>
      <w:r>
        <w:t>جب میں نماز پڑھنا چاہتا ہوں، میں نماز پڑھنا چاہتا ہوں تو نماز پڑھوں تو کوئی روکا کہ نہیں مجھے۔ میں سچ بولنا چاہتا ہوں تو مجھے کوئی روکا کہ نہیں، میں سچ بولوں۔</w:t>
      </w:r>
    </w:p>
    <w:p>
      <w:r>
        <w:rPr>
          <w:b/>
        </w:rPr>
        <w:t xml:space="preserve">[1:34:36] </w:t>
      </w:r>
      <w:r>
        <w:t>Honesty mujhe karna hai to is mein koi rukawat nahi pare gi.</w:t>
      </w:r>
    </w:p>
    <w:p>
      <w:pPr>
        <w:jc w:val="right"/>
      </w:pPr>
      <w:r>
        <w:t>Honesty مجھے کرنا ہے تو اس میں کوئی رکاوٹ نہیں پڑے گی۔</w:t>
      </w:r>
    </w:p>
    <w:p>
      <w:r>
        <w:rPr>
          <w:b/>
        </w:rPr>
        <w:t xml:space="preserve">[1:34:40] </w:t>
      </w:r>
      <w:r>
        <w:t>to ek woh hai islam mein cheezein jis par, jis ko follow karne ke liye aap ka apna faisla hi kafi hai is mein.</w:t>
      </w:r>
    </w:p>
    <w:p>
      <w:pPr>
        <w:jc w:val="right"/>
      </w:pPr>
      <w:r>
        <w:t>تو ایک وہ ہے اسلام میں چیزیں جس پر، جس کو follow کرنے کے لیے آپ کا اپنا فیصلہ ہی کافی ہے۔</w:t>
      </w:r>
    </w:p>
    <w:p>
      <w:r>
        <w:rPr>
          <w:b/>
        </w:rPr>
        <w:t xml:space="preserve">[1:34:49] </w:t>
      </w:r>
      <w:r>
        <w:t>aap ka decision lena hi kafi hai. yeh har aadmi par farz hai. har aadmi ko karna hi karna hai.</w:t>
      </w:r>
    </w:p>
    <w:p>
      <w:pPr>
        <w:jc w:val="right"/>
      </w:pPr>
      <w:r>
        <w:t>آپ کا decision لینا ہی کافی ہے۔ یہ ہر آدمی پر فرض ہے۔ ہر آدمی کو کرنا ہی کرنا ہے۔</w:t>
      </w:r>
    </w:p>
    <w:p>
      <w:r>
        <w:rPr>
          <w:b/>
        </w:rPr>
        <w:t xml:space="preserve">[1:34:58] </w:t>
      </w:r>
      <w:r>
        <w:t>jahan koi rukawat nahi hai, aap ka apna irada, aap ka apna decision lena hi kafi hai ke aap is ko karein. to is mein phir aap ke liye koi excuse nahi hai.</w:t>
      </w:r>
    </w:p>
    <w:p>
      <w:pPr>
        <w:jc w:val="right"/>
      </w:pPr>
      <w:r>
        <w:t>جہاں کوئی رکاوٹ نہیں ہے، آپ کا اپنا ارادہ، آپ کا اپنا decision لینا ہی کافی ہے کہ آپ اس کو کریں۔ تو اس میں پھر آپ کے لیے کوئی excuse نہیں ہے۔</w:t>
      </w:r>
    </w:p>
    <w:p>
      <w:r>
        <w:rPr>
          <w:b/>
        </w:rPr>
        <w:t xml:space="preserve">[1:35:07] </w:t>
      </w:r>
      <w:r>
        <w:t>wo karna hi karna hai aap ko.</w:t>
      </w:r>
    </w:p>
    <w:p>
      <w:pPr>
        <w:jc w:val="right"/>
      </w:pPr>
      <w:r>
        <w:t>وہ کرنا ہی کرنا ہے آپ کو۔</w:t>
      </w:r>
    </w:p>
    <w:p>
      <w:r>
        <w:rPr>
          <w:b/>
        </w:rPr>
        <w:t xml:space="preserve">[1:35:10] </w:t>
      </w:r>
      <w:r>
        <w:t>lekin jab maamla aaye society ka, system ka, to wahan aik aik aik shart, aik condition lag jaati hai.</w:t>
      </w:r>
    </w:p>
    <w:p>
      <w:pPr>
        <w:jc w:val="right"/>
      </w:pPr>
      <w:r>
        <w:t>لیکن جب معاملہ آئے society کا، system کا، تو وہاں ایک ایک ایک شرط، ایک condition لگ جاتی ہے۔</w:t>
      </w:r>
    </w:p>
    <w:p>
      <w:r>
        <w:rPr>
          <w:b/>
        </w:rPr>
        <w:t xml:space="preserve">[1:35:20] </w:t>
      </w:r>
      <w:r>
        <w:t>wo condition yeh hai ke agar society prepared hai tab. Hadees mein aata hai ke "kama takunoon qadhalika yu'alla alaikum" .</w:t>
      </w:r>
    </w:p>
    <w:p>
      <w:pPr>
        <w:jc w:val="right"/>
      </w:pPr>
      <w:r>
        <w:t>وہ condition یہ ہے کہ اگر society prepared ہے تب۔ حدیث میں آتا ہے کہ "كَمَا تَكُونُونَ قَذَالِكَ يُعَلَّى عَلَيْكُمْ" ۔</w:t>
      </w:r>
    </w:p>
    <w:p>
      <w:r>
        <w:rPr>
          <w:b/>
        </w:rPr>
        <w:t xml:space="preserve">[1:35:30] </w:t>
      </w:r>
      <w:r>
        <w:t>jaise society wese ruler. Society jaisi wese ruler hon</w:t>
      </w:r>
    </w:p>
    <w:p>
      <w:pPr>
        <w:jc w:val="right"/>
      </w:pPr>
      <w:r>
        <w:t>جیسے society ویسے ruler۔ Society جیسی ویسے ruler ہوں</w:t>
      </w:r>
    </w:p>
    <w:p>
      <w:r>
        <w:rPr>
          <w:b/>
        </w:rPr>
        <w:t xml:space="preserve">[1:35:36] </w:t>
      </w:r>
      <w:r>
        <w:t>ge. Zabardasti nahi ke aap la kar ke, society bigri hui hai, zabardasti la kar ke aap Islam ko implement karne lagain. Islam mein nahi hai yeh. To Islam ka tareeqa kya hua?</w:t>
      </w:r>
    </w:p>
    <w:p>
      <w:pPr>
        <w:jc w:val="right"/>
      </w:pPr>
      <w:r>
        <w:t>گے۔ زبردستی نہیں کہ آپ لا کر کے، society بگڑی ہوئی ہے، زبردستی لا کر کے آپ اسلام کو implement کرنے لگیں۔ اسلام میں نہیں ہے یہ۔ تو اسلام کا طریقہ کیا ہوا؟</w:t>
      </w:r>
    </w:p>
    <w:p>
      <w:r>
        <w:rPr>
          <w:b/>
        </w:rPr>
        <w:t xml:space="preserve">[1:35:49] </w:t>
      </w:r>
      <w:r>
        <w:t>ke individual ke andar aap un ko theek kijiye, un ko islaah kijiye. Phir society ki islaah kijiye. Phir system ki islaah kijiye.</w:t>
      </w:r>
    </w:p>
    <w:p>
      <w:pPr>
        <w:jc w:val="right"/>
      </w:pPr>
      <w:r>
        <w:t>کہ individual کے اندر آپ ان کو ٹھیک کیجیے، ان کو اصلاح کیجیے۔ پھر society کی اصلاح کیجیے۔ پھر system کی اصلاح کیجیے۔</w:t>
      </w:r>
    </w:p>
    <w:p>
      <w:r>
        <w:rPr>
          <w:b/>
        </w:rPr>
        <w:t xml:space="preserve">[1:36:00] </w:t>
      </w:r>
      <w:r>
        <w:t>phir election, phir election process ke zariye se jo oopar aa jaye ga wo rule kare ga wo.</w:t>
      </w:r>
    </w:p>
    <w:p>
      <w:pPr>
        <w:jc w:val="right"/>
      </w:pPr>
      <w:r>
        <w:t>پھر election، پھر election process کے ذریعے سے جو اوپر آ جائے گا وہ rule کرے گا وہ۔</w:t>
      </w:r>
    </w:p>
    <w:p>
      <w:r>
        <w:rPr>
          <w:b/>
        </w:rPr>
        <w:t xml:space="preserve">[1:36:06] </w:t>
      </w:r>
      <w:r>
        <w:t>Islam mein politics jo hai wo wo is par base karti hai yani democratic process par.</w:t>
      </w:r>
    </w:p>
    <w:p>
      <w:pPr>
        <w:jc w:val="right"/>
      </w:pPr>
      <w:r>
        <w:t>اسلام میں politics جو ہے وہ وہ اس پر base کرتی ہے یعنی democratic process پر۔</w:t>
      </w:r>
    </w:p>
    <w:p>
      <w:r>
        <w:rPr>
          <w:b/>
        </w:rPr>
        <w:t xml:space="preserve">[1:36:17] </w:t>
      </w:r>
      <w:r>
        <w:t>yani nai agar mein term istemaal karoon to politics jo hai Islam mein wo saari ki saari democratic process par base karti hai.</w:t>
      </w:r>
    </w:p>
    <w:p>
      <w:pPr>
        <w:jc w:val="right"/>
      </w:pPr>
      <w:r>
        <w:t>یعنی نئی اگر میں term استعمال کروں تو politics جو ہے اسلام میں وہ ساری کی ساری democratic process پر base کرتی ہے۔</w:t>
      </w:r>
    </w:p>
    <w:p>
      <w:r>
        <w:rPr>
          <w:b/>
        </w:rPr>
        <w:t xml:space="preserve">[1:36:27] </w:t>
      </w:r>
      <w:r>
        <w:t>yani aap khud jo apne maamle mein to khud amal kijiye. Baqi chhod dijiye aap democratic process par.</w:t>
      </w:r>
    </w:p>
    <w:p>
      <w:pPr>
        <w:jc w:val="right"/>
      </w:pPr>
      <w:r>
        <w:t>یعنی آپ خود جو اپنے معاملے میں تو خود عمل کیجیے۔ باقی چھوڑ دیجیے آپ democratic process پر۔</w:t>
      </w:r>
    </w:p>
    <w:p>
      <w:r>
        <w:rPr>
          <w:b/>
        </w:rPr>
        <w:t xml:space="preserve">[1:36:35] </w:t>
      </w:r>
      <w:r>
        <w:t>yani log jo faisla karein ge wo isi liye hukoomat karein ge bas. Yeh nahi ke aap zabardasti lad phir kar ke kahein ke hum hum yeh implement karna hai, hum wo enforce karna hai.</w:t>
      </w:r>
    </w:p>
    <w:p>
      <w:pPr>
        <w:jc w:val="right"/>
      </w:pPr>
      <w:r>
        <w:t>یعنی لوگ جو فیصلہ کریں گے وہ اسی لیے حکومت کریں گے بس۔ یہ نہیں کہ آپ زبردستی لڑ پھر کر کے کہیں کہ ہم ہم یہ implement کرنا ہے، ہم وہ enforce کرنا ہے۔</w:t>
      </w:r>
    </w:p>
    <w:p>
      <w:r>
        <w:rPr>
          <w:b/>
        </w:rPr>
        <w:t xml:space="preserve">[1:36:45] </w:t>
      </w:r>
      <w:r>
        <w:t>jo Taliban kar rahe hain. Yani Taliban wala jo tareeqa hai wo bilkul Islam ke khilaaf hai. To khulasa yeh hai ke do aspect hain.</w:t>
      </w:r>
    </w:p>
    <w:p>
      <w:pPr>
        <w:jc w:val="right"/>
      </w:pPr>
      <w:r>
        <w:t>جو طالبان کر رہے ہیں۔ یعنی طالبان والا جو طریقہ ہے وہ بالکل اسلام کے خلاف ہے۔ تو خلاصہ یہ ہے کہ دو aspect ہیں۔</w:t>
      </w:r>
    </w:p>
    <w:p>
      <w:r>
        <w:rPr>
          <w:b/>
        </w:rPr>
        <w:t xml:space="preserve">[1:36:55] </w:t>
      </w:r>
      <w:r>
        <w:t>aik hai individual ko ke andar change laana. Aur aik hai society ke andar change laana.</w:t>
      </w:r>
    </w:p>
    <w:p>
      <w:pPr>
        <w:jc w:val="right"/>
      </w:pPr>
      <w:r>
        <w:t>ایک ہے individual کو کے اندر change لانا۔ اور ایک ہے society کے اندر change لانا۔</w:t>
      </w:r>
    </w:p>
    <w:p>
      <w:r>
        <w:rPr>
          <w:b/>
        </w:rPr>
        <w:t xml:space="preserve">[1:37:04] </w:t>
      </w:r>
      <w:r>
        <w:t>to individual ke liye change laana jo hai bohat aasan hai kyunke aadmi ke apne irade par depend karta hai wo. Lekin society ki jab baat aa jaye aur system ki jab baat aa jaye to wahan par kya hoga?</w:t>
      </w:r>
    </w:p>
    <w:p>
      <w:pPr>
        <w:jc w:val="right"/>
      </w:pPr>
      <w:r>
        <w:t>تو individual کے لیے change لانا جو ہے بہت آسان ہے کیونکہ آدمی کے اپنے ارادے پر depend کرتا ہے وہ۔ لیکن society کی جب بات آ جائے اور system کی جب بات آ جائے تو وہاں پر کیا ہوگا؟</w:t>
      </w:r>
    </w:p>
    <w:p>
      <w:r>
        <w:rPr>
          <w:b/>
        </w:rPr>
        <w:t xml:space="preserve">[1:37:18] </w:t>
      </w:r>
      <w:r>
        <w:t>wahan par aap ko yeh nahi kar sakte aap ke wahan par koi wo by force karein wahan par. By force aap ke liye bilkul jaiz hi nahi hai.</w:t>
      </w:r>
    </w:p>
    <w:p>
      <w:pPr>
        <w:jc w:val="right"/>
      </w:pPr>
      <w:r>
        <w:t>وہاں پر آپ کو یہ نہیں کر سکتے آپ کہ وہاں پر کوئی وہ by force کریں وہاں پر۔ By force آپ کے لیے بالکل جائز ہی نہیں ہے۔</w:t>
      </w:r>
    </w:p>
    <w:p>
      <w:r>
        <w:rPr>
          <w:b/>
        </w:rPr>
        <w:t xml:space="preserve">[1:37:29] </w:t>
      </w:r>
      <w:r>
        <w:t>society ko banaiye, maashre ko banaiye, logon mein islaah laiye. Jab wo acceptance aa jaye, acceptance to apne aap wo isi qism ke ruler oopar aa jayen ge.</w:t>
      </w:r>
    </w:p>
    <w:p>
      <w:pPr>
        <w:jc w:val="right"/>
      </w:pPr>
      <w:r>
        <w:t>Society کو بنائیے، معاشرے کو بنائیے، لوگوں میں اصلاح لائیے۔ جب وہ acceptance آ جائے، acceptance تو اپنے آپ وہ اسی قسم کے ruler اوپر آ جائیں گے۔</w:t>
      </w:r>
    </w:p>
    <w:p>
      <w:r>
        <w:rPr>
          <w:b/>
        </w:rPr>
        <w:t xml:space="preserve">[1:37:42] </w:t>
      </w:r>
      <w:r>
        <w:t>yani social acceptance zaroori hai.</w:t>
      </w:r>
    </w:p>
    <w:p>
      <w:pPr>
        <w:jc w:val="right"/>
      </w:pPr>
      <w:r>
        <w:t>یعنی social acceptance ضروری ہے۔</w:t>
      </w:r>
    </w:p>
    <w:p>
      <w:r>
        <w:rPr>
          <w:b/>
        </w:rPr>
        <w:t xml:space="preserve">[1:37:46] </w:t>
      </w:r>
      <w:r>
        <w:t>is par mein ne kai kitabein likhi hain aur is par jo Quran o Hadees ki jo is mein daleelein hain, koi jo janna chahe to mere paas aa jaye, mere office mein mein bataoon ga mein ke social act, social acceptance ke baghair implement karna yeh bilkul Islam mein nahi hai.</w:t>
      </w:r>
    </w:p>
    <w:p>
      <w:pPr>
        <w:jc w:val="right"/>
      </w:pPr>
      <w:r>
        <w:t>اس پر میں نے کئی کتابیں لکھی ہیں اور اس پر جو قرآن و حدیث کی جو اس میں دلیلیں ہیں، کوئی جو جاننا چاہے تو میرے پاس آ جائے، میرے آفس میں میں بتاؤں گا میں کہ social act, social acceptance کے بغیر implement کرنا یہ بالکل اسلام میں نہیں ہے۔</w:t>
      </w:r>
    </w:p>
    <w:p>
      <w:r>
        <w:rPr>
          <w:b/>
        </w:rPr>
        <w:t xml:space="preserve">[1:38:02] </w:t>
      </w:r>
      <w:r>
        <w:t>Taliban kya karte hain ke social acceptance nahi hai aur phir wo implement karna chahte hain. Yeh Islam nahi hai bilkul.</w:t>
      </w:r>
    </w:p>
    <w:p>
      <w:pPr>
        <w:jc w:val="right"/>
      </w:pPr>
      <w:r>
        <w:t>طالبان کیا کرتے ہیں کہ social acceptance نہیں ہے اور پھر وہ implement کرنا چاہتے ہیں۔ یہ اسلام نہیں ہے بالکل۔</w:t>
      </w:r>
    </w:p>
    <w:p>
      <w:r>
        <w:rPr>
          <w:b/>
        </w:rPr>
        <w:t xml:space="preserve">[1:38:12] </w:t>
      </w:r>
      <w:r>
        <w:t>Social acceptance jab hoga tab wahan par Islam ka qanoon aaye ga. Nahi to phir aap naseehat kijiye, samjhaiye, literature baantiye, Quran padhaiye.</w:t>
      </w:r>
    </w:p>
    <w:p>
      <w:pPr>
        <w:jc w:val="right"/>
      </w:pPr>
      <w:r>
        <w:t>Social acceptance جب ہوگا تب وہاں پر اسلام کا قانون آئے گا۔ نہیں تو پھر آپ نصیحت کیجیے، سمجھائیے، literature بانٹیے، قرآن پڑھائیے۔</w:t>
      </w:r>
    </w:p>
    <w:p>
      <w:r>
        <w:rPr>
          <w:b/>
        </w:rPr>
        <w:t xml:space="preserve">[1:38:24] </w:t>
      </w:r>
      <w:r>
        <w:t>yeh hi hai Islam ka tareeqa.</w:t>
      </w:r>
    </w:p>
    <w:p>
      <w:pPr>
        <w:jc w:val="right"/>
      </w:pPr>
      <w:r>
        <w:t>یہی ہے اسلام کا طریقہ۔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