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The Spirit of Sacrifice August 22, 2018 Maulana Wahiduddin Khan</w:t>
      </w:r>
    </w:p>
    <w:p>
      <w:r>
        <w:t>https://www.youtube.com/watch?v=Vihc_L70yPw</w:t>
      </w:r>
    </w:p>
    <w:p>
      <w:r>
        <w:rPr>
          <w:b/>
        </w:rPr>
        <w:t xml:space="preserve">[00:13] </w:t>
      </w:r>
      <w:r>
        <w:t>bismillah hir rahman nir rahim, wa salla Allahu ala nabiyyil karim. rab ishrah li sadri, wa asir li amri,</w:t>
      </w:r>
    </w:p>
    <w:p>
      <w:pPr>
        <w:jc w:val="right"/>
      </w:pPr>
      <w:r>
        <w:t>بسم اللہ الرحمن الرحیم، و صلی اللہ علی نبی الکریم۔ رب اشرح لی صدری، و اسر لی امری،</w:t>
      </w:r>
    </w:p>
    <w:p>
      <w:r>
        <w:rPr>
          <w:b/>
        </w:rPr>
        <w:t xml:space="preserve">[00:28] </w:t>
      </w:r>
      <w:r>
        <w:t>wah-lul uqdatan min lisani, yafqahu qawli. 22 aghast 2018.</w:t>
      </w:r>
    </w:p>
    <w:p>
      <w:pPr>
        <w:jc w:val="right"/>
      </w:pPr>
      <w:r>
        <w:t>واحل العقدۃ من لسانی، یفقہ قولی۔ 22 اگست 2018۔</w:t>
      </w:r>
    </w:p>
    <w:p>
      <w:r>
        <w:rPr>
          <w:b/>
        </w:rPr>
        <w:t xml:space="preserve">[00:44] </w:t>
      </w:r>
      <w:r>
        <w:t>aaj eid-e-adhha ka din hai, mujhe woh tareekh yaad aati hai jab ke mein hajj ke liye makkah gaya tha.</w:t>
      </w:r>
    </w:p>
    <w:p>
      <w:pPr>
        <w:jc w:val="right"/>
      </w:pPr>
      <w:r>
        <w:t>آج عیدِ اضحیٰ کا دن ہے، مجھے وہ تاریخ یاد آتی ہے جب کہ میں حج کے لیے مکہ گیا تھا۔</w:t>
      </w:r>
    </w:p>
    <w:p>
      <w:r>
        <w:rPr>
          <w:b/>
        </w:rPr>
        <w:t xml:space="preserve">[01:03] </w:t>
      </w:r>
      <w:r>
        <w:t>woh hajj india se nahi hua tha, balkeh afreeqa ke aik mulk ki gaali se hua tha, aur is hajj ka intezam aik arab shareef,</w:t>
      </w:r>
    </w:p>
    <w:p>
      <w:pPr>
        <w:jc w:val="right"/>
      </w:pPr>
      <w:r>
        <w:t>وہ حج انڈیا سے نہیں ہوا تھا، بلکہ افریقہ کے ایک ملک کی گالی سے ہوا تھا، اور اس حج کا انتظام ایک عرب شریف،</w:t>
      </w:r>
    </w:p>
    <w:p>
      <w:r>
        <w:rPr>
          <w:b/>
        </w:rPr>
        <w:t xml:space="preserve">[01:22] </w:t>
      </w:r>
      <w:r>
        <w:t>sulaiman al-qadri, ne kiya tha.</w:t>
      </w:r>
    </w:p>
    <w:p>
      <w:pPr>
        <w:jc w:val="right"/>
      </w:pPr>
      <w:r>
        <w:t>سلیمان القادری، نے کیا تھا۔</w:t>
      </w:r>
    </w:p>
    <w:p>
      <w:r>
        <w:rPr>
          <w:b/>
        </w:rPr>
        <w:t xml:space="preserve">[01:27] </w:t>
      </w:r>
      <w:r>
        <w:t>to</w:t>
      </w:r>
    </w:p>
    <w:p>
      <w:pPr>
        <w:jc w:val="right"/>
      </w:pPr>
      <w:r>
        <w:t>تو</w:t>
      </w:r>
    </w:p>
    <w:p>
      <w:r>
        <w:rPr>
          <w:b/>
        </w:rPr>
        <w:t xml:space="preserve">[01:30] </w:t>
      </w:r>
      <w:r>
        <w:t>wapsi ke baad maine is ko safarnama likha, to us mein yeh alfaaz likhe thay maine ke mein kaali gaya tha,</w:t>
      </w:r>
    </w:p>
    <w:p>
      <w:pPr>
        <w:jc w:val="right"/>
      </w:pPr>
      <w:r>
        <w:t>واپسی کے بعد میں نے اس کو سفرنامہ لکھا، تو اس میں یہ الفاظ لکھے تھے میں نے کہ میں کیالی گیا تھا،</w:t>
      </w:r>
    </w:p>
    <w:p>
      <w:r>
        <w:rPr>
          <w:b/>
        </w:rPr>
        <w:t xml:space="preserve">[01:46] </w:t>
      </w:r>
      <w:r>
        <w:t>to woh hajj ka mausam tha, lekin mere</w:t>
      </w:r>
    </w:p>
    <w:p>
      <w:pPr>
        <w:jc w:val="right"/>
      </w:pPr>
      <w:r>
        <w:t>تو وہ حج کا موسم تھا، لیکن میرے</w:t>
      </w:r>
    </w:p>
    <w:p>
      <w:r>
        <w:rPr>
          <w:b/>
        </w:rPr>
        <w:t xml:space="preserve">[01:53] </w:t>
      </w:r>
      <w:r>
        <w:t>plan mein hajj karna nahi tha.</w:t>
      </w:r>
    </w:p>
    <w:p>
      <w:pPr>
        <w:jc w:val="right"/>
      </w:pPr>
      <w:r>
        <w:t>پلان میں حج کرنا نہیں تھا۔</w:t>
      </w:r>
    </w:p>
    <w:p>
      <w:r>
        <w:rPr>
          <w:b/>
        </w:rPr>
        <w:t xml:space="preserve">[02:00] </w:t>
      </w:r>
      <w:r>
        <w:t>yeh shaikh abdul muhammad sulaiman al-qaid</w:t>
      </w:r>
    </w:p>
    <w:p>
      <w:pPr>
        <w:jc w:val="right"/>
      </w:pPr>
      <w:r>
        <w:t>یہ شیخ عبدال محمد سلیمان القائد</w:t>
      </w:r>
    </w:p>
    <w:p>
      <w:r>
        <w:rPr>
          <w:b/>
        </w:rPr>
        <w:t xml:space="preserve">[02:08] </w:t>
      </w:r>
      <w:r>
        <w:t>ka ehsan hai ke unhon ne is ka plan banaya aur mujh ko le kar makkah gaye.</w:t>
      </w:r>
    </w:p>
    <w:p>
      <w:pPr>
        <w:jc w:val="right"/>
      </w:pPr>
      <w:r>
        <w:t>کا احسان ہے کہ انہوں نے اس کا پلان بنایا اور مجھ کو لے کر مکہ گئے۔</w:t>
      </w:r>
    </w:p>
    <w:p>
      <w:r>
        <w:rPr>
          <w:b/>
        </w:rPr>
        <w:t xml:space="preserve">[02:20] </w:t>
      </w:r>
      <w:r>
        <w:t>us waqt maine likha tha ke</w:t>
      </w:r>
    </w:p>
    <w:p>
      <w:pPr>
        <w:jc w:val="right"/>
      </w:pPr>
      <w:r>
        <w:t>اس وقت میں نے لکھا تھا کہ</w:t>
      </w:r>
    </w:p>
    <w:p>
      <w:r>
        <w:rPr>
          <w:b/>
        </w:rPr>
        <w:t xml:space="preserve">[02:29] </w:t>
      </w:r>
      <w:r>
        <w:t>yeh meri ajeeb be-zindagi ka aik yeh ajeeb waqia tha ke mein</w:t>
      </w:r>
    </w:p>
    <w:p>
      <w:pPr>
        <w:jc w:val="right"/>
      </w:pPr>
      <w:r>
        <w:t>یہ میری عجیب بے زندگی کا ایک یہ عجیب واقعہ تھا کہ میں</w:t>
      </w:r>
    </w:p>
    <w:p>
      <w:r>
        <w:rPr>
          <w:b/>
        </w:rPr>
        <w:t xml:space="preserve">[02:40] </w:t>
      </w:r>
      <w:r>
        <w:t>hajj kiye baghair hi marna chahta tha.</w:t>
      </w:r>
    </w:p>
    <w:p>
      <w:pPr>
        <w:jc w:val="right"/>
      </w:pPr>
      <w:r>
        <w:t>حج کیے بغیر ہی مرنا چاہتا تھا۔</w:t>
      </w:r>
    </w:p>
    <w:p>
      <w:r>
        <w:rPr>
          <w:b/>
        </w:rPr>
        <w:t xml:space="preserve">[02:50] </w:t>
      </w:r>
      <w:r>
        <w:t>yeh shaikh sulaiman al-qaid ka mere upar ehsan hai ke unhon ne mujh ko is anjam se bacha liya, aur maine baqayda hajj kiya.</w:t>
      </w:r>
    </w:p>
    <w:p>
      <w:pPr>
        <w:jc w:val="right"/>
      </w:pPr>
      <w:r>
        <w:t>یہ شیخ سلیمان القائد کا میرے اوپر احسان ہے کہ انہوں نے مجھ کو اس انجام سے بچا لیا، اور میں نے باقاعدہ حج کیا۔</w:t>
      </w:r>
    </w:p>
    <w:p>
      <w:r>
        <w:rPr>
          <w:b/>
        </w:rPr>
        <w:t xml:space="preserve">[03:05] </w:t>
      </w:r>
      <w:r>
        <w:t>to maine qurbani jo ki thi woh hi hajj ke dauran makkah mein ki thi.</w:t>
      </w:r>
    </w:p>
    <w:p>
      <w:pPr>
        <w:jc w:val="right"/>
      </w:pPr>
      <w:r>
        <w:t>تو میں نے قربانی جو کی تھی وہ ہی حج کے دوران مکہ میں کی تھی۔</w:t>
      </w:r>
    </w:p>
    <w:p>
      <w:r>
        <w:rPr>
          <w:b/>
        </w:rPr>
        <w:t xml:space="preserve">[03:16] </w:t>
      </w:r>
      <w:r>
        <w:t>woh qurbani aik ajeeb qurbani thi, kyunke yeh ehsas ke mein wahan qurbani kar raha hoon jahan hazrat ibrahim ne apne zamane mein kiya tha,</w:t>
      </w:r>
    </w:p>
    <w:p>
      <w:pPr>
        <w:jc w:val="right"/>
      </w:pPr>
      <w:r>
        <w:t>وہ قربانی ایک عجیب قربانی تھی، کیونکہ یہ احساس کہ میں وہاں قربانی کر رہا ہوں جہاں حضرت ابراہیم نے اپنے زمانے میں کیا تھا،</w:t>
      </w:r>
    </w:p>
    <w:p>
      <w:r>
        <w:rPr>
          <w:b/>
        </w:rPr>
        <w:t xml:space="preserve">[03:36] </w:t>
      </w:r>
      <w:r>
        <w:t>woh aik ajeeb ehsas tha jis ko bayan karna mushkil hai.</w:t>
      </w:r>
    </w:p>
    <w:p>
      <w:pPr>
        <w:jc w:val="right"/>
      </w:pPr>
      <w:r>
        <w:t>وہ ایک عجیب احساس تھا جس کو بیان کرنا مشکل ہے۔</w:t>
      </w:r>
    </w:p>
    <w:p>
      <w:r>
        <w:rPr>
          <w:b/>
        </w:rPr>
        <w:t xml:space="preserve">[03:44] </w:t>
      </w:r>
      <w:r>
        <w:t>to is qurbani ka zikr quran mein maujood hai. is se bari baat kya ho sakti hai ke hazrat ibrahim ki qurbani ka zikr quran mein maujood hai: "wa fadayna bi-zibhin azeem".</w:t>
      </w:r>
    </w:p>
    <w:p>
      <w:pPr>
        <w:jc w:val="right"/>
      </w:pPr>
      <w:r>
        <w:t>تو اس قربانی کا ذکر قرآن میں موجود ہے۔ اس سے بڑی بات کیا ہو سکتی ہے کہ حضرت ابراہیم کی قربانی کا ذکر قرآن میں موجود ہے: "وفدینا بذبین عظیم"۔</w:t>
      </w:r>
    </w:p>
    <w:p>
      <w:r>
        <w:rPr>
          <w:b/>
        </w:rPr>
        <w:t xml:space="preserve">[04:01] </w:t>
      </w:r>
      <w:r>
        <w:t>us ke alfaaz yeh hain ke "wa fadayna bi-zibhin azeem". yeh jo ayat hai quran mein, mere ilm ke mutabiq is ka sab se zyada sahi tarjuma Maulana Amin Hasan Israel ne kiya hai,</w:t>
      </w:r>
    </w:p>
    <w:p>
      <w:pPr>
        <w:jc w:val="right"/>
      </w:pPr>
      <w:r>
        <w:t>اس کے الفاظ یہ ہیں کہ "وفدینا بذبین عظیم"۔ یہ جو آیت ہے قرآن میں، میرے علم کے مطابق اس کا سب سے زیادہ صحیح ترجمہ مولانا امین حسن اسرائیل نے کیا ہے،</w:t>
      </w:r>
    </w:p>
    <w:p>
      <w:r>
        <w:rPr>
          <w:b/>
        </w:rPr>
        <w:t xml:space="preserve">[04:22] </w:t>
      </w:r>
      <w:r>
        <w:t>jin ka intiqal 1997 mein ho gaya.</w:t>
      </w:r>
    </w:p>
    <w:p>
      <w:pPr>
        <w:jc w:val="right"/>
      </w:pPr>
      <w:r>
        <w:t>جن کا انتقال 1997 میں ہو گیا۔</w:t>
      </w:r>
    </w:p>
    <w:p>
      <w:r>
        <w:rPr>
          <w:b/>
        </w:rPr>
        <w:t xml:space="preserve">[04:30] </w:t>
      </w:r>
      <w:r>
        <w:t>un ka tarjuma, un ki sharah bohat hi sahi hai, kyunke aap maloom hai ke yeh quran ki ayat jo hai, is mein mukhtalif raaye, mukhtalif tafseerein ki gayi hain.</w:t>
      </w:r>
    </w:p>
    <w:p>
      <w:pPr>
        <w:jc w:val="right"/>
      </w:pPr>
      <w:r>
        <w:t>ان کا ترجمہ، ان کی شرح بہت ہی صحیح ہے، کیونکہ آپ معلوم ہے کہ یہ قرآن کی آیت جو ہے، اس میں مختلف رائیں، مختلف تفسیریں کی گئی ہیں۔</w:t>
      </w:r>
    </w:p>
    <w:p>
      <w:r>
        <w:rPr>
          <w:b/>
        </w:rPr>
        <w:t xml:space="preserve">[04:45] </w:t>
      </w:r>
      <w:r>
        <w:t>to sab se sahi tafseer ya tarjuma woh hai jo Maulana Amin Israel ne kiya hai.</w:t>
      </w:r>
    </w:p>
    <w:p>
      <w:pPr>
        <w:jc w:val="right"/>
      </w:pPr>
      <w:r>
        <w:t>تو سب سے صحیح تفسیر یا ترجمہ وہ ہے جو مولانا امین اسرائیل نے کیا ہے۔</w:t>
      </w:r>
    </w:p>
    <w:p>
      <w:r>
        <w:rPr>
          <w:b/>
        </w:rPr>
        <w:t xml:space="preserve">[04:54] </w:t>
      </w:r>
      <w:r>
        <w:t>is ke mutabiq yeh jis cheez ko is ayat mein zibhe azeem kaha gaya hai, yani azeem qurbani, woh damba nahi hai balkeh Hazrat Ismail hain.</w:t>
      </w:r>
    </w:p>
    <w:p>
      <w:pPr>
        <w:jc w:val="right"/>
      </w:pPr>
      <w:r>
        <w:t>اس کے مطابق یہ جس چیز کو اس آیت میں ذبح عظیم کہا گیا ہے، یعنی عظیم قربانی، وہ دنبہ نہیں ہے بلکہ حضرت اسماعیل ہیں۔</w:t>
      </w:r>
    </w:p>
    <w:p>
      <w:r>
        <w:rPr>
          <w:b/>
        </w:rPr>
        <w:t xml:space="preserve">[05:14] </w:t>
      </w:r>
      <w:r>
        <w:t>damba to fidiya tha, asal qurbani jo thi Hazrat Ismail ki thi.</w:t>
      </w:r>
    </w:p>
    <w:p>
      <w:pPr>
        <w:jc w:val="right"/>
      </w:pPr>
      <w:r>
        <w:t>دنبہ تو فدیہ تھا، اصل قربانی جو تھی حضرت اسماعیل کی تھی۔</w:t>
      </w:r>
    </w:p>
    <w:p>
      <w:r>
        <w:rPr>
          <w:b/>
        </w:rPr>
        <w:t xml:space="preserve">[05:24] </w:t>
      </w:r>
      <w:r>
        <w:t>to ab sawal yeh hai ke hazrat ismail ko zabah to kiya nahi gaya, zabah jo kiya gaya woh to damba tha, to is ka matlab kya hai?</w:t>
      </w:r>
    </w:p>
    <w:p>
      <w:pPr>
        <w:jc w:val="right"/>
      </w:pPr>
      <w:r>
        <w:t>تو اب سوال یہ ہے کہ حضرت اسماعیل کو ذبح تو کیا نہیں گیا، ذبح جو کیا گیا وہ تو دنبہ تھا، تو اس کا مطلب کیا ہے؟</w:t>
      </w:r>
    </w:p>
    <w:p>
      <w:r>
        <w:rPr>
          <w:b/>
        </w:rPr>
        <w:t xml:space="preserve">[05:41] </w:t>
      </w:r>
      <w:r>
        <w:t>to dambay ko bator fidiya zabah kiya gaya tha. asal matloob qurbani to thi hazrat ismail ki, lekin fidiye ke taur par damba zabah kiya gaya, aur asal qurbani jo dena tha woh hazrat ismail ne diya.</w:t>
      </w:r>
    </w:p>
    <w:p>
      <w:pPr>
        <w:jc w:val="right"/>
      </w:pPr>
      <w:r>
        <w:t>تو دنبے کو بطور فدیہ ذبح کیا گیا تھا۔ اصل مطلوب قربانی تو تھی حضرت اسماعیل کی، لیکن فدیے کے طور پر دنبہ ذبح کیا گیا، اور اصل قربانی جو دینا تھا وہ حضرت اسماعیل نے دیا۔</w:t>
      </w:r>
    </w:p>
    <w:p>
      <w:r>
        <w:rPr>
          <w:b/>
        </w:rPr>
        <w:t xml:space="preserve">[06:02] </w:t>
      </w:r>
      <w:r>
        <w:t>to ab sawal yeh hai ke woh qurbani kya thi jo hazrat ismail ne diya?</w:t>
      </w:r>
    </w:p>
    <w:p>
      <w:pPr>
        <w:jc w:val="right"/>
      </w:pPr>
      <w:r>
        <w:t>تو اب سوال یہ ہے کہ وہ قربانی کیا تھی جو حضرت اسماعیل نے دیا؟</w:t>
      </w:r>
    </w:p>
    <w:p>
      <w:r>
        <w:rPr>
          <w:b/>
        </w:rPr>
        <w:t xml:space="preserve">[06:09] </w:t>
      </w:r>
      <w:r>
        <w:t>woh woh qurbani wohi thi jo hamein tareekh se maloom hoti hai. aap ko maloom hai ke hazrat ibrahim ne hazrat ismail ko makkah ke desert mein basa diya,</w:t>
      </w:r>
    </w:p>
    <w:p>
      <w:pPr>
        <w:jc w:val="right"/>
      </w:pPr>
      <w:r>
        <w:t>وہ وہ قربانی وہی تھی جو ہمیں تاریخ سے معلوم ہوتی ہے۔ آپ کو معلوم ہے کہ حضرت ابراہیم نے حضرت اسماعیل کو مکہ کے ڈیزرٹ میں بسا دیا،</w:t>
      </w:r>
    </w:p>
    <w:p>
      <w:r>
        <w:rPr>
          <w:b/>
        </w:rPr>
        <w:t xml:space="preserve">[06:26] </w:t>
      </w:r>
      <w:r>
        <w:t>aur wahan se chalay gaye. is waqt makkah ke paas jo jagah hai woh sirf desert thi.</w:t>
      </w:r>
    </w:p>
    <w:p>
      <w:pPr>
        <w:jc w:val="right"/>
      </w:pPr>
      <w:r>
        <w:t>اور وہاں سے چلے گئے۔ اس وقت مکہ کے پاس جو جگہ ہے وہ صرف ڈیزرٹ تھی۔</w:t>
      </w:r>
    </w:p>
    <w:p>
      <w:r>
        <w:rPr>
          <w:b/>
        </w:rPr>
        <w:t xml:space="preserve">[06:36] </w:t>
      </w:r>
      <w:r>
        <w:t>wahan rehna aik qurbani se bari museebat thi. wahan na khel tha, na ghalla tha, pani ke liye sirf zam zam tha.</w:t>
      </w:r>
    </w:p>
    <w:p>
      <w:pPr>
        <w:jc w:val="right"/>
      </w:pPr>
      <w:r>
        <w:t>وہاں رہنا ایک قربانی سے بڑی مصیبت تھی۔ وہاں نہ کھیل تھا، نہ غلہ تھا، پانی کے لیے صرف زم زم تھا۔</w:t>
      </w:r>
    </w:p>
    <w:p>
      <w:r>
        <w:rPr>
          <w:b/>
        </w:rPr>
        <w:t xml:space="preserve">[06:52] </w:t>
      </w:r>
      <w:r>
        <w:t>to zindagi bohat hi ziyada sakht thi, bohat hi ziyada darasht thi. is mein rehna pada hazrat ismail ko.</w:t>
      </w:r>
    </w:p>
    <w:p>
      <w:pPr>
        <w:jc w:val="right"/>
      </w:pPr>
      <w:r>
        <w:t>تو زندگی بہت ہی زیادہ سخت تھی، بہت ہی زیادہ درشت تھی۔ اس میں رہنا پڑا حضرت اسماعیل کو۔</w:t>
      </w:r>
    </w:p>
    <w:p>
      <w:r>
        <w:rPr>
          <w:b/>
        </w:rPr>
        <w:t xml:space="preserve">[07:03] </w:t>
      </w:r>
      <w:r>
        <w:t>yeh thi qurbani. to hazrat ismail ne yeh qurbani kyunke</w:t>
      </w:r>
    </w:p>
    <w:p>
      <w:pPr>
        <w:jc w:val="right"/>
      </w:pPr>
      <w:r>
        <w:t>یہ تھی قربانی۔ تو حضرت اسماعیل نے یہ قربانی کیونکہ</w:t>
      </w:r>
    </w:p>
    <w:p>
      <w:r>
        <w:rPr>
          <w:b/>
        </w:rPr>
        <w:t xml:space="preserve">[07:14] </w:t>
      </w:r>
      <w:r>
        <w:t>yeh aik nai nasal paida karne ke liye Allah taala ka matloob tha ke hazrat ibrahim aur ismail aur hazrat hajra ke zariye desert mein, yani sahrai mahol mein,</w:t>
      </w:r>
    </w:p>
    <w:p>
      <w:pPr>
        <w:jc w:val="right"/>
      </w:pPr>
      <w:r>
        <w:t>یہ ایک نئی نسل پیدا کرنے کے لیے اللہ تعالیٰ کا مطلوب تھا کہ حضرت ابراہیم اور اسماعیل اور حضرت ہاجرہ کے ذریعے ڈیزرٹ میں، یعنی صحرائی ماحول میں،</w:t>
      </w:r>
    </w:p>
    <w:p>
      <w:r>
        <w:rPr>
          <w:b/>
        </w:rPr>
        <w:t xml:space="preserve">[07:32] </w:t>
      </w:r>
      <w:r>
        <w:t>aik nai nasal paida ki jaye jo conditioning se pak ho. aap jantay hain ke hadith mein hai ke "kul molodi yuladu al fitra fa abawaahu wa yuwahidaani nasrani".</w:t>
      </w:r>
    </w:p>
    <w:p>
      <w:pPr>
        <w:jc w:val="right"/>
      </w:pPr>
      <w:r>
        <w:t>ایک نئی نسل پیدا کی جائے جو کنڈیشننگ سے پاک ہو۔ آپ جانتے ہیں کہ حدیث میں ہے کہ "کل مولدی یولد الفطرہ فابواہ ودانی بنصرانی"۔</w:t>
      </w:r>
    </w:p>
    <w:p>
      <w:r>
        <w:rPr>
          <w:b/>
        </w:rPr>
        <w:t xml:space="preserve">[07:50] </w:t>
      </w:r>
      <w:r>
        <w:t>to yeh jo mahol hota hai family ka, is mein insaan ki conditioning hoti rehti hai. jo khandan ka mahol,</w:t>
      </w:r>
    </w:p>
    <w:p>
      <w:pPr>
        <w:jc w:val="right"/>
      </w:pPr>
      <w:r>
        <w:t>تو یہ جو ماحول ہوتا ہے فیملی کا، اس میں انسان کی کنڈیشننگ ہوتی رہتی ہے۔ جو خاندان کا ماحول،</w:t>
      </w:r>
    </w:p>
    <w:p>
      <w:r>
        <w:rPr>
          <w:b/>
        </w:rPr>
        <w:t xml:space="preserve">[08:05] </w:t>
      </w:r>
      <w:r>
        <w:t>society ka mahol, jo insani samaj ka mahol, is mein insaan jeeta hai, is mein us ki conditioning ho jati hai.</w:t>
      </w:r>
    </w:p>
    <w:p>
      <w:pPr>
        <w:jc w:val="right"/>
      </w:pPr>
      <w:r>
        <w:t>سوسائٹی کا ماحول، جو انسانی سماج کا ماحول، اس میں انسان جیتا ہے، اس میں اس کی کنڈیشننگ ہو جاتی ہے۔</w:t>
      </w:r>
    </w:p>
    <w:p>
      <w:r>
        <w:rPr>
          <w:b/>
        </w:rPr>
        <w:t xml:space="preserve">[08:18] </w:t>
      </w:r>
      <w:r>
        <w:t>to conditioning se pak aik nasal jo fitrat mein qaim ho, fitrat par, woh matloob thi aik inqalab lane ke liye jo rasool aur sahaba rasool ke zariye aya.</w:t>
      </w:r>
    </w:p>
    <w:p>
      <w:pPr>
        <w:jc w:val="right"/>
      </w:pPr>
      <w:r>
        <w:t>تو کنڈیشننگ سے پاک ایک نسل جو فطرت میں قائم ہو، فطرت پر، وہ مطلوب تھی ایک انقلاب لانے کے لیے جو رسول اور صحابہ رسول کے ذریعے آیا۔</w:t>
      </w:r>
    </w:p>
    <w:p>
      <w:r>
        <w:rPr>
          <w:b/>
        </w:rPr>
        <w:t xml:space="preserve">[08:34] </w:t>
      </w:r>
      <w:r>
        <w:t>to yeh is nasal ko aik mustashriq ne, aik orientist ne kaha hai ke "a nation of heroes", jis ko hum kehte hain banu ismail, us ko us ne kaha hai "a nation of heroes".</w:t>
      </w:r>
    </w:p>
    <w:p>
      <w:pPr>
        <w:jc w:val="right"/>
      </w:pPr>
      <w:r>
        <w:t>تو یہ اس نسل کو ایک مستشرق نے، ایک اورینٹرسٹ نے کہا ہے کہ "ا نیشن آف ہیروز"، جس کو ہم کہتے ہیں بنو اسماعیل، اس کو اس نے کہا ہے "ا نیشن آف ہیروز"۔</w:t>
      </w:r>
    </w:p>
    <w:p>
      <w:r>
        <w:rPr>
          <w:b/>
        </w:rPr>
        <w:t xml:space="preserve">[09:01] </w:t>
      </w:r>
      <w:r>
        <w:t>to yeh is desert mein, is desert ke mahol mein, aik qaum paida ki gayi jo bohat mukhtalif thi, bohat ziyada creative, bohat ziyada different, bohat ziyada pak mahol ke asraat se,</w:t>
      </w:r>
    </w:p>
    <w:p>
      <w:pPr>
        <w:jc w:val="right"/>
      </w:pPr>
      <w:r>
        <w:t>تو یہ اس ڈیزرٹ میں، اس ڈیزرٹ کے ماحول میں، ایک قوم پیدا کی گئی جو بہت مختلف تھی، بہت زیادہ کریٹیو، بہت زیادہ ڈفرنٹ، بہت زیادہ پاک ماحول کے اثرات سے،</w:t>
      </w:r>
    </w:p>
    <w:p>
      <w:r>
        <w:rPr>
          <w:b/>
        </w:rPr>
        <w:t xml:space="preserve">[09:24] </w:t>
      </w:r>
      <w:r>
        <w:t>aisi aik qaum. to is qaum ke zariye, is is qaum ko rasool Allah sal Allah alaihi wasallam ne dawat de kar ke aik momin qaum banaya, momin qaum.</w:t>
      </w:r>
    </w:p>
    <w:p>
      <w:pPr>
        <w:jc w:val="right"/>
      </w:pPr>
      <w:r>
        <w:t>ایسی ایک قوم۔ تو اس قوم کے ذریعے، اس اس قوم کو رسول اللہ صلی اللہ علیہ وسلم نے دعوت دے کر کے ایک مومن قوم بنایا، مومن قوم۔</w:t>
      </w:r>
    </w:p>
    <w:p>
      <w:r>
        <w:rPr>
          <w:b/>
        </w:rPr>
        <w:t xml:space="preserve">[09:38] </w:t>
      </w:r>
      <w:r>
        <w:t>phir is qaum ke zariye woh inqalab aya.</w:t>
      </w:r>
    </w:p>
    <w:p>
      <w:pPr>
        <w:jc w:val="right"/>
      </w:pPr>
      <w:r>
        <w:t>پھر اس قوم کے ذریعے وہ انقلاب آیا۔</w:t>
      </w:r>
    </w:p>
    <w:p>
      <w:r>
        <w:rPr>
          <w:b/>
        </w:rPr>
        <w:t xml:space="preserve">[09:45] </w:t>
      </w:r>
      <w:r>
        <w:t>yeh inqalab jo hai, yeh tha ke dunya se shirk ka daur khatam hua, shirk ka daur. aur aap jantay hain ke qadeem zamanay mein sare tareekh ke jitnay bhi adwar guzray hain, shirk ka ghalba tha.</w:t>
      </w:r>
    </w:p>
    <w:p>
      <w:pPr>
        <w:jc w:val="right"/>
      </w:pPr>
      <w:r>
        <w:t>یہ انقلاب جو ہے، یہ تھا کہ دنیا سے شرک کا دور ختم ہوا، شرک کا دور۔ اور آپ جانتے ہیں کہ قدیم زمانے میں سارے تاریخ کے جتنے بھی ادوار گزرے ہیں، شرک کا غلبہ تھا۔</w:t>
      </w:r>
    </w:p>
    <w:p>
      <w:r>
        <w:rPr>
          <w:b/>
        </w:rPr>
        <w:t xml:space="preserve">[10:05] </w:t>
      </w:r>
      <w:r>
        <w:t>shirk ka matlab hai nature ki parastish. agar shirk tha asal mein nature worship, suraj ko poojna, chand ko poojna, samandar ko poojna, peR ko poojna,</w:t>
      </w:r>
    </w:p>
    <w:p>
      <w:pPr>
        <w:jc w:val="right"/>
      </w:pPr>
      <w:r>
        <w:t>شرک کا مطلب ہے نیچر کی پرستش۔ اگر شرک تھا اصل میں نیچر ورشپ، سورج کو پوجنا، چاند کو پوجنا، سمندر کو پوجنا، پیڑ کو پوجنا،</w:t>
      </w:r>
    </w:p>
    <w:p>
      <w:r>
        <w:rPr>
          <w:b/>
        </w:rPr>
        <w:t xml:space="preserve">[10:21] </w:t>
      </w:r>
      <w:r>
        <w:t>to shirk darasal naam tha nature worship. to masla yeh tha ke Allah taala ne sari technology,</w:t>
      </w:r>
    </w:p>
    <w:p>
      <w:pPr>
        <w:jc w:val="right"/>
      </w:pPr>
      <w:r>
        <w:t>تو شرک دراصل نام تھا نیچر ورشپ۔ تو مسئلہ یہ تھا کہ اللہ تعالیٰ نے ساری ٹیکنالوجی،</w:t>
      </w:r>
    </w:p>
    <w:p>
      <w:r>
        <w:rPr>
          <w:b/>
        </w:rPr>
        <w:t xml:space="preserve">[10:34] </w:t>
      </w:r>
      <w:r>
        <w:t>sare qawaneen fitrat isi nature ke andar rakh diye thay. jis cheez ko hum nature kehte hain, woh wohi khazana tha sari taraqqiyon ka, kyunke isi mein to chakrati sari thi, chahe hawai jahaz ho, chahe car ho,</w:t>
      </w:r>
    </w:p>
    <w:p>
      <w:pPr>
        <w:jc w:val="right"/>
      </w:pPr>
      <w:r>
        <w:t>سارے قوانین فطرت اسی نیچر کے اندر رکھ دیے تھے۔ جس چیز کو ہم نیچر کہتے ہیں، وہ وہی خزانہ تھا ساری ترقیوں کا، کیونکہ اسی میں تو چکراٹی ساری تھی، چاہے ہوائی جہاز ہو، چاہے کار ہو،</w:t>
      </w:r>
    </w:p>
    <w:p>
      <w:r>
        <w:rPr>
          <w:b/>
        </w:rPr>
        <w:t xml:space="preserve">[10:52] </w:t>
      </w:r>
      <w:r>
        <w:t>chahe bijli ho, kuch bhi ho, sab isi nature ke andar thi. aur us ko insaan poojta tha.</w:t>
      </w:r>
    </w:p>
    <w:p>
      <w:pPr>
        <w:jc w:val="right"/>
      </w:pPr>
      <w:r>
        <w:t>چاہے بجلی ہو، کچھ بھی ہو، سب اسی نیچر کے اندر تھی۔ اور اس کو انسان پوجتا تھا۔</w:t>
      </w:r>
    </w:p>
    <w:p>
      <w:r>
        <w:rPr>
          <w:b/>
        </w:rPr>
        <w:t xml:space="preserve">[11:03] </w:t>
      </w:r>
      <w:r>
        <w:t>to jis nature ko aap poojain, us ko aap investigation, object of investigation nahi samajh saktay.</w:t>
      </w:r>
    </w:p>
    <w:p>
      <w:pPr>
        <w:jc w:val="right"/>
      </w:pPr>
      <w:r>
        <w:t>تو جس نیچر کو آپ پوجیں، اس کو آپ انویسٹیگیشن، ابجیکٹ آف انویسٹیگیشن نہیں سمجھ سکتے۔</w:t>
      </w:r>
    </w:p>
    <w:p>
      <w:r>
        <w:rPr>
          <w:b/>
        </w:rPr>
        <w:t xml:space="preserve">[11:15] </w:t>
      </w:r>
      <w:r>
        <w:t>us ko aap investigate nahi karengay, us ko to poojengay, poojengay, poojengay. to aik aisi qaum jo is nafsiyat se pak ho,</w:t>
      </w:r>
    </w:p>
    <w:p>
      <w:pPr>
        <w:jc w:val="right"/>
      </w:pPr>
      <w:r>
        <w:t>اس کو آپ انویسٹیگیٹ نہیں کریں گے، اس کو تو پوجیں گے، پوجیں گے، پوجیں گے۔ تو ایک ایسی قوم جو اس نفسیات سے پاک ہو،</w:t>
      </w:r>
    </w:p>
    <w:p>
      <w:r>
        <w:rPr>
          <w:b/>
        </w:rPr>
        <w:t xml:space="preserve">[11:30] </w:t>
      </w:r>
      <w:r>
        <w:t>yani woh nature ko poojne wali na ho, balkay Allah rab ul alameen ko poojne wali ho, tab woh tab aisa hoga ke nature ko explore karegi aur phir sari taraqqiyan.</w:t>
      </w:r>
    </w:p>
    <w:p>
      <w:pPr>
        <w:jc w:val="right"/>
      </w:pPr>
      <w:r>
        <w:t>یعنی وہ نیچر کو پوجنے والی نہ ہو، بلکہ اللہ رب العالمین کو پوجنے والی ہو، تب وہ تب ایسا ہوگا کہ نیچر کو ایکسپلور کرے گی اور پھر ساری ترقیاں۔</w:t>
      </w:r>
    </w:p>
    <w:p>
      <w:r>
        <w:rPr>
          <w:b/>
        </w:rPr>
        <w:t xml:space="preserve">[11:48] </w:t>
      </w:r>
      <w:r>
        <w:t>to yeh jo jis ko hum kehte hain civilization, sari ki sari civilization is desert mein chupi hui thi, yaani isi nature mein.</w:t>
      </w:r>
    </w:p>
    <w:p>
      <w:pPr>
        <w:jc w:val="right"/>
      </w:pPr>
      <w:r>
        <w:t>تو یہ جو جس کو ہم کہتے ہیں سویلائزیشن، ساری کی ساری سویلائزیشن اس ڈیزرٹ میں چھپی ہوئی تھی، یعنی اسی نیچر میں۔</w:t>
      </w:r>
    </w:p>
    <w:p>
      <w:r>
        <w:rPr>
          <w:b/>
        </w:rPr>
        <w:t xml:space="preserve">[12:01] </w:t>
      </w:r>
      <w:r>
        <w:t>to Allah taala ka yeh matlab tha ke aise log paida hon jo is nafsiyat se pak hon ke nature ko poojne wale, taake nature ke andar jo khazane hain,</w:t>
      </w:r>
    </w:p>
    <w:p>
      <w:pPr>
        <w:jc w:val="right"/>
      </w:pPr>
      <w:r>
        <w:t>تو اللہ تعالیٰ کا یہ مطلوب تھا کہ ایسے لوگ پیدا ہوں جو اس نفسیات سے پاک ہوں کہ نیچر کو پوجنے والے، تاکہ نیچر کے اندر جو خزانے ہیں،</w:t>
      </w:r>
    </w:p>
    <w:p>
      <w:r>
        <w:rPr>
          <w:b/>
        </w:rPr>
        <w:t xml:space="preserve">[12:18] </w:t>
      </w:r>
      <w:r>
        <w:t>wo zahir hon. Yeh jo jis ko khazanon mein keh raha hoon, yaani bijli aur machinein, hawai jahaz aur car,</w:t>
      </w:r>
    </w:p>
    <w:p>
      <w:pPr>
        <w:jc w:val="right"/>
      </w:pPr>
      <w:r>
        <w:t>وہ ظاہر ہوں۔ یہ جو جس کو خزانوں میں کہہ رہا ہوں، یعنی بجلی اور مشینیں، ہوائی جہاز اور کار،</w:t>
      </w:r>
    </w:p>
    <w:p>
      <w:r>
        <w:rPr>
          <w:b/>
        </w:rPr>
        <w:t xml:space="preserve">[12:32] </w:t>
      </w:r>
      <w:r>
        <w:t>computer, jitni technology hai, sari technology isi mein, is ke andar thi.</w:t>
      </w:r>
    </w:p>
    <w:p>
      <w:pPr>
        <w:jc w:val="right"/>
      </w:pPr>
      <w:r>
        <w:t>کمپیوٹر، جتنی ٹیکنالوجی ہے، ساری ٹیکنالوجی اسی میں، اس کے اندر تھی۔</w:t>
      </w:r>
    </w:p>
    <w:p>
      <w:r>
        <w:rPr>
          <w:b/>
        </w:rPr>
        <w:t xml:space="preserve">[12:41] </w:t>
      </w:r>
      <w:r>
        <w:t>to technology aik khazana thi jo nature mein chupi hui thi. To Allah taala ka matlab hua ke aik aisi qaum bane jo is is nafsiyat se pak ho,</w:t>
      </w:r>
    </w:p>
    <w:p>
      <w:pPr>
        <w:jc w:val="right"/>
      </w:pPr>
      <w:r>
        <w:t>تو ٹیکنالوجی ایک خزانہ تھی جو نیچر میں چھپی ہوئی تھی۔ تو اللہ تعالیٰ کا مطلوب ہوا کہ ایک ایسی قوم بنے جو اس اس نفسیات سے پاک ہو،</w:t>
      </w:r>
    </w:p>
    <w:p>
      <w:r>
        <w:rPr>
          <w:b/>
        </w:rPr>
        <w:t xml:space="preserve">[12:57] </w:t>
      </w:r>
      <w:r>
        <w:t>nature worship ki nafsiyat se, taake woh is ki tehqeeq kare, is ko explore kare.</w:t>
      </w:r>
    </w:p>
    <w:p>
      <w:pPr>
        <w:jc w:val="right"/>
      </w:pPr>
      <w:r>
        <w:t>نیچر ورشپ کی نفسیات سے، تاکہ وہ اس کی تحقیق کرے، اس کو ایکسپلور کرے۔</w:t>
      </w:r>
    </w:p>
    <w:p>
      <w:r>
        <w:rPr>
          <w:b/>
        </w:rPr>
        <w:t xml:space="preserve">[13:05] </w:t>
      </w:r>
      <w:r>
        <w:t>phir science ka ilm, technology ka ilm paida ho aur dunya mein tehzeeb ka daur aaye. Yeh tha naqsha, yeh tha scheme.</w:t>
      </w:r>
    </w:p>
    <w:p>
      <w:pPr>
        <w:jc w:val="right"/>
      </w:pPr>
      <w:r>
        <w:t>پھر سائنس کا علم، ٹیکنالوجی کا علم پیدا ہو اور دنیا میں تہذیب کا دور آئے۔ یہ تھا نقشہ، یہ تھا اسکیم۔</w:t>
      </w:r>
    </w:p>
    <w:p>
      <w:r>
        <w:rPr>
          <w:b/>
        </w:rPr>
        <w:t xml:space="preserve">[13:19] </w:t>
      </w:r>
      <w:r>
        <w:t>to is ke maani hain ke jis cheez ko hum daur jadeed kehte hain, jis cheez ko hum civilization kehte hain, jis cheez ko hum age of technology,</w:t>
      </w:r>
    </w:p>
    <w:p>
      <w:pPr>
        <w:jc w:val="right"/>
      </w:pPr>
      <w:r>
        <w:t>تو اس کے معنی ہیں کہ جس چیز کو ہم دور جدید کہتے ہیں، جس چیز کو ہم سویلائزیشن کہتے ہیں، جس چیز کو ہم ایج آف ٹیکنالوجی،</w:t>
      </w:r>
    </w:p>
    <w:p>
      <w:r>
        <w:rPr>
          <w:b/>
        </w:rPr>
        <w:t xml:space="preserve">[13:33] </w:t>
      </w:r>
      <w:r>
        <w:t>age of communication kehte hain, woh sara ka sara nature mein chupa hua tha aur is ko bahar lana tha.</w:t>
      </w:r>
    </w:p>
    <w:p>
      <w:pPr>
        <w:jc w:val="right"/>
      </w:pPr>
      <w:r>
        <w:t>ایج آف کمیونیکیشن کہتے ہیں، وہ سارا کا سارا نیچر میں چھپا ہوا تھا اور اس کو باہر لانا تھا۔</w:t>
      </w:r>
    </w:p>
    <w:p>
      <w:r>
        <w:rPr>
          <w:b/>
        </w:rPr>
        <w:t xml:space="preserve">[13:42] </w:t>
      </w:r>
      <w:r>
        <w:t>to bani Ismael, yaani Hazrat Ismael ki jo qaum bani sehra mein, desert mein, wohi to is ko khola, isi ne to khola hai.</w:t>
      </w:r>
    </w:p>
    <w:p>
      <w:pPr>
        <w:jc w:val="right"/>
      </w:pPr>
      <w:r>
        <w:t>تو بنو اسماعیل، یعنی حضرت اسماعیل کی جو قوم بنی صحرا میں، ڈیزرٹ میں، وہی تو اس کو کھولا، اسی نے تو کھولا ہے۔</w:t>
      </w:r>
    </w:p>
    <w:p>
      <w:r>
        <w:rPr>
          <w:b/>
        </w:rPr>
        <w:t xml:space="preserve">[13:54] </w:t>
      </w:r>
      <w:r>
        <w:t>to yeh jo hum, yeh jo qurbani hui sehrai mahaul mein, is ko mein kahunga ke yeh yeh desert therapy thi.</w:t>
      </w:r>
    </w:p>
    <w:p>
      <w:pPr>
        <w:jc w:val="right"/>
      </w:pPr>
      <w:r>
        <w:t>تو یہ جو ہم، یہ جو قربانی ہوئی صحرائی ماحول میں، اس کو میں کہوں گا کہ یہ یہ ڈیزرٹ تھیراپی تھی۔</w:t>
      </w:r>
    </w:p>
    <w:p>
      <w:r>
        <w:rPr>
          <w:b/>
        </w:rPr>
        <w:t xml:space="preserve">[14:07] </w:t>
      </w:r>
      <w:r>
        <w:t>desert therapy, is desert, is desert therapy se ke aik course mein dala gaya in ko, is se woh bahar aaye.</w:t>
      </w:r>
    </w:p>
    <w:p>
      <w:pPr>
        <w:jc w:val="right"/>
      </w:pPr>
      <w:r>
        <w:t>ڈیزرٹ تھیراپی، اس ڈیزرٹ، اس ڈیزرٹ تھیراپی سے کے ایک کورس میں ڈالا گیا ان کو، اس سے وہ باہر آئے۔</w:t>
      </w:r>
    </w:p>
    <w:p>
      <w:r>
        <w:rPr>
          <w:b/>
        </w:rPr>
        <w:t xml:space="preserve">[14:20] </w:t>
      </w:r>
      <w:r>
        <w:t>is raaz ko samjha hai Order Time bhi ne aur France ke murekh Henri Piren ne.</w:t>
      </w:r>
    </w:p>
    <w:p>
      <w:pPr>
        <w:jc w:val="right"/>
      </w:pPr>
      <w:r>
        <w:t>اس راز کو سمجھا ہے ارڈر ٹائم بھی نے اور فرانس کے مورخ ہنری پرین نے۔</w:t>
      </w:r>
    </w:p>
    <w:p>
      <w:r>
        <w:rPr>
          <w:b/>
        </w:rPr>
        <w:t xml:space="preserve">[14:32] </w:t>
      </w:r>
      <w:r>
        <w:t>Henri Order Time mein ka mein ne aik woh is ki, is ka aik interview tha New York Times mein, is mein is ne yeh baat kahi thi.</w:t>
      </w:r>
    </w:p>
    <w:p>
      <w:pPr>
        <w:jc w:val="right"/>
      </w:pPr>
      <w:r>
        <w:t>ہنری ارڈر ٹائم میں کا میں نے ایک وہ اس کی، اس کا ایک انٹرویو تھا نیویارک ٹائمز میں، اس میں اس نے یہ بات کہی تھی۔</w:t>
      </w:r>
    </w:p>
    <w:p>
      <w:r>
        <w:rPr>
          <w:b/>
        </w:rPr>
        <w:t xml:space="preserve">[14:49] </w:t>
      </w:r>
      <w:r>
        <w:t>aur Henri Piren ne to baqayda apni kitaab mein kahi hai. To Henri Piren ne yeh alfaaz likhe hain ke "Islam change the face of the globe,</w:t>
      </w:r>
    </w:p>
    <w:p>
      <w:pPr>
        <w:jc w:val="right"/>
      </w:pPr>
      <w:r>
        <w:t>اور ہنری پرین نے تو باقاعدہ اپنی کتاب میں کہی ہے۔ تو ہنری پرین نے یہ الفاظ لکھے ہیں کہ "اسلام چینج دا فیس آف دا گلوب،</w:t>
      </w:r>
    </w:p>
    <w:p>
      <w:r>
        <w:rPr>
          <w:b/>
        </w:rPr>
        <w:t xml:space="preserve">[15:10] </w:t>
      </w:r>
      <w:r>
        <w:t>the traditional order of history was overthrown".</w:t>
      </w:r>
    </w:p>
    <w:p>
      <w:pPr>
        <w:jc w:val="right"/>
      </w:pPr>
      <w:r>
        <w:t>دا ٹریڈیشنل آرڈر آف ہسٹری واز اوور تھرو"۔</w:t>
      </w:r>
    </w:p>
    <w:p>
      <w:r>
        <w:rPr>
          <w:b/>
        </w:rPr>
        <w:t xml:space="preserve">[15:18] </w:t>
      </w:r>
      <w:r>
        <w:t>to ab mein samajhta hoon ke daur jadeed mein isi qism ki aik aur qurbani darkaar hai.</w:t>
      </w:r>
    </w:p>
    <w:p>
      <w:pPr>
        <w:jc w:val="right"/>
      </w:pPr>
      <w:r>
        <w:t>تو اب میں سمجھتا ہوں کہ دور جدید میں اسی قسم کی ایک اور قربانی درکار ہے۔</w:t>
      </w:r>
    </w:p>
    <w:p>
      <w:r>
        <w:rPr>
          <w:b/>
        </w:rPr>
        <w:t xml:space="preserve">[15:31] </w:t>
      </w:r>
      <w:r>
        <w:t>woh qurbani kya hai? Woh qurbani yeh hai ke pehli qurbani Hazrat Ismael ki qurbani ke zariye dunya mein yeh daur aaya.</w:t>
      </w:r>
    </w:p>
    <w:p>
      <w:pPr>
        <w:jc w:val="right"/>
      </w:pPr>
      <w:r>
        <w:t>وہ قربانی کیا ہے؟ وہ قربانی یہ ہے کہ پہلی قربانی حضرت اسماعیل کی قربانی کے ذریعے دنیا میں یہ دور آیا۔</w:t>
      </w:r>
    </w:p>
    <w:p>
      <w:r>
        <w:rPr>
          <w:b/>
        </w:rPr>
        <w:t xml:space="preserve">[15:46] </w:t>
      </w:r>
      <w:r>
        <w:t>is daur ko mein kehta hoon ke pro Dawood daur. Yeh jo daur aaya jis ko aap modern age kehte hain, civilization kehte hain, yeh apni haqeeqat ke aitbaar se taayidi daur tha.</w:t>
      </w:r>
    </w:p>
    <w:p>
      <w:pPr>
        <w:jc w:val="right"/>
      </w:pPr>
      <w:r>
        <w:t>اس دور کو میں کہتا ہوں کہ پرو داؤد دور۔ یہ جو دور آیا جس کو آپ ماڈرن ایج کہتے ہیں، سویلائزیشن کہتے ہیں، یہ اپنی حقیقت کے اعتبار سے تائیدی دور تھا۔</w:t>
      </w:r>
    </w:p>
    <w:p>
      <w:r>
        <w:rPr>
          <w:b/>
        </w:rPr>
        <w:t xml:space="preserve">[16:02] </w:t>
      </w:r>
      <w:r>
        <w:t>taayid, jaisa ke hadees mein aaya hai, taayid. To yeh taayidi daur jo hai, woh dawat ke liye, yaani age of communication jo aaya,</w:t>
      </w:r>
    </w:p>
    <w:p>
      <w:pPr>
        <w:jc w:val="right"/>
      </w:pPr>
      <w:r>
        <w:t>تائید، جیسا کہ حدیث میں آیا ہے، تائید۔ تو یہ تائیدی دور جو ہے، وہ دعوت کے لیے، یعنی ایج آف کمیونیکیشن جو آیا،</w:t>
      </w:r>
    </w:p>
    <w:p>
      <w:r>
        <w:rPr>
          <w:b/>
        </w:rPr>
        <w:t xml:space="preserve">[16:16] </w:t>
      </w:r>
      <w:r>
        <w:t>dawat ke liye computer aaya, dawat ke liye printing press aaya, dawat ke liye science ki tehqeeqat jo huin, woh dawat ke liye.</w:t>
      </w:r>
    </w:p>
    <w:p>
      <w:pPr>
        <w:jc w:val="right"/>
      </w:pPr>
      <w:r>
        <w:t>دعوت کے لیے کمپیوٹر آیا، دعوت کے لیے پرنٹنگ پریس آیا، دعوت کے لیے سائنس کی تحقیقات جو ہوئیں، وہ دعوت کے لیے۔</w:t>
      </w:r>
    </w:p>
    <w:p>
      <w:r>
        <w:rPr>
          <w:b/>
        </w:rPr>
        <w:t xml:space="preserve">[16:27] </w:t>
      </w:r>
      <w:r>
        <w:t>to yeh poora ka poora age jo hai, pro Dawood age hai. Poora ka poora age pro Dawood age hai.</w:t>
      </w:r>
    </w:p>
    <w:p>
      <w:pPr>
        <w:jc w:val="right"/>
      </w:pPr>
      <w:r>
        <w:t>تو یہ پورا کا پورا ایج جو ہے، پرو دعویٰ ایج ہے۔ پورا کا پورا ایج پرو دعویٰ ایج ہے۔</w:t>
      </w:r>
    </w:p>
    <w:p>
      <w:r>
        <w:rPr>
          <w:b/>
        </w:rPr>
        <w:t xml:space="preserve">[16:40] </w:t>
      </w:r>
      <w:r>
        <w:t>ab sawal yeh hai ke yeh jo imkaan paida hua hai, yeh jo opportunities paida hui hain, abhi tak in available pari hui hain.</w:t>
      </w:r>
    </w:p>
    <w:p>
      <w:pPr>
        <w:jc w:val="right"/>
      </w:pPr>
      <w:r>
        <w:t>اب سوال یہ ہے کہ یہ جو امکان پیدا ہوا ہے، یہ جو اپرچونیٹیز پیدا ہوئی ہیں، ابھی تک ان اویلیبل پڑی ہوئی ہیں۔</w:t>
      </w:r>
    </w:p>
    <w:p>
      <w:r>
        <w:rPr>
          <w:b/>
        </w:rPr>
        <w:t xml:space="preserve">[16:51] </w:t>
      </w:r>
      <w:r>
        <w:t>kyun? Doosri baar jo qurbani darkaar thi, woh logon ne kiya nahi? Pehli qurbani to Hazrat Ismael ne ki, to to age aa gaya.</w:t>
      </w:r>
    </w:p>
    <w:p>
      <w:pPr>
        <w:jc w:val="right"/>
      </w:pPr>
      <w:r>
        <w:t>کیوں؟ دوسری بار جو قربانی درکار تھی، وہ لوگوں نے کیا نہیں؟ پہلی قربانی تو حضرت اسماعیل نے کی، تو تو ایج آ گیا۔</w:t>
      </w:r>
    </w:p>
    <w:p>
      <w:r>
        <w:rPr>
          <w:b/>
        </w:rPr>
        <w:t xml:space="preserve">[17:03] </w:t>
      </w:r>
      <w:r>
        <w:t>doosri qurbani darkaar thi, woh abhi tak nahi kiya logon ne. Woh kya hai? Woh yeh hai ke ab ab jo nasal hai, 21st century mein jo nasal hai, woh mutaala kare daur jadeed ka.</w:t>
      </w:r>
    </w:p>
    <w:p>
      <w:pPr>
        <w:jc w:val="right"/>
      </w:pPr>
      <w:r>
        <w:t>دوسری قربانی درکار تھی، وہ ابھی تک نہیں کیا لوگوں نے۔ وہ کیا ہے؟ وہ یہ کہ اب اب جو نسل ہے، 21 سینچری میں جو نسل ہے، وہ مطالعہ کرے دور جدید کا۔</w:t>
      </w:r>
    </w:p>
    <w:p>
      <w:r>
        <w:rPr>
          <w:b/>
        </w:rPr>
        <w:t xml:space="preserve">[17:18] </w:t>
      </w:r>
      <w:r>
        <w:t>woh dekhiye, ek baat mein yahan arz karunga ke hazrat ibrahim ne,</w:t>
      </w:r>
    </w:p>
    <w:p>
      <w:pPr>
        <w:jc w:val="right"/>
      </w:pPr>
      <w:r>
        <w:t>وہ دیکھیے، ایک بات میں یہاں عرض کروں گا کہ حضرت ابراہیم نے،</w:t>
      </w:r>
    </w:p>
    <w:p>
      <w:r>
        <w:rPr>
          <w:b/>
        </w:rPr>
        <w:t xml:space="preserve">[17:30] </w:t>
      </w:r>
      <w:r>
        <w:t>hazrat ibrahim ka jo waqia hai, us par ghaur kijiye aap. Hazrat ibrahim ko iraq mein is zamane ka jo badshah tha, ghussa hokar aap aag mein daal diya.</w:t>
      </w:r>
    </w:p>
    <w:p>
      <w:pPr>
        <w:jc w:val="right"/>
      </w:pPr>
      <w:r>
        <w:t>حضرت ابراہیم کا جو واقعہ ہے، اس پر غور کیجئے آپ۔ حضرت ابراہیم کو عراق میں اس زمانے کا جو بادشاہ تھا، غصہ ہو کر آپ آگ میں ڈال دیا۔</w:t>
      </w:r>
    </w:p>
    <w:p>
      <w:r>
        <w:rPr>
          <w:b/>
        </w:rPr>
        <w:t xml:space="preserve">[17:42] </w:t>
      </w:r>
      <w:r>
        <w:t>yeh toh khud quran mein hai ke aag mein daal diya kyunke woh shirk ke khilaf thay aur badshah jo tha, mushrik tha.</w:t>
      </w:r>
    </w:p>
    <w:p>
      <w:pPr>
        <w:jc w:val="right"/>
      </w:pPr>
      <w:r>
        <w:t>یہ تو خود قرآن میں ہے کہ آگ میں ڈال دیا کیونکہ وہ شرک کے خلاف تھے اور بادشاہ جو تھا، مشرک تھا۔</w:t>
      </w:r>
    </w:p>
    <w:p>
      <w:r>
        <w:rPr>
          <w:b/>
        </w:rPr>
        <w:t xml:space="preserve">[17:50] </w:t>
      </w:r>
      <w:r>
        <w:t>woh toh is ne hukum diya aur aap ko aag ke azab mein daal diya gaya. Allah ne bacha liya is ko.</w:t>
      </w:r>
    </w:p>
    <w:p>
      <w:pPr>
        <w:jc w:val="right"/>
      </w:pPr>
      <w:r>
        <w:t>وہ تو اس نے حکم دیا اور آپ کو آگ کے عذاب میں ڈال دیا گیا۔ اللہ نے بچا لیا اس کو۔</w:t>
      </w:r>
    </w:p>
    <w:p>
      <w:r>
        <w:rPr>
          <w:b/>
        </w:rPr>
        <w:t xml:space="preserve">[18:01] </w:t>
      </w:r>
      <w:r>
        <w:t>ab aap ghaur kijiye ke jis insan ko aag mein daala gaya ho, us ke andar toh nafrat, baghavat, intiqam, ghussa, yeh sab hona chahiye.</w:t>
      </w:r>
    </w:p>
    <w:p>
      <w:pPr>
        <w:jc w:val="right"/>
      </w:pPr>
      <w:r>
        <w:t>اب آپ غور کیجئے کہ جس انسان کو آگ میں ڈالا گیا ہو، اس کے اندر تو نفرت، بغاوت، انتقام، غصہ، یہ سب ہونا چاہیے۔</w:t>
      </w:r>
    </w:p>
    <w:p>
      <w:r>
        <w:rPr>
          <w:b/>
        </w:rPr>
        <w:t xml:space="preserve">[18:15] </w:t>
      </w:r>
      <w:r>
        <w:t>hazrat ibrahim ne aisa nahi kiya. Hazrat ibrahim ne yeh kiya ke iraq ko chhod kar woh aa gaye makkah mein, yahan ke desert mein ek nasl banayi unhon ne.</w:t>
      </w:r>
    </w:p>
    <w:p>
      <w:pPr>
        <w:jc w:val="right"/>
      </w:pPr>
      <w:r>
        <w:t>حضرت ابراہیم نے ایسا نہیں کیا۔ حضرت ابراہیم نے یہ کیا کہ عراق کو چھوڑ کر وہ آگئے مکہ میں، یہاں کے ڈیزرٹ میں ایک نسل بنائی انہوں نے۔</w:t>
      </w:r>
    </w:p>
    <w:p>
      <w:r>
        <w:rPr>
          <w:b/>
        </w:rPr>
        <w:t xml:space="preserve">[18:26] </w:t>
      </w:r>
      <w:r>
        <w:t>yani ek dum jaise ke ek waqia hua hi nahi un ke sath, hazrat ibrahim ke sath ke un ko aag mein daal kar woh chahte thay ke jal kar khatm ho jayein.</w:t>
      </w:r>
    </w:p>
    <w:p>
      <w:pPr>
        <w:jc w:val="right"/>
      </w:pPr>
      <w:r>
        <w:t>یعنی ایک دم جیسے کہ ایک واقعہ ہوا ہی نہیں ان کے ساتھ، حضرت ابراہیم کے ساتھ کہ ان کو آگ میں ڈال کر وہ چاہتے تھے کہ جل کر ختم ہو جائیں۔</w:t>
      </w:r>
    </w:p>
    <w:p>
      <w:r>
        <w:rPr>
          <w:b/>
        </w:rPr>
        <w:t xml:space="preserve">[18:40] </w:t>
      </w:r>
      <w:r>
        <w:t>toh maine hazrat ibrahim ne apne aap ko ghusse se, nafrat se upar uthaya. Tab aa kar ke woh desert therapy mein apne bachon ko daala unhon ne aur phir yeh inqilab aaya.</w:t>
      </w:r>
    </w:p>
    <w:p>
      <w:pPr>
        <w:jc w:val="right"/>
      </w:pPr>
      <w:r>
        <w:t>تو میں نے حضرت ابراہیم نے اپنے آپ کو غصے سے، نفرت سے اوپر اٹھایا۔ تب آ کر کے وہ ڈیزرٹ تھیراپی میں اپنے بچوں کو ڈالا انہوں نے اور پھر یہ انقلاب آیا۔</w:t>
      </w:r>
    </w:p>
    <w:p>
      <w:r>
        <w:rPr>
          <w:b/>
        </w:rPr>
        <w:t xml:space="preserve">[18:55] </w:t>
      </w:r>
      <w:r>
        <w:t>yani communication ka inqilab aur science ka inqilab aur yeh pro dawa inqilab.</w:t>
      </w:r>
    </w:p>
    <w:p>
      <w:pPr>
        <w:jc w:val="right"/>
      </w:pPr>
      <w:r>
        <w:t>یعنی کمیونیکیشن کا انقلاب اور سائنس کا انقلاب اور یہ پرو دعویٰ انقلاب۔</w:t>
      </w:r>
    </w:p>
    <w:p>
      <w:r>
        <w:rPr>
          <w:b/>
        </w:rPr>
        <w:t xml:space="preserve">[19:05] </w:t>
      </w:r>
      <w:r>
        <w:t>ab ab waqt aaya hai ke is ko istemal kiya jaye kyunke log jo hain, nafrat mein pad gaye. Ain isi waqt west se nafrat, duniya se nafrat, sab ko samajhte hain ke sab islam ke khilaf hain.</w:t>
      </w:r>
    </w:p>
    <w:p>
      <w:pPr>
        <w:jc w:val="right"/>
      </w:pPr>
      <w:r>
        <w:t>اب اب وقت آیا ہے کہ اس کو استعمال کیا جائے کیونکہ لوگ جو ہیں، نفرت میں پڑ گئے۔ عین اسی وقت ویسٹ سے نفرت، دنیا سے نفرت، سب کو سمجھتے ہیں کہ سب اسلام کے خلاف ہیں۔</w:t>
      </w:r>
    </w:p>
    <w:p>
      <w:r>
        <w:rPr>
          <w:b/>
        </w:rPr>
        <w:t xml:space="preserve">[19:19] </w:t>
      </w:r>
      <w:r>
        <w:t>toh bas yeh yeh inqilab, yeh yeh qurbani darkar hai aaj ke nafrat ko khatm karau, ghussa ko khatm karein aur jo aaj dawat ke mawaqe hain, us ko istemal karein.</w:t>
      </w:r>
    </w:p>
    <w:p>
      <w:pPr>
        <w:jc w:val="right"/>
      </w:pPr>
      <w:r>
        <w:t>تو بس یہ یہ انقلاب، یہ یہ قربانی درکار ہے آج کہ نفرت کو ختم کراؤں، غصہ کو ختم کریں اور جو آج دعوت کے مواقع ہیں، اس کو استعمال کریں۔</w:t>
      </w:r>
    </w:p>
    <w:p>
      <w:r>
        <w:rPr>
          <w:b/>
        </w:rPr>
        <w:t xml:space="preserve">[19:35] </w:t>
      </w:r>
      <w:r>
        <w:t>misal ke taur par dekhiye, jo aaj ka jo daur hai, us mein ek nayi cheez paida hui hai, tourism.</w:t>
      </w:r>
    </w:p>
    <w:p>
      <w:pPr>
        <w:jc w:val="right"/>
      </w:pPr>
      <w:r>
        <w:t>مثلاً دیکھیے، جو آج کا جو دور ہے، اس میں ایک نئی چیز پیدا ہوئی ہے، چورزم۔</w:t>
      </w:r>
    </w:p>
    <w:p>
      <w:r>
        <w:rPr>
          <w:b/>
        </w:rPr>
        <w:t xml:space="preserve">[19:46] </w:t>
      </w:r>
      <w:r>
        <w:t>yeh jo ilaaqa hai, woh jis mein iraq hai, sham hai, arab hai, urdun hai, yeh sara jo ilaaqa hai, wahan bohat zyada mawaqe hain tourism ke aur bohat wahan aate hain siyah, tourist.</w:t>
      </w:r>
    </w:p>
    <w:p>
      <w:pPr>
        <w:jc w:val="right"/>
      </w:pPr>
      <w:r>
        <w:t>یہ جو علاقہ ہے، وہ جس میں عراق ہے، شام ہے، عرب ہے، اردن ہے، یہ سارا جو علاقہ ہے، وہاں بہت زیادہ مواقع ہیں ٹورزم کے اور بہت وہاں وہ آتے ہیں سیاح، ٹورسٹ۔</w:t>
      </w:r>
    </w:p>
    <w:p>
      <w:r>
        <w:rPr>
          <w:b/>
        </w:rPr>
        <w:t xml:space="preserve">[20:11] </w:t>
      </w:r>
      <w:r>
        <w:t>lekin koi chunke logon ke andar yeh zehan nahi hai, log toh bas khali paisa kamane lage hue hain. Aaj sare musalman ek hi kaam mein lage hue hain, paisa kamana, paisa kamana, paisa kamana.</w:t>
      </w:r>
    </w:p>
    <w:p>
      <w:pPr>
        <w:jc w:val="right"/>
      </w:pPr>
      <w:r>
        <w:t>لیکن کوئی چونکہ لوگوں کے اندر یہ ذہن نہیں ہے، لوگ تو بس خالی پیسہ کمانے لگے ہوئے ہیں۔ آج سارے مسلمان ایک ہی کام میں لگے ہوئے ہیں، پیسہ کمانا، پیسہ کمانا، پیسہ کمانا۔</w:t>
      </w:r>
    </w:p>
    <w:p>
      <w:r>
        <w:rPr>
          <w:b/>
        </w:rPr>
        <w:t xml:space="preserve">[20:25] </w:t>
      </w:r>
      <w:r>
        <w:t>toh yeh jo tourist aate hain sari duniya se is ilaaqe mein aur doosre ilaaqon mein, toh un ko dawat ke liye available nahi kar paate.</w:t>
      </w:r>
    </w:p>
    <w:p>
      <w:pPr>
        <w:jc w:val="right"/>
      </w:pPr>
      <w:r>
        <w:t>تو یہ جو ٹورسٹ آتے ہیں ساری دنیا سے اس علاقے میں اور دوسرے علاقوں میں، تو ان کو دعوت کے لیے اویلیبل نہیں کر پاتے۔</w:t>
      </w:r>
    </w:p>
    <w:p>
      <w:r>
        <w:rPr>
          <w:b/>
        </w:rPr>
        <w:t xml:space="preserve">[20:38] </w:t>
      </w:r>
      <w:r>
        <w:t>woh toh aaj ki qurbani jo hai, woh yeh hai ke log saada zindagi ikhtiyar karein, luxury ko chhodein aur</w:t>
      </w:r>
    </w:p>
    <w:p>
      <w:pPr>
        <w:jc w:val="right"/>
      </w:pPr>
      <w:r>
        <w:t>وہ تو آج کی قربانی جو ہے، وہ یہ ہے کہ لوگ سادہ زندگی اختیار کریں، لگزری کو چھوڑیں اور</w:t>
      </w:r>
    </w:p>
    <w:p>
      <w:r>
        <w:rPr>
          <w:b/>
        </w:rPr>
        <w:t xml:space="preserve">[20:52] </w:t>
      </w:r>
      <w:r>
        <w:t>aur jo un ke paas taqat hai, jo maal hai, us ko jhonk dein dawat ke liye. Aaj ki qurbani yeh hai,</w:t>
      </w:r>
    </w:p>
    <w:p>
      <w:pPr>
        <w:jc w:val="right"/>
      </w:pPr>
      <w:r>
        <w:t>اور جو ان کے پاس طاقت ہے، جو مال ہے، اس کو جھونک دیں دعوت کے لیے۔ آج کی قربانی یہ ہے،</w:t>
      </w:r>
    </w:p>
    <w:p>
      <w:r>
        <w:rPr>
          <w:b/>
        </w:rPr>
        <w:t xml:space="preserve">[21:04] </w:t>
      </w:r>
      <w:r>
        <w:t>saada zindagi kafi hai zindagi guzarne ke liye. Toh aaj ki qurbani yeh hai ke log saada zindagi guzarein aur yeh jo maal ko apna but maan liya hai,</w:t>
      </w:r>
    </w:p>
    <w:p>
      <w:pPr>
        <w:jc w:val="right"/>
      </w:pPr>
      <w:r>
        <w:t>سادہ زندگی کافی ہے زندگی گزارنے کے لیے۔ تو آج کی قربانی یہ ہے کہ لوگ سادہ زندگی گزاریں اور یہ جو مال کو اپنا بت مان لیا ہے،</w:t>
      </w:r>
    </w:p>
    <w:p>
      <w:r>
        <w:rPr>
          <w:b/>
        </w:rPr>
        <w:t xml:space="preserve">[21:20] </w:t>
      </w:r>
      <w:r>
        <w:t>bas paisa kamana, paisa kamana, paisa kamana, is ke bajaye woh dawat ke mawaqe ko available karna, yeh yeh is ko banayein apna nishana, apna goal.</w:t>
      </w:r>
    </w:p>
    <w:p>
      <w:pPr>
        <w:jc w:val="right"/>
      </w:pPr>
      <w:r>
        <w:t>بس پیسہ کمانا، پیسہ کمانا، پیسہ کمانا، اس کے بجائے وہ دعوت کے مواقع کو اویلیبل کرنا، یہ یہ اس کو بنائیں اپنا نشانہ، اپنا گول۔</w:t>
      </w:r>
    </w:p>
    <w:p>
      <w:r>
        <w:rPr>
          <w:b/>
        </w:rPr>
        <w:t xml:space="preserve">[21:34] </w:t>
      </w:r>
      <w:r>
        <w:t>sab se sab se zyada is mein apna waqt lagayein, is mein apna paisa lagayein, is mein apni qawaid lagayein taake sari duniya tak islam ka paigham pohanch jaye.</w:t>
      </w:r>
    </w:p>
    <w:p>
      <w:pPr>
        <w:jc w:val="right"/>
      </w:pPr>
      <w:r>
        <w:t>سب سے سب سے زیادہ اس میں اپنا وقت لگائیں، اس میں اپنا پیسہ لگائیں، اس میں اپنی قواعد لگائیں تاکہ ساری دنیا تک اسلام کا پیغام پہنچ جائے۔</w:t>
      </w:r>
    </w:p>
    <w:p>
      <w:r>
        <w:rPr>
          <w:b/>
        </w:rPr>
        <w:t xml:space="preserve">[21:49] </w:t>
      </w:r>
      <w:r>
        <w:t>aur is ki is ki mutayyan shakal yeh hai ke quran ka tarjuma har zaban mein, quran ka tarjuma har zaban mein chhap kar ke us ko sari duniya ke logon tak pahunchana.</w:t>
      </w:r>
    </w:p>
    <w:p>
      <w:pPr>
        <w:jc w:val="right"/>
      </w:pPr>
      <w:r>
        <w:t>اور اس کی اس کی متعین شکل یہ ہے کہ قرآن کا ترجمہ ہر زبان میں، قرآن کا ترجمہ ہر زبان میں چھاپ کر کے اس کو ساری دنیا کے لوگوں تک پہنچانا۔</w:t>
      </w:r>
    </w:p>
    <w:p>
      <w:r>
        <w:rPr>
          <w:b/>
        </w:rPr>
        <w:t xml:space="preserve">[22:06] </w:t>
      </w:r>
      <w:r>
        <w:t>aaj ka jo qurbani hai, aaj ki jo sab se bada kaam hai, aaj ka jo zibah azeem hai, woh yahi hai.</w:t>
      </w:r>
    </w:p>
    <w:p>
      <w:pPr>
        <w:jc w:val="right"/>
      </w:pPr>
      <w:r>
        <w:t>آج کا جو قربانی ہے، آج کی جو سب سے بڑا کام ہے، آج کا جو ذبح عظیم ہے، وہ یہی ہے۔</w:t>
      </w:r>
    </w:p>
    <w:p>
      <w:r>
        <w:rPr>
          <w:b/>
        </w:rPr>
        <w:t xml:space="preserve">[22:16] </w:t>
      </w:r>
      <w:r>
        <w:t>zibah azeem ka waqia ek bar ke liye nahi hua tha, balke aage ki tareekh mein bhi hone wala tha ke jab duniya mein sari technology maloom ho jaye, jab mawaqe khul jayein, jab age of communication aa jaye,</w:t>
      </w:r>
    </w:p>
    <w:p>
      <w:pPr>
        <w:jc w:val="right"/>
      </w:pPr>
      <w:r>
        <w:t>ذبح عظیم کا واقعہ ایک بار کے لیے نہیں ہوا تھا، بلکہ آگے کی تاریخ میں بھی ہونے والا تھا کہ جب دنیا میں ساری ٹیکنالوجی معلوم ہو جائے، جب مواقع کھل جائیں، جب ایج آف کمیونیکیشن آ جائے،</w:t>
      </w:r>
    </w:p>
    <w:p>
      <w:r>
        <w:rPr>
          <w:b/>
        </w:rPr>
        <w:t xml:space="preserve">[22:37] </w:t>
      </w:r>
      <w:r>
        <w:t>tab ek nayi qurbani darkar hogi. Wahi ke log apne apne paise ko, apni energy ko, apne waqt ko lagayein dawat mein, yani quran ka tarjuma har zaban mein tayyar karna aur us ko sari duniya mein pahuncha dena.</w:t>
      </w:r>
    </w:p>
    <w:p>
      <w:pPr>
        <w:jc w:val="right"/>
      </w:pPr>
      <w:r>
        <w:t>تب ایک نئی قربانی درکار ہوگی۔ وہی کہ لوگ اپنے اپنے پیسے کو، اپنی انرجی کو، اپنے وقت کو لگائیں دعوت میں، یعنی قرآن کا ترجمہ ہر زبان میں تیار کرنا اور اس کو ساری دنیا میں پہنچا دینا۔</w:t>
      </w:r>
    </w:p>
    <w:p>
      <w:r>
        <w:rPr>
          <w:b/>
        </w:rPr>
        <w:t xml:space="preserve">[22:54] </w:t>
      </w:r>
      <w:r>
        <w:t>jis ki peshin goi hadith ki gayi hai ke "la yubqa ala wajh al-ard bayt madr wa la 'abr illa adkhala Allah kalimat al-Islam" ke koi chhota ya koi bada ghar aisa na bache jahan Allah ka kalma,</w:t>
      </w:r>
    </w:p>
    <w:p>
      <w:pPr>
        <w:jc w:val="right"/>
      </w:pPr>
      <w:r>
        <w:t>جس کی پیشین گوئی حدیث کی گئی ہے کہ "لا یبقى علی وجہ الارض بیت مدرن ولا عبر الا ادخل اللہ کلمۃ الاسلام" کہ کوئی چھوٹا یا کوئی بڑا گھر ایسا نہ بچے جہاں اللہ کا کلمہ،</w:t>
      </w:r>
    </w:p>
    <w:p>
      <w:r>
        <w:rPr>
          <w:b/>
        </w:rPr>
        <w:t xml:space="preserve">[23:18] </w:t>
      </w:r>
      <w:r>
        <w:t>quran ka paigham pohnch na jae. to hazrat ibrahim ne aur hazrat ismail ne, hazrat hajra ne mil kar ke ek nasl banai thi.</w:t>
      </w:r>
    </w:p>
    <w:p>
      <w:pPr>
        <w:jc w:val="right"/>
      </w:pPr>
      <w:r>
        <w:t>قرآن کا پیغام پہنچ نہ جائے۔ تو حضرت ابراہیم نے اور حضرت اسماعیل نے، حضرت ہاجرہ نے مل کر کے ایک نسل بنائی تھی۔</w:t>
      </w:r>
    </w:p>
    <w:p>
      <w:r>
        <w:rPr>
          <w:b/>
        </w:rPr>
        <w:t xml:space="preserve">[23:33] </w:t>
      </w:r>
      <w:r>
        <w:t>is nasl se ek inqilab lana tha, wo inqilab aa chuka, wo inqilab aa chuka. ab is ko available karna hai, wo inqilab jo hai, ek opportunity hai, opportunity.</w:t>
      </w:r>
    </w:p>
    <w:p>
      <w:pPr>
        <w:jc w:val="right"/>
      </w:pPr>
      <w:r>
        <w:t>اس نسل سے ایک انقلاب لانا تھا، وہ انقلاب آ چکا، وہ انقلاب آ چکا۔ اب اس کو اویلیبل کرنا ہے، وہ انقلاب جو ہے، ایک اپرچونیٹی ہے، اپرچونیٹی۔</w:t>
      </w:r>
    </w:p>
    <w:p>
      <w:r>
        <w:rPr>
          <w:b/>
        </w:rPr>
        <w:t xml:space="preserve">[23:46] </w:t>
      </w:r>
      <w:r>
        <w:t>ab aaj ki nasl ko yeh karna hai ke is ko is mawaqe ko available kare. is available karne mein jo bhi karna ho, kare, yani apni energy kharch karna ho, paisa kharch karna ho,</w:t>
      </w:r>
    </w:p>
    <w:p>
      <w:pPr>
        <w:jc w:val="right"/>
      </w:pPr>
      <w:r>
        <w:t>اب آج کی نسل کو یہ کرنا ہے کہ اس کو اس مواقع کو اویلیبل کرے۔ اس اویلیبل کرنے میں جو بھی کرنا ہو، کرے، یعنی اپنی انرجی خرچ کرنا ہو، پیسہ خرچ کرنا ہو،</w:t>
      </w:r>
    </w:p>
    <w:p>
      <w:r>
        <w:rPr>
          <w:b/>
        </w:rPr>
        <w:t xml:space="preserve">[24:04] </w:t>
      </w:r>
      <w:r>
        <w:t>jo bhi is mein dena ho, is ko qurbani ki had tak dein. tab ja kar ke ummat par ka fariza ada hoga.</w:t>
      </w:r>
    </w:p>
    <w:p>
      <w:pPr>
        <w:jc w:val="right"/>
      </w:pPr>
      <w:r>
        <w:t>جو بھی اس میں دینا ہو، اس کو قربانی کی حد تک دیں۔ تب جا کر کے امت پر کا فریضہ ادا ہوگا۔</w:t>
      </w:r>
    </w:p>
    <w:p>
      <w:r>
        <w:rPr>
          <w:b/>
        </w:rPr>
        <w:t xml:space="preserve">[24:20] </w:t>
      </w:r>
      <w:r>
        <w:t>to mein samajhta hoon ke eid al adha ka asal paigham yahi hai ke hazrat ibrahim ki qurbani se jo mawaqe paida hue hain, un mawaqe ko available karna aur is available karne ke liye jo bhi qurbani dena pare, us ko dena.</w:t>
      </w:r>
    </w:p>
    <w:p>
      <w:pPr>
        <w:jc w:val="right"/>
      </w:pPr>
      <w:r>
        <w:t>تو میں سمجھتا ہوں کہ عید اضحی کا اصل پیغام یہی ہے کہ حضرت ابراہیم کی قربانی سے جو مواقع پیدا ہوئے ہیں، ان مواقع کو اویلیبل کرنا اور اس اویلیبل کرنے کے لیے جو بھی قربانی دینا پڑے، اس کو دینا۔</w:t>
      </w:r>
    </w:p>
    <w:p>
      <w:r>
        <w:rPr>
          <w:b/>
        </w:rPr>
        <w:t xml:space="preserve">[24:42] </w:t>
      </w:r>
      <w:r>
        <w:t>to hamare mission mein yeh kaam allah ke fazl se ho raha hai, lekin abhi to bohat zyada baqi hai, bohat zyada baqi hai.</w:t>
      </w:r>
    </w:p>
    <w:p>
      <w:pPr>
        <w:jc w:val="right"/>
      </w:pPr>
      <w:r>
        <w:t>تو ہمارے مشن میں یہ کام اللہ کے فضل سے ہو رہا ہے، لیکن ابھی تو بہت زیادہ باقی ہے، بہت زیادہ باقی ہے۔</w:t>
      </w:r>
    </w:p>
    <w:p>
      <w:r>
        <w:rPr>
          <w:b/>
        </w:rPr>
        <w:t xml:space="preserve">[24:54] </w:t>
      </w:r>
      <w:r>
        <w:t>mission yeh hai ke sari zubanon mein, jitni zubanen insan janta hai, har zuban mein quran ka tarjuma tayyar ho jae aur phailaya jae.</w:t>
      </w:r>
    </w:p>
    <w:p>
      <w:pPr>
        <w:jc w:val="right"/>
      </w:pPr>
      <w:r>
        <w:t>مشن یہ ہے کہ ساری زبانوں میں، جتنی زبانیں انسان جانتا ہے، ہر زبان میں قرآن کا ترجمہ تیار ہو جائے اور پھیلایا جائے۔</w:t>
      </w:r>
    </w:p>
    <w:p>
      <w:r>
        <w:rPr>
          <w:b/>
        </w:rPr>
        <w:t xml:space="preserve">[25:03] </w:t>
      </w:r>
      <w:r>
        <w:t>is ko to abhi to bohat si zubanen baqi hain, bohat si zubanon mein ho chuka hai. to khulasa yeh hai ke hazrat ibrahim aur hazrat ismail ki qurbani se jo cheez hui, wo sirf mawaqe paida hui, mawaqe,</w:t>
      </w:r>
    </w:p>
    <w:p>
      <w:pPr>
        <w:jc w:val="right"/>
      </w:pPr>
      <w:r>
        <w:t>اس کو تو ابھی تو بہت سی زبانیں باقی ہیں، بہت سی زبانوں میں ہو چکا ہے۔ تو خلاصہ یہ ہے کہ حضرت ابراہیم اور حضرت اسماعیل کی قربانی سے جو چیز ہوئی، وہ صرف مواقع پیدا ہوئی، مواقع،</w:t>
      </w:r>
    </w:p>
    <w:p>
      <w:r>
        <w:rPr>
          <w:b/>
        </w:rPr>
        <w:t xml:space="preserve">[25:23] </w:t>
      </w:r>
      <w:r>
        <w:t>opportunity paida hui. available karna to baqi hai, abhi available karna baqi hai</w:t>
      </w:r>
    </w:p>
    <w:p>
      <w:pPr>
        <w:jc w:val="right"/>
      </w:pPr>
      <w:r>
        <w:t>اپرچونیٹی پیدا ہوئی۔ اویلیبل کرنا تو باقی ہے، ابھی اویلیبل کرنا باقی ہے</w:t>
      </w:r>
    </w:p>
    <w:p>
      <w:r>
        <w:rPr>
          <w:b/>
        </w:rPr>
        <w:t xml:space="preserve">[25:32] </w:t>
      </w:r>
      <w:r>
        <w:t>kyun ke ek process chahiye tha is mawaqe ko lane ke liye. jo jo opportunity aai hain dunya mein, tareekh mein,</w:t>
      </w:r>
    </w:p>
    <w:p>
      <w:pPr>
        <w:jc w:val="right"/>
      </w:pPr>
      <w:r>
        <w:t>کیونکہ ایک پروسیس چاہیے تھا اس مواقع کو لانے کے لیے۔ جو جو اپرچونیٹی آئی ہیں دنیا میں، تاریخ میں،</w:t>
      </w:r>
    </w:p>
    <w:p>
      <w:r>
        <w:rPr>
          <w:b/>
        </w:rPr>
        <w:t xml:space="preserve">[25:48] </w:t>
      </w:r>
      <w:r>
        <w:t>to wo ek process ke through aa sakti thi aur aai. is process mein bohat bohat din beet gae, wo process ka culmination hua hai ab 21 century mein.</w:t>
      </w:r>
    </w:p>
    <w:p>
      <w:pPr>
        <w:jc w:val="right"/>
      </w:pPr>
      <w:r>
        <w:t>تو وہ ایک پروسیس کے تھرو آ سکتی تھی اور آئیں۔ اس پروسیس میں بہت بہت دن بیت گئے، وہ پروسیس کا کلمیشن ہوا ہے اب 21 سینچری میں۔</w:t>
      </w:r>
    </w:p>
    <w:p>
      <w:r>
        <w:rPr>
          <w:b/>
        </w:rPr>
        <w:t xml:space="preserve">[26:06] </w:t>
      </w:r>
      <w:r>
        <w:t>is process ka culmination hai 21 century mein. to ab zarurat hai ke hum is opportunity ko janen, is opportunity ko available karen aur allah taala ne ek namuna dikha diya hai ke christian log kis tarah kaam karte hain.</w:t>
      </w:r>
    </w:p>
    <w:p>
      <w:pPr>
        <w:jc w:val="right"/>
      </w:pPr>
      <w:r>
        <w:t>اس پروسیس کا کلمیشن ہے 21 سینچری میں۔ تو اب ضرورت ہے کہ ہم اس اپرچونیٹی کو جانیں، اس اپرچونیٹی کو اویلیبل کریں اور اللہ تعالی نے ایک نمونہ دکھا دیا ہے کہ کرسچن لوگ کس طرح کام کرتے ہیں۔</w:t>
      </w:r>
    </w:p>
    <w:p>
      <w:r>
        <w:rPr>
          <w:b/>
        </w:rPr>
        <w:t xml:space="preserve">[26:26] </w:t>
      </w:r>
      <w:r>
        <w:t>apni kitab bible, jo un ki kitab hai, us ko har zuban mein, har zuban mein, har zuban mein unhon ne tarjuma tayyar kiya aur us ko phaila diya.</w:t>
      </w:r>
    </w:p>
    <w:p>
      <w:pPr>
        <w:jc w:val="right"/>
      </w:pPr>
      <w:r>
        <w:t>اپنی کتاب بائبل، جو ان کی کتاب ہے، اس کو ہر زبان میں، ہر زبان میں، ہر زبان میں انہوں نے ترجمہ تیار کیا اور اس کو پھیلا دیا۔</w:t>
      </w:r>
    </w:p>
    <w:p>
      <w:r>
        <w:rPr>
          <w:b/>
        </w:rPr>
        <w:t xml:space="preserve">[26:38] </w:t>
      </w:r>
      <w:r>
        <w:t>us ke sath yeh quran mein surah saff mein yeh bataya gaya hai ke isi pattern, pattern par tum ko kaam karna hai, jis pattern par karen ge christian log, isi pattern par.</w:t>
      </w:r>
    </w:p>
    <w:p>
      <w:pPr>
        <w:jc w:val="right"/>
      </w:pPr>
      <w:r>
        <w:t>اس کے ساتھ یہ قرآن میں سورہ صف میں یہ بتایا گیا ہے کہ اسی پیٹرن، پیٹرن پر تم کو کام کرنا ہے، جس پیٹرن پر کریں گے کرسچن لوگ، اسی پیٹرن پر۔</w:t>
      </w:r>
    </w:p>
    <w:p>
      <w:r>
        <w:rPr>
          <w:b/>
        </w:rPr>
        <w:t xml:space="preserve">[26:53] </w:t>
      </w:r>
      <w:r>
        <w:t>yani christian logon ne bible ka tarjuma har zuban mein tayyar kiya, phir dunya mein phaila diya, har jagah phaila diya.</w:t>
      </w:r>
    </w:p>
    <w:p>
      <w:pPr>
        <w:jc w:val="right"/>
      </w:pPr>
      <w:r>
        <w:t>یعنی کرسچن لوگوں نے بائبل کا ترجمہ ہر زبان میں تیار کیا، پھر دنیا میں پھیلا دیا، ہر جگہ پھیلا دیا۔</w:t>
      </w:r>
    </w:p>
    <w:p>
      <w:r>
        <w:rPr>
          <w:b/>
        </w:rPr>
        <w:t xml:space="preserve">[27:01] </w:t>
      </w:r>
      <w:r>
        <w:t>us ko us ke liye bohat bara, unhon ne ek bohat bara ek nizam banaya.</w:t>
      </w:r>
    </w:p>
    <w:p>
      <w:pPr>
        <w:jc w:val="right"/>
      </w:pPr>
      <w:r>
        <w:t>اس کو اس کے لیے بہت بڑا، انہوں نے ایک بہت بڑا ایک نظام بنایا۔</w:t>
      </w:r>
    </w:p>
    <w:p>
      <w:r>
        <w:rPr>
          <w:b/>
        </w:rPr>
        <w:t xml:space="preserve">[27:11] </w:t>
      </w:r>
      <w:r>
        <w:t>isi pattern ko hamein bhi ikhtiyar karna hai. to meri dua hai ke allah taala mujh ko aur aap ko tofeeq de ke hum allah ke is paigham ko samjhen aur us ko follow karen.</w:t>
      </w:r>
    </w:p>
    <w:p>
      <w:pPr>
        <w:jc w:val="right"/>
      </w:pPr>
      <w:r>
        <w:t>اسی پیٹرن کو ہمیں بھی اختیار کرنا ہے۔ تو میری دعا ہے کہ اللہ تعالی مجھ کو اور آپ کو توفیق دے کہ ہم اللہ کے اس پیغام کو سمجھیں اور اس کو فالو کریں۔</w:t>
      </w:r>
    </w:p>
    <w:p>
      <w:r>
        <w:rPr>
          <w:b/>
        </w:rPr>
        <w:t xml:space="preserve">[27:31] </w:t>
      </w:r>
      <w:r>
        <w:t>assalam o alaikum wa rehmatullah.</w:t>
      </w:r>
    </w:p>
    <w:p>
      <w:pPr>
        <w:jc w:val="right"/>
      </w:pPr>
      <w:r>
        <w:t>السلام علیکم ورحمۃ اللہ۔</w:t>
      </w:r>
    </w:p>
    <w:p>
      <w:r>
        <w:rPr>
          <w:b/>
        </w:rPr>
        <w:t xml:space="preserve">[27:43] </w:t>
      </w:r>
      <w:r>
        <w:t>ah muhammad bilal shafi sahib ne itanagar, arunachal se likha hai: "maulana dawah ke liye apni zaat ke ilawa apni family life ko qurban kar sakte hain ya phir wahan par family ke huqooq ka wo dhiyan rakhna hoga." is is ko us ke bare mein bataen.</w:t>
      </w:r>
    </w:p>
    <w:p>
      <w:pPr>
        <w:jc w:val="right"/>
      </w:pPr>
      <w:r>
        <w:t>اہ محمد بلال شفیع صاحب نے ایٹانگر، اروناچل سے لکھا ہے: "مولانا دعویٰ کے لیے اپنی ذات کے علاوہ اپنی فیملی لائف کو قربان کر سکتے ہیں یا پھر وہاں پر فیملی کے حقوق کا وہ دھیان رکھنا ہوگا۔" اس اس کو اس کے بارے میں بتائیں۔</w:t>
      </w:r>
    </w:p>
    <w:p>
      <w:r>
        <w:rPr>
          <w:b/>
        </w:rPr>
        <w:t xml:space="preserve">[28:07] </w:t>
      </w:r>
      <w:r>
        <w:t>maulana dawah ke liye apni zaat ke ilawa apni family life ko qurban kar sakte hain ya phir wahan par family ke huqooq ka wo dhiyan rakhna hoga.</w:t>
      </w:r>
    </w:p>
    <w:p>
      <w:pPr>
        <w:jc w:val="right"/>
      </w:pPr>
      <w:r>
        <w:t>مولانا دعوت کے لیے اپنی ذات کے علاوہ اپنی فیملی لائف کو قربان کر سکتے ہیں یا پھر وہاں پر فیملی کے حقوق کا وہ دھیان رکھنا ہوگا۔</w:t>
      </w:r>
    </w:p>
    <w:p>
      <w:r>
        <w:rPr>
          <w:b/>
        </w:rPr>
        <w:t xml:space="preserve">[28:24] </w:t>
      </w:r>
      <w:r>
        <w:t>ji, family ke koi huqooq nahi hain. yeh ek ek ek excuse, lame excuse hai jis ke naam par qurbani di jati hai.</w:t>
      </w:r>
    </w:p>
    <w:p>
      <w:pPr>
        <w:jc w:val="right"/>
      </w:pPr>
      <w:r>
        <w:t>جی، فیملی کے کوئی حقوق نہیں ہیں۔ یہ ایک ایک ایک ایکسکیوز، لیم ایکسکیوز ہے جس کے نام پر قربانی دی جاتی ہے۔</w:t>
      </w:r>
    </w:p>
    <w:p>
      <w:r>
        <w:rPr>
          <w:b/>
        </w:rPr>
        <w:t xml:space="preserve">[28:37] </w:t>
      </w:r>
      <w:r>
        <w:t>wo hazrat ibrahim the. mujhe ab bataiye ke hazrat ibrahim ne konsa fabric huqooq ada kiye? doctor ji, kuch bhi nahi, kuch bhi nahi.</w:t>
      </w:r>
    </w:p>
    <w:p>
      <w:pPr>
        <w:jc w:val="right"/>
      </w:pPr>
      <w:r>
        <w:t>وہ حضرت ابراہیم تھے۔ مجھے اب بتائیے کہ حضرت ابراہیم نے کون سا فیبرک حقوق ادا کیے؟ ڈاکٹر جی، کچھ بھی نہیں، کچھ بھی نہیں۔</w:t>
      </w:r>
    </w:p>
    <w:p>
      <w:r>
        <w:rPr>
          <w:b/>
        </w:rPr>
        <w:t xml:space="preserve">[28:51] </w:t>
      </w:r>
      <w:r>
        <w:t>sirf aap dekhiye, hazrat ibrahim ne yeh kiya ke ismail aur hajra ko le ke chale, hajra iraq se aur chalte chalte pohnche makkah mein, jahan us waqt desert tha.</w:t>
      </w:r>
    </w:p>
    <w:p>
      <w:pPr>
        <w:jc w:val="right"/>
      </w:pPr>
      <w:r>
        <w:t>صرف آپ دیکھیے، حضرت ابراہیم نے یہ کیا کہ اسماعیل اور ہاجرہ کو لے کے چلے، ہاجرہ عراق سے اور چلتے چلتے پہنچے مکہ میں، جہاں اس وقت ڈیزرٹ تھا۔</w:t>
      </w:r>
    </w:p>
    <w:p>
      <w:r>
        <w:rPr>
          <w:b/>
        </w:rPr>
        <w:t xml:space="preserve">[29:08] </w:t>
      </w:r>
      <w:r>
        <w:t>desert kuch kuch bhi nahi tha. ab wahan un ko chhor diya, basa diya. to jab wapas jane lage wahan se to hajra, jo un ki biwi theen aur ismail ki maan theen,</w:t>
      </w:r>
    </w:p>
    <w:p>
      <w:pPr>
        <w:jc w:val="right"/>
      </w:pPr>
      <w:r>
        <w:t>ڈیزرٹ کچھ کچھ بھی نہیں تھا۔ اب وہاں ان کو چھوڑ دیا، بسا دیا۔ تو جب واپس جانے لگے وہاں سے تو ہاجرہ، جو ان کی بیوی تھیں اور اسماعیل کی ماں تھیں،</w:t>
      </w:r>
    </w:p>
    <w:p>
      <w:r>
        <w:rPr>
          <w:b/>
        </w:rPr>
        <w:t xml:space="preserve">[29:27] </w:t>
      </w:r>
      <w:r>
        <w:t>unhon ne dekha ke mein to bilkul yani biyah aik dam hi nihayat koi kuch bhi nahi yahan par hai.</w:t>
      </w:r>
    </w:p>
    <w:p>
      <w:pPr>
        <w:jc w:val="right"/>
      </w:pPr>
      <w:r>
        <w:t>انہوں نے دیکھا کہ میں تو بالکل یعنی بیاہ ایک دم ہی نہایت کوئی کچھ بھی نہیں یہاں پر ہے۔</w:t>
      </w:r>
    </w:p>
    <w:p>
      <w:r>
        <w:rPr>
          <w:b/>
        </w:rPr>
        <w:t xml:space="preserve">[29:36] </w:t>
      </w:r>
      <w:r>
        <w:t>to mein kaise rahun gi yahan? to unhon ne poocha ke aap hum ko le ke chhor ke kahan ja rahe hain? kai bar poocha ke ji, yeh yeh desert mein aap chhor ke ja rahe hain, hum kya karein ge yahan par?</w:t>
      </w:r>
    </w:p>
    <w:p>
      <w:pPr>
        <w:jc w:val="right"/>
      </w:pPr>
      <w:r>
        <w:t>تو میں کیسے رہوں گی یہاں؟ تو انہوں نے پوچھا کہ آپ ہم کو لے کے چھوڑ کے کہاں جا رہے ہیں؟ کئی بار پوچھا کہ جی، یہ یہ ڈیزرٹ میں آپ چھوڑ کے جا رہے ہیں، ہم کیا کریں گے یہاں پر؟</w:t>
      </w:r>
    </w:p>
    <w:p>
      <w:r>
        <w:rPr>
          <w:b/>
        </w:rPr>
        <w:t xml:space="preserve">[29:51] </w:t>
      </w:r>
      <w:r>
        <w:t>to Hazrat Ibrahim ne koi jawab nahi diya. to phir Hazrat Hajra ne un se kaha ke kya Allah ne aap ko is ka hukum diya hai ke hum ko aise desert mein chhor dein?</w:t>
      </w:r>
    </w:p>
    <w:p>
      <w:pPr>
        <w:jc w:val="right"/>
      </w:pPr>
      <w:r>
        <w:t>تو حضرت ابراہیم نے کوئی جواب نہیں دیا۔ تو پھر حضرت ہاجرہ نے ان سے کہا کہ کیا اللہ نے آپ کو اس کا حکم دیا ہے کہ ہم کو ایسے ڈیزرٹ میں چھوڑ دیں؟</w:t>
      </w:r>
    </w:p>
    <w:p>
      <w:r>
        <w:rPr>
          <w:b/>
        </w:rPr>
        <w:t xml:space="preserve">[30:06] </w:t>
      </w:r>
      <w:r>
        <w:t>to Hazrat Ibrahim ne kaha: "haan, haan."</w:t>
      </w:r>
    </w:p>
    <w:p>
      <w:pPr>
        <w:jc w:val="right"/>
      </w:pPr>
      <w:r>
        <w:t>تو حضرت ابراہیم نے کہا: "ہاں، ہاں۔"</w:t>
      </w:r>
    </w:p>
    <w:p>
      <w:r>
        <w:rPr>
          <w:b/>
        </w:rPr>
        <w:t xml:space="preserve">[30:13] </w:t>
      </w:r>
      <w:r>
        <w:t>tab woh is khatoon ne jo kaha tha, woh aaj sari qom ko, sari ummat ko, sari musalmanon ko kehna hai: "idhan la yuziyaana." kaisi ajeeb b</w:t>
      </w:r>
    </w:p>
    <w:p>
      <w:pPr>
        <w:jc w:val="right"/>
      </w:pPr>
      <w:r>
        <w:t>تب وہ اس خاتون نے جو کہا تھا، وہ آج ساری قوم کو، ساری امت کو، سارے مسلمانوں کو کہنا ہے: "اذن لا یزیاءنا۔" کیسی عجیب ب</w:t>
      </w:r>
    </w:p>
    <w:p>
      <w:r>
        <w:rPr>
          <w:b/>
        </w:rPr>
        <w:t xml:space="preserve">[30:27] </w:t>
      </w:r>
      <w:r>
        <w:t>at hai! ghor kijiye ke ek khatoon khari hui hai wahan, jahan desert hai, koi kheti nahi, koi pani nahi, koi khane peene ki cheez nahi.</w:t>
      </w:r>
    </w:p>
    <w:p>
      <w:pPr>
        <w:jc w:val="right"/>
      </w:pPr>
      <w:r>
        <w:t>ات ہے! غور کیجئے کہ ایک خاتون کھڑی ہوئی ہے وہاں، جہاں ڈیزرٹ ہے، کوئی کھیتی نہیں، کوئی پانی نہیں، کوئی کھانے پینے کی چیز نہیں۔</w:t>
      </w:r>
    </w:p>
    <w:p>
      <w:r>
        <w:rPr>
          <w:b/>
        </w:rPr>
        <w:t xml:space="preserve">[30:39] </w:t>
      </w:r>
      <w:r>
        <w:t>upar aasman neeche desert hai. aur kya kehti hai woh? ke "idhan la yuziyaana." phir Allah hum ko zaya nahi kare ga,</w:t>
      </w:r>
    </w:p>
    <w:p>
      <w:pPr>
        <w:jc w:val="right"/>
      </w:pPr>
      <w:r>
        <w:t>اوپر آسمان نیچے ڈیزرٹ ہے۔ اور کیا کہتی ہے وہ؟ کہ "اذن لا یزیاءنا۔" پھر اللہ ہم کو ضائع نہیں کرے گا،</w:t>
      </w:r>
    </w:p>
    <w:p>
      <w:r>
        <w:rPr>
          <w:b/>
        </w:rPr>
        <w:t xml:space="preserve">[30:52] </w:t>
      </w:r>
      <w:r>
        <w:t>yani sirf Allah ke bharose par. tab yeh</w:t>
      </w:r>
    </w:p>
    <w:p>
      <w:pPr>
        <w:jc w:val="right"/>
      </w:pPr>
      <w:r>
        <w:t>یعنی صرف اللہ کے بھروسے پر۔ تب یہ</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