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25, V. 1 (Spreading Quran) September 9, 2018</w:t>
      </w:r>
    </w:p>
    <w:p>
      <w:r>
        <w:t>https://www.youtube.com/watch?v=zf3V6LP2Qg0</w:t>
      </w:r>
    </w:p>
    <w:p>
      <w:r>
        <w:rPr>
          <w:b/>
        </w:rPr>
        <w:t xml:space="preserve">[00:10] </w:t>
      </w:r>
      <w:r>
        <w:t>bismillah rahman rahim, wa salla Allahu ala an-nabiyyil karim.</w:t>
      </w:r>
    </w:p>
    <w:p>
      <w:pPr>
        <w:jc w:val="right"/>
      </w:pPr>
      <w:r>
        <w:t>بسم اللہ الرحمن الرحیم، وصلی اللہ علی النبی الکریم۔</w:t>
      </w:r>
    </w:p>
    <w:p>
      <w:r>
        <w:rPr>
          <w:b/>
        </w:rPr>
        <w:t xml:space="preserve">[00:23] </w:t>
      </w:r>
      <w:r>
        <w:t>9 september 2018.</w:t>
      </w:r>
    </w:p>
    <w:p>
      <w:pPr>
        <w:jc w:val="right"/>
      </w:pPr>
      <w:r>
        <w:t>9 ستمبر 2018۔</w:t>
      </w:r>
    </w:p>
    <w:p>
      <w:r>
        <w:rPr>
          <w:b/>
        </w:rPr>
        <w:t xml:space="preserve">[00:32] </w:t>
      </w:r>
      <w:r>
        <w:t>aaj hasb-e-ma'mool</w:t>
      </w:r>
    </w:p>
    <w:p>
      <w:pPr>
        <w:jc w:val="right"/>
      </w:pPr>
      <w:r>
        <w:t>آج حسب معمول</w:t>
      </w:r>
    </w:p>
    <w:p>
      <w:r>
        <w:rPr>
          <w:b/>
        </w:rPr>
        <w:t xml:space="preserve">[00:39] </w:t>
      </w:r>
      <w:r>
        <w:t>quran ka dars hoga.</w:t>
      </w:r>
    </w:p>
    <w:p>
      <w:pPr>
        <w:jc w:val="right"/>
      </w:pPr>
      <w:r>
        <w:t>قرآن کا درس ہوگا۔</w:t>
      </w:r>
    </w:p>
    <w:p>
      <w:r>
        <w:rPr>
          <w:b/>
        </w:rPr>
        <w:t xml:space="preserve">[00:44] </w:t>
      </w:r>
      <w:r>
        <w:t>aaj mein ne quran ke dars mein</w:t>
      </w:r>
    </w:p>
    <w:p>
      <w:pPr>
        <w:jc w:val="right"/>
      </w:pPr>
      <w:r>
        <w:t>آج میں نے قرآن کے درس میں</w:t>
      </w:r>
    </w:p>
    <w:p>
      <w:r>
        <w:rPr>
          <w:b/>
        </w:rPr>
        <w:t xml:space="preserve">[00:52] </w:t>
      </w:r>
      <w:r>
        <w:t>is mozu ko liya hai ke quran ki isha'at mein musalman purjosh kyun nahi hain.</w:t>
      </w:r>
    </w:p>
    <w:p>
      <w:pPr>
        <w:jc w:val="right"/>
      </w:pPr>
      <w:r>
        <w:t>اس موضوع کو لیا ہے کہ قرآن کی اشاعت میں مسلمان پرجوش کیوں نہیں ہیں۔</w:t>
      </w:r>
    </w:p>
    <w:p>
      <w:r>
        <w:rPr>
          <w:b/>
        </w:rPr>
        <w:t xml:space="preserve">[01:09] </w:t>
      </w:r>
      <w:r>
        <w:t>dekhiye, quran mein yeh ayat maujood hai</w:t>
      </w:r>
    </w:p>
    <w:p>
      <w:pPr>
        <w:jc w:val="right"/>
      </w:pPr>
      <w:r>
        <w:t>دیکھیے، قرآن میں یہ آیت موجود ہے</w:t>
      </w:r>
    </w:p>
    <w:p>
      <w:r>
        <w:rPr>
          <w:b/>
        </w:rPr>
        <w:t xml:space="preserve">[01:22] </w:t>
      </w:r>
      <w:r>
        <w:t>ke quran utara gaya is liye: "liyakuna lil-'alamina nadhira" ke so sare alam ke liye logon ko ba-khabar karne wala bane.</w:t>
      </w:r>
    </w:p>
    <w:p>
      <w:pPr>
        <w:jc w:val="right"/>
      </w:pPr>
      <w:r>
        <w:t>کہ قرآن اتارا گیا اس لیے: "لیکون للعالمین نظیرہ" کہ سو سارے عالم کے لیے لوگوں کو باخبر کرنے والا بنے۔</w:t>
      </w:r>
    </w:p>
    <w:p>
      <w:r>
        <w:rPr>
          <w:b/>
        </w:rPr>
        <w:t xml:space="preserve">[01:39] </w:t>
      </w:r>
      <w:r>
        <w:t>sare alam ke liye. to musalmanon mein jazba kyun nahi ke har nasal mein woh nasal khatam ho gayi jis ko rasool Allah ke zamane mein bataya gaya tha, ab jo nayi nasal aa rahi hai barabar un sab ko aur bata raha hai.</w:t>
      </w:r>
    </w:p>
    <w:p>
      <w:pPr>
        <w:jc w:val="right"/>
      </w:pPr>
      <w:r>
        <w:t>سارے عالم کے لیے۔ تو مسلمانوں میں جذبہ کیوں نہیں کہ ہر نسل میں وہ نسل ختم ہوگئی جس کو رسول اللہ کے زمانے میں بتایا گیا تھا، اب جو نئی نسل آ رہی ہے برابر ان سب کو اور بتا رہا ہے۔</w:t>
      </w:r>
    </w:p>
    <w:p>
      <w:r>
        <w:rPr>
          <w:b/>
        </w:rPr>
        <w:t xml:space="preserve">[01:58] </w:t>
      </w:r>
      <w:r>
        <w:t>to ek farz saqat ho raha hai. ek farz saqat ho raha hai. to kyun?</w:t>
      </w:r>
    </w:p>
    <w:p>
      <w:pPr>
        <w:jc w:val="right"/>
      </w:pPr>
      <w:r>
        <w:t>تو ایک فرض ساقط ہو رہا ہے۔ ایک فرض ساقط ہو رہا ہے۔ تو کیوں؟</w:t>
      </w:r>
    </w:p>
    <w:p>
      <w:r>
        <w:rPr>
          <w:b/>
        </w:rPr>
        <w:t xml:space="preserve">[02:09] </w:t>
      </w:r>
      <w:r>
        <w:t>aur aisi bohat si ayat aur hadeesein hain jis se maloom hota hai ke musalmanon par sirf namaz roza farz nahi hai, yeh bhi farz hai,</w:t>
      </w:r>
    </w:p>
    <w:p>
      <w:pPr>
        <w:jc w:val="right"/>
      </w:pPr>
      <w:r>
        <w:t>اور ایسی بہت سی آیات اور حدیثیں ہیں جس سے معلوم ہوتا ہے کہ مسلمانوں پر صرف نماز روزہ فرض نہیں ہے، یہ بھی فرض ہے،</w:t>
      </w:r>
    </w:p>
    <w:p>
      <w:r>
        <w:rPr>
          <w:b/>
        </w:rPr>
        <w:t xml:space="preserve">[02:23] </w:t>
      </w:r>
      <w:r>
        <w:t>farz ain hai ke quran ko sari dunya phailaye. is ka matlab yeh nahi ke quran ka matan arabi hai, kyun ke zaroori hai ke quran logon ko hujjat bane,</w:t>
      </w:r>
    </w:p>
    <w:p>
      <w:pPr>
        <w:jc w:val="right"/>
      </w:pPr>
      <w:r>
        <w:t>فرض عین ہے کہ قرآن کو ساری دنیا پھیلائے۔ اس کا مطلب یہ نہیں کہ قرآن کا متن عربی ہے، کیونکہ ضروری ہے کہ قرآن لوگوں کو حجت بنے،</w:t>
      </w:r>
    </w:p>
    <w:p>
      <w:r>
        <w:rPr>
          <w:b/>
        </w:rPr>
        <w:t xml:space="preserve">[02:43] </w:t>
      </w:r>
      <w:r>
        <w:t>log quran se apni liye hidayat paayein. to jab un ki apni zuban mein hoga tabhi to paayein ge woh.</w:t>
      </w:r>
    </w:p>
    <w:p>
      <w:pPr>
        <w:jc w:val="right"/>
      </w:pPr>
      <w:r>
        <w:t>لوگ قرآن سے اپنی لیے ہدایت پائیں۔ تو جب ان کی اپنی زبان میں ہوگا تبھی تو پائیں گے وہ۔</w:t>
      </w:r>
    </w:p>
    <w:p>
      <w:r>
        <w:rPr>
          <w:b/>
        </w:rPr>
        <w:t xml:space="preserve">[02:54] </w:t>
      </w:r>
      <w:r>
        <w:t>agar woh aadmi arabi zuban na janta ho aur aur arabi matan us ko de diya to aap ne nahi diya,</w:t>
      </w:r>
    </w:p>
    <w:p>
      <w:pPr>
        <w:jc w:val="right"/>
      </w:pPr>
      <w:r>
        <w:t>اگر وہ آدمی عربی زبان نہ جانتا ہو اور اور عربی متن اس کو دے دیا تو آپ نے نہیں دیا،</w:t>
      </w:r>
    </w:p>
    <w:p>
      <w:r>
        <w:rPr>
          <w:b/>
        </w:rPr>
        <w:t xml:space="preserve">[03:03] </w:t>
      </w:r>
      <w:r>
        <w:t>kyun ke us ko to upar sab dein ge nahi.</w:t>
      </w:r>
    </w:p>
    <w:p>
      <w:pPr>
        <w:jc w:val="right"/>
      </w:pPr>
      <w:r>
        <w:t>کیونکہ اس کو تو اوپر سب دیں گے نہیں۔</w:t>
      </w:r>
    </w:p>
    <w:p>
      <w:r>
        <w:rPr>
          <w:b/>
        </w:rPr>
        <w:t xml:space="preserve">[03:08] </w:t>
      </w:r>
      <w:r>
        <w:t>to mein soch raha tha ke Christian log bible ko phailate hain, unhon ne sari dunya mein, sari dunya mein bible ko phaila diya hai.</w:t>
      </w:r>
    </w:p>
    <w:p>
      <w:pPr>
        <w:jc w:val="right"/>
      </w:pPr>
      <w:r>
        <w:t>تو میں سوچ رہا تھا کہ کرسچن لوگ بائبل کو پھیلاتے ہیں، انہوں نے ساری دنیا میں، ساری دنیا میں بائبل کو پھیلا دیا ہے۔</w:t>
      </w:r>
    </w:p>
    <w:p>
      <w:r>
        <w:rPr>
          <w:b/>
        </w:rPr>
        <w:t xml:space="preserve">[03:27] </w:t>
      </w:r>
      <w:r>
        <w:t>taqreeban dunya ke har zuban mein unhon ne tarjuma kar ke us ko chhapa hai aur phaila rahe hain.</w:t>
      </w:r>
    </w:p>
    <w:p>
      <w:pPr>
        <w:jc w:val="right"/>
      </w:pPr>
      <w:r>
        <w:t>تقریباً دنیا کے ہر زبان میں انہوں نے ترجمہ کر کے اس کو چھاپا ہے اور پھیلا رہے ہیں۔</w:t>
      </w:r>
    </w:p>
    <w:p>
      <w:r>
        <w:rPr>
          <w:b/>
        </w:rPr>
        <w:t xml:space="preserve">[03:39] </w:t>
      </w:r>
      <w:r>
        <w:t>yahan tak ke</w:t>
      </w:r>
    </w:p>
    <w:p>
      <w:pPr>
        <w:jc w:val="right"/>
      </w:pPr>
      <w:r>
        <w:t>یہاں تک کہ</w:t>
      </w:r>
    </w:p>
    <w:p>
      <w:r>
        <w:rPr>
          <w:b/>
        </w:rPr>
        <w:t xml:space="preserve">[03:43] </w:t>
      </w:r>
      <w:r>
        <w:t>kuchh zabanen jo abhi tak sirf dialogue theen, yani boli thi, un ki tehreer nahin hui thi, hoti thi, likha nahin aata tha.</w:t>
      </w:r>
    </w:p>
    <w:p>
      <w:pPr>
        <w:jc w:val="right"/>
      </w:pPr>
      <w:r>
        <w:t>کچھ زبانیں جو ابھی تک صرف ڈائیلاگ تھیں، یعنی بولی تھی، ان کی تحریر نہیں ہوئی تھی، ہوتی تھی، لکھا نہیں آتا تھا۔</w:t>
      </w:r>
    </w:p>
    <w:p>
      <w:r>
        <w:rPr>
          <w:b/>
        </w:rPr>
        <w:t xml:space="preserve">[03:57] </w:t>
      </w:r>
      <w:r>
        <w:t>is ko unhon ne kya kiya ke wahan ja kar ke un ke tarjuman rahe, parhe likhe log, un ki zaban ko, un ki boli ko seekha, un ki boli ko seekha,</w:t>
      </w:r>
    </w:p>
    <w:p>
      <w:pPr>
        <w:jc w:val="right"/>
      </w:pPr>
      <w:r>
        <w:t>اس کو انہوں نے کیا کیا کہ وہاں جا کر کے ان کے ترجمان رہے، پڑھے لکھے لوگ، ان کی زبان کو، ان کی بولی کو سیکھا، ان کی بولی کو سیکھا،</w:t>
      </w:r>
    </w:p>
    <w:p>
      <w:r>
        <w:rPr>
          <w:b/>
        </w:rPr>
        <w:t xml:space="preserve">[04:12] </w:t>
      </w:r>
      <w:r>
        <w:t>is boli ko tehreeri zaban banaya,</w:t>
      </w:r>
    </w:p>
    <w:p>
      <w:pPr>
        <w:jc w:val="right"/>
      </w:pPr>
      <w:r>
        <w:t>اس بولی کو تحریری زبان بنایا،</w:t>
      </w:r>
    </w:p>
    <w:p>
      <w:r>
        <w:rPr>
          <w:b/>
        </w:rPr>
        <w:t xml:space="preserve">[04:22] </w:t>
      </w:r>
      <w:r>
        <w:t>is ki is ki grammar banai. yeh sab kar ke phir unhon ne un ki zaban mein bible ka tarjuma kiya.</w:t>
      </w:r>
    </w:p>
    <w:p>
      <w:pPr>
        <w:jc w:val="right"/>
      </w:pPr>
      <w:r>
        <w:t>اس کی اس کی گرامر بنائی۔ یہ سب کر کے پھر انہوں نے ان کی زبان میں بائبل کا ترجمہ کیا۔</w:t>
      </w:r>
    </w:p>
    <w:p>
      <w:r>
        <w:rPr>
          <w:b/>
        </w:rPr>
        <w:t xml:space="preserve">[04:33] </w:t>
      </w:r>
      <w:r>
        <w:t>itna zyada ke koi giroh jo koi zaban bolta hai, woh is se bekhabar na rahe.</w:t>
      </w:r>
    </w:p>
    <w:p>
      <w:pPr>
        <w:jc w:val="right"/>
      </w:pPr>
      <w:r>
        <w:t>اتنا زیادہ کہ کوئی گروہ جو کوئی زبان بولتا ہے، وہ اس سے بے خبر نہ رہے۔</w:t>
      </w:r>
    </w:p>
    <w:p>
      <w:r>
        <w:rPr>
          <w:b/>
        </w:rPr>
        <w:t xml:space="preserve">[04:45] </w:t>
      </w:r>
      <w:r>
        <w:t>to musalmanon ne aisa kyun nahin kiya? jabke quran mein aur hadith mein saaf saaf aya hai ke musalmanon par yeh farz hai, farz hai, farz hai ke har rasam, har nasal mein, har daur mein, har zamane mein quran ko phailayen.</w:t>
      </w:r>
    </w:p>
    <w:p>
      <w:pPr>
        <w:jc w:val="right"/>
      </w:pPr>
      <w:r>
        <w:t>تو مسلمانوں نے ایسا کیوں نہیں کیا؟ جبکہ قرآن میں اور حدیث میں صاف صاف آیا ہے کہ مسلمانوں پر یہ فرض ہے، فرض ہے، فرض ہے کہ ہر رسم، ہر نسل میں، ہر دور میں، ہر زمانے میں قرآن کو پھیلائیں۔</w:t>
      </w:r>
    </w:p>
    <w:p>
      <w:r>
        <w:rPr>
          <w:b/>
        </w:rPr>
        <w:t xml:space="preserve">[05:08] </w:t>
      </w:r>
      <w:r>
        <w:t>yahan tak ke hadith mein yeh alfaaz hain ke koi ghar na base.</w:t>
      </w:r>
    </w:p>
    <w:p>
      <w:pPr>
        <w:jc w:val="right"/>
      </w:pPr>
      <w:r>
        <w:t>یہاں تک کہ حدیث میں یہ الفاظ ہیں کہ کوئی گھر نہ بسے۔</w:t>
      </w:r>
    </w:p>
    <w:p>
      <w:r>
        <w:rPr>
          <w:b/>
        </w:rPr>
        <w:t xml:space="preserve">[05:19] </w:t>
      </w:r>
      <w:r>
        <w:t>kya alfaaz hain woh?</w:t>
      </w:r>
    </w:p>
    <w:p>
      <w:pPr>
        <w:jc w:val="right"/>
      </w:pPr>
      <w:r>
        <w:t>کیا الفاظ ہیں وہ؟</w:t>
      </w:r>
    </w:p>
    <w:p>
      <w:r>
        <w:rPr>
          <w:b/>
        </w:rPr>
        <w:t xml:space="preserve">[05:21] </w:t>
      </w:r>
      <w:r>
        <w:t>"la yبق علی ظہر الارض بیت مدر ولا وبر الا ادخلہ اللہ کلمۃ الاسلام"۔ haan, kalmatul islam se khalid rahe.</w:t>
      </w:r>
    </w:p>
    <w:p>
      <w:pPr>
        <w:jc w:val="right"/>
      </w:pPr>
      <w:r>
        <w:t>"لا یبق علی ظہر الارض بیت مدر ولا وبر الا ادخلہ اللہ کلمۃ الاسلام"۔ ہاں، کلمۃ الاسلام سے خالد رہے۔</w:t>
      </w:r>
    </w:p>
    <w:p>
      <w:r>
        <w:rPr>
          <w:b/>
        </w:rPr>
        <w:t xml:space="preserve">[05:31] </w:t>
      </w:r>
      <w:r>
        <w:t>kalmatul islam kya hai? quran hai. quran ke siwa aur kya hai? yani har ghar mein quran pahunch jaye.</w:t>
      </w:r>
    </w:p>
    <w:p>
      <w:pPr>
        <w:jc w:val="right"/>
      </w:pPr>
      <w:r>
        <w:t>کلمۃ الاسلام کیا ہے؟ قرآن ہے۔ قرآن کے سوا اور کیا ہے؟ یعنی ہر گھر میں قرآن پہنچ جائے۔</w:t>
      </w:r>
    </w:p>
    <w:p>
      <w:r>
        <w:rPr>
          <w:b/>
        </w:rPr>
        <w:t xml:space="preserve">[05:42] </w:t>
      </w:r>
      <w:r>
        <w:t>to aisa kyun nahin kiya? jabke isi duniya mein christian log bible ko isi tareeqe se phaila rahe hain.</w:t>
      </w:r>
    </w:p>
    <w:p>
      <w:pPr>
        <w:jc w:val="right"/>
      </w:pPr>
      <w:r>
        <w:t>تو ایسا کیوں نہیں کیا؟ جبکہ اسی دنیا میں کرسچن لوگ بائبل کو اسی طریقے سے پھیلا رہے ہیں۔</w:t>
      </w:r>
    </w:p>
    <w:p>
      <w:r>
        <w:rPr>
          <w:b/>
        </w:rPr>
        <w:t xml:space="preserve">[05:54] </w:t>
      </w:r>
      <w:r>
        <w:t>to main soch raha tha, soch raha tha, soch raha tha.</w:t>
      </w:r>
    </w:p>
    <w:p>
      <w:pPr>
        <w:jc w:val="right"/>
      </w:pPr>
      <w:r>
        <w:t>تو میں سوچ رہا تھا، سوچ رہا تھا، سوچ رہا تھا۔</w:t>
      </w:r>
    </w:p>
    <w:p>
      <w:r>
        <w:rPr>
          <w:b/>
        </w:rPr>
        <w:t xml:space="preserve">[06:00] </w:t>
      </w:r>
      <w:r>
        <w:t>to mujhe samajh mein aya ke is ki wajah yeh hai ke musalmanon ne quran ki ishaat par aisi condition laga rakhi hai, condition jis ki wajah se quran phailane ka kaam amalan practically band ho jaye.</w:t>
      </w:r>
    </w:p>
    <w:p>
      <w:pPr>
        <w:jc w:val="right"/>
      </w:pPr>
      <w:r>
        <w:t>تو مجھے سمجھ میں آیا کہ اس کی وجہ یہ ہے کہ مسلمانوں نے قرآن کی اشاعت پر ایسی کنڈیشن لگا رکھی ہے، کنڈیشن جس کی وجہ سے قرآن پھیلانے کا کام عملاً پریکٹیکلی بند ہو جائے۔</w:t>
      </w:r>
    </w:p>
    <w:p>
      <w:r>
        <w:rPr>
          <w:b/>
        </w:rPr>
        <w:t xml:space="preserve">[06:19] </w:t>
      </w:r>
      <w:r>
        <w:t>yeh condition mislan ke</w:t>
      </w:r>
    </w:p>
    <w:p>
      <w:pPr>
        <w:jc w:val="right"/>
      </w:pPr>
      <w:r>
        <w:t>یہ کنڈیشن مثلاً کہ</w:t>
      </w:r>
    </w:p>
    <w:p>
      <w:r>
        <w:rPr>
          <w:b/>
        </w:rPr>
        <w:t xml:space="preserve">[06:25] </w:t>
      </w:r>
      <w:r>
        <w:t>quran ko wuzu ke waqt chhora na jaye. ab jis ko aap denge, woh ek shart poori nahin karega ke pehle wuzu kare, phir quran chhooe.</w:t>
      </w:r>
    </w:p>
    <w:p>
      <w:pPr>
        <w:jc w:val="right"/>
      </w:pPr>
      <w:r>
        <w:t>قرآن کو وضو کے وقت چھوڑا نہ جائے۔ اب جس کو آپ دیں گے، وہ ایک شرط پوری نہیں کرے گا کہ پہلے وضو کرے، پھر قرآن چھوئے۔</w:t>
      </w:r>
    </w:p>
    <w:p>
      <w:r>
        <w:rPr>
          <w:b/>
        </w:rPr>
        <w:t xml:space="preserve">[06:40] </w:t>
      </w:r>
      <w:r>
        <w:t>woh safar mein hai, rail mein hai, hawai jahaz mein hai, woh library mein hai, woh kahin bhi hai. to aap denge to woh parhna shuru karega.</w:t>
      </w:r>
    </w:p>
    <w:p>
      <w:pPr>
        <w:jc w:val="right"/>
      </w:pPr>
      <w:r>
        <w:t>وہ سفر میں ہے، ریل میں ہے، ہوائی جہاز میں ہے، وہ لائبریری میں ہے، وہ کہیں بھی ہے۔ تو آپ دیں گے تو وہ پڑھنا شروع کرے گا۔</w:t>
      </w:r>
    </w:p>
    <w:p>
      <w:r>
        <w:rPr>
          <w:b/>
        </w:rPr>
        <w:t xml:space="preserve">[06:50] </w:t>
      </w:r>
      <w:r>
        <w:t>to aap kahenge, "nahin, nahin, nahin, pehle wuzu karo ja kar ke". to yeh wuzu ki shart jo hai, bilkul hi</w:t>
      </w:r>
    </w:p>
    <w:p>
      <w:pPr>
        <w:jc w:val="right"/>
      </w:pPr>
      <w:r>
        <w:t>تو آپ کہیں گے، "نہیں، نہیں، نہیں، پہلے وضو کرو جا کر کے"۔ تو یہ وضو کی شرط جو ہے، بالکل ہی</w:t>
      </w:r>
    </w:p>
    <w:p>
      <w:r>
        <w:rPr>
          <w:b/>
        </w:rPr>
        <w:t xml:space="preserve">[07:00] </w:t>
      </w:r>
      <w:r>
        <w:t>yani baseless condition hai, baseless. lekin is ki wajah se quran ki ishaat ka, ishaat ka kaam ruk gaya, ruka hua hai.</w:t>
      </w:r>
    </w:p>
    <w:p>
      <w:pPr>
        <w:jc w:val="right"/>
      </w:pPr>
      <w:r>
        <w:t>یعنی بیسلیس شرط ہے، بیسلیس۔ لیکن اس کی وجہ سے قرآن کی اشاعت کا، اشاعت کا کام رک گیا، رکا ہوا ہے۔</w:t>
      </w:r>
    </w:p>
    <w:p>
      <w:r>
        <w:rPr>
          <w:b/>
        </w:rPr>
        <w:t xml:space="preserve">[07:13] </w:t>
      </w:r>
      <w:r>
        <w:t>aur bhi sharten laga rakhi hain ke wuzu ke baghair quran chhooe nahin sakte, text ke baghair quran sirf tarjuma chhap nahin sakte.</w:t>
      </w:r>
    </w:p>
    <w:p>
      <w:pPr>
        <w:jc w:val="right"/>
      </w:pPr>
      <w:r>
        <w:t>اور بھی شرطیں لگا رکھی ہیں کہ وضو کے بغیر قرآن چھو نہیں سکتے، ٹیکسٹ کے بغیر قرآن صرف ترجمہ چھاپ نہیں سکتے۔</w:t>
      </w:r>
    </w:p>
    <w:p>
      <w:r>
        <w:rPr>
          <w:b/>
        </w:rPr>
        <w:t xml:space="preserve">[07:26] </w:t>
      </w:r>
      <w:r>
        <w:t>is tarah ki</w:t>
      </w:r>
    </w:p>
    <w:p>
      <w:pPr>
        <w:jc w:val="right"/>
      </w:pPr>
      <w:r>
        <w:t>اس طرح کی</w:t>
      </w:r>
    </w:p>
    <w:p>
      <w:r>
        <w:rPr>
          <w:b/>
        </w:rPr>
        <w:t xml:space="preserve">[07:30] </w:t>
      </w:r>
      <w:r>
        <w:t>ghair amli condition hai. is ki wajah se</w:t>
      </w:r>
    </w:p>
    <w:p>
      <w:pPr>
        <w:jc w:val="right"/>
      </w:pPr>
      <w:r>
        <w:t>غیر عملی شرط ہے۔ اس کی وجہ سے</w:t>
      </w:r>
    </w:p>
    <w:p>
      <w:r>
        <w:rPr>
          <w:b/>
        </w:rPr>
        <w:t xml:space="preserve">[07:39] </w:t>
      </w:r>
      <w:r>
        <w:t>quran ki ishaat ruk gayi.</w:t>
      </w:r>
    </w:p>
    <w:p>
      <w:pPr>
        <w:jc w:val="right"/>
      </w:pPr>
      <w:r>
        <w:t>قرآن کی اشاعت رک گئی۔</w:t>
      </w:r>
    </w:p>
    <w:p>
      <w:r>
        <w:rPr>
          <w:b/>
        </w:rPr>
        <w:t xml:space="preserve">[07:44] </w:t>
      </w:r>
      <w:r>
        <w:t>to yeh khud sakhta condition hai.</w:t>
      </w:r>
    </w:p>
    <w:p>
      <w:pPr>
        <w:jc w:val="right"/>
      </w:pPr>
      <w:r>
        <w:t>تو یہ خود ساختہ شرط ہے۔</w:t>
      </w:r>
    </w:p>
    <w:p>
      <w:r>
        <w:rPr>
          <w:b/>
        </w:rPr>
        <w:t xml:space="preserve">[07:49] </w:t>
      </w:r>
      <w:r>
        <w:t>yeh quran mein yeh condition nahin hai, hadith mein yeh condition nahin hai, islam mein yeh condition nahin hai. main aap ko ek hadith sunata hoon jo moot mein hai, moot jo bohat sahih kitab mani jati hai.</w:t>
      </w:r>
    </w:p>
    <w:p>
      <w:pPr>
        <w:jc w:val="right"/>
      </w:pPr>
      <w:r>
        <w:t>یہ قرآن میں یہ شرط نہیں ہے، حدیث میں یہ شرط نہیں ہے، اسلام میں یہ شرط نہیں ہے۔ میں آپ کو ایک حدیث سناتا ہوں جو موت میں ہے، موت جو بہت صحیح کتاب مانی جاتی ہے۔</w:t>
      </w:r>
    </w:p>
    <w:p>
      <w:r>
        <w:rPr>
          <w:b/>
        </w:rPr>
        <w:t xml:space="preserve">[08:08] </w:t>
      </w:r>
      <w:r>
        <w:t>baaz ulma to is ko bukhari se zyada sahih kitab mante hain. is mein yeh riwayat hai. 23 barwat parhiye:</w:t>
      </w:r>
    </w:p>
    <w:p>
      <w:pPr>
        <w:jc w:val="right"/>
      </w:pPr>
      <w:r>
        <w:t>بعض علماء تو اس کو بخاری سے زیادہ صحیح کتاب مانتے ہیں۔ اس میں یہ روایت ہے۔ 23 بروات پڑھیے:</w:t>
      </w:r>
    </w:p>
    <w:p>
      <w:r>
        <w:rPr>
          <w:b/>
        </w:rPr>
        <w:t xml:space="preserve">[08:20] </w:t>
      </w:r>
      <w:r>
        <w:t>"an malik, ayub sakhtiyani se, muhammad ibn sirin se, ke amirul momineen umar ibn al-khattab ek qaum mein the aur woh log quran padh rahe the. phir woh zaroorat ke liye gaye, phir wapas aaye aur quran padh rahe the. to ek aadmi ne kaha, aye amirul momineen, aap quran padh rahe hain aur aap ne wazu nahi kiya hai".</w:t>
      </w:r>
    </w:p>
    <w:p>
      <w:pPr>
        <w:jc w:val="right"/>
      </w:pPr>
      <w:r>
        <w:t>"عن مالک، عن ایوب السختیانی، عن محمد ابن سیرین، ان عمر ابن الخطاب کان فی قوم وھم یقرون القرآن فذہب لہاجتہ ثم رجع وھو یقر القرآن فقال له رجل یا امیرالمومنین اتقرا ولست علی وضو"۔</w:t>
      </w:r>
    </w:p>
    <w:p>
      <w:r>
        <w:rPr>
          <w:b/>
        </w:rPr>
        <w:t xml:space="preserve">[08:42] </w:t>
      </w:r>
      <w:r>
        <w:t>to umar ne kaha, tum ko kis ne is cheez ka fatwa diya hai? kya musailmah ne fatwa diya hai? maut imam malik, asar number 684.</w:t>
      </w:r>
    </w:p>
    <w:p>
      <w:pPr>
        <w:jc w:val="right"/>
      </w:pPr>
      <w:r>
        <w:t>فقال له عمر: "من افتاک بهذا ام سیلمہ"۔ موت امام مالک، اثر نمبر 684۔</w:t>
      </w:r>
    </w:p>
    <w:p>
      <w:r>
        <w:rPr>
          <w:b/>
        </w:rPr>
        <w:t xml:space="preserve">[08:52] </w:t>
      </w:r>
      <w:r>
        <w:t>malik ayub sakhtiyani se riwayat karte hain, woh muhammad ibn sirin se ke umar bin khattab ek jamaat mein the aur woh log quran padh rahe the.</w:t>
      </w:r>
    </w:p>
    <w:p>
      <w:pPr>
        <w:jc w:val="right"/>
      </w:pPr>
      <w:r>
        <w:t>مالک ایوب السختیانی سے روایت کرتے ہیں، وہ محمد ابن سیرین سے کہ عمر بن خطاب ایک جماعت میں تھے اور وہ لوگ قرآن پڑھ رہے تھے۔</w:t>
      </w:r>
    </w:p>
    <w:p>
      <w:r>
        <w:rPr>
          <w:b/>
        </w:rPr>
        <w:t xml:space="preserve">[09:04] </w:t>
      </w:r>
      <w:r>
        <w:t>umar zaroorat ke liye gaye, phir wapas aaye aur quran padhte rahe. to ek aadmi ne kaha: "aye amirul momineen, aap quran padh rahe hain aur aap ne wazu nahi kiya hai".</w:t>
      </w:r>
    </w:p>
    <w:p>
      <w:pPr>
        <w:jc w:val="right"/>
      </w:pPr>
      <w:r>
        <w:t>عمر ضرورت کے لیے گئے، پھر واپس آئے اور قرآن پڑھتے رہے۔ تو ایک آدمی نے کہا: "اے امیرالمومنین، آپ قرآن پڑھ رہے ہیں اور آپ نے وضو نہیں کیا ہے"۔</w:t>
      </w:r>
    </w:p>
    <w:p>
      <w:r>
        <w:rPr>
          <w:b/>
        </w:rPr>
        <w:t xml:space="preserve">[09:17] </w:t>
      </w:r>
      <w:r>
        <w:t>to umar ne kaha: "tum ko kis ne is cheez ka fatwa diya hai? kya masailmah ne fatwa diya hai?"</w:t>
      </w:r>
    </w:p>
    <w:p>
      <w:pPr>
        <w:jc w:val="right"/>
      </w:pPr>
      <w:r>
        <w:t>تو عمر نے کہا: "تم کو کس نے اس چیز کا فتویٰ دیا ہے؟ کیا مسیلمہ نے فتویٰ دیا ہے؟"</w:t>
      </w:r>
    </w:p>
    <w:p>
      <w:r>
        <w:rPr>
          <w:b/>
        </w:rPr>
        <w:t xml:space="preserve">[09:25] </w:t>
      </w:r>
      <w:r>
        <w:t>masailmah jaate kaun hain? masailmah ne nubuwat ka dawa kiya tha. nubuwat ka dawa jo kare, woh islam mein bohat zyada galat samjha jata hai.</w:t>
      </w:r>
    </w:p>
    <w:p>
      <w:pPr>
        <w:jc w:val="right"/>
      </w:pPr>
      <w:r>
        <w:t>مسیلمہ جاتے کون ہیں؟ مسیلمہ نے نبوت کا دعویٰ کیا تھا۔ نبوت کا دعویٰ جو کرے، وہ اسلام میں بہت زیادہ غلط سمجھا جاتا ہے۔</w:t>
      </w:r>
    </w:p>
    <w:p>
      <w:r>
        <w:rPr>
          <w:b/>
        </w:rPr>
        <w:t xml:space="preserve">[09:43] </w:t>
      </w:r>
      <w:r>
        <w:t>isko kehte hain musailmah kazzab,</w:t>
      </w:r>
    </w:p>
    <w:p>
      <w:pPr>
        <w:jc w:val="right"/>
      </w:pPr>
      <w:r>
        <w:t>اس کو کہتے ہیں مسلمہ کذاب،</w:t>
      </w:r>
    </w:p>
    <w:p>
      <w:r>
        <w:rPr>
          <w:b/>
        </w:rPr>
        <w:t xml:space="preserve">[09:49] </w:t>
      </w:r>
      <w:r>
        <w:t>yaani bohat jhoot bolne wala musailmah. to hazrat umar ne kaha ke: "yeh masla jo hai, kya tum ko masailmah ne, masailmah kazzab ne bataya hai?" matlab yeh ke yeh shart hi nahi hai ke wazu karo to padho mun mat ko.</w:t>
      </w:r>
    </w:p>
    <w:p>
      <w:pPr>
        <w:jc w:val="right"/>
      </w:pPr>
      <w:r>
        <w:t>یعنی بہت جھوٹ بولنے والا مسلمہ۔ تو حضرت عمر نے کہا کہ: "یہ مسئلہ جو ہے، کیا تم کو مسیلمہ نے، مسیلمہ کذاب نے بتایا ہے؟" مطلب یہ کہ یہ شرط ہی نہیں ہے کہ وضو کرو تو پڑھو من مت کو۔</w:t>
      </w:r>
    </w:p>
    <w:p>
      <w:r>
        <w:rPr>
          <w:b/>
        </w:rPr>
        <w:t xml:space="preserve">[10:13] </w:t>
      </w:r>
      <w:r>
        <w:t>yeh is is tarah ki jo shartein hain, is sharton ne musalmanon ko sab se barhe farz se mahroom kar kar rakha hai.</w:t>
      </w:r>
    </w:p>
    <w:p>
      <w:pPr>
        <w:jc w:val="right"/>
      </w:pPr>
      <w:r>
        <w:t>یہ اس اس طرح کی جو شرطیں ہیں، اس شرطوں نے مسلمانوں کو سب سے بڑے فرض سے محروم کر کر رکھا ہے۔</w:t>
      </w:r>
    </w:p>
    <w:p>
      <w:r>
        <w:rPr>
          <w:b/>
        </w:rPr>
        <w:t xml:space="preserve">[10:26] </w:t>
      </w:r>
      <w:r>
        <w:t>woh bas namaz roza to kar lete hain, lekin dawat ka koi jazba un ke andar nahi.</w:t>
      </w:r>
    </w:p>
    <w:p>
      <w:pPr>
        <w:jc w:val="right"/>
      </w:pPr>
      <w:r>
        <w:t>وہ بس نماز روزہ تو کر لیتے ہیں، لیکن دعوت کا کوئی جذبہ ان کے اندر نہیں۔</w:t>
      </w:r>
    </w:p>
    <w:p>
      <w:r>
        <w:rPr>
          <w:b/>
        </w:rPr>
        <w:t xml:space="preserve">[10:35] </w:t>
      </w:r>
      <w:r>
        <w:t>kyun ke agar woh quran ka tarjuma matn ke baghair chhapay, us ko phailane ke liye, to fatwa diya jayega ke baghair matn ke tum chhap rahe ho, yeh to jaiz hi nahi.</w:t>
      </w:r>
    </w:p>
    <w:p>
      <w:pPr>
        <w:jc w:val="right"/>
      </w:pPr>
      <w:r>
        <w:t>کیونکہ اگر وہ قرآن کا ترجمہ متن کے بغیر چھاپے، اس کو پھیلانے کے لیے، تو فتویٰ دیا جائے گا کہ بغیر متن کے تم چھاپ رہے ہو، یہ تو جائز ہی نہیں۔</w:t>
      </w:r>
    </w:p>
    <w:p>
      <w:r>
        <w:rPr>
          <w:b/>
        </w:rPr>
        <w:t xml:space="preserve">[10:54] </w:t>
      </w:r>
      <w:r>
        <w:t>achha, agar matn ke saath chhapay, tab kya fatwa lagega ke tum kaise dega us ko ghair muslimon ko?</w:t>
      </w:r>
    </w:p>
    <w:p>
      <w:pPr>
        <w:jc w:val="right"/>
      </w:pPr>
      <w:r>
        <w:t>اچھا، اگر متن کے ساتھ چھاپے، تب کیا فتویٰ لگے گا کہ تم کیسے دے گا اس کو غیر مسلموں کو؟</w:t>
      </w:r>
    </w:p>
    <w:p>
      <w:r>
        <w:rPr>
          <w:b/>
        </w:rPr>
        <w:t xml:space="preserve">[11:03] </w:t>
      </w:r>
      <w:r>
        <w:t>woh us ke us ki be-hurmati nahi karega? ya matn ke saath chhapu, tab bhi amli taur par namumkin ho gaya?</w:t>
      </w:r>
    </w:p>
    <w:p>
      <w:pPr>
        <w:jc w:val="right"/>
      </w:pPr>
      <w:r>
        <w:t>وہ اس کے اس کی بے حرمتی نہیں کرے گا؟ یا متن کے ساتھ چھاپو، تب بھی عملی طور پر ناممکن ہو گیا؟</w:t>
      </w:r>
    </w:p>
    <w:p>
      <w:r>
        <w:rPr>
          <w:b/>
        </w:rPr>
        <w:t xml:space="preserve">[11:17] </w:t>
      </w:r>
      <w:r>
        <w:t>aur matn ke baghair chhapu, tab bhi ho gaya. nateeja yeh kya hai ke quran ab ab reh gaya hai tabarruk ki kitab. upar upar rakh do, jo dua mein lapait kar ke barkat ke liye.</w:t>
      </w:r>
    </w:p>
    <w:p>
      <w:pPr>
        <w:jc w:val="right"/>
      </w:pPr>
      <w:r>
        <w:t>اور متن کے بغیر چھاپو، تب بھی ہو گیا۔ نتیجہ یہ کیا ہے کہ قرآن اب اب رہ گیا ہے تبرک کی کتاب۔ اوپر اوپر رکھ دو، جو دعا میں لپیٹ کر کے برکت کے لیے۔</w:t>
      </w:r>
    </w:p>
    <w:p>
      <w:r>
        <w:rPr>
          <w:b/>
        </w:rPr>
        <w:t xml:space="preserve">[11:31] </w:t>
      </w:r>
      <w:r>
        <w:t>aur jo asal maqsad tha ke dunya ko allah rabbul alameen ke education plan hai, usay ba-khabar karne ke liye quran ko pahunchaya jaye, wohi khatam.</w:t>
      </w:r>
    </w:p>
    <w:p>
      <w:pPr>
        <w:jc w:val="right"/>
      </w:pPr>
      <w:r>
        <w:t>اور جو اصل مقصد تھا کہ دنیا کو اللہ رب العالمین کے ایجوکیشن پلان ہے، اسے باخبر کرنے کے لیے قرآن کو پہنچایا جائے، وہی ختم۔</w:t>
      </w:r>
    </w:p>
    <w:p>
      <w:r>
        <w:rPr>
          <w:b/>
        </w:rPr>
        <w:t xml:space="preserve">[11:48] </w:t>
      </w:r>
      <w:r>
        <w:t>wohi khatam. musalman jahida, taif dunya mein aaj kal kya kar rahe hain? shikayatein hain doosron ke khilaf. jis ko dekh raha hai, woh hamare khilaf size ho rahi hai, log hamare dushman ho rahe hain.</w:t>
      </w:r>
    </w:p>
    <w:p>
      <w:pPr>
        <w:jc w:val="right"/>
      </w:pPr>
      <w:r>
        <w:t>وہی ختم۔ مسلمان جاہدہ، طائف دنیا میں آج کل کیا کر رہے ہیں؟ شکایتیں ہیں دوسروں کے خلاف۔ جس کو دیکھ رہا ہے، وہ ہمارے خلاف سائز ہو رہی ہے، لوگ ہمارے دشمن ہو رہے ہیں۔</w:t>
      </w:r>
    </w:p>
    <w:p>
      <w:r>
        <w:rPr>
          <w:b/>
        </w:rPr>
        <w:t xml:space="preserve">[12:02] </w:t>
      </w:r>
      <w:r>
        <w:t>yahi sab bol bolte hain. musalman khud apne aap ko ek self killing practice mubtala kiye hue hain.</w:t>
      </w:r>
    </w:p>
    <w:p>
      <w:pPr>
        <w:jc w:val="right"/>
      </w:pPr>
      <w:r>
        <w:t>یہی سب بول بولتے ہیں۔ مسلمان خود اپنے آپ کو ایک سیلف کلنگ پریکٹس مبتلا کیے ہوئے ہیں۔</w:t>
      </w:r>
    </w:p>
    <w:p>
      <w:r>
        <w:rPr>
          <w:b/>
        </w:rPr>
        <w:t xml:space="preserve">[12:12] </w:t>
      </w:r>
      <w:r>
        <w:t>quran ke bare mein aisi condition lagana ke quran ko phailana amalan namumkin ho jaye, yeh ek self killing practice hai. yeh</w:t>
      </w:r>
    </w:p>
    <w:p>
      <w:pPr>
        <w:jc w:val="right"/>
      </w:pPr>
      <w:r>
        <w:t>قرآن کے بارے میں ایسی کنڈیشن لگانا کہ قرآن کو پھیلانا عملاً ناممکن ہو جائے، یہ ایک سیلف کلنگ پریکٹس ہے۔ یہ</w:t>
      </w:r>
    </w:p>
    <w:p>
      <w:r>
        <w:rPr>
          <w:b/>
        </w:rPr>
        <w:t xml:space="preserve">[12:25] </w:t>
      </w:r>
      <w:r>
        <w:t>wohi to allah ke nazdeek hum ko rehmat ka mustahiq banati hai. yaani quran ko hum phailayein to hum khuda ke numainde ban jate hain.</w:t>
      </w:r>
    </w:p>
    <w:p>
      <w:pPr>
        <w:jc w:val="right"/>
      </w:pPr>
      <w:r>
        <w:t>وہی تو اللہ کے نزدیک ہم کو رحمت کا مستحق بناتی ہے۔ یعنی قرآن کو ہم پھیلائیں تو ہم خدا کے نمائندے بن جاتے ہیں۔</w:t>
      </w:r>
    </w:p>
    <w:p>
      <w:r>
        <w:rPr>
          <w:b/>
        </w:rPr>
        <w:t xml:space="preserve">[12:41] </w:t>
      </w:r>
      <w:r>
        <w:t>dekhiye, quran mein ek ayat hai: "ya ay rasool, balagh ma un alaik birabbik, wala tafal famab laghat risalat".</w:t>
      </w:r>
    </w:p>
    <w:p>
      <w:pPr>
        <w:jc w:val="right"/>
      </w:pPr>
      <w:r>
        <w:t>دیکھیے، قرآن میں ایک آیت ہے: "یا ای رسول، بلغ ما عون علیک بربک، والا تفعل فما بلغت رسالت"۔</w:t>
      </w:r>
    </w:p>
    <w:p>
      <w:r>
        <w:rPr>
          <w:b/>
        </w:rPr>
        <w:t xml:space="preserve">[12:55] </w:t>
      </w:r>
      <w:r>
        <w:t>us ki is ayat ko padhiye aur us ka tarjuma aur hawala surah al-maidah, chapter number five, verse number 67: "ya ayuha al-rasool, balagh ma unzila ilaik min rabbik, wala tafal famab laghat risalat".</w:t>
      </w:r>
    </w:p>
    <w:p>
      <w:pPr>
        <w:jc w:val="right"/>
      </w:pPr>
      <w:r>
        <w:t>اس کی اس آیت کو پڑھیے اور اس کا ترجمہ اور حوالہ سورہ المائدہ، چیپٹر نمبر فائیو، ورس نمبر 67: "یا ایہا الرسول، بلغ ما انزل الیک من ربک، والا تفعل فما بلغت رسالت"۔</w:t>
      </w:r>
    </w:p>
    <w:p>
      <w:r>
        <w:rPr>
          <w:b/>
        </w:rPr>
        <w:t xml:space="preserve">[13:11] </w:t>
      </w:r>
      <w:r>
        <w:t>wallahu ya'simuka min al-nas, innallaha la yahdi al-qaum al-kafirin. aye rasool, pahunchao jo tum par utara gaya hai tumhare rab ki taraf se, aur agar tum ne nahi pahunchaya to tum ne risalat ka, aur agar tum ne nahi kiya to tum ne risalat ka paigham nahi pahunchaya, aur allah tum ko logon se mehfooz rakhega.</w:t>
      </w:r>
    </w:p>
    <w:p>
      <w:pPr>
        <w:jc w:val="right"/>
      </w:pPr>
      <w:r>
        <w:t>واللہ یعسمک من الناس، ان اللہ لا یہدی القوم الکافرین۔ اے رسول، پہنچاؤ جو تم پر اتارا گیا ہے تمہارے رب کی طرف سے، اور اگر تم نے نہیں پہنچایا تو تم نے رسالت کا، اور اگر تم نے نہیں کیا تو تم نے رسالت کا پیغام نہیں پہنچایا، اور اللہ تم کو لوگوں سے محفوظ رکھے گا۔</w:t>
      </w:r>
    </w:p>
    <w:p>
      <w:r>
        <w:rPr>
          <w:b/>
        </w:rPr>
        <w:t xml:space="preserve">[13:33] </w:t>
      </w:r>
      <w:r>
        <w:t>haan, dekhiye, is ayat se kya nikla? is ayat se yeh nikla ke ismat min al-nas ka raaz tabligh, tabligh manind allah hai.</w:t>
      </w:r>
    </w:p>
    <w:p>
      <w:pPr>
        <w:jc w:val="right"/>
      </w:pPr>
      <w:r>
        <w:t>ہاں، دیکھیے، اس آیت سے کیا نکلا؟ اس آیت سے یہ نکلا کہ عصمت من الناس کا راز تبلیغ، تبلیغ مانند اللہ ہے۔</w:t>
      </w:r>
    </w:p>
    <w:p>
      <w:r>
        <w:rPr>
          <w:b/>
        </w:rPr>
        <w:t xml:space="preserve">[13:51] </w:t>
      </w:r>
      <w:r>
        <w:t>yaani allah ne jo quran utara hai, us ko phailao, aur allah khud tumhari hifazat ki zimmedari le lega.</w:t>
      </w:r>
    </w:p>
    <w:p>
      <w:pPr>
        <w:jc w:val="right"/>
      </w:pPr>
      <w:r>
        <w:t>یعنی اللہ نے جو قرآن اتارا ہے، اس کو پھیلاؤ، اور اللہ خود تمہاری حفاظت کی ذمہ داری لے لے گا۔</w:t>
      </w:r>
    </w:p>
    <w:p>
      <w:r>
        <w:rPr>
          <w:b/>
        </w:rPr>
        <w:t xml:space="preserve">[14:04] </w:t>
      </w:r>
      <w:r>
        <w:t>saaf taur par nikal raha hai ke ismat min al-nas ka raaz tabligh manind allah hai. yaani quran ki ishaat itni khuli khuli ayat hai,</w:t>
      </w:r>
    </w:p>
    <w:p>
      <w:pPr>
        <w:jc w:val="right"/>
      </w:pPr>
      <w:r>
        <w:t>صاف طور پر نکل رہا ہے کہ عصمت من الناس کا راز تبلیغ مانند اللہ ہے۔ یعنی قرآن کی اشاعت اتنی کھلی کھلی آیت ہے،</w:t>
      </w:r>
    </w:p>
    <w:p>
      <w:r>
        <w:rPr>
          <w:b/>
        </w:rPr>
        <w:t xml:space="preserve">[14:19] </w:t>
      </w:r>
      <w:r>
        <w:t>lekin ghair zaroori shartain laga rakhi hain.</w:t>
      </w:r>
    </w:p>
    <w:p>
      <w:pPr>
        <w:jc w:val="right"/>
      </w:pPr>
      <w:r>
        <w:t>لیکن غیر ضروری شرطیں لگا رکھی ہیں۔</w:t>
      </w:r>
    </w:p>
    <w:p>
      <w:r>
        <w:rPr>
          <w:b/>
        </w:rPr>
        <w:t xml:space="preserve">[14:26] </w:t>
      </w:r>
      <w:r>
        <w:t>is ki wajah se log darte hain quran ko phailane se ke kahin in se gunah na ho jaye, quran ki behurmati na ho jaye.</w:t>
      </w:r>
    </w:p>
    <w:p>
      <w:pPr>
        <w:jc w:val="right"/>
      </w:pPr>
      <w:r>
        <w:t>اس کی وجہ سے لوگ ڈرتے ہیں قرآن کو پھیلانے سے کہ کہیں ان سے گناہ نہ ہو جائے، قرآن کی بے حرمتی نہ ہو جائے۔</w:t>
      </w:r>
    </w:p>
    <w:p>
      <w:r>
        <w:rPr>
          <w:b/>
        </w:rPr>
        <w:t xml:space="preserve">[14:36] </w:t>
      </w:r>
      <w:r>
        <w:t>yeh sab bilkul wahi hai. hazrat umar zuban mein musailma musailma kazzab ki lagai hui shartain hain. yeh</w:t>
      </w:r>
    </w:p>
    <w:p>
      <w:pPr>
        <w:jc w:val="right"/>
      </w:pPr>
      <w:r>
        <w:t>یہ سب بالکل وہی ہے۔ حضرت عمر زبان میں مسیلمہ مسیلمہ کذاب کی لگائی ہوئی شرطیں ہیں۔ یہ</w:t>
      </w:r>
    </w:p>
    <w:p>
      <w:r>
        <w:rPr>
          <w:b/>
        </w:rPr>
        <w:t xml:space="preserve">[14:48] </w:t>
      </w:r>
      <w:r>
        <w:t>kitna zabardast is hazrat umar ka jawab tha! hazrat umar ka jawab itna sakht tha ke yeh shart kya tum ko musailma kazzab ne batayi hai?</w:t>
      </w:r>
    </w:p>
    <w:p>
      <w:pPr>
        <w:jc w:val="right"/>
      </w:pPr>
      <w:r>
        <w:t>کتنا زبردست اس حضرت عمر کا جواب تھا! حضرت عمر کا جواب اتنا سخت تھا کہ یہ شرط کیا تم کو مسیلمہ کذاب نے بتائی ہے؟</w:t>
      </w:r>
    </w:p>
    <w:p>
      <w:r>
        <w:rPr>
          <w:b/>
        </w:rPr>
        <w:t xml:space="preserve">[15:05] </w:t>
      </w:r>
      <w:r>
        <w:t>to musalmanon par lazim hai ke woh toba karein, toba apni dimagh se nikal dein, har sharton ko be baseless samjhein, aur quran ko phailayein, phailayein, phailayein.</w:t>
      </w:r>
    </w:p>
    <w:p>
      <w:pPr>
        <w:jc w:val="right"/>
      </w:pPr>
      <w:r>
        <w:t>تو مسلمانوں پر لازم ہے کہ وہ توبہ کریں، توبہ اپنی دماغ سے نکالیں، ہر شرطوں کو بے بیسلیس سمجھیں، اور قرآن کو پھیلائیں، پھیلائیں، پھیلائیں۔</w:t>
      </w:r>
    </w:p>
    <w:p>
      <w:r>
        <w:rPr>
          <w:b/>
        </w:rPr>
        <w:t xml:space="preserve">[15:19] </w:t>
      </w:r>
      <w:r>
        <w:t>agar woh chahte hain ke khuda ki rehmat ka darwaza jo band ho gaya hai, woh khule, khuda ki hifazat jo uth gayi hai, woh dobara lote, to un ko quran ko phailana parega.</w:t>
      </w:r>
    </w:p>
    <w:p>
      <w:pPr>
        <w:jc w:val="right"/>
      </w:pPr>
      <w:r>
        <w:t>اگر وہ چاہتے ہیں کہ خدا کی رحمت کا دروازہ جو بند ہو گیا ہے، وہ کھلے، خدا کی حفاظت جو اٹھ گئی ہے، وہ دوبارہ لوٹے، تو ان کو قرآن کو پھیلانا پڑے گا۔</w:t>
      </w:r>
    </w:p>
    <w:p>
      <w:r>
        <w:rPr>
          <w:b/>
        </w:rPr>
        <w:t xml:space="preserve">[15:39] </w:t>
      </w:r>
      <w:r>
        <w:t>ab jo is waqt musalman shikayat karte hain, agar woh shikayat ko sahi man liya jaye to is ka matlab yeh hai ke allah ki hifazat musalmanon se uth gayi hai.</w:t>
      </w:r>
    </w:p>
    <w:p>
      <w:pPr>
        <w:jc w:val="right"/>
      </w:pPr>
      <w:r>
        <w:t>اب جو اس وقت مسلمان شکایت کرتے ہیں، اگر وہ شکایت کو صحیح مان لیا جائے تو اس کا مطلب یہ ہے کہ اللہ کی حفاظت مسلمانوں سے اٹھ گئی ہے۔</w:t>
      </w:r>
    </w:p>
    <w:p>
      <w:r>
        <w:rPr>
          <w:b/>
        </w:rPr>
        <w:t xml:space="preserve">[15:51] </w:t>
      </w:r>
      <w:r>
        <w:t>aur uthi kyun hai? is liye ke unhon ne quran ko phailane ka kaam chhod chhod diya, khud sakhta sharton ki bina par ke is se behurmati hogi, is se yeh hoga, is se woh hoga.</w:t>
      </w:r>
    </w:p>
    <w:p>
      <w:pPr>
        <w:jc w:val="right"/>
      </w:pPr>
      <w:r>
        <w:t>اور اٹھی کیوں ہے؟ اس لیے کہ انہوں نے قرآن کو پھیلانے کا کام چھوڑ چھوڑ دیا، خود ساختہ شرطوں کی بنا پر کہ اس سے بے حرمتی ہوگی، اس سے یہ ہوگا، اس سے وہ ہوگا۔</w:t>
      </w:r>
    </w:p>
    <w:p>
      <w:r>
        <w:rPr>
          <w:b/>
        </w:rPr>
        <w:t xml:space="preserve">[16:07] </w:t>
      </w:r>
      <w:r>
        <w:t>is qism ki tamam shartain be buniyad hain. yaad rakhiye,</w:t>
      </w:r>
    </w:p>
    <w:p>
      <w:pPr>
        <w:jc w:val="right"/>
      </w:pPr>
      <w:r>
        <w:t>اس قسم کی تمام شرطیں بے بنیاد ہیں۔ یاد رکھیے،</w:t>
      </w:r>
    </w:p>
    <w:p>
      <w:r>
        <w:rPr>
          <w:b/>
        </w:rPr>
        <w:t xml:space="preserve">[16:14] </w:t>
      </w:r>
      <w:r>
        <w:t>jis tarah christian log bible ka tarjuma har zuban mein karte hain, har zuban mein, aur sari duniya mein phailate hain, without any condition, without any condition, sab ko dete hain.</w:t>
      </w:r>
    </w:p>
    <w:p>
      <w:pPr>
        <w:jc w:val="right"/>
      </w:pPr>
      <w:r>
        <w:t>جس طرح کرسچن لوگ بائبل کا ترجمہ ہر زبان میں کرتے ہیں، ہر زبان میں، اور ساری دنیا میں پھیلاتے ہیں، ودا آؤٹ اینی کنڈیشن، ودا آؤٹ اینی کنڈیشن، سب کو دیتے ہیں۔</w:t>
      </w:r>
    </w:p>
    <w:p>
      <w:r>
        <w:rPr>
          <w:b/>
        </w:rPr>
        <w:t xml:space="preserve">[16:35] </w:t>
      </w:r>
      <w:r>
        <w:t>ek musalman ne mujh se kaha, yani woh aalim thay, ke main ek christian ke haan gaya kisi wajah se, to unhon ne kaha ke main ne dekha ke christian ka jo kamra hai,</w:t>
      </w:r>
    </w:p>
    <w:p>
      <w:pPr>
        <w:jc w:val="right"/>
      </w:pPr>
      <w:r>
        <w:t>ایک مسلمان نے مجھ سے کہا، یعنی وہ عالم تھے، کہ میں ایک کرسچن کے ہاں گیا کسی وجہ سے، تو انہوں نے کہا کہ میں نے دیکھا کہ کرسچن کا جو کمرہ ہے،</w:t>
      </w:r>
    </w:p>
    <w:p>
      <w:r>
        <w:rPr>
          <w:b/>
        </w:rPr>
        <w:t xml:space="preserve">[16:53] </w:t>
      </w:r>
      <w:r>
        <w:t>is kamre mein mez hai aur kursi hai,</w:t>
      </w:r>
    </w:p>
    <w:p>
      <w:pPr>
        <w:jc w:val="right"/>
      </w:pPr>
      <w:r>
        <w:t>اس کمرے میں میز ہے اور کرسی ہے،</w:t>
      </w:r>
    </w:p>
    <w:p>
      <w:r>
        <w:rPr>
          <w:b/>
        </w:rPr>
        <w:t xml:space="preserve">[17:01] </w:t>
      </w:r>
      <w:r>
        <w:t>to bible un ke haan rakhi hui thi neeche,</w:t>
      </w:r>
    </w:p>
    <w:p>
      <w:pPr>
        <w:jc w:val="right"/>
      </w:pPr>
      <w:r>
        <w:t>تو بائبل ان کے ہاں رکھی ہوئی تھی نیچے،</w:t>
      </w:r>
    </w:p>
    <w:p>
      <w:r>
        <w:rPr>
          <w:b/>
        </w:rPr>
        <w:t xml:space="preserve">[17:08] </w:t>
      </w:r>
      <w:r>
        <w:t>yani jo carpet tha, shayad us carpet par rakhi hui thi, aur log kursi par baithe hue thay, to goya ke un ki baithak upar thi kursi par, aur quran aur aur bible rakha hua tha carpet par neeche.</w:t>
      </w:r>
    </w:p>
    <w:p>
      <w:pPr>
        <w:jc w:val="right"/>
      </w:pPr>
      <w:r>
        <w:t>یعنی جو کارپٹ تھا، شاید اس کارپٹ پر رکھی ہوئی تھی، اور لوگ کرسیوں پر بیٹھے ہوئے تھے، تو گویا کہ ان کی بیٹھک اوپر تھی کرسی پر، اور قرآن اور اور بائبل رکھا ہوا تھا کارپٹ پر نیچے۔</w:t>
      </w:r>
    </w:p>
    <w:p>
      <w:r>
        <w:rPr>
          <w:b/>
        </w:rPr>
        <w:t xml:space="preserve">[17:27] </w:t>
      </w:r>
      <w:r>
        <w:t>to unhon ne bare fakhr ke sath kaha ke main ne bible ko utha kar ke us ko mez par rakha.</w:t>
      </w:r>
    </w:p>
    <w:p>
      <w:pPr>
        <w:jc w:val="right"/>
      </w:pPr>
      <w:r>
        <w:t>تو انہوں نے بڑے فخر کے ساتھ کہا کہ میں نے بائبل کو اٹھا کر کے اس کو میز پر رکھا۔</w:t>
      </w:r>
    </w:p>
    <w:p>
      <w:r>
        <w:rPr>
          <w:b/>
        </w:rPr>
        <w:t xml:space="preserve">[17:36] </w:t>
      </w:r>
      <w:r>
        <w:t>yeh khud sakhta masla hai. quran ka tarjuma jis mein matan shamil nahi hota, woh in condition bila kisi shart ka phailana chahiye.</w:t>
      </w:r>
    </w:p>
    <w:p>
      <w:pPr>
        <w:jc w:val="right"/>
      </w:pPr>
      <w:r>
        <w:t>یہ خود ساختہ مسئلہ ہے۔ قرآن کا ترجمہ جس میں متن شامل نہیں ہوتا، وہ ان کنڈیشن بلا کسی شرط کا پھیلانا چاہیے۔</w:t>
      </w:r>
    </w:p>
    <w:p>
      <w:r>
        <w:rPr>
          <w:b/>
        </w:rPr>
        <w:t xml:space="preserve">[17:50] </w:t>
      </w:r>
      <w:r>
        <w:t>kisi koi shart nahi, is mein na koi behurmati hai, na koi gunah hai, kuch nahi. jis ko aap dein ge, usay aap kahein ge: "dekho bhai, yeh quran hai, pehle wuzu kar lena".</w:t>
      </w:r>
    </w:p>
    <w:p>
      <w:pPr>
        <w:jc w:val="right"/>
      </w:pPr>
      <w:r>
        <w:t>کسی کوئی شرط نہیں، اس میں نہ کوئی بے حرمتی ہے، نہ کوئی گناہ ہے، کچھ نہیں۔ جس کو آپ دیں گے، اسے آپ کہیں گے: "دیکھو بھئی، یہ قرآن ہے، پہلے وضو کر لینا"۔</w:t>
      </w:r>
    </w:p>
    <w:p>
      <w:r>
        <w:rPr>
          <w:b/>
        </w:rPr>
        <w:t xml:space="preserve">[18:07] </w:t>
      </w:r>
      <w:r>
        <w:t>to yaqeen kijiye ke aap ne ek aisa aisi baat kahi ke farishtay aap ko koda manein ge ke yeh yeh kya?</w:t>
      </w:r>
    </w:p>
    <w:p>
      <w:pPr>
        <w:jc w:val="right"/>
      </w:pPr>
      <w:r>
        <w:t>تو یقین کیجئے کہ آپ نے ایک ایسا ایسی بات کہی کہ فرشتے آپ کو کوڑا مانیں گے کہ یہ یہ کیا؟</w:t>
      </w:r>
    </w:p>
    <w:p>
      <w:r>
        <w:rPr>
          <w:b/>
        </w:rPr>
        <w:t xml:space="preserve">[18:15] </w:t>
      </w:r>
      <w:r>
        <w:t>ya musailma kazzab ne tum ko yeh bataya tha ke quran dene ke sath sath un ko yeh batao? hazrat umar ki zuban mein, yani aap kisi ko quran dein,</w:t>
      </w:r>
    </w:p>
    <w:p>
      <w:pPr>
        <w:jc w:val="right"/>
      </w:pPr>
      <w:r>
        <w:t>یا مسیلمہ کذاب نے تم کو یہ بتایا تھا کہ قرآن دینے کے ساتھ ساتھ ان کو یہ بتاؤ؟ حضرت عمر کی زبان میں، یعنی آپ کسی کو قرآن دیں،</w:t>
      </w:r>
    </w:p>
    <w:p>
      <w:r>
        <w:rPr>
          <w:b/>
        </w:rPr>
        <w:t xml:space="preserve">[18:28] </w:t>
      </w:r>
      <w:r>
        <w:t>quran ka matlab hai quran ka tarjuma, kyun ke arabi dein to kya kya faida? arabi dene se koi faida nahi, woh janta nahi.</w:t>
      </w:r>
    </w:p>
    <w:p>
      <w:pPr>
        <w:jc w:val="right"/>
      </w:pPr>
      <w:r>
        <w:t>قرآن کا مطلب ہے قرآن کا ترجمہ، کیونکہ عربی دیں تو کیا کیا فائدہ؟ عربی دینے سے کوئی فائدہ نہیں، وہ جانتا نہیں۔</w:t>
      </w:r>
    </w:p>
    <w:p>
      <w:r>
        <w:rPr>
          <w:b/>
        </w:rPr>
        <w:t xml:space="preserve">[18:41] </w:t>
      </w:r>
      <w:r>
        <w:t>to quran ka tarjuma us ki apni understandable language mein aap dein, aur sath sath yeh kahein ke: "dekho bhai, quran ko parhne se pehle wuzu kar lena".</w:t>
      </w:r>
    </w:p>
    <w:p>
      <w:pPr>
        <w:jc w:val="right"/>
      </w:pPr>
      <w:r>
        <w:t>تو قرآن کا ترجمہ اس کی اپنی انڈرسٹینڈیبل لینگویج میں آپ دیں، اور ساتھ ساتھ یہ کہیں کہ: "دیکھو بھائی، قرآن کو پڑھنے سے پہلے وضو کر لینا"۔</w:t>
      </w:r>
    </w:p>
    <w:p>
      <w:r>
        <w:rPr>
          <w:b/>
        </w:rPr>
        <w:t xml:space="preserve">[18:53] </w:t>
      </w:r>
      <w:r>
        <w:t>to hanse ga woh ke: "mujhe to wuzu karna aata nahi".</w:t>
      </w:r>
    </w:p>
    <w:p>
      <w:pPr>
        <w:jc w:val="right"/>
      </w:pPr>
      <w:r>
        <w:t>تو ہنسے گا وہ کہ: "مجھے تو وضو کرنا آتا نہیں"۔</w:t>
      </w:r>
    </w:p>
    <w:p>
      <w:r>
        <w:rPr>
          <w:b/>
        </w:rPr>
        <w:t xml:space="preserve">[18:59] </w:t>
      </w:r>
      <w:r>
        <w:t>to hazrat umar agar hon maujood wahan par to woh kahein ge ke: "yeh shart tum ko kis ne? musailma kazzab ne batayi hai?</w:t>
      </w:r>
    </w:p>
    <w:p>
      <w:pPr>
        <w:jc w:val="right"/>
      </w:pPr>
      <w:r>
        <w:t>تو حضرت عمر اگر ہوں موجود وہاں پر تو وہ کہیں گے کہ: "یہ شرط تم کو کس نے؟ مسیلمہ کذاب نے بتائی ہے؟</w:t>
      </w:r>
    </w:p>
    <w:p>
      <w:r>
        <w:rPr>
          <w:b/>
        </w:rPr>
        <w:t xml:space="preserve">[19:09] </w:t>
      </w:r>
      <w:r>
        <w:t>yeh shart to hai hi nahi, yeh shart to hai hi nahi".</w:t>
      </w:r>
    </w:p>
    <w:p>
      <w:pPr>
        <w:jc w:val="right"/>
      </w:pPr>
      <w:r>
        <w:t>یہ شرط تو ہے ہی نہیں، یہ شرط تو ہے ہی نہیں"۔</w:t>
      </w:r>
    </w:p>
    <w:p>
      <w:r>
        <w:rPr>
          <w:b/>
        </w:rPr>
        <w:t xml:space="preserve">[19:22] </w:t>
      </w:r>
      <w:r>
        <w:t>main samajhta hoon ke yeh sab se bari wajah ke kis se log quran ko sari duniya mein phaila diya hai, unhon ne, aur musalman nahi phaila sake.</w:t>
      </w:r>
    </w:p>
    <w:p>
      <w:pPr>
        <w:jc w:val="right"/>
      </w:pPr>
      <w:r>
        <w:t>میں سمجھتا ہوں کہ یہ سب سے بڑی وجہ کہ کس سے لوگ قرآن کو ساری دنیا میں پھیلا دیا ہے، انہوں نے، اور مسلمان نہیں پھیلا سکے۔</w:t>
      </w:r>
    </w:p>
    <w:p>
      <w:r>
        <w:rPr>
          <w:b/>
        </w:rPr>
        <w:t xml:space="preserve">[19:37] </w:t>
      </w:r>
      <w:r>
        <w:t>musalman quran ko sari dunya mein nahi phaila sake jab christian logon ne apni bible ko phaila diya, is ka tarjuma har zaban mein tarjuma.</w:t>
      </w:r>
    </w:p>
    <w:p>
      <w:pPr>
        <w:jc w:val="right"/>
      </w:pPr>
      <w:r>
        <w:t>مسلمان قرآن کو ساری دنیا میں نہیں پھیلا سکے جب کرسچن لوگوں نے اپنی بائبل کو پھیلا دیا، اس کا ترجمہ ہر زبان میں ترجمہ۔</w:t>
      </w:r>
    </w:p>
    <w:p>
      <w:r>
        <w:rPr>
          <w:b/>
        </w:rPr>
        <w:t xml:space="preserve">[19:49] </w:t>
      </w:r>
      <w:r>
        <w:t>is ki asal wajah yahi hai ke aisi shartain laga rakhi hain jo baseless hain, be buniyad hain.</w:t>
      </w:r>
    </w:p>
    <w:p>
      <w:pPr>
        <w:jc w:val="right"/>
      </w:pPr>
      <w:r>
        <w:t>اس کی اصل وجہ یہی ہے کہ ایسی شرطیں لگا رکھی ہیں جو بیسلیس ہیں، بے بنیاد ہیں۔</w:t>
      </w:r>
    </w:p>
    <w:p>
      <w:r>
        <w:rPr>
          <w:b/>
        </w:rPr>
        <w:t xml:space="preserve">[20:03] </w:t>
      </w:r>
      <w:r>
        <w:t>hamara farz hai, ji farz ain hai, yeh farz ain ke hum quran ka tarjuma har zaban mein karein, logon ki understandable language mein,</w:t>
      </w:r>
    </w:p>
    <w:p>
      <w:pPr>
        <w:jc w:val="right"/>
      </w:pPr>
      <w:r>
        <w:t>ہمارا فرض ہے، جی فرض عین ہے، یہ فرض عین کہ ہم قرآن کا ترجمہ ہر زبان میں کریں، لوگوں کی انڈرسٹینڈیبل لینگویج میں،</w:t>
      </w:r>
    </w:p>
    <w:p>
      <w:r>
        <w:rPr>
          <w:b/>
        </w:rPr>
        <w:t xml:space="preserve">[20:19] </w:t>
      </w:r>
      <w:r>
        <w:t>jo jo un ki samajh mein aaye, aur phir us ko bila shart phailayein,</w:t>
      </w:r>
    </w:p>
    <w:p>
      <w:pPr>
        <w:jc w:val="right"/>
      </w:pPr>
      <w:r>
        <w:t>جو جو ان کی سمجھ میں آئے، اور پھر اس کو بلا شرط پھیلائیں،</w:t>
      </w:r>
    </w:p>
    <w:p>
      <w:r>
        <w:rPr>
          <w:b/>
        </w:rPr>
        <w:t xml:space="preserve">[20:29] </w:t>
      </w:r>
      <w:r>
        <w:t>bila shart phailayein.</w:t>
      </w:r>
    </w:p>
    <w:p>
      <w:pPr>
        <w:jc w:val="right"/>
      </w:pPr>
      <w:r>
        <w:t>بلا شرط پھیلائیں۔</w:t>
      </w:r>
    </w:p>
    <w:p>
      <w:r>
        <w:rPr>
          <w:b/>
        </w:rPr>
        <w:t xml:space="preserve">[20:36] </w:t>
      </w:r>
      <w:r>
        <w:t>is liye yeh shart na lagayein ke: "dekho bhai, be hurmati mat karna". phir dekho bhai, baghair wazu mat parhna. dekho bhai, oopar rakhna, us ko neechay mat rakhna.</w:t>
      </w:r>
    </w:p>
    <w:p>
      <w:pPr>
        <w:jc w:val="right"/>
      </w:pPr>
      <w:r>
        <w:t>اس لیے یہ شرط نہ لگائیں کہ: "دیکھو بھئی، بے حرمتی مت کرنا"۔ پھر دیکھو بھئی، بغیر وضو مت پڑھنا۔ دیکھو بھئی، اوپر رکھنا، اس کو نیچے مت رکھنا۔</w:t>
      </w:r>
    </w:p>
    <w:p>
      <w:r>
        <w:rPr>
          <w:b/>
        </w:rPr>
        <w:t xml:space="preserve">[20:46] </w:t>
      </w:r>
      <w:r>
        <w:t>jo shartain laga rakhi hain, un sharton ke baray mein Hazrat Umar ka qaul saadiq aata hai ke: "kya tum ko Musailmah Kazzab ne yeh yeh shart batai thi?"</w:t>
      </w:r>
    </w:p>
    <w:p>
      <w:pPr>
        <w:jc w:val="right"/>
      </w:pPr>
      <w:r>
        <w:t>جو شرطیں لگا رکھی ہیں، ان شرطوں کے بارے میں حضرت عمر کا قول صادق آتا ہے کہ: "کیا تم کو مسیلمہ کذاب نے یہ یہ شرط بتائی تھی؟"</w:t>
      </w:r>
    </w:p>
    <w:p>
      <w:r>
        <w:rPr>
          <w:b/>
        </w:rPr>
        <w:t xml:space="preserve">[21:08] </w:t>
      </w:r>
      <w:r>
        <w:t>quran dekhiye, quran aik hi kitab hai is zameen par jo mehfooz kitab hai, aik hi kitab hai.</w:t>
      </w:r>
    </w:p>
    <w:p>
      <w:pPr>
        <w:jc w:val="right"/>
      </w:pPr>
      <w:r>
        <w:t>قرآن دیکھیے، قرآن ایک ہی کتاب ہے اس زمین پر جو محفوظ کتاب ہے، ایک ہی کتاب ہے۔</w:t>
      </w:r>
    </w:p>
    <w:p>
      <w:r>
        <w:rPr>
          <w:b/>
        </w:rPr>
        <w:t xml:space="preserve">[21:23] </w:t>
      </w:r>
      <w:r>
        <w:t>is ke andar zabardast kashish hai</w:t>
      </w:r>
    </w:p>
    <w:p>
      <w:pPr>
        <w:jc w:val="right"/>
      </w:pPr>
      <w:r>
        <w:t>اس کے اندر زبردست کشش ہے</w:t>
      </w:r>
    </w:p>
    <w:p>
      <w:r>
        <w:rPr>
          <w:b/>
        </w:rPr>
        <w:t xml:space="preserve">[21:29] </w:t>
      </w:r>
      <w:r>
        <w:t>kyun ke woh Allah ka kalam hai, tarjuma ho tab bhi. lekin jab logon ko pohanchayein nahi aap to becharay kya janay ga?</w:t>
      </w:r>
    </w:p>
    <w:p>
      <w:pPr>
        <w:jc w:val="right"/>
      </w:pPr>
      <w:r>
        <w:t>کیونکہ وہ اللہ کا کلام ہے، ترجمہ ہو تب بھی۔ لیکن جب لوگوں کو پہنچائیں نہیں آپ تو بیچارے کیا جانے گا؟</w:t>
      </w:r>
    </w:p>
    <w:p>
      <w:r>
        <w:rPr>
          <w:b/>
        </w:rPr>
        <w:t xml:space="preserve">[21:45] </w:t>
      </w:r>
      <w:r>
        <w:t>aik mashhoor</w:t>
      </w:r>
    </w:p>
    <w:p>
      <w:pPr>
        <w:jc w:val="right"/>
      </w:pPr>
      <w:r>
        <w:t>ایک مشہور</w:t>
      </w:r>
    </w:p>
    <w:p>
      <w:r>
        <w:rPr>
          <w:b/>
        </w:rPr>
        <w:t xml:space="preserve">[21:49] </w:t>
      </w:r>
      <w:r>
        <w:t>shakhs jin ko aap log jante honge, aik angrez tha, tha kya hai? woh Yusuf Islam, aik angrez tha, angrez to woh singer tha,</w:t>
      </w:r>
    </w:p>
    <w:p>
      <w:pPr>
        <w:jc w:val="right"/>
      </w:pPr>
      <w:r>
        <w:t>شخص جن کو آپ لوگ جانتے ہوں گے، ایک انگریز تھا، تھا کیا ہے؟ وہ یوسف اسلام، ایک انگریز تھا، انگریز تو وہ سنگر تھا،</w:t>
      </w:r>
    </w:p>
    <w:p>
      <w:r>
        <w:rPr>
          <w:b/>
        </w:rPr>
        <w:t xml:space="preserve">[22:07] </w:t>
      </w:r>
      <w:r>
        <w:t>asal naam tha Cat Stevens. Cat Stevens to woh gaaliyan bajane ka kaam karta tha, us ko kuch dilchaspi nahi thi mazhabi mutalay se.</w:t>
      </w:r>
    </w:p>
    <w:p>
      <w:pPr>
        <w:jc w:val="right"/>
      </w:pPr>
      <w:r>
        <w:t>اصل نام تھا کیٹ اسٹیون۔ کیٹ اسٹیون تو وہ گالیاں بجانے کا کام کرتا تھا، اس کو کچھ دلچسپی نہیں تھی مذہبی مطالعے سے۔</w:t>
      </w:r>
    </w:p>
    <w:p>
      <w:r>
        <w:rPr>
          <w:b/>
        </w:rPr>
        <w:t xml:space="preserve">[22:23] </w:t>
      </w:r>
      <w:r>
        <w:t>lekin hua yeh kya ke woh hospitalize ho gaya,</w:t>
      </w:r>
    </w:p>
    <w:p>
      <w:pPr>
        <w:jc w:val="right"/>
      </w:pPr>
      <w:r>
        <w:t>لیکن ہوا یہ کیا کہ وہ ہاسپٹلائز ہو گیا،</w:t>
      </w:r>
    </w:p>
    <w:p>
      <w:r>
        <w:rPr>
          <w:b/>
        </w:rPr>
        <w:t xml:space="preserve">[22:29] </w:t>
      </w:r>
      <w:r>
        <w:t>woh London ke aik hospital mein admit ho gaya, aur wahan bed par aana para us ko. to isi zamanay mein us ka bhai,</w:t>
      </w:r>
    </w:p>
    <w:p>
      <w:pPr>
        <w:jc w:val="right"/>
      </w:pPr>
      <w:r>
        <w:t>وہ لندن کے ایک ہسپتال میں ایڈمٹ ہو گیا، اور وہاں بیڈ پر آنا پڑا اس کو۔ تو اسی زمانے میں اس کا بھائی،</w:t>
      </w:r>
    </w:p>
    <w:p>
      <w:r>
        <w:rPr>
          <w:b/>
        </w:rPr>
        <w:t xml:space="preserve">[22:44] </w:t>
      </w:r>
      <w:r>
        <w:t>us ka bara bhai Qairo gaya, Egypt. wahan koi kitabon ki dukan mein gaya, woh to kuch kitabein li us ne wahan se.</w:t>
      </w:r>
    </w:p>
    <w:p>
      <w:pPr>
        <w:jc w:val="right"/>
      </w:pPr>
      <w:r>
        <w:t>اس کا بڑا بھائی قیرو گیا، ایجپٹ۔ وہاں کوئی کتابوں کی دکان میں گیا، وہ تو کچھ کتابیں لی اس نے وہاں سے۔</w:t>
      </w:r>
    </w:p>
    <w:p>
      <w:r>
        <w:rPr>
          <w:b/>
        </w:rPr>
        <w:t xml:space="preserve">[23:01] </w:t>
      </w:r>
      <w:r>
        <w:t>to us ne dekha ke wahan par quran ka English translation bhi hai, quran ka English translation</w:t>
      </w:r>
    </w:p>
    <w:p>
      <w:pPr>
        <w:jc w:val="right"/>
      </w:pPr>
      <w:r>
        <w:t>تو اس نے دیکھا کہ وہاں پر قرآن کا انگلش ٹرانسلیشن بھی ہے، قرآن کا انگلش ٹرانسلیشن</w:t>
      </w:r>
    </w:p>
    <w:p>
      <w:r>
        <w:rPr>
          <w:b/>
        </w:rPr>
        <w:t xml:space="preserve">[23:14] </w:t>
      </w:r>
      <w:r>
        <w:t>shayad Harvard ka tha, aik kisi ka. to us ne aik copy quran ke English translation ki khareed li.</w:t>
      </w:r>
    </w:p>
    <w:p>
      <w:pPr>
        <w:jc w:val="right"/>
      </w:pPr>
      <w:r>
        <w:t>شاید ہارواری کا تھا، ایک کسی کا۔ تو اس نے ایک کاپی قرآن کے انگلش ٹرانسلیشن کی خرید لی۔</w:t>
      </w:r>
    </w:p>
    <w:p>
      <w:r>
        <w:rPr>
          <w:b/>
        </w:rPr>
        <w:t xml:space="preserve">[23:25] </w:t>
      </w:r>
      <w:r>
        <w:t>jab woh wapas aaya London to apne bhai ko bator gift ko us ne diya ke: "dekho, woh London keh raha hai, usay tumharay liye yeh gift laya hoon".</w:t>
      </w:r>
    </w:p>
    <w:p>
      <w:pPr>
        <w:jc w:val="right"/>
      </w:pPr>
      <w:r>
        <w:t>جب وہ واپس آیا لندن تو اپنے بھائی کو بطور گفٹ کو اس نے دیا کہ: "دیکھو، وہ لندن کہہ رہا ہے، اسے تمہارے لیے یہ گفٹ لایا ہوں"۔</w:t>
      </w:r>
    </w:p>
    <w:p>
      <w:r>
        <w:rPr>
          <w:b/>
        </w:rPr>
        <w:t xml:space="preserve">[23:39] </w:t>
      </w:r>
      <w:r>
        <w:t>to chunke Cat Stevens jo tha, jis ka ab naam Yusuf Islam hai, koi kaam nahi tha us ko hospital mein, koi kaam nahi tha,</w:t>
      </w:r>
    </w:p>
    <w:p>
      <w:pPr>
        <w:jc w:val="right"/>
      </w:pPr>
      <w:r>
        <w:t>تو چونکہ کیٹ اسٹیفن جو تھا، جس کا اب نام یوسف اسلام ہے، کوئی کام نہیں تھا اس کو ہاسپٹل میں، کوئی کام نہیں تھا،</w:t>
      </w:r>
    </w:p>
    <w:p>
      <w:r>
        <w:rPr>
          <w:b/>
        </w:rPr>
        <w:t xml:space="preserve">[23:55] </w:t>
      </w:r>
      <w:r>
        <w:t>to us halat mein us ne quran ko parhna shuru kar diya.</w:t>
      </w:r>
    </w:p>
    <w:p>
      <w:pPr>
        <w:jc w:val="right"/>
      </w:pPr>
      <w:r>
        <w:t>تو اس حالت میں اس نے قرآن کو پڑھنا شروع کر دیا۔</w:t>
      </w:r>
    </w:p>
    <w:p>
      <w:r>
        <w:rPr>
          <w:b/>
        </w:rPr>
        <w:t xml:space="preserve">[24:04] </w:t>
      </w:r>
      <w:r>
        <w:t>to quran ko parhte hue us ne dekha ke quran aik different kitab hai, quran aik different kitab hai.</w:t>
      </w:r>
    </w:p>
    <w:p>
      <w:pPr>
        <w:jc w:val="right"/>
      </w:pPr>
      <w:r>
        <w:t>تو قرآن کو پڑھتے ہوئے اس نے دیکھا کہ قرآن ایک ڈفرنٹ کتاب ہے، قرآن ایک ڈفرنٹ کتاب ہے۔</w:t>
      </w:r>
    </w:p>
    <w:p>
      <w:r>
        <w:rPr>
          <w:b/>
        </w:rPr>
        <w:t xml:space="preserve">[24:17] </w:t>
      </w:r>
      <w:r>
        <w:t>khaas tor par us ko aik cheez bohat strike ki ke quran kehta hai: "Eyyah Insan, ya Eyyah Insan". yani mushaf direct khitab karta hai:</w:t>
      </w:r>
    </w:p>
    <w:p>
      <w:pPr>
        <w:jc w:val="right"/>
      </w:pPr>
      <w:r>
        <w:t>خاص طور پر اس کو ایک چیز بہت اسٹرائیک کی کہ قرآن کہتا ہے: "ایہا الانسان، یا ایہا الانسان"۔ یعنی مشکف ڈائریکٹ خطاب کرتا ہے:</w:t>
      </w:r>
    </w:p>
    <w:p>
      <w:r>
        <w:rPr>
          <w:b/>
        </w:rPr>
        <w:t xml:space="preserve">[24:30] </w:t>
      </w:r>
      <w:r>
        <w:t>"Eyyah Insan, maghroobuk al Kareem".</w:t>
      </w:r>
    </w:p>
    <w:p>
      <w:pPr>
        <w:jc w:val="right"/>
      </w:pPr>
      <w:r>
        <w:t>"یا ایہا الانسان، مغرکبک الکریم"۔</w:t>
      </w:r>
    </w:p>
    <w:p>
      <w:r>
        <w:rPr>
          <w:b/>
        </w:rPr>
        <w:t xml:space="preserve">[24:38] </w:t>
      </w:r>
      <w:r>
        <w:t>yeh kaisi kitab hai ke mujh ko direct khitab karti hai? is cheez ne us ke mind ko hila diya aur us ne poora quran parh dala, poora quran.</w:t>
      </w:r>
    </w:p>
    <w:p>
      <w:pPr>
        <w:jc w:val="right"/>
      </w:pPr>
      <w:r>
        <w:t>یہ کیسی کتاب ہے کہ مجھ کو ڈائریکٹ خطاب کرتی ہے؟ اس چیز نے اس کے مائنڈ کو ہلا دیا اور اس نے پورا قرآن پڑھ ڈالا، پورا قرآن۔</w:t>
      </w:r>
    </w:p>
    <w:p>
      <w:r>
        <w:rPr>
          <w:b/>
        </w:rPr>
        <w:t xml:space="preserve">[24:54] </w:t>
      </w:r>
      <w:r>
        <w:t>aur parhne ke baad us ne kaha ke: "waqai ek kitaab se mujhe roshni mil gayi, ab tak mein roshni se bekhabar tha,</w:t>
      </w:r>
    </w:p>
    <w:p>
      <w:pPr>
        <w:jc w:val="right"/>
      </w:pPr>
      <w:r>
        <w:t>اور پڑھنے کے بعد اس نے کہا کہ: "واقعی ایک کتاب سے مجھے روشنی مل گئی، اب تک میں روشنی سے بے خبر تھا،</w:t>
      </w:r>
    </w:p>
    <w:p>
      <w:r>
        <w:rPr>
          <w:b/>
        </w:rPr>
        <w:t xml:space="preserve">[25:08] </w:t>
      </w:r>
      <w:r>
        <w:t>mein is par imaan laata hoon"۔ yeh hai yusuf islam ka qissa۔ aise bohat bohat bohat qisse hain, lekin un logon ke qisse hain jin ko quran kisi tareeqay se pohnch gaya, kyunke musalman to pohnchate nahi۔</w:t>
      </w:r>
    </w:p>
    <w:p>
      <w:pPr>
        <w:jc w:val="right"/>
      </w:pPr>
      <w:r>
        <w:t>میں اس پر ایمان لاتا ہوں"۔ یہ ہے یوسف اسلام کا قصہ۔ ایسے بہت بہت بہت قصے ہیں، لیکن ان لوگوں کے قصے ہیں جن کو قرآن کسی طریقے سے پہنچ گیا، کیونکہ مسلمان تو پہنچاتے نہیں۔</w:t>
      </w:r>
    </w:p>
    <w:p>
      <w:r>
        <w:rPr>
          <w:b/>
        </w:rPr>
        <w:t xml:space="preserve">[25:34] </w:t>
      </w:r>
      <w:r>
        <w:t>to aaj kal aap dekhiye, kisi muslim majlis mein jaiye, kisi masjid madrase mein jaiye, masjid mein jaiye, musalmanon ki majlis mein jaiye, musalmanon ke jalsay mein jaiye, har jagah shikayat hi to boliye, har jagah yeh ke: "we are under sed, we are under sed,</w:t>
      </w:r>
    </w:p>
    <w:p>
      <w:pPr>
        <w:jc w:val="right"/>
      </w:pPr>
      <w:r>
        <w:t>تو آج کل آپ دیکھیے، کسی مسلم مجلس میں جائیے، کسی مسجد مدرسے میں جائیے، مسجد میں جائیے، مسلمانوں کی مجلس میں جائیے، مسلمانوں کے جلسے میں جائیے، ہر جگہ شکایت ہی تو بولیے، ہر جگہ یہ کہ: "وی آر انڈر سیڈ، وی آر انڈر سیڈ،</w:t>
      </w:r>
    </w:p>
    <w:p>
      <w:r>
        <w:rPr>
          <w:b/>
        </w:rPr>
        <w:t xml:space="preserve">[25:53] </w:t>
      </w:r>
      <w:r>
        <w:t>hamare upar zulm ho raha hai, hum mazloom hain"۔ yeh sab bilkul baseless baatein hain, baseless baatein hain۔</w:t>
      </w:r>
    </w:p>
    <w:p>
      <w:pPr>
        <w:jc w:val="right"/>
      </w:pPr>
      <w:r>
        <w:t>ہمارے اوپر ظلم ہو رہا ہے، ہم مظلوم ہیں"۔ یہ سب بالکل بیسلیس باتیں ہیں، بیسلیس باتیں ہیں۔</w:t>
      </w:r>
    </w:p>
    <w:p>
      <w:r>
        <w:rPr>
          <w:b/>
        </w:rPr>
        <w:t xml:space="preserve">[26:04] </w:t>
      </w:r>
      <w:r>
        <w:t>haqeeqat yeh hai ke woh aayat un par apply ho rahi hai ke: "ya rasool, balagh rabbak, wallah,</w:t>
      </w:r>
    </w:p>
    <w:p>
      <w:pPr>
        <w:jc w:val="right"/>
      </w:pPr>
      <w:r>
        <w:t>حقیقت یہ ہے کہ وہ آیت ان پر اپلائی ہو رہی ہے کہ: "یا رسول، بلغ محمد علیہ پر ربک، واللہ،</w:t>
      </w:r>
    </w:p>
    <w:p>
      <w:r>
        <w:rPr>
          <w:b/>
        </w:rPr>
        <w:t xml:space="preserve">[26:21] </w:t>
      </w:r>
      <w:r>
        <w:t>ya sabak min naas"۔ yani musalmanon ne woh kaam karna chhod diya jo un ke liye ismat min naas ka raaz tha,</w:t>
      </w:r>
    </w:p>
    <w:p>
      <w:pPr>
        <w:jc w:val="right"/>
      </w:pPr>
      <w:r>
        <w:t>یا سبک من الناس"۔ یعنی مسلمانوں نے وہ کام کرنا چھوڑ دیا جو ان کے لیے عصمت من الناس کا راز تھا،</w:t>
      </w:r>
    </w:p>
    <w:p>
      <w:r>
        <w:rPr>
          <w:b/>
        </w:rPr>
        <w:t xml:space="preserve">[26:37] </w:t>
      </w:r>
      <w:r>
        <w:t>woh kaam yani quran ko phailana۔ to ab yeh saari shikayat ki baatein musalmanon ke akhbarat bhare rehte hain mazloomiyt ki dastaan se, koi faida is ka nahi۔</w:t>
      </w:r>
    </w:p>
    <w:p>
      <w:pPr>
        <w:jc w:val="right"/>
      </w:pPr>
      <w:r>
        <w:t>وہ کام یعنی قرآن کو پھیلانا۔ تو اب یہ ساری شکایت کی باتیں مسلمانوں کے اخبارات بھرے رہتے ہیں مظلومیت کی داستان سے، کوئی فائدہ اس کا نہیں۔</w:t>
      </w:r>
    </w:p>
    <w:p>
      <w:r>
        <w:rPr>
          <w:b/>
        </w:rPr>
        <w:t xml:space="preserve">[26:53] </w:t>
      </w:r>
      <w:r>
        <w:t>hazaron saal tak aap shikayati boli bolte rahiye, kuch nahi hone wala hai۔ dekhiye, sabab ko aap ko khatam karna hoga۔</w:t>
      </w:r>
    </w:p>
    <w:p>
      <w:pPr>
        <w:jc w:val="right"/>
      </w:pPr>
      <w:r>
        <w:t>ہزاروں سال تک آپ شکایتی بولی بولتے رہیے، کچھ نہیں ہونے والا ہے۔ دیکھیے، سبب کو آپ کو ختم کرنا ہوگا۔</w:t>
      </w:r>
    </w:p>
    <w:p>
      <w:r>
        <w:rPr>
          <w:b/>
        </w:rPr>
        <w:t xml:space="preserve">[27:03] </w:t>
      </w:r>
      <w:r>
        <w:t>shikayat se sabab nahi khatam hota۔ sabab yeh hai ke musalmanon ne is duty ko chhod rakha hai, khud sakhta</w:t>
      </w:r>
    </w:p>
    <w:p>
      <w:pPr>
        <w:jc w:val="right"/>
      </w:pPr>
      <w:r>
        <w:t>شکایت سے سبب نہیں ختم ہوتا۔ سبب یہ ہے کہ مسلمانوں نے اس ڈیوٹی کو چھوڑ رکھا ہے، خود ساختہ</w:t>
      </w:r>
    </w:p>
    <w:p>
      <w:r>
        <w:rPr>
          <w:b/>
        </w:rPr>
        <w:t xml:space="preserve">[27:16] </w:t>
      </w:r>
      <w:r>
        <w:t>yani uzr nikaal kar ke quran ko logon ki zabanon mein pohnchana،</w:t>
      </w:r>
    </w:p>
    <w:p>
      <w:pPr>
        <w:jc w:val="right"/>
      </w:pPr>
      <w:r>
        <w:t>یعنی عذر نکال کر کے قرآن کو لوگوں کی زبانوں میں پہنچانا،</w:t>
      </w:r>
    </w:p>
    <w:p>
      <w:r>
        <w:rPr>
          <w:b/>
        </w:rPr>
        <w:t xml:space="preserve">[27:26] </w:t>
      </w:r>
      <w:r>
        <w:t>quran ko logon ki zabanon mein pohnchana۔</w:t>
      </w:r>
    </w:p>
    <w:p>
      <w:pPr>
        <w:jc w:val="right"/>
      </w:pPr>
      <w:r>
        <w:t>قرآن کو لوگوں کی زبانوں میں پہنچانا۔</w:t>
      </w:r>
    </w:p>
    <w:p>
      <w:r>
        <w:rPr>
          <w:b/>
        </w:rPr>
        <w:t xml:space="preserve">[27:31] </w:t>
      </w:r>
      <w:r>
        <w:t>jab tak yeh baat nahi hogi ke musalman yeh manenge ke woh ghalati par thay, unhon ne ghalat condition laga rakhi thi,</w:t>
      </w:r>
    </w:p>
    <w:p>
      <w:pPr>
        <w:jc w:val="right"/>
      </w:pPr>
      <w:r>
        <w:t>جب تک یہ بات نہیں ہوگی کہ مسلمان یہ مانیں گے کہ وہ غلطی پر تھے، انہوں نے غلط کنڈیشن لگا رکھی تھی،</w:t>
      </w:r>
    </w:p>
    <w:p>
      <w:r>
        <w:rPr>
          <w:b/>
        </w:rPr>
        <w:t xml:space="preserve">[27:46] </w:t>
      </w:r>
      <w:r>
        <w:t>is bana par un par yeh aayat saadiq aa gayi: "wallah, ya sabak min naas"۔</w:t>
      </w:r>
    </w:p>
    <w:p>
      <w:pPr>
        <w:jc w:val="right"/>
      </w:pPr>
      <w:r>
        <w:t>اس بنا پر ان پر یہ آیت صادق آ گئی: "واللہ، یا سبک من الناس"۔</w:t>
      </w:r>
    </w:p>
    <w:p>
      <w:r>
        <w:rPr>
          <w:b/>
        </w:rPr>
        <w:t xml:space="preserve">[27:57] </w:t>
      </w:r>
      <w:r>
        <w:t>tab tak kuch bhi nahi hone wala hai, ab tak nahi hua۔ mein jab naujawani ki umar mein tha, yani azadi se pehle, to mein adho badhta tha۔</w:t>
      </w:r>
    </w:p>
    <w:p>
      <w:pPr>
        <w:jc w:val="right"/>
      </w:pPr>
      <w:r>
        <w:t>تب تک کچھ بھی نہیں ہونے والا ہے، اب تک نہیں ہوا۔ میں جب نوجوانی کے عمر میں تھا، یعنی آزادی سے پہلے، تو میں آدھو بڑھتا تھا۔</w:t>
      </w:r>
    </w:p>
    <w:p>
      <w:r>
        <w:rPr>
          <w:b/>
        </w:rPr>
        <w:t xml:space="preserve">[28:16] </w:t>
      </w:r>
      <w:r>
        <w:t>to is zamanay mein bohat ziyada aise article chhapte thay musalmanon ke magazine mein ke musalman kya karein۔</w:t>
      </w:r>
    </w:p>
    <w:p>
      <w:pPr>
        <w:jc w:val="right"/>
      </w:pPr>
      <w:r>
        <w:t>تو اس زمانے میں بہت زیادہ ایسے آرٹیکل چھپتے تھے مسلمانوں کے میگزین میں کہ مسلمان کیا کریں۔</w:t>
      </w:r>
    </w:p>
    <w:p>
      <w:r>
        <w:rPr>
          <w:b/>
        </w:rPr>
        <w:t xml:space="preserve">[28:27] </w:t>
      </w:r>
      <w:r>
        <w:t>is pe kitaabein chhapati theen: "musalman kya karein"۔ woh meri naujawani ki umar thi, shayad maine bhi koi likha ho, ab yaad nahi hai۔</w:t>
      </w:r>
    </w:p>
    <w:p>
      <w:pPr>
        <w:jc w:val="right"/>
      </w:pPr>
      <w:r>
        <w:t>اس پہ کتابیں چھپتی تھیں: "مسلمان کیا کریں"۔ وہ میری نوجوانی کی عمر تھی، شاید میں نے بھی کوئی لکھا ہو، اب یاد نہیں ہے۔</w:t>
      </w:r>
    </w:p>
    <w:p>
      <w:r>
        <w:rPr>
          <w:b/>
        </w:rPr>
        <w:t xml:space="preserve">[28:40] </w:t>
      </w:r>
      <w:r>
        <w:t>to yeh hota tha title ke "musalman kya karein"۔</w:t>
      </w:r>
    </w:p>
    <w:p>
      <w:pPr>
        <w:jc w:val="right"/>
      </w:pPr>
      <w:r>
        <w:t>تو یہ ہوتا تھا ٹائٹل کہ "مسلمان کیا کریں"۔</w:t>
      </w:r>
    </w:p>
    <w:p>
      <w:r>
        <w:rPr>
          <w:b/>
        </w:rPr>
        <w:t xml:space="preserve">[28:48] </w:t>
      </w:r>
      <w:r>
        <w:t>ab mein yeh kahunga, abhi tak woh baqi hai, abhi tak woh baqi hai: "musalman kya karein"۔</w:t>
      </w:r>
    </w:p>
    <w:p>
      <w:pPr>
        <w:jc w:val="right"/>
      </w:pPr>
      <w:r>
        <w:t>اب میں یہ کہوں گا، ابھی تک وہ باقی ہے، ابھی تک وہ باقی ہے: "مسلمان کیا کریں"۔</w:t>
      </w:r>
    </w:p>
    <w:p>
      <w:r>
        <w:rPr>
          <w:b/>
        </w:rPr>
        <w:t xml:space="preserve">[28:59] </w:t>
      </w:r>
      <w:r>
        <w:t>to musalman woh karein jis ke karne ko unhon ne chhod rakha hai,</w:t>
      </w:r>
    </w:p>
    <w:p>
      <w:pPr>
        <w:jc w:val="right"/>
      </w:pPr>
      <w:r>
        <w:t>تو مسلمان وہ کریں جس کے کرنے کو انہوں نے چھوڑ رکھا ہے،</w:t>
      </w:r>
    </w:p>
    <w:p>
      <w:r>
        <w:rPr>
          <w:b/>
        </w:rPr>
        <w:t xml:space="preserve">[29:07] </w:t>
      </w:r>
      <w:r>
        <w:t>musalman woh karein jise karne ko unhon ne chhod rakha hai۔ yani quran ko phailana۔ quran ke matlab yeh nahi ke arabi quran۔</w:t>
      </w:r>
    </w:p>
    <w:p>
      <w:pPr>
        <w:jc w:val="right"/>
      </w:pPr>
      <w:r>
        <w:t>مسلمان وہ کریں جسے کرنے کو انہوں نے چھوڑ رکھا ہے۔ یعنی قرآن کو پھیلانا۔ قرآن کے معنی یہ نہیں کہ عربی قرآن۔</w:t>
      </w:r>
    </w:p>
    <w:p>
      <w:r>
        <w:rPr>
          <w:b/>
        </w:rPr>
        <w:t xml:space="preserve">[29:19] </w:t>
      </w:r>
      <w:r>
        <w:t>aaj kal kuch aise idaray logon ne bana rakhe hain jis mein billion billion kitaabein chhapte hain, arabi tarjmay ke sath, arabi nahi nahi, arabi matan ke sath billion billion chhapte hain aur phailate hain۔</w:t>
      </w:r>
    </w:p>
    <w:p>
      <w:pPr>
        <w:jc w:val="right"/>
      </w:pPr>
      <w:r>
        <w:t>آج کل کچھ ایسے ادارے لوگوں نے بنا رکھے ہیں جس میں بلین بلین کتابیں چھاپتے ہیں، عربی ترجمے کے ساتھ، عربی نہیں نہیں، عربی متن کے ساتھ بلین بلین چھاپتے ہیں اور پھیلاتے ہیں۔</w:t>
      </w:r>
    </w:p>
    <w:p>
      <w:r>
        <w:rPr>
          <w:b/>
        </w:rPr>
        <w:t xml:space="preserve">[29:41] </w:t>
      </w:r>
      <w:r>
        <w:t>lekin woh kya hota hai? is ka qissa suniye۔ hamare aik saathi bombay mein aik hindu bhai ke paas gaye, yeh bombay ka qissa hai۔</w:t>
      </w:r>
    </w:p>
    <w:p>
      <w:pPr>
        <w:jc w:val="right"/>
      </w:pPr>
      <w:r>
        <w:t>لیکن وہ کیا ہوتا ہے؟ اس کا قصہ سنیے۔ ہمارے ایک ساتھی بمبئی میں ایک ہندو بھائی کے پاس گئے، یہ بمبئی کا قصہ ہے۔</w:t>
      </w:r>
    </w:p>
    <w:p>
      <w:r>
        <w:rPr>
          <w:b/>
        </w:rPr>
        <w:t xml:space="preserve">[29:57] </w:t>
      </w:r>
      <w:r>
        <w:t>to us ke office mein us se mile, us ko quran ka english translation diya jo hamara hamara chhaapa hai, jo tarjuma quran ka english mein hamara chhaapa hai,</w:t>
      </w:r>
    </w:p>
    <w:p>
      <w:pPr>
        <w:jc w:val="right"/>
      </w:pPr>
      <w:r>
        <w:t>تو اس کے آفس میں اس سے ملے، اس کو قرآن کا انگلش ٹرانسلیشن دیا جو ہمارا ہمارا چھپا ہے، جو ترجمہ قرآن کا انگلش میں ہمارا چھپا ہے،</w:t>
      </w:r>
    </w:p>
    <w:p>
      <w:r>
        <w:rPr>
          <w:b/>
        </w:rPr>
        <w:t xml:space="preserve">[30:12] </w:t>
      </w:r>
      <w:r>
        <w:t>woh us ko diya۔</w:t>
      </w:r>
    </w:p>
    <w:p>
      <w:pPr>
        <w:jc w:val="right"/>
      </w:pPr>
      <w:r>
        <w:t>وہ اس کو دیا۔</w:t>
      </w:r>
    </w:p>
    <w:p>
      <w:r>
        <w:rPr>
          <w:b/>
        </w:rPr>
        <w:t xml:space="preserve">[30:17] </w:t>
      </w:r>
      <w:r>
        <w:t>to un ka bayan yeh hai ke is is ko haath mein haath mein lete hi woh rone laga,</w:t>
      </w:r>
    </w:p>
    <w:p>
      <w:pPr>
        <w:jc w:val="right"/>
      </w:pPr>
      <w:r>
        <w:t>تو ان کا بیان یہ ہے کہ اس اس کو ہاتھ میں ہاتھ میں لیتے ہی وہ رونے لگا،</w:t>
      </w:r>
    </w:p>
    <w:p>
      <w:r>
        <w:rPr>
          <w:b/>
        </w:rPr>
        <w:t xml:space="preserve">[30:26] </w:t>
      </w:r>
      <w:r>
        <w:t>wo rone laga.</w:t>
      </w:r>
    </w:p>
    <w:p>
      <w:pPr>
        <w:jc w:val="right"/>
      </w:pPr>
      <w:r>
        <w:t>وہ رونے لگا۔</w:t>
      </w:r>
    </w:p>
    <w:p>
      <w:r>
        <w:rPr>
          <w:b/>
        </w:rPr>
        <w:t xml:space="preserve">[30:30] </w:t>
      </w:r>
      <w:r>
        <w:t>jante hain kya kaha phir is ne? unhon ne kaha ke main 30 saal tak arab mulkon mein raha hoon, arab mulkon mein 30 saal tak, lekin kisi musalman ne mujhe quran ka tarjuma nahi diya tha.</w:t>
      </w:r>
    </w:p>
    <w:p>
      <w:pPr>
        <w:jc w:val="right"/>
      </w:pPr>
      <w:r>
        <w:t>جانتے ہیں کیا کہا پھر اس نے؟ انہوں نے کہا کہ میں 30 سال تک عرب ملکوں میں رہا ہوں، عرب ملکوں میں 30 سال تک، لیکن کسی مسلمان نے مجھے قرآن کا ترجمہ نہیں دیا تھا۔</w:t>
      </w:r>
    </w:p>
    <w:p>
      <w:r>
        <w:rPr>
          <w:b/>
        </w:rPr>
        <w:t xml:space="preserve">[30:47] </w:t>
      </w:r>
      <w:r>
        <w:t>dete the to kya? arabi quran, khoob chhupa hua, sone chandi ka. to main kya karta hoon? is ko wo sara mani apni almari mein rakh rakha hai, abhi bhi dekh sakte hain aap.</w:t>
      </w:r>
    </w:p>
    <w:p>
      <w:pPr>
        <w:jc w:val="right"/>
      </w:pPr>
      <w:r>
        <w:t>دیتے تھے تو کیا؟ عربی قرآن، خوب چھپا ہوا، سونے چاندی کا۔ تو میں کیا کرتا ہوں؟ اس کو وہ سارا معنی اپنی الماری میں رکھ رکھا ہے، ابھی بھی دیکھ سکتے ہیں آپ۔</w:t>
      </w:r>
    </w:p>
    <w:p>
      <w:r>
        <w:rPr>
          <w:b/>
        </w:rPr>
        <w:t xml:space="preserve">[31:02] </w:t>
      </w:r>
      <w:r>
        <w:t>yani arabi batan quran, quran ka bohat hi sunhere sunhere color mein chhap chhap kar ke to wo almari mein rakh rakh leta tha wo aadmi, kyunke kya karta ho?</w:t>
      </w:r>
    </w:p>
    <w:p>
      <w:pPr>
        <w:jc w:val="right"/>
      </w:pPr>
      <w:r>
        <w:t>یعنی عربی بطن قرآن، قرآن کا بہت ہی سنہرے سنہرے کلر میں چھاپ چھاپ کر کے تو وہ الماری میں رکھ رکھ لیتا تھا وہ آدمی، کیونکہ کیا کرتا ہو؟</w:t>
      </w:r>
    </w:p>
    <w:p>
      <w:r>
        <w:rPr>
          <w:b/>
        </w:rPr>
        <w:t xml:space="preserve">[31:24] </w:t>
      </w:r>
      <w:r>
        <w:t>jab samajh mein aaye to na kar to kya karega?</w:t>
      </w:r>
    </w:p>
    <w:p>
      <w:pPr>
        <w:jc w:val="right"/>
      </w:pPr>
      <w:r>
        <w:t>جب سمجھ میں آئے تو نہ کر تو کیا کرے گا؟</w:t>
      </w:r>
    </w:p>
    <w:p>
      <w:r>
        <w:rPr>
          <w:b/>
        </w:rPr>
        <w:t xml:space="preserve">[31:31] </w:t>
      </w:r>
      <w:r>
        <w:t>to wo rok kar liya us ne aur kaha ke ab main is ko pehli fursat mein parhoon ga.</w:t>
      </w:r>
    </w:p>
    <w:p>
      <w:pPr>
        <w:jc w:val="right"/>
      </w:pPr>
      <w:r>
        <w:t>تو وہ روک کر لیا اس نے اور کہا کہ اب میں اس کو پہلی فرصت میں پڑھوں گا۔</w:t>
      </w:r>
    </w:p>
    <w:p>
      <w:r>
        <w:rPr>
          <w:b/>
        </w:rPr>
        <w:t xml:space="preserve">[31:39] </w:t>
      </w:r>
      <w:r>
        <w:t>to dunya janna chahti hai ke khuda ne apni kitab mein kya likh ke bheja hai mere liye, aur wo musalman is ko chhupaye hue hain. khud sakhta masle ki bana par ke be be hurmati ho gayi,</w:t>
      </w:r>
    </w:p>
    <w:p>
      <w:pPr>
        <w:jc w:val="right"/>
      </w:pPr>
      <w:r>
        <w:t>تو دنیا جاننا چاہتی ہے کہ خدا نے اپنی کتاب میں کیا لکھ کے بھیجا ہے میرے لیے، اور وہ مسلمان اس کو چھپائے ہوئے ہیں۔ خود ساختہ مسئلے کی بنا پر کہ بے بے حرمتی ہو گئی،</w:t>
      </w:r>
    </w:p>
    <w:p>
      <w:r>
        <w:rPr>
          <w:b/>
        </w:rPr>
        <w:t xml:space="preserve">[31:54] </w:t>
      </w:r>
      <w:r>
        <w:t>wo wazu ke baghair aadmi parhaye ga, aur kya aur kya? ajeeb ajeeb qisse hain.</w:t>
      </w:r>
    </w:p>
    <w:p>
      <w:pPr>
        <w:jc w:val="right"/>
      </w:pPr>
      <w:r>
        <w:t>وہ وضو کے بغیر آدمی پڑھائے گا، اور کیا اور کیا؟ عجیب عجیب قصے ہیں۔</w:t>
      </w:r>
    </w:p>
    <w:p>
      <w:r>
        <w:rPr>
          <w:b/>
        </w:rPr>
        <w:t xml:space="preserve">[32:04] </w:t>
      </w:r>
      <w:r>
        <w:t>ab hamein is apne aap ko is ghalati se nikalna hai,</w:t>
      </w:r>
    </w:p>
    <w:p>
      <w:pPr>
        <w:jc w:val="right"/>
      </w:pPr>
      <w:r>
        <w:t>اب ہمیں اس اپنے آپ کو اس غلطی سے نکالنا ہے،</w:t>
      </w:r>
    </w:p>
    <w:p>
      <w:r>
        <w:rPr>
          <w:b/>
        </w:rPr>
        <w:t xml:space="preserve">[32:14] </w:t>
      </w:r>
      <w:r>
        <w:t>aelan ke sath hamein toba karna hai.</w:t>
      </w:r>
    </w:p>
    <w:p>
      <w:pPr>
        <w:jc w:val="right"/>
      </w:pPr>
      <w:r>
        <w:t>اعلان کے ساتھ ہمیں توبہ کرنا ہے۔</w:t>
      </w:r>
    </w:p>
    <w:p>
      <w:r>
        <w:rPr>
          <w:b/>
        </w:rPr>
        <w:t xml:space="preserve">[32:22] </w:t>
      </w:r>
      <w:r>
        <w:t>hum hamein apna is mein apni tawanaai, apni energy, apna paisa, apne sources sab laga dena hai ke quran har zaban mein chhap kar ke logon tak pohanch jaye.</w:t>
      </w:r>
    </w:p>
    <w:p>
      <w:pPr>
        <w:jc w:val="right"/>
      </w:pPr>
      <w:r>
        <w:t>ہم ہمیں اپنا اس میں اپنی توانائی، اپنی انرجی، اپنا پیسہ، اپنے سورسز سب لگا دینا ہے کہ قرآن ہر زبان میں چھپ کر کے لوگوں تک پہنچ جائے۔</w:t>
      </w:r>
    </w:p>
    <w:p>
      <w:r>
        <w:rPr>
          <w:b/>
        </w:rPr>
        <w:t xml:space="preserve">[32:38] </w:t>
      </w:r>
      <w:r>
        <w:t>yeh farz hai ke aap apni energy, aap apna paisa, apne sources is mein lagayein</w:t>
      </w:r>
    </w:p>
    <w:p>
      <w:pPr>
        <w:jc w:val="right"/>
      </w:pPr>
      <w:r>
        <w:t>یہ فرض ہے کہ آپ اپنی انرجی، آپ اپنا پیسہ، اپنے سورسز اس میں لگائیں</w:t>
      </w:r>
    </w:p>
    <w:p>
      <w:r>
        <w:rPr>
          <w:b/>
        </w:rPr>
        <w:t xml:space="preserve">[32:50] </w:t>
      </w:r>
      <w:r>
        <w:t>ke quran ka tarjuma chhap kar har zaban mein logon ki understandable language mein chhap kar logon tak pohanchaye.</w:t>
      </w:r>
    </w:p>
    <w:p>
      <w:pPr>
        <w:jc w:val="right"/>
      </w:pPr>
      <w:r>
        <w:t>کہ قرآن کا ترجمہ چھپ کر ہر زبان میں لوگوں کی انڈرسٹینڈیبل لینگویج میں چھپ کر لوگوں تک پہنچائے۔</w:t>
      </w:r>
    </w:p>
    <w:p>
      <w:r>
        <w:rPr>
          <w:b/>
        </w:rPr>
        <w:t xml:space="preserve">[33:01] </w:t>
      </w:r>
      <w:r>
        <w:t>is mein jitne bhi source lagaye jayein, jitne bhi lagaye jayein, wo sab sawab hi sawab hai.</w:t>
      </w:r>
    </w:p>
    <w:p>
      <w:pPr>
        <w:jc w:val="right"/>
      </w:pPr>
      <w:r>
        <w:t>اس میں جتنے بھی سورس لگائے جائیں، جتنے بھی لگائے جائیں، وہ سب ثواب ہی ثواب ہے۔</w:t>
      </w:r>
    </w:p>
    <w:p>
      <w:r>
        <w:rPr>
          <w:b/>
        </w:rPr>
        <w:t xml:space="preserve">[33:19] </w:t>
      </w:r>
      <w:r>
        <w:t>quran aisi ajeeb o ghareeb kitab hai ke main apna ek waqia aap ko sunata hoon. 1976 mein,</w:t>
      </w:r>
    </w:p>
    <w:p>
      <w:pPr>
        <w:jc w:val="right"/>
      </w:pPr>
      <w:r>
        <w:t>قرآن ایسی عجیب و غریب کتاب ہے کہ میں اپنا ایک واقعہ آپ کو سناتا ہوں۔ 1976 میں،</w:t>
      </w:r>
    </w:p>
    <w:p>
      <w:r>
        <w:rPr>
          <w:b/>
        </w:rPr>
        <w:t xml:space="preserve">[33:33] </w:t>
      </w:r>
      <w:r>
        <w:t>1976 mein tripoli mein, yani arab mein ek</w:t>
      </w:r>
    </w:p>
    <w:p>
      <w:pPr>
        <w:jc w:val="right"/>
      </w:pPr>
      <w:r>
        <w:t>1976 میں طرابلس میں، یعنی عرب میں ایک</w:t>
      </w:r>
    </w:p>
    <w:p>
      <w:r>
        <w:rPr>
          <w:b/>
        </w:rPr>
        <w:t xml:space="preserve">[33:43] </w:t>
      </w:r>
      <w:r>
        <w:t>hua tha conference "mootam azan thulatha"</w:t>
      </w:r>
    </w:p>
    <w:p>
      <w:pPr>
        <w:jc w:val="right"/>
      </w:pPr>
      <w:r>
        <w:t>ہوا تھا کانفرنس "موتم اذان ثلاثہ"</w:t>
      </w:r>
    </w:p>
    <w:p>
      <w:r>
        <w:rPr>
          <w:b/>
        </w:rPr>
        <w:t xml:space="preserve">[33:51] </w:t>
      </w:r>
      <w:r>
        <w:t>yani muslim christian dialogue.</w:t>
      </w:r>
    </w:p>
    <w:p>
      <w:pPr>
        <w:jc w:val="right"/>
      </w:pPr>
      <w:r>
        <w:t>یعنی مسلم کرسچن ڈائیلاگ۔</w:t>
      </w:r>
    </w:p>
    <w:p>
      <w:r>
        <w:rPr>
          <w:b/>
        </w:rPr>
        <w:t xml:space="preserve">[33:57] </w:t>
      </w:r>
      <w:r>
        <w:t>is mein sari dunya se taqreeban 500 log aaye the, main bhi is mein shamil tha.</w:t>
      </w:r>
    </w:p>
    <w:p>
      <w:pPr>
        <w:jc w:val="right"/>
      </w:pPr>
      <w:r>
        <w:t>اس میں ساری دنیا سے تقریباً 500 لوگ آئے تھے، میں بھی اس میں شامل تھا۔</w:t>
      </w:r>
    </w:p>
    <w:p>
      <w:r>
        <w:rPr>
          <w:b/>
        </w:rPr>
        <w:t xml:space="preserve">[34:08] </w:t>
      </w:r>
      <w:r>
        <w:t>ek haftay ka tha, wo ek haftay tak musalmanon mein aur christian mein baat hoti rahi.</w:t>
      </w:r>
    </w:p>
    <w:p>
      <w:pPr>
        <w:jc w:val="right"/>
      </w:pPr>
      <w:r>
        <w:t>ایک ہفتے کا تھا، وہ ایک ہفتے تک مسلمانوں میں اور کرسچن میں بات ہوتی رہی۔</w:t>
      </w:r>
    </w:p>
    <w:p>
      <w:r>
        <w:rPr>
          <w:b/>
        </w:rPr>
        <w:t xml:space="preserve">[34:19] </w:t>
      </w:r>
      <w:r>
        <w:t>woh apni kitab ko batate the, woh apni kitab ko, lekin koi samjhota nahi hota tha.</w:t>
      </w:r>
    </w:p>
    <w:p>
      <w:pPr>
        <w:jc w:val="right"/>
      </w:pPr>
      <w:r>
        <w:t>وہ اپنی کتاب کو بتاتے تھے، وہ اپنی کتاب کو، لیکن کوئی سمجھوتہ نہیں ہوتا تھا۔</w:t>
      </w:r>
    </w:p>
    <w:p>
      <w:r>
        <w:rPr>
          <w:b/>
        </w:rPr>
        <w:t xml:space="preserve">[34:28] </w:t>
      </w:r>
      <w:r>
        <w:t>toh jab isi tarah se hafta guzar gaya toh yeh tay hua</w:t>
      </w:r>
    </w:p>
    <w:p>
      <w:pPr>
        <w:jc w:val="right"/>
      </w:pPr>
      <w:r>
        <w:t>تو جب اسی طریقے سے ہفتہ گزر گیا تو یہ طے ہوا</w:t>
      </w:r>
    </w:p>
    <w:p>
      <w:r>
        <w:rPr>
          <w:b/>
        </w:rPr>
        <w:t xml:space="preserve">[34:33] </w:t>
      </w:r>
      <w:r>
        <w:t>ke aakhri taur par</w:t>
      </w:r>
    </w:p>
    <w:p>
      <w:pPr>
        <w:jc w:val="right"/>
      </w:pPr>
      <w:r>
        <w:t>کہ آخری طور پر</w:t>
      </w:r>
    </w:p>
    <w:p>
      <w:r>
        <w:rPr>
          <w:b/>
        </w:rPr>
        <w:t xml:space="preserve">[34:39] </w:t>
      </w:r>
      <w:r>
        <w:t>jo khatma hoga</w:t>
      </w:r>
    </w:p>
    <w:p>
      <w:pPr>
        <w:jc w:val="right"/>
      </w:pPr>
      <w:r>
        <w:t>جو خاتمہ ہوگا</w:t>
      </w:r>
    </w:p>
    <w:p>
      <w:r>
        <w:rPr>
          <w:b/>
        </w:rPr>
        <w:t xml:space="preserve">[34:43] </w:t>
      </w:r>
      <w:r>
        <w:t>is conference ka, woh is tarah ho</w:t>
      </w:r>
    </w:p>
    <w:p>
      <w:pPr>
        <w:jc w:val="right"/>
      </w:pPr>
      <w:r>
        <w:t>اس کانفرنس کا، وہ اس طرح ہو</w:t>
      </w:r>
    </w:p>
    <w:p>
      <w:r>
        <w:rPr>
          <w:b/>
        </w:rPr>
        <w:t xml:space="preserve">[34:46] </w:t>
      </w:r>
      <w:r>
        <w:t>ke ek hissa quran ka padhkar sunaya jaye aur ek hissa</w:t>
      </w:r>
    </w:p>
    <w:p>
      <w:pPr>
        <w:jc w:val="right"/>
      </w:pPr>
      <w:r>
        <w:t>کہ ایک حصہ قرآن کا پڑھ کر سنایا جائے اور ایک حصہ</w:t>
      </w:r>
    </w:p>
    <w:p>
      <w:r>
        <w:rPr>
          <w:b/>
        </w:rPr>
        <w:t xml:space="preserve">[34:54] </w:t>
      </w:r>
      <w:r>
        <w:t>bible ka padhkar sunaya jaye.</w:t>
      </w:r>
    </w:p>
    <w:p>
      <w:pPr>
        <w:jc w:val="right"/>
      </w:pPr>
      <w:r>
        <w:t>بائبل کا پڑھ کر سنایا جائے۔</w:t>
      </w:r>
    </w:p>
    <w:p>
      <w:r>
        <w:rPr>
          <w:b/>
        </w:rPr>
        <w:t xml:space="preserve">[34:57] </w:t>
      </w:r>
      <w:r>
        <w:t>to wahan par ek ayat hai, egypt ke ya lebanon ke padri,</w:t>
      </w:r>
    </w:p>
    <w:p>
      <w:pPr>
        <w:jc w:val="right"/>
      </w:pPr>
      <w:r>
        <w:t>تو وہاں پر ایک آیت ہے، ایجپٹ کے یا لبنان کے پادری،</w:t>
      </w:r>
    </w:p>
    <w:p>
      <w:r>
        <w:rPr>
          <w:b/>
        </w:rPr>
        <w:t xml:space="preserve">[35:08] </w:t>
      </w:r>
      <w:r>
        <w:t>wo arabi zaban bhi jante the</w:t>
      </w:r>
    </w:p>
    <w:p>
      <w:pPr>
        <w:jc w:val="right"/>
      </w:pPr>
      <w:r>
        <w:t>وہ عربی زبان بھی جانتے تھے</w:t>
      </w:r>
    </w:p>
    <w:p>
      <w:r>
        <w:rPr>
          <w:b/>
        </w:rPr>
        <w:t xml:space="preserve">[35:13] </w:t>
      </w:r>
      <w:r>
        <w:t>aur doosri zaban bhi jante the. to yeh tay hua ke dono kitabon se yahi parh kar sunayein, yani quran se bhi aur bible se bhi.</w:t>
      </w:r>
    </w:p>
    <w:p>
      <w:pPr>
        <w:jc w:val="right"/>
      </w:pPr>
      <w:r>
        <w:t>اور دوسری زبان بھی جانتے تھے۔ تو یہ طے ہوا کہ دونوں کتابوں سے یہی پڑھ کر سنائیں، یعنی قرآن سے بھی اور بائبل سے بھی۔</w:t>
      </w:r>
    </w:p>
    <w:p>
      <w:r>
        <w:rPr>
          <w:b/>
        </w:rPr>
        <w:t xml:space="preserve">[35:30] </w:t>
      </w:r>
      <w:r>
        <w:t>arabi yani arabi, arabi tarjuma, arabi matan.</w:t>
      </w:r>
    </w:p>
    <w:p>
      <w:pPr>
        <w:jc w:val="right"/>
      </w:pPr>
      <w:r>
        <w:t>عربی یعنی عربی، عربی ترجمہ، عربی متن۔</w:t>
      </w:r>
    </w:p>
    <w:p>
      <w:r>
        <w:rPr>
          <w:b/>
        </w:rPr>
        <w:t xml:space="preserve">[35:41] </w:t>
      </w:r>
      <w:r>
        <w:t>to woh aadmi jo tha, woh qahira ka tha, ghaliban wahan us ne qirat bhi parhi thi, tajweed.</w:t>
      </w:r>
    </w:p>
    <w:p>
      <w:pPr>
        <w:jc w:val="right"/>
      </w:pPr>
      <w:r>
        <w:t>تو وہ آدمی جو تھا، وہ قاہرہ کا تھا، غالباً وہاں اس نے قرأت بھی پڑھی تھی، تجوید۔</w:t>
      </w:r>
    </w:p>
    <w:p>
      <w:r>
        <w:rPr>
          <w:b/>
        </w:rPr>
        <w:t xml:space="preserve">[35:53] </w:t>
      </w:r>
      <w:r>
        <w:t>tajweed to us ne ghaliban yuhanna ka ek bab parha tha bible se aur quran ka ek ruku parha, arab.</w:t>
      </w:r>
    </w:p>
    <w:p>
      <w:pPr>
        <w:jc w:val="right"/>
      </w:pPr>
      <w:r>
        <w:t>تجوید تو اس نے غالباً یوحنا کا ایک باب پڑھا تھا بائبل سے اور قرآن کا ایک رکوع پڑھا، عرب۔</w:t>
      </w:r>
    </w:p>
    <w:p>
      <w:r>
        <w:rPr>
          <w:b/>
        </w:rPr>
        <w:t xml:space="preserve">[36:07] </w:t>
      </w:r>
      <w:r>
        <w:t>us ko bhi arabi mein parha, us ko bhi arabi mein parha. to agarchay woh arabi mein tha, lekin quran ki jo zaban hai, woh agar sahi tareeqay se parha jaye to to us ki zaban bhi aadmi ko mutasir karti hai,</w:t>
      </w:r>
    </w:p>
    <w:p>
      <w:pPr>
        <w:jc w:val="right"/>
      </w:pPr>
      <w:r>
        <w:t>اس کو بھی عربی میں پڑھا، اس کو بھی عربی میں پڑھا۔ تو اگرچہ وہ عربی میں تھا، لیکن قرآن کی جو زبان ہے، وہ اگر صحیح طریقے سے پڑھا جائے تو تو اس کی زبان بھی آدمی کو متاثر کرتی ہے،</w:t>
      </w:r>
    </w:p>
    <w:p>
      <w:r>
        <w:rPr>
          <w:b/>
        </w:rPr>
        <w:t xml:space="preserve">[36:24] </w:t>
      </w:r>
      <w:r>
        <w:t>us ki tajweed, us ki qirat. to mujhe yaad hai ke jab unhon ne parha yuhanna ka to woh ek insani kitab lagi, kitab lagi logon ko,</w:t>
      </w:r>
    </w:p>
    <w:p>
      <w:pPr>
        <w:jc w:val="right"/>
      </w:pPr>
      <w:r>
        <w:t>اس کی تجوید، اس کی قرأت۔ تو مجھے یاد ہے کہ جب انہوں نے پڑھا یوحنا کا تو وہ ایک انسانی کتاب لگی، کتاب لگی لوگوں کو،</w:t>
      </w:r>
    </w:p>
    <w:p>
      <w:r>
        <w:rPr>
          <w:b/>
        </w:rPr>
        <w:t xml:space="preserve">[36:44] </w:t>
      </w:r>
      <w:r>
        <w:t>insani kitab, kyunkay woh amal hai bhi insani zaban mein. achha, us ke baad jab unhon ne quran ko parha, us ki tajweed, tajweed ke sath, tajweed ke sath to quran bilkul goonj utha, buray hal mein, bohat bara hal tha,</w:t>
      </w:r>
    </w:p>
    <w:p>
      <w:pPr>
        <w:jc w:val="right"/>
      </w:pPr>
      <w:r>
        <w:t>انسانی کتاب، کیونکہ وہ عمل ہے بھی انسانی زبان میں۔ اچھا، اس کے بعد جب انہوں نے قرآن کو پڑھا، اس کی تجوید، تجوید کے ساتھ، تجوید کے ساتھ تو قرآن بالکل گونج اٹھا، برے حال میں، بہت بڑا حال تھا،</w:t>
      </w:r>
    </w:p>
    <w:p>
      <w:r>
        <w:rPr>
          <w:b/>
        </w:rPr>
        <w:t xml:space="preserve">[37:07] </w:t>
      </w:r>
      <w:r>
        <w:t>goonj utha</w:t>
      </w:r>
    </w:p>
    <w:p>
      <w:pPr>
        <w:jc w:val="right"/>
      </w:pPr>
      <w:r>
        <w:t>گونج اٹھا</w:t>
      </w:r>
    </w:p>
    <w:p>
      <w:r>
        <w:rPr>
          <w:b/>
        </w:rPr>
        <w:t xml:space="preserve">[37:11] </w:t>
      </w:r>
      <w:r>
        <w:t>jo quran mein hai. ek ek jagah ke "faida hai ya talqaf maya fyakoon" yani ayat wabar ne, woh hazrat musa ne,</w:t>
      </w:r>
    </w:p>
    <w:p>
      <w:pPr>
        <w:jc w:val="right"/>
      </w:pPr>
      <w:r>
        <w:t>جو قرآن میں ہے۔ ایک ایک جگہ کہ "فائدہ ہے یا تلقف مایا فکون" یعنی آیت وبر نے، وہ حضرت موسیٰ نے،</w:t>
      </w:r>
    </w:p>
    <w:p>
      <w:r>
        <w:rPr>
          <w:b/>
        </w:rPr>
        <w:t xml:space="preserve">[37:24] </w:t>
      </w:r>
      <w:r>
        <w:t>hazrat musa ne jo apna asaa dala to aisa laga ke woh sab ko nigal gaya, sab ko. to aisay hi wahan hua ke jab unhon ne parha tajweed ke sath quran ko to aisa laga ke pooray mahol ko nigal gaya.</w:t>
      </w:r>
    </w:p>
    <w:p>
      <w:pPr>
        <w:jc w:val="right"/>
      </w:pPr>
      <w:r>
        <w:t>حضرت موسیٰ نے جو اپنا عصا ڈالا تو ایسا لگا کہ وہ سب کو نگل گیا، سب کو۔ تو ایسے ہی وہاں ہوا کہ جب انہوں نے پڑھا تجوید کے ساتھ قرآن کو تو ایسا لگا کہ پورے ماحول کو نگل گیا۔</w:t>
      </w:r>
    </w:p>
    <w:p>
      <w:r>
        <w:rPr>
          <w:b/>
        </w:rPr>
        <w:t xml:space="preserve">[37:43] </w:t>
      </w:r>
      <w:r>
        <w:t>woh</w:t>
      </w:r>
    </w:p>
    <w:p>
      <w:pPr>
        <w:jc w:val="right"/>
      </w:pPr>
      <w:r>
        <w:t>وہ</w:t>
      </w:r>
    </w:p>
    <w:p>
      <w:r>
        <w:rPr>
          <w:b/>
        </w:rPr>
        <w:t xml:space="preserve">[37:47] </w:t>
      </w:r>
      <w:r>
        <w:t>aisi taqatwar cheez hai</w:t>
      </w:r>
    </w:p>
    <w:p>
      <w:pPr>
        <w:jc w:val="right"/>
      </w:pPr>
      <w:r>
        <w:t>ایسی طاقتور چیز ہے</w:t>
      </w:r>
    </w:p>
    <w:p>
      <w:r>
        <w:rPr>
          <w:b/>
        </w:rPr>
        <w:t xml:space="preserve">[37:52] </w:t>
      </w:r>
      <w:r>
        <w:t>yani us ki awaz mein aisi taqat hai aur jab aap us ko dein us ki understandable language mein</w:t>
      </w:r>
    </w:p>
    <w:p>
      <w:pPr>
        <w:jc w:val="right"/>
      </w:pPr>
      <w:r>
        <w:t>یعنی اس کی آواز میں ایسی طاقت ہے اور جب آپ اس کو دیں اس کی انڈرسٹینڈیبل لینگویج میں</w:t>
      </w:r>
    </w:p>
    <w:p>
      <w:r>
        <w:rPr>
          <w:b/>
        </w:rPr>
        <w:t xml:space="preserve">[38:03] </w:t>
      </w:r>
      <w:r>
        <w:t>to kya hal hoga? to behrhaal mera kehna yeh hai ke musalmanon par farz hai ke quran ka tarjuma, translation har zaban mein tayyar karein, har zaban mein,</w:t>
      </w:r>
    </w:p>
    <w:p>
      <w:pPr>
        <w:jc w:val="right"/>
      </w:pPr>
      <w:r>
        <w:t>تو کیا حال ہوگا؟ تو بہرحال میرا کہنا یہ ہے کہ مسلمانوں پر فرض ہے کہ قرآن کا ترجمہ، ٹرانسلیشن ہر زبان میں تیار کریں، ہر زبان میں،</w:t>
      </w:r>
    </w:p>
    <w:p>
      <w:r>
        <w:rPr>
          <w:b/>
        </w:rPr>
        <w:t xml:space="preserve">[38:19] </w:t>
      </w:r>
      <w:r>
        <w:t>kyunkay quran mein hai ke "wama arsalna min rasool". woh kya hai? woh lisani unhi ki lisani mein "wama arsalna min rasool illa bilisani qawmihi".</w:t>
      </w:r>
    </w:p>
    <w:p>
      <w:pPr>
        <w:jc w:val="right"/>
      </w:pPr>
      <w:r>
        <w:t>کیونکہ قرآن میں ہے کہ "وما أرسلنا من رسول"۔ وہ کیا ہے؟ وہ لسان انہی کی لسان میں "وما أرسلنا من رسول إلا بلسان قومه"۔</w:t>
      </w:r>
    </w:p>
    <w:p>
      <w:r>
        <w:rPr>
          <w:b/>
        </w:rPr>
        <w:t xml:space="preserve">[38:33] </w:t>
      </w:r>
      <w:r>
        <w:t>haan, us ka parhiye hawala aur tarjuma</w:t>
      </w:r>
    </w:p>
    <w:p>
      <w:pPr>
        <w:jc w:val="right"/>
      </w:pPr>
      <w:r>
        <w:t>ہاں، اس کا پڑھیے حوالہ اور ترجمہ</w:t>
      </w:r>
    </w:p>
    <w:p>
      <w:r>
        <w:rPr>
          <w:b/>
        </w:rPr>
        <w:t xml:space="preserve">[38:46] </w:t>
      </w:r>
      <w:r>
        <w:t>surah ibrahim, chapter number 14, verse number 4: "wama arsalna min rasool illa bilisani qawmihi".</w:t>
      </w:r>
    </w:p>
    <w:p>
      <w:pPr>
        <w:jc w:val="right"/>
      </w:pPr>
      <w:r>
        <w:t>سورہ ابراہیم، چیپٹر نمبر 14، ورس نمبر 4: "وما أرسلنا من رسول إلا بلسان قومه"۔</w:t>
      </w:r>
    </w:p>
    <w:p>
      <w:r>
        <w:rPr>
          <w:b/>
        </w:rPr>
        <w:t xml:space="preserve">[38:58] </w:t>
      </w:r>
      <w:r>
        <w:t>aur hum ne nahi bheja koi rasool magar us ki qom ki zaban mein ta ke woh un ke liye bayan kare. is ka matlab kya hua?</w:t>
      </w:r>
    </w:p>
    <w:p>
      <w:pPr>
        <w:jc w:val="right"/>
      </w:pPr>
      <w:r>
        <w:t>اور ہم نے نہیں بھیجا کوئی رسول مگر اس کی قوم کی زبان میں تاکہ وہ ان کے لیے بیان کرے۔ اس کا مطلب کیا ہوا؟</w:t>
      </w:r>
    </w:p>
    <w:p>
      <w:r>
        <w:rPr>
          <w:b/>
        </w:rPr>
        <w:t xml:space="preserve">[39:10] </w:t>
      </w:r>
      <w:r>
        <w:t>ab to koi aur kitab anay wali nahi hai, koi nabi anay wala nahi hai. to yeh jo aakhri kitab hai, is ko hum har qom ki zaban mein is ka translation karein, har qom ki zaban mein, aur phir logon tak pohanchayein.</w:t>
      </w:r>
    </w:p>
    <w:p>
      <w:pPr>
        <w:jc w:val="right"/>
      </w:pPr>
      <w:r>
        <w:t>اب تو کوئی اور کتاب آنے والی نہیں ہے، کوئی نبی آنے والا نہیں ہے۔ تو یہ جو آخری کتاب ہے، اس کو ہم ہر قوم کی زبان میں اس کا ٹرانسلیشن کریں، ہر قوم کی زبان میں، اور پھر لوگوں تک پہنچائیں۔</w:t>
      </w:r>
    </w:p>
    <w:p>
      <w:r>
        <w:rPr>
          <w:b/>
        </w:rPr>
        <w:t xml:space="preserve">[39:26] </w:t>
      </w:r>
      <w:r>
        <w:t>us ko</w:t>
      </w:r>
    </w:p>
    <w:p>
      <w:pPr>
        <w:jc w:val="right"/>
      </w:pPr>
      <w:r>
        <w:t>اس کو</w:t>
      </w:r>
    </w:p>
    <w:p>
      <w:r>
        <w:rPr>
          <w:b/>
        </w:rPr>
        <w:t xml:space="preserve">[39:32] </w:t>
      </w:r>
      <w:r>
        <w:t>quran ko har qom ki zaban mein tarjuma karna, us ka understandable language mein, aur phir pohanchana. us ko yeh yeh farz hai, wajib farz hai.</w:t>
      </w:r>
    </w:p>
    <w:p>
      <w:pPr>
        <w:jc w:val="right"/>
      </w:pPr>
      <w:r>
        <w:t>قرآن کو ہر قوم کی زبان میں ترجمہ کرنا، اس کا انڈرسٹینڈیبل لینگویج میں، اور پھر پہنچانا۔ اس کو یہ یہ فرض ہے، واجب فرض ہے۔</w:t>
      </w:r>
    </w:p>
    <w:p>
      <w:r>
        <w:rPr>
          <w:b/>
        </w:rPr>
        <w:t xml:space="preserve">[39:48] </w:t>
      </w:r>
      <w:r>
        <w:t>warna yaad rakhiye,</w:t>
      </w:r>
    </w:p>
    <w:p>
      <w:pPr>
        <w:jc w:val="right"/>
      </w:pPr>
      <w:r>
        <w:t>ورنہ یاد رکھیے،</w:t>
      </w:r>
    </w:p>
    <w:p>
      <w:r>
        <w:rPr>
          <w:b/>
        </w:rPr>
        <w:t xml:space="preserve">[39:53] </w:t>
      </w:r>
      <w:r>
        <w:t>woh ek qissa hoga jo ek qissa mein ne likha tha risala mein. ek martaba mein gaya jam to ek sahib ke ghar jana hua.</w:t>
      </w:r>
    </w:p>
    <w:p>
      <w:pPr>
        <w:jc w:val="right"/>
      </w:pPr>
      <w:r>
        <w:t>وہ ایک قصہ ہوگا جو ایک قصہ میں نے لکھا تھا رسالہ میں۔ ایک مرتبہ میں گیا جم تو ایک صاحب کے گھر جانا ہوا۔</w:t>
      </w:r>
    </w:p>
    <w:p>
      <w:r>
        <w:rPr>
          <w:b/>
        </w:rPr>
        <w:t xml:space="preserve">[40:08] </w:t>
      </w:r>
      <w:r>
        <w:t>to jo sahib khana thay, woh apna qissa bataya. unhon ne woh forester thay, forester to pehlay woh coat patloon pehantay thay,</w:t>
      </w:r>
    </w:p>
    <w:p>
      <w:pPr>
        <w:jc w:val="right"/>
      </w:pPr>
      <w:r>
        <w:t>تو جو صاحب خانہ تھے، وہ اپنا قصہ بتایا۔ انہوں نے وہ فارسٹر تھے، فارسٹر تو پہلے وہ کوٹ پتول پہنتے تھے،</w:t>
      </w:r>
    </w:p>
    <w:p>
      <w:r>
        <w:rPr>
          <w:b/>
        </w:rPr>
        <w:t xml:space="preserve">[40:23] </w:t>
      </w:r>
      <w:r>
        <w:t>ab woh baqayda</w:t>
      </w:r>
    </w:p>
    <w:p>
      <w:pPr>
        <w:jc w:val="right"/>
      </w:pPr>
      <w:r>
        <w:t>اب وہ باقاعدہ</w:t>
      </w:r>
    </w:p>
    <w:p>
      <w:r>
        <w:rPr>
          <w:b/>
        </w:rPr>
        <w:t xml:space="preserve">[40:27] </w:t>
      </w:r>
      <w:r>
        <w:t>karta pajama pehney hue thay aur topi lagaye hue thay. to apna qissa unhon ne bataya ke mein jab aata tha, aksar sham ko, raat ko fars se, kyunkay forester thay, woh to kuch bachon ke liye kuch chocolate waghera lata tha.</w:t>
      </w:r>
    </w:p>
    <w:p>
      <w:pPr>
        <w:jc w:val="right"/>
      </w:pPr>
      <w:r>
        <w:t>کرتا پجامہ پہنے ہوئے تھے اور ٹوپی لگائے ہوئے تھے۔ تو اپنا قصہ انہوں نے بتایا کہ میں جب آتا تھا، اکثر شام کو، رات کو فارس سے، کیونکہ فارسٹر تھے، وہ تو کچھ بچوں کے لیے کچھ چاکلیٹ وغیرہ لاتا تھا۔</w:t>
      </w:r>
    </w:p>
    <w:p>
      <w:r>
        <w:rPr>
          <w:b/>
        </w:rPr>
        <w:t xml:space="preserve">[40:50] </w:t>
      </w:r>
      <w:r>
        <w:t>to ek din mein aaya</w:t>
      </w:r>
    </w:p>
    <w:p>
      <w:pPr>
        <w:jc w:val="right"/>
      </w:pPr>
      <w:r>
        <w:t>تو ایک دن میں آیا</w:t>
      </w:r>
    </w:p>
    <w:p>
      <w:r>
        <w:rPr>
          <w:b/>
        </w:rPr>
        <w:t xml:space="preserve">[40:55] </w:t>
      </w:r>
      <w:r>
        <w:t>to chote bachche ne mujh se poocha ke hamare liye kya laye? hamare liye kya laye?</w:t>
      </w:r>
    </w:p>
    <w:p>
      <w:pPr>
        <w:jc w:val="right"/>
      </w:pPr>
      <w:r>
        <w:t>تو چھوٹے بچے نے مجھ سے پوچھا کہ ہمارے لیے کیا لائے؟ ہمارے لیے کیا لائے؟</w:t>
      </w:r>
    </w:p>
    <w:p>
      <w:r>
        <w:rPr>
          <w:b/>
        </w:rPr>
        <w:t xml:space="preserve">[41:07] </w:t>
      </w:r>
      <w:r>
        <w:t>to unhon ne kaha aaj to hum kuch laye nahin hain. to chote bachche ne wahan ki zaban mein kaha</w:t>
      </w:r>
    </w:p>
    <w:p>
      <w:pPr>
        <w:jc w:val="right"/>
      </w:pPr>
      <w:r>
        <w:t>تو انہوں نے کہا آج تو ہم کچھ لائے نہیں ہیں۔ تو چھوٹے بچے نے وہاں کی زبان میں کہا</w:t>
      </w:r>
    </w:p>
    <w:p>
      <w:r>
        <w:rPr>
          <w:b/>
        </w:rPr>
        <w:t xml:space="preserve">[41:18] </w:t>
      </w:r>
      <w:r>
        <w:t>ke jab hamare liye kuch nahin laye to aaye kyun?</w:t>
      </w:r>
    </w:p>
    <w:p>
      <w:pPr>
        <w:jc w:val="right"/>
      </w:pPr>
      <w:r>
        <w:t>کہ جب ہمارے لیے کچھ نہیں لائے تو آئے کیوں؟</w:t>
      </w:r>
    </w:p>
    <w:p>
      <w:r>
        <w:rPr>
          <w:b/>
        </w:rPr>
        <w:t xml:space="preserve">[41:26] </w:t>
      </w:r>
      <w:r>
        <w:t>jab tum hamare liye kuch nahin laye to aaye kyun yahan?</w:t>
      </w:r>
    </w:p>
    <w:p>
      <w:pPr>
        <w:jc w:val="right"/>
      </w:pPr>
      <w:r>
        <w:t>جب تم ہمارے لیے کچھ نہیں لائے تو آئے کیوں یہاں؟</w:t>
      </w:r>
    </w:p>
    <w:p>
      <w:r>
        <w:rPr>
          <w:b/>
        </w:rPr>
        <w:t xml:space="preserve">[41:33] </w:t>
      </w:r>
      <w:r>
        <w:t>to ab mein sarsans ko yeh sochna chahiye ke hum jab pohnchenge Allah rab al-alameen ke paas</w:t>
      </w:r>
    </w:p>
    <w:p>
      <w:pPr>
        <w:jc w:val="right"/>
      </w:pPr>
      <w:r>
        <w:t>تو اب میں سرسنس کو یہ سوچنا چاہیے کہ ہم جب پہنچیں گے اللہ رب العالمین کے پاس</w:t>
      </w:r>
    </w:p>
    <w:p>
      <w:r>
        <w:rPr>
          <w:b/>
        </w:rPr>
        <w:t xml:space="preserve">[41:44] </w:t>
      </w:r>
      <w:r>
        <w:t>to hum ne jab quran ko na phailaya ho, quran ka tarjuma na phailaya ho, arabi phailane se woh maqsad hasil nahin hota, tarjuma phailana parega.</w:t>
      </w:r>
    </w:p>
    <w:p>
      <w:pPr>
        <w:jc w:val="right"/>
      </w:pPr>
      <w:r>
        <w:t>تو ہم نے جب قرآن کو نہ پھیلایا ہو، قرآن کا ترجمہ نہ پھیلایا ہو، عربی پھیلانے سے وہ مقصد حاصل نہیں ہوتا، ترجمہ پھیلانا پڑے گا۔</w:t>
      </w:r>
    </w:p>
    <w:p>
      <w:r>
        <w:rPr>
          <w:b/>
        </w:rPr>
        <w:t xml:space="preserve">[41:57] </w:t>
      </w:r>
      <w:r>
        <w:t>to jab ke hum ne yeh kaam nahin kiya ho ke hum ne quran ka tarjuma har zaban mein tayyar kar ke logon tak na phunchaya ho, aur Allah poochhe</w:t>
      </w:r>
    </w:p>
    <w:p>
      <w:pPr>
        <w:jc w:val="right"/>
      </w:pPr>
      <w:r>
        <w:t>تو جب کہ ہم نے یہ کام نہیں کیا ہو کہ ہم نے قرآن کا ترجمہ ہر زبان میں تیار کر کے لوگوں تک نہ پہنچایا ہو، اور اللہ پوچھے</w:t>
      </w:r>
    </w:p>
    <w:p>
      <w:r>
        <w:rPr>
          <w:b/>
        </w:rPr>
        <w:t xml:space="preserve">[42:12] </w:t>
      </w:r>
      <w:r>
        <w:t>ke tum kya kar ke aaye? to aap ke paas kuch khane ke liye na ho to Allah rab al-alameen kahe ke phir aaye kahan?</w:t>
      </w:r>
    </w:p>
    <w:p>
      <w:pPr>
        <w:jc w:val="right"/>
      </w:pPr>
      <w:r>
        <w:t>کہ تم کیا کر کے آئے؟ تو آپ کے پاس کچھ کھانے کے لیے نہ ہو تو اللہ رب العالمین کہے کہ پھر آئے کہاں؟</w:t>
      </w:r>
    </w:p>
    <w:p>
      <w:r>
        <w:rPr>
          <w:b/>
        </w:rPr>
        <w:t xml:space="preserve">[42:25] </w:t>
      </w:r>
      <w:r>
        <w:t>yahan, yahan kis liye tum aaye? yahan tumhare liye kuch nahin hai, wapas jao.</w:t>
      </w:r>
    </w:p>
    <w:p>
      <w:pPr>
        <w:jc w:val="right"/>
      </w:pPr>
      <w:r>
        <w:t>یہاں، یہاں کس لیے تم آئے؟ یہاں تمہارے لیے کچھ نہیں ہے، واپس جاؤ۔</w:t>
      </w:r>
    </w:p>
    <w:p>
      <w:r>
        <w:rPr>
          <w:b/>
        </w:rPr>
        <w:t xml:space="preserve">[42:35] </w:t>
      </w:r>
      <w:r>
        <w:t>woh kya hai? woh "faltabs noora". qeel: "arja'u warakum". haan, qeel: "arja'u warakum". "faltabs noora".</w:t>
      </w:r>
    </w:p>
    <w:p>
      <w:pPr>
        <w:jc w:val="right"/>
      </w:pPr>
      <w:r>
        <w:t>وہ کیا ہے؟ وہ "فلتبس نورا"۔ قیل: "ارجعوا وراکم"۔ ہاں، قیل: "ارجعوا وراکم"۔ "فلتبس نورا"۔</w:t>
      </w:r>
    </w:p>
    <w:p>
      <w:r>
        <w:rPr>
          <w:b/>
        </w:rPr>
        <w:t xml:space="preserve">[42:44] </w:t>
      </w:r>
      <w:r>
        <w:t>wapas jao, wapas jao. to Allah rab al-alameen agar aap se yeh keh de ke jab tum ne mera kaam hi nahin kiya to yahan kis liye aaye?</w:t>
      </w:r>
    </w:p>
    <w:p>
      <w:pPr>
        <w:jc w:val="right"/>
      </w:pPr>
      <w:r>
        <w:t>واپس جاؤ، واپس جاؤ۔ تو اللہ رب العالمین اگر آپ سے یہ کہہ دے کہ جب تم نے میرا کام ہی نہیں کیا تو یہاں کس لیے آئے؟</w:t>
      </w:r>
    </w:p>
    <w:p>
      <w:r>
        <w:rPr>
          <w:b/>
        </w:rPr>
        <w:t xml:space="preserve">[42:57] </w:t>
      </w:r>
      <w:r>
        <w:t>yahan tumhare liye koi jagah nahin hai.</w:t>
      </w:r>
    </w:p>
    <w:p>
      <w:pPr>
        <w:jc w:val="right"/>
      </w:pPr>
      <w:r>
        <w:t>یہاں تمہارے لیے کوئی جگہ نہیں ہے۔</w:t>
      </w:r>
    </w:p>
    <w:p>
      <w:r>
        <w:rPr>
          <w:b/>
        </w:rPr>
        <w:t xml:space="preserve">[43:04] </w:t>
      </w:r>
      <w:r>
        <w:t>to yaad rakhiye, bohat ziyada sochne ki zaroorat hai. aaj kal musalmanon ka haal kya hai? aaj kal musalmanon ka be-panah paisa hai, lekin paise ko kharch kahan karte hain?</w:t>
      </w:r>
    </w:p>
    <w:p>
      <w:pPr>
        <w:jc w:val="right"/>
      </w:pPr>
      <w:r>
        <w:t>تو یاد رکھیے، بہت زیادہ سوچنے کی ضرورت ہے۔ آج کل مسلمانوں کا حال کیا ہے؟ آج کل مسلمانوں کا بے پناہ پیسہ ہے، لیکن پیسے کو خرچ کہاں کرتے ہیں؟</w:t>
      </w:r>
    </w:p>
    <w:p>
      <w:r>
        <w:rPr>
          <w:b/>
        </w:rPr>
        <w:t xml:space="preserve">[43:16] </w:t>
      </w:r>
      <w:r>
        <w:t>shadiyon mein, bachchon ke mustaqbil mein, bachchon ko bare bare tarqqiyon mein.</w:t>
      </w:r>
    </w:p>
    <w:p>
      <w:pPr>
        <w:jc w:val="right"/>
      </w:pPr>
      <w:r>
        <w:t>شادیوں میں، بچوں کے مستقبل میں، بچوں کو بڑے بڑے ترقیوں میں۔</w:t>
      </w:r>
    </w:p>
    <w:p>
      <w:r>
        <w:rPr>
          <w:b/>
        </w:rPr>
        <w:t xml:space="preserve">[43:29] </w:t>
      </w:r>
      <w:r>
        <w:t>bas sara daulat, daulat lutate hain woh bachchon ki khwahish poora karne ke liye, bachchon ki tarqqi ke liye.</w:t>
      </w:r>
    </w:p>
    <w:p>
      <w:pPr>
        <w:jc w:val="right"/>
      </w:pPr>
      <w:r>
        <w:t>بس سارا دولت، دولت لٹاتے ہیں وہ بچوں کی خواہش پورا کرنے کے لیے، بچوں کی ترقی کے لیے۔</w:t>
      </w:r>
    </w:p>
    <w:p>
      <w:r>
        <w:rPr>
          <w:b/>
        </w:rPr>
        <w:t xml:space="preserve">[43:38] </w:t>
      </w:r>
      <w:r>
        <w:t>har aadmi ka ek hi goal hai: paisa kamao aur bachche ke liye lutao. aap ko apna paisa kharch karna parega Allah ki kitab ke liye.</w:t>
      </w:r>
    </w:p>
    <w:p>
      <w:pPr>
        <w:jc w:val="right"/>
      </w:pPr>
      <w:r>
        <w:t>ہر آدمی کا ایک ہی گول ہے: پیسہ کماؤ اور بچے کے لیے لٹاؤ۔ آپ کو اپنا پیسہ خرچ کرنا پڑے گا اللہ کی کتاب کے لیے۔</w:t>
      </w:r>
    </w:p>
    <w:p>
      <w:r>
        <w:rPr>
          <w:b/>
        </w:rPr>
        <w:t xml:space="preserve">[43:54] </w:t>
      </w:r>
      <w:r>
        <w:t>aap ko kharch karna parega. yaad rakhiye, apna paisa Allah ki kitab ke liye, is ka tarjuma phailane ke liye. nahin to yaad rakhiye,</w:t>
      </w:r>
    </w:p>
    <w:p>
      <w:pPr>
        <w:jc w:val="right"/>
      </w:pPr>
      <w:r>
        <w:t>آپ کو خرچ کرنا پڑے گا۔ یاد رکھیے، اپنا پیسہ اللہ کی کتاب کے لیے، اس کا ترجمہ پھیلانے کے لیے۔ نہیں تو یاد رکھیے،</w:t>
      </w:r>
    </w:p>
    <w:p>
      <w:r>
        <w:rPr>
          <w:b/>
        </w:rPr>
        <w:t xml:space="preserve">[44:07] </w:t>
      </w:r>
      <w:r>
        <w:t>yeh waqt aane wala hai aap ke har shakhs ke samne ke Khuda yeh kahe seedha aap se ke jab tum ne mera kaam hi nahin kiya to yahan kis liye aaye ho?</w:t>
      </w:r>
    </w:p>
    <w:p>
      <w:pPr>
        <w:jc w:val="right"/>
      </w:pPr>
      <w:r>
        <w:t>یہ وقت آنے والا ہے آپ کے ہر شخص کے سامنے کہ خدا یہ کہے براہ راست آپ سے کہ جب تم نے میرا کام ہی نہیں کیا تو یہاں کس لیے آئے ہو؟</w:t>
      </w:r>
    </w:p>
    <w:p>
      <w:r>
        <w:rPr>
          <w:b/>
        </w:rPr>
        <w:t xml:space="preserve">[44:19] </w:t>
      </w:r>
      <w:r>
        <w:t>bhaag jao yahan se.</w:t>
      </w:r>
    </w:p>
    <w:p>
      <w:pPr>
        <w:jc w:val="right"/>
      </w:pPr>
      <w:r>
        <w:t>بھاگ جاؤ یہاں سے۔</w:t>
      </w:r>
    </w:p>
    <w:p>
      <w:r>
        <w:rPr>
          <w:b/>
        </w:rPr>
        <w:t xml:space="preserve">[44:25] </w:t>
      </w:r>
      <w:r>
        <w:t>yaad rakhiye, bohat hi serious ka mamla hai yeh. yeh saada baat nahin hai.</w:t>
      </w:r>
    </w:p>
    <w:p>
      <w:pPr>
        <w:jc w:val="right"/>
      </w:pPr>
      <w:r>
        <w:t>یاد رکھیے، بہت ہی سیریس کا معاملہ ہے یہ۔ یہ سادہ بات نہیں ہے۔</w:t>
      </w:r>
    </w:p>
    <w:p>
      <w:r>
        <w:rPr>
          <w:b/>
        </w:rPr>
        <w:t xml:space="preserve">[44:35] </w:t>
      </w:r>
      <w:r>
        <w:t>jitna chahe aap quran padh lijiyye, hadith padh lijiyye, aur janchiye is baat ko jo maine kaha hai.</w:t>
      </w:r>
    </w:p>
    <w:p>
      <w:pPr>
        <w:jc w:val="right"/>
      </w:pPr>
      <w:r>
        <w:t>جتنا چاہے آپ قرآن پڑھ لیجئے، حدیث پڑھ لیجئے، اور جانچیے اس بات کو جو میں نے کہا ہے۔</w:t>
      </w:r>
    </w:p>
    <w:p>
      <w:r>
        <w:rPr>
          <w:b/>
        </w:rPr>
        <w:t xml:space="preserve">[44:46] </w:t>
      </w:r>
      <w:r>
        <w:t>janchiye is baat ko jo maine kaha hai.</w:t>
      </w:r>
    </w:p>
    <w:p>
      <w:pPr>
        <w:jc w:val="right"/>
      </w:pPr>
      <w:r>
        <w:t>جانچیے اس بات کو جو میں نے کہا ہے۔</w:t>
      </w:r>
    </w:p>
    <w:p>
      <w:r>
        <w:rPr>
          <w:b/>
        </w:rPr>
        <w:t xml:space="preserve">[44:53] </w:t>
      </w:r>
      <w:r>
        <w:t>to mein isi par apni baat ko khatam karta hoon aur dua karta hoon ke Allah taala mujh ko aur aap ko</w:t>
      </w:r>
    </w:p>
    <w:p>
      <w:pPr>
        <w:jc w:val="right"/>
      </w:pPr>
      <w:r>
        <w:t>تو میں اسی پر اپنی بات کو ختم کرتا ہوں اور دعا کرتا ہوں کہ اللہ تعالیٰ مجھ کو اور آپ کو</w:t>
      </w:r>
    </w:p>
    <w:p>
      <w:r>
        <w:rPr>
          <w:b/>
        </w:rPr>
        <w:t xml:space="preserve">[45:05] </w:t>
      </w:r>
      <w:r>
        <w:t>Allah ke aage sharminda hone se bachaye.</w:t>
      </w:r>
    </w:p>
    <w:p>
      <w:pPr>
        <w:jc w:val="right"/>
      </w:pPr>
      <w:r>
        <w:t>اللہ کے آگے شرمندہ ہونے سے بچائے۔</w:t>
      </w:r>
    </w:p>
    <w:p>
      <w:r>
        <w:rPr>
          <w:b/>
        </w:rPr>
        <w:t xml:space="preserve">[45:14] </w:t>
      </w:r>
      <w:r>
        <w:t>mujh ko aur aap ko is anjam se bachaye ke hum Allah ke aage aap ko sharminda hona pare. aaj mein janta hoon ke log apna paisa be-daraigh kharch karte hain doston ki dawatوں mein, shadiوں mein,</w:t>
      </w:r>
    </w:p>
    <w:p>
      <w:pPr>
        <w:jc w:val="right"/>
      </w:pPr>
      <w:r>
        <w:t>مجھ کو اور آپ کو اس انجام سے بچائے کہ ہم اللہ کے آگے آپ کو شرمندہ ہونا پڑے۔ آج میں جانتا ہوں کہ لوگ اپنا پیسہ بے دریغ خرچ کرتے ہیں دوستوں کی دعوتوں میں، شادیوں میں،</w:t>
      </w:r>
    </w:p>
    <w:p>
      <w:r>
        <w:rPr>
          <w:b/>
        </w:rPr>
        <w:t xml:space="preserve">[45:30] </w:t>
      </w:r>
      <w:r>
        <w:t>bachon ki khushi pura karne mein, be darigh paisa kharch karte hain, aur wahi log Allah ki kitab ko phailane ke liye paisa nahi dete.</w:t>
      </w:r>
    </w:p>
    <w:p>
      <w:pPr>
        <w:jc w:val="right"/>
      </w:pPr>
      <w:r>
        <w:t>بچوں کی خوشی پورا کرنے میں، بے دریغ پیسہ خرچ کرتے ہیں، اور وہی لوگ اللہ کی کتاب کو پھیلانے کے لیے پیسہ نہیں دیتے۔</w:t>
      </w:r>
    </w:p>
    <w:p>
      <w:r>
        <w:rPr>
          <w:b/>
        </w:rPr>
        <w:t xml:space="preserve">[45:43] </w:t>
      </w:r>
      <w:r>
        <w:t>to yaad rakhiye, yeh Allah ke samne sharminda hone ka mamla hai. yeh</w:t>
      </w:r>
    </w:p>
    <w:p>
      <w:pPr>
        <w:jc w:val="right"/>
      </w:pPr>
      <w:r>
        <w:t>تو یاد رکھیے، یہ اللہ کے سامنے شرمندہ ہونے کا معاملہ ہے۔ یہ</w:t>
      </w:r>
    </w:p>
    <w:p>
      <w:r>
        <w:rPr>
          <w:b/>
        </w:rPr>
        <w:t xml:space="preserve">[45:51] </w:t>
      </w:r>
      <w:r>
        <w:t>to Allah taala hum ko aur aap ko tofeeq de ke hum is se bachein ke Allah ke aage humein sharminda hona pade.</w:t>
      </w:r>
    </w:p>
    <w:p>
      <w:pPr>
        <w:jc w:val="right"/>
      </w:pPr>
      <w:r>
        <w:t>تو اللہ تعالیٰ ہم کو اور آپ کو توفیق دے کہ ہم اس سے بچیں کہ اللہ کے آگے ہمیں شرمندہ ہونا پڑے۔</w:t>
      </w:r>
    </w:p>
    <w:p>
      <w:r>
        <w:rPr>
          <w:b/>
        </w:rPr>
        <w:t xml:space="preserve">[46:02] </w:t>
      </w:r>
      <w:r>
        <w:t>assalam o alaikum wa rehmatullah.</w:t>
      </w:r>
    </w:p>
    <w:p>
      <w:pPr>
        <w:jc w:val="right"/>
      </w:pPr>
      <w:r>
        <w:t>السلام علیکم ورحمۃ اللہ۔</w:t>
      </w:r>
    </w:p>
    <w:p>
      <w:r>
        <w:rPr>
          <w:b/>
        </w:rPr>
        <w:t xml:space="preserve">[46:13] </w:t>
      </w:r>
      <w:r>
        <w:t>we will start with the comments and question answer session. i would request the online viewers to also mention their location when they post their comment or the question.</w:t>
      </w:r>
    </w:p>
    <w:p>
      <w:pPr>
        <w:jc w:val="right"/>
      </w:pPr>
      <w:r>
        <w:t>وی ویل سٹارٹ ود دی کمنٹس اینڈ کوئسچن انسر سیشن۔ آئی وڈ ریکویسٹ دی آن لائن ویورز ٹو السو مینشن دیر لوکیشن وین دے پوسٹ دیر کمنٹ اور دا کوئسچن۔</w:t>
      </w:r>
    </w:p>
    <w:p>
      <w:r>
        <w:rPr>
          <w:b/>
        </w:rPr>
        <w:t xml:space="preserve">[46:25] </w:t>
      </w:r>
      <w:r>
        <w:t>i will first read out to Maulana sahib the comments that you all have sent, followed by questions. Maulana, yeh comment bheja hai Srinagar se Miss Karutlein ne.</w:t>
      </w:r>
    </w:p>
    <w:p>
      <w:pPr>
        <w:jc w:val="right"/>
      </w:pPr>
      <w:r>
        <w:t>آئی ویل فرسٹ ریڈ آؤٹ ٹو مولانا صاحب دی کمنٹس دیٹ یو آل ہیو سینڈ، فالوڈ بائے کوئسچنز۔ مولانا، یہ کمنٹ بھیجا ہے شری نگر سے مس کروتلین نے۔</w:t>
      </w:r>
    </w:p>
    <w:p>
      <w:r>
        <w:rPr>
          <w:b/>
        </w:rPr>
        <w:t xml:space="preserve">[46:39] </w:t>
      </w:r>
      <w:r>
        <w:t>unhone likha hai ke there are many self imposed restrictions on spreading Quran among non muslims by muslims.</w:t>
      </w:r>
    </w:p>
    <w:p>
      <w:pPr>
        <w:jc w:val="right"/>
      </w:pPr>
      <w:r>
        <w:t>انہوں نے لکھا ہے کہ دیر آر مینی سیلف امپوزڈ ریسٹرکشنز ان سپریڈنگ قرآن امنگ نان مسلمز بائے مسلمز۔</w:t>
      </w:r>
    </w:p>
    <w:p>
      <w:r>
        <w:rPr>
          <w:b/>
        </w:rPr>
        <w:t xml:space="preserve">[46:49] </w:t>
      </w:r>
      <w:r>
        <w:t>one of them is that one cant touch Quran without ablution. this has hampered dawah work to a great extent.</w:t>
      </w:r>
    </w:p>
    <w:p>
      <w:pPr>
        <w:jc w:val="right"/>
      </w:pPr>
      <w:r>
        <w:t>ون آف دیم از دیٹ ون کانٹ ٹچ قرآن ودا آؤٹ ایبولیوشن۔ دس ہیز ہیمپرڈ دعویٰ ورک ٹو ا گریٹ ایکسٹینٹ۔</w:t>
      </w:r>
    </w:p>
    <w:p>
      <w:r>
        <w:rPr>
          <w:b/>
        </w:rPr>
        <w:t xml:space="preserve">[46:59] </w:t>
      </w:r>
      <w:r>
        <w:t>let it be clear that there is no such restriction imposed by Islam. Quran aur Hadees. thank you Maulana for such a reminder once again.</w:t>
      </w:r>
    </w:p>
    <w:p>
      <w:pPr>
        <w:jc w:val="right"/>
      </w:pPr>
      <w:r>
        <w:t>لیٹ اٹ بی کلیئر دیٹ دیر از نو سچ ریسٹرکشن امپوز بائے اسلام۔ قرآن اور حدیث۔ تھینک یو مولانا فار سچ ا ریمائنڈر ونس اگین۔</w:t>
      </w:r>
    </w:p>
    <w:p>
      <w:r>
        <w:rPr>
          <w:b/>
        </w:rPr>
        <w:t xml:space="preserve">[47:10] </w:t>
      </w:r>
      <w:r>
        <w:t>hope that muslims heed to your advice and shun their lethargy and start spreading Quran without absurd restrictions like christians do while spreading the bible.</w:t>
      </w:r>
    </w:p>
    <w:p>
      <w:pPr>
        <w:jc w:val="right"/>
      </w:pPr>
      <w:r>
        <w:t>ہوپ دیٹ مسلمز ہیٹ ٹو یور ایڈوائس اینڈ شن دیر لیتھارجی اینڈ سٹارٹ سپریڈنگ قرآن ودا آؤٹ ایبسرڈ ریسٹرکشنز لائک کرسچنز ڈو وائل سپریڈنگ دا بائبل۔</w:t>
      </w:r>
    </w:p>
    <w:p>
      <w:r>
        <w:rPr>
          <w:b/>
        </w:rPr>
        <w:t xml:space="preserve">[47:22] </w:t>
      </w:r>
      <w:r>
        <w:t>Shabbir Ahmed sahib ne Bangalore se likha hai: Masha Allah Maulana, aap ne acche se samjhaya. beshak hum ne khud sakhta condition banai hui hai jis ka deen se koi bhi wasta nahi.</w:t>
      </w:r>
    </w:p>
    <w:p>
      <w:pPr>
        <w:jc w:val="right"/>
      </w:pPr>
      <w:r>
        <w:t>شبیر احمد صاحب نے بینگلور سے لکھا ہے: ماشاءاللہ مولانا، آپ نے اچھے سے سمجھایا۔ بے شک ہم نے خود ساکتہ کنڈیشن بنائی ہوئی ہے جس کا دین سے کوئی بھی واسطہ نہیں۔</w:t>
      </w:r>
    </w:p>
    <w:p>
      <w:r>
        <w:rPr>
          <w:b/>
        </w:rPr>
        <w:t xml:space="preserve">[47:36] </w:t>
      </w:r>
      <w:r>
        <w:t>Zubair Sartala sahib ne Kurnool, Andhra Pradesh se likha hai: Maulana, today lecture has greatly inspired me. Inshallah, i will start the distribution of Quran.</w:t>
      </w:r>
    </w:p>
    <w:p>
      <w:pPr>
        <w:jc w:val="right"/>
      </w:pPr>
      <w:r>
        <w:t>زبیر سرطلہ صاحب نے کرنول، اندھرا پردیش سے لکھا ہے: مولانا، ٹوڈے لیکچر ہیز گریٹلی انسپائرڈ می۔ انشاءاللہ، آئی ویل سٹارٹ دا ڈسٹریبیوشن آف قرآن۔</w:t>
      </w:r>
    </w:p>
    <w:p>
      <w:r>
        <w:rPr>
          <w:b/>
        </w:rPr>
        <w:t xml:space="preserve">[47:49] </w:t>
      </w:r>
      <w:r>
        <w:t>please pray for me. Abdul Raouf Khatib sahib ne Chiplun se likha hai: Inshallah, we will spread Quran and we hope God will forgive our sins in life hereafter.</w:t>
      </w:r>
    </w:p>
    <w:p>
      <w:pPr>
        <w:jc w:val="right"/>
      </w:pPr>
      <w:r>
        <w:t>پلیز پری فار می۔ عبدالرؤوف خطیب صاحب نے چپلون سے لکھا ہے: انشاءاللہ، وی ویل سپریڈ قرآن اینڈ وی ہوپ گاڈ ویل فورگیو اور سن ان لائف ہیر آفٹر۔</w:t>
      </w:r>
    </w:p>
    <w:p>
      <w:r>
        <w:rPr>
          <w:b/>
        </w:rPr>
        <w:t xml:space="preserve">[48:03] </w:t>
      </w:r>
      <w:r>
        <w:t>Inshallah. Maulana, please pray for us. Sajid Ahmed Khan sahib ne Nagpur se likha hai: Jazak Allah Maulana sahib, is tarah ki baatein humein aksar sunne ko milti hain.</w:t>
      </w:r>
    </w:p>
    <w:p>
      <w:pPr>
        <w:jc w:val="right"/>
      </w:pPr>
      <w:r>
        <w:t>انشاءاللہ۔ مولانا، پلیز پری فار اس۔ ساجد احمد خان صاحب نے ناکپور سے لکھا ہے: جزاک اللہ مولانا صاحب، اس طرح کی باتیں ہمیں اکثر سننے کو ملتی ہیں۔</w:t>
      </w:r>
    </w:p>
    <w:p>
      <w:r>
        <w:rPr>
          <w:b/>
        </w:rPr>
        <w:t xml:space="preserve">[48:20] </w:t>
      </w:r>
      <w:r>
        <w:t>ek sahib ne ek sahib se mein ne kaha: is mein Arabic text nahi hai, is ko aap bana wazu ke bhi padh sakte hain aur doosron ko bhi de sakte hain.</w:t>
      </w:r>
    </w:p>
    <w:p>
      <w:pPr>
        <w:jc w:val="right"/>
      </w:pPr>
      <w:r>
        <w:t>ایک صاحب نے ایک صاحب سے میں نے کہا: اس میں عربی ٹیکسٹ نہیں ہے، اس کو آپ بنا وضو کے بھی پڑھ سکتے ہیں اور دوسروں کو بھی دے سکتے ہیں۔</w:t>
      </w:r>
    </w:p>
    <w:p>
      <w:r>
        <w:rPr>
          <w:b/>
        </w:rPr>
        <w:t xml:space="preserve">[48:32] </w:t>
      </w:r>
      <w:r>
        <w:t>is par unhone kaha: mujhe phir bhi dar lagta hai kyun ke is mein Allah aur us ke Rasool ke naam likha hai, kahin hum be adabi ke gunhegar na ho jayein.</w:t>
      </w:r>
    </w:p>
    <w:p>
      <w:pPr>
        <w:jc w:val="right"/>
      </w:pPr>
      <w:r>
        <w:t>اس پر انہوں نے کہا: مجھے پھر بھی ڈر لگتا ہے کیونکہ اس میں اللہ اور اس کے رسول کے نام لکھا ہے، کہیں ہم بے ادبی کے گنہگار نہ ہو جائیں۔</w:t>
      </w:r>
    </w:p>
    <w:p>
      <w:r>
        <w:rPr>
          <w:b/>
        </w:rPr>
        <w:t xml:space="preserve">[48:46] </w:t>
      </w:r>
      <w:r>
        <w:t>dekhiye, aise logon ko jo mein ne hawala diya, maut ka, Hazrat Umar Razi Allah Anhu ka qaul ka, is ko log khud se nikal kar padhein ke yeh masla to koi masoom e kazzab ne diya hai.</w:t>
      </w:r>
    </w:p>
    <w:p>
      <w:pPr>
        <w:jc w:val="right"/>
      </w:pPr>
      <w:r>
        <w:t>دیکھیے، ایسے لوگوں کو جو میں نے حوالہ دیا، موت کا، حضرت عمر رضی اللہ عنہ کا قول کا، اس کو لوگ خود سے نکال کر پڑھیں کہ یہ مسئلہ تو کوئی معصومہ کذاب نے دیا ہے۔</w:t>
      </w:r>
    </w:p>
    <w:p>
      <w:r>
        <w:rPr>
          <w:b/>
        </w:rPr>
        <w:t xml:space="preserve">[49:06] </w:t>
      </w:r>
      <w:r>
        <w:t>ji Maulana, phir unhone aakhir mein likha hai ke Allah hum sab ka haal, hum sab ke haal par reham farmaye aur humein sahi samajh ata farmaye.</w:t>
      </w:r>
    </w:p>
    <w:p>
      <w:pPr>
        <w:jc w:val="right"/>
      </w:pPr>
      <w:r>
        <w:t>جی مولانا، پھر انہوں نے آخر میں لکھا ہے کہ اللہ ہم سب کا حال، ہم سب کے حال پر رحم فرمائے اور ہمیں صحیح سمجھ عطا فرمائے۔</w:t>
      </w:r>
    </w:p>
    <w:p>
      <w:r>
        <w:rPr>
          <w:b/>
        </w:rPr>
        <w:t xml:space="preserve">[49:17] </w:t>
      </w:r>
      <w:r>
        <w:t>Dr Junaid Sheikh ne Mumbai se likha hai: Maulana sahib, today lecture was very important. it reinforces my conviction in CPS mission of spreading Quran to all brothers and sisters across the globe.</w:t>
      </w:r>
    </w:p>
    <w:p>
      <w:pPr>
        <w:jc w:val="right"/>
      </w:pPr>
      <w:r>
        <w:t>ڈاکٹر جنید شیخ نے ممبئی سے لکھا ہے: مولانا صاحب، ٹوڈے لیکچر واز ویری امپورٹنٹ۔ اٹ ری انفورس مائی کنوکشن ان سی پی ایس مشن آف سپریڈنگ قرآن ٹو آل برادرز اینڈ سسٹرز اکراس دا گلوب۔</w:t>
      </w:r>
    </w:p>
    <w:p>
      <w:r>
        <w:rPr>
          <w:b/>
        </w:rPr>
        <w:t xml:space="preserve">[49:33] </w:t>
      </w:r>
      <w:r>
        <w:t>jazak Allah for giving this positive interpretation and peaceful goal. thank you Maulana sahib. Maulana Iqbal Umri ne likha hai: Chennai se, Sri Lanka ke Jamiat ul Ulama se mulaqat hui.</w:t>
      </w:r>
    </w:p>
    <w:p>
      <w:pPr>
        <w:jc w:val="right"/>
      </w:pPr>
      <w:r>
        <w:t>جزاک اللہ فار گیونگ دس پوزیٹیو انٹرپریٹیشن اینڈ پیس فل گول۔ تھینک یو مولانا صاحب۔ مولانا اقبال عمری نے لکھا ہے: چنئی سے، سری لنکا کے جمعۃ العلماء سے ملاقات ہوئی۔</w:t>
      </w:r>
    </w:p>
    <w:p>
      <w:r>
        <w:rPr>
          <w:b/>
        </w:rPr>
        <w:t xml:space="preserve">[49:49] </w:t>
      </w:r>
      <w:r>
        <w:t>un logon ne fatwa talab kiya hai ke baghair text ke Quran print kar sakte hain kyun ke saare fatwa print ke khilaf hain magar ek fatwa bhi jawaz ke haq mein nahi mila.</w:t>
      </w:r>
    </w:p>
    <w:p>
      <w:pPr>
        <w:jc w:val="right"/>
      </w:pPr>
      <w:r>
        <w:t>ان لوگوں نے فتویٰ طلب کیا ہے کہ بغیر ٹیکسٹ کے قرآن پرنٹ کر سکتے ہیں کیونکہ سارے فتویٰ پرنٹ کے خلاف ہیں مگر ایک فتویٰ بھی جواز کے حق میں نہیں ملا۔</w:t>
      </w:r>
    </w:p>
    <w:p>
      <w:r>
        <w:rPr>
          <w:b/>
        </w:rPr>
        <w:t xml:space="preserve">[50:05] </w:t>
      </w:r>
      <w:r>
        <w:t>kayi log print kar chuke hain fatwa ke baghair. Delhi se, Sanjeev Ratan Jha sahib ne likha hai: you are the only learned person in Islam, a true muslim.</w:t>
      </w:r>
    </w:p>
    <w:p>
      <w:pPr>
        <w:jc w:val="right"/>
      </w:pPr>
      <w:r>
        <w:t>کئی لوگ پرنٹ کر چکے ہیں فتویٰ کے بغیر۔ دلی سے، سنجیو رتن جھا صاحب نے لکھا ہے: یو آر دا اونلی لرنڈ پرسن ان اسلام، ا ٹرو مسلم۔</w:t>
      </w:r>
    </w:p>
    <w:p>
      <w:r>
        <w:rPr>
          <w:b/>
        </w:rPr>
        <w:t xml:space="preserve">[50:22] </w:t>
      </w:r>
      <w:r>
        <w:t>Maulana, kuch sawal lete hain. ab yeh sawal bheja hai Muhammad Irfan Rasheedi sahib ne Nagpur se.</w:t>
      </w:r>
    </w:p>
    <w:p>
      <w:pPr>
        <w:jc w:val="right"/>
      </w:pPr>
      <w:r>
        <w:t>مولانا، کچھ سوال لیتے ہیں۔ اب یہ سوال بھیجا ہے محمد عرفان رشیدی صاحب نے ناکپور سے۔</w:t>
      </w:r>
    </w:p>
    <w:p>
      <w:r>
        <w:rPr>
          <w:b/>
        </w:rPr>
        <w:t xml:space="preserve">[50:33] </w:t>
      </w:r>
      <w:r>
        <w:t>unhone likha hai: Maulana sahib, kya doosri qaumon se nafrat dawah work ki sab se badi rukawat hai?</w:t>
      </w:r>
    </w:p>
    <w:p>
      <w:pPr>
        <w:jc w:val="right"/>
      </w:pPr>
      <w:r>
        <w:t>انہوں نے لکھا ہے: مولانا صاحب، کیا دوسری قوموں سے نفرت دعویٰ ورک کی سب سے بڑی رکاوٹ ہے؟</w:t>
      </w:r>
    </w:p>
    <w:p>
      <w:r>
        <w:rPr>
          <w:b/>
        </w:rPr>
        <w:t xml:space="preserve">[50:42] </w:t>
      </w:r>
      <w:r>
        <w:t>is ke bare mein batayein. arey bhai, jannat ke dakhle ki rukawat hai. yaqeen kijiye, jo maqdood se nafrat karega,</w:t>
      </w:r>
    </w:p>
    <w:p>
      <w:pPr>
        <w:jc w:val="right"/>
      </w:pPr>
      <w:r>
        <w:t>اس کے بارے میں بتائیں۔ ارے بھئی، جنت کے داخلے کی رکاوٹ ہے۔ یقین کیجئے، جو معدوس سے نفرت کرے گا،</w:t>
      </w:r>
    </w:p>
    <w:p>
      <w:r>
        <w:rPr>
          <w:b/>
        </w:rPr>
        <w:t xml:space="preserve">[50:56] </w:t>
      </w:r>
      <w:r>
        <w:t>is ke liye jannat ke darwaze nahi khulenge. yahan to maine padha hai: jo shakhs apne ma'dud se nafrat karega, us ke liye jannat ke darwaze nahi khulne wale hain.</w:t>
      </w:r>
    </w:p>
    <w:p>
      <w:pPr>
        <w:jc w:val="right"/>
      </w:pPr>
      <w:r>
        <w:t>اس کے لیے جنت کے دروازے نہیں کھلیں گے۔ یہاں تو میں نے پڑھا ہے: جو شخص اپنے معدوس سے نفرت کرے گا، اس کے لیے جنت کے دروازے نہیں کھلنے والے ہیں۔</w:t>
      </w:r>
    </w:p>
    <w:p>
      <w:r>
        <w:rPr>
          <w:b/>
        </w:rPr>
        <w:t xml:space="preserve">[51:13] </w:t>
      </w:r>
      <w:r>
        <w:t>is par jannat ke darwaze band rahenge.</w:t>
      </w:r>
    </w:p>
    <w:p>
      <w:pPr>
        <w:jc w:val="right"/>
      </w:pPr>
      <w:r>
        <w:t>اس پر جنت کے دروازے بند رہیں گے۔</w:t>
      </w:r>
    </w:p>
    <w:p>
      <w:r>
        <w:rPr>
          <w:b/>
        </w:rPr>
        <w:t xml:space="preserve">[51:20] </w:t>
      </w:r>
      <w:r>
        <w:t>logon ko tauba karna chahiye. tauba.</w:t>
      </w:r>
    </w:p>
    <w:p>
      <w:pPr>
        <w:jc w:val="right"/>
      </w:pPr>
      <w:r>
        <w:t>لوگوں کو توبہ کرنا چاہیے۔ توبہ۔</w:t>
      </w:r>
    </w:p>
    <w:p>
      <w:r>
        <w:rPr>
          <w:b/>
        </w:rPr>
        <w:t xml:space="preserve">[51:29] </w:t>
      </w:r>
      <w:r>
        <w:t>maulana, agla sawal bheja hai maulana iqbal umri ne chennai se. unhon ne likha hai:</w:t>
      </w:r>
    </w:p>
    <w:p>
      <w:pPr>
        <w:jc w:val="right"/>
      </w:pPr>
      <w:r>
        <w:t>مولانا، اگلا سوال بھیجا ہے مولانا اقبال عمری نے چنئی سے۔ انہوں نے لکھا ہے:</w:t>
      </w:r>
    </w:p>
    <w:p>
      <w:r>
        <w:rPr>
          <w:b/>
        </w:rPr>
        <w:t xml:space="preserve">[51:42] </w:t>
      </w:r>
      <w:r>
        <w:t>quran khuda aur akhirat ke bare mein hi zyada focus karti hai. agar hum aisa kehte hain to jawab mein woh kehte hain ke quran zindagi ke har masle mein guftagu karta hai.</w:t>
      </w:r>
    </w:p>
    <w:p>
      <w:pPr>
        <w:jc w:val="right"/>
      </w:pPr>
      <w:r>
        <w:t>قرآن خدا اور آخرت کے بارے میں ہی زیادہ فوکس کرتی ہے۔ اگر ہم ایسا کہتے ہیں تو جواب میں وہ کہتے ہیں کہ قرآن زندگی کے ہر مسئلے میں گفتگو کرتا ہے۔</w:t>
      </w:r>
    </w:p>
    <w:p>
      <w:r>
        <w:rPr>
          <w:b/>
        </w:rPr>
        <w:t xml:space="preserve">[51:57] </w:t>
      </w:r>
      <w:r>
        <w:t>maulana, is mein kya maghalta hai? is ko wazeh karen. mujh se misaal puchiye, har masle ke har masle ka lafz bhi ek bid'at hai.</w:t>
      </w:r>
    </w:p>
    <w:p>
      <w:pPr>
        <w:jc w:val="right"/>
      </w:pPr>
      <w:r>
        <w:t>مولانا، اس میں کیا مغالطہ ہے؟ اس کو واضح کریں۔ مجھ سے مثال پوچھیے، ہر مسئلہ کہ ہر مسئلے کا لفظ بھی ایک بدعت ہے۔</w:t>
      </w:r>
    </w:p>
    <w:p>
      <w:r>
        <w:rPr>
          <w:b/>
        </w:rPr>
        <w:t xml:space="preserve">[52:07] </w:t>
      </w:r>
      <w:r>
        <w:t>har masla kya hai? akhirat ka masla, khuda ka masla, har masla nikal rakha hai. mukammal mukammal nizam, yeh sab bid'ati alfaaz hain.</w:t>
      </w:r>
    </w:p>
    <w:p>
      <w:pPr>
        <w:jc w:val="right"/>
      </w:pPr>
      <w:r>
        <w:t>ہر مسئلہ کیا ہے؟ آخرت کا مسئلہ، خدا کا مسئلہ، ہر مسئلہ نکال رکھا ہے۔ مکمل مکمل نظام، یہ سب بدعتی الفاظ ہیں۔</w:t>
      </w:r>
    </w:p>
    <w:p>
      <w:r>
        <w:rPr>
          <w:b/>
        </w:rPr>
        <w:t xml:space="preserve">[52:23] </w:t>
      </w:r>
      <w:r>
        <w:t>quran ka mauzu yeh hai ke insaan Allah ko jaane aur woh kaam kare jis se us ko jannat mein dakhla mile.</w:t>
      </w:r>
    </w:p>
    <w:p>
      <w:pPr>
        <w:jc w:val="right"/>
      </w:pPr>
      <w:r>
        <w:t>قرآن کا موضوع یہ ہے کہ انسان اللہ کو جانے اور وہ کام کرے جس سے اس کو جنت میں داخلہ ملے۔</w:t>
      </w:r>
    </w:p>
    <w:p>
      <w:r>
        <w:rPr>
          <w:b/>
        </w:rPr>
        <w:t xml:space="preserve">[52:37] </w:t>
      </w:r>
      <w:r>
        <w:t>yeh har mukammal nizam aur har masla, yeh sab logon ke apne khud sakhta alfaaz hain. jo aisa kehta hai, us se pucho ke kahan kahan hai woh ayat?</w:t>
      </w:r>
    </w:p>
    <w:p>
      <w:pPr>
        <w:jc w:val="right"/>
      </w:pPr>
      <w:r>
        <w:t>یہ ہر مکمل نظام اور ہر مسئلہ، یہ سب لوگوں کے اپنے خود ساختہ الفاظ ہیں۔ جو ایسا کہتا ہے، اس سے پوچھیں کہ کہاں کہاں ہے وہ آیت؟</w:t>
      </w:r>
    </w:p>
    <w:p>
      <w:r>
        <w:rPr>
          <w:b/>
        </w:rPr>
        <w:t xml:space="preserve">[52:47] </w:t>
      </w:r>
      <w:r>
        <w:t>woh ayat batao.</w:t>
      </w:r>
    </w:p>
    <w:p>
      <w:pPr>
        <w:jc w:val="right"/>
      </w:pPr>
      <w:r>
        <w:t>وہ آیت بتاؤ۔</w:t>
      </w:r>
    </w:p>
    <w:p>
      <w:r>
        <w:rPr>
          <w:b/>
        </w:rPr>
        <w:t xml:space="preserve">[52:54] </w:t>
      </w:r>
      <w:r>
        <w:t>maulana, agla sawal bheja hai mehtab sahab ne dhampur se. unhon ne likha hai: maulana sahab, aksar musalmanon se deeni baat karte hue un ke jawab se itni takleef hoti hai ke agar aap ki guidance na ho to un se badzan ho jaon,</w:t>
      </w:r>
    </w:p>
    <w:p>
      <w:pPr>
        <w:jc w:val="right"/>
      </w:pPr>
      <w:r>
        <w:t>مولانا، اگلا سوال بھیجا ہے مہتاب صاحب نے دھامپور سے۔ انہوں نے لکھا ہے: مولانا صاحب، اکثر مسلمانوں سے دینی بات کرتے ہوئے ان کے جواب سے اتنی تکلیف ہوتی ہے کہ اگر آپ کی گائیڈنس نہ ہو تو ان سے بدزن ہو جاؤں،</w:t>
      </w:r>
    </w:p>
    <w:p>
      <w:r>
        <w:rPr>
          <w:b/>
        </w:rPr>
        <w:t xml:space="preserve">[53:14] </w:t>
      </w:r>
      <w:r>
        <w:t>lekin dil tab bhi bohat dukhta hai. kya karun? bas dua kijiye, jahan koi kuch aur tadbeer nazar na aaye to wahan dua kijiye.</w:t>
      </w:r>
    </w:p>
    <w:p>
      <w:pPr>
        <w:jc w:val="right"/>
      </w:pPr>
      <w:r>
        <w:t>لیکن دل تب بھی بہت دکھتا ہے۔ کیا کروں؟ بس دعا کیجئے، جہاں کوئی کچھ اور تدبیر نظر نہ آئے تو وہاں دعا کیجئے۔</w:t>
      </w:r>
    </w:p>
    <w:p>
      <w:r>
        <w:rPr>
          <w:b/>
        </w:rPr>
        <w:t xml:space="preserve">[53:40] </w:t>
      </w:r>
      <w:r>
        <w:t>maulana, agla sawal bheja hai ek srinagar se aamir mori sahab ne. unhon ne likha hai:</w:t>
      </w:r>
    </w:p>
    <w:p>
      <w:pPr>
        <w:jc w:val="right"/>
      </w:pPr>
      <w:r>
        <w:t>مولانا، اگلا سوال بھیجا ہے ایک سری نگر سے عامر موری صاحب نے۔ انہوں نے لکھا ہے:</w:t>
      </w:r>
    </w:p>
    <w:p>
      <w:r>
        <w:rPr>
          <w:b/>
        </w:rPr>
        <w:t xml:space="preserve">[53:49] </w:t>
      </w:r>
      <w:r>
        <w:t>when a reader reads quran for the first time, his heart and mind gets filled with curiosity and that how he should start it, because quran is not in a story format, it is present in verses.</w:t>
      </w:r>
    </w:p>
    <w:p>
      <w:pPr>
        <w:jc w:val="right"/>
      </w:pPr>
      <w:r>
        <w:t>وین ا ریڈر ریڈز قرآن فار دا فرسٹ ٹائم، ہز ہارٹ اینڈ مائنڈ گیٹس فلڈ ود کریوسٹی اینڈ دیٹ ہاؤ ہی شوڈ سٹارٹ اٹ، بیکاز قرآن از ناٹ ان ا سٹوری فارمیٹ، اٹ از پریزنٹ ان ورسز۔</w:t>
      </w:r>
    </w:p>
    <w:p>
      <w:r>
        <w:rPr>
          <w:b/>
        </w:rPr>
        <w:t xml:space="preserve">[54:07] </w:t>
      </w:r>
      <w:r>
        <w:t>maulana sahab, what is your suggestion of reading the quran by non muslims or those who are reading quran for the first time?</w:t>
      </w:r>
    </w:p>
    <w:p>
      <w:pPr>
        <w:jc w:val="right"/>
      </w:pPr>
      <w:r>
        <w:t>مولانا صاحب، واٹ از یور سجیشن آف ریڈنگ دا قرآن بائے نان مسلمز اور دوز ہو آر ریڈنگ قرآن فار دا فرسٹ ٹائم؟</w:t>
      </w:r>
    </w:p>
    <w:p>
      <w:r>
        <w:rPr>
          <w:b/>
        </w:rPr>
        <w:t xml:space="preserve">[54:20] </w:t>
      </w:r>
      <w:r>
        <w:t>main bar bar samajhta hoon ke koi is ka formula nahi hai. quran ka tarjuma un ki understandable language mein dijiye, bas woh apne aap hi padhenge.</w:t>
      </w:r>
    </w:p>
    <w:p>
      <w:pPr>
        <w:jc w:val="right"/>
      </w:pPr>
      <w:r>
        <w:t>میں بار بار سمجھتا ہوں کہ کوئی اس کا فارمولا نہیں ہے۔ قرآن کا ترجمہ ان کی انڈرسٹینڈیبل لینگویج میں دیجئے، بس وہ اپنے آپ ہی پڑھیں گے۔</w:t>
      </w:r>
    </w:p>
    <w:p>
      <w:r>
        <w:rPr>
          <w:b/>
        </w:rPr>
        <w:t xml:space="preserve">[54:31] </w:t>
      </w:r>
      <w:r>
        <w:t>sari duniya mein log chahte hain padhna, yahi kafi hai. aap jahan bhi jaiye, jahan bhi jaiye, log chahte hain quran ko padhna.</w:t>
      </w:r>
    </w:p>
    <w:p>
      <w:pPr>
        <w:jc w:val="right"/>
      </w:pPr>
      <w:r>
        <w:t>ساری دنیا میں لوگ چاہتے ہیں پڑھنا، یہی کافی ہے۔ آپ جہاں بھی جائیے، جہاں بھی جائیے، لوگ چاہتے ہیں قرآن کو پڑھنا۔</w:t>
      </w:r>
    </w:p>
    <w:p>
      <w:r>
        <w:rPr>
          <w:b/>
        </w:rPr>
        <w:t xml:space="preserve">[54:42] </w:t>
      </w:r>
      <w:r>
        <w:t>aap denge, woh woh padhega. is ke siwa kisi aur cheez ki zaroorat hi nahi hai.</w:t>
      </w:r>
    </w:p>
    <w:p>
      <w:pPr>
        <w:jc w:val="right"/>
      </w:pPr>
      <w:r>
        <w:t>آپ دیں گے، وہ وہ پڑھے گا۔ اس کے سوا کسی اور چیز کی ضرورت ہی نہیں ہے۔</w:t>
      </w:r>
    </w:p>
    <w:p>
      <w:r>
        <w:rPr>
          <w:b/>
        </w:rPr>
        <w:t xml:space="preserve">[54:53] </w:t>
      </w:r>
      <w:r>
        <w:t>khwaja kaleemuddin sahab ne pennsylvania se comment likha hai: maulana sahab, you have unfolded islamic wisdom to us so much, but we are falling short in disseminating it.</w:t>
      </w:r>
    </w:p>
    <w:p>
      <w:pPr>
        <w:jc w:val="right"/>
      </w:pPr>
      <w:r>
        <w:t>خواجہ کلیم الدین صاحب نے پینسلوینیا سے کمنٹ لکھا ہے: مولانا صاحب، یو ہیو ان فولڈڈ اسلامک وزڈم ٹو اس سو مچ، بٹ وی آر فالنگ شارٹ ان ڈس سیمینیٹنگ اٹ۔</w:t>
      </w:r>
    </w:p>
    <w:p>
      <w:r>
        <w:rPr>
          <w:b/>
        </w:rPr>
        <w:t xml:space="preserve">[55:07] </w:t>
      </w:r>
      <w:r>
        <w:t>please make dua for us that allah strengthen us in this task. inshallah, inshallah.</w:t>
      </w:r>
    </w:p>
    <w:p>
      <w:pPr>
        <w:jc w:val="right"/>
      </w:pPr>
      <w:r>
        <w:t>پلیز میک دعا فار اس دیٹ اللہ سٹرینتھن اس ان دس ٹاسک۔ انشاءاللہ، انشاءاللہ۔</w:t>
      </w:r>
    </w:p>
    <w:p>
      <w:r>
        <w:rPr>
          <w:b/>
        </w:rPr>
        <w:t xml:space="preserve">[55:20] </w:t>
      </w:r>
      <w:r>
        <w:t>maulana, agla sawal lete hain jo maulana iqbal umri ne bheja hai chennai se. unhon ne likha hai: maulana, aap ne jo qissa bataya, woh arabi ki ahmiyat mein tha, is liye chand log samajhte hain ke arabi ke sath phailane se ek purasrar asar parta hai mad'u par.</w:t>
      </w:r>
    </w:p>
    <w:p>
      <w:pPr>
        <w:jc w:val="right"/>
      </w:pPr>
      <w:r>
        <w:t>مولانا، اگلا سوال لیتے ہیں جو مولانا اقبال عمری نے بھیجا ہے چنئی سے۔ انہوں نے لکھا ہے: مولانا، آپ نے جو قصہ بتایا، وہ عربی کی اہمیت میں تھا، اس لیے چند لوگ سمجھتے ہیں کہ عربی کے ساتھ پھیلانے سے ایک پراسرار اثر پڑتا ہے مدعو پر۔</w:t>
      </w:r>
    </w:p>
    <w:p>
      <w:r>
        <w:rPr>
          <w:b/>
        </w:rPr>
        <w:t xml:space="preserve">[55:41] </w:t>
      </w:r>
      <w:r>
        <w:t>maulana, is mein kya maghalta hai? dekhen, maine do qisse bataye.</w:t>
      </w:r>
    </w:p>
    <w:p>
      <w:pPr>
        <w:jc w:val="right"/>
      </w:pPr>
      <w:r>
        <w:t>مولانا، اس میں کیا مغالطہ ہے؟ دیکھیں، میں نے دو قصے بتائے۔</w:t>
      </w:r>
    </w:p>
    <w:p>
      <w:r>
        <w:rPr>
          <w:b/>
        </w:rPr>
        <w:t xml:space="preserve">[55:49] </w:t>
      </w:r>
      <w:r>
        <w:t>ek doosra qissa bhi to bataya, is ibn haqq, woh is yusuf islam ka, jis ne quran ka english translation padha tha, woh to jhoota hai.</w:t>
      </w:r>
    </w:p>
    <w:p>
      <w:pPr>
        <w:jc w:val="right"/>
      </w:pPr>
      <w:r>
        <w:t>ایک دوسرا قصہ بھی تو بتایا، اس ابن حق، وہ اس یوسف اسلام کا، جس نے قرآن کا انگلش ٹرانسلیشن پڑھا تھا، وہ تو جھوٹا ہے۔</w:t>
      </w:r>
    </w:p>
    <w:p>
      <w:r>
        <w:rPr>
          <w:b/>
        </w:rPr>
        <w:t xml:space="preserve">[56:02] </w:t>
      </w:r>
      <w:r>
        <w:t>purasrar, koi purasarariyet nahi, jab jhooti baat hai. maine do qisse bataye, ek hi qissa nahi bataya. doosra qissa tha yusuf islam ka, jis ne quran ka english translation padha tha aur us ko zabardast asar pada.</w:t>
      </w:r>
    </w:p>
    <w:p>
      <w:pPr>
        <w:jc w:val="right"/>
      </w:pPr>
      <w:r>
        <w:t>پراسرار، کوئی پراسراریت نہیں، جب جھوٹی بات ہے۔ میں نے دو قصے بتائے، ایک ہی قصہ نہیں بتایا۔ دوسرا قصہ تھا یوسف اسلام کا، جس نے قرآن کا انگلش ٹرانسلیشن پڑھا تھا اور اس کو زبردست اثر پڑا۔</w:t>
      </w:r>
    </w:p>
    <w:p>
      <w:r>
        <w:rPr>
          <w:b/>
        </w:rPr>
        <w:t xml:space="preserve">[56:19] </w:t>
      </w:r>
      <w:r>
        <w:t>is ka</w:t>
      </w:r>
    </w:p>
    <w:p>
      <w:pPr>
        <w:jc w:val="right"/>
      </w:pPr>
      <w:r>
        <w:t>اس کا</w:t>
      </w:r>
    </w:p>
    <w:p>
      <w:r>
        <w:rPr>
          <w:b/>
        </w:rPr>
        <w:t xml:space="preserve">[56:25] </w:t>
      </w:r>
      <w:r>
        <w:t>maulana, agla sawal bheja hai doctor farida khanoom ne dilli se. unhon ne likha hai: some one ordered the quran by transport.</w:t>
      </w:r>
    </w:p>
    <w:p>
      <w:pPr>
        <w:jc w:val="right"/>
      </w:pPr>
      <w:r>
        <w:t>مولانا، اگلا سوال بھیجا ہے ڈاکٹر فریدہ خانم نے دلی سے۔ انہوں نے لکھا ہے: سم ون آرڈرڈ دا قرآن بائے ٹرانسپورٹ۔</w:t>
      </w:r>
    </w:p>
    <w:p>
      <w:r>
        <w:rPr>
          <w:b/>
        </w:rPr>
        <w:t xml:space="preserve">[56:35] </w:t>
      </w:r>
      <w:r>
        <w:t>w</w:t>
      </w:r>
    </w:p>
    <w:p>
      <w:pPr>
        <w:jc w:val="right"/>
      </w:pPr>
      <w:r>
        <w:t>و</w:t>
      </w:r>
    </w:p>
    <w:p>
      <w:r>
        <w:rPr>
          <w:b/>
        </w:rPr>
        <w:t xml:space="preserve">[56:36] </w:t>
      </w:r>
      <w:r>
        <w:t>hen he went to office to collect it, he saw that a worker was sitting on the quran carton. he was so greatly upset to see this that he said he will never order the quran by transport.</w:t>
      </w:r>
    </w:p>
    <w:p>
      <w:pPr>
        <w:jc w:val="right"/>
      </w:pPr>
      <w:r>
        <w:t>ین ہی وینٹ ٹو آفس ٹو کلیکٹ اٹ، ہی ساؤ دیٹ ا ورکر واز سٹنگ ان دی قرآن کارٹن۔ ہی واز سو گریٹلی اپسیٹ ٹو سی دس دیٹ ہی سیڈ ہی ویل نیور آرڈر دی قرآن بائے ٹرانسپورٹ۔</w:t>
      </w:r>
    </w:p>
    <w:p>
      <w:r>
        <w:rPr>
          <w:b/>
        </w:rPr>
        <w:t xml:space="preserve">[56:51] </w:t>
      </w:r>
      <w:r>
        <w:t>what is your comment on this?</w:t>
      </w:r>
    </w:p>
    <w:p>
      <w:pPr>
        <w:jc w:val="right"/>
      </w:pPr>
      <w:r>
        <w:t>واٹ از یور کمنٹ ان دس؟</w:t>
      </w:r>
    </w:p>
    <w:p>
      <w:r>
        <w:rPr>
          <w:b/>
        </w:rPr>
        <w:t xml:space="preserve">[56:58] </w:t>
      </w:r>
      <w:r>
        <w:t>ab yeh galat fehmi ki baat hai. aap ka bataon,</w:t>
      </w:r>
    </w:p>
    <w:p>
      <w:pPr>
        <w:jc w:val="right"/>
      </w:pPr>
      <w:r>
        <w:t>اب یہ غلط فہمی کی بات ہے۔ آپ کا بتاؤں،</w:t>
      </w:r>
    </w:p>
    <w:p>
      <w:r>
        <w:rPr>
          <w:b/>
        </w:rPr>
        <w:t xml:space="preserve">[57:04] </w:t>
      </w:r>
      <w:r>
        <w:t>un ki galat fehmi ko door kijiye.</w:t>
      </w:r>
    </w:p>
    <w:p>
      <w:pPr>
        <w:jc w:val="right"/>
      </w:pPr>
      <w:r>
        <w:t>ان کی غلط فہمی کو دور کیجئے۔</w:t>
      </w:r>
    </w:p>
    <w:p>
      <w:r>
        <w:rPr>
          <w:b/>
        </w:rPr>
        <w:t xml:space="preserve">[57:12] </w:t>
      </w:r>
      <w:r>
        <w:t>mis understanding.</w:t>
      </w:r>
    </w:p>
    <w:p>
      <w:pPr>
        <w:jc w:val="right"/>
      </w:pPr>
      <w:r>
        <w:t>مس انڈرسٹینڈنگ۔</w:t>
      </w:r>
    </w:p>
    <w:p>
      <w:r>
        <w:rPr>
          <w:b/>
        </w:rPr>
        <w:t xml:space="preserve">[57:18] </w:t>
      </w:r>
      <w:r>
        <w:t>maulana nandeer se ata qureshi sahib ne sawal bheja hai. unhon ne likha hai: kya adam pehle insan hain ya un se pehle bhi zameen par ya jannat mein insan raha karte thay?</w:t>
      </w:r>
    </w:p>
    <w:p>
      <w:pPr>
        <w:jc w:val="right"/>
      </w:pPr>
      <w:r>
        <w:t>مولانا ناندیر سے عطا قریشی صاحب نے سوال بھیجا ہے۔ انہوں نے لکھا ہے: کیا آدم پہلے انسان ہیں یا ان سے پہلے بھی زمین پر یا جنت میں انسان رہا کرتے تھے؟</w:t>
      </w:r>
    </w:p>
    <w:p>
      <w:r>
        <w:rPr>
          <w:b/>
        </w:rPr>
        <w:t xml:space="preserve">[57:35] </w:t>
      </w:r>
      <w:r>
        <w:t>is ke bare mein kuch bataiye. yeh jaan kar kya karein ge aap? agar maloom ho jaye. dekhiye, ghair zaroori sawal karna yeh koi, yeh nahi, koi aql hai nahi, islam hai.</w:t>
      </w:r>
    </w:p>
    <w:p>
      <w:pPr>
        <w:jc w:val="right"/>
      </w:pPr>
      <w:r>
        <w:t>اس کے بارے میں کچھ بتائیے۔ یہ جان کر کیا کریں گے آپ؟ اگر معلوم ہو جائے۔ دیکھیے، غیر ضروری سوال کرنا یہ کوئی، یہ نہیں، کوئی عقل ہے نہیں، اسلام ہے۔</w:t>
      </w:r>
    </w:p>
    <w:p>
      <w:r>
        <w:rPr>
          <w:b/>
        </w:rPr>
        <w:t xml:space="preserve">[57:51] </w:t>
      </w:r>
      <w:r>
        <w:t>sawal yeh kijiye, is ka taluq aap ki zindagi se ho. aap ne yeh nahi poocha ke mere paas itna paisa hai, main kis tarah se is ko quran ke tarjume mein lagaon?</w:t>
      </w:r>
    </w:p>
    <w:p>
      <w:pPr>
        <w:jc w:val="right"/>
      </w:pPr>
      <w:r>
        <w:t>سوال یہ کیجئے، اس کا تعلق آپ کی زندگی سے ہو۔ آپ نے یہ نہیں پوچھا کہ میرے پاس اتنا پیسہ ہے، میں کس طرح سے اس کو قرآن کے ترجمے میں لگاؤں؟</w:t>
      </w:r>
    </w:p>
    <w:p>
      <w:r>
        <w:rPr>
          <w:b/>
        </w:rPr>
        <w:t xml:space="preserve">[58:01] </w:t>
      </w:r>
      <w:r>
        <w:t>yeh kyun nahi poocha aap ne? itni lambi taqreer maine ki to aap ki samne yeh nahi aayi ke aap poochein mujh se ke mere paas itna paisa hai, is ko maine kaise quran ke tarjume mein lagaon?</w:t>
      </w:r>
    </w:p>
    <w:p>
      <w:pPr>
        <w:jc w:val="right"/>
      </w:pPr>
      <w:r>
        <w:t>یہ کیوں نہیں پوچھا آپ نے؟ اتنی لمبی تقریر میں نے کی تو آپ کی سامنے یہ نہیں آئی کہ آپ پوچھیں مجھ سے کہ میرے پاس اتنا پیسہ ہے، اس کو میں نے کیسے قرآن کے ترجمے میں لگاؤں؟</w:t>
      </w:r>
    </w:p>
    <w:p>
      <w:r>
        <w:rPr>
          <w:b/>
        </w:rPr>
        <w:t xml:space="preserve">[58:14] </w:t>
      </w:r>
      <w:r>
        <w:t>ek be matlab ka sawal kar rahe hain, koi is ka sir na pheray. yeh koi sawal nahi hai, yeh yeh koi sawal hai hi nahi.</w:t>
      </w:r>
    </w:p>
    <w:p>
      <w:pPr>
        <w:jc w:val="right"/>
      </w:pPr>
      <w:r>
        <w:t>ایک بے مطلب کا سوال کر رہے ہیں، کوئی اس کا سر نہ پھیرے۔ یہ کوئی سوال نہیں ہے، یہ یہ کوئی سوال ہے ہی نہیں۔</w:t>
      </w:r>
    </w:p>
    <w:p>
      <w:r>
        <w:rPr>
          <w:b/>
        </w:rPr>
        <w:t xml:space="preserve">[58:30] </w:t>
      </w:r>
      <w:r>
        <w:t>maulana, agla sawal miss stuti malhotra ne poocha hai dilli se. unhon ne likha hai: maulana, from where did this concept of be adabi of quran emerge?</w:t>
      </w:r>
    </w:p>
    <w:p>
      <w:pPr>
        <w:jc w:val="right"/>
      </w:pPr>
      <w:r>
        <w:t>مولانا، اگلا سوال مس ستوتی ملھوترا نے پوچھا ہے دلی سے۔ انہوں نے لکھا ہے: مولانا، فرام ویئر ڈیڈ دس کانسیپٹ آف بے ادبی آف قرآن ایمرج؟</w:t>
      </w:r>
    </w:p>
    <w:p>
      <w:r>
        <w:rPr>
          <w:b/>
        </w:rPr>
        <w:t xml:space="preserve">[58:43] </w:t>
      </w:r>
      <w:r>
        <w:t>is ko is ke bare mein bataein. kya hai be adabi jo hai concept jo logon ne banaya hua hai quran ko le ke?</w:t>
      </w:r>
    </w:p>
    <w:p>
      <w:pPr>
        <w:jc w:val="right"/>
      </w:pPr>
      <w:r>
        <w:t>اس کو اس کے بارے میں بتائیں۔ کیا ہے بے ادبی جو ہے کانسیپٹ جو لوگوں نے بنایا ہوا ہے قرآن کو لے کے؟</w:t>
      </w:r>
    </w:p>
    <w:p>
      <w:r>
        <w:rPr>
          <w:b/>
        </w:rPr>
        <w:t xml:space="preserve">[58:51] </w:t>
      </w:r>
      <w:r>
        <w:t>yeh kahan se? kya kya be adabi? dis respectting? be adabi acha hai ji, yeh hai hi nahi quran mein.</w:t>
      </w:r>
    </w:p>
    <w:p>
      <w:pPr>
        <w:jc w:val="right"/>
      </w:pPr>
      <w:r>
        <w:t>یہ کہاں سے؟ کیا کیا بے ادبی؟ ڈس ریسپیکٹنگ؟ بے ادبی اچھا ہے جی، یہ ہے ہی نہیں قرآن میں۔</w:t>
      </w:r>
    </w:p>
    <w:p>
      <w:r>
        <w:rPr>
          <w:b/>
        </w:rPr>
        <w:t xml:space="preserve">[59:01] </w:t>
      </w:r>
      <w:r>
        <w:t>hazrat umar ne is ko kaha ke musalma kazzab ka masla, yeh quran mein nahi, yeh shaitan ne banaya hai.</w:t>
      </w:r>
    </w:p>
    <w:p>
      <w:pPr>
        <w:jc w:val="right"/>
      </w:pPr>
      <w:r>
        <w:t>حضرت عمر نے اس کو کہا کہ مسلمہ کذاب کا مسئلہ، یہ قرآن میں نہیں، یہ شیطان نے بنایا ہے۔</w:t>
      </w:r>
    </w:p>
    <w:p>
      <w:r>
        <w:rPr>
          <w:b/>
        </w:rPr>
        <w:t xml:space="preserve">[59:10] </w:t>
      </w:r>
      <w:r>
        <w:t>logon ko yani behkaya ke respect, respect, hurmat, be hurmati, yeh sab shaitan ke masle hain.</w:t>
      </w:r>
    </w:p>
    <w:p>
      <w:pPr>
        <w:jc w:val="right"/>
      </w:pPr>
      <w:r>
        <w:t>لوگوں کو یعنی بہکایا کہ ریسپیکٹ، ریسپیکٹ، حرمت، بے حرمتی، یہ سب شیطان کے مسئلے ہیں۔</w:t>
      </w:r>
    </w:p>
    <w:p>
      <w:r>
        <w:rPr>
          <w:b/>
        </w:rPr>
        <w:t xml:space="preserve">[59:22] </w:t>
      </w:r>
      <w:r>
        <w:t>yeh hazrat umar ka qaul hai. hazrat umar ne jab yeh keh diya ke yeh to musalma kazzab ka masla hai to hum ko haq hai, hum yeh kahein?</w:t>
      </w:r>
    </w:p>
    <w:p>
      <w:pPr>
        <w:jc w:val="right"/>
      </w:pPr>
      <w:r>
        <w:t>یہ حضرت عمر کا قول ہے۔ حضرت عمر نے جب یہ کہہ دیا کہ یہ تو مسلمہ کذاب کا مسئلہ ہے تو ہم کو حق ہے، ہم یہ کہیں؟</w:t>
      </w:r>
    </w:p>
    <w:p>
      <w:r>
        <w:rPr>
          <w:b/>
        </w:rPr>
        <w:t xml:space="preserve">[59:36] </w:t>
      </w:r>
      <w:r>
        <w:t>Maulana, unhon ne ek aur sawal poocha hai ke Maulana, can we say that in the present age, where Christians are spreading Bible in every corner of the world?</w:t>
      </w:r>
    </w:p>
    <w:p>
      <w:pPr>
        <w:jc w:val="right"/>
      </w:pPr>
      <w:r>
        <w:t>مولانا، انہوں نے ایک اور سوال پوچھا ہے کہ مولانا، کین وی سے دیٹ ان دا پریزنٹ ایج، ویئر کرسچنز آر سپریڈنگ بائبل ان ایوری کارنر آف دا ورلڈ؟</w:t>
      </w:r>
    </w:p>
    <w:p>
      <w:r>
        <w:rPr>
          <w:b/>
        </w:rPr>
        <w:t xml:space="preserve">[59:47] </w:t>
      </w:r>
      <w:r>
        <w:t>muslims have no excuse not to spread the quran. bilashuba, koi excuse nahi hai, koi excuse nahi hai, not at all.</w:t>
      </w:r>
    </w:p>
    <w:p>
      <w:pPr>
        <w:jc w:val="right"/>
      </w:pPr>
      <w:r>
        <w:t>مسلمز ہیو نو ایکسکیوز ناٹ ٹو سپریڈ دا قرآن۔ بلاشبہ، کوئی ایکسکیوز نہیں ہے، کوئی ایکسکیوز نہیں ہے، ناٹ ایٹ آل۔</w:t>
      </w:r>
    </w:p>
    <w:p>
      <w:r>
        <w:rPr>
          <w:b/>
        </w:rPr>
        <w:t xml:space="preserve">[1:00:05] </w:t>
      </w:r>
      <w:r>
        <w:t>Maulana, ek sawal aur hai, yeh bheja hai Farhan Yusuf ne Srinagar se. Maulana, is mein likha hai: As Maulana Sahib, you preached it that there is only one legitimate form of war and that is war fought in defence.</w:t>
      </w:r>
    </w:p>
    <w:p>
      <w:pPr>
        <w:jc w:val="right"/>
      </w:pPr>
      <w:r>
        <w:t>مولانا، ایک سوال اور ہے، یہ بھیجا ہے فرحان یوسف نے سری نگر سے۔ مولانا، اس میں لکھا ہے: ایز مولانا صاحب، یو پریچڈ اٹ دیٹ دیر از اونلی ون لیجیٹیمیٹ فارم آف وار اینڈ دیٹ از وار فارٹ ان ڈیفنس۔</w:t>
      </w:r>
    </w:p>
    <w:p>
      <w:r>
        <w:rPr>
          <w:b/>
        </w:rPr>
        <w:t xml:space="preserve">[1:00:23] </w:t>
      </w:r>
      <w:r>
        <w:t>other than this, there are no legitimate grounds for war at all in islam.</w:t>
      </w:r>
    </w:p>
    <w:p>
      <w:pPr>
        <w:jc w:val="right"/>
      </w:pPr>
      <w:r>
        <w:t>ادر دین دس، دیر آر نو لیجیٹیمیٹ گراؤنڈز فار وار ایٹ آل ان اسلام۔</w:t>
      </w:r>
    </w:p>
    <w:p>
      <w:r>
        <w:rPr>
          <w:b/>
        </w:rPr>
        <w:t xml:space="preserve">[1:00:29] </w:t>
      </w:r>
      <w:r>
        <w:t>this was mentioned in spirit of islam magazine in august issue 2018, but i found it in contrast to the words 75 of chapter four, which reads:</w:t>
      </w:r>
    </w:p>
    <w:p>
      <w:pPr>
        <w:jc w:val="right"/>
      </w:pPr>
      <w:r>
        <w:t>دس واز مینشنڈ ان سپرٹ آف اسلام میگزین ان اگست ایشو 2018، بٹ آئی فاؤنڈ اٹ ان کنٹراسٹ ٹو دا ورڈز 75 آف چیپٹر فور، وچ ریڈز:</w:t>
      </w:r>
    </w:p>
    <w:p>
      <w:r>
        <w:rPr>
          <w:b/>
        </w:rPr>
        <w:t xml:space="preserve">[1:00:44] </w:t>
      </w:r>
      <w:r>
        <w:t>and why is that you don't fight in the cause of god and of those who being weak, are all treated and oppressed men, women and children, whose cry is: our lord, rescue us from this town, whose people are oppressors, and raise for us from your self, one who will protect and raise for us from your self, one who will help.</w:t>
      </w:r>
    </w:p>
    <w:p>
      <w:pPr>
        <w:jc w:val="right"/>
      </w:pPr>
      <w:r>
        <w:t>اینڈ وائی از دیٹ یو ڈونٹ فائٹ ان دا کاز آف گاڈ اینڈ آف دوز ہو بینگ ویک، آر ال ٹریٹڈ اینڈ اپریسڈ مین، وومن اینڈ چلڈرن، ہوز کرائی از: اور لارڈ، ریسکیو اس فرام دس ٹاؤن، ہوز پیپل آر اپریسرز، اینڈ ریس فار اس فرام یور سیلف، ون ہو ویل پروٹیکٹ اینڈ ریس فار اس فرام یور سیلف، ون ہو ویل ہیلپ۔</w:t>
      </w:r>
    </w:p>
    <w:p>
      <w:r>
        <w:rPr>
          <w:b/>
        </w:rPr>
        <w:t xml:space="preserve">[1:01:11] </w:t>
      </w:r>
      <w:r>
        <w:t>this verse makes it compulsory for a muslim government to wage war against, if all other peaceful methods fail, the ones who have oppressed some other community.</w:t>
      </w:r>
    </w:p>
    <w:p>
      <w:pPr>
        <w:jc w:val="right"/>
      </w:pPr>
      <w:r>
        <w:t>دس ورس میکس اٹ کمپلسری فار ا مسلم گورنمنٹ ٹو ویج وار اگینسٹ، اف ال ادر پیس فل میتھڈز فیل، دا ونز ہو ہیو اپریسڈ سم ادر کمیونٹی۔</w:t>
      </w:r>
    </w:p>
    <w:p>
      <w:r>
        <w:rPr>
          <w:b/>
        </w:rPr>
        <w:t xml:space="preserve">[1:01:24] </w:t>
      </w:r>
      <w:r>
        <w:t>kahan woh operation hai? yeh to jhooti baat hai, aaj kisi qisam ki koi rukawat nahin. woh aik temporary jo halat thi, woh to khatam ho chuki.</w:t>
      </w:r>
    </w:p>
    <w:p>
      <w:pPr>
        <w:jc w:val="right"/>
      </w:pPr>
      <w:r>
        <w:t>کہاں وہ آپریشن ہے؟ یہ تو جھوٹی بات ہے، آج کسی قسم کی کوئی رکاوٹ نہیں۔ وہ ایک ٹیمپریری جو حالت تھی، وہ تو ختم ہو چکی۔</w:t>
      </w:r>
    </w:p>
    <w:p>
      <w:r>
        <w:rPr>
          <w:b/>
        </w:rPr>
        <w:t xml:space="preserve">[1:01:36] </w:t>
      </w:r>
      <w:r>
        <w:t>quran ki is aayat mein aik temporary halat ka zikr hai, woh to khatam ho chuki. ab to azadi, azadi hai. yani kitna mujrimana kaam hai ke aap apni beta beti ke liye aap jante hain ke khoob azadi ki parho,</w:t>
      </w:r>
    </w:p>
    <w:p>
      <w:pPr>
        <w:jc w:val="right"/>
      </w:pPr>
      <w:r>
        <w:t>قرآن کی اس آیت میں ایک ٹیمپریری حالت کا ذکر ہے، وہ تو ختم ہو چکی۔ اب تو آزادی، آزادی ہے۔ یعنی کتنا مجرمانہ کام ہے کہ آپ اپنی بیٹا بیٹی کے لیے آپ جانتے ہیں کہ خوب آزادی کی پڑھو،</w:t>
      </w:r>
    </w:p>
    <w:p>
      <w:r>
        <w:rPr>
          <w:b/>
        </w:rPr>
        <w:t xml:space="preserve">[1:01:52] </w:t>
      </w:r>
      <w:r>
        <w:t>parh parh kar taraqqi karo, yeh to jante hain aap. aur yahan aap ko nahin pata hai ke azadi hai ke islam ko phailao, quran ko phailao. yani kaise musalman hain yeh ke woh darte nahin ke Allah taala se poocha jayega ke tum ko yeh khabar thi ke is zamane mein aap ke bachon ke liye azadi hai,</w:t>
      </w:r>
    </w:p>
    <w:p>
      <w:pPr>
        <w:jc w:val="right"/>
      </w:pPr>
      <w:r>
        <w:t>پڑھ پڑھ کر ترقی کرو، یہ تو جانتے ہیں آپ۔ اور یہاں آپ کو نہیں پتہ ہے کہ آزادی ہے کہ اسلام کو پھیلاؤ، قرآن کو پھیلاؤ۔ یعنی کیسے مسلمان ہیں یہ کہ وہ ڈرتے نہیں کہ اللہ تعالی سے پوچھا جائے گا کہ تم کو یہ خبر تھی کہ اس زمانے میں آپ کے بچوں کے لیے آزادی ہے،</w:t>
      </w:r>
    </w:p>
    <w:p>
      <w:r>
        <w:rPr>
          <w:b/>
        </w:rPr>
        <w:t xml:space="preserve">[1:02:11] </w:t>
      </w:r>
      <w:r>
        <w:t>rozgar ki, education ki, aur khoob apne bachon ko khoob taraqqi karwa rahe thay? aur yeh pata nahin tha aap ko ke quran ke phailane ki azadi hai?</w:t>
      </w:r>
    </w:p>
    <w:p>
      <w:pPr>
        <w:jc w:val="right"/>
      </w:pPr>
      <w:r>
        <w:t>روزگار کی، ایجوکیشن کی، اور خوب اپنے بچوں کو خوب ترقی کروا رہے تھے؟ اور یہ پتہ نہیں تھا آپ کو کہ قرآن کے پھیلانے کی آزادی ہے؟</w:t>
      </w:r>
    </w:p>
    <w:p>
      <w:r>
        <w:rPr>
          <w:b/>
        </w:rPr>
        <w:t xml:space="preserve">[1:02:22] </w:t>
      </w:r>
      <w:r>
        <w:t>aise logon ko hazar saal tak koday maray jayenge, yaad rakhiye. yani apne bachon ke liye khoob khabar hai in ko ke aaj ke zamane mein taraqqi ka moqa hai, lekin quran ke baray mein unhein khabar nahin hai.</w:t>
      </w:r>
    </w:p>
    <w:p>
      <w:pPr>
        <w:jc w:val="right"/>
      </w:pPr>
      <w:r>
        <w:t>ایسے لوگوں کو ہزار سال تک کوڑے مارے جائیں گے، یاد رکھیے۔ یعنی اپنے بچوں کے لیے خوب خبر ہے ان کو کہ آج کے زمانے میں ترقی کا موقع ہے، لیکن قرآن کے بارے میں انہیں خبر نہیں ہے۔</w:t>
      </w:r>
    </w:p>
    <w:p>
      <w:r>
        <w:rPr>
          <w:b/>
        </w:rPr>
        <w:t xml:space="preserve">[1:02:41] </w:t>
      </w:r>
      <w:r>
        <w:t>Maulana, agla sawal Doctor Farida Khanoom ne bheja hai Dilli se. Unhon ne likha hai: There is a words in the Quran: lamasa illa mutahar,</w:t>
      </w:r>
    </w:p>
    <w:p>
      <w:pPr>
        <w:jc w:val="right"/>
      </w:pPr>
      <w:r>
        <w:t>مولانا، اگلا سوال ڈاکٹر فریدہ خانم نے بھیجا ہے دلی سے۔ انہوں نے لکھا ہے: دیر از ا ورڈز ان دا قرآن: لایمسہ الا المطہر،</w:t>
      </w:r>
    </w:p>
    <w:p>
      <w:r>
        <w:rPr>
          <w:b/>
        </w:rPr>
        <w:t xml:space="preserve">[1:02:54] </w:t>
      </w:r>
      <w:r>
        <w:t>which people must interpret to justify the notion of be-hurmati of quran. maulana, what is your explanation to this?</w:t>
      </w:r>
    </w:p>
    <w:p>
      <w:pPr>
        <w:jc w:val="right"/>
      </w:pPr>
      <w:r>
        <w:t>وچ پیپل مس انٹرپریٹ ٹو جسٹیفائی دا نوشن آف بے حرمتی آف قرآن۔ مولانا، واٹ از یور ایکسپلینیشن ٹو دس؟</w:t>
      </w:r>
    </w:p>
    <w:p>
      <w:r>
        <w:rPr>
          <w:b/>
        </w:rPr>
        <w:t xml:space="preserve">[1:03:04] </w:t>
      </w:r>
      <w:r>
        <w:t>yeh bilkul hi ghalat hai ke is mein bozi ka masla hai. bozi ka masla hai hi nahin, is mein yeh to farishton ka masla hai.</w:t>
      </w:r>
    </w:p>
    <w:p>
      <w:pPr>
        <w:jc w:val="right"/>
      </w:pPr>
      <w:r>
        <w:t>یہ بالکل ہی غلط ہے کہ اس میں بوزی کا مسئلہ ہے۔ بوزی کا مسئلہ ہے ہی نہیں، اس میں یہ تو فرشتوں کا مسئلہ ہے۔</w:t>
      </w:r>
    </w:p>
    <w:p>
      <w:r>
        <w:rPr>
          <w:b/>
        </w:rPr>
        <w:t xml:space="preserve">[1:03:16] </w:t>
      </w:r>
      <w:r>
        <w:t>kisi bhi, kisi bhi 830 tafsir mein yeh masla nahin likha hua hai ke is mein wuzu ka masla hai. logon ne bana rakha hai baad ke zamane mein, is ka wuzu ka masla hi nahin, koi talluq hi nahin is ka.</w:t>
      </w:r>
    </w:p>
    <w:p>
      <w:pPr>
        <w:jc w:val="right"/>
      </w:pPr>
      <w:r>
        <w:t>کسی بھی، کسی بھی اٹھ تھرٹی تفسیر میں یہ مسئلہ نہیں لکھا ہوا ہے کہ اس میں وضو کا مسئلہ ہے۔ لوگوں نے بنا رکھا ہے بعد کے زمانے میں، اس کا وضو کا مسئلہ ہی نہیں، کوئی تعلق ہی نہیں اس کا۔</w:t>
      </w:r>
    </w:p>
    <w:p>
      <w:r>
        <w:rPr>
          <w:b/>
        </w:rPr>
        <w:t xml:space="preserve">[1:03:31] </w:t>
      </w:r>
      <w:r>
        <w:t>is aayat ka wuzu ke maslay se koi talluq nahin hai.</w:t>
      </w:r>
    </w:p>
    <w:p>
      <w:pPr>
        <w:jc w:val="right"/>
      </w:pPr>
      <w:r>
        <w:t>اس آیت کا وضو کے مسئلے سے کوئی تعلق نہیں ہے۔</w:t>
      </w:r>
    </w:p>
    <w:p>
      <w:r>
        <w:rPr>
          <w:b/>
        </w:rPr>
        <w:t xml:space="preserve">[1:03:39] </w:t>
      </w:r>
      <w:r>
        <w:t>maulana, agla sawal hurmat ka hai srinagar se. unhon ne likha hai ke maulana, mere dost ki taraf se yeh sawal hai ke kya quran ki application phone mein rakhna jaiz hai?</w:t>
      </w:r>
    </w:p>
    <w:p>
      <w:pPr>
        <w:jc w:val="right"/>
      </w:pPr>
      <w:r>
        <w:t>مولانا، اگلا سوال حرمت کا ہے سری نگر سے۔ انہوں نے لکھا ہے کہ مولانا، میرے دوست کی طرف سے یہ سوال ہے کہ کیا قرآن کی ایپلیکیشن فون میں رکھنا جائز ہے؟</w:t>
      </w:r>
    </w:p>
    <w:p>
      <w:r>
        <w:rPr>
          <w:b/>
        </w:rPr>
        <w:t xml:space="preserve">[1:03:58] </w:t>
      </w:r>
      <w:r>
        <w:t>kahan rakhna hai? quran ki application phone pe rakhna jaiz hai? application ka matlab? maulana, jo quran ka jo...</w:t>
      </w:r>
    </w:p>
    <w:p>
      <w:pPr>
        <w:jc w:val="right"/>
      </w:pPr>
      <w:r>
        <w:t>کہاں رکھنا ہے؟ قرآن کی ایپلیکیشن فون پہ رکھنا جائز ہے؟ ایپلیکیشن کا مطلب؟ مولانا، جو قرآن کا جو...</w:t>
      </w:r>
    </w:p>
    <w:p>
      <w:r>
        <w:rPr>
          <w:b/>
        </w:rPr>
        <w:t xml:space="preserve">[1:04:08] </w:t>
      </w:r>
      <w:r>
        <w:t>nahin, nahin, rakhna kya? kya rakhna? mobile phone pe kya quran ko download kar ke rakh sakte hain? kya koi is mein harj hi nahin hai?</w:t>
      </w:r>
    </w:p>
    <w:p>
      <w:pPr>
        <w:jc w:val="right"/>
      </w:pPr>
      <w:r>
        <w:t>نہیں، نہیں، رکھنا کیا؟ کیا رکھنا؟ موبائل فون پہ کیا قرآن کو ڈاؤن لوڈ کر کے رکھ سکتے ہیں؟ کیا کوئی اس میں حرج ہی نہیں ہے؟</w:t>
      </w:r>
    </w:p>
    <w:p>
      <w:r>
        <w:rPr>
          <w:b/>
        </w:rPr>
        <w:t xml:space="preserve">[1:04:17] </w:t>
      </w:r>
      <w:r>
        <w:t>is poochne ki baat kya hai? poochne ki baat kya hai?</w:t>
      </w:r>
    </w:p>
    <w:p>
      <w:pPr>
        <w:jc w:val="right"/>
      </w:pPr>
      <w:r>
        <w:t>اس پوچھنے کی بات کیا ہے؟ پوچھنے کی بات کیا ہے؟</w:t>
      </w:r>
    </w:p>
    <w:p>
      <w:r>
        <w:rPr>
          <w:b/>
        </w:rPr>
        <w:t xml:space="preserve">[1:04:27] </w:t>
      </w:r>
      <w:r>
        <w:t>maulana, agla sawal miss shahida ne bheja hai srinagar se. unhon ne likha hai ke maulana, maulana sahib, please tell us how to tackle evils like gambling and drinking in home?</w:t>
      </w:r>
    </w:p>
    <w:p>
      <w:pPr>
        <w:jc w:val="right"/>
      </w:pPr>
      <w:r>
        <w:t>مولانا، اگلا سوال مس شاہدہ نے بھیجا ہے سری نگر سے۔ انہوں نے لکھا ہے کہ مولانا، مولانا صاحب، پلیز ٹیل اس ہاؤ ٹو ٹیکل ایولز لائک گیمبلنگ اینڈ ڈرنکنگ ان ہوم؟</w:t>
      </w:r>
    </w:p>
    <w:p>
      <w:r>
        <w:rPr>
          <w:b/>
        </w:rPr>
        <w:t xml:space="preserve">[1:04:41] </w:t>
      </w:r>
      <w:r>
        <w:t>what is your advice</w:t>
      </w:r>
    </w:p>
    <w:p>
      <w:pPr>
        <w:jc w:val="right"/>
      </w:pPr>
      <w:r>
        <w:t>واٹ از یور ایڈوائس</w:t>
      </w:r>
    </w:p>
    <w:p>
      <w:r>
        <w:rPr>
          <w:b/>
        </w:rPr>
        <w:t xml:space="preserve">[1:04:43] </w:t>
      </w:r>
      <w:r>
        <w:t>? arey bhai, is ko chhoriye. aap ke ghar mein jo hai ke quran ko nahin samajhte ke quran ko phailana hai, is ko, is ko, is ko door kijiye.</w:t>
      </w:r>
    </w:p>
    <w:p>
      <w:pPr>
        <w:jc w:val="right"/>
      </w:pPr>
      <w:r>
        <w:t>؟ ارے بھائی، اس کو چھوڑیے۔ آپ کے گھر میں جو ہے کہ قرآن کو نہیں سمجھتے کہ قرآن کو پھیلانا ہے، اس کو، اس کو، اس کو دور کیجئے۔</w:t>
      </w:r>
    </w:p>
    <w:p>
      <w:r>
        <w:rPr>
          <w:b/>
        </w:rPr>
        <w:t xml:space="preserve">[1:04:57] </w:t>
      </w:r>
      <w:r>
        <w:t>gambling sab se bari burai jo aap ke ghar mein hai, woh yeh hai ke logon ko pata nahin ke quran ko phailana hai, is ka tarjuma phailana hai, is mein, is mein time lagana hai, energy lagana hai, paisa lagana hai.</w:t>
      </w:r>
    </w:p>
    <w:p>
      <w:pPr>
        <w:jc w:val="right"/>
      </w:pPr>
      <w:r>
        <w:t>گیمبلنگ سب سے بڑی برائی جو آپ کے گھر میں ہے، وہ یہ ہے کہ لوگوں کو پتہ نہیں کہ قرآن کو پھیلانا ہے، اس کا ترجمہ پھیلانا ہے، اس میں، اس میں ٹائم لگانا ہے، انرجی لگانا ہے، پیسہ لگانا ہے۔</w:t>
      </w:r>
    </w:p>
    <w:p>
      <w:r>
        <w:rPr>
          <w:b/>
        </w:rPr>
        <w:t xml:space="preserve">[1:05:12] </w:t>
      </w:r>
      <w:r>
        <w:t>har ghar mein yeh burai hai, is ko janiye.</w:t>
      </w:r>
    </w:p>
    <w:p>
      <w:pPr>
        <w:jc w:val="right"/>
      </w:pPr>
      <w:r>
        <w:t>ہر گھر میں یہ برائی ہے، اس کو جانیے۔</w:t>
      </w:r>
    </w:p>
    <w:p>
      <w:r>
        <w:rPr>
          <w:b/>
        </w:rPr>
        <w:t xml:space="preserve">[1:05:24] </w:t>
      </w:r>
      <w:r>
        <w:t>maulana, yeh sawal bheja hai javed hayat sahib ne mumbai se. unhon ne likha hai: maulana, islam ki tablegh karte waqt bar bar yeh khayal aata hai ke kahin hum ghalat to nahin, jis tarah christian missionaries apne mazhab ki tablegh mein sahi nahin?</w:t>
      </w:r>
    </w:p>
    <w:p>
      <w:pPr>
        <w:jc w:val="right"/>
      </w:pPr>
      <w:r>
        <w:t>مولانا، یہ سوال بھیجا ہے جاوید حیات صاحب نے ممبئی سے۔ انہوں نے لکھا ہے: مولانا، اسلام کی تبلیغ کرتے وقت بار بار یہ خیال آتا ہے کہ کہیں ہم غلط تو نہیں، جس طرح کرسچن مشنریز اپنے مذہب کی تبلیغ میں صحیح نہیں؟</w:t>
      </w:r>
    </w:p>
    <w:p>
      <w:r>
        <w:rPr>
          <w:b/>
        </w:rPr>
        <w:t xml:space="preserve">[1:05:43] </w:t>
      </w:r>
      <w:r>
        <w:t>yeh kaun si baat hai? yeh kuch sawal hi ghalat kyun hai? bhai, aap paas quran maujood hai, quran ko phailayen to is mein ghalat kya hai? ghalati ki baat kya hai?</w:t>
      </w:r>
    </w:p>
    <w:p>
      <w:pPr>
        <w:jc w:val="right"/>
      </w:pPr>
      <w:r>
        <w:t>یہ کون سی بات ہے؟ یہ کچھ سوال ہی غلط کیوں ہے؟ بھئی، آپ پاس قرآن موجود ہے، قرآن کو پھیلائیں تو اس میں غلط کیا ہے؟ غلطی کی بات کیا ہے؟</w:t>
      </w:r>
    </w:p>
    <w:p>
      <w:r>
        <w:rPr>
          <w:b/>
        </w:rPr>
        <w:t xml:space="preserve">[1:05:54] </w:t>
      </w:r>
      <w:r>
        <w:t>yeh to, yeh to sawali be matlab hai. jab quran aap ko mehfooz maujood hai to is ka tarjuma tayyar kijiye aur logon tak pohanchaiye.</w:t>
      </w:r>
    </w:p>
    <w:p>
      <w:pPr>
        <w:jc w:val="right"/>
      </w:pPr>
      <w:r>
        <w:t>یہ تو، یہ تو سوالی بے مطلب ہے۔ جب قرآن آپ کو محفوظ موجود ہے تو اس کا ترجمہ تیار کیجئے اور لوگوں تک پہنچائیے۔</w:t>
      </w:r>
    </w:p>
    <w:p>
      <w:r>
        <w:rPr>
          <w:b/>
        </w:rPr>
        <w:t xml:space="preserve">[1:06:04] </w:t>
      </w:r>
      <w:r>
        <w:t>is mein ghalati kya hai? yeh ghalati ki koi baat hi nahin hai.</w:t>
      </w:r>
    </w:p>
    <w:p>
      <w:pPr>
        <w:jc w:val="right"/>
      </w:pPr>
      <w:r>
        <w:t>اس میں غلطی کیا ہے؟ یہ غلطی کی کوئی بات ہی نہیں ہے۔</w:t>
      </w:r>
    </w:p>
    <w:p>
      <w:r>
        <w:rPr>
          <w:b/>
        </w:rPr>
        <w:t xml:space="preserve">[1:06:12] </w:t>
      </w:r>
      <w:r>
        <w:t>hazrat umar ke alfaaz mein agar koi ghalat bataye to musalma kazzab ki boli bol raha hai. woh</w:t>
      </w:r>
    </w:p>
    <w:p>
      <w:pPr>
        <w:jc w:val="right"/>
      </w:pPr>
      <w:r>
        <w:t>حضرت عمر کے الفاظ میں اگر کوئی غلط بتائے تو مسلمہ کذاب کی بولی بول رہا ہے۔ وہ</w:t>
      </w:r>
    </w:p>
    <w:p>
      <w:r>
        <w:rPr>
          <w:b/>
        </w:rPr>
        <w:t xml:space="preserve">[1:06:22] </w:t>
      </w:r>
      <w:r>
        <w:t>shahid hussain sahib ne srinagar se likha hai: we can't love the creator without being impatient for spreading his word</w:t>
      </w:r>
    </w:p>
    <w:p>
      <w:pPr>
        <w:jc w:val="right"/>
      </w:pPr>
      <w:r>
        <w:t>شاہد حسین صاحب نے سری نگر سے لکھا ہے: وی کانٹ لو دی کریٹر وداؤٹ بینگ امپیشنٹ فار سپریڈنگ ہز ورڈ</w:t>
      </w:r>
    </w:p>
    <w:p>
      <w:r>
        <w:rPr>
          <w:b/>
        </w:rPr>
        <w:t xml:space="preserve">[1:06:32] </w:t>
      </w:r>
      <w:r>
        <w:t>Maulana sahib has helped us in removing the self imposed restrictions, which had continued, which had continuously destroyed the opportunities.</w:t>
      </w:r>
    </w:p>
    <w:p>
      <w:pPr>
        <w:jc w:val="right"/>
      </w:pPr>
      <w:r>
        <w:t>۔ مولانا صاحب ہیز ہیلپڈ اس ان ریموونگ دا سیلف امپوزڈ ریسٹرکشنز، وچ ہیڈ کنٹینیوڈ، وچ ہیڈ کنٹینیوٹلی ڈسٹروئے دا اپرچونیٹیز۔</w:t>
      </w:r>
    </w:p>
    <w:p>
      <w:r>
        <w:rPr>
          <w:b/>
        </w:rPr>
        <w:t xml:space="preserve">[1:06:43] </w:t>
      </w:r>
      <w:r>
        <w:t>For the first time, we have become conscious of a great obligation. Thank you, Maulana sahib. Mashallah.</w:t>
      </w:r>
    </w:p>
    <w:p>
      <w:pPr>
        <w:jc w:val="right"/>
      </w:pPr>
      <w:r>
        <w:t>فار دی فرسٹ ٹائم، وی ہیو بیکم کانشیس اف ا گریٹ ابلیگیشن۔ تھینک یو، مولانا صاحب۔ ماشاءاللہ۔</w:t>
      </w:r>
    </w:p>
    <w:p>
      <w:r>
        <w:rPr>
          <w:b/>
        </w:rPr>
        <w:t xml:space="preserve">[1:06:53] </w:t>
      </w:r>
      <w:r>
        <w:t>Okay, we will end the session now. Thank you.</w:t>
      </w:r>
    </w:p>
    <w:p>
      <w:pPr>
        <w:jc w:val="right"/>
      </w:pPr>
      <w:r>
        <w:t>اوکے، وی ویل اینڈ دی سیشن ناؤ۔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