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Spiritual Light Nov 26, 2006 Maulana Wahiduddin Khan</w:t>
      </w:r>
    </w:p>
    <w:p>
      <w:r>
        <w:t>https://www.youtube.com/watch?v=IhfHxIakZOw</w:t>
      </w:r>
    </w:p>
    <w:p>
      <w:r>
        <w:rPr>
          <w:b/>
        </w:rPr>
        <w:t xml:space="preserve">[00:14] </w:t>
      </w:r>
      <w:r>
        <w:t>Bismillah Rahman Rahim, wasallallahu ala Nabi al-Kareem. Rabbi 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[00:36] </w:t>
      </w:r>
      <w:r>
        <w:t>Aaj ka topic hai</w:t>
      </w:r>
    </w:p>
    <w:p>
      <w:pPr>
        <w:jc w:val="right"/>
      </w:pPr>
      <w:r>
        <w:t>آج کا ٹاپک ہے</w:t>
      </w:r>
    </w:p>
    <w:p>
      <w:r>
        <w:rPr>
          <w:b/>
        </w:rPr>
        <w:t xml:space="preserve">[00:43] </w:t>
      </w:r>
      <w:r>
        <w:t>"Spiritual Light".</w:t>
      </w:r>
    </w:p>
    <w:p>
      <w:pPr>
        <w:jc w:val="right"/>
      </w:pPr>
      <w:r>
        <w:t>"اسپیریچول لائٹ"۔</w:t>
      </w:r>
    </w:p>
    <w:p>
      <w:r>
        <w:rPr>
          <w:b/>
        </w:rPr>
        <w:t xml:space="preserve">[00:48] </w:t>
      </w:r>
      <w:r>
        <w:t>Asal mein kal shaam ko Delhi mein International Centre mein ek seminar tha, uski yahi thi thi.</w:t>
      </w:r>
    </w:p>
    <w:p>
      <w:pPr>
        <w:jc w:val="right"/>
      </w:pPr>
      <w:r>
        <w:t>اصل میں کل شام کو دہلی میں انٹرنیشنل سینٹر میں ایک سیمینار تھا، اس کی یہی تھیم تھی۔</w:t>
      </w:r>
    </w:p>
    <w:p>
      <w:r>
        <w:rPr>
          <w:b/>
        </w:rPr>
        <w:t xml:space="preserve">[01:02] </w:t>
      </w:r>
      <w:r>
        <w:t>To isi theme ko le kar aaj main kuch baat kehna chahunga.</w:t>
      </w:r>
    </w:p>
    <w:p>
      <w:pPr>
        <w:jc w:val="right"/>
      </w:pPr>
      <w:r>
        <w:t>تو اسی تھیم کو لے کر آج میں کچھ بات کہنا چاہوں گا۔</w:t>
      </w:r>
    </w:p>
    <w:p>
      <w:r>
        <w:rPr>
          <w:b/>
        </w:rPr>
        <w:t xml:space="preserve">[01:12] </w:t>
      </w:r>
      <w:r>
        <w:t>Is se pehle</w:t>
      </w:r>
    </w:p>
    <w:p>
      <w:pPr>
        <w:jc w:val="right"/>
      </w:pPr>
      <w:r>
        <w:t>اس سے پہلے</w:t>
      </w:r>
    </w:p>
    <w:p>
      <w:r>
        <w:rPr>
          <w:b/>
        </w:rPr>
        <w:t xml:space="preserve">[01:16] </w:t>
      </w:r>
      <w:r>
        <w:t>Isi se</w:t>
      </w:r>
    </w:p>
    <w:p>
      <w:pPr>
        <w:jc w:val="right"/>
      </w:pPr>
      <w:r>
        <w:t>اسی سے</w:t>
      </w:r>
    </w:p>
    <w:p>
      <w:r>
        <w:rPr>
          <w:b/>
        </w:rPr>
        <w:t xml:space="preserve">[01:19] </w:t>
      </w:r>
      <w:r>
        <w:t>Milta julta ek waqia aaj hua, to main is se shuru karunga, inshallah. Dekhiye, yeh mere haath mein aaj ka Times of India hai, yaani November 26 ka.</w:t>
      </w:r>
    </w:p>
    <w:p>
      <w:pPr>
        <w:jc w:val="right"/>
      </w:pPr>
      <w:r>
        <w:t>ملتا جلتا ایک واقعہ آج ہوا، تو میں اس سے شروع کروں گا، انشاءاللہ۔ دیکھیے، یہ میرے ہاتھ میں آج کا ٹائمز آف انڈیا ہے، یعنی نومبر 26 کا۔</w:t>
      </w:r>
    </w:p>
    <w:p>
      <w:r>
        <w:rPr>
          <w:b/>
        </w:rPr>
        <w:t xml:space="preserve">[01:34] </w:t>
      </w:r>
      <w:r>
        <w:t>Is mein aap dekh rahe hain ke "Figuring Out Faith" uski heading hai. "Figuring Out Faith" yeh ek bahut lambi ek ek survey ki report hai jo is mein chapi hai.</w:t>
      </w:r>
    </w:p>
    <w:p>
      <w:pPr>
        <w:jc w:val="right"/>
      </w:pPr>
      <w:r>
        <w:t>اس میں آپ دیکھ رہے ہیں کہ "فگرنگ آؤٹ فیتھ" اس کی ہیڈنگ ہے۔ "فگرنگ آؤٹ فیتھ" یہ ایک بہت لمبی ایک ایک سروے کی رپورٹ ہے جو اس میں چھپی ہے۔</w:t>
      </w:r>
    </w:p>
    <w:p>
      <w:r>
        <w:rPr>
          <w:b/>
        </w:rPr>
        <w:t xml:space="preserve">[01:58] </w:t>
      </w:r>
      <w:r>
        <w:t>Poore India mein unhon ne ek survey karwaya, religion ko le kar, religion aur God ko le kar. To yeh survey karwaya unhon ne, bahut hi extensive survey.</w:t>
      </w:r>
    </w:p>
    <w:p>
      <w:pPr>
        <w:jc w:val="right"/>
      </w:pPr>
      <w:r>
        <w:t>پورے انڈیا میں انہوں نے ایک سروے کروایا، ریلیجن کو لے کر، ریلیجن اور گاڈ کو لے کر۔ تو یہ سروے کروایا انہوں نے، بہت ہی ایکسٹینسو سروے۔</w:t>
      </w:r>
    </w:p>
    <w:p>
      <w:r>
        <w:rPr>
          <w:b/>
        </w:rPr>
        <w:t xml:space="preserve">[02:14] </w:t>
      </w:r>
      <w:r>
        <w:t>To isi ki report yeh November 26 mein chapi hai. "Figuring Out Faith" is ka unhon ne heading diya hai.</w:t>
      </w:r>
    </w:p>
    <w:p>
      <w:pPr>
        <w:jc w:val="right"/>
      </w:pPr>
      <w:r>
        <w:t>تو اسی کی رپورٹ یہ نومبر 26 میں چھپی ہے۔ "فگرنگ آؤٹ فیتھ" اس کا انہوں نے ہیڈنگ دیا ہے۔</w:t>
      </w:r>
    </w:p>
    <w:p>
      <w:r>
        <w:rPr>
          <w:b/>
        </w:rPr>
        <w:t xml:space="preserve">[02:29] </w:t>
      </w:r>
      <w:r>
        <w:t>Is ko maine padha to saara jo hai confusion hi confusion tha.</w:t>
      </w:r>
    </w:p>
    <w:p>
      <w:pPr>
        <w:jc w:val="right"/>
      </w:pPr>
      <w:r>
        <w:t>اس کو میں نے پڑھا تو سارا جو ہے کنفیوژن ہی کنفیوژن تھا۔</w:t>
      </w:r>
    </w:p>
    <w:p>
      <w:r>
        <w:rPr>
          <w:b/>
        </w:rPr>
        <w:t xml:space="preserve">[02:36] </w:t>
      </w:r>
      <w:r>
        <w:t>Koi is se yaani figure nahi bani, yaani faith ki koi figure nahi bani.</w:t>
      </w:r>
    </w:p>
    <w:p>
      <w:pPr>
        <w:jc w:val="right"/>
      </w:pPr>
      <w:r>
        <w:t>کوئی اس سے یعنی فگر نہیں بنی، یعنی فیتھ کی کوئی فگر نہیں بنی۔</w:t>
      </w:r>
    </w:p>
    <w:p>
      <w:r>
        <w:rPr>
          <w:b/>
        </w:rPr>
        <w:t xml:space="preserve">[02:47] </w:t>
      </w:r>
      <w:r>
        <w:t>To kyun?</w:t>
      </w:r>
    </w:p>
    <w:p>
      <w:pPr>
        <w:jc w:val="right"/>
      </w:pPr>
      <w:r>
        <w:t>تو کیوں؟</w:t>
      </w:r>
    </w:p>
    <w:p>
      <w:r>
        <w:rPr>
          <w:b/>
        </w:rPr>
        <w:t xml:space="preserve">[02:52] </w:t>
      </w:r>
      <w:r>
        <w:t>Is liye ke aaj saare log confusion mein jee rahe hain.</w:t>
      </w:r>
    </w:p>
    <w:p>
      <w:pPr>
        <w:jc w:val="right"/>
      </w:pPr>
      <w:r>
        <w:t>اس لیے کہ آج سارے لوگ کنفیوژن میں جی رہے ہیں۔</w:t>
      </w:r>
    </w:p>
    <w:p>
      <w:r>
        <w:rPr>
          <w:b/>
        </w:rPr>
        <w:t xml:space="preserve">[02:57] </w:t>
      </w:r>
      <w:r>
        <w:t>Seminar mein bhi mujhe yahi, wahan bhi yahi maine dekha, aur is survey mein bhi yahi hai. Jaise ke ek question is mein tha, sab se poocha unhon ne ke morality aur religion ka taluq.</w:t>
      </w:r>
    </w:p>
    <w:p>
      <w:pPr>
        <w:jc w:val="right"/>
      </w:pPr>
      <w:r>
        <w:t>سیمینار میں بھی مجھے یہی، وہاں بھی یہی میں نے دیکھا، اور اس سروے میں بھی یہی ہے۔ جیسے کہ ایک کوئسچن اس میں تھا، سب سے پوچھا انہوں نے کہ موریلٹی اور ریلیجن کا تعلق۔</w:t>
      </w:r>
    </w:p>
    <w:p>
      <w:r>
        <w:rPr>
          <w:b/>
        </w:rPr>
        <w:t xml:space="preserve">[03:19] </w:t>
      </w:r>
      <w:r>
        <w:t>To majority jo thi, us ne</w:t>
      </w:r>
    </w:p>
    <w:p>
      <w:pPr>
        <w:jc w:val="right"/>
      </w:pPr>
      <w:r>
        <w:t>تو میجورٹی جو تھی، اس نے</w:t>
      </w:r>
    </w:p>
    <w:p>
      <w:r>
        <w:rPr>
          <w:b/>
        </w:rPr>
        <w:t xml:space="preserve">[03:26] </w:t>
      </w:r>
      <w:r>
        <w:t>Is question ka jo jawab diya, majority woh yeh thi ke "Morality is not necessarily linked to religiosity".</w:t>
      </w:r>
    </w:p>
    <w:p>
      <w:pPr>
        <w:jc w:val="right"/>
      </w:pPr>
      <w:r>
        <w:t>اس کوئسچن کا جو جواب دیا، میجورٹی وہ یہ تھی کہ "موریلٹی از ناٹ نیسیسری لنکڈ ٹو ریلیجیسٹی"۔</w:t>
      </w:r>
    </w:p>
    <w:p>
      <w:r>
        <w:rPr>
          <w:b/>
        </w:rPr>
        <w:t xml:space="preserve">[03:43] </w:t>
      </w:r>
      <w:r>
        <w:t>Morality is not necessarily linked to religiosity ke akhlaq, akhlaq mazhabiyat se juda hua nahi hai.</w:t>
      </w:r>
    </w:p>
    <w:p>
      <w:pPr>
        <w:jc w:val="right"/>
      </w:pPr>
      <w:r>
        <w:t>موریلٹی از ناٹ نیسیسری لنکڈ ٹو ریلیجیسٹی کہ اخلاق، اخلاق مذہبیت سے جڑا ہوا نہیں ہے۔</w:t>
      </w:r>
    </w:p>
    <w:p>
      <w:r>
        <w:rPr>
          <w:b/>
        </w:rPr>
        <w:t xml:space="preserve">[04:01] </w:t>
      </w:r>
      <w:r>
        <w:t>Akhlaq lazmi taur par mazhab se juda hua nahi hai.</w:t>
      </w:r>
    </w:p>
    <w:p>
      <w:pPr>
        <w:jc w:val="right"/>
      </w:pPr>
      <w:r>
        <w:t>اخلاق لازمی طور پر مذہب سے جڑا ہوا نہیں ہے۔</w:t>
      </w:r>
    </w:p>
    <w:p>
      <w:r>
        <w:rPr>
          <w:b/>
        </w:rPr>
        <w:t xml:space="preserve">[04:12] </w:t>
      </w:r>
      <w:r>
        <w:t>Aap sochiye ke yeh kaisi anokhi baat hai. Agar mazhab hum ko moral values nahi de sakta to mazhab ki zaroorat hi kya hai?</w:t>
      </w:r>
    </w:p>
    <w:p>
      <w:pPr>
        <w:jc w:val="right"/>
      </w:pPr>
      <w:r>
        <w:t>آپ سوچیے کہ یہ کیسی انوکھی بات ہے۔ اگر مذہب ہم کو مورل ویلیوز نہیں دے سکتا تو مذہب کی ضرورت ہی کیا ہے؟</w:t>
      </w:r>
    </w:p>
    <w:p>
      <w:r>
        <w:rPr>
          <w:b/>
        </w:rPr>
        <w:t xml:space="preserve">[04:23] </w:t>
      </w:r>
      <w:r>
        <w:t>Phir to is ko letter bin mein daal diye.</w:t>
      </w:r>
    </w:p>
    <w:p>
      <w:pPr>
        <w:jc w:val="right"/>
      </w:pPr>
      <w:r>
        <w:t>پھر تو اس کو لیٹر بن میں ڈال دیے۔</w:t>
      </w:r>
    </w:p>
    <w:p>
      <w:r>
        <w:rPr>
          <w:b/>
        </w:rPr>
        <w:t xml:space="preserve">[04:27] </w:t>
      </w:r>
      <w:r>
        <w:t>phir to yeh aik appendix hai insaan ki life mein. appendix ko aap jantay hain, kaat kar phenk diya jata hai. appendix yani zameema.</w:t>
      </w:r>
    </w:p>
    <w:p>
      <w:pPr>
        <w:jc w:val="right"/>
      </w:pPr>
      <w:r>
        <w:t>پھر تو یہ ایک اپینڈکس ہے انسان کی لائف میں۔ اپینڈکس کو آپ جانتے ہیں، کاٹ کر پھینک دیا جاتا ہے۔ اپینڈکس یعنی ضمیمہ۔</w:t>
      </w:r>
    </w:p>
    <w:p>
      <w:r>
        <w:rPr>
          <w:b/>
        </w:rPr>
        <w:t xml:space="preserve">[04:40] </w:t>
      </w:r>
      <w:r>
        <w:t>to mazhab agar sirf aik zameema hai, aik appendix hai, is se humain koi kaam ki cheez na mili.</w:t>
      </w:r>
    </w:p>
    <w:p>
      <w:pPr>
        <w:jc w:val="right"/>
      </w:pPr>
      <w:r>
        <w:t>تو مذہب اگر صرف ایک ضمیمہ ہے، ایک اپینڈکس ہے، اس سے ہمیں کوئی کام کی چیز نہ ملے۔</w:t>
      </w:r>
    </w:p>
    <w:p>
      <w:r>
        <w:rPr>
          <w:b/>
        </w:rPr>
        <w:t xml:space="preserve">[04:50] </w:t>
      </w:r>
      <w:r>
        <w:t>jaisay ke hum aik aisi society banana chahtay hain jahan moral values hon. to politics to yeh kaam kar nahi sakti, science bhi yeh kaam nahi kar sakti.</w:t>
      </w:r>
    </w:p>
    <w:p>
      <w:pPr>
        <w:jc w:val="right"/>
      </w:pPr>
      <w:r>
        <w:t>جیسے کہ ہم ایک ایسی سوسائٹی بنانا چاہتے ہیں جہاں مورل ویلیوز ہوں۔ تو پولیٹکس تو یہ کام کر نہیں سکتی، سائنس بھی یہ کام نہیں کر سکتی۔</w:t>
      </w:r>
    </w:p>
    <w:p>
      <w:r>
        <w:rPr>
          <w:b/>
        </w:rPr>
        <w:t xml:space="preserve">[05:07] </w:t>
      </w:r>
      <w:r>
        <w:t>aakhri jo cheez thi woh religion, woh bhi humain koi moral system nahi de sakta. to phir aisay religion ki, aisay faith ki kya zaroorat kya hai?</w:t>
      </w:r>
    </w:p>
    <w:p>
      <w:pPr>
        <w:jc w:val="right"/>
      </w:pPr>
      <w:r>
        <w:t>آخری جو چیز تھی وہ ریلیجن، وہ بھی ہمیں کوئی مورل سسٹم نہیں دے سکتا۔ تو پھر ایسے ریلیجن کی، ایسے فیتھ کی کیا ضرورت کیا ہے؟</w:t>
      </w:r>
    </w:p>
    <w:p>
      <w:r>
        <w:rPr>
          <w:b/>
        </w:rPr>
        <w:t xml:space="preserve">[05:21] </w:t>
      </w:r>
      <w:r>
        <w:t>is ko appendix ki tarah kaat kar phenk dijiye. aur waqatan inconsciously logon ke mind mein yahi hai.</w:t>
      </w:r>
    </w:p>
    <w:p>
      <w:pPr>
        <w:jc w:val="right"/>
      </w:pPr>
      <w:r>
        <w:t>اس کو اپینڈکس کی طرح کاٹ کر پھینک دیجیے۔ اور واقعتاً انکانسیسلی لوگوں کے مائنڈ میں یہی ہے۔</w:t>
      </w:r>
    </w:p>
    <w:p>
      <w:r>
        <w:rPr>
          <w:b/>
        </w:rPr>
        <w:t xml:space="preserve">[05:32] </w:t>
      </w:r>
      <w:r>
        <w:t>inconsciously. kuch log bohat hi bold hotay hain, woh bol bhi detay hain seedhay seedhay.</w:t>
      </w:r>
    </w:p>
    <w:p>
      <w:pPr>
        <w:jc w:val="right"/>
      </w:pPr>
      <w:r>
        <w:t>انکانسیسلی۔ کچھ لوگ بہت ہی بولڈ ہوتے ہیں، وہ بول بھی دیتے ہیں سیدھے سیدھے۔</w:t>
      </w:r>
    </w:p>
    <w:p>
      <w:r>
        <w:rPr>
          <w:b/>
        </w:rPr>
        <w:t xml:space="preserve">[05:43] </w:t>
      </w:r>
      <w:r>
        <w:t>lekin majority woh hai jo itni bold nahi hoti. to unconsciously woh maanay rehtay hain ke dunya ki jo activities hain, hamari jo society hai, hamari jo national life hai,</w:t>
      </w:r>
    </w:p>
    <w:p>
      <w:pPr>
        <w:jc w:val="right"/>
      </w:pPr>
      <w:r>
        <w:t>لیکن میجورٹی وہ ہے جو اتنی بولڈ نہیں ہوتی۔ تو انکانسیسلی وہ مانے رہتے ہیں کہ دنیا کی جو ایکٹیویٹیز ہیں، ہماری جو سوسائٹی ہے، ہماری جو نیشنل لائف ہے،</w:t>
      </w:r>
    </w:p>
    <w:p>
      <w:r>
        <w:rPr>
          <w:b/>
        </w:rPr>
        <w:t xml:space="preserve">[05:59] </w:t>
      </w:r>
      <w:r>
        <w:t>to kahin bhi religion se mujhe koi help milti nahi. to kya hai, aisay religion ko phenko?</w:t>
      </w:r>
    </w:p>
    <w:p>
      <w:pPr>
        <w:jc w:val="right"/>
      </w:pPr>
      <w:r>
        <w:t>تو کہیں بھی ریلیجن سے مجھے کوئی ہیلپ ملتی نہیں۔ تو کیا ہے، ایسے ریلیجن کو پھینکو؟</w:t>
      </w:r>
    </w:p>
    <w:p>
      <w:r>
        <w:rPr>
          <w:b/>
        </w:rPr>
        <w:t xml:space="preserve">[06:08] </w:t>
      </w:r>
      <w:r>
        <w:t>to amalan phenk hi rakha hai logon ne. to main sochta raha ke kyun aisa kaha unhon ne, logon ne ke "morality is not necessarily linked to religiosity".</w:t>
      </w:r>
    </w:p>
    <w:p>
      <w:pPr>
        <w:jc w:val="right"/>
      </w:pPr>
      <w:r>
        <w:t>تو عملاً پھینک ہی رکھا ہے لوگوں نے۔ تو میں سوچتا رہا کہ کیوں ایسا کہا انہوں نے، لوگوں نے کہ "موریلٹی از ناٹ نیسیسری لنکڈ ٹو ریلیجیسٹی"۔</w:t>
      </w:r>
    </w:p>
    <w:p>
      <w:r>
        <w:rPr>
          <w:b/>
        </w:rPr>
        <w:t xml:space="preserve">[06:23] </w:t>
      </w:r>
      <w:r>
        <w:t>is ka bohat bohat hi, yani aik bohat hi deep reason hai. woh kya?</w:t>
      </w:r>
    </w:p>
    <w:p>
      <w:pPr>
        <w:jc w:val="right"/>
      </w:pPr>
      <w:r>
        <w:t>اس کا بہت بہت ہی، یعنی ایک بہت ہی ڈیپ ریزن ہے۔ وہ کیا؟</w:t>
      </w:r>
    </w:p>
    <w:p>
      <w:r>
        <w:rPr>
          <w:b/>
        </w:rPr>
        <w:t xml:space="preserve">[06:35] </w:t>
      </w:r>
      <w:r>
        <w:t>people</w:t>
      </w:r>
    </w:p>
    <w:p>
      <w:pPr>
        <w:jc w:val="right"/>
      </w:pPr>
      <w:r>
        <w:t>پیپل</w:t>
      </w:r>
    </w:p>
    <w:p>
      <w:r>
        <w:rPr>
          <w:b/>
        </w:rPr>
        <w:t xml:space="preserve">[06:39] </w:t>
      </w:r>
      <w:r>
        <w:t>fail to differentiate between religion and ritual. woh dekhtay hain ke aaj kal ke ibadat khano mein kuch rituals kiye jatay hain jin ka life se koi talluq nahi.</w:t>
      </w:r>
    </w:p>
    <w:p>
      <w:pPr>
        <w:jc w:val="right"/>
      </w:pPr>
      <w:r>
        <w:t>فیل ٹو ڈیفرنشییٹ بٹوین ریلیجن اینڈ ریچول۔ وہ دیکھتے ہیں کہ آج کل کے عبادت خانوں میں کچھ ریچولز کیے جاتے ہیں جن کا لائف سے کوئی تعلق نہیں۔</w:t>
      </w:r>
    </w:p>
    <w:p>
      <w:r>
        <w:rPr>
          <w:b/>
        </w:rPr>
        <w:t xml:space="preserve">[06:55] </w:t>
      </w:r>
      <w:r>
        <w:t>aadmi independently apni zindagi bata raha hai, apni family mein, apni society mein, apni business mein. independently. yahan aa kar kuch rituals dikhata hai.</w:t>
      </w:r>
    </w:p>
    <w:p>
      <w:pPr>
        <w:jc w:val="right"/>
      </w:pPr>
      <w:r>
        <w:t>آدمی انڈیپنڈنٹلی اپنی زندگی بتا رہا ہے، اپنی فیملی میں، اپنی سوسائٹی میں، اپنی بزنس میں۔ انڈیپنڈنٹلی۔ یہاں آ کر کچھ ریچولز دکھاتا ہے۔</w:t>
      </w:r>
    </w:p>
    <w:p>
      <w:r>
        <w:rPr>
          <w:b/>
        </w:rPr>
        <w:t xml:space="preserve">[07:08] </w:t>
      </w:r>
      <w:r>
        <w:t>to aik educated insaan sochta hai ke bhai aisay, yeh samajhta hai ke religion ka koi talluq nahi hai hamari morality se,</w:t>
      </w:r>
    </w:p>
    <w:p>
      <w:pPr>
        <w:jc w:val="right"/>
      </w:pPr>
      <w:r>
        <w:t>تو ایک ایجوکیٹڈ انسان سوچتا ہے کہ بھئی ایسے، یہ سمجھتا ہے کہ ریلیجن کا کوئی تعلق نہیں ہے ہماری موریلٹی سے،</w:t>
      </w:r>
    </w:p>
    <w:p>
      <w:r>
        <w:rPr>
          <w:b/>
        </w:rPr>
        <w:t xml:space="preserve">[07:22] </w:t>
      </w:r>
      <w:r>
        <w:t>hamari real life se. to jis mazhab ko woh dekhta hai apnay zamanay mein ibadat khano mein, us mein kisi ibadat khane ka exception nahi hai.</w:t>
      </w:r>
    </w:p>
    <w:p>
      <w:pPr>
        <w:jc w:val="right"/>
      </w:pPr>
      <w:r>
        <w:t>ہماری ریئل لائف سے۔ تو جس مذہب کو وہ دیکھتا ہے اپنے زمانے میں عبادت خانوں میں، اس میں کسی عبادت خانے کا ایکسیپشن نہیں ہے۔</w:t>
      </w:r>
    </w:p>
    <w:p>
      <w:r>
        <w:rPr>
          <w:b/>
        </w:rPr>
        <w:t xml:space="preserve">[07:39] </w:t>
      </w:r>
      <w:r>
        <w:t>har jagah. to wahan woh dekhta hai ke religion jo hai kya hai, aik set of rituals hai, bas. to yahi kahay ga, yani yeh jo dekh raha hai woh.</w:t>
      </w:r>
    </w:p>
    <w:p>
      <w:pPr>
        <w:jc w:val="right"/>
      </w:pPr>
      <w:r>
        <w:t>ہر جگہ۔ تو وہاں وہ دیکھتا ہے کہ ریلیجن جو ہے کیا ہے، ایک سیٹ آف ریچولز ہے، بس۔ تو یہی کہے گا، یعنی یہ جو دیکھ رہا ہے وہ۔</w:t>
      </w:r>
    </w:p>
    <w:p>
      <w:r>
        <w:rPr>
          <w:b/>
        </w:rPr>
        <w:t xml:space="preserve">[07:56] </w:t>
      </w:r>
      <w:r>
        <w:t>to is ke baad woh yahi kahay ga ke religion aur morality mein koi talluq nahi hai. woh aik alag cheez hai, woh aik alag cheez hai.</w:t>
      </w:r>
    </w:p>
    <w:p>
      <w:pPr>
        <w:jc w:val="right"/>
      </w:pPr>
      <w:r>
        <w:t>تو اس کے بعد وہ یہی کہے گا کہ ریلیجن اور موریلٹی میں کوئی تعلق نہیں ہے۔ وہ ایک الگ چیز ہے، وہ ایک الگ چیز ہے۔</w:t>
      </w:r>
    </w:p>
    <w:p>
      <w:r>
        <w:rPr>
          <w:b/>
        </w:rPr>
        <w:t xml:space="preserve">[08:10] </w:t>
      </w:r>
      <w:r>
        <w:t>to is ke maani kya huay? ke yeh jo confusion hai, is confusion ka, yani reason kya hua?</w:t>
      </w:r>
    </w:p>
    <w:p>
      <w:pPr>
        <w:jc w:val="right"/>
      </w:pPr>
      <w:r>
        <w:t>تو اس کے معنی کیا ہوئے؟ کہ یہ جو کنفیوژن ہے، اس کنفیوژن کا، یعنی ریزن کیا ہوا؟</w:t>
      </w:r>
    </w:p>
    <w:p>
      <w:r>
        <w:rPr>
          <w:b/>
        </w:rPr>
        <w:t xml:space="preserve">[08:23] </w:t>
      </w:r>
      <w:r>
        <w:t>principle of differentiation ko na janna. aik cheez aur doosri cheez ko alag kar ke na dekhna. agar karte woh to kya paate?</w:t>
      </w:r>
    </w:p>
    <w:p>
      <w:pPr>
        <w:jc w:val="right"/>
      </w:pPr>
      <w:r>
        <w:t>پرنسپل آف ڈیفرنشیییشن کو نہ جاننا۔ ایک چیز اور دوسری چیز کو الگ کر کے نہ دیکھنا۔ اگر کرتے وہ تو کیا پاتے؟</w:t>
      </w:r>
    </w:p>
    <w:p>
      <w:r>
        <w:rPr>
          <w:b/>
        </w:rPr>
        <w:t xml:space="preserve">[08:36] </w:t>
      </w:r>
      <w:r>
        <w:t>ke jo cheez unhein dikhai par rahi hai pooja gharon mein, woh logon ka apna self style religion hai, apna garha hua religion hai.</w:t>
      </w:r>
    </w:p>
    <w:p>
      <w:pPr>
        <w:jc w:val="right"/>
      </w:pPr>
      <w:r>
        <w:t>کہ جو چیز انہیں دکھائی پڑ رہی ہے پوجا گھروں میں، وہ لوگوں کا اپنا سیلف اسٹائل ریلیجن ہے، اپنا گڑھا ہوا ریلیجن ہے۔</w:t>
      </w:r>
    </w:p>
    <w:p>
      <w:r>
        <w:rPr>
          <w:b/>
        </w:rPr>
        <w:t xml:space="preserve">[08:50] </w:t>
      </w:r>
      <w:r>
        <w:t>woh woh religion nahi hai jo Khuda ne diya tha. to aik hai woh religion jo Khuda ki taraf se aaya, aur aik hai woh religion jo logon ne apnay taur par bana liya.</w:t>
      </w:r>
    </w:p>
    <w:p>
      <w:pPr>
        <w:jc w:val="right"/>
      </w:pPr>
      <w:r>
        <w:t>وہ وہ ریلیجن نہیں ہے جو خدا نے دیا تھا۔ تو ایک ہے وہ ریلیجن جو خدا کی طرف سے آیا، اور ایک ہے وہ ریلیجن جو لوگوں نے اپنے طور پر بنا لیا۔</w:t>
      </w:r>
    </w:p>
    <w:p>
      <w:r>
        <w:rPr>
          <w:b/>
        </w:rPr>
        <w:t xml:space="preserve">[09:09] </w:t>
      </w:r>
      <w:r>
        <w:t>to dono mein farq na karne ki wajah se kya hua? ke dono ko kuch samajh liya unhon ne ke ji yeh hai, wahi, woh hai.</w:t>
      </w:r>
    </w:p>
    <w:p>
      <w:pPr>
        <w:jc w:val="right"/>
      </w:pPr>
      <w:r>
        <w:t>تو دونوں میں فرق نہ کرنے کی وجہ سے کیا ہوا؟ کہ دونوں کو کچھ سمجھ لیا انہوں نے کہ جی یہ ہے، وہی، وہ ہے۔</w:t>
      </w:r>
    </w:p>
    <w:p>
      <w:r>
        <w:rPr>
          <w:b/>
        </w:rPr>
        <w:t xml:space="preserve">[09:18] </w:t>
      </w:r>
      <w:r>
        <w:t>dono ko synonym samajh liya. to yeh hai bohat bara reason is baat ka ke logon ke andar confusion hai.</w:t>
      </w:r>
    </w:p>
    <w:p>
      <w:pPr>
        <w:jc w:val="right"/>
      </w:pPr>
      <w:r>
        <w:t>دونوں کو سینونیم سمجھ لیا۔ تو یہ ہے بہت بڑا کارن اس بات کا کہ لوگوں کے اندر کنفیوژن ہے۔</w:t>
      </w:r>
    </w:p>
    <w:p>
      <w:r>
        <w:rPr>
          <w:b/>
        </w:rPr>
        <w:t xml:space="preserve">[09:32] </w:t>
      </w:r>
      <w:r>
        <w:t>zahair hai ke jab mazhab as an ideology aur mazhab as practice by by so called religious people, dono ko aap alag kar ke na dekhen to zahair hai yeh confusion aaye ga.</w:t>
      </w:r>
    </w:p>
    <w:p>
      <w:pPr>
        <w:jc w:val="right"/>
      </w:pPr>
      <w:r>
        <w:t>ظاہر ہے کہ جب مذہب ایز این آئیڈیالوجی اور مذہب ایز پریکٹس بائی بائی سو کالڈ ریلیجیس پیپل، دونوں کو آپ الگ کر کے نہ دیکھیں تو ظاہر ہے یہ کنفیوژن آئے گا۔</w:t>
      </w:r>
    </w:p>
    <w:p>
      <w:r>
        <w:rPr>
          <w:b/>
        </w:rPr>
        <w:t xml:space="preserve">[09:50] </w:t>
      </w:r>
      <w:r>
        <w:t>phir aap yahi kahain ge ke mazhab ka koi talluq morality se nahi hai. halankay real sense mein mazhab kya hai?</w:t>
      </w:r>
    </w:p>
    <w:p>
      <w:pPr>
        <w:jc w:val="right"/>
      </w:pPr>
      <w:r>
        <w:t>پھر آپ یہی کہیں گے کہ مذہب کا کوئی تعلق موریلٹی سے نہیں ہے۔ حالانکہ ریئل سینس میں مذہب کیا ہے؟</w:t>
      </w:r>
    </w:p>
    <w:p>
      <w:r>
        <w:rPr>
          <w:b/>
        </w:rPr>
        <w:t xml:space="preserve">[10:01] </w:t>
      </w:r>
      <w:r>
        <w:t>mazhab eiz representd by islam, woh kya hai? woh revealed religion hai, yani khuda ki taraf se aya hua mazhab.</w:t>
      </w:r>
    </w:p>
    <w:p>
      <w:pPr>
        <w:jc w:val="right"/>
      </w:pPr>
      <w:r>
        <w:t>مذہب ایز ریپریزنٹڈ بائی اسلام، وہ کیا ہے؟ وہ ریویلڈ ریلیجن ہے، یعنی خدا کی طرف سے آیا ہوا مذہب۔</w:t>
      </w:r>
    </w:p>
    <w:p>
      <w:r>
        <w:rPr>
          <w:b/>
        </w:rPr>
        <w:t xml:space="preserve">[10:14] </w:t>
      </w:r>
      <w:r>
        <w:t>toh khuda ki taraf se jo aya hai, iska record hai, yani islam ke reference mein main kehna chahta hoon ke khuda ki taraf se jo</w:t>
      </w:r>
    </w:p>
    <w:p>
      <w:pPr>
        <w:jc w:val="right"/>
      </w:pPr>
      <w:r>
        <w:t>تو خدا کی طرف سے جو آیا ہے، اس کا ریکارڈ ہے، یعنی اسلام کے ریفرنس میں میں کہنا چاہتا ہوں کہ خدا کی طرف سے جو</w:t>
      </w:r>
    </w:p>
    <w:p>
      <w:r>
        <w:rPr>
          <w:b/>
        </w:rPr>
        <w:t xml:space="preserve">[10:30] </w:t>
      </w:r>
      <w:r>
        <w:t>religion aya, revelation ke zariye, iska poora record</w:t>
      </w:r>
    </w:p>
    <w:p>
      <w:pPr>
        <w:jc w:val="right"/>
      </w:pPr>
      <w:r>
        <w:t>ریلیجن آیا، ریویلیشن کے ذریعے، اس کا پورا ریکارڈ</w:t>
      </w:r>
    </w:p>
    <w:p>
      <w:r>
        <w:rPr>
          <w:b/>
        </w:rPr>
        <w:t xml:space="preserve">[10:40] </w:t>
      </w:r>
      <w:r>
        <w:t>in altered way mein quran mein maujood hai. quran mein na kuch ghata, na kuch barha. toh goya ke mazhab islam jis ko hum kehte hain, religion of islam, is ko janna hai toh aap kya karna chahiye?</w:t>
      </w:r>
    </w:p>
    <w:p>
      <w:pPr>
        <w:jc w:val="right"/>
      </w:pPr>
      <w:r>
        <w:t>ان الٹرڈ وے میں قرآن میں موجود ہے۔ قرآن میں نہ کچھ گھٹا، نہ کچھ بڑھا۔ تو گویا کہ مذہب اسلام جس کو ہم کہتے ہیں، ریلیجن آف اسلام، اس کو جاننا ہے تو آپ کیا کرنا چاہیے؟</w:t>
      </w:r>
    </w:p>
    <w:p>
      <w:r>
        <w:rPr>
          <w:b/>
        </w:rPr>
        <w:t xml:space="preserve">[10:57] </w:t>
      </w:r>
      <w:r>
        <w:t>aap ko, aap ko quran ko dekhna chahiye. quran ko dekhna chahiye.</w:t>
      </w:r>
    </w:p>
    <w:p>
      <w:pPr>
        <w:jc w:val="right"/>
      </w:pPr>
      <w:r>
        <w:t>آپ کو، آپ کو قرآن کو دیکھنا چاہیے۔ قرآن کو دیکھنا چاہیے۔</w:t>
      </w:r>
    </w:p>
    <w:p>
      <w:r>
        <w:rPr>
          <w:b/>
        </w:rPr>
        <w:t xml:space="preserve">[11:07] </w:t>
      </w:r>
      <w:r>
        <w:t>ab quran ko agar kholain aap toh pehle yeh milega aap ko: zalik al kitab al arhaab fi hudall mutaqeen.</w:t>
      </w:r>
    </w:p>
    <w:p>
      <w:pPr>
        <w:jc w:val="right"/>
      </w:pPr>
      <w:r>
        <w:t>اب قرآن کو اگر کھولیں آپ تو پہلے یہ ملے گا آپ کو: ذالک الکتاب الارہب فی ہدل المتقین۔</w:t>
      </w:r>
    </w:p>
    <w:p>
      <w:r>
        <w:rPr>
          <w:b/>
        </w:rPr>
        <w:t xml:space="preserve">[11:16] </w:t>
      </w:r>
      <w:r>
        <w:t>hudall mutaqeen, yani</w:t>
      </w:r>
    </w:p>
    <w:p>
      <w:pPr>
        <w:jc w:val="right"/>
      </w:pPr>
      <w:r>
        <w:t>ہدل المتقین، یعنی</w:t>
      </w:r>
    </w:p>
    <w:p>
      <w:r>
        <w:rPr>
          <w:b/>
        </w:rPr>
        <w:t xml:space="preserve">[11:23] </w:t>
      </w:r>
      <w:r>
        <w:t>guided log kaun hain? guidance believe wale log kaun hain jin mein khuda ka dar aya ho?</w:t>
      </w:r>
    </w:p>
    <w:p>
      <w:pPr>
        <w:jc w:val="right"/>
      </w:pPr>
      <w:r>
        <w:t>گائیڈڈ لوگ کون ہیں؟ گائیڈنس بیلیو والے لوگ کون ہیں جن میں خدا کا ڈر آیا ہو؟</w:t>
      </w:r>
    </w:p>
    <w:p>
      <w:r>
        <w:rPr>
          <w:b/>
        </w:rPr>
        <w:t xml:space="preserve">[11:35] </w:t>
      </w:r>
      <w:r>
        <w:t>god fearing people. ab yahan aap ko ek definition mil raha hai mazhab ka. mazhab ka ek clear cut definition ke agar woh god mazhab ko agar sach much liya hoga is ne toh woh god fearing person ban gaya hoga.</w:t>
      </w:r>
    </w:p>
    <w:p>
      <w:pPr>
        <w:jc w:val="right"/>
      </w:pPr>
      <w:r>
        <w:t>گاڈ فیئرنگ پیپل۔ اب یہاں آپ کو ایک ڈیفینیشن مل رہا ہے مذہب کا۔ مذہب کا ایک کلیئر کٹ ڈیفینیشن کہ اگر وہ گاڈ مذہب کو اگر سچ مچ لیا ہوگا اس نے تو وہ گاڈ فیئرنگ پرسن بن گیا ہوگا۔</w:t>
      </w:r>
    </w:p>
    <w:p>
      <w:r>
        <w:rPr>
          <w:b/>
        </w:rPr>
        <w:t xml:space="preserve">[11:57] </w:t>
      </w:r>
      <w:r>
        <w:t>aur agar woh god fearing person nahi bana hai toh phir samajh lijiye ke is ko mazhab bhi nahi mila, woh kahin aur atka hua hai.</w:t>
      </w:r>
    </w:p>
    <w:p>
      <w:pPr>
        <w:jc w:val="right"/>
      </w:pPr>
      <w:r>
        <w:t>اور اگر وہ گاڈ فیئرنگ پرسن نہیں بنا ہے تو پھر سمجھ لیجیے کہ اس کو مذہب بھی نہیں ملا، وہ کہیں اور اٹکا ہوا ہے۔</w:t>
      </w:r>
    </w:p>
    <w:p>
      <w:r>
        <w:rPr>
          <w:b/>
        </w:rPr>
        <w:t xml:space="preserve">[12:08] </w:t>
      </w:r>
      <w:r>
        <w:t>kitna clear cut definition hai. aap sochiye, fear of god toh ek spirit hai. kisi ke andar agar aa jaye toh kya hoga?</w:t>
      </w:r>
    </w:p>
    <w:p>
      <w:pPr>
        <w:jc w:val="right"/>
      </w:pPr>
      <w:r>
        <w:t>کتنا کلیئر کٹ ڈیفینیشن ہے۔ آپ سوچیے، فیئر آف گاڈ تو ایک اسپرٹ ہے۔ کسی کے اندر اگر آ جائے تو کیا ہوگا؟</w:t>
      </w:r>
    </w:p>
    <w:p>
      <w:r>
        <w:rPr>
          <w:b/>
        </w:rPr>
        <w:t xml:space="preserve">[12:22] </w:t>
      </w:r>
      <w:r>
        <w:t>kya aisa ho sakta hai ke is ka moral behavior jo hai, is par is ka kuch asar na pade?</w:t>
      </w:r>
    </w:p>
    <w:p>
      <w:pPr>
        <w:jc w:val="right"/>
      </w:pPr>
      <w:r>
        <w:t>کیا ایسا ہو سکتا ہے کہ اس کا مورل بیہیویئر جو ہے، اس پر اس کا کچھ اثر نہ پڑے؟</w:t>
      </w:r>
    </w:p>
    <w:p>
      <w:r>
        <w:rPr>
          <w:b/>
        </w:rPr>
        <w:t xml:space="preserve">[12:32] </w:t>
      </w:r>
      <w:r>
        <w:t>kaise aap soch sakte hain ke fear of god aa gaya kisi ke andar aur phir bhi woh is ka speech, is ka character, is ki dealing sab waise hi ke waise hi hai?</w:t>
      </w:r>
    </w:p>
    <w:p>
      <w:pPr>
        <w:jc w:val="right"/>
      </w:pPr>
      <w:r>
        <w:t>کیسے آپ سوچ سکتے ہیں کہ فیئر آف گاڈ آ گیا کسی کے اندر اور پھر بھی وہ اس کا اسپیچ، اس کا کریکٹر، اس کی ڈیلنگ سب ویسے ہی کے ویسے ہی ہے؟</w:t>
      </w:r>
    </w:p>
    <w:p>
      <w:r>
        <w:rPr>
          <w:b/>
        </w:rPr>
        <w:t xml:space="preserve">[12:51] </w:t>
      </w:r>
      <w:r>
        <w:t>waise hi ke waise hi hai.</w:t>
      </w:r>
    </w:p>
    <w:p>
      <w:pPr>
        <w:jc w:val="right"/>
      </w:pPr>
      <w:r>
        <w:t>ویسے ہی کے ویسے ہی ہے۔</w:t>
      </w:r>
    </w:p>
    <w:p>
      <w:r>
        <w:rPr>
          <w:b/>
        </w:rPr>
        <w:t xml:space="preserve">[12:55] </w:t>
      </w:r>
      <w:r>
        <w:t>main ek meeting mein baitha hua tha is tarah se</w:t>
      </w:r>
    </w:p>
    <w:p>
      <w:pPr>
        <w:jc w:val="right"/>
      </w:pPr>
      <w:r>
        <w:t>میں ایک میٹنگ میں بیٹھا ہوا تھا اس طریقے سے</w:t>
      </w:r>
    </w:p>
    <w:p>
      <w:r>
        <w:rPr>
          <w:b/>
        </w:rPr>
        <w:t xml:space="preserve">[13:00] </w:t>
      </w:r>
      <w:r>
        <w:t>ek baar.</w:t>
      </w:r>
    </w:p>
    <w:p>
      <w:pPr>
        <w:jc w:val="right"/>
      </w:pPr>
      <w:r>
        <w:t>ایک بار۔</w:t>
      </w:r>
    </w:p>
    <w:p>
      <w:r>
        <w:rPr>
          <w:b/>
        </w:rPr>
        <w:t xml:space="preserve">[13:04] </w:t>
      </w:r>
      <w:r>
        <w:t>ek gaon mein hum thay toh log tarah tarah ki baatein kar rahe thay, yeh baat, woh baat, yeh baat, woh baat. har aadmi ke paas goya ek poori dictionary yaad ki hui thi woh.</w:t>
      </w:r>
    </w:p>
    <w:p>
      <w:pPr>
        <w:jc w:val="right"/>
      </w:pPr>
      <w:r>
        <w:t>ایک گاؤں میں ہم تھے تو لوگ طرح طرح کی باتیں کر رہے تھے، یہ بات، وہ بات، یہ بات، وہ بات۔ ہر آدمی کے پاس گویا ایک پوری ڈکشنری یاد کی ہوئی تھی وہ۔</w:t>
      </w:r>
    </w:p>
    <w:p>
      <w:r>
        <w:rPr>
          <w:b/>
        </w:rPr>
        <w:t xml:space="preserve">[13:19] </w:t>
      </w:r>
      <w:r>
        <w:t>is ke shabd khatam nahi hotay thay. ek ki baat khatam nahi hoti ke doosra bolna shuru kar deta hai. is ko yani shabdon ka bhandar tha har ek ke paas.</w:t>
      </w:r>
    </w:p>
    <w:p>
      <w:pPr>
        <w:jc w:val="right"/>
      </w:pPr>
      <w:r>
        <w:t>اس کے शब्द ختم نہیں ہوتے تھے۔ ایک کی بات ختم نہیں ہوتی کہ دوسرا بولنا شروع کر دیتا ہے۔ اس کو یعنی शब्दوں کا بھنڈار تھا ہر ایک کے پاس۔</w:t>
      </w:r>
    </w:p>
    <w:p>
      <w:r>
        <w:rPr>
          <w:b/>
        </w:rPr>
        <w:t xml:space="preserve">[13:32] </w:t>
      </w:r>
      <w:r>
        <w:t>har ek ke paas shabdon ka bhandar tha. lekin kya hua? achaanak ek aadmi ne notice kiya ke yahan toh saanp aa gaya hai. gaon mein aap jante hain ke saanp waghera aa jatay hain.</w:t>
      </w:r>
    </w:p>
    <w:p>
      <w:pPr>
        <w:jc w:val="right"/>
      </w:pPr>
      <w:r>
        <w:t>ہر ایک کے پاس शब्दوں کا بھنڈار تھا۔ لیکن کیا ہوا؟ اچانک ایک آدمی نے نوٹس کیا کہ یہاں تو سانپ آ گیا ہے۔ گاؤں میں آپ جانتے ہیں کہ سانپ وغیرہ آ جاتے ہیں۔</w:t>
      </w:r>
    </w:p>
    <w:p>
      <w:r>
        <w:rPr>
          <w:b/>
        </w:rPr>
        <w:t xml:space="preserve">[13:46] </w:t>
      </w:r>
      <w:r>
        <w:t>toh jaise us ne kaha ke saanp, sab ki bol band ho gayi. sab ke sab bhool gaye. yani kisi ko is ki sari memory fail ho gayi.</w:t>
      </w:r>
    </w:p>
    <w:p>
      <w:pPr>
        <w:jc w:val="right"/>
      </w:pPr>
      <w:r>
        <w:t>تو جیسے اس نے کہا کہ سانپ، سب کی بول بند ہو گئی۔ سب کے سب بھول گئے۔ یعنی کسی کو اس کی ساری میموری فیل ہو گئی۔</w:t>
      </w:r>
    </w:p>
    <w:p>
      <w:r>
        <w:rPr>
          <w:b/>
        </w:rPr>
        <w:t xml:space="preserve">[13:59] </w:t>
      </w:r>
      <w:r>
        <w:t>aisa lagta tha. aur bhage idhar, bhage idhar, bhage idhar, bhage idhar, bhage. waqai woh kala saanp tha woh ek. toh gaon mein aisa hota hai.</w:t>
      </w:r>
    </w:p>
    <w:p>
      <w:pPr>
        <w:jc w:val="right"/>
      </w:pPr>
      <w:r>
        <w:t>ایسا لگتا تھا۔ اور بھاگے ادھر، بھاگے ادھر، بھاگے ادھر، بھاگے ادھر، بھاگے۔ واقعی وہ کالا سانپ تھا وہ ایک۔ تو گاؤں میں ایسا ہوتا ہے۔</w:t>
      </w:r>
    </w:p>
    <w:p>
      <w:r>
        <w:rPr>
          <w:b/>
        </w:rPr>
        <w:t xml:space="preserve">[14:10] </w:t>
      </w:r>
      <w:r>
        <w:t>toh aap sochiye ke wahi log jo shabdon ka bhandar bane hue thay, aisa lagta tha ke poori dictionary unhon ne memorize kar rakhi hai.</w:t>
      </w:r>
    </w:p>
    <w:p>
      <w:pPr>
        <w:jc w:val="right"/>
      </w:pPr>
      <w:r>
        <w:t>تو آپ سوچیے کہ وہی لوگ جو शब्दوں کا بھنڈار بنے ہوئے تھے، ایسا لگتا تھا کہ پوری ڈکشنری انہوں نے میمرائز کر رکھی ہے۔</w:t>
      </w:r>
    </w:p>
    <w:p>
      <w:r>
        <w:rPr>
          <w:b/>
        </w:rPr>
        <w:t xml:space="preserve">[14:24] </w:t>
      </w:r>
      <w:r>
        <w:t>un ke sab gum ho gaye. woh speechless ho gaye. yeh hai fear. fear ka phenomena.</w:t>
      </w:r>
    </w:p>
    <w:p>
      <w:pPr>
        <w:jc w:val="right"/>
      </w:pPr>
      <w:r>
        <w:t>ان کے سب گم ہو گئے۔ وہ اسپیچ لیس ہو گئے۔ یہ ہے فیئر۔ فیئر کا فیناومینا۔</w:t>
      </w:r>
    </w:p>
    <w:p>
      <w:r>
        <w:rPr>
          <w:b/>
        </w:rPr>
        <w:t xml:space="preserve">[14:37] </w:t>
      </w:r>
      <w:r>
        <w:t>jab tak woh fearless thay, jab tak woh fearless thay toh un ko speech hi speech thi.</w:t>
      </w:r>
    </w:p>
    <w:p>
      <w:pPr>
        <w:jc w:val="right"/>
      </w:pPr>
      <w:r>
        <w:t>جب تک وہ فیئر لیس تھے، جب تک وہ فیئر لیس تھے تو ان کو اسپیچ ہی اسپیچ تھی۔</w:t>
      </w:r>
    </w:p>
    <w:p>
      <w:r>
        <w:rPr>
          <w:b/>
        </w:rPr>
        <w:t xml:space="preserve">[14:48] </w:t>
      </w:r>
      <w:r>
        <w:t>un ki kisi ki zuban band nahi hoti thi. kisi ke shabd khatam nahi hotay thay. jab tak fearless thay. aur jab un ke dil mein fear aa gaya toh ek dum badal gaye.</w:t>
      </w:r>
    </w:p>
    <w:p>
      <w:pPr>
        <w:jc w:val="right"/>
      </w:pPr>
      <w:r>
        <w:t>ان کی کسی کی زبان بند نہیں ہوتی تھی۔ کسی کے शब्द ختم نہیں ہوتے تھے۔ جب تک فیئر لیس تھے۔ اور جب ان کے دل میں فیئر آ گیا تو ایک دم بدل گئے۔</w:t>
      </w:r>
    </w:p>
    <w:p>
      <w:r>
        <w:rPr>
          <w:b/>
        </w:rPr>
        <w:t xml:space="preserve">[15:02] </w:t>
      </w:r>
      <w:r>
        <w:t>wohi kuch ke kuch ho gaye woh. to mein yeh kehta hoon ke quran kholain aap aur shuru hi mein jab is aayat ko parhain ke hudall mutaqeen ke sachay religion walay to woh hain jin ke andar khuda ka fear ho, khuda ka dar ho.</w:t>
      </w:r>
    </w:p>
    <w:p>
      <w:pPr>
        <w:jc w:val="right"/>
      </w:pPr>
      <w:r>
        <w:t>وہی کچھ کے کچھ ہو گئے وہ۔ تو میں یہ کہتا ہوں کہ قرآن کھولیں آپ اور شروع ہی میں جب اس آیت کو پڑھیں کہ ہدل المتقین کہ سچے ریلیجن والے تو وہ ہیں جن کے اندر خدا کا فیئر ہو، خدا کا ڈر ہو۔</w:t>
      </w:r>
    </w:p>
    <w:p>
      <w:r>
        <w:rPr>
          <w:b/>
        </w:rPr>
        <w:t xml:space="preserve">[15:23] </w:t>
      </w:r>
      <w:r>
        <w:t>to kya aap samajhte hain ke saanp ka dar logon ko itna bhonchal ban jata hai aur khuda ka dar jo creator hai sare saanpon ka, sare universe ka,</w:t>
      </w:r>
    </w:p>
    <w:p>
      <w:pPr>
        <w:jc w:val="right"/>
      </w:pPr>
      <w:r>
        <w:t>تو کیا آپ سمجھتے ہیں کہ سانپ کا ڈر لوگوں کو اتنا بھونچال بن جاتا ہے اور خدا کا ڈر جو کریٹر ہے سارے سانپوں کا، سارے یونیورس کا،</w:t>
      </w:r>
    </w:p>
    <w:p>
      <w:r>
        <w:rPr>
          <w:b/>
        </w:rPr>
        <w:t xml:space="preserve">[15:36] </w:t>
      </w:r>
      <w:r>
        <w:t>is ke andar kuch nahi hoga? kuch bhonchal nahi aye ga is ke andar?</w:t>
      </w:r>
    </w:p>
    <w:p>
      <w:pPr>
        <w:jc w:val="right"/>
      </w:pPr>
      <w:r>
        <w:t>اس کے اندر کچھ نہیں ہوگا؟ کچھ بھونچال نہیں آئے گا اس کے اندر؟</w:t>
      </w:r>
    </w:p>
    <w:p>
      <w:r>
        <w:rPr>
          <w:b/>
        </w:rPr>
        <w:t xml:space="preserve">[15:43] </w:t>
      </w:r>
      <w:r>
        <w:t>kese aisa paas hue? to yeh jo kaha logon ne ke mazhab aur akhlaq ka koi aapas mein taluq nahi hai, morality ka aur aur religion ka koi taluq nahi hai,</w:t>
      </w:r>
    </w:p>
    <w:p>
      <w:pPr>
        <w:jc w:val="right"/>
      </w:pPr>
      <w:r>
        <w:t>کیسے ایسا پاس ہوئے؟ تو یہ جو کہا لوگوں نے کہ مذہب اور اخلاق کا کوئی آپس میں تعلق نہیں ہے، موریلٹی کا اور اور ریلیجن کا کوئی تعلق نہیں ہے،</w:t>
      </w:r>
    </w:p>
    <w:p>
      <w:r>
        <w:rPr>
          <w:b/>
        </w:rPr>
        <w:t xml:space="preserve">[15:59] </w:t>
      </w:r>
      <w:r>
        <w:t>is liye kaha unhon ne ke mazhab ko samajhte hain ke woh rituals hai. rituals mein to koi na dar ki baat hai, na kuch bhi kisi andeshay ki baat hai.</w:t>
      </w:r>
    </w:p>
    <w:p>
      <w:pPr>
        <w:jc w:val="right"/>
      </w:pPr>
      <w:r>
        <w:t>اس لیے کہا انہوں نے کہ مذہب کو سمجھتے ہیں کہ وہ ریچولز ہے۔ ریچولز میں تو کوئی نہ ڈر کی بات ہے، نہ کچھ بھی کسی اندیشے کی بات ہے۔</w:t>
      </w:r>
    </w:p>
    <w:p>
      <w:r>
        <w:rPr>
          <w:b/>
        </w:rPr>
        <w:t xml:space="preserve">[16:12] </w:t>
      </w:r>
      <w:r>
        <w:t>yeh hai dekhiye misconception kahiye aap is ko, confusion kahiye, jo bhi kahiye. to basic cheez jis se insan aaj aaj ka insan dochar hai woh yahi hai.</w:t>
      </w:r>
    </w:p>
    <w:p>
      <w:pPr>
        <w:jc w:val="right"/>
      </w:pPr>
      <w:r>
        <w:t>یہ ہے دیکھیے مس کنسیپشن کہیے آپ اس کو، کنفیوژن کہیے، جو بھی کہیے۔ تو بیسک چیز جس سے انسان آج آج کا انسان دوچار ہے وہ یہی ہے۔</w:t>
      </w:r>
    </w:p>
    <w:p>
      <w:r>
        <w:rPr>
          <w:b/>
        </w:rPr>
        <w:t xml:space="preserve">[16:31] </w:t>
      </w:r>
      <w:r>
        <w:t>woh yahi hai. kal jo mein ne kaha ke seminar mein mein gaya tha, khoob log bol rahe hain, khoob bol rahe hain, lekin samajh mein nahi ata kya keh rahe hain.</w:t>
      </w:r>
    </w:p>
    <w:p>
      <w:pPr>
        <w:jc w:val="right"/>
      </w:pPr>
      <w:r>
        <w:t>وہ یہی ہے۔ کل جو میں نے کہا کہ سیمینار میں میں گیا تھا، خوب لوگ بول رہے ہیں، خوب بول رہے ہیں، لیکن سمجھ میں نہیں آتا کیا کہہ رہے ہیں۔</w:t>
      </w:r>
    </w:p>
    <w:p>
      <w:r>
        <w:rPr>
          <w:b/>
        </w:rPr>
        <w:t xml:space="preserve">[16:43] </w:t>
      </w:r>
      <w:r>
        <w:t>is mein sare log angrezi bolay thay, lekin aik sahib to thay aur urdu mein bolay thay, jis ko hamari madrasay mein parha hai, jo meri mother tongue hai meri, un ka bhi kuch samajh mein nahi aya.</w:t>
      </w:r>
    </w:p>
    <w:p>
      <w:pPr>
        <w:jc w:val="right"/>
      </w:pPr>
      <w:r>
        <w:t>اس میں سارے لوگ انگریزی بولے تھے، لیکن ایک صاحب تو تھے اور اردو میں بولے تھے، جس کو ہماری مدرسے میں پڑھا ہے، جو میری مدر ٹنگ ہے میری، ان کا بھی کچھ سمجھ میں نہیں آیا۔</w:t>
      </w:r>
    </w:p>
    <w:p>
      <w:r>
        <w:rPr>
          <w:b/>
        </w:rPr>
        <w:t xml:space="preserve">[16:57] </w:t>
      </w:r>
      <w:r>
        <w:t>aur sab se lambi speech inhi ki thi. baqi sab log to angrezi bolay thay. mein bhi angrezi bolay tha.</w:t>
      </w:r>
    </w:p>
    <w:p>
      <w:pPr>
        <w:jc w:val="right"/>
      </w:pPr>
      <w:r>
        <w:t>اور سب سے لمبی اسپیچ انہی کی تھی۔ باقی سب لوگ تو انگریزی بولے تھے۔ میں بھی انگریزی بولا تھا۔</w:t>
      </w:r>
    </w:p>
    <w:p>
      <w:r>
        <w:rPr>
          <w:b/>
        </w:rPr>
        <w:t xml:space="preserve">[17:09] </w:t>
      </w:r>
      <w:r>
        <w:t>to yeh mein bohat ziyada sochta hoon ke confusion kyun?</w:t>
      </w:r>
    </w:p>
    <w:p>
      <w:pPr>
        <w:jc w:val="right"/>
      </w:pPr>
      <w:r>
        <w:t>تو یہ میں بہت زیادہ سوچتا ہوں کہ کنفیوژن کیوں؟</w:t>
      </w:r>
    </w:p>
    <w:p>
      <w:r>
        <w:rPr>
          <w:b/>
        </w:rPr>
        <w:t xml:space="preserve">[17:16] </w:t>
      </w:r>
      <w:r>
        <w:t>ab dekhiye wahan par mein arz karoon, aik sahib aye, woh bohat yani achi english jante thay, doctorate tak un ki parhai hui thi.</w:t>
      </w:r>
    </w:p>
    <w:p>
      <w:pPr>
        <w:jc w:val="right"/>
      </w:pPr>
      <w:r>
        <w:t>اب دیکھیے وہاں پر میں عرض کروں، ایک صاحب آئے، وہ بہت یعنی اچھی انگلش جانتے تھے، ڈاکٹریٹ تک ان کی پڑھائی ہوئی تھی۔</w:t>
      </w:r>
    </w:p>
    <w:p>
      <w:r>
        <w:rPr>
          <w:b/>
        </w:rPr>
        <w:t xml:space="preserve">[17:30] </w:t>
      </w:r>
      <w:r>
        <w:t>woh christian thay.</w:t>
      </w:r>
    </w:p>
    <w:p>
      <w:pPr>
        <w:jc w:val="right"/>
      </w:pPr>
      <w:r>
        <w:t>وہ کرسچن تھے۔</w:t>
      </w:r>
    </w:p>
    <w:p>
      <w:r>
        <w:rPr>
          <w:b/>
        </w:rPr>
        <w:t xml:space="preserve">[17:35] </w:t>
      </w:r>
      <w:r>
        <w:t>unhon ne kya kaha? aap jante hain ke wahan par. light ka woh tha jo topic tha speechual light.</w:t>
      </w:r>
    </w:p>
    <w:p>
      <w:pPr>
        <w:jc w:val="right"/>
      </w:pPr>
      <w:r>
        <w:t>انہوں نے کیا کہا؟ آپ جانتے ہیں کہ وہاں پر۔ لائٹ کا وہ تھا جو ٹاپک تھا اسپیچول لائٹ۔</w:t>
      </w:r>
    </w:p>
    <w:p>
      <w:r>
        <w:rPr>
          <w:b/>
        </w:rPr>
        <w:t xml:space="preserve">[17:48] </w:t>
      </w:r>
      <w:r>
        <w:t>to unhon ne kaha ke jesus christ hum self was a light. jesus christ hum self was a light.</w:t>
      </w:r>
    </w:p>
    <w:p>
      <w:pPr>
        <w:jc w:val="right"/>
      </w:pPr>
      <w:r>
        <w:t>تو انہوں نے کہا کہ جیسس کرائسٹ ہم سیلف واز ا لائٹ۔ جیسس کرائسٹ ہم سیلف واز ا لائٹ۔</w:t>
      </w:r>
    </w:p>
    <w:p>
      <w:r>
        <w:rPr>
          <w:b/>
        </w:rPr>
        <w:t xml:space="preserve">[17:59] </w:t>
      </w:r>
      <w:r>
        <w:t>phir isi mein doosra kehte hain ke jesus christ was a reflection of divine light. ab dekhen dono mein kitna contradiction hai. yani aik aitbar se jesus christ goya suraj thay jis ki apni roshni hoti hai.</w:t>
      </w:r>
    </w:p>
    <w:p>
      <w:pPr>
        <w:jc w:val="right"/>
      </w:pPr>
      <w:r>
        <w:t>پھر اسی میں دوسرا کہتے ہیں کہ جیسس کرائسٹ واز ا ریفلیکشن آف ڈیوائن لائٹ۔ اب دیکھیں دونوں میں کتنا کنٹریڈکشن ہے۔ یعنی ایک اعتبار سے جیسس کرائسٹ گویا سورج تھے جس کی اپنی روشنی ہوتی ہے۔</w:t>
      </w:r>
    </w:p>
    <w:p>
      <w:r>
        <w:rPr>
          <w:b/>
        </w:rPr>
        <w:t xml:space="preserve">[18:14] </w:t>
      </w:r>
      <w:r>
        <w:t>doosray aitbar se jesus christ chand thay jis ki apni roshni nahi hoti. doosray ki roshni se woh chamakta hai. to aik taraf keh rahe hain ke jesus christ hum self was a light.</w:t>
      </w:r>
    </w:p>
    <w:p>
      <w:pPr>
        <w:jc w:val="right"/>
      </w:pPr>
      <w:r>
        <w:t>دوسرے اعتبار سے جیسس کرائسٹ چاند تھے جس کی اپنی روشنی نہیں ہوتی۔ دوسرے کی روشنی سے وہ چمکتا ہے۔ تو ایک طرف کہہ رہے ہیں کہ جیسس کرائسٹ ہم سیلف واز ا لائٹ۔</w:t>
      </w:r>
    </w:p>
    <w:p>
      <w:r>
        <w:rPr>
          <w:b/>
        </w:rPr>
        <w:t xml:space="preserve">[18:27] </w:t>
      </w:r>
      <w:r>
        <w:t>aur doosra keh rahe hain ke jesus christ was a reflection of divine light. kitna bara confusion hai yeh. to wahan jo sab cheer kar rahe thay, us seminar ko jo sab cheer kar rahe thay,</w:t>
      </w:r>
    </w:p>
    <w:p>
      <w:pPr>
        <w:jc w:val="right"/>
      </w:pPr>
      <w:r>
        <w:t>اور دوسرا کہہ رہے ہیں کہ جیسس کرائسٹ واز ا ریفلیکشن آف ڈیوائن لائٹ۔ کتنا بڑا کنفیوژن ہے یہ۔ تو وہاں جو سب چیئر کر رہے تھے، اس سیمینار کو جو سب چیئر کر رہے تھے،</w:t>
      </w:r>
    </w:p>
    <w:p>
      <w:r>
        <w:rPr>
          <w:b/>
        </w:rPr>
        <w:t xml:space="preserve">[18:41] </w:t>
      </w:r>
      <w:r>
        <w:t>aakhir mein jab un ko kaha gaya bolne ke liye, concluding remark ke liye, to woh khud bhi itna shayad puzzled thay ke kuch ziyada bol nahi sakay.</w:t>
      </w:r>
    </w:p>
    <w:p>
      <w:pPr>
        <w:jc w:val="right"/>
      </w:pPr>
      <w:r>
        <w:t>آخر میں جب ان کو کہا گیا بولنے کے لیے، کنکلوڈنگ ریمارک کے لیے، تو وہ خود بھی اتنا شاید پزل تھے کہ کچھ زیادہ بول نہیں سکے۔</w:t>
      </w:r>
    </w:p>
    <w:p>
      <w:r>
        <w:rPr>
          <w:b/>
        </w:rPr>
        <w:t xml:space="preserve">[18:54] </w:t>
      </w:r>
      <w:r>
        <w:t>sirf meri taqreer ka kuch unhon ne reference diya. baqi is ko khatam kar diya yeh keh kar ke ke bahraich mein, woh bahraich ke thay woh, ke bahraich mein, bahraich aik aik city hai wahan uttar pradesh mein.</w:t>
      </w:r>
    </w:p>
    <w:p>
      <w:pPr>
        <w:jc w:val="right"/>
      </w:pPr>
      <w:r>
        <w:t>صرف میری تقریر کا کچھ انہوں نے ریفرنس دیا۔ باقی اس کو ختم کر دیا یہ کہہ کر کہ کہ بہارائچ میں، وہ بہارائچ کے تھے وہ، کہ بہارائچ میں، بہارائچ ایک ایک سٹی ہے وہاں اتر پردیش میں۔</w:t>
      </w:r>
    </w:p>
    <w:p>
      <w:r>
        <w:rPr>
          <w:b/>
        </w:rPr>
        <w:t xml:space="preserve">[19:13] </w:t>
      </w:r>
      <w:r>
        <w:t>jab bahraich mein aik aik sahib thay jo shayari karte thay, poet, to woh poori tarah blind thay, dono ankhon se blind thay.</w:t>
      </w:r>
    </w:p>
    <w:p>
      <w:pPr>
        <w:jc w:val="right"/>
      </w:pPr>
      <w:r>
        <w:t>جب بہارائچ میں ایک ایک صاحب تھے جو شاعری کرتے تھے، پوئٹ، تو وہ پوری طرح بلائنڈ تھے، دونوں آنکھوں سے بلائنڈ تھے۔</w:t>
      </w:r>
    </w:p>
    <w:p>
      <w:r>
        <w:rPr>
          <w:b/>
        </w:rPr>
        <w:t xml:space="preserve">[19:25] </w:t>
      </w:r>
      <w:r>
        <w:t>dekh nahi sakte thay woh. lekin shair thay. to un ki aik line sunai unhon ne jis ko goya unhon ne apply kiya us hamare us discussion par.</w:t>
      </w:r>
    </w:p>
    <w:p>
      <w:pPr>
        <w:jc w:val="right"/>
      </w:pPr>
      <w:r>
        <w:t>دیکھ نہیں سکتے تھے وہ۔ لیکن شاعر تھے۔ تو ان کی ایک لائن سنائی انہوں نے جس کو گویا انہوں نے اپلائی کیا اس ہمارے اس ڈسکشن پر۔</w:t>
      </w:r>
    </w:p>
    <w:p>
      <w:r>
        <w:rPr>
          <w:b/>
        </w:rPr>
        <w:t xml:space="preserve">[19:42] </w:t>
      </w:r>
      <w:r>
        <w:t>to un ka naam tha kashfi. woh blind poet jo thay un ka naam tha kashfi. to unhon ne kaha</w:t>
      </w:r>
    </w:p>
    <w:p>
      <w:pPr>
        <w:jc w:val="right"/>
      </w:pPr>
      <w:r>
        <w:t>تو ان کا نام تھا کشفی۔ وہ بلائنڈ پوئٹ جو تھے ان کا نام تھا کشفی۔ تو انہوں نے کہا</w:t>
      </w:r>
    </w:p>
    <w:p>
      <w:r>
        <w:rPr>
          <w:b/>
        </w:rPr>
        <w:t xml:space="preserve">[19:53] </w:t>
      </w:r>
      <w:r>
        <w:t>hamara zikr hi kiya, hum to nabina hain kashfi. hamara zikr hi kiya, hum to nabina hain kashfi.</w:t>
      </w:r>
    </w:p>
    <w:p>
      <w:pPr>
        <w:jc w:val="right"/>
      </w:pPr>
      <w:r>
        <w:t>ہمارا ذکر ہی کیا، ہم تو نابینہ ہیں کشفی۔ ہمارا ذکر ہی کیا، ہم تو نابینہ ہیں کشفی۔</w:t>
      </w:r>
    </w:p>
    <w:p>
      <w:r>
        <w:rPr>
          <w:b/>
        </w:rPr>
        <w:t xml:space="preserve">[20:10] </w:t>
      </w:r>
      <w:r>
        <w:t>nazar walon ko bhi hum ne bohat, nazar walon ko bhi hum ne, kya thay sahib? nazar walon mein bhi hum ne baseerat ki kami pai.</w:t>
      </w:r>
    </w:p>
    <w:p>
      <w:pPr>
        <w:jc w:val="right"/>
      </w:pPr>
      <w:r>
        <w:t>نظر والوں کو بھی ہم نے بہت، نظر والوں کو بھی ہم نے، کیا تھے صاحب؟ نظر والوں میں بھی ہم نے بصیرت کی کمی پائی۔</w:t>
      </w:r>
    </w:p>
    <w:p>
      <w:r>
        <w:rPr>
          <w:b/>
        </w:rPr>
        <w:t xml:space="preserve">[20:19] </w:t>
      </w:r>
      <w:r>
        <w:t>nazar walon mein bhi hum ne baseerat ki kami pai. nazar walon mein bhi hum ne baseerat ki kami pai. to hamara zikr hi kiya, hum to nabina hain kashfi.</w:t>
      </w:r>
    </w:p>
    <w:p>
      <w:pPr>
        <w:jc w:val="right"/>
      </w:pPr>
      <w:r>
        <w:t>نظر والوں میں بھی ہم نے بصیرت کی کمی پائی۔ نظر والوں میں بھی ہم نے بصیرت کی کمی پائی۔ تو ہمارا ذکر ہی کیا، ہم تو نابینہ ہیں کشفی۔</w:t>
      </w:r>
    </w:p>
    <w:p>
      <w:r>
        <w:rPr>
          <w:b/>
        </w:rPr>
        <w:t xml:space="preserve">[20:33] </w:t>
      </w:r>
      <w:r>
        <w:t>nazar walon mein bhi hum ne baseerat ki kami pai. baseerat means vision. vision yani aankh bahir ki cheez dekhti hai, baseerat andar ki cheez dekhti hai.</w:t>
      </w:r>
    </w:p>
    <w:p>
      <w:pPr>
        <w:jc w:val="right"/>
      </w:pPr>
      <w:r>
        <w:t>نظر والوں میں بھی ہم نے بصیرت کی کمی پائی۔ بصیرت مینز ویژن۔ ویژن یعنی آنکھ باہر کی چیز دیکھتی ہے، بصیرت اندر کی چیز دیکھتی ہے۔</w:t>
      </w:r>
    </w:p>
    <w:p>
      <w:r>
        <w:rPr>
          <w:b/>
        </w:rPr>
        <w:t xml:space="preserve">[20:48] </w:t>
      </w:r>
      <w:r>
        <w:t>yeh halat hai logon ki.</w:t>
      </w:r>
    </w:p>
    <w:p>
      <w:pPr>
        <w:jc w:val="right"/>
      </w:pPr>
      <w:r>
        <w:t>یہ حالت ہے لوگوں کی۔</w:t>
      </w:r>
    </w:p>
    <w:p>
      <w:r>
        <w:rPr>
          <w:b/>
        </w:rPr>
        <w:t xml:space="preserve">[20:54] </w:t>
      </w:r>
      <w:r>
        <w:t>main ne to quran ki roshni mein kuch ayaton aur hadithon ko le kar ke isi ki tashreeh ki. mera jo speech thi woh koi interpretation nahi diya maine apna.</w:t>
      </w:r>
    </w:p>
    <w:p>
      <w:pPr>
        <w:jc w:val="right"/>
      </w:pPr>
      <w:r>
        <w:t>میں نے تو قرآن کی روشنی میں کچھ آیتیں اور حدیثوں کو لے کر کے اسی کی تشریح کی۔ میرا جو اسپیچ تھی وہ کوئی انٹرپریٹیشن نہیں دیا میں نے اپنا۔</w:t>
      </w:r>
    </w:p>
    <w:p>
      <w:r>
        <w:rPr>
          <w:b/>
        </w:rPr>
        <w:t xml:space="preserve">[21:07] </w:t>
      </w:r>
      <w:r>
        <w:t>quran o hadith ko le kar ke bayan kiya. albata is mein maine ek baat yeh kahi ke islam mein jo light hai yani spiritual light woh khuda ki taraf se aati hai.</w:t>
      </w:r>
    </w:p>
    <w:p>
      <w:pPr>
        <w:jc w:val="right"/>
      </w:pPr>
      <w:r>
        <w:t>قرآن و حدیث کو لے کر کے بیان کیا۔ البتہ اس میں میں نے ایک بات یہ کہی کہ اسلام میں جو لائٹ ہے یعنی اسپیچول لائٹ وہ خدا کی طرف سے آتی ہے۔</w:t>
      </w:r>
    </w:p>
    <w:p>
      <w:r>
        <w:rPr>
          <w:b/>
        </w:rPr>
        <w:t xml:space="preserve">[21:23] </w:t>
      </w:r>
      <w:r>
        <w:t>Allah noor al samawati wal ard. rasool Allah ne farmaya ke Allah fi qalbi noor. o god fill my heart with the spiritual light.</w:t>
      </w:r>
    </w:p>
    <w:p>
      <w:pPr>
        <w:jc w:val="right"/>
      </w:pPr>
      <w:r>
        <w:t>اللہ نور السماوات والارض۔ رسول اللہ نے فرمایا کہ اللہ فی قلبی نور۔ او گاڈ فل مائی ہارٹ ود ود دی اسپیچول لائٹ۔</w:t>
      </w:r>
    </w:p>
    <w:p>
      <w:r>
        <w:rPr>
          <w:b/>
        </w:rPr>
        <w:t xml:space="preserve">[21:38] </w:t>
      </w:r>
      <w:r>
        <w:t>to Allah ki taraf se aati hai. to aadmi kya hai? taker hai aur khuda jo hai giver hai. light ka jo reservoir hai woh khuda hai.</w:t>
      </w:r>
    </w:p>
    <w:p>
      <w:pPr>
        <w:jc w:val="right"/>
      </w:pPr>
      <w:r>
        <w:t>تو اللہ کی طرف سے آتی ہے۔ تو آدمی کیا ہے؟ ٹیکر ہے اور خدا جو ہے گیور ہے۔ لائٹ کا جو ریزروائر ہے وہ خدا ہے۔</w:t>
      </w:r>
    </w:p>
    <w:p>
      <w:r>
        <w:rPr>
          <w:b/>
        </w:rPr>
        <w:t xml:space="preserve">[21:55] </w:t>
      </w:r>
      <w:r>
        <w:t>to khuda deta hai, insaan paata hai. khuda inspire karta hai, hum us ko receive karte hain. to spiritual light khuda ki taraf se aati hai.</w:t>
      </w:r>
    </w:p>
    <w:p>
      <w:pPr>
        <w:jc w:val="right"/>
      </w:pPr>
      <w:r>
        <w:t>تو خدا دیتا ہے، انسان پاتا ہے۔ خدا انسپائر کرتا ہے، ہم اس کو ریسیو کرتے ہیں۔ تو اسپیچول لائٹ خدا کی طرف سے آتی ہے۔</w:t>
      </w:r>
    </w:p>
    <w:p>
      <w:r>
        <w:rPr>
          <w:b/>
        </w:rPr>
        <w:t xml:space="preserve">[22:07] </w:t>
      </w:r>
      <w:r>
        <w:t>to is mein maine kaha ke kis ko milti hai light? khuda ki yeh light kis ko milti hai?</w:t>
      </w:r>
    </w:p>
    <w:p>
      <w:pPr>
        <w:jc w:val="right"/>
      </w:pPr>
      <w:r>
        <w:t>تو اس میں میں نے کہا کہ کس کو ملتی ہے لائٹ؟ خدا کی یہ لائٹ کس کو ملتی ہے؟</w:t>
      </w:r>
    </w:p>
    <w:p>
      <w:r>
        <w:rPr>
          <w:b/>
        </w:rPr>
        <w:t xml:space="preserve">[22:17] </w:t>
      </w:r>
      <w:r>
        <w:t>to maine kaha ke yeh jo electricity hamari hai woh bohat achhi tarah illustrate karti hai is mamle ko ke yeh yeh jo give and take ka mamla hota hai khuda aur bande ke beech mein woh kaise hota hai?</w:t>
      </w:r>
    </w:p>
    <w:p>
      <w:pPr>
        <w:jc w:val="right"/>
      </w:pPr>
      <w:r>
        <w:t>تو میں نے کہا کہ یہ جو الیکٹریسٹی ہماری ہے وہ بہت اچھی طرح اللسٹیٹ کرتی ہے اس معاملے کو کہ یہ یہ جو گیو اینڈ ٹیک کا معاملہ ہوتا ہے خدا اور بندے کے بیچ میں وہ کیسے ہوتا ہے؟</w:t>
      </w:r>
    </w:p>
    <w:p>
      <w:r>
        <w:rPr>
          <w:b/>
        </w:rPr>
        <w:t xml:space="preserve">[22:38] </w:t>
      </w:r>
      <w:r>
        <w:t>to electricity is ka ek demonstration hai. kyunke aap jante hain ke electricity aati hai power house se. power house hamare ghar se door hai.</w:t>
      </w:r>
    </w:p>
    <w:p>
      <w:pPr>
        <w:jc w:val="right"/>
      </w:pPr>
      <w:r>
        <w:t>تو الیکٹریسٹی اس کا ایک ڈیمونسٹریشن ہے۔ کیونکہ آپ جانتے ہیں کہ الیکٹریسٹی آتی ہے پاور ہاؤس سے۔ پاور ہاؤس ہمارے گھر سے دور ہے۔</w:t>
      </w:r>
    </w:p>
    <w:p>
      <w:r>
        <w:rPr>
          <w:b/>
        </w:rPr>
        <w:t xml:space="preserve">[22:50] </w:t>
      </w:r>
      <w:r>
        <w:t>wahan se wiring hoti hai jo hamare ghar tak pohnchti hai. to wire ke through electricity jo hai hamare ghar pohnchti hai.</w:t>
      </w:r>
    </w:p>
    <w:p>
      <w:pPr>
        <w:jc w:val="right"/>
      </w:pPr>
      <w:r>
        <w:t>وہاں سے وائرنگ ہوتی ہے جو ہمارے گھر تک پہنچتی ہے۔ تو وائر کے تھرو الیکٹریسٹی جو ہے ہمارے گھر پہنچتی ہے۔</w:t>
      </w:r>
    </w:p>
    <w:p>
      <w:r>
        <w:rPr>
          <w:b/>
        </w:rPr>
        <w:t xml:space="preserve">[23:00] </w:t>
      </w:r>
      <w:r>
        <w:t>lekin power house ka jo jo taar hai aur hamare ghar ka jo taar hai to jahan woh connect hota hai, jo connecting point hai wahan meri taraf good conductor hona chahiye.</w:t>
      </w:r>
    </w:p>
    <w:p>
      <w:pPr>
        <w:jc w:val="right"/>
      </w:pPr>
      <w:r>
        <w:t>لیکن پاور ہاؤس کا جو جو تار ہے اور ہمارے گھر کا جو تار ہے تو جہاں وہ کنیکٹ ہوتا ہے، جو کنیکٹنگ پوائنٹ ہے وہاں میری طرف گڈ کنڈکٹر ہونا چاہیے۔</w:t>
      </w:r>
    </w:p>
    <w:p>
      <w:r>
        <w:rPr>
          <w:b/>
        </w:rPr>
        <w:t xml:space="preserve">[23:19] </w:t>
      </w:r>
      <w:r>
        <w:t>agar maine apne taar ko bad conductor ko bana rakha hai, matlab lakri ka taar ho, wahan lakri fit kar rakhi ho maine, yani connecting point jo hai dono ke beech mein, wahan par meri taraf bad conductor ho to electricity aayegi lekin woh mere ghar mein nahi dakhil hogi.</w:t>
      </w:r>
    </w:p>
    <w:p>
      <w:pPr>
        <w:jc w:val="right"/>
      </w:pPr>
      <w:r>
        <w:t>اگر میں نے اپنے تار کو بیڈ کنڈکٹر کو بنا رکھا ہے، مطلب لکڑی کا تار ہو، وہاں لکڑی فٹ کر رکھی ہو میں نے، یعنی کنیکٹنگ پوائنٹ جو ہے دونوں کے بیچ میں، وہاں پر میری طرف بیڈ کنڈکٹر ہو تو الیکٹریسٹی آئے گی لیکن وہ میرے گھر میں نہیں داخل ہوگی۔</w:t>
      </w:r>
    </w:p>
    <w:p>
      <w:r>
        <w:rPr>
          <w:b/>
        </w:rPr>
        <w:t xml:space="preserve">[23:47] </w:t>
      </w:r>
      <w:r>
        <w:t>mere bulb ko roshan nahi karegi.</w:t>
      </w:r>
    </w:p>
    <w:p>
      <w:pPr>
        <w:jc w:val="right"/>
      </w:pPr>
      <w:r>
        <w:t>میرے بلب کو روشن نہیں کرے گی۔</w:t>
      </w:r>
    </w:p>
    <w:p>
      <w:r>
        <w:rPr>
          <w:b/>
        </w:rPr>
        <w:t xml:space="preserve">[23:52] </w:t>
      </w:r>
      <w:r>
        <w:t>jab tak hum, yeh tabhi hoga jab ke hum good conductor lagayen. yani connecting point par hamari taraf good conductor hona chahiye.</w:t>
      </w:r>
    </w:p>
    <w:p>
      <w:pPr>
        <w:jc w:val="right"/>
      </w:pPr>
      <w:r>
        <w:t>جب تک ہم، یہ تبھی ہوگا جب کہ ہم گڈ کنڈکٹر لگائیں۔ یعنی کنیکٹنگ پوائنٹ پر ہماری طرف گڈ کنڈکٹر ہونا چاہیے۔</w:t>
      </w:r>
    </w:p>
    <w:p>
      <w:r>
        <w:rPr>
          <w:b/>
        </w:rPr>
        <w:t xml:space="preserve">[24:04] </w:t>
      </w:r>
      <w:r>
        <w:t>tab electricity pass hogi. yahi mamla hai khuda aur bande ka. ke mujhe good conductor hona chahiye.</w:t>
      </w:r>
    </w:p>
    <w:p>
      <w:pPr>
        <w:jc w:val="right"/>
      </w:pPr>
      <w:r>
        <w:t>تب الیکٹریسٹی پاس ہوگی۔ یہی معاملہ ہے خدا اور بندے کا۔ کہ مجھے گڈ کنڈکٹر ہونا چاہیے۔</w:t>
      </w:r>
    </w:p>
    <w:p>
      <w:r>
        <w:rPr>
          <w:b/>
        </w:rPr>
        <w:t xml:space="preserve">[24:16] </w:t>
      </w:r>
      <w:r>
        <w:t>tab khuda ki taraf se aanay wali jo spiritual light hai woh mujh tak pohnchegi. meri personality ko roshan karegi. mere soul ko roshan karegi.</w:t>
      </w:r>
    </w:p>
    <w:p>
      <w:pPr>
        <w:jc w:val="right"/>
      </w:pPr>
      <w:r>
        <w:t>تب خدا کی طرف سے آنے والی جو اسپیچول لائٹ ہے وہ مجھ تک پہنچے گی۔ میری پرسنیلٹی کو روشن کرے گی۔ میرے سول کو روشن کرے گی۔</w:t>
      </w:r>
    </w:p>
    <w:p>
      <w:r>
        <w:rPr>
          <w:b/>
        </w:rPr>
        <w:t xml:space="preserve">[24:29] </w:t>
      </w:r>
      <w:r>
        <w:t>to good conductor, good yani insaan ka good conductor hona kya hai? woh yeh hai ke maine wahan yeh baat kahi ke mere andar positivity ho,</w:t>
      </w:r>
    </w:p>
    <w:p>
      <w:pPr>
        <w:jc w:val="right"/>
      </w:pPr>
      <w:r>
        <w:t>تو گڈ کنڈکٹر، گڈ یعنی انسان کا گڈ کنڈکٹر ہونا کیا ہے؟ وہ یہ ہے کہ میں نے وہاں یہ بات کہی کہ میرے اندر پازیٹیوٹی ہو،</w:t>
      </w:r>
    </w:p>
    <w:p>
      <w:r>
        <w:rPr>
          <w:b/>
        </w:rPr>
        <w:t xml:space="preserve">[24:45] </w:t>
      </w:r>
      <w:r>
        <w:t>negativity na ho. yani agar mera mind negative thinking ho mere mind mein to main bad conductor ban gaya.</w:t>
      </w:r>
    </w:p>
    <w:p>
      <w:pPr>
        <w:jc w:val="right"/>
      </w:pPr>
      <w:r>
        <w:t>نیگیٹیوٹی نہ ہو۔ یعنی اگر میرا مائنڈ نیگیٹیو تھنکنگ ہو میرے مائنڈ میں تو میں بیڈ کنڈکٹر بن گیا۔</w:t>
      </w:r>
    </w:p>
    <w:p>
      <w:r>
        <w:rPr>
          <w:b/>
        </w:rPr>
        <w:t xml:space="preserve">[24:59] </w:t>
      </w:r>
      <w:r>
        <w:t>aur mere mind mein positive thinking ho to main good conductor ban gaya. yeh hai raaz.</w:t>
      </w:r>
    </w:p>
    <w:p>
      <w:pPr>
        <w:jc w:val="right"/>
      </w:pPr>
      <w:r>
        <w:t>اور میرے مائنڈ میں پازیٹیو تھنکنگ ہو تو میں گڈ کنڈکٹر بن گیا۔ یہ ہے راز۔</w:t>
      </w:r>
    </w:p>
    <w:p>
      <w:r>
        <w:rPr>
          <w:b/>
        </w:rPr>
        <w:t xml:space="preserve">[25:10] </w:t>
      </w:r>
      <w:r>
        <w:t>to mujhe agar main chahta hoon ke spiritual light mujhe mile to mujhe apne ko purify karna parega. purify karna parega.</w:t>
      </w:r>
    </w:p>
    <w:p>
      <w:pPr>
        <w:jc w:val="right"/>
      </w:pPr>
      <w:r>
        <w:t>تو مجھے اگر میں چاہتا ہوں کہ اسپیچول لائٹ مجھے ملے تو مجھے اپنے کو پیوریفائی کرنا پڑے گا۔ پیوریفائی کرنا پڑے گا۔</w:t>
      </w:r>
    </w:p>
    <w:p>
      <w:r>
        <w:rPr>
          <w:b/>
        </w:rPr>
        <w:t xml:space="preserve">[25:24] </w:t>
      </w:r>
      <w:r>
        <w:t>purified soul hi yahan good conductor ka kaam karta hai.</w:t>
      </w:r>
    </w:p>
    <w:p>
      <w:pPr>
        <w:jc w:val="right"/>
      </w:pPr>
      <w:r>
        <w:t>پیوریفائیڈ سول ہی یہاں گڈ کنڈکٹر کا کام کرتا ہے۔</w:t>
      </w:r>
    </w:p>
    <w:p>
      <w:r>
        <w:rPr>
          <w:b/>
        </w:rPr>
        <w:t xml:space="preserve">[25:32] </w:t>
      </w:r>
      <w:r>
        <w:t>to maine wahan par aksar mein misaal diya karta hoon gaaye ki. wahan bhi maine gaaye ki misaal di. ke yeh duniya jo hai yeh negative item se bhari hui hai.</w:t>
      </w:r>
    </w:p>
    <w:p>
      <w:pPr>
        <w:jc w:val="right"/>
      </w:pPr>
      <w:r>
        <w:t>تو میں نے وہاں پر اکثر میں مثال دیا کرتا ہوں گائے کی۔ وہاں بھی میں نے گائے کی مثال دی۔ کہ یہ دنیا جو ہے یہ نیگیٹیو آئٹم سے بھری ہوئی ہے۔</w:t>
      </w:r>
    </w:p>
    <w:p>
      <w:r>
        <w:rPr>
          <w:b/>
        </w:rPr>
        <w:t xml:space="preserve">[25:45] </w:t>
      </w:r>
      <w:r>
        <w:t>har waqt yahan par, har waqt yahan par yani provocation hai.</w:t>
      </w:r>
    </w:p>
    <w:p>
      <w:pPr>
        <w:jc w:val="right"/>
      </w:pPr>
      <w:r>
        <w:t>ہر وقت یہاں پر، ہر وقت یہاں پر یعنی پرووکیشن ہے۔</w:t>
      </w:r>
    </w:p>
    <w:p>
      <w:r>
        <w:rPr>
          <w:b/>
        </w:rPr>
        <w:t xml:space="preserve">[25:55] </w:t>
      </w:r>
      <w:r>
        <w:t>har waqt yahan par kuch na kuch unwanted situation rehti hai hamare aas paas. to is ki wajah se hum kya hote hain?</w:t>
      </w:r>
    </w:p>
    <w:p>
      <w:pPr>
        <w:jc w:val="right"/>
      </w:pPr>
      <w:r>
        <w:t>ہر وقت یہاں پر کچھ نہ کچھ ان وانٹڈ سچویشن رہتی ہے ہمارے آس پاس۔ تو اس کی وجہ سے ہم کیا ہوتے ہیں؟</w:t>
      </w:r>
    </w:p>
    <w:p>
      <w:r>
        <w:rPr>
          <w:b/>
        </w:rPr>
        <w:t xml:space="preserve">[26:04] </w:t>
      </w:r>
      <w:r>
        <w:t>hum negative thought mein par jatay hain. to hamein kya karna hai?</w:t>
      </w:r>
    </w:p>
    <w:p>
      <w:pPr>
        <w:jc w:val="right"/>
      </w:pPr>
      <w:r>
        <w:t>ہم نیگیٹیو تھاٹ میں پڑ جاتے ہیں۔ تو ہمیں کیا کرنا ہے؟</w:t>
      </w:r>
    </w:p>
    <w:p>
      <w:r>
        <w:rPr>
          <w:b/>
        </w:rPr>
        <w:t xml:space="preserve">[26:11] </w:t>
      </w:r>
      <w:r>
        <w:t>you have to learn the art of turning negativity into positivity. kyunke negativity ko aap khatm kar nahin sakte.</w:t>
      </w:r>
    </w:p>
    <w:p>
      <w:pPr>
        <w:jc w:val="right"/>
      </w:pPr>
      <w:r>
        <w:t>یو ہیو ٹو لرن دا آرٹ آف ٹرننگ نیگیٹیوٹی انٹو پازیٹیوٹی۔ کیونکہ نیگیٹیوٹی کو آپ ختم کر نہیں سکتے۔</w:t>
      </w:r>
    </w:p>
    <w:p>
      <w:r>
        <w:rPr>
          <w:b/>
        </w:rPr>
        <w:t xml:space="preserve">[26:22] </w:t>
      </w:r>
      <w:r>
        <w:t>yeh mumkin nahin hai ke aap negative item ko dunya se khatm kar dein. yeh to mumkin nahin hai.</w:t>
      </w:r>
    </w:p>
    <w:p>
      <w:pPr>
        <w:jc w:val="right"/>
      </w:pPr>
      <w:r>
        <w:t>یہ ممکن نہیں ہے کہ آپ نیگیٹیو آئٹم کو دنیا سے ختم کر دیں۔ یہ تو ممکن نہیں ہے۔</w:t>
      </w:r>
    </w:p>
    <w:p>
      <w:r>
        <w:rPr>
          <w:b/>
        </w:rPr>
        <w:t xml:space="preserve">[26:33] </w:t>
      </w:r>
      <w:r>
        <w:t>to aap ko khud apne andar yeh capacity develop karna chahiye ke jab negative item aap ke paas aayen to us ko aap convert kar saken positive item mein.</w:t>
      </w:r>
    </w:p>
    <w:p>
      <w:pPr>
        <w:jc w:val="right"/>
      </w:pPr>
      <w:r>
        <w:t>تو آپ کو خود اپنے اندر یہ کیپیسٹی ڈیولپ کرنا چاہیے کہ جب نیگیٹیو آئٹم آپ کے پاس آئیں تو اس کو آپ کنورٹ کر سکیں پازیٹیو آئٹم میں۔</w:t>
      </w:r>
    </w:p>
    <w:p>
      <w:r>
        <w:rPr>
          <w:b/>
        </w:rPr>
        <w:t xml:space="preserve">[26:48] </w:t>
      </w:r>
      <w:r>
        <w:t>quran mein hai ke</w:t>
      </w:r>
    </w:p>
    <w:p>
      <w:pPr>
        <w:jc w:val="right"/>
      </w:pPr>
      <w:r>
        <w:t>قرآن میں ہے کہ</w:t>
      </w:r>
    </w:p>
    <w:p>
      <w:r>
        <w:rPr>
          <w:b/>
        </w:rPr>
        <w:t xml:space="preserve">[26:54] </w:t>
      </w:r>
      <w:r>
        <w:t>al-kazibeen al-ghayz wal-aafina. al-kazibeen al-ghayz. quran mein hai ke al-kazibeen al-ghayz. ghusse ko peene wale.</w:t>
      </w:r>
    </w:p>
    <w:p>
      <w:pPr>
        <w:jc w:val="right"/>
      </w:pPr>
      <w:r>
        <w:t>الکاذبین الغیض والعافین۔ الکاذبین الغیض۔ قرآن میں ہے کہ الکاذبین الغیض۔ غصے کو پی جانے والے۔</w:t>
      </w:r>
    </w:p>
    <w:p>
      <w:r>
        <w:rPr>
          <w:b/>
        </w:rPr>
        <w:t xml:space="preserve">[27:06] </w:t>
      </w:r>
      <w:r>
        <w:t>yeh bohat ziyada sochne ki baat hai. al-kazibeen al-ghayz. ghusse ko peene wale.</w:t>
      </w:r>
    </w:p>
    <w:p>
      <w:pPr>
        <w:jc w:val="right"/>
      </w:pPr>
      <w:r>
        <w:t>یہ بہت زیادہ سوچنے کی بات ہے۔ الکاذبین الغیض۔ غصے کو پی جانے والے۔</w:t>
      </w:r>
    </w:p>
    <w:p>
      <w:r>
        <w:rPr>
          <w:b/>
        </w:rPr>
        <w:t xml:space="preserve">[27:18] </w:t>
      </w:r>
      <w:r>
        <w:t>dekhein yeh nahin kaha ke al-faqideen al-ghayz.</w:t>
      </w:r>
    </w:p>
    <w:p>
      <w:pPr>
        <w:jc w:val="right"/>
      </w:pPr>
      <w:r>
        <w:t>دیکھیں یہ نہیں کہا کہ الفاقدین الغیض۔</w:t>
      </w:r>
    </w:p>
    <w:p>
      <w:r>
        <w:rPr>
          <w:b/>
        </w:rPr>
        <w:t xml:space="preserve">[27:23] </w:t>
      </w:r>
      <w:r>
        <w:t>yeh nahin kaha. bhai dekhein hum kai baar yeh keh chuke hain ke hamare yahan koi bhi woh mobile istemal na kare.</w:t>
      </w:r>
    </w:p>
    <w:p>
      <w:pPr>
        <w:jc w:val="right"/>
      </w:pPr>
      <w:r>
        <w:t>یہ نہیں کہا۔ بھئی دیکھیں ہم کئی بار یہ کہہ چکے ہیں کہ ہمارے یہاں کوئی بھی وہ موبائل استعمال نہ کرے۔</w:t>
      </w:r>
    </w:p>
    <w:p>
      <w:r>
        <w:rPr>
          <w:b/>
        </w:rPr>
        <w:t xml:space="preserve">[27:36] </w:t>
      </w:r>
      <w:r>
        <w:t>aap logon ko agar mobile nahin chhor sakte hain to class mein na aaiye aap mujh se akele miliye wahan ghar mere ghar par. yahan par jo mobile istemal karega woh hum ko hum ko qatl karega.</w:t>
      </w:r>
    </w:p>
    <w:p>
      <w:pPr>
        <w:jc w:val="right"/>
      </w:pPr>
      <w:r>
        <w:t>آپ لوگوں کو اگر موبائل نہیں چھوڑ سکتے ہیں تو کلاس میں نہ آئیے آپ مجھ سے اکیلے ملیے وہاں گھر میرے گھر پر۔ یہاں پر جو موبائل استعمال کرے گا وہ ہم کو ہم کو قتل کرے گا۔</w:t>
      </w:r>
    </w:p>
    <w:p>
      <w:r>
        <w:rPr>
          <w:b/>
        </w:rPr>
        <w:t xml:space="preserve">[27:49] </w:t>
      </w:r>
      <w:r>
        <w:t>aap samajhte hain ke hum koi mazak kar rahe hain yeh? yeh jo hum kar rahe hain. main ne is ke liye woh sacrifice kiya jo dunya mein kisi ne ki nahin hai.</w:t>
      </w:r>
    </w:p>
    <w:p>
      <w:pPr>
        <w:jc w:val="right"/>
      </w:pPr>
      <w:r>
        <w:t>آپ سمجھتے ہیں کہ ہم کوئی مذاق کر رہے ہیں یہ؟ یہ جو ہم کر رہے ہیں۔ میں نے اس کے لیے وہ سیکریفائس کیا جو دنیا میں کسی نے کی نہیں ہے۔</w:t>
      </w:r>
    </w:p>
    <w:p>
      <w:r>
        <w:rPr>
          <w:b/>
        </w:rPr>
        <w:t xml:space="preserve">[27:59] </w:t>
      </w:r>
      <w:r>
        <w:t>aap kisi ke naam nahin bata sakte. main ne international stage ko sacrifice kiya. international stage ko main ne chhora.</w:t>
      </w:r>
    </w:p>
    <w:p>
      <w:pPr>
        <w:jc w:val="right"/>
      </w:pPr>
      <w:r>
        <w:t>آپ کسی کے نام نہیں بتا سکتے۔ میں نے انٹرنیشنل اسٹیج کو سیکریفائس کیا۔ انٹرنیشنل اسٹیج کو میں نے چھوڑا۔</w:t>
      </w:r>
    </w:p>
    <w:p>
      <w:r>
        <w:rPr>
          <w:b/>
        </w:rPr>
        <w:t xml:space="preserve">[28:09] </w:t>
      </w:r>
      <w:r>
        <w:t>main ne shohrat ko chhora. paisa bohat idhar udhar mil raha tha main ne us ko chhora. sirf is liye ke main aik team bana sakoon. warna aaj main yahan baitha hua na hota.</w:t>
      </w:r>
    </w:p>
    <w:p>
      <w:pPr>
        <w:jc w:val="right"/>
      </w:pPr>
      <w:r>
        <w:t>میں نے شہرت کو چھوڑا۔ پیسہ بہت ادھر ادھر مل رہا تھا میں نے اس کو چھوڑا۔ صرف اس لیے کہ میں ایک ٹیم بنا سکوں۔ ورنہ آج میں یہاں بیٹھا ہوا نہ ہوتا۔</w:t>
      </w:r>
    </w:p>
    <w:p>
      <w:r>
        <w:rPr>
          <w:b/>
        </w:rPr>
        <w:t xml:space="preserve">[28:20] </w:t>
      </w:r>
      <w:r>
        <w:t>main international stage par hota. beshumar sacrifices ke baad yeh mumkin hua hai ke hum yahan aik team banayen.</w:t>
      </w:r>
    </w:p>
    <w:p>
      <w:pPr>
        <w:jc w:val="right"/>
      </w:pPr>
      <w:r>
        <w:t>میں انٹرنیشنل اسٹیج پر ہوتا۔ بے شمار سیکریفائسز کے بعد یہ ممکن ہوا ہے کہ ہم یہاں ایک ٹیم بنائیں۔</w:t>
      </w:r>
    </w:p>
    <w:p>
      <w:r>
        <w:rPr>
          <w:b/>
        </w:rPr>
        <w:t xml:space="preserve">[28:29] </w:t>
      </w:r>
      <w:r>
        <w:t>ab jo aadmi yahan aata hai us ko jaanna chahiye ke hamari shariyat mein mobile le kar yahan aana haram hai. bilkul haram. crime hai crime.</w:t>
      </w:r>
    </w:p>
    <w:p>
      <w:pPr>
        <w:jc w:val="right"/>
      </w:pPr>
      <w:r>
        <w:t>اب جو آدمی یہاں آتا ہے اس کو جاننا چاہیے کہ ہماری شریعت میں موبائل لے کر یہاں آنا حرام ہے۔ بالکل حرام۔ کرائم ہے کرائم۔</w:t>
      </w:r>
    </w:p>
    <w:p>
      <w:r>
        <w:rPr>
          <w:b/>
        </w:rPr>
        <w:t xml:space="preserve">[28:41] </w:t>
      </w:r>
      <w:r>
        <w:t>itna bara crime is kamre mein to aap na karein. bahar karein khoob.</w:t>
      </w:r>
    </w:p>
    <w:p>
      <w:pPr>
        <w:jc w:val="right"/>
      </w:pPr>
      <w:r>
        <w:t>اتنا بڑا کرائم اس کمرے میں تو آپ نہ کریں۔ باہر کریں خوب۔</w:t>
      </w:r>
    </w:p>
    <w:p>
      <w:r>
        <w:rPr>
          <w:b/>
        </w:rPr>
        <w:t xml:space="preserve">[28:46] </w:t>
      </w:r>
      <w:r>
        <w:t>jo aadmi yahan mobile le kar aata hai aur us ko istemal karta hai yaqeen kijiye ke mere nazdeek woh crime kar raha hai. mujh ko qatl kar raha hai. meri sacrifices ko samandar mein daal raha hai.</w:t>
      </w:r>
    </w:p>
    <w:p>
      <w:pPr>
        <w:jc w:val="right"/>
      </w:pPr>
      <w:r>
        <w:t>جو آدمی یہاں موبائل لے کر آتا ہے اور اس کو استعمال کرتا ہے یقین کیجیے کہ میرے نزدیک وہ کرائم کر رہا ہے۔ مجھ کو قتل کر رہا ہے۔ میری سیکریفائسز کو سمندر میں ڈال رہا ہے۔</w:t>
      </w:r>
    </w:p>
    <w:p>
      <w:r>
        <w:rPr>
          <w:b/>
        </w:rPr>
        <w:t xml:space="preserve">[28:59] </w:t>
      </w:r>
      <w:r>
        <w:t>meri zindagi ke aakhri lamhat baqi hain. main chahta hoon aik team banaoon. yaad rakhiye poori history mein kabhi team nahin banayi gayi siwaye Rasool Allah sallallahu alaihi wasallam ke.</w:t>
      </w:r>
    </w:p>
    <w:p>
      <w:pPr>
        <w:jc w:val="right"/>
      </w:pPr>
      <w:r>
        <w:t>میری زندگی کے آخری لمحات باقی ہیں۔ میں چاہتا ہوں ایک ٹیم بناؤں۔ یاد رکھیے پوری ہسٹری میں کبھی ٹیم نہیں بنائی گئی سوائے رسول اللہ صلی اللہ علیہ وسلم کے۔</w:t>
      </w:r>
    </w:p>
    <w:p>
      <w:r>
        <w:rPr>
          <w:b/>
        </w:rPr>
        <w:t xml:space="preserve">[29:09] </w:t>
      </w:r>
      <w:r>
        <w:t>log jo hai stage par bolte hain, cried ko agree karte hain aur taliyan bajti hain. yeh koi kaam nahin hai. hum mart</w:t>
      </w:r>
    </w:p>
    <w:p>
      <w:pPr>
        <w:jc w:val="right"/>
      </w:pPr>
      <w:r>
        <w:t>لوگ جو ہے اسٹیج پر بولتے ہیں، کرائیڈ کو ایگریس کرتے ہیں اور تالیاں بجتی ہیں۔ یہ کوئی کام نہیں ہے۔ ہم مرت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