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December 3, 2006 Maulana Wahiduddin Khan</w:t>
      </w:r>
    </w:p>
    <w:p>
      <w:r>
        <w:t>https://www.youtube.com/watch?v=2MrnmNMSEfs</w:t>
      </w:r>
    </w:p>
    <w:p>
      <w:r>
        <w:rPr>
          <w:b/>
        </w:rPr>
        <w:t xml:space="preserve">[00:13] </w:t>
      </w:r>
      <w:r>
        <w:t>bismillah rahman rahim, wasalli Allahu ala nabi al karim. rab ishrah li sadri, wa yassir li amri, wahal al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[00:29] </w:t>
      </w:r>
      <w:r>
        <w:t>yafqa qawli.</w:t>
      </w:r>
    </w:p>
    <w:p>
      <w:pPr>
        <w:jc w:val="right"/>
      </w:pPr>
      <w:r>
        <w:t>یفقہ قولی.</w:t>
      </w:r>
    </w:p>
    <w:p>
      <w:r>
        <w:rPr>
          <w:b/>
        </w:rPr>
        <w:t xml:space="preserve">[00:34] </w:t>
      </w:r>
      <w:r>
        <w:t>aaj ka jo topic hai woh hai "from the spiritual tree". is se pehle main ne aap ko yeh baat batai hai ke mere ghar mein ek drakht hai jis ke neeche main baitha rehta hoon aksar, aur sari zindagi mujhe dilchaspi rahi hai drakht se.</w:t>
      </w:r>
    </w:p>
    <w:p>
      <w:pPr>
        <w:jc w:val="right"/>
      </w:pPr>
      <w:r>
        <w:t>آج کا جو ٹاپک ہے وہ ہے "فرام دا اسپیریچول ٹری". اس سے پہلے میں نے آپ کو یہ بات بتائی ہے کہ میرے گھر میں ایک درخت ہے جس کے نیچے میں بیٹھا رہتا ہوں اکثر، اور ساری زندگی مجھے دلچسپی رہی ہے درخت سے۔</w:t>
      </w:r>
    </w:p>
    <w:p>
      <w:r>
        <w:rPr>
          <w:b/>
        </w:rPr>
        <w:t xml:space="preserve">[01:02] </w:t>
      </w:r>
      <w:r>
        <w:t>drakht ke neeche baithna mera zindagi bhar ka mamool raha hai. to yahan bhi main ek drakht ke neeche aksar baithta hoon, to wahan par mujhe koi inspiration milta hai, is liye main in baaton ko "from the spiritual tree" kehta hoon.</w:t>
      </w:r>
    </w:p>
    <w:p>
      <w:pPr>
        <w:jc w:val="right"/>
      </w:pPr>
      <w:r>
        <w:t>درخت کے نیچے بیٹھنا میرا زندگی بھر کا معمول رہا ہے۔ تو یہاں بھی میں ایک درخت کے نیچے اکثر بیٹھتا ہوں، تو وہاں پر مجھے کوئی انسپیریشن ملتا ہے، اس لیے میں ان باتوں کو "فرام دا اسپیریچول ٹری" کہتا ہوں۔</w:t>
      </w:r>
    </w:p>
    <w:p>
      <w:r>
        <w:rPr>
          <w:b/>
        </w:rPr>
        <w:t xml:space="preserve">[01:27] </w:t>
      </w:r>
      <w:r>
        <w:t>to aaj ka topic jo hai mere zehn mein clear nahi tha ke mujhe kya kehna chahiye. to aaj hi subah ko aisa hua ke wahan par achank mere mind mein ek word aya,</w:t>
      </w:r>
    </w:p>
    <w:p>
      <w:pPr>
        <w:jc w:val="right"/>
      </w:pPr>
      <w:r>
        <w:t>تو آج کا ٹاپک جو ہے میرے ذہن میں کلیئر نہیں تھا کہ مجھے کیا کہنا چاہیے۔ تو آج ہی صبح کو ایسا ہوا کہ وہاں پر اچانک میرے مائنڈ میں ایک ورڈ آیا،</w:t>
      </w:r>
    </w:p>
    <w:p>
      <w:r>
        <w:rPr>
          <w:b/>
        </w:rPr>
        <w:t xml:space="preserve">[01:42] </w:t>
      </w:r>
      <w:r>
        <w:t>bilkul achank, woh tha</w:t>
      </w:r>
    </w:p>
    <w:p>
      <w:pPr>
        <w:jc w:val="right"/>
      </w:pPr>
      <w:r>
        <w:t>بالکل اچانک، وہ تھا</w:t>
      </w:r>
    </w:p>
    <w:p>
      <w:r>
        <w:rPr>
          <w:b/>
        </w:rPr>
        <w:t xml:space="preserve">[01:48] </w:t>
      </w:r>
      <w:r>
        <w:t>"false sense of priority".</w:t>
      </w:r>
    </w:p>
    <w:p>
      <w:pPr>
        <w:jc w:val="right"/>
      </w:pPr>
      <w:r>
        <w:t>"فالس سینس آف پرائرٹی".</w:t>
      </w:r>
    </w:p>
    <w:p>
      <w:r>
        <w:rPr>
          <w:b/>
        </w:rPr>
        <w:t xml:space="preserve">[01:54] </w:t>
      </w:r>
      <w:r>
        <w:t>false sense of priority. is par main ne socha to laga ke yeh to poori history par ek tabsera hai. poori poori history mein insan isi mein phansa raha hai,</w:t>
      </w:r>
    </w:p>
    <w:p>
      <w:pPr>
        <w:jc w:val="right"/>
      </w:pPr>
      <w:r>
        <w:t>فالس سینس آف پرائرٹی۔ اس پر میں نے سوچا تو لگا کہ یہ تو پوری ہسٹری پر ایک تبصرہ ہے۔ پوری پوری ہسٹری میں انسان اسی میں پھنسا رہا ہے،</w:t>
      </w:r>
    </w:p>
    <w:p>
      <w:r>
        <w:rPr>
          <w:b/>
        </w:rPr>
        <w:t xml:space="preserve">[02:09] </w:t>
      </w:r>
      <w:r>
        <w:t>"false sense of priority". yani jis kaam ko pehle karna chahiye tha us ko chhod kar kisi aur kaam mein lag gaye woh.</w:t>
      </w:r>
    </w:p>
    <w:p>
      <w:pPr>
        <w:jc w:val="right"/>
      </w:pPr>
      <w:r>
        <w:t>"فالس سینس آف پرائرٹی"۔ یعنی جس کام کو پہلے کرنا چاہیے تھا اس کو چھوڑ کر کسی اور کام میں لگ گئے وہ۔</w:t>
      </w:r>
    </w:p>
    <w:p>
      <w:r>
        <w:rPr>
          <w:b/>
        </w:rPr>
        <w:t xml:space="preserve">[02:22] </w:t>
      </w:r>
      <w:r>
        <w:t>false sense of priority. yeh poori history ka mamla hai. mislan Plato jo tha, us ne kahan se shuru kiya?</w:t>
      </w:r>
    </w:p>
    <w:p>
      <w:pPr>
        <w:jc w:val="right"/>
      </w:pPr>
      <w:r>
        <w:t>فالس سینس آف پرائرٹی۔ یہ پوری ہسٹری کا معاملہ ہے۔ مثلاً پلیٹو جو تھا، اس نے کہاں سے شروع کیا؟</w:t>
      </w:r>
    </w:p>
    <w:p>
      <w:r>
        <w:rPr>
          <w:b/>
        </w:rPr>
        <w:t xml:space="preserve">[02:33] </w:t>
      </w:r>
      <w:r>
        <w:t>ek philosopher king banane se. woh samajhta tha ke philosopher king banana "here the starting point".</w:t>
      </w:r>
    </w:p>
    <w:p>
      <w:pPr>
        <w:jc w:val="right"/>
      </w:pPr>
      <w:r>
        <w:t>ایک فلاسفر کنگ بنانے سے۔ وہ سمجھتا تھا کہ فلاسفر کنگ بنانا "ہیر دا سٹارٹنگ پوائنٹ"۔</w:t>
      </w:r>
    </w:p>
    <w:p>
      <w:r>
        <w:rPr>
          <w:b/>
        </w:rPr>
        <w:t xml:space="preserve">[02:43] </w:t>
      </w:r>
      <w:r>
        <w:t>lekin aap jante hain ke Plato jo hai frustration mein mara. is ka jo plan tha woh kuch bhi, kuch bhi realize na ho saka.</w:t>
      </w:r>
    </w:p>
    <w:p>
      <w:pPr>
        <w:jc w:val="right"/>
      </w:pPr>
      <w:r>
        <w:t>لیکن آپ جانتے ہیں کہ پلیٹو جو ہے فرسٹریشن میں مرا۔ اس کا جو پلان تھا وہ کچھ بھی، کچھ بھی رئیلائز نہ ہو سکا۔</w:t>
      </w:r>
    </w:p>
    <w:p>
      <w:r>
        <w:rPr>
          <w:b/>
        </w:rPr>
        <w:t xml:space="preserve">[02:58] </w:t>
      </w:r>
      <w:r>
        <w:t>is ka matlab hai ke starting point hi galat tha is ka. aise hi aap dekhiye, Karl Marx ne starting point yeh banaya ke logon se property chheen lo, un ko state ke control mein de do.</w:t>
      </w:r>
    </w:p>
    <w:p>
      <w:pPr>
        <w:jc w:val="right"/>
      </w:pPr>
      <w:r>
        <w:t>اس کا مطلب ہے کہ سٹارٹنگ پوائنٹ ہی غلط تھا اس کا۔ ایسے ہی آپ دیکھئے، کارل مارکس نے سٹارٹنگ پوائنٹ یہ بنایا کہ لوگوں سے پراپرٹی چھین لو، ان کو اسٹیٹ کے کنٹرول میں دے دو۔</w:t>
      </w:r>
    </w:p>
    <w:p>
      <w:r>
        <w:rPr>
          <w:b/>
        </w:rPr>
        <w:t xml:space="preserve">[03:19] </w:t>
      </w:r>
      <w:r>
        <w:t>lekin kya hua? pachhatar saal tak yeh tajurba kiya gaya, twenty five million insan maar dale gaye, aur no result.</w:t>
      </w:r>
    </w:p>
    <w:p>
      <w:pPr>
        <w:jc w:val="right"/>
      </w:pPr>
      <w:r>
        <w:t>لیکن کیا ہوا؟ پچھتر سال تک یہ تجربہ کیا گیا، ٹوئنٹی فائیو ملین انسان مار ڈالے گئے، اور نو رزلٹ۔</w:t>
      </w:r>
    </w:p>
    <w:p>
      <w:r>
        <w:rPr>
          <w:b/>
        </w:rPr>
        <w:t xml:space="preserve">[03:33] </w:t>
      </w:r>
      <w:r>
        <w:t>is ke mani ke yahan bhi wahi baat hai ke is ne jis cheez ko priority di woh sahi nahi thi. woh false priority thi.</w:t>
      </w:r>
    </w:p>
    <w:p>
      <w:pPr>
        <w:jc w:val="right"/>
      </w:pPr>
      <w:r>
        <w:t>اس کے معنی کہ یہاں بھی وہی بات ہے کہ اس نے جس چیز کو پرائرٹی دی وہ صحیح نہیں تھی۔ وہ فالس پرائرٹی تھی۔</w:t>
      </w:r>
    </w:p>
    <w:p>
      <w:r>
        <w:rPr>
          <w:b/>
        </w:rPr>
        <w:t xml:space="preserve">[03:46] </w:t>
      </w:r>
      <w:r>
        <w:t>hamare apne desh mein dekhiye, hamare leaderon ne yeh samjha ke british rule ko khatam karo to bas yahan ganga aur jamna mein sona chandi behne lage ga.</w:t>
      </w:r>
    </w:p>
    <w:p>
      <w:pPr>
        <w:jc w:val="right"/>
      </w:pPr>
      <w:r>
        <w:t>ہمارے اپنے دیش میں دیکھئے، ہمارے لیڈروں نے یہ سمجھا کہ برٹش رول کو ختم کرو تو بس یہاں گنگا اور جمنا میں سونا چاندی بہنے لگے گا۔</w:t>
      </w:r>
    </w:p>
    <w:p>
      <w:r>
        <w:rPr>
          <w:b/>
        </w:rPr>
        <w:t xml:space="preserve">[03:59] </w:t>
      </w:r>
      <w:r>
        <w:t>yeh hua lekin natija kuch nahi. to yahan bhi dekhiye, wahi kaam kar raha hai, false priority ko apni priority banana.</w:t>
      </w:r>
    </w:p>
    <w:p>
      <w:pPr>
        <w:jc w:val="right"/>
      </w:pPr>
      <w:r>
        <w:t>یہ ہوا لیکن نتیجہ کچھ نہیں۔ تو یہاں بھی دیکھئے، وہی کام کر رہا ہے، فالس پرائرٹی کو اپنی پرائرٹی بنانا۔</w:t>
      </w:r>
    </w:p>
    <w:p>
      <w:r>
        <w:rPr>
          <w:b/>
        </w:rPr>
        <w:t xml:space="preserve">[04:13] </w:t>
      </w:r>
      <w:r>
        <w:t>main samajhta hoon ke poori zindagi mein sab se ahem hissa yeh hai ke aap yeh janiye ke "from where to begin".</w:t>
      </w:r>
    </w:p>
    <w:p>
      <w:pPr>
        <w:jc w:val="right"/>
      </w:pPr>
      <w:r>
        <w:t>میں سمجھتا ہوں کہ پوری زندگی میں سب سے اہم حصہ یہ ہے کہ آپ یہ جانیں کہ "فرام ویر ٹو بیگن"۔</w:t>
      </w:r>
    </w:p>
    <w:p>
      <w:r>
        <w:rPr>
          <w:b/>
        </w:rPr>
        <w:t xml:space="preserve">[04:24] </w:t>
      </w:r>
      <w:r>
        <w:t>bohat arsa hua main aik safar mein tha arab mein, aik sheikh ne yeh baat kahi thi ke sab se bohat parha likha aadmi tha woh, ke sab se pehla sawal to yeh hai ke "min ayn nabdah"?</w:t>
      </w:r>
    </w:p>
    <w:p>
      <w:pPr>
        <w:jc w:val="right"/>
      </w:pPr>
      <w:r>
        <w:t>بہت عرصہ ہوا میں ایک سفر میں تھا عرب میں، ایک شیخ نے یہ بات کہی تھی کہ سب سے بہت پڑھا لکھا آدمی تھا وہ، کہ سب سے پہلا سوال تو یہ ہے کہ "من این نبدہ"؟</w:t>
      </w:r>
    </w:p>
    <w:p>
      <w:r>
        <w:rPr>
          <w:b/>
        </w:rPr>
        <w:t xml:space="preserve">[04:39] </w:t>
      </w:r>
      <w:r>
        <w:t>kahan se shuru karein? to "from where to begin" sab se pehla masla hota hai.</w:t>
      </w:r>
    </w:p>
    <w:p>
      <w:pPr>
        <w:jc w:val="right"/>
      </w:pPr>
      <w:r>
        <w:t>کہاں سے شروع کریں؟ تو "فرام ویر ٹو بیگن" سب سے پہلا مسئلہ ہوتا ہے۔</w:t>
      </w:r>
    </w:p>
    <w:p>
      <w:r>
        <w:rPr>
          <w:b/>
        </w:rPr>
        <w:t xml:space="preserve">[04:49] </w:t>
      </w:r>
      <w:r>
        <w:t>aur main samajhta hoon ke poori history mein insan is ko na jaan saka ke priority kis cheez ko dena hai.</w:t>
      </w:r>
    </w:p>
    <w:p>
      <w:pPr>
        <w:jc w:val="right"/>
      </w:pPr>
      <w:r>
        <w:t>اور میں سمجھتا ہوں کہ پوری ہسٹری میں انسان اس کو نہ جان سکا کہ پرائرٹی کس چیز کو دینا ہے۔</w:t>
      </w:r>
    </w:p>
    <w:p>
      <w:r>
        <w:rPr>
          <w:b/>
        </w:rPr>
        <w:t xml:space="preserve">[04:58] </w:t>
      </w:r>
      <w:r>
        <w:t>to yeh jo mere mind mein aaya, main samajhta hoon ke poori history par aik, aik, poori history ke baray mein aik comment tha yeh, "false sense of priority".</w:t>
      </w:r>
    </w:p>
    <w:p>
      <w:pPr>
        <w:jc w:val="right"/>
      </w:pPr>
      <w:r>
        <w:t>تو یہ جو میرے مائنڈ میں آیا، میں سمجھتا ہوں کہ پوری ہسٹری پر ایک، ایک، پوری ہسٹری کے بارے میں ایک کمنٹ تھا یہ، "فالس سینس آف پرائرٹی"۔</w:t>
      </w:r>
    </w:p>
    <w:p>
      <w:r>
        <w:rPr>
          <w:b/>
        </w:rPr>
        <w:t xml:space="preserve">[05:15] </w:t>
      </w:r>
      <w:r>
        <w:t>to main samajhta hoon ke prophet jo aaye woh yahi batane ke liye aaye ke priority hum kis cheez ko dein.</w:t>
      </w:r>
    </w:p>
    <w:p>
      <w:pPr>
        <w:jc w:val="right"/>
      </w:pPr>
      <w:r>
        <w:t>تو میں سمجھتا ہوں کہ پرافٹ جو آئے وہ یہی بتانے کے لیے آئے کہ پرائرٹی ہم کس چیز کو دیں۔</w:t>
      </w:r>
    </w:p>
    <w:p>
      <w:r>
        <w:rPr>
          <w:b/>
        </w:rPr>
        <w:t xml:space="preserve">[05:28] </w:t>
      </w:r>
      <w:r>
        <w:t>"from where to begin" ka jawab dene ke liye saare prophet aaye. yani aik andaaz se hum yeh baat keh sakte hain.</w:t>
      </w:r>
    </w:p>
    <w:p>
      <w:pPr>
        <w:jc w:val="right"/>
      </w:pPr>
      <w:r>
        <w:t>"فرام ویر ٹو بیگن" کا جواب دینے کے لیے سارے پرافٹ آئے۔ یعنی ایک انداز سے ہم یہ بات کہہ سکتے ہیں۔</w:t>
      </w:r>
    </w:p>
    <w:p>
      <w:r>
        <w:rPr>
          <w:b/>
        </w:rPr>
        <w:t xml:space="preserve">[05:38] </w:t>
      </w:r>
      <w:r>
        <w:t>ab dekhiye ke akbar islam salallaho alaihi wasallam paida hue makkah mein, aur six hundred ten isvi mein aap ko khuda ki taraf se revelation aaya, aur aap ne apna mission shuru kiya.</w:t>
      </w:r>
    </w:p>
    <w:p>
      <w:pPr>
        <w:jc w:val="right"/>
      </w:pPr>
      <w:r>
        <w:t>اب دیکھئے کہ اکبر اسلام صلی اللہ علیہ وسلم پیدا ہوئے مکہ میں، اور سکس ہنڈرڈ ٹین عیسوی میں آپ کو خدا کی طرف سے ریولیشن آیا، اور آپ نے اپنا مشن شروع کیا۔</w:t>
      </w:r>
    </w:p>
    <w:p>
      <w:r>
        <w:rPr>
          <w:b/>
        </w:rPr>
        <w:t xml:space="preserve">[05:59] </w:t>
      </w:r>
      <w:r>
        <w:t>aap ne jab mission shuru kiya to kya kiya aap ne? yeh bohat zyada sochne ki baat hai. bohat zyada sochne ki baat hai.</w:t>
      </w:r>
    </w:p>
    <w:p>
      <w:pPr>
        <w:jc w:val="right"/>
      </w:pPr>
      <w:r>
        <w:t>آپ نے جب مشن شروع کیا تو کیا کیا آپ نے؟ یہ بہت زیادہ سوچنے کی بات ہے۔ بہت زیادہ سوچنے کی بات ہے۔</w:t>
      </w:r>
    </w:p>
    <w:p>
      <w:r>
        <w:rPr>
          <w:b/>
        </w:rPr>
        <w:t xml:space="preserve">[06:11] </w:t>
      </w:r>
      <w:r>
        <w:t>makkah mein, makkah aik town tha us zamane mein. aaj kal to bohat bara shehar hai. to makkah ke town ke bahir aik rock thi.</w:t>
      </w:r>
    </w:p>
    <w:p>
      <w:pPr>
        <w:jc w:val="right"/>
      </w:pPr>
      <w:r>
        <w:t>مکہ میں، مکہ ایک ٹاؤن تھا اس زمانے میں۔ آج کل تو بہت بڑا شہر ہے۔ تو مکہ کے ٹاؤن کے باہر ایک راک تھی۔</w:t>
      </w:r>
    </w:p>
    <w:p>
      <w:r>
        <w:rPr>
          <w:b/>
        </w:rPr>
        <w:t xml:space="preserve">[06:26] </w:t>
      </w:r>
      <w:r>
        <w:t>yani mountain nahi balkeh rock. to is ka naam tha safa. s a f a.</w:t>
      </w:r>
    </w:p>
    <w:p>
      <w:pPr>
        <w:jc w:val="right"/>
      </w:pPr>
      <w:r>
        <w:t>یعنی ماؤنٹین نہیں بلکہ راک۔ تو اس کا نام تھا صفا۔ ایس اے ایف اے۔</w:t>
      </w:r>
    </w:p>
    <w:p>
      <w:r>
        <w:rPr>
          <w:b/>
        </w:rPr>
        <w:t xml:space="preserve">[06:37] </w:t>
      </w:r>
      <w:r>
        <w:t>to wahan par aisa tareeqa tha ke is ko log stage ke tor par istemal karte thay. aaj kal aap jante hain ke manch banaye jatay hain.</w:t>
      </w:r>
    </w:p>
    <w:p>
      <w:pPr>
        <w:jc w:val="right"/>
      </w:pPr>
      <w:r>
        <w:t>تو وہاں پر ایسا طریقہ تھا کہ اس کو لوگ اسٹیج کے طور پر استعمال کرتے تھے۔ آج کل آپ جانتے ہیں کہ منچ بنائے جاتے ہیں۔</w:t>
      </w:r>
    </w:p>
    <w:p>
      <w:r>
        <w:rPr>
          <w:b/>
        </w:rPr>
        <w:t xml:space="preserve">[06:48] </w:t>
      </w:r>
      <w:r>
        <w:t>public meeting ki aati hai to us par manch bante hain. manch par log kharay ho kar bolte hain. to woh gaya ke us zamane ka makkah walon ka manch tha.</w:t>
      </w:r>
    </w:p>
    <w:p>
      <w:pPr>
        <w:jc w:val="right"/>
      </w:pPr>
      <w:r>
        <w:t>پبلک میٹنگ کی آتی ہے تو اس پر منچ بنتے ہیں۔ منچ پر لوگ کھڑے ہو کر بولتے ہیں۔ تو وہ گیا کہ اس زمانے کا مکہ والوں کا منچ تھا۔</w:t>
      </w:r>
    </w:p>
    <w:p>
      <w:r>
        <w:rPr>
          <w:b/>
        </w:rPr>
        <w:t xml:space="preserve">[07:02] </w:t>
      </w:r>
      <w:r>
        <w:t>koi bohat ahem address dena hota to aadmi wahan khara hota. to tareeqa kya tha wahan par?</w:t>
      </w:r>
    </w:p>
    <w:p>
      <w:pPr>
        <w:jc w:val="right"/>
      </w:pPr>
      <w:r>
        <w:t>کوئی بہت اہم ایڈریس دینا ہوتا تو آدمی وہاں کھڑا ہوتا۔ تو طریقہ کیا تھا وہاں پر؟</w:t>
      </w:r>
    </w:p>
    <w:p>
      <w:r>
        <w:rPr>
          <w:b/>
        </w:rPr>
        <w:t xml:space="preserve">[07:13] </w:t>
      </w:r>
      <w:r>
        <w:t>yeh bhi janne ki baat hai ke in logon ka tareeqa yeh tha, aam tor par sab se bari khabar wahan hoti thi ke koi qabeela jo hai woh hamla karne wala hai hamare upar.</w:t>
      </w:r>
    </w:p>
    <w:p>
      <w:pPr>
        <w:jc w:val="right"/>
      </w:pPr>
      <w:r>
        <w:t>یہ بھی جاننے کی بات ہے کہ ان لوگوں کا طریقہ یہ تھا، عام طور پر سب سے بڑی خبر وہاں ہوتی تھی کہ کوئی قبیلہ جو ہے وہ حملہ کرنے والا ہے ہمارے اوپر۔</w:t>
      </w:r>
    </w:p>
    <w:p>
      <w:r>
        <w:rPr>
          <w:b/>
        </w:rPr>
        <w:t xml:space="preserve">[07:28] </w:t>
      </w:r>
      <w:r>
        <w:t>iski khabar dena. kyunke wahan aap jante hain ke woh qabaili zamana tha. har qabeelay ka apna alag alag aik tareeqa tha.</w:t>
      </w:r>
    </w:p>
    <w:p>
      <w:pPr>
        <w:jc w:val="right"/>
      </w:pPr>
      <w:r>
        <w:t>اس کی خبر دینا۔ کیونکہ وہاں آپ جانتے ہیں کہ وہ قبائلی زمانہ تھا۔ ہر قبیلے کا اپنا الگ الگ ایک طریقہ تھا۔</w:t>
      </w:r>
    </w:p>
    <w:p>
      <w:r>
        <w:rPr>
          <w:b/>
        </w:rPr>
        <w:t xml:space="preserve">[07:41] </w:t>
      </w:r>
      <w:r>
        <w:t>poore arab ke liye koi aik state nahi thi. koi aik hukoomat nahi thi. to har qabeelay ko doosre qabeelay se hamesha dar bana rehta tha ke kab kaun hamla kar de.</w:t>
      </w:r>
    </w:p>
    <w:p>
      <w:pPr>
        <w:jc w:val="right"/>
      </w:pPr>
      <w:r>
        <w:t>پورے عرب کے لیے کوئی ایک اسٹیٹ نہیں تھی۔ کوئی ایک حکومت نہیں تھی۔ تو ہر قبیلے کو دوسرے قبیلے سے ہمیشہ ڈر بنا رہتا تھا کہ کب کون حملہ کر دے۔</w:t>
      </w:r>
    </w:p>
    <w:p>
      <w:r>
        <w:rPr>
          <w:b/>
        </w:rPr>
        <w:t xml:space="preserve">[07:56] </w:t>
      </w:r>
      <w:r>
        <w:t>to wahan par yeh tareeqa tha ke aik aadmi farz karein woh kahin gaya hai bahir. ab wahan pata chalta hai us ko ke aik qabeelay walay makkah par hamla karne walay hain.</w:t>
      </w:r>
    </w:p>
    <w:p>
      <w:pPr>
        <w:jc w:val="right"/>
      </w:pPr>
      <w:r>
        <w:t>تو وہاں پر یہ طریقہ تھا کہ ایک آدمی فرض کریں وہ کہیں گیا ہے باہر۔ اب وہاں پتہ چلتا ہے اس کو کہ ایک قبیلے والے مکہ پر حملہ کرنے والے ہیں۔</w:t>
      </w:r>
    </w:p>
    <w:p>
      <w:r>
        <w:rPr>
          <w:b/>
        </w:rPr>
        <w:t xml:space="preserve">[08:11] </w:t>
      </w:r>
      <w:r>
        <w:t>yeh wahan ka aam zindagi ka tareeqa tha yeh. to kyunke dushmani bohat hua karti thi us zamane mein. kahin bhi har zamane mein jahan par qabaili daur mein tha insan to dushmani bohat hua karti thi.</w:t>
      </w:r>
    </w:p>
    <w:p>
      <w:pPr>
        <w:jc w:val="right"/>
      </w:pPr>
      <w:r>
        <w:t>یہ وہاں کا عام زندگی کا طریقہ تھا یہ۔ تو کیونکہ دشمنی بہت ہوا کرتی تھی اس زمانے میں۔ کہیں بھی ہر زمانے میں جہاں پر قبائلی دور میں تھا انسان تو دشمنی بہت ہوا کرتی تھی۔</w:t>
      </w:r>
    </w:p>
    <w:p>
      <w:r>
        <w:rPr>
          <w:b/>
        </w:rPr>
        <w:t xml:space="preserve">[08:29] </w:t>
      </w:r>
      <w:r>
        <w:t>to is mein yeh tha ke agar koi aadmi kahin dekhta hai ke aik fauj aa rahi hai, aik qabaili fauj aa rahi hai makkah par hamla karne ke liye, to daur karwata tha aur safa par charh jata tha.</w:t>
      </w:r>
    </w:p>
    <w:p>
      <w:pPr>
        <w:jc w:val="right"/>
      </w:pPr>
      <w:r>
        <w:t>تو اس میں یہ تھا کہ اگر کوئی آدمی کہیں دیکھتا ہے کہ ایک فوج آ رہی ہے، ایک قبائلی فوج آ رہی ہے مکہ پر حملہ کرنے کے لیے، تو دوڑ کرواتا تھا اور صفا پر چڑھ جاتا تھا۔</w:t>
      </w:r>
    </w:p>
    <w:p>
      <w:r>
        <w:rPr>
          <w:b/>
        </w:rPr>
        <w:t xml:space="preserve">[08:48] </w:t>
      </w:r>
      <w:r>
        <w:t>aur un ka tareeqa aisa tha ke kapray ko phar deta tha. kapray ko phar kar ke chalata tha woh. "innama ana nazeer ul uryan".</w:t>
      </w:r>
    </w:p>
    <w:p>
      <w:pPr>
        <w:jc w:val="right"/>
      </w:pPr>
      <w:r>
        <w:t>اور ان کا طریقہ ایسا تھا کہ کپڑے کو پھاڑ دیتا تھا۔ کپڑے کو پھاڑ کر کے چلاتا تھا وہ۔ "إنما أنا نذير العريان"۔</w:t>
      </w:r>
    </w:p>
    <w:p>
      <w:r>
        <w:rPr>
          <w:b/>
        </w:rPr>
        <w:t xml:space="preserve">[08:59] </w:t>
      </w:r>
      <w:r>
        <w:t>uryan ka mani hota hai nanga. aur nazeer ke mani hain warning dene wala. main tum ko nanga ho kar warning de raha hoon.</w:t>
      </w:r>
    </w:p>
    <w:p>
      <w:pPr>
        <w:jc w:val="right"/>
      </w:pPr>
      <w:r>
        <w:t>عریان کا معنی ہوتا ہے ننگا۔ اور نذیر کے معنی ہیں وارننگ دینے والا۔ میں تم کو ننگا ہو کر وارننگ دے رہا ہوں۔</w:t>
      </w:r>
    </w:p>
    <w:p>
      <w:r>
        <w:rPr>
          <w:b/>
        </w:rPr>
        <w:t xml:space="preserve">[09:10] </w:t>
      </w:r>
      <w:r>
        <w:t>kapra phaad deta tha aur chalta tha ke main tum ko nanga ho kar warning de raha hoon. to nanga hona is baat ki aik pehchan thi ke koi bohat bari khabar hai is ke paas.</w:t>
      </w:r>
    </w:p>
    <w:p>
      <w:pPr>
        <w:jc w:val="right"/>
      </w:pPr>
      <w:r>
        <w:t>کپڑا پھاڑ دیتا تھا اور چلاتا تھا کہ میں تم کو ننگا ہو کر وارننگ دے رہا ہوں۔ تو ننگا ہونا اس بات کی ایک پہچان تھی کہ کوئی بہت بڑی خبر ہے اس کے پاس۔</w:t>
      </w:r>
    </w:p>
    <w:p>
      <w:r>
        <w:rPr>
          <w:b/>
        </w:rPr>
        <w:t xml:space="preserve">[09:26] </w:t>
      </w:r>
      <w:r>
        <w:t>to rasool Allah sal Allah alihay wasalam ne is ko istemal kiya. to aap ne kapre to nahi phare, baqi andaz wahi istemal kiya aap ne.</w:t>
      </w:r>
    </w:p>
    <w:p>
      <w:pPr>
        <w:jc w:val="right"/>
      </w:pPr>
      <w:r>
        <w:t>تو رسول اللہ صلی اللہ علیہ وسلم نے اس کو استعمال کیا۔ تو آپ نے کپڑے تو نہیں پھاڑے، باقی انداز وہی استعمال کیا آپ نے۔</w:t>
      </w:r>
    </w:p>
    <w:p>
      <w:r>
        <w:rPr>
          <w:b/>
        </w:rPr>
        <w:t xml:space="preserve">[09:37] </w:t>
      </w:r>
      <w:r>
        <w:t>tareeqa. to aap safa par charh gaye aur wahan par yeh awaz di aap ne ke "ana nadheer al-aryan". yani kapra phare baghair.</w:t>
      </w:r>
    </w:p>
    <w:p>
      <w:pPr>
        <w:jc w:val="right"/>
      </w:pPr>
      <w:r>
        <w:t>طریقہ۔ تو آپ صفا پر چڑھ گئے اور وہاں پر یہ آواز دی آپ نے کہ "أنا نذير العريان"۔ یعنی کپڑا پھاڑے بغیر۔</w:t>
      </w:r>
    </w:p>
    <w:p>
      <w:r>
        <w:rPr>
          <w:b/>
        </w:rPr>
        <w:t xml:space="preserve">[09:52] </w:t>
      </w:r>
      <w:r>
        <w:t>jaise aap koi kisi ko bulayein, kuch logon ko, koi leaderon ki meeting mein. ab yahan riwaj hai sharab pesh karne ka.</w:t>
      </w:r>
    </w:p>
    <w:p>
      <w:pPr>
        <w:jc w:val="right"/>
      </w:pPr>
      <w:r>
        <w:t>جیسے آپ کوئی کسی کو بلائیں، کچھ لوگوں کو، کوئی لیڈروں کی میٹنگ میں۔ اب یہاں رواج ہے شراب پیش کرنے کا۔</w:t>
      </w:r>
    </w:p>
    <w:p>
      <w:r>
        <w:rPr>
          <w:b/>
        </w:rPr>
        <w:t xml:space="preserve">[10:02] </w:t>
      </w:r>
      <w:r>
        <w:t>to aap sare items mein rakhein lekin sharab is mein na rakhein.</w:t>
      </w:r>
    </w:p>
    <w:p>
      <w:pPr>
        <w:jc w:val="right"/>
      </w:pPr>
      <w:r>
        <w:t>تو آپ سارے آئٹمز میں رکھیں لیکن شراب اس میں نہ رکھیں۔</w:t>
      </w:r>
    </w:p>
    <w:p>
      <w:r>
        <w:rPr>
          <w:b/>
        </w:rPr>
        <w:t xml:space="preserve">[10:08] </w:t>
      </w:r>
      <w:r>
        <w:t>to isi tareeqe se aap ne kaha is ko islamize kiya. woh jo tareeqa tha us mein islamize kiya aap ne. yani yeh item nikal diya aap ne nanga hone wala.</w:t>
      </w:r>
    </w:p>
    <w:p>
      <w:pPr>
        <w:jc w:val="right"/>
      </w:pPr>
      <w:r>
        <w:t>تو اسی طریقے سے آپ نے کہا اس کو اسلامیائز کیا۔ وہ جو طریقہ تھا اس میں اسلامیائز کیا آپ نے۔ یعنی یہ آئٹم نکال دیا آپ نے ننگا ہونے والا۔</w:t>
      </w:r>
    </w:p>
    <w:p>
      <w:r>
        <w:rPr>
          <w:b/>
        </w:rPr>
        <w:t xml:space="preserve">[10:18] </w:t>
      </w:r>
      <w:r>
        <w:t>baqi aap ne wahi ikhtiyar farmaya. to aap is par charhe aur kaha ke "ana nadheer al-aryan".</w:t>
      </w:r>
    </w:p>
    <w:p>
      <w:pPr>
        <w:jc w:val="right"/>
      </w:pPr>
      <w:r>
        <w:t>باقی آپ نے وہی اختیار فرمایا۔ تو آپ اس پر چڑھے اور کہا کہ "أنا نذير العریان"۔</w:t>
      </w:r>
    </w:p>
    <w:p>
      <w:r>
        <w:rPr>
          <w:b/>
        </w:rPr>
        <w:t xml:space="preserve">[10:28] </w:t>
      </w:r>
      <w:r>
        <w:t>"ana nadheer al-aryan". to goya ke is awaz ka matlab yeh tha ke mere paas koi bohat bari khabar hai. daudo sab log, daudo.</w:t>
      </w:r>
    </w:p>
    <w:p>
      <w:pPr>
        <w:jc w:val="right"/>
      </w:pPr>
      <w:r>
        <w:t>"أنا نذير العریان"۔ تو گویا کہ اس آواز کا مطلب یہ تھا کہ میرے پاس کوئی بہت بڑی خبر ہے۔ دوڑو سب لوگ، دوڑو۔</w:t>
      </w:r>
    </w:p>
    <w:p>
      <w:r>
        <w:rPr>
          <w:b/>
        </w:rPr>
        <w:t xml:space="preserve">[10:40] </w:t>
      </w:r>
      <w:r>
        <w:t>to log ikatha hue safa ke kinare. to aap ne jo address kiya, bohat thi, yani thoray shabdon mein tha woh, koi lambi taqreer nahi thi.</w:t>
      </w:r>
    </w:p>
    <w:p>
      <w:pPr>
        <w:jc w:val="right"/>
      </w:pPr>
      <w:r>
        <w:t>تو لوگ اکٹھا ہوئے صفا کے کنارے۔ تو آپ نے جو ایڈریس کیا، بہت تھی، یعنی تھوڑے शब्दوں میں تھا وہ، کوئی لمبی تقریر نہیں تھی۔</w:t>
      </w:r>
    </w:p>
    <w:p>
      <w:r>
        <w:rPr>
          <w:b/>
        </w:rPr>
        <w:t xml:space="preserve">[10:55] </w:t>
      </w:r>
      <w:r>
        <w:t>aap ne farmaya apni taqreer mein ke "wallah latamootun</w:t>
      </w:r>
    </w:p>
    <w:p>
      <w:pPr>
        <w:jc w:val="right"/>
      </w:pPr>
      <w:r>
        <w:t>آپ نے فرمایا اپنی تقریر میں کہ "واللہ لتموتن</w:t>
      </w:r>
    </w:p>
    <w:p>
      <w:r>
        <w:rPr>
          <w:b/>
        </w:rPr>
        <w:t xml:space="preserve">[11:06] </w:t>
      </w:r>
      <w:r>
        <w:t>kama tanamoona wala tuhyoon kama tastaqizoon wa innaha lajannat abdan awla naar abdan".</w:t>
      </w:r>
    </w:p>
    <w:p>
      <w:pPr>
        <w:jc w:val="right"/>
      </w:pPr>
      <w:r>
        <w:t>کما تنامون ولا تحیون کما تستيقظون وانہا لجنت عبدا اول نار عبدا"۔</w:t>
      </w:r>
    </w:p>
    <w:p>
      <w:r>
        <w:rPr>
          <w:b/>
        </w:rPr>
        <w:t xml:space="preserve">[11:18] </w:t>
      </w:r>
      <w:r>
        <w:t>khuda ki qasam jis tarah tum</w:t>
      </w:r>
    </w:p>
    <w:p>
      <w:pPr>
        <w:jc w:val="right"/>
      </w:pPr>
      <w:r>
        <w:t>خدا کی قسم جس طرح تم</w:t>
      </w:r>
    </w:p>
    <w:p>
      <w:r>
        <w:rPr>
          <w:b/>
        </w:rPr>
        <w:t xml:space="preserve">[11:26] </w:t>
      </w:r>
      <w:r>
        <w:t>sote ho isi tarah maro ge. yani sona jo hai jab raat ko aadmi sota hai, be khabar rehta hai to woh aik maut ki alamat hoti hai.</w:t>
      </w:r>
    </w:p>
    <w:p>
      <w:pPr>
        <w:jc w:val="right"/>
      </w:pPr>
      <w:r>
        <w:t>سوتے ہو اسی طرح مرو گے۔ یعنی سونا جو ہے جب رات کو آدمی سوتا ہے، بے خبر رہتا ہے تو وہ ایک موت کی علامت ہوتی ہے۔</w:t>
      </w:r>
    </w:p>
    <w:p>
      <w:r>
        <w:rPr>
          <w:b/>
        </w:rPr>
        <w:t xml:space="preserve">[11:38] </w:t>
      </w:r>
      <w:r>
        <w:t>"wallah latamootun kama tanamoona wala tuhyoon kama tastaqizoon". khuda ki qasam tum maro ge jis tarah tum sote ho.</w:t>
      </w:r>
    </w:p>
    <w:p>
      <w:pPr>
        <w:jc w:val="right"/>
      </w:pPr>
      <w:r>
        <w:t>"واللہ لتموتن کما تنامون ولا تحیون کما تستيقظون"۔ خدا کی قسم تم مرو گے جس طرح تم سوتے ہو۔</w:t>
      </w:r>
    </w:p>
    <w:p>
      <w:r>
        <w:rPr>
          <w:b/>
        </w:rPr>
        <w:t xml:space="preserve">[11:50] </w:t>
      </w:r>
      <w:r>
        <w:t>khuda ki qasam tum maro ge jis tarah tum sote ho. aur tum dobara uthaye jaoge jis tarah tum jaagte ho.</w:t>
      </w:r>
    </w:p>
    <w:p>
      <w:pPr>
        <w:jc w:val="right"/>
      </w:pPr>
      <w:r>
        <w:t>خدا کی قسم تم مرو گے جس طرح تم سوتے ہو۔ اور تم دوبارہ اٹھائے جاؤ گے جس طرح تم جاگتے ہو۔</w:t>
      </w:r>
    </w:p>
    <w:p>
      <w:r>
        <w:rPr>
          <w:b/>
        </w:rPr>
        <w:t xml:space="preserve">[12:01] </w:t>
      </w:r>
      <w:r>
        <w:t>agar raat ko sona choti maut hai, subah ko jaagna bari hashar ka namona hai. to aap ne farmaya ke khuda ki qasam tum maro ge jis tarah tum sote ho.</w:t>
      </w:r>
    </w:p>
    <w:p>
      <w:pPr>
        <w:jc w:val="right"/>
      </w:pPr>
      <w:r>
        <w:t>اگر رات کو سونا چھوٹی موت ہے، صبح کو جاگنا بڑی حشر کا نمونہ ہے۔ تو آپ نے فرمایا کہ خدا کی قسم تم مرو گے جس طرح تم سوتے ہو۔</w:t>
      </w:r>
    </w:p>
    <w:p>
      <w:r>
        <w:rPr>
          <w:b/>
        </w:rPr>
        <w:t xml:space="preserve">[12:16] </w:t>
      </w:r>
      <w:r>
        <w:t>aur tum jaago ge.</w:t>
      </w:r>
    </w:p>
    <w:p>
      <w:pPr>
        <w:jc w:val="right"/>
      </w:pPr>
      <w:r>
        <w:t>اور تم جاگو گے۔</w:t>
      </w:r>
    </w:p>
    <w:p>
      <w:r>
        <w:rPr>
          <w:b/>
        </w:rPr>
        <w:t xml:space="preserve">[12:21] </w:t>
      </w:r>
      <w:r>
        <w:t>aur tum dobara, tum khuda ke samne hazir kiye jaoge jis tarah tum jaagte ho. khuda ki qasam tum maro ge jis tarah tum sote ho.</w:t>
      </w:r>
    </w:p>
    <w:p>
      <w:pPr>
        <w:jc w:val="right"/>
      </w:pPr>
      <w:r>
        <w:t>اور تم دوبارہ، تم خدا کے سامنے حاضر کیے جاؤ گے جس طرح تم جاگتے ہو۔ خدا کی قسم تم مرو گے جس طرح تم سوتے ہو۔</w:t>
      </w:r>
    </w:p>
    <w:p>
      <w:r>
        <w:rPr>
          <w:b/>
        </w:rPr>
        <w:t xml:space="preserve">[12:33] </w:t>
      </w:r>
      <w:r>
        <w:t>aur tum dobara uthaye jaoge jis tarah tum jaagte ho. phir aap ne farmaya</w:t>
      </w:r>
    </w:p>
    <w:p>
      <w:pPr>
        <w:jc w:val="right"/>
      </w:pPr>
      <w:r>
        <w:t>اور تم دوبارہ اٹھائے جاؤ گے جس طرح تم جاگتے ہو۔ پھر آپ نے فرمایا</w:t>
      </w:r>
    </w:p>
    <w:p>
      <w:r>
        <w:rPr>
          <w:b/>
        </w:rPr>
        <w:t xml:space="preserve">[12:42] </w:t>
      </w:r>
      <w:r>
        <w:t>ke</w:t>
      </w:r>
    </w:p>
    <w:p>
      <w:pPr>
        <w:jc w:val="right"/>
      </w:pPr>
      <w:r>
        <w:t>کہ</w:t>
      </w:r>
    </w:p>
    <w:p>
      <w:r>
        <w:rPr>
          <w:b/>
        </w:rPr>
        <w:t xml:space="preserve">[12:45] </w:t>
      </w:r>
      <w:r>
        <w:t>is ke baad kya hai?</w:t>
      </w:r>
    </w:p>
    <w:p>
      <w:pPr>
        <w:jc w:val="right"/>
      </w:pPr>
      <w:r>
        <w:t>اس کے بعد کیا ہے؟</w:t>
      </w:r>
    </w:p>
    <w:p>
      <w:r>
        <w:rPr>
          <w:b/>
        </w:rPr>
        <w:t xml:space="preserve">[12:51] </w:t>
      </w:r>
      <w:r>
        <w:t>"wa innaha lajannat abdan awla naar abdan". aur is ke baad ya to eternal paradise hai ya eternal fire hai.</w:t>
      </w:r>
    </w:p>
    <w:p>
      <w:pPr>
        <w:jc w:val="right"/>
      </w:pPr>
      <w:r>
        <w:t>"وإنها لجنت عبدا أول نار عبدا"۔ اور اس کے بعد یا تو اترنل پیراڈائز ہے یا اترنل فائر ہے۔</w:t>
      </w:r>
    </w:p>
    <w:p>
      <w:r>
        <w:rPr>
          <w:b/>
        </w:rPr>
        <w:t xml:space="preserve">[13:02] </w:t>
      </w:r>
      <w:r>
        <w:t>is ke baad ya to hamesha ki jannat hai ya hamesha ki dozakh hai. yeh aap ne address mein farmaya. to aap jante hain kya hua is ke baad?</w:t>
      </w:r>
    </w:p>
    <w:p>
      <w:pPr>
        <w:jc w:val="right"/>
      </w:pPr>
      <w:r>
        <w:t>اس کے بعد یا تو ہمیشہ کی جنت ہے یا ہمیشہ کی دوزخ ہے۔ یہ آپ نے ایڈریس میں فرمایا۔ تو آپ جانتے ہیں کیا ہوا اس کے بعد؟</w:t>
      </w:r>
    </w:p>
    <w:p>
      <w:r>
        <w:rPr>
          <w:b/>
        </w:rPr>
        <w:t xml:space="preserve">[13:18] </w:t>
      </w:r>
      <w:r>
        <w:t>is ke baad yeh hua ke wahan par jo leader tha is ka naam tha abu lahab. asal naam to kuch aur tha lekin yahi naam chal pada tha is ka abu lahab.</w:t>
      </w:r>
    </w:p>
    <w:p>
      <w:pPr>
        <w:jc w:val="right"/>
      </w:pPr>
      <w:r>
        <w:t>اس کے بعد یہ ہوا کہ وہاں پر جو لیڈر تھا اس کا نام تھا ابو لہب۔ اصل نام تو کچھ اور تھا لیکن یہی نام چل پڑا تھا اس کا ابو لہب۔</w:t>
      </w:r>
    </w:p>
    <w:p>
      <w:r>
        <w:rPr>
          <w:b/>
        </w:rPr>
        <w:t xml:space="preserve">[13:34] </w:t>
      </w:r>
      <w:r>
        <w:t>to aap ka chacha bhi tha woh. woh rasool Allah ka chacha bhi tha aur wahan ka leader bhi tha wahan ka. to goya ke woh seedha aadmi tha audience mein.</w:t>
      </w:r>
    </w:p>
    <w:p>
      <w:pPr>
        <w:jc w:val="right"/>
      </w:pPr>
      <w:r>
        <w:t>تو آپ کا چچا بھی تھا وہ۔ وہ رسول اللہ کا چچا بھی تھا اور وہاں کا لیڈر بھی تھا وہاں کا۔ تو گویا کہ وہ سیدھا آدمی تھا آڈینس میں۔</w:t>
      </w:r>
    </w:p>
    <w:p>
      <w:r>
        <w:rPr>
          <w:b/>
        </w:rPr>
        <w:t xml:space="preserve">[13:45] </w:t>
      </w:r>
      <w:r>
        <w:t>to woh khara hua. aur khare ho kar ke us ne kaha,</w:t>
      </w:r>
    </w:p>
    <w:p>
      <w:pPr>
        <w:jc w:val="right"/>
      </w:pPr>
      <w:r>
        <w:t>تو وہ کھڑا ہوا۔ اور کھڑے ہو کر کے اس نے کہا،</w:t>
      </w:r>
    </w:p>
    <w:p>
      <w:r>
        <w:rPr>
          <w:b/>
        </w:rPr>
        <w:t xml:space="preserve">[13:55] </w:t>
      </w:r>
      <w:r>
        <w:t>us ne khare ho kar rasool ALLAH se kaha ke</w:t>
      </w:r>
    </w:p>
    <w:p>
      <w:pPr>
        <w:jc w:val="right"/>
      </w:pPr>
      <w:r>
        <w:t>اس نے کھڑے ہو کر رسول اللہ سے کہا کہ</w:t>
      </w:r>
    </w:p>
    <w:p>
      <w:r>
        <w:rPr>
          <w:b/>
        </w:rPr>
        <w:t xml:space="preserve">[14:05] </w:t>
      </w:r>
      <w:r>
        <w:t>sara din tumhara bura ho. kya tum ne isi ke liye hum ko bulaya tha?</w:t>
      </w:r>
    </w:p>
    <w:p>
      <w:pPr>
        <w:jc w:val="right"/>
      </w:pPr>
      <w:r>
        <w:t>سارا دن تمہارا برا ہو۔ کیا تم نے اسی کے لیے ہم کو بلایا تھا؟</w:t>
      </w:r>
    </w:p>
    <w:p>
      <w:r>
        <w:rPr>
          <w:b/>
        </w:rPr>
        <w:t xml:space="preserve">[14:16] </w:t>
      </w:r>
      <w:r>
        <w:t>sara din tumhara bura ho. kya tum ne yahi khabar dene ke liye bulaya tha hum ko?</w:t>
      </w:r>
    </w:p>
    <w:p>
      <w:pPr>
        <w:jc w:val="right"/>
      </w:pPr>
      <w:r>
        <w:t>سارا دن تمہارا برا ہو۔ کیا تم نے یہی خبر دینے کے لیے بلایا تھا ہم کو؟</w:t>
      </w:r>
    </w:p>
    <w:p>
      <w:r>
        <w:rPr>
          <w:b/>
        </w:rPr>
        <w:t xml:space="preserve">[14:27] </w:t>
      </w:r>
      <w:r>
        <w:t>us ke mani kya hue?</w:t>
      </w:r>
    </w:p>
    <w:p>
      <w:pPr>
        <w:jc w:val="right"/>
      </w:pPr>
      <w:r>
        <w:t>اس کے معنی کیا ہوئے؟</w:t>
      </w:r>
    </w:p>
    <w:p>
      <w:r>
        <w:rPr>
          <w:b/>
        </w:rPr>
        <w:t xml:space="preserve">[14:33] </w:t>
      </w:r>
      <w:r>
        <w:t>ke woh log jante nahi the ke zindagi ko kahan se shuru kiya jaye. aur prophet ne bataya ke kahan se shuru kiya jaye.</w:t>
      </w:r>
    </w:p>
    <w:p>
      <w:pPr>
        <w:jc w:val="right"/>
      </w:pPr>
      <w:r>
        <w:t>کہ وہ لوگ جانتے نہیں تھے کہ زندگی کو کہاں سے شروع کیا جائے۔ اور پرافٹ نے بتایا کہ کہاں سے شروع کیا جائے۔</w:t>
      </w:r>
    </w:p>
    <w:p>
      <w:r>
        <w:rPr>
          <w:b/>
        </w:rPr>
        <w:t xml:space="preserve">[14:45] </w:t>
      </w:r>
      <w:r>
        <w:t>yani aap ne bataya ke kamyab zindagi ka raaz yeh hai ke tum apne mind ko re engineer karo. tumhara mind jo ab tak dunya mein chal raha tha aur akhirat par nahi chal raha tha,</w:t>
      </w:r>
    </w:p>
    <w:p>
      <w:pPr>
        <w:jc w:val="right"/>
      </w:pPr>
      <w:r>
        <w:t>یعنی آپ نے بتایا کہ کامیاب زندگی کا راز یہ ہے کہ تم اپنے مائنڈ کو ری انجینئر کرو۔ تمہارا مائنڈ جو اب تک دنیا میں چل رہا تھا اور آخرت پر نہیں چل رہا تھا،</w:t>
      </w:r>
    </w:p>
    <w:p>
      <w:r>
        <w:rPr>
          <w:b/>
        </w:rPr>
        <w:t xml:space="preserve">[15:01] </w:t>
      </w:r>
      <w:r>
        <w:t>to tum apne mind ko khuda markooz mind banao. apni zindagi ko akhirat markooz zindagi banao.</w:t>
      </w:r>
    </w:p>
    <w:p>
      <w:pPr>
        <w:jc w:val="right"/>
      </w:pPr>
      <w:r>
        <w:t>تو تم اپنے مائنڈ کو خدا مرکوز مائنڈ بناؤ۔ اپنی زندگی کو آخرت مرکوز زندگی بناؤ۔</w:t>
      </w:r>
    </w:p>
    <w:p>
      <w:r>
        <w:rPr>
          <w:b/>
        </w:rPr>
        <w:t xml:space="preserve">[15:11] </w:t>
      </w:r>
      <w:r>
        <w:t>to yeh us ko bohat choti si baat lagi. yeh kon si baat hui?</w:t>
      </w:r>
    </w:p>
    <w:p>
      <w:pPr>
        <w:jc w:val="right"/>
      </w:pPr>
      <w:r>
        <w:t>تو یہ اس کو بہت چھوٹی سی بات لگی۔ یہ کون سی بات ہوئی؟</w:t>
      </w:r>
    </w:p>
    <w:p>
      <w:r>
        <w:rPr>
          <w:b/>
        </w:rPr>
        <w:t xml:space="preserve">[15:22] </w:t>
      </w:r>
      <w:r>
        <w:t>yeh baat bohat choti si lagi ke maut ko aur jahannum ko aur aur jannat ko, hashar ko, qayamat ko ko ko hum apne mind mein rakhein aur us ko soch kar apni zindagi ki tanzim karein.</w:t>
      </w:r>
    </w:p>
    <w:p>
      <w:pPr>
        <w:jc w:val="right"/>
      </w:pPr>
      <w:r>
        <w:t>یہ بات بہت چھوٹی سی لگی کہ موت کو اور جہنم کو اور اور جنت کو، حشر کو، قیامت کو کو کو ہم اپنے مائنڈ میں رکھیں اور اس کو سوچ کر اپنی زندگی کی تنظیم کریں۔</w:t>
      </w:r>
    </w:p>
    <w:p>
      <w:r>
        <w:rPr>
          <w:b/>
        </w:rPr>
        <w:t xml:space="preserve">[15:43] </w:t>
      </w:r>
      <w:r>
        <w:t>us ko mein keh raha hoon ke false sense of priority. ke un ke nazdeek priority yeh nahi thi. yeh kuch soch, yahan se shuru karein, aisa nahi tha.</w:t>
      </w:r>
    </w:p>
    <w:p>
      <w:pPr>
        <w:jc w:val="right"/>
      </w:pPr>
      <w:r>
        <w:t>اس کو میں کہہ رہا ہوں کہ فالس سینس آف پرائرٹی۔ کہ ان کے نزدیک پرائرٹی یہ نہیں تھی۔ یہ کچھ سوچ، یہاں سے شروع کریں، ایسا نہیں تھا۔</w:t>
      </w:r>
    </w:p>
    <w:p>
      <w:r>
        <w:rPr>
          <w:b/>
        </w:rPr>
        <w:t xml:space="preserve">[15:55] </w:t>
      </w:r>
      <w:r>
        <w:t>balke un ka soch kuch aur tha. chunancha us ke baad kya hua?</w:t>
      </w:r>
    </w:p>
    <w:p>
      <w:pPr>
        <w:jc w:val="right"/>
      </w:pPr>
      <w:r>
        <w:t>بلکہ ان کا سوچ کچھ اور تھی۔ چنانچہ اس کے بعد کیا ہوا؟</w:t>
      </w:r>
    </w:p>
    <w:p>
      <w:r>
        <w:rPr>
          <w:b/>
        </w:rPr>
        <w:t xml:space="preserve">[16:03] </w:t>
      </w:r>
      <w:r>
        <w:t>ke aap ne mission shuru kiya apna, toheed ka mission. "there is no god but one god" ka mission. to yeh baat jab phaili to logon ne kaha ke yeh kya mission chala rahe hain aap?</w:t>
      </w:r>
    </w:p>
    <w:p>
      <w:pPr>
        <w:jc w:val="right"/>
      </w:pPr>
      <w:r>
        <w:t>کہ آپ نے مشن شروع کیا اپنا، توحید کا مشن۔ "دیر از نو گاڈ بٹ ون گاڈ" کا مشن۔ تو یہ بات جب پھیلی تو لوگوں نے کہا کہ یہ کیا مشن چلا رہے ہیں آپ؟</w:t>
      </w:r>
    </w:p>
    <w:p>
      <w:r>
        <w:rPr>
          <w:b/>
        </w:rPr>
        <w:t xml:space="preserve">[16:21] </w:t>
      </w:r>
      <w:r>
        <w:t>hamara to sab se bara masla yeh hai ke hum barish nahi hoti. yeh waqia seerat ibn e hisham mein aap parh sakte hain. hamara to masla yeh hai ke hum barish nahi hoti.</w:t>
      </w:r>
    </w:p>
    <w:p>
      <w:pPr>
        <w:jc w:val="right"/>
      </w:pPr>
      <w:r>
        <w:t>ہمارا تو سب سے بڑا مسئلہ یہ ہے کہ ہم بارش نہیں ہوتی۔ یہ واقعہ سیرت ابن ہشام میں آپ پڑھ سکتے ہیں۔ ہمارا تو مسئلہ یہ ہے کہ ہم بارش نہیں ہوتی۔</w:t>
      </w:r>
    </w:p>
    <w:p>
      <w:r>
        <w:rPr>
          <w:b/>
        </w:rPr>
        <w:t xml:space="preserve">[16:36] </w:t>
      </w:r>
      <w:r>
        <w:t>us zamane ke log kitna jante the baton ko, us se aap samajh sakte hain. woh bilkul bekhabar log nahi the. unhone kaha ke hamara, hamara jo hamara jo arab hai woh aap dekhein kahan sehra hai.</w:t>
      </w:r>
    </w:p>
    <w:p>
      <w:pPr>
        <w:jc w:val="right"/>
      </w:pPr>
      <w:r>
        <w:t>اس زمانے کے لوگ کتنا جانتے تھے باتوں کو، اس سے آپ سمجھ سکتے ہیں۔ وہ بالکل بے خبر لوگ نہیں تھے۔ انہوں نے کہا کہ ہمارا، ہمارا جو ہمارا جو عرب ہے وہ آپ دیکھیں کہاں صحرا ہے۔</w:t>
      </w:r>
    </w:p>
    <w:p>
      <w:r>
        <w:rPr>
          <w:b/>
        </w:rPr>
        <w:t xml:space="preserve">[16:49] </w:t>
      </w:r>
      <w:r>
        <w:t>sehra. aur hamari sarhad mein jo mulk hai syria woh khoob hara bhara hai. wahan baghat hain, wahan ziraat hai, wahan baghbani hai.</w:t>
      </w:r>
    </w:p>
    <w:p>
      <w:pPr>
        <w:jc w:val="right"/>
      </w:pPr>
      <w:r>
        <w:t>صحرا۔ اور ہماری سرحد میں جو ملک ہے سیریا وہ خوب ہرا بھرا ہے۔ وہاں باغات ہیں، وہاں زراعت ہے، وہاں باغبانی ہے۔</w:t>
      </w:r>
    </w:p>
    <w:p>
      <w:r>
        <w:rPr>
          <w:b/>
        </w:rPr>
        <w:t xml:space="preserve">[17:00] </w:t>
      </w:r>
      <w:r>
        <w:t>to ek cheez kya hai? beech mein pahaar hai. yani arab aur syria ke beech mein pahaar hai. to jo monsoon aata hai woh pahaar par ruk jata hai.</w:t>
      </w:r>
    </w:p>
    <w:p>
      <w:pPr>
        <w:jc w:val="right"/>
      </w:pPr>
      <w:r>
        <w:t>تو ایک چیز کیا ہے؟ بیچ میں پہاڑ ہے۔ یعنی عرب اور سیریا کے بیچ میں پہاڑ ہے۔ تو جو مانسون آتا ہے وہ پہاڑ پر رک جاتا ہے۔</w:t>
      </w:r>
    </w:p>
    <w:p>
      <w:r>
        <w:rPr>
          <w:b/>
        </w:rPr>
        <w:t xml:space="preserve">[17:11] </w:t>
      </w:r>
      <w:r>
        <w:t>idhar barish hoti hai, hamari taraf barish nahi hoti. yani samandar se jab monsoon aata hai to woh syria mein barta hai. magar hum tak nahi pahonchta kyunke pahaar hai yahan par.</w:t>
      </w:r>
    </w:p>
    <w:p>
      <w:pPr>
        <w:jc w:val="right"/>
      </w:pPr>
      <w:r>
        <w:t>ادھر بارش ہوتی ہے، ہماری طرف بارش نہیں ہوتی۔ یعنی سمندر سے جب مانسون آتا ہے تو وہ سیریا میں برستا ہے۔ مگر ہم تک نہیں پہنچتا کیونکہ پہاڑ ہے یہاں پر۔</w:t>
      </w:r>
    </w:p>
    <w:p>
      <w:r>
        <w:rPr>
          <w:b/>
        </w:rPr>
        <w:t xml:space="preserve">[17:24] </w:t>
      </w:r>
      <w:r>
        <w:t>to unhone kaha ke aap agar khuda ne bheja hai aap ko to khuda se kahiye ke in paharon ko hata de. in paharon ko hata de taake hamari barish hone lage.</w:t>
      </w:r>
    </w:p>
    <w:p>
      <w:pPr>
        <w:jc w:val="right"/>
      </w:pPr>
      <w:r>
        <w:t>تو انہوں نے کہا کہ آپ اگر خدا نے بھیجا ہے آپ کو تو خدا سے کہیے کہ ان پہاڑوں کو ہٹا دے۔ ان پہاڑوں کو ہٹا دے تاکہ ہماری بارش ہونے لگے۔</w:t>
      </w:r>
    </w:p>
    <w:p>
      <w:r>
        <w:rPr>
          <w:b/>
        </w:rPr>
        <w:t xml:space="preserve">[17:35] </w:t>
      </w:r>
      <w:r>
        <w:t>jis tarah syria mein hoti hai. to aap ne jawab kya diya? yun samajh liye ke unhone kaha tha ke abpashi ka koi tareeqa nikale.</w:t>
      </w:r>
    </w:p>
    <w:p>
      <w:pPr>
        <w:jc w:val="right"/>
      </w:pPr>
      <w:r>
        <w:t>جس طرح سیریا میں ہوتی ہے۔ تو آپ نے جواب کیا دیا؟ یوں سمجھ لئے کہ انہوں نے کہا تھا کہ آبپاشی کا کوئی طریقہ نکالئے۔</w:t>
      </w:r>
    </w:p>
    <w:p>
      <w:r>
        <w:rPr>
          <w:b/>
        </w:rPr>
        <w:t xml:space="preserve">[17:46] </w:t>
      </w:r>
      <w:r>
        <w:t>badal kar ke aap sochein. to unhone kya kaha tha? ke abpashi ka koi tareeqa nikale. jaise ke aap jante hain ke israel mein sehra jo tha us ko aaj unhone hara bhara bana liya.</w:t>
      </w:r>
    </w:p>
    <w:p>
      <w:pPr>
        <w:jc w:val="right"/>
      </w:pPr>
      <w:r>
        <w:t>بدل کر کے آپ سوچیں۔ تو انہوں نے کیا کہا تھا؟ کہ آبپاشی کا کوئی طریقہ نکالئے۔ جیسے کہ آپ جانتے ہیں کہ اسرائیل میں صحرا جو تھا اس کو آج انہوں نے ہرا بھرا بنا لیا۔</w:t>
      </w:r>
    </w:p>
    <w:p>
      <w:r>
        <w:rPr>
          <w:b/>
        </w:rPr>
        <w:t xml:space="preserve">[17:58] </w:t>
      </w:r>
      <w:r>
        <w:t>kyun unhone drip abpashi ka tareeqa nikala? israel ke sehra ko aaj unhone baghon mein tabdeel kar liya hai.</w:t>
      </w:r>
    </w:p>
    <w:p>
      <w:pPr>
        <w:jc w:val="right"/>
      </w:pPr>
      <w:r>
        <w:t>کیوں انہوں نے ڈرپ آبپاشی کا طریقہ نکالا؟ اسرائیل کے صحرا کو آج انہوں نے باغوں میں تبدیل کر لیا ہے۔</w:t>
      </w:r>
    </w:p>
    <w:p>
      <w:r>
        <w:rPr>
          <w:b/>
        </w:rPr>
        <w:t xml:space="preserve">[18:10] </w:t>
      </w:r>
      <w:r>
        <w:t>to kaise drip abpashi ka tareeqa nikal kar ke? to agar aap us ko lafz badal kar kahein to aap yeh keh sakte hain ke goya ke makkah walon ne kaha ke koi abpashi ka tareeqa nikaliye.</w:t>
      </w:r>
    </w:p>
    <w:p>
      <w:pPr>
        <w:jc w:val="right"/>
      </w:pPr>
      <w:r>
        <w:t>تو کیسے ڈرپ آبپاشی کا طریقہ نکال کر کے؟ تو اگر آپ اس کو لفظ بدل کر کہیں تو آپ یہ کہہ سکتے ہیں کہ گویا کہ مکہ والوں نے کہا کہ کوئی آبپاشی کا طریقہ نکالیئے۔</w:t>
      </w:r>
    </w:p>
    <w:p>
      <w:r>
        <w:rPr>
          <w:b/>
        </w:rPr>
        <w:t xml:space="preserve">[18:23] </w:t>
      </w:r>
      <w:r>
        <w:t>koi bare aap leader hain, koi bare pahonch wale aadmi hain to yeh kaam kijiye. asal kaam to yeh karne ka hai. to aap ne kya jawab diya?</w:t>
      </w:r>
    </w:p>
    <w:p>
      <w:pPr>
        <w:jc w:val="right"/>
      </w:pPr>
      <w:r>
        <w:t>کوئی بڑے آپ لیڈر ہیں، کوئی بڑے پہنچ والے آدمی ہیں تو یہ کام کیجیئے۔ اصل کام تو یہ کرنے کا ہے۔ تو آپ نے کیا جواب دیا؟</w:t>
      </w:r>
    </w:p>
    <w:p>
      <w:r>
        <w:rPr>
          <w:b/>
        </w:rPr>
        <w:t xml:space="preserve">[18:37] </w:t>
      </w:r>
      <w:r>
        <w:t>"ma biha za bu'istu ilaikum". aap ne farmaya ke "ma biha za bu'istu ilaikum".</w:t>
      </w:r>
    </w:p>
    <w:p>
      <w:pPr>
        <w:jc w:val="right"/>
      </w:pPr>
      <w:r>
        <w:t>"ما بہذا بعثت الیکم"۔ آپ نے فرمایا کہ "ما بہذا بعثت الیکم"۔</w:t>
      </w:r>
    </w:p>
    <w:p>
      <w:r>
        <w:rPr>
          <w:b/>
        </w:rPr>
        <w:t xml:space="preserve">[18:46] </w:t>
      </w:r>
      <w:r>
        <w:t>"I have not been sent to you for this purpose"۔ is مقصد ke liye main tumhare paas nahi bheja gaya hoon. to dekhen in logon ke nazdeek jinhon ne ek prophet ko nahi mana tha,</w:t>
      </w:r>
    </w:p>
    <w:p>
      <w:pPr>
        <w:jc w:val="right"/>
      </w:pPr>
      <w:r>
        <w:t>"I have not been sent to you for this purpose"۔ اس مقصد کے لیے میں تمہارے پاس نہیں بھیجا گیا ہوں۔ تو دیکھیں ان لوگوں کے نزدیک جنہوں نے ایک پرافٹ کو نہیں مانا تھا،</w:t>
      </w:r>
    </w:p>
    <w:p>
      <w:r>
        <w:rPr>
          <w:b/>
        </w:rPr>
        <w:t xml:space="preserve">[19:01] </w:t>
      </w:r>
      <w:r>
        <w:t>un ke nazdeek ibtidai nuqta kya tha? ya tarjeeh kya thi? aabpashi ka nizam qaim karna. aur prophet ke nazdeek khuda ka jo bheja hua insaan tha us ke nazdeek kya tha?</w:t>
      </w:r>
    </w:p>
    <w:p>
      <w:pPr>
        <w:jc w:val="right"/>
      </w:pPr>
      <w:r>
        <w:t>ان کے نزدیک ابتدائی نقطہ کیا تھا؟ یا ترجیح کیا تھی؟ آبپاشی کا نظام قائم کرنا۔ اور پرافٹ کے نزدیک خدا کا جو بھیجا ہوا انسان تھا اس کے نزدیک کیا تھا؟</w:t>
      </w:r>
    </w:p>
    <w:p>
      <w:r>
        <w:rPr>
          <w:b/>
        </w:rPr>
        <w:t xml:space="preserve">[19:15] </w:t>
      </w:r>
      <w:r>
        <w:t>ke khuda ko ek mano. khuda ko apna aala tareen maqsad banao. aakhirat ko samne rakh kar apni zindagi ki taameer karo.</w:t>
      </w:r>
    </w:p>
    <w:p>
      <w:pPr>
        <w:jc w:val="right"/>
      </w:pPr>
      <w:r>
        <w:t>کہ خدا کو ایک مانو۔ خدا کو اپنا اعلیٰ ترین مقصد بناؤ۔ آخرت کو سامنے رکھ کر اپنی زندگی کی تعمیر کرو۔</w:t>
      </w:r>
    </w:p>
    <w:p>
      <w:r>
        <w:rPr>
          <w:b/>
        </w:rPr>
        <w:t xml:space="preserve">[19:26] </w:t>
      </w:r>
      <w:r>
        <w:t>yeh bohat zyada sochne ki baat hai yeh. yeh qissa kahani nahi hai. yeh tareekh hai. tareekh. to mere mind mein jo aaya hai ke false sense of priority.</w:t>
      </w:r>
    </w:p>
    <w:p>
      <w:pPr>
        <w:jc w:val="right"/>
      </w:pPr>
      <w:r>
        <w:t>یہ بہت زیادہ سوچنے کی بات ہے یہ۔ یہ قصہ کہانی نہیں ہے۔ یہ تاریخ ہے۔ تاریخ۔ تو میرے مائنڈ میں جو آیا ہے کہ فالس سینس آف پرائرٹی۔</w:t>
      </w:r>
    </w:p>
    <w:p>
      <w:r>
        <w:rPr>
          <w:b/>
        </w:rPr>
        <w:t xml:space="preserve">[19:38] </w:t>
      </w:r>
      <w:r>
        <w:t>phir main ne sochna shuru kiya, sochna shuru kiya.</w:t>
      </w:r>
    </w:p>
    <w:p>
      <w:pPr>
        <w:jc w:val="right"/>
      </w:pPr>
      <w:r>
        <w:t>پھر میں نے سوچنا شروع کیا، سوچنا شروع کیا۔</w:t>
      </w:r>
    </w:p>
    <w:p>
      <w:r>
        <w:rPr>
          <w:b/>
        </w:rPr>
        <w:t xml:space="preserve">[19:43] </w:t>
      </w:r>
      <w:r>
        <w:t>to sari tareekh isi mein trace ho gayi. fard se le kar ke baray baray logon tak.</w:t>
      </w:r>
    </w:p>
    <w:p>
      <w:pPr>
        <w:jc w:val="right"/>
      </w:pPr>
      <w:r>
        <w:t>تو ساری تاریخ اسی میں ٹریس ہو گئی۔ فرد سے لے کر کے بڑے بڑے لوگوں تک۔</w:t>
      </w:r>
    </w:p>
    <w:p>
      <w:r>
        <w:rPr>
          <w:b/>
        </w:rPr>
        <w:t xml:space="preserve">[19:53] </w:t>
      </w:r>
      <w:r>
        <w:t>jaise hamara yeh class chal raha hai. bohat se log nahi atay, kya keh dete hain? ke sahib hamara shadi thi is liye nahi aaye.</w:t>
      </w:r>
    </w:p>
    <w:p>
      <w:pPr>
        <w:jc w:val="right"/>
      </w:pPr>
      <w:r>
        <w:t>جیسے ہمارا یہ کلاس چل رہا ہے۔ بہت سے لوگ نہیں آتے، کیا کہہ دیتے ہیں؟ کہ صاحب ہمارا شادی تھی اس لیے نہیں آئے۔</w:t>
      </w:r>
    </w:p>
    <w:p>
      <w:r>
        <w:rPr>
          <w:b/>
        </w:rPr>
        <w:t xml:space="preserve">[20:02] </w:t>
      </w:r>
      <w:r>
        <w:t>to shadi ko tarjeeh de diya unhon ne. shadi ko tarjeeh de diya unhon ne. kisi ne keh diya ke sahib mera beta jo hai hospital mein chala gaya tha is liye main nahi aaya.</w:t>
      </w:r>
    </w:p>
    <w:p>
      <w:pPr>
        <w:jc w:val="right"/>
      </w:pPr>
      <w:r>
        <w:t>تو شادی کو ترجیح دے دیا انہوں نے۔ شادی کو ترجیح دے دیا انہوں نے۔ کسی نے کہہ دیا کہ صاحب میرا بیٹا جو ہے ہسپتال میں چلا گیا تھا اس لیے میں نہیں آیا۔</w:t>
      </w:r>
    </w:p>
    <w:p>
      <w:r>
        <w:rPr>
          <w:b/>
        </w:rPr>
        <w:t xml:space="preserve">[20:20] </w:t>
      </w:r>
      <w:r>
        <w:t>kai log yeh kehte hain ke sahib mera baap hospital mein chala gaya tha, mera beta hospital mein chala gaya tha to is liye main nahi aa saka.</w:t>
      </w:r>
    </w:p>
    <w:p>
      <w:pPr>
        <w:jc w:val="right"/>
      </w:pPr>
      <w:r>
        <w:t>کئی لوگ یہ کہتے ہیں کہ صاحب میرا باپ ہسپتال میں چلا گیا تھا، میرا بیٹا ہسپتال میں چلا گیا تھا تو اس لیے میں نہیں آ سکا۔</w:t>
      </w:r>
    </w:p>
    <w:p>
      <w:r>
        <w:rPr>
          <w:b/>
        </w:rPr>
        <w:t xml:space="preserve">[20:30] </w:t>
      </w:r>
      <w:r>
        <w:t>yeh bhi false sense of priority hai.</w:t>
      </w:r>
    </w:p>
    <w:p>
      <w:pPr>
        <w:jc w:val="right"/>
      </w:pPr>
      <w:r>
        <w:t>یہ بھی فالس سینس آف پرائرٹی ہے۔</w:t>
      </w:r>
    </w:p>
    <w:p>
      <w:r>
        <w:rPr>
          <w:b/>
        </w:rPr>
        <w:t xml:space="preserve">[20:36] </w:t>
      </w:r>
      <w:r>
        <w:t>unhon ne tarjeeh de di kis ko? apne bete ko jo ke hospital mein chala gaya tha. aur main kehta hoon ke poori poori insaniyat hospital mein chali gayi hai.</w:t>
      </w:r>
    </w:p>
    <w:p>
      <w:pPr>
        <w:jc w:val="right"/>
      </w:pPr>
      <w:r>
        <w:t>انہوں نے ترجیح دے دی کس کو؟ اپنے بیٹے کو جو کہ ہسپتال میں چلا گیا تھا۔ اور میں کہتا ہوں کہ پوری پوری انسانیت ہسپتال میں چلی گئی ہے۔</w:t>
      </w:r>
    </w:p>
    <w:p>
      <w:r>
        <w:rPr>
          <w:b/>
        </w:rPr>
        <w:t xml:space="preserve">[20:45] </w:t>
      </w:r>
      <w:r>
        <w:t>poori poori insaniyat jahannum mein ja rahi hai. aap apne ek bete ko soch rahe hain le kar ke? apne ek baap ko le kar soch rahe hain aap?</w:t>
      </w:r>
    </w:p>
    <w:p>
      <w:pPr>
        <w:jc w:val="right"/>
      </w:pPr>
      <w:r>
        <w:t>پوری پوری انسانیت جہنم میں جا رہی ہے۔ آپ اپنے ایک بیٹے کو سوچ رہے ہیں لے کر کے؟ اپنے ایک باپ کو لے کر سوچ رہے ہیں آپ؟</w:t>
      </w:r>
    </w:p>
    <w:p>
      <w:r>
        <w:rPr>
          <w:b/>
        </w:rPr>
        <w:t xml:space="preserve">[20:56] </w:t>
      </w:r>
      <w:r>
        <w:t>sari sari insaniyat ja rahi hai jahannum mein. jahannum mein. sari sari insaniyat hi hospital mein chali gayi hai. is ka is ka aap ko dard nahi?</w:t>
      </w:r>
    </w:p>
    <w:p>
      <w:pPr>
        <w:jc w:val="right"/>
      </w:pPr>
      <w:r>
        <w:t>ساری ساری انسانیت جا رہی ہے جہنم میں۔ جہنم میں۔ ساری ساری انسانیت ہی ہسپتال میں چلی گئی ہے۔ اس کا اس کا آپ کو درد نہیں؟</w:t>
      </w:r>
    </w:p>
    <w:p>
      <w:r>
        <w:rPr>
          <w:b/>
        </w:rPr>
        <w:t xml:space="preserve">[21:06] </w:t>
      </w:r>
      <w:r>
        <w:t>is ka aap ko dard nahi?</w:t>
      </w:r>
    </w:p>
    <w:p>
      <w:pPr>
        <w:jc w:val="right"/>
      </w:pPr>
      <w:r>
        <w:t>اس کا آپ کو درد نہیں؟</w:t>
      </w:r>
    </w:p>
    <w:p>
      <w:r>
        <w:rPr>
          <w:b/>
        </w:rPr>
        <w:t xml:space="preserve">[21:11] </w:t>
      </w:r>
      <w:r>
        <w:t>aap ghor farmayie. aap yeh kahein ke mere baap ka mere upar ehsan hai is liye main zaroori hai ke main us ko hospital mein le kar jaon. lekin main kehta hoon aap aur baap ke upar dono ko mila kar ke insaniyat ka jo ehsan hai woh is se billion guna zyada hai.</w:t>
      </w:r>
    </w:p>
    <w:p>
      <w:pPr>
        <w:jc w:val="right"/>
      </w:pPr>
      <w:r>
        <w:t>آپ غور فرمائیئے۔ آپ یہ کہیں کہ میرے باپ کا میرے اوپر احسان ہے اس لیے میں ضروری ہے کہ میں اس کو ہسپتال میں لے کر جاؤں۔ لیکن میں کہتا ہوں آپ اور باپ کے اوپر دونوں کو ملا کر کے انسانیت کا جو احسان ہے وہ اس سے بلین گنا زیادہ ہے۔</w:t>
      </w:r>
    </w:p>
    <w:p>
      <w:r>
        <w:rPr>
          <w:b/>
        </w:rPr>
        <w:t xml:space="preserve">[21:28] </w:t>
      </w:r>
      <w:r>
        <w:t>billion guna zyada hai.</w:t>
      </w:r>
    </w:p>
    <w:p>
      <w:pPr>
        <w:jc w:val="right"/>
      </w:pPr>
      <w:r>
        <w:t>بلین گنا زیادہ ہے۔</w:t>
      </w:r>
    </w:p>
    <w:p>
      <w:r>
        <w:rPr>
          <w:b/>
        </w:rPr>
        <w:t xml:space="preserve">[21:35] </w:t>
      </w:r>
      <w:r>
        <w:t>aap sochiye ke yeh jo main kapra pehni hui hoon, mill ka bana hua kapra. ab hamare jo baap, baba adam thay, Hazrat Adam, unhon ne patton ka kapra bana kar pehna tha.</w:t>
      </w:r>
    </w:p>
    <w:p>
      <w:pPr>
        <w:jc w:val="right"/>
      </w:pPr>
      <w:r>
        <w:t>آپ سوچیئے کہ یہ جو میں کپڑا پہنی ہوئی ہوں، مل کا بنا ہوا کپڑا۔ اب ہمارے جو باپ، بابا آدم تھے، حضرت آدم، انہوں نے پتوں کا کپڑا بنا کر پہنا تھا۔</w:t>
      </w:r>
    </w:p>
    <w:p>
      <w:r>
        <w:rPr>
          <w:b/>
        </w:rPr>
        <w:t xml:space="preserve">[21:54] </w:t>
      </w:r>
      <w:r>
        <w:t>darakht ke patton ko unhon ne see kar kapra banaya, us ko pehna. phir insaan janwar ke khaal ka kapra pehanta raha.</w:t>
      </w:r>
    </w:p>
    <w:p>
      <w:pPr>
        <w:jc w:val="right"/>
      </w:pPr>
      <w:r>
        <w:t>درخت کے پتوں کو انہوں نے سی کر کپڑا بنایا، اس کو پہنا۔ پھر انسان جانور کے کھال کا کپڑا پہنتا رہا۔</w:t>
      </w:r>
    </w:p>
    <w:p>
      <w:r>
        <w:rPr>
          <w:b/>
        </w:rPr>
        <w:t xml:space="preserve">[22:04] </w:t>
      </w:r>
      <w:r>
        <w:t>khaal. khaal ko lapait liya. phir insaan ne haiwan ke balon ko nikal kar ke buta aur phir us ka kapra banaya.</w:t>
      </w:r>
    </w:p>
    <w:p>
      <w:pPr>
        <w:jc w:val="right"/>
      </w:pPr>
      <w:r>
        <w:t>کھال۔ کھال کو لپیٹ لیا۔ پھر انسان نے حیوان کے بالوں کو نکال کر کے بٹا اور پھر اس کا کپڑا بنایا۔</w:t>
      </w:r>
    </w:p>
    <w:p>
      <w:r>
        <w:rPr>
          <w:b/>
        </w:rPr>
        <w:t xml:space="preserve">[22:16] </w:t>
      </w:r>
      <w:r>
        <w:t>phir bohat hotay hotay hotay khaddi bani. hath se butte thay log. mota, bohat hi mota mota kapra. mere bachpan mein wahan par heart lagti thi, heart.</w:t>
      </w:r>
    </w:p>
    <w:p>
      <w:pPr>
        <w:jc w:val="right"/>
      </w:pPr>
      <w:r>
        <w:t>پھر بہت ہوتے ہوتے ہوتے کھڈی بنی۔ ہاتھ سے بٹتے تھے لوگ۔ موٹا، بہت ہی موٹا موٹا کپڑا۔ میرے بچپن میں وہاں پر ہارٹ لگتی تھی، ہارٹ۔</w:t>
      </w:r>
    </w:p>
    <w:p>
      <w:r>
        <w:rPr>
          <w:b/>
        </w:rPr>
        <w:t xml:space="preserve">[22:26] </w:t>
      </w:r>
      <w:r>
        <w:t>to jalaye jo hain woh latay thay kapra bechne ke liye. bilkul mota mota khaddar hota tha. bohat dil lage insaan ko ke kapray banen.</w:t>
      </w:r>
    </w:p>
    <w:p>
      <w:pPr>
        <w:jc w:val="right"/>
      </w:pPr>
      <w:r>
        <w:t>تو جلائے جو ہیں وہ لاتے تھے کپڑا بیچنے کے لیے۔ بالکل موٹا موٹا کھدر ہوتا تھا۔ بہت دل لگے انسان کو کہ کپڑے بنیں۔</w:t>
      </w:r>
    </w:p>
    <w:p>
      <w:r>
        <w:rPr>
          <w:b/>
        </w:rPr>
        <w:t xml:space="preserve">[22:36] </w:t>
      </w:r>
      <w:r>
        <w:t>aur millon mein kapray banen. jo kapra aaj pehante hain aap shadiyon mein ya ghair shadiyon mein. is kapray ko wajood mein lanay ke liye insaniyat ne hazaron saal kaam kiya hai.</w:t>
      </w:r>
    </w:p>
    <w:p>
      <w:pPr>
        <w:jc w:val="right"/>
      </w:pPr>
      <w:r>
        <w:t>اور ملوں میں کپڑے بنیں۔ جو کپڑا آج پہنتے ہیں آپ شادیوں میں یا غیر شادیوں میں۔ اس کپڑے کو وجود میں لانے کے لیے انسانیت نے ہزاروں سال کام کیا ہے۔</w:t>
      </w:r>
    </w:p>
    <w:p>
      <w:r>
        <w:rPr>
          <w:b/>
        </w:rPr>
        <w:t xml:space="preserve">[22:52] </w:t>
      </w:r>
      <w:r>
        <w:t>kaha jata hai ke pachees hazar saal jo hai namaloom tareekh hai. is ke is ke baad peechay ko kuch pata nahi. yani historian aisa kehte hain.</w:t>
      </w:r>
    </w:p>
    <w:p>
      <w:pPr>
        <w:jc w:val="right"/>
      </w:pPr>
      <w:r>
        <w:t>کہا جاتا ہے کہ پچیس ہزار سال جو ہے نامعلوم تاریخ ہے۔ اس کے اس کے بعد پیچھے کو کچھ پتہ نہیں۔ یعنی ہسٹورین ایسا کہتے ہیں۔</w:t>
      </w:r>
    </w:p>
    <w:p>
      <w:r>
        <w:rPr>
          <w:b/>
        </w:rPr>
        <w:t xml:space="preserve">[23:02] </w:t>
      </w:r>
      <w:r>
        <w:t>pachees hazar saal tak insaan koshish karta raha, judo jehad karta raha. tab woh kapra bana, is kapray ko pehan kar ke aap shadiyan karte hain.</w:t>
      </w:r>
    </w:p>
    <w:p>
      <w:pPr>
        <w:jc w:val="right"/>
      </w:pPr>
      <w:r>
        <w:t>پچیس ہزار سال تک انسان کوشش کرتا رہا، جدوجہد کرتا رہا۔ تب وہ کپڑا بنا، اس کپڑے کو پہن کر کے آپ شادیاں کرتے ہیں۔</w:t>
      </w:r>
    </w:p>
    <w:p>
      <w:r>
        <w:rPr>
          <w:b/>
        </w:rPr>
        <w:t xml:space="preserve">[23:11] </w:t>
      </w:r>
      <w:r>
        <w:t>us ko pehan kar ke hospital jatay hain. to logon ko jis cheez ko unhon ne tarjeeh de rakhi hai, us woh woh false tarjeeh hai.</w:t>
      </w:r>
    </w:p>
    <w:p>
      <w:pPr>
        <w:jc w:val="right"/>
      </w:pPr>
      <w:r>
        <w:t>اس کو پہن کر کے ہسپتال جاتے ہیں۔ تو لوگوں کو جس چیز کو انہوں نے ترجیح دے رکھی ہے، اس وہ وہ فالس ترجیح ہے۔</w:t>
      </w:r>
    </w:p>
    <w:p>
      <w:r>
        <w:rPr>
          <w:b/>
        </w:rPr>
        <w:t xml:space="preserve">[23:24] </w:t>
      </w:r>
      <w:r>
        <w:t>shadi kiya hai? yani shadion ko log bahana banate hain. halankeh shadi ke jitne bhi item hain, un sab item ko banane mein insaniyat ka hissa hai.</w:t>
      </w:r>
    </w:p>
    <w:p>
      <w:pPr>
        <w:jc w:val="right"/>
      </w:pPr>
      <w:r>
        <w:t>شادی کیا ہے؟ یعنی شادیوں کو لوگ بہانہ بناتے ہیں۔ حالانکہ شادی کے جتنے بھی آئٹم ہیں، ان سب آئٹم کو بنانے میں انسانیت کا حصہ ہے۔</w:t>
      </w:r>
    </w:p>
    <w:p>
      <w:r>
        <w:rPr>
          <w:b/>
        </w:rPr>
        <w:t xml:space="preserve">[23:37] </w:t>
      </w:r>
      <w:r>
        <w:t>yani aap ka aik fisad se bhi kam hissa hai. jitne shadi ke item hain, chahe kapra ho, chahe zewraat ho, chahe furniture ho ya khana peena ho, insaniyat hazaron saal tak kaam karti rahi, jahad karti rahi.</w:t>
      </w:r>
    </w:p>
    <w:p>
      <w:pPr>
        <w:jc w:val="right"/>
      </w:pPr>
      <w:r>
        <w:t>یعنی آپ کا ایک فیصد سے بھی کم حصہ ہے۔ جتنے شادی کے آئٹم ہیں، چاہے کپڑا ہو، چاہے زیورات ہو، چاہے فرنیچر ہو یا کھانا پینا ہو، انسانیت ہزاروں سال تک کام کرتی رہی، جدوجہد کرتی رہی۔</w:t>
      </w:r>
    </w:p>
    <w:p>
      <w:r>
        <w:rPr>
          <w:b/>
        </w:rPr>
        <w:t xml:space="preserve">[23:51] </w:t>
      </w:r>
      <w:r>
        <w:t>tab ja kar woh saman bana jis ko le kar aap shadiyan karte hain. aap ghor kijiye.</w:t>
      </w:r>
    </w:p>
    <w:p>
      <w:pPr>
        <w:jc w:val="right"/>
      </w:pPr>
      <w:r>
        <w:t>تب جا کر وہ سامان بنا جس کو لے کر آپ شادیاں کرتے ہیں۔ آپ غور کیجیئے۔</w:t>
      </w:r>
    </w:p>
    <w:p>
      <w:r>
        <w:rPr>
          <w:b/>
        </w:rPr>
        <w:t xml:space="preserve">[24:01] </w:t>
      </w:r>
      <w:r>
        <w:t>ke aap ke upar jo ehsan hai aap ke baap ka, aap ke maa ka, aap ke bete ka, aap ki beti ka, is se billion guna zyada ehsan hai poori insaniyat ka aap ke upar.</w:t>
      </w:r>
    </w:p>
    <w:p>
      <w:pPr>
        <w:jc w:val="right"/>
      </w:pPr>
      <w:r>
        <w:t>کہ آپ کے اوپر جو احسان ہے آپ کے باپ کا، آپ کے ماں کا، آپ کے بیٹے کا، آپ کی بیٹی کا، اس سے بلین گنا زیادہ احسان ہے پوری انسانیت کا آپ کے اوپر۔</w:t>
      </w:r>
    </w:p>
    <w:p>
      <w:r>
        <w:rPr>
          <w:b/>
        </w:rPr>
        <w:t xml:space="preserve">[24:13] </w:t>
      </w:r>
      <w:r>
        <w:t>aap ko apna beta beti yaad hai aur insaniyat aap ko yaad nahi hai.</w:t>
      </w:r>
    </w:p>
    <w:p>
      <w:pPr>
        <w:jc w:val="right"/>
      </w:pPr>
      <w:r>
        <w:t>آپ کو اپنا بیٹا بیٹی یاد ہے اور انسانیت آپ کو یاد نہیں ہے۔</w:t>
      </w:r>
    </w:p>
    <w:p>
      <w:r>
        <w:rPr>
          <w:b/>
        </w:rPr>
        <w:t xml:space="preserve">[24:21] </w:t>
      </w:r>
      <w:r>
        <w:t>rasool Allah ne farmaya ke log patangon ki tarah jahannum mein ja rahe hain. main un ko peechay se khench raha hoon. jab aap par pehli wahi aai aur aap ghar lotay to khadija ne kaha ke bistar bicha diya aur kaha ke aram kar lijiye.</w:t>
      </w:r>
    </w:p>
    <w:p>
      <w:pPr>
        <w:jc w:val="right"/>
      </w:pPr>
      <w:r>
        <w:t>رسول اللہ نے فرمایا کہ لوگ پتنگوں کی طرح جہنم میں جا رہے ہیں۔ میں ان کو پیچھے سے کھینچ رہا ہوں۔ جب آپ پر پہلی وحی آئی اور آپ گھر لوٹے تو خدیجہ نے کہا کہ بستر بچھا دیا اور کہا کہ آرام کر لیجیئے۔</w:t>
      </w:r>
    </w:p>
    <w:p>
      <w:r>
        <w:rPr>
          <w:b/>
        </w:rPr>
        <w:t xml:space="preserve">[24:39] </w:t>
      </w:r>
      <w:r>
        <w:t>aap ne farmaya ke aye nar raha ya khadija. aye khadija aap aram kahan? kyunke yeh haqeeqat aap par khul gayi thi.</w:t>
      </w:r>
    </w:p>
    <w:p>
      <w:pPr>
        <w:jc w:val="right"/>
      </w:pPr>
      <w:r>
        <w:t>آپ نے فرمایا کہ اے نر راہا یا خدیجہ۔ اے خدیجہ آپ آرام کہاں؟ کیونکہ یہ حقیقت آپ پر کھل گئی تھی۔</w:t>
      </w:r>
    </w:p>
    <w:p>
      <w:r>
        <w:rPr>
          <w:b/>
        </w:rPr>
        <w:t xml:space="preserve">[24:50] </w:t>
      </w:r>
      <w:r>
        <w:t>Allah taala ne khol diya tha ke poori insaniyat ja rahi hai jahannum mein, un ko bachao.</w:t>
      </w:r>
    </w:p>
    <w:p>
      <w:pPr>
        <w:jc w:val="right"/>
      </w:pPr>
      <w:r>
        <w:t>اللہ تعالیٰ نے کھول دیا تھا کہ پوری انسانیت جا رہی ہے جہنم میں، ان کو بچاؤ۔</w:t>
      </w:r>
    </w:p>
    <w:p>
      <w:r>
        <w:rPr>
          <w:b/>
        </w:rPr>
        <w:t xml:space="preserve">[24:59] </w:t>
      </w:r>
      <w:r>
        <w:t>ya ayyuhal muddathir qumfanzir. quran mein aaya ke ya ayyuhal muddathir qumfanzir.</w:t>
      </w:r>
    </w:p>
    <w:p>
      <w:pPr>
        <w:jc w:val="right"/>
      </w:pPr>
      <w:r>
        <w:t>یا ایہا المدثر قمفانذر۔ قرآن میں آیا کہ یا ایہا المدثر قمفانذر۔</w:t>
      </w:r>
    </w:p>
    <w:p>
      <w:r>
        <w:rPr>
          <w:b/>
        </w:rPr>
        <w:t xml:space="preserve">[25:09] </w:t>
      </w:r>
      <w:r>
        <w:t>aye chadar mein lapait kar kar sone wale utho. dunya jahannum mein ja rahi hai, is ko drao, batao is ko.</w:t>
      </w:r>
    </w:p>
    <w:p>
      <w:pPr>
        <w:jc w:val="right"/>
      </w:pPr>
      <w:r>
        <w:t>اے چادر میں لپیٹ کر کر سونے والے اٹھو۔ دنیا جہنم میں جا رہی ہے، اس کو ڈراؤ، بتاؤ اس کو۔</w:t>
      </w:r>
    </w:p>
    <w:p>
      <w:r>
        <w:rPr>
          <w:b/>
        </w:rPr>
        <w:t xml:space="preserve">[25:22] </w:t>
      </w:r>
      <w:r>
        <w:t>yeh sab se bara muamla hai. sab se bara muamla hai yeh. aap sochiye ke aik aadmi ne aap par ehsan kiya ho aur is ka ehsan aap na chuka paye hon.</w:t>
      </w:r>
    </w:p>
    <w:p>
      <w:pPr>
        <w:jc w:val="right"/>
      </w:pPr>
      <w:r>
        <w:t>یہ سب سے بڑا معاملہ ہے۔ سب سے بڑا معاملہ ہے یہ۔ آپ سوچیئے کہ ایک آدمی نے آپ پر احسان کیا ہو اور اس کا احسان آپ نہ چکا پائے ہوں۔</w:t>
      </w:r>
    </w:p>
    <w:p>
      <w:r>
        <w:rPr>
          <w:b/>
        </w:rPr>
        <w:t xml:space="preserve">[25:39] </w:t>
      </w:r>
      <w:r>
        <w:t>to aap is ka samna karne ki himmat nahi hoti aap ko.</w:t>
      </w:r>
    </w:p>
    <w:p>
      <w:pPr>
        <w:jc w:val="right"/>
      </w:pPr>
      <w:r>
        <w:t>تو آپ اس کا سامنا کرنے کی ہمت نہیں ہوتی آپ کو۔</w:t>
      </w:r>
    </w:p>
    <w:p>
      <w:r>
        <w:rPr>
          <w:b/>
        </w:rPr>
        <w:t xml:space="preserve">[25:45] </w:t>
      </w:r>
      <w:r>
        <w:t>main aap ko aik qissa bataoon.</w:t>
      </w:r>
    </w:p>
    <w:p>
      <w:pPr>
        <w:jc w:val="right"/>
      </w:pPr>
      <w:r>
        <w:t>میں آپ کو ایک قصہ بتاؤں۔</w:t>
      </w:r>
    </w:p>
    <w:p>
      <w:r>
        <w:rPr>
          <w:b/>
        </w:rPr>
        <w:t xml:space="preserve">[25:49] </w:t>
      </w:r>
      <w:r>
        <w:t>aligarh mein aik sahab thay, ab un ka intiqal ho chuka hai. un ka naam tha hakim afamullah. aligarh ke tibbiya college mein woh ustad thay.</w:t>
      </w:r>
    </w:p>
    <w:p>
      <w:pPr>
        <w:jc w:val="right"/>
      </w:pPr>
      <w:r>
        <w:t>علی گڑھ میں ایک صاحب تھے، اب ان کا انتقال ہو چکا ہے۔ ان کا نام تھا حکیم عفام اللہ۔ علی گڑھ کے طبیہ کالج میں وہ استاد تھے۔</w:t>
      </w:r>
    </w:p>
    <w:p>
      <w:r>
        <w:rPr>
          <w:b/>
        </w:rPr>
        <w:t xml:space="preserve">[26:03] </w:t>
      </w:r>
      <w:r>
        <w:t>un ka watan tha inhona.</w:t>
      </w:r>
    </w:p>
    <w:p>
      <w:pPr>
        <w:jc w:val="right"/>
      </w:pPr>
      <w:r>
        <w:t>ان کا وطن تھا انہونا۔</w:t>
      </w:r>
    </w:p>
    <w:p>
      <w:r>
        <w:rPr>
          <w:b/>
        </w:rPr>
        <w:t xml:space="preserve">[26:09] </w:t>
      </w:r>
      <w:r>
        <w:t>meri kai bar un se mulaqat hui thi aur unhon ne khud bataya tha yeh waqia, yeh bata raha hoon aap ko main barah-e-rast. to woh hafte mein aik bar watan jaya karte thay apne.</w:t>
      </w:r>
    </w:p>
    <w:p>
      <w:pPr>
        <w:jc w:val="right"/>
      </w:pPr>
      <w:r>
        <w:t>میری کئی بار ان سے ملاقات ہوئی تھی اور انہوں نے خود بتایا تھا یہ واقعہ، یہ بتا رہا ہوں آپ کو میں براہِ راست۔ تو وہ ہفتے میں ایک بار وطن جایا کرتے تھے اپنے۔</w:t>
      </w:r>
    </w:p>
    <w:p>
      <w:r>
        <w:rPr>
          <w:b/>
        </w:rPr>
        <w:t xml:space="preserve">[26:21] </w:t>
      </w:r>
      <w:r>
        <w:t>train se jatay thay. aligarh se train jati thi. un ke gaon ke qareeb railway station tha. to wahan pohnchti thi woh sham ko.</w:t>
      </w:r>
    </w:p>
    <w:p>
      <w:pPr>
        <w:jc w:val="right"/>
      </w:pPr>
      <w:r>
        <w:t>ٹرین سے جاتے تھے۔ علی گڑھ سے ٹرین جاتی تھی۔ ان کے گاؤں کے قریب ریلوے اسٹیشن تھا۔ تو وہاں پہنچتی تھی وہ شام کو۔</w:t>
      </w:r>
    </w:p>
    <w:p>
      <w:r>
        <w:rPr>
          <w:b/>
        </w:rPr>
        <w:t xml:space="preserve">[26:31] </w:t>
      </w:r>
      <w:r>
        <w:t>yani suraj doobne ke qareeb pohnchti thi. to yeh un ka mamool tha. to un ke is ilaqay ke, is ilaqay ke kisi aadmi se un ki dushmani ho gayi.</w:t>
      </w:r>
    </w:p>
    <w:p>
      <w:pPr>
        <w:jc w:val="right"/>
      </w:pPr>
      <w:r>
        <w:t>یعنی سورج ڈوبنے کے قریب پہنچتی تھی۔ تو یہ ان کا معمول تھا۔ تو ان کے اس علاقے کے، اس علاقے کے کسی آدمی سے ان کی دشمنی ہو گئی۔</w:t>
      </w:r>
    </w:p>
    <w:p>
      <w:r>
        <w:rPr>
          <w:b/>
        </w:rPr>
        <w:t xml:space="preserve">[26:44] </w:t>
      </w:r>
      <w:r>
        <w:t>yani woh aadmi un ka dushman ban gaya kisi wajah se. aaj kal aap jante hain ke khwamkhwah hi dushmani ban jati hain. hamari kitne dushman hain.</w:t>
      </w:r>
    </w:p>
    <w:p>
      <w:pPr>
        <w:jc w:val="right"/>
      </w:pPr>
      <w:r>
        <w:t>یعنی وہ آدمی ان کا دشمن بن گیا کسی وجہ سے۔ آج کل آپ جانتے ہیں کہ خوامخواہ ہی دشمنیاں بن جاتی ہیں۔ ہماری کتنے دشمن ہیں۔</w:t>
      </w:r>
    </w:p>
    <w:p>
      <w:r>
        <w:rPr>
          <w:b/>
        </w:rPr>
        <w:t xml:space="preserve">[26:54] </w:t>
      </w:r>
      <w:r>
        <w:t>aaj hi subah maine molana zulqarnain nadvi sahab ne bataya, mere khilaf yeh mazmoon chha. yeh lucknow ke aik parche ka, jo bohat purana parcha hai.</w:t>
      </w:r>
    </w:p>
    <w:p>
      <w:pPr>
        <w:jc w:val="right"/>
      </w:pPr>
      <w:r>
        <w:t>آج ہی صبح میں نے مولانا ذوالقرنین ندوی صاحب نے بتایا، میرے خلاف یہ مضمون چھپا ہے۔ یہ لکھنو کے ایک پرچے کا، جو بہت پرانا پرچہ ہے۔</w:t>
      </w:r>
    </w:p>
    <w:p>
      <w:r>
        <w:rPr>
          <w:b/>
        </w:rPr>
        <w:t xml:space="preserve">[27:04] </w:t>
      </w:r>
      <w:r>
        <w:t>shayad nikal raha hai woh saath saal se. aik jhoota mazmoon mere khilaf chha. bilkul jhoota mazmoon. to khair hakim afamullah sahab ne bataya ke un ka koi dushman ho gaya tha.</w:t>
      </w:r>
    </w:p>
    <w:p>
      <w:pPr>
        <w:jc w:val="right"/>
      </w:pPr>
      <w:r>
        <w:t>شاید نکل رہا ہے وہ ساٹھ سال سے۔ ایک جھوٹا مضمون میرے خلاف چھپا ہے۔ بالکل جھوٹا مضمون۔ تو خیر حکیم عفام اللہ صاحب نے بتایا کہ ان کا کوئی دشمن ہو گیا تھا۔</w:t>
      </w:r>
    </w:p>
    <w:p>
      <w:r>
        <w:rPr>
          <w:b/>
        </w:rPr>
        <w:t xml:space="preserve">[27:20] </w:t>
      </w:r>
      <w:r>
        <w:t>us ne aik scheme banai. aik scheme banai. ke sham ko jab woh utar kar aain to aik aadmi ko paisa diya kuch unhon ne.</w:t>
      </w:r>
    </w:p>
    <w:p>
      <w:pPr>
        <w:jc w:val="right"/>
      </w:pPr>
      <w:r>
        <w:t>اس نے ایک اسکیم بنائی۔ ایک اسکیم بنائی۔ کہ شام کو جب وہ اتر کر آئیں تو ایک آدمی کو پیسہ دیا کچھ انہوں نے۔</w:t>
      </w:r>
    </w:p>
    <w:p>
      <w:r>
        <w:rPr>
          <w:b/>
        </w:rPr>
        <w:t xml:space="preserve">[27:31] </w:t>
      </w:r>
      <w:r>
        <w:t>do char sau. ghareeb aadmi tha bechara. ke tum un ko maar dalo to tum ko itna paisa deta hoon main. to dehat mein aik cheez hoti hai, us ko kehte hain gadasa.</w:t>
      </w:r>
    </w:p>
    <w:p>
      <w:pPr>
        <w:jc w:val="right"/>
      </w:pPr>
      <w:r>
        <w:t>دو چار سو۔ غریب آدمی تھا بیچارہ۔ کہ تم ان کو مار ڈالو تو تم کو اتنا پیسہ دیتا ہوں میں۔ تو دیہات میں ایک چیز ہوتی ہے، اس کو کہتے ہیں گڑاسا۔</w:t>
      </w:r>
    </w:p>
    <w:p>
      <w:r>
        <w:rPr>
          <w:b/>
        </w:rPr>
        <w:t xml:space="preserve">[27:42] </w:t>
      </w:r>
      <w:r>
        <w:t>gadasa jo hai yani aik bara chaku samajh lijiye. bohat bara sa, bohat bari si chhuri. usay woh katay hain.</w:t>
      </w:r>
    </w:p>
    <w:p>
      <w:pPr>
        <w:jc w:val="right"/>
      </w:pPr>
      <w:r>
        <w:t>گڑاسا جو ہے یعنی ایک بڑا چاقو سمجھ لیجیئے۔ بہت بڑا سا، بہت بڑی سی چھری۔ اسے وہ کاٹتے ہیں۔</w:t>
      </w:r>
    </w:p>
    <w:p>
      <w:r>
        <w:rPr>
          <w:b/>
        </w:rPr>
        <w:t xml:space="preserve">[27:52] </w:t>
      </w:r>
      <w:r>
        <w:t>yani powder katay hain is se. chara. ghas waghera. to us ko kehte hain dehat mein gadasa. yani bohat bari chaku.</w:t>
      </w:r>
    </w:p>
    <w:p>
      <w:pPr>
        <w:jc w:val="right"/>
      </w:pPr>
      <w:r>
        <w:t>یعنی پاؤڈر کاٹتے ہیں اس سے۔ چارہ۔ گھاس وغیرہ۔ تو اس کو کہتے ہیں دیہات میں گڑاسا۔ یعنی بہت بڑی چاقو۔</w:t>
      </w:r>
    </w:p>
    <w:p>
      <w:r>
        <w:rPr>
          <w:b/>
        </w:rPr>
        <w:t xml:space="preserve">[28:06] </w:t>
      </w:r>
      <w:r>
        <w:t>to woh us ko le kar ke chup ke baith gaya wahan. wahan par aik chota sa pul tha. is pul se woh pass hotay thay woh. is pul se pass ho kar phir apnay gaon mein puhanchtay thay.</w:t>
      </w:r>
    </w:p>
    <w:p>
      <w:pPr>
        <w:jc w:val="right"/>
      </w:pPr>
      <w:r>
        <w:t>تو وہ اس کو لے کر کے چھپ کے بیٹھ گیا وہاں۔ وہاں پر ایک چھوٹا سا پل تھا۔ اس پل سے وہ پاس ہوتے تھے وہ۔ اس پل سے پاس ہو کر پھر اپنے گاؤں میں پہنچتے تھے۔</w:t>
      </w:r>
    </w:p>
    <w:p>
      <w:r>
        <w:rPr>
          <w:b/>
        </w:rPr>
        <w:t xml:space="preserve">[28:19] </w:t>
      </w:r>
      <w:r>
        <w:t>to kiya hua? woh aadmi pul ke neechay baith gaya sham ko. aur jab woh atay thay to tab tak wahan andhera ho chuka hota tha.</w:t>
      </w:r>
    </w:p>
    <w:p>
      <w:pPr>
        <w:jc w:val="right"/>
      </w:pPr>
      <w:r>
        <w:t>تو کیا ہوا؟ وہ آدمی پل کے نیچے بیٹھ گیا شام کو۔ اور جب وہ آتے تھے تو تب تک وہاں اندھیرا ہو چکا ہوتا تھا۔</w:t>
      </w:r>
    </w:p>
    <w:p>
      <w:r>
        <w:rPr>
          <w:b/>
        </w:rPr>
        <w:t xml:space="preserve">[28:32] </w:t>
      </w:r>
      <w:r>
        <w:t>to jab woh puhanchay aur us waqt wahan par koi aur aanay janay wala nahi, andhera ho chuka hota tha, wahan sannata ho jata tha. to akeley atay thay, akeley jatay thay woh.</w:t>
      </w:r>
    </w:p>
    <w:p>
      <w:pPr>
        <w:jc w:val="right"/>
      </w:pPr>
      <w:r>
        <w:t>تو جب وہ پہنچے اور اس وقت وہاں پر کوئی اور آنے جانے والا نہیں، اندھیرا ہو چکا ہوتا تھا، وہاں سناٹا ہو جاتا تھا۔ تو اکیلے آتے تھے، اکیلے جاتے تھے وہ۔</w:t>
      </w:r>
    </w:p>
    <w:p>
      <w:r>
        <w:rPr>
          <w:b/>
        </w:rPr>
        <w:t xml:space="preserve">[28:42] </w:t>
      </w:r>
      <w:r>
        <w:t>to jab woh pul par puhanchay to zahir hai ke yeh dekh raha tha. to jaldi se nikla woh. apna wohi garasa le kar ke.</w:t>
      </w:r>
    </w:p>
    <w:p>
      <w:pPr>
        <w:jc w:val="right"/>
      </w:pPr>
      <w:r>
        <w:t>تو جب وہ پل پر پہنچے تو ظاہر ہے کہ یہ دیکھ رہا تھا۔ تو جلدی سے نکلا وہ۔ اپنا وہی گڑاسا لے کر کے۔</w:t>
      </w:r>
    </w:p>
    <w:p>
      <w:r>
        <w:rPr>
          <w:b/>
        </w:rPr>
        <w:t xml:space="preserve">[28:53] </w:t>
      </w:r>
      <w:r>
        <w:t>aur jab pul par un ke samnay aa kar khara ho gaya. is ko le kar ke. matlab is ka gardan katnay ke liye. to hakim afamullah sahib ka woh jana pehchana aadmi tha.</w:t>
      </w:r>
    </w:p>
    <w:p>
      <w:pPr>
        <w:jc w:val="right"/>
      </w:pPr>
      <w:r>
        <w:t>اور جب پل پر ان کے سامنے آ کر کھڑا ہو گیا۔ اس کو لے کر کے۔ مطلب اس کا گردن کاٹنے کے لیے۔ تو حکیم عفام اللہ صاحب کا وہ جانا پہچانا آدمی تھا۔</w:t>
      </w:r>
    </w:p>
    <w:p>
      <w:r>
        <w:rPr>
          <w:b/>
        </w:rPr>
        <w:t xml:space="preserve">[29:07] </w:t>
      </w:r>
      <w:r>
        <w:t>chunki chehray se woh pehchantay thay is ko. to unhon ne jaan liya ke falan aadmi yeh hai. to phir aisa hua ke un par, us aadmi par hakim afamullah sahib ka aik ehsan tha.</w:t>
      </w:r>
    </w:p>
    <w:p>
      <w:pPr>
        <w:jc w:val="right"/>
      </w:pPr>
      <w:r>
        <w:t>چونکہ چہرے سے وہ پہچانتے تھے اس کو۔ تو انہوں نے جان لیا کہ فلاں آدمی یہ ہے۔ تو پھر ایسا ہوا کہ ان پر، اس آدمی پر حکیم عفام اللہ صاحب کا ایک احسان تھا۔</w:t>
      </w:r>
    </w:p>
    <w:p>
      <w:r>
        <w:rPr>
          <w:b/>
        </w:rPr>
        <w:t xml:space="preserve">[29:20] </w:t>
      </w:r>
      <w:r>
        <w:t>woh ghareeb aadmi bechara, is ka chota bachah bimar hua. to is ke pas ilaj ke paise nahi thay. aur riksha aur gari mein bhi nahi bithaa sakta tha is ko.</w:t>
      </w:r>
    </w:p>
    <w:p>
      <w:pPr>
        <w:jc w:val="right"/>
      </w:pPr>
      <w:r>
        <w:t>وہ غریب آدمی بیچارہ، اس کا چھوٹا بچہ بیمار ہوا۔ تو اس کے پاس علاج کے پیسے نہیں تھے۔ اور رکشہ اور گاڑی میں بھی نہیں بٹھا سکتا تھا اس کو۔</w:t>
      </w:r>
    </w:p>
    <w:p>
      <w:r>
        <w:rPr>
          <w:b/>
        </w:rPr>
        <w:t xml:space="preserve">[29:35] </w:t>
      </w:r>
      <w:r>
        <w:t>to hamaray dehat mein kehtay hain jhuwa. jhuwa ka matlab hota hai tokra. aik bara sa tokra. to jhuway mein rakh kar ke, yani tokri mein rakh kar ke woh laya hakim afamullah sahib ke clinic mein is ko.</w:t>
      </w:r>
    </w:p>
    <w:p>
      <w:pPr>
        <w:jc w:val="right"/>
      </w:pPr>
      <w:r>
        <w:t>تو ہمارے دیہات میں کہتے ہیں جھوا۔ جھوا کا مطلب ہوتا ہے ٹوکرا۔ ایک بڑا سا ٹوکرا۔ تو جھوے میں رکھ کر کے، یعنی ٹوکریں میں رکھ کر کے وہ لایا حکیم عفام اللہ صاحب کے کلینک میں اس کو۔</w:t>
      </w:r>
    </w:p>
    <w:p>
      <w:r>
        <w:rPr>
          <w:b/>
        </w:rPr>
        <w:t xml:space="preserve">[29:55] </w:t>
      </w:r>
      <w:r>
        <w:t>to is ne kaha ke hakim sahib mere pas paisa nahi hai dawa ka. aap karam kijiye. unhon ne is ka dawa kiya, is ka ilaj kiya.</w:t>
      </w:r>
    </w:p>
    <w:p>
      <w:pPr>
        <w:jc w:val="right"/>
      </w:pPr>
      <w:r>
        <w:t>تو اس نے کہا کہ حکیم صاحب میرے پاس پیسہ نہیں ہے دوا کا۔ آپ کرم کیجیئے۔ انہوں نے اس کا دوا کیا، اس کا علاج کیا۔</w:t>
      </w:r>
    </w:p>
    <w:p>
      <w:r>
        <w:rPr>
          <w:b/>
        </w:rPr>
        <w:t xml:space="preserve">[30:06] </w:t>
      </w:r>
      <w:r>
        <w:t>aur bachah jo tha woh acha ho gaya.</w:t>
      </w:r>
    </w:p>
    <w:p>
      <w:pPr>
        <w:jc w:val="right"/>
      </w:pPr>
      <w:r>
        <w:t>اور بچہ جو تھا وہ اچھا ہو گیا۔</w:t>
      </w:r>
    </w:p>
    <w:p>
      <w:r>
        <w:rPr>
          <w:b/>
        </w:rPr>
        <w:t xml:space="preserve">[30:11] </w:t>
      </w:r>
      <w:r>
        <w:t>acha ho gaya, woh theek thaak ho gaya. to hakim afamullah sahib ne kaha is se ke kiya tum ko woh din yaad nahi?</w:t>
      </w:r>
    </w:p>
    <w:p>
      <w:pPr>
        <w:jc w:val="right"/>
      </w:pPr>
      <w:r>
        <w:t>اچھا ہو گیا، وہ ٹھیک ٹھاک ہو گیا۔ تو حکیم عفام اللہ صاحب نے کہا اس سے کہ کیا تم کو وہ دن یاد نہیں؟</w:t>
      </w:r>
    </w:p>
    <w:p>
      <w:r>
        <w:rPr>
          <w:b/>
        </w:rPr>
        <w:t xml:space="preserve">[30:25] </w:t>
      </w:r>
      <w:r>
        <w:t>kiya tum ko woh din yaad nahi? jab tum apnay chotay bachay ko jhuway mein rakh kar laye thay. tumharay pas paise nahi thay.</w:t>
      </w:r>
    </w:p>
    <w:p>
      <w:pPr>
        <w:jc w:val="right"/>
      </w:pPr>
      <w:r>
        <w:t>کیا تم کو وہ دن یاد نہیں؟ جب تم اپنے چھوٹے بچے کو جھوا میں رکھ کر لائے تھے۔ تمہارے پاس پیسے نہیں تھے۔</w:t>
      </w:r>
    </w:p>
    <w:p>
      <w:r>
        <w:rPr>
          <w:b/>
        </w:rPr>
        <w:t xml:space="preserve">[30:35] </w:t>
      </w:r>
      <w:r>
        <w:t>main ne is ka ilaj kiya. aur woh acha ho gaya. woh din tum ko yaad nahi? ab tum ko mujh ko marnay ke liye aaye ho tum?</w:t>
      </w:r>
    </w:p>
    <w:p>
      <w:pPr>
        <w:jc w:val="right"/>
      </w:pPr>
      <w:r>
        <w:t>میں نے اس کا علاج کیا۔ اور وہ اچھا ہو گیا۔ وہ دن تم کو یاد نہیں؟ اب تم کو مجھ کو مارنے کے لیے آئے ہو تم؟</w:t>
      </w:r>
    </w:p>
    <w:p>
      <w:r>
        <w:rPr>
          <w:b/>
        </w:rPr>
        <w:t xml:space="preserve">[30:46] </w:t>
      </w:r>
      <w:r>
        <w:t>unhon ne bataya ke jab unhon ne yeh ehsan yaad dilaya is ko to itna sharminda hua woh ke un ke paon par gir pada.</w:t>
      </w:r>
    </w:p>
    <w:p>
      <w:pPr>
        <w:jc w:val="right"/>
      </w:pPr>
      <w:r>
        <w:t>انہوں نے بتایا کہ جب انہوں نے یہ احسان یاد دلایا اس کو تو اتنا شرمندہ ہوا وہ کہ ان کے پاؤں پر گر پڑا۔</w:t>
      </w:r>
    </w:p>
    <w:p>
      <w:r>
        <w:rPr>
          <w:b/>
        </w:rPr>
        <w:t xml:space="preserve">[30:56] </w:t>
      </w:r>
      <w:r>
        <w:t>hakim sahib ke paon par gir pada. kehtay hain woh hakim sahib mujhe maaf karo. ab woh jo garasa us ke pas tha, woh phenk diya is ko.</w:t>
      </w:r>
    </w:p>
    <w:p>
      <w:pPr>
        <w:jc w:val="right"/>
      </w:pPr>
      <w:r>
        <w:t>حکیم صاحب کے پاؤں پر گر پڑا۔ کہتے ہیں وہ حکیم صاحب مجھے معاف کرو۔ اب وہ جو گڑاسا اس کے پاس تھا، وہ پھینک دیا اس کو۔</w:t>
      </w:r>
    </w:p>
    <w:p>
      <w:r>
        <w:rPr>
          <w:b/>
        </w:rPr>
        <w:t xml:space="preserve">[31:06] </w:t>
      </w:r>
      <w:r>
        <w:t>unhon ne kaha ke maaf karo ab is ko. aur wapas chala gaya ghar. main main kehta hoon aap logon se ke qayamat mein jo aap log shadiyon mein ja kar khush hotay hain,</w:t>
      </w:r>
    </w:p>
    <w:p>
      <w:pPr>
        <w:jc w:val="right"/>
      </w:pPr>
      <w:r>
        <w:t>انہوں نے کہا کہ معاف کرو اب اس کو۔ اور واپس چلا گیا گھر۔ میں میں کہتا ہوں آپ لوگوں سے کہ قیامت میں جو آپ لوگ شادیوں میں جا کر خوش ہوتے ہیں،</w:t>
      </w:r>
    </w:p>
    <w:p>
      <w:r>
        <w:rPr>
          <w:b/>
        </w:rPr>
        <w:t xml:space="preserve">[31:22] </w:t>
      </w:r>
      <w:r>
        <w:t>baap betay ke ilaj ke liye hospital puhanch jatay hain. aur yeh insan saray ikhatay hon gay, kahain gay hamaray liye tum ne kiya kiya?</w:t>
      </w:r>
    </w:p>
    <w:p>
      <w:pPr>
        <w:jc w:val="right"/>
      </w:pPr>
      <w:r>
        <w:t>باپ بیٹے کے علاج کے لیے ہسپتال پہنچ جاتے ہیں۔ اور یہ انسان سارے اکٹھے ہوں گے، کہیں گے ہمارے لیے تم نے کیا کیا؟</w:t>
      </w:r>
    </w:p>
    <w:p>
      <w:r>
        <w:rPr>
          <w:b/>
        </w:rPr>
        <w:t xml:space="preserve">[31:31] </w:t>
      </w:r>
      <w:r>
        <w:t>tum ne to humein bohat kuch kiya tha.</w:t>
      </w:r>
    </w:p>
    <w:p>
      <w:pPr>
        <w:jc w:val="right"/>
      </w:pPr>
      <w:r>
        <w:t>تم نے تو ہمیں بہت کچھ کیا تھا۔</w:t>
      </w:r>
    </w:p>
    <w:p>
      <w:r>
        <w:rPr>
          <w:b/>
        </w:rPr>
        <w:t xml:space="preserve">[31:36] </w:t>
      </w:r>
      <w:r>
        <w:t>sari jo, main ne jis ko main ne kaha tha is se pehlay ke tehzeebi contribution. aik poori tehzeeb hum ne dunya mein paida ki.</w:t>
      </w:r>
    </w:p>
    <w:p>
      <w:pPr>
        <w:jc w:val="right"/>
      </w:pPr>
      <w:r>
        <w:t>ساری جو، میں نے جس کو میں نے کہا تھا اس سے پہلے کہ تہذیبی کنٹریبیوشن۔ ایک پوری تہذیب ہم نے دنیا میں پیدا کی۔</w:t>
      </w:r>
    </w:p>
    <w:p>
      <w:r>
        <w:rPr>
          <w:b/>
        </w:rPr>
        <w:t xml:space="preserve">[31:45] </w:t>
      </w:r>
      <w:r>
        <w:t>tumharay roshni ke liye bijli ijad ki. tumharay liye hum ne train banai, tumharay liye motor banai, tumharay liye hawa jahaz banaye.</w:t>
      </w:r>
    </w:p>
    <w:p>
      <w:pPr>
        <w:jc w:val="right"/>
      </w:pPr>
      <w:r>
        <w:t>تمہارے روشنی کے لیے بجلی ایجاد کی۔ تمہارے لیے ہم نے ٹرین بنائی، تمہارے لیے موٹر بنائی، تمہارے لیے ہوا جات بنائے۔</w:t>
      </w:r>
    </w:p>
    <w:p>
      <w:r>
        <w:rPr>
          <w:b/>
        </w:rPr>
        <w:t xml:space="preserve">[31:56] </w:t>
      </w:r>
      <w:r>
        <w:t>aik poora karobar kiya hum ne. jis ke bal par tum hansi khushi jeetay rahay. hamaray liye kiya kiya tum ne?</w:t>
      </w:r>
    </w:p>
    <w:p>
      <w:pPr>
        <w:jc w:val="right"/>
      </w:pPr>
      <w:r>
        <w:t>ایک پورا کاروبار کیا ہم نے۔ جس کے بل پر تم ہنسی خوشی جیتے رہے۔ ہمارے لیے کیا کیا تم نے؟</w:t>
      </w:r>
    </w:p>
    <w:p>
      <w:r>
        <w:rPr>
          <w:b/>
        </w:rPr>
        <w:t xml:space="preserve">[32:06] </w:t>
      </w:r>
      <w:r>
        <w:t>tum to jantay thay ke khuda ki sachai yeh hai. tum jantay thay ke tumharay pas quran hai. kiya kiya tum ne hamaray pas?</w:t>
      </w:r>
    </w:p>
    <w:p>
      <w:pPr>
        <w:jc w:val="right"/>
      </w:pPr>
      <w:r>
        <w:t>تم تو جانتے تھے کہ خدا کی سچائی یہ ہے۔ تم جانتے تھے کہ تمہارے پاس قرآن ہے۔ کیا کیا تم نے ہمارے پاس؟</w:t>
      </w:r>
    </w:p>
    <w:p>
      <w:r>
        <w:rPr>
          <w:b/>
        </w:rPr>
        <w:t xml:space="preserve">[32:15] </w:t>
      </w:r>
      <w:r>
        <w:t>ab sochiye ke is is ghareeb aadmi ko jitna toba aya hoga, jitna woh sharminda hua hoga, is se billion guna ziyada aap ko sharminda hona paray ga us waqt.</w:t>
      </w:r>
    </w:p>
    <w:p>
      <w:pPr>
        <w:jc w:val="right"/>
      </w:pPr>
      <w:r>
        <w:t>اب سوچیئے کہ اس اس غریب آدمی کو جتنا توبہ آیا ہوگا، جتنا وہ شرمندہ ہوا ہوگا، اس سے بلین گنا زیادہ آپ کو شرمندہ ہونا پڑے گا اس وقت۔</w:t>
      </w:r>
    </w:p>
    <w:p>
      <w:r>
        <w:rPr>
          <w:b/>
        </w:rPr>
        <w:t xml:space="preserve">[32:30] </w:t>
      </w:r>
      <w:r>
        <w:t>billion guna ziyada sharminda hona paray ga. kiya aap jawab dain gay? poori poori insaniyat kahay gi mera qarz tumharay pas tha. kiya tum ne meray qarz ko ada kiya?</w:t>
      </w:r>
    </w:p>
    <w:p>
      <w:pPr>
        <w:jc w:val="right"/>
      </w:pPr>
      <w:r>
        <w:t>بلین گنا زیادہ شرمندہ ہونا پڑے گا۔ کیا آپ جواب دیں گے؟ پوری پوری انسانیت کہے گی میرا قرض تمہارے پاس تھا۔ کیا تم نے میرے قرض کو ادا کیا؟</w:t>
      </w:r>
    </w:p>
    <w:p>
      <w:r>
        <w:rPr>
          <w:b/>
        </w:rPr>
        <w:t xml:space="preserve">[32:41] </w:t>
      </w:r>
      <w:r>
        <w:t>haqiqat hai ke hum mein hum mein se har aik ke oopar poori poori insaniyat ka qarz hai.</w:t>
      </w:r>
    </w:p>
    <w:p>
      <w:pPr>
        <w:jc w:val="right"/>
      </w:pPr>
      <w:r>
        <w:t>حقیقت ہے کہ ہم میں ہم میں سے ہر ایک کے اوپر پوری پوری انسانیت کا قرض ہے۔</w:t>
      </w:r>
    </w:p>
    <w:p>
      <w:r>
        <w:rPr>
          <w:b/>
        </w:rPr>
        <w:t xml:space="preserve">[32:49] </w:t>
      </w:r>
      <w:r>
        <w:t>jin cheezon ko le kar aaj aap khush hote hain, aaram se zindagi guzarte hain, aaram deh zindagi banate hain, is mein aap ka hissa aik feesad se kam hota hai.</w:t>
      </w:r>
    </w:p>
    <w:p>
      <w:pPr>
        <w:jc w:val="right"/>
      </w:pPr>
      <w:r>
        <w:t>جن چیزوں کو لے کر آج آپ خوش ہوتے ہیں، آرام سے زندگی گزارتے ہیں، آرام دہ زندگی بناتے ہیں، اس میں آپ کا حصہ ایک فیصد سے کم ہوتا ہے۔</w:t>
      </w:r>
    </w:p>
    <w:p>
      <w:r>
        <w:rPr>
          <w:b/>
        </w:rPr>
        <w:t xml:space="preserve">[33:00] </w:t>
      </w:r>
      <w:r>
        <w:t>aur insaniyat ka hissa is mein zyada tar 99 feesad hota hai. koi is ka inkar nahi kar sakta. jo inkar kare woh, main bataoon, woh bewakoof hai.</w:t>
      </w:r>
    </w:p>
    <w:p>
      <w:pPr>
        <w:jc w:val="right"/>
      </w:pPr>
      <w:r>
        <w:t>اور انسانیت کا حصہ اس میں زیادہ تر 99 فیصد ہوتا ہے۔ کوئی اس کا انکار نہیں کر سکتا۔ جو انکار کرے وہ، میں بتاؤں، وہ بے وقوف ہے۔</w:t>
      </w:r>
    </w:p>
    <w:p>
      <w:r>
        <w:rPr>
          <w:b/>
        </w:rPr>
        <w:t xml:space="preserve">[33:08] </w:t>
      </w:r>
      <w:r>
        <w:t>woh woh jhoot bolay ga jo inkar kare is baat ka. har woh cheez, chahe kapra pehante hon aap, ya aik acha ghar banate hon aap, aik achi car khareed kar late hon aap, ya paisa kama kar bank mein jama karte hon aap,</w:t>
      </w:r>
    </w:p>
    <w:p>
      <w:pPr>
        <w:jc w:val="right"/>
      </w:pPr>
      <w:r>
        <w:t>وہ وہ جھوٹ بولے گا جو انکار کرے اس بات کا۔ ہر وہ چیز، چاہے کپڑا پہنتے ہوں آپ، یا ایک اچھا گھر بناتے ہوں آپ، ایک اچھی کار خرید کر لاتے ہوں آپ، یا پیسہ کما کر بینک میں جمع کرتے ہوں آپ،</w:t>
      </w:r>
    </w:p>
    <w:p>
      <w:r>
        <w:rPr>
          <w:b/>
        </w:rPr>
        <w:t xml:space="preserve">[33:23] </w:t>
      </w:r>
      <w:r>
        <w:t>har cheez mein insaan ka hissa hai. main aik, main har jagah gaya hoon to main aik jagah gaya, aik ilaqa tha, ab to taraqqi ho gaya hai, woh pehle is ko mewad kehte thay, bilkul us zamane jaisay log wahan thay, jaisay ke jo ke tehzeeb se pehle ke zamane ke log.</w:t>
      </w:r>
    </w:p>
    <w:p>
      <w:pPr>
        <w:jc w:val="right"/>
      </w:pPr>
      <w:r>
        <w:t>ہر چیز میں انسان کا حصہ ہے۔ میں ایک، میں ہر جگہ گیا ہوں تو میں ایک جگہ گیا، ایک علاقہ تھا، اب تو ترقی ہو گیا ہے، وہ پہلے اس کو میواد کہتے تھے، بالکل اس زمانے جیسے لوگ وہاں تھے، جیسے کہ جو کہ تہذیب سے پہلے کے زمانے کے لوگ۔</w:t>
      </w:r>
    </w:p>
    <w:p>
      <w:r>
        <w:rPr>
          <w:b/>
        </w:rPr>
        <w:t xml:space="preserve">[33:45] </w:t>
      </w:r>
      <w:r>
        <w:t>to main aik khandan mein gaya to woh aik bilkul chhappar sa tha, mamooli sa, us mein rehta tha woh. to is ka aap jante hain kya?</w:t>
      </w:r>
    </w:p>
    <w:p>
      <w:pPr>
        <w:jc w:val="right"/>
      </w:pPr>
      <w:r>
        <w:t>تو میں ایک خاندان میں گیا تو وہ ایک بالکل چھپر سا تھا، معمولی سا، اس میں رہتا تھا وہ۔ تو اس کا آپ جانتے ہیں کیا؟</w:t>
      </w:r>
    </w:p>
    <w:p>
      <w:r>
        <w:rPr>
          <w:b/>
        </w:rPr>
        <w:t xml:space="preserve">[33:55] </w:t>
      </w:r>
      <w:r>
        <w:t>is ke paas jo aik aik do rupay ka note hota tha, to peR mein aik suraakh tha jis ko hum kookhra kehte hain. aik peR ke neeche hi is ka ghar tha.</w:t>
      </w:r>
    </w:p>
    <w:p>
      <w:pPr>
        <w:jc w:val="right"/>
      </w:pPr>
      <w:r>
        <w:t>اس کے پاس جو ایک ایک دو روپے کا نوٹ ہوتا تھا، تو پیڑ میں ایک سوراخ تھا جس کو ہم کھوکھڑا کہتے ہیں۔ ایک پیڑ کے نیچے ہی اس کا گھر تھا۔</w:t>
      </w:r>
    </w:p>
    <w:p>
      <w:r>
        <w:rPr>
          <w:b/>
        </w:rPr>
        <w:t xml:space="preserve">[34:06] </w:t>
      </w:r>
      <w:r>
        <w:t>is ka ghar aik peR ke neeche tha. isi mein thora sa kuch chhappar waghera daal kar ke. aur peR mein aik suraakh tha jis ko dehat mein kookhra kehte hain.</w:t>
      </w:r>
    </w:p>
    <w:p>
      <w:pPr>
        <w:jc w:val="right"/>
      </w:pPr>
      <w:r>
        <w:t>اس کا گھر ایک پیڑ کے نیچے تھا۔ اسی میں تھوڑا سا کچھ چھپر وغیرہ ڈال کر کے۔ اور پیڑ میں ایک سوراخ تھا جس کو دیہات میں کھوکھڑا کہتے ہیں۔</w:t>
      </w:r>
    </w:p>
    <w:p>
      <w:r>
        <w:rPr>
          <w:b/>
        </w:rPr>
        <w:t xml:space="preserve">[34:15] </w:t>
      </w:r>
      <w:r>
        <w:t>is mein woh paisa rakhta tha is mein. to main ne socha ke hazaron saal pehle aisay hi insaan rehta tha.</w:t>
      </w:r>
    </w:p>
    <w:p>
      <w:pPr>
        <w:jc w:val="right"/>
      </w:pPr>
      <w:r>
        <w:t>اس میں وہ پیسہ رکھتا تھا اس میں۔ تو میں نے سوچا کہ ہزاروں سال پہلے ایسے ہی انسان رہتا تھا۔</w:t>
      </w:r>
    </w:p>
    <w:p>
      <w:r>
        <w:rPr>
          <w:b/>
        </w:rPr>
        <w:t xml:space="preserve">[34:24] </w:t>
      </w:r>
      <w:r>
        <w:t>wahan se shuruaat hui hai insaniyat ki. ke insaan peR ke neeche rehta tha. pani peenay ke liye us waqt kuch nahi tha siwaye aisay pani pi leta tha.</w:t>
      </w:r>
    </w:p>
    <w:p>
      <w:pPr>
        <w:jc w:val="right"/>
      </w:pPr>
      <w:r>
        <w:t>وہاں سے شروعات ہوئی ہے انسانیت کی۔ کہ انسان پیڑ کے نیچے رہتا تھا۔ پانی پینے کے لیے اس وقت کچھ نہیں تھا سوائے ایسے پانی پی لیتا تھا۔</w:t>
      </w:r>
    </w:p>
    <w:p>
      <w:r>
        <w:rPr>
          <w:b/>
        </w:rPr>
        <w:t xml:space="preserve">[34:32] </w:t>
      </w:r>
      <w:r>
        <w:t>main ne woh woh woh zamana dekha jahan pani log aisay haath mein le ke peete thay. is ko chulo kaha jata hai. aur paisa rakhnay ke liye is ke paas peR ka woh tha kookhra.</w:t>
      </w:r>
    </w:p>
    <w:p>
      <w:pPr>
        <w:jc w:val="right"/>
      </w:pPr>
      <w:r>
        <w:t>میں نے وہ وہ وہ زمانہ دیکھا جہاں پانی لوگ ایسے ہاتھ میں لے کے پیتے تھے۔ اس کو چلو کہا جاتا ہے۔ اور پیسہ رکھنے کے لیے اس کے پاس پیڑ کا وہ تھا کھوکھڑا۔</w:t>
      </w:r>
    </w:p>
    <w:p>
      <w:r>
        <w:rPr>
          <w:b/>
        </w:rPr>
        <w:t xml:space="preserve">[34:45] </w:t>
      </w:r>
      <w:r>
        <w:t>na dabe thay, na dande thay, na fridge tha, kuch bhi nahi tha. kitne insanon ne apne aap ko is mein qurban kiya hai.</w:t>
      </w:r>
    </w:p>
    <w:p>
      <w:pPr>
        <w:jc w:val="right"/>
      </w:pPr>
      <w:r>
        <w:t>نہ ڈبے تھے، نہ ڈنڈے تھے، نہ فریج تھا، کچھ بھی نہیں تھا۔ کتنے انسانوں نے اپنے آپ کو اس میں قربان کیا ہے۔</w:t>
      </w:r>
    </w:p>
    <w:p>
      <w:r>
        <w:rPr>
          <w:b/>
        </w:rPr>
        <w:t xml:space="preserve">[34:57] </w:t>
      </w:r>
      <w:r>
        <w:t>tab ja kar ke aap aik tehzeeb yafta zindagi mein apne aap ko pa rahe hain aap. aur hum is ke liye pukaar rahe hain aap ko to aap ko chote chote huroof yaad aa jate hain aap ko.</w:t>
      </w:r>
    </w:p>
    <w:p>
      <w:pPr>
        <w:jc w:val="right"/>
      </w:pPr>
      <w:r>
        <w:t>تب جا کر کے آپ ایک تہذیب یافتہ زندگی میں اپنے آپ کو پا رہے ہیں آپ۔ اور ہم اس کے لیے پکار رہے ہیں آپ کو تو آپ کو چھوٹے چھوٹے حروف یاد آ جاتے ہیں آپ کو۔</w:t>
      </w:r>
    </w:p>
    <w:p>
      <w:r>
        <w:rPr>
          <w:b/>
        </w:rPr>
        <w:t xml:space="preserve">[35:10] </w:t>
      </w:r>
      <w:r>
        <w:t>to wohi main ne kaha ke aap ka aik rishtedar hospital mein chala gaya, hospital mein to aap pareshan hain, jate hain us ko hamari class chhod kar ke.</w:t>
      </w:r>
    </w:p>
    <w:p>
      <w:pPr>
        <w:jc w:val="right"/>
      </w:pPr>
      <w:r>
        <w:t>تو وہی میں نے کہا کہ آپ کا ایک رشتہ دار ہسپتال میں چلا گیا، ہسپتال میں تو آپ پریشان ہیں، جاتے ہیں اس کو ہماری کلاس چھوڑ کر کے۔</w:t>
      </w:r>
    </w:p>
    <w:p>
      <w:r>
        <w:rPr>
          <w:b/>
        </w:rPr>
        <w:t xml:space="preserve">[35:19] </w:t>
      </w:r>
      <w:r>
        <w:t>aur poori poori insaniyat hospital mein ho gayi hai. is ke liye aap ko dard nahi hai aap ko? is ka aap ko pareshani nahi hai aap ko? yaad rakhiye, koi saada baat nahi hai, yeh koi shayari bhi nahi hai, koi mazaaq nahi hai, koi novel nahi hai yeh.</w:t>
      </w:r>
    </w:p>
    <w:p>
      <w:pPr>
        <w:jc w:val="right"/>
      </w:pPr>
      <w:r>
        <w:t>اور پوری پوری انسانیت ہسپتال میں ہو گئی ہے۔ اس کے لیے آپ کو درد نہیں ہے آپ کو؟ اس کا آپ کو پریشانی نہیں ہے آپ کو؟ یاد رکھیئے، کوئی سادہ بات نہیں ہے، یہ کوئی شاعری بھی نہیں ہے، کوئی مذاق نہیں ہے، کوئی ناول نہیں ہے یہ۔</w:t>
      </w:r>
    </w:p>
    <w:p>
      <w:r>
        <w:rPr>
          <w:b/>
        </w:rPr>
        <w:t xml:space="preserve">[35:34] </w:t>
      </w:r>
      <w:r>
        <w:t>yeh sachai hai jo main aap ko bata raha hoon aap ke samne. to yehi baat wahan pesh aayi thi. ke rasool Allah ne jab apna yeh yehi baat kahi wahan par.</w:t>
      </w:r>
    </w:p>
    <w:p>
      <w:pPr>
        <w:jc w:val="right"/>
      </w:pPr>
      <w:r>
        <w:t>یہ سچائی ہے جو میں آپ کو بتا رہا ہوں آپ کے سامنے۔ تو یہی بات وہاں پیش آئی تھی۔ کہ رسول اللہ نے جب اپنا یہ یہی بات کہی وہاں پر۔</w:t>
      </w:r>
    </w:p>
    <w:p>
      <w:r>
        <w:rPr>
          <w:b/>
        </w:rPr>
        <w:t xml:space="preserve">[35:49] </w:t>
      </w:r>
      <w:r>
        <w:t>to wahan ka jo Abu Lahab tha us ne kaha ke tabbalaka saairul yom ama jama'tana illa li hadha</w:t>
      </w:r>
    </w:p>
    <w:p>
      <w:pPr>
        <w:jc w:val="right"/>
      </w:pPr>
      <w:r>
        <w:t>تو وہاں کا جو ابو لہب تھا اس نے کہا کہ تَبَّلَّكَ سَائِرَ الْيَوْمِ أَمَا جَمَعْتْنَا إِلَّا لِهَذَا</w:t>
      </w:r>
    </w:p>
    <w:p>
      <w:r>
        <w:rPr>
          <w:b/>
        </w:rPr>
        <w:t xml:space="preserve">[36:03] </w:t>
      </w:r>
      <w:r>
        <w:t>rasool Allah se kaha us ne ke tumhara bura ho. kya isi liye tum ne hum ko bulaya tha? to aaj bhi jo log hum ko chhod kar ke yahan ja rahe hain, wahan ja rahe hain, wahan ja rahe hain, woh bilashuba yehi kaam kar rahe hain.</w:t>
      </w:r>
    </w:p>
    <w:p>
      <w:pPr>
        <w:jc w:val="right"/>
      </w:pPr>
      <w:r>
        <w:t>رسول اللہ سے کہا اس نے کہ تمہارا برا ہو۔ کیا اسی لیے تم نے ہم کو بلایا تھا؟ تو آج بھی جو لوگ ہم کو چھوڑ کر کے یہاں جا رہے ہیں، وہاں جا رہے ہیں، وہاں جا رہے ہیں، وہ بلاشبہ یہی کام کر رہے ہیں۔</w:t>
      </w:r>
    </w:p>
    <w:p>
      <w:r>
        <w:rPr>
          <w:b/>
        </w:rPr>
        <w:t xml:space="preserve">[36:18] </w:t>
      </w:r>
      <w:r>
        <w:t>woh woh yehi keh rahe hain ke tabbalaka saairul yom ama jama'tana illa li hadha humein to falan kaam hai, humein to falan kaam hai, humein to falan kaam hai.</w:t>
      </w:r>
    </w:p>
    <w:p>
      <w:pPr>
        <w:jc w:val="right"/>
      </w:pPr>
      <w:r>
        <w:t>وہ وہ یہی کہہ رہے ہیں کہ تَبَّلَّكَ سَائِرَ الْيَوْمِ أَمَا جَمَعْتْنَا إِلَّا لِهَذَا ہمیں تو فلاں کام ہے، ہمیں تو فلاں کام ہے، ہمیں تو فلاں کام ہے۔</w:t>
      </w:r>
    </w:p>
    <w:p>
      <w:r>
        <w:rPr>
          <w:b/>
        </w:rPr>
        <w:t xml:space="preserve">[36:26] </w:t>
      </w:r>
      <w:r>
        <w:t>yeh kya tum bula rahe ho yahan par ab rohani class mein?</w:t>
      </w:r>
    </w:p>
    <w:p>
      <w:pPr>
        <w:jc w:val="right"/>
      </w:pPr>
      <w:r>
        <w:t>یہ کیا تم بلا رہے ہو یہاں پر اب روحانی کلاس میں؟</w:t>
      </w:r>
    </w:p>
    <w:p>
      <w:r>
        <w:rPr>
          <w:b/>
        </w:rPr>
        <w:t xml:space="preserve">[36:32] </w:t>
      </w:r>
      <w:r>
        <w:t>is ko chhota samajhna, is ko bada samajhna. isi ko main ne kaha ke False sense of priority dekhiye, aap ko apni priority ko reset karna paray ga.</w:t>
      </w:r>
    </w:p>
    <w:p>
      <w:pPr>
        <w:jc w:val="right"/>
      </w:pPr>
      <w:r>
        <w:t>اس کو چھوٹا سمجھنا، اس کو بڑا سمجھنا۔ اسی کو میں نے کہا کہ False sense of priority دیکھیے، آپ کو اپنی پرائیورٹی کو ری سیٹ کرنا پڑے گا۔</w:t>
      </w:r>
    </w:p>
    <w:p>
      <w:r>
        <w:rPr>
          <w:b/>
        </w:rPr>
        <w:t xml:space="preserve">[36:43] </w:t>
      </w:r>
      <w:r>
        <w:t>agar aap chahte hain priority lena to aap ko apni priority ko reset karna paray ga. matlab aisi zindagi guzarti jaye gi, guzarti jaye gi, aur mar kar kahan jayen ge, humein kuch pata nahi.</w:t>
      </w:r>
    </w:p>
    <w:p>
      <w:pPr>
        <w:jc w:val="right"/>
      </w:pPr>
      <w:r>
        <w:t>اگر آپ چاہتے ہیں پرائیورٹی لینا تو آپ کو اپنی پرائیورٹی کو ری سیٹ کرنا پڑے گا۔ مطلب ایسی زندگی گزرتی جائے گی، گزرتی جائے گی، اور مر کر کہاں جائیں گے، ہمیں کچھ پتہ نہیں۔</w:t>
      </w:r>
    </w:p>
    <w:p>
      <w:r>
        <w:rPr>
          <w:b/>
        </w:rPr>
        <w:t xml:space="preserve">[37:00] </w:t>
      </w:r>
      <w:r>
        <w:t>to aik sahib, kai baar aisa hua ke koi sahib mujh se kehte hain ke bhai, woh hamare rishtedar jo hain, woh hospital mein chale gaye thay, illa wahan main chala gaya, illa aap ki class mein nahi aa saka main.</w:t>
      </w:r>
    </w:p>
    <w:p>
      <w:pPr>
        <w:jc w:val="right"/>
      </w:pPr>
      <w:r>
        <w:t>تو ایک صاحب، کئی بار ایسا ہوا کہ کوئی صاحب مجھ سے کہتے ہیں کہ بھائی، وہ ہمارے رشتہ دار جو ہیں، وہ ہسپتال میں چلے گئے تھے، اِلَّا وہاں میں چلا گیا، اِلَّا آپ کی کلاس میں نہیں آ سکا میں۔</w:t>
      </w:r>
    </w:p>
    <w:p>
      <w:r>
        <w:rPr>
          <w:b/>
        </w:rPr>
        <w:t xml:space="preserve">[37:11] </w:t>
      </w:r>
      <w:r>
        <w:t>to yaqeen kijiye, yehi mere dil mein aata hai ke poori poori insaniyat hospital mein ho gayi hai. is ka dard nahi hai aap ko? is ka dard nahi hai aap ko?</w:t>
      </w:r>
    </w:p>
    <w:p>
      <w:pPr>
        <w:jc w:val="right"/>
      </w:pPr>
      <w:r>
        <w:t>تو یقین کیجیئے، یہی میرے دل میں آتا ہے کہ پوری پوری انسانیت ہسپتال میں ہو گئی ہے۔ اس کا درد نہیں ہے آپ کو؟ اس کا درد نہیں ہے آپ کو؟</w:t>
      </w:r>
    </w:p>
    <w:p>
      <w:r>
        <w:rPr>
          <w:b/>
        </w:rPr>
        <w:t xml:space="preserve">[37:23] </w:t>
      </w:r>
      <w:r>
        <w:t>aur phir yeh sari insaniyat jab khadi hogi qayamat mein, aap se kahe gi ke hum ne jud o jahad kar ke tum ko kya kya diya tha, aur tum ne humein kya diya?</w:t>
      </w:r>
    </w:p>
    <w:p>
      <w:pPr>
        <w:jc w:val="right"/>
      </w:pPr>
      <w:r>
        <w:t>اور پھر یہ ساری انسانیت جب کھڑی ہوگی قیامت میں، آپ سے کہے گی کہ ہم نے جدوجہد کر کے تم کو کیا کیا دیا تھا، اور تم نے ہمیں کیا دیا؟</w:t>
      </w:r>
    </w:p>
    <w:p>
      <w:r>
        <w:rPr>
          <w:b/>
        </w:rPr>
        <w:t xml:space="preserve">[37:37] </w:t>
      </w:r>
      <w:r>
        <w:t>aap bataiye ke aap ke paas kya jawab hoga? us waqt jo sharmindagi hogi, us waqt jo toba aaye ga, us ko aap sochiye.</w:t>
      </w:r>
    </w:p>
    <w:p>
      <w:pPr>
        <w:jc w:val="right"/>
      </w:pPr>
      <w:r>
        <w:t>آپ بتائیے کہ آپ کے پاس کیا جواب ہوگا؟ اس وقت جو شرمندگی ہوگی، اس وقت جو توبہ آئے گا، اس کو آپ سوچیئے۔</w:t>
      </w:r>
    </w:p>
    <w:p>
      <w:r>
        <w:rPr>
          <w:b/>
        </w:rPr>
        <w:t xml:space="preserve">[37:48] </w:t>
      </w:r>
      <w:r>
        <w:t>to behrahal mein yeh kahoon ga</w:t>
      </w:r>
    </w:p>
    <w:p>
      <w:pPr>
        <w:jc w:val="right"/>
      </w:pPr>
      <w:r>
        <w:t>تو بہرحال میں یہ کہوں گا</w:t>
      </w:r>
    </w:p>
    <w:p>
      <w:r>
        <w:rPr>
          <w:b/>
        </w:rPr>
        <w:t xml:space="preserve">[37:53] </w:t>
      </w:r>
      <w:r>
        <w:t>keh bohat ziyada sochne ki baat yeh hai. Paighambar e Islam (SAW) ne 610 Esvi mein dawat mission ka aaghaz kiya tha.</w:t>
      </w:r>
    </w:p>
    <w:p>
      <w:pPr>
        <w:jc w:val="right"/>
      </w:pPr>
      <w:r>
        <w:t>کہ بہت زیادہ سوچنے کی بات یہ ہے۔ پیغمبر اسلام صلی اللہ علیہ وسلم نے 610 عیسوی میں دعوت مشن کا آغاز کیا تھا۔</w:t>
      </w:r>
    </w:p>
    <w:p>
      <w:r>
        <w:rPr>
          <w:b/>
        </w:rPr>
        <w:t xml:space="preserve">[38:11] </w:t>
      </w:r>
      <w:r>
        <w:t>Aap ke is mission ka khulasa jo tha, woh yeh tha ke dunya ko</w:t>
      </w:r>
    </w:p>
    <w:p>
      <w:pPr>
        <w:jc w:val="right"/>
      </w:pPr>
      <w:r>
        <w:t>آپ کے اس مشن کا خلاصہ جو تھا، وہ یہ تھا کہ دنیا کو</w:t>
      </w:r>
    </w:p>
    <w:p>
      <w:r>
        <w:rPr>
          <w:b/>
        </w:rPr>
        <w:t xml:space="preserve">[38:20] </w:t>
      </w:r>
      <w:r>
        <w:t>Khuda ke takhleeqi mansoobay se aagah karna.</w:t>
      </w:r>
    </w:p>
    <w:p>
      <w:pPr>
        <w:jc w:val="right"/>
      </w:pPr>
      <w:r>
        <w:t>خدا کے تخلیقی منصوبے سے آگاہ کرنا۔</w:t>
      </w:r>
    </w:p>
    <w:p>
      <w:r>
        <w:rPr>
          <w:b/>
        </w:rPr>
        <w:t xml:space="preserve">[38:26] </w:t>
      </w:r>
      <w:r>
        <w:t>Khuda ke takhleeqi mansoobay se aagah karna, yeh tha mission aap ka. Taake insaan Khuda ke naqshay ke mutabiq zindagi guzarein.</w:t>
      </w:r>
    </w:p>
    <w:p>
      <w:pPr>
        <w:jc w:val="right"/>
      </w:pPr>
      <w:r>
        <w:t>خدا کے تخلیقی منصوبے سے آگاہ کرنا، یہ تھا مشن آپ کا۔ تاکہ انسان خدا کے نقشے کے مطابق زندگی گزارے۔</w:t>
      </w:r>
    </w:p>
    <w:p>
      <w:r>
        <w:rPr>
          <w:b/>
        </w:rPr>
        <w:t xml:space="preserve">[38:39] </w:t>
      </w:r>
      <w:r>
        <w:t>Aisa na ho ke marne ke baad achanak is ke saamne jab yeh aaye</w:t>
      </w:r>
    </w:p>
    <w:p>
      <w:pPr>
        <w:jc w:val="right"/>
      </w:pPr>
      <w:r>
        <w:t>ایسا نہ ہو کہ مرنے کے بعد اچانک اس کے سامنے جب یہ آئے</w:t>
      </w:r>
    </w:p>
    <w:p>
      <w:r>
        <w:rPr>
          <w:b/>
        </w:rPr>
        <w:t xml:space="preserve">[38:49] </w:t>
      </w:r>
      <w:r>
        <w:t>keh Khuda ka naqsha takhleeq to kuch aur tha, aur mein ne kuch aur kar dala. Aur is ko yeh kehna pare keh Mine was a case of missed opportunities aur Rasool Allah ka jo mission tha,</w:t>
      </w:r>
    </w:p>
    <w:p>
      <w:pPr>
        <w:jc w:val="right"/>
      </w:pPr>
      <w:r>
        <w:t>کہ خدا کا نقشہ تخلیق تو کچھ اور تھا، اور میں نے کچھ اور کر ڈالا۔ اور اس کو یہ کہنا پڑے کہ Mine was a case of missed opportunities اور رسول اللہ کا جو مشن تھا،</w:t>
      </w:r>
    </w:p>
    <w:p>
      <w:r>
        <w:rPr>
          <w:b/>
        </w:rPr>
        <w:t xml:space="preserve">[39:07] </w:t>
      </w:r>
      <w:r>
        <w:t>woh non-stop taqreeban aik hazar saal tak chalta raha.</w:t>
      </w:r>
    </w:p>
    <w:p>
      <w:pPr>
        <w:jc w:val="right"/>
      </w:pPr>
      <w:r>
        <w:t>وہ نان اسٹاپ تقریباً ایک ہزار سال تک چلتا رہا۔</w:t>
      </w:r>
    </w:p>
    <w:p>
      <w:r>
        <w:rPr>
          <w:b/>
        </w:rPr>
        <w:t xml:space="preserve">[39:15] </w:t>
      </w:r>
      <w:r>
        <w:t>Yaani 610 Esvi mein shuru hua yeh dawat mission.</w:t>
      </w:r>
    </w:p>
    <w:p>
      <w:pPr>
        <w:jc w:val="right"/>
      </w:pPr>
      <w:r>
        <w:t>یعنی 610 عیسوی میں شروع ہوا یہ دعوت مشن۔</w:t>
      </w:r>
    </w:p>
    <w:p>
      <w:r>
        <w:rPr>
          <w:b/>
        </w:rPr>
        <w:t xml:space="preserve">[39:23] </w:t>
      </w:r>
      <w:r>
        <w:t>to mukhtalif marhalay se guzarte hue</w:t>
      </w:r>
    </w:p>
    <w:p>
      <w:pPr>
        <w:jc w:val="right"/>
      </w:pPr>
      <w:r>
        <w:t>تو مختلف مراحل سے گزرتے ہوئے</w:t>
      </w:r>
    </w:p>
    <w:p>
      <w:r>
        <w:rPr>
          <w:b/>
        </w:rPr>
        <w:t xml:space="preserve">[39:29] </w:t>
      </w:r>
      <w:r>
        <w:t>taqreeban chhe hazar saal tak chalta raha.</w:t>
      </w:r>
    </w:p>
    <w:p>
      <w:pPr>
        <w:jc w:val="right"/>
      </w:pPr>
      <w:r>
        <w:t>تقریباً چھ ہزار سال تک چلتا رہا۔</w:t>
      </w:r>
    </w:p>
    <w:p>
      <w:r>
        <w:rPr>
          <w:b/>
        </w:rPr>
        <w:t xml:space="preserve">[39:34] </w:t>
      </w:r>
      <w:r>
        <w:t>Aap ko agar</w:t>
      </w:r>
    </w:p>
    <w:p>
      <w:pPr>
        <w:jc w:val="right"/>
      </w:pPr>
      <w:r>
        <w:t>آپ کو اگر</w:t>
      </w:r>
    </w:p>
    <w:p>
      <w:r>
        <w:rPr>
          <w:b/>
        </w:rPr>
        <w:t xml:space="preserve">[39:42] </w:t>
      </w:r>
      <w:r>
        <w:t>is aik hazar saal ki</w:t>
      </w:r>
    </w:p>
    <w:p>
      <w:pPr>
        <w:jc w:val="right"/>
      </w:pPr>
      <w:r>
        <w:t>اس ایک ہزار سال کی</w:t>
      </w:r>
    </w:p>
    <w:p>
      <w:r>
        <w:rPr>
          <w:b/>
        </w:rPr>
        <w:t xml:space="preserve">[39:49] </w:t>
      </w:r>
      <w:r>
        <w:t>tareekh dekhni ho to aap sirf aik kitaab parh lijiye.</w:t>
      </w:r>
    </w:p>
    <w:p>
      <w:pPr>
        <w:jc w:val="right"/>
      </w:pPr>
      <w:r>
        <w:t>تاریخ دیکھنی ہو تو آپ صرف ایک کتاب پڑھ لیجیئے۔</w:t>
      </w:r>
    </w:p>
    <w:p>
      <w:r>
        <w:rPr>
          <w:b/>
        </w:rPr>
        <w:t xml:space="preserve">[39:57] </w:t>
      </w:r>
      <w:r>
        <w:t>Arnold</w:t>
      </w:r>
    </w:p>
    <w:p>
      <w:pPr>
        <w:jc w:val="right"/>
      </w:pPr>
      <w:r>
        <w:t>آرنلڈ</w:t>
      </w:r>
    </w:p>
    <w:p>
      <w:r>
        <w:rPr>
          <w:b/>
        </w:rPr>
        <w:t xml:space="preserve">[40:03] </w:t>
      </w:r>
      <w:r>
        <w:t>Professor Arnold ki kitaab "The Spirit of Islam".</w:t>
      </w:r>
    </w:p>
    <w:p>
      <w:pPr>
        <w:jc w:val="right"/>
      </w:pPr>
      <w:r>
        <w:t>پروفیسر آرنلڈ کی کتاب "The Spirit of Islam"۔</w:t>
      </w:r>
    </w:p>
    <w:p>
      <w:r>
        <w:rPr>
          <w:b/>
        </w:rPr>
        <w:t xml:space="preserve">[40:12] </w:t>
      </w:r>
      <w:r>
        <w:t>Yeh kitaab asal mein is ka title tha pehle "The Preaching of Islam". Ab woh chhap gayi hai "The Spirit of Islam" ke naam se.</w:t>
      </w:r>
    </w:p>
    <w:p>
      <w:pPr>
        <w:jc w:val="right"/>
      </w:pPr>
      <w:r>
        <w:t>یہ کتاب اصل میں اس کا ٹائٹل تھا پہلے "The Preaching of Islam"۔ اب وہ چھپ گئی ہے "The Spirit of Islam" کے نام سے۔</w:t>
      </w:r>
    </w:p>
    <w:p>
      <w:r>
        <w:rPr>
          <w:b/>
        </w:rPr>
        <w:t xml:space="preserve">[40:23] </w:t>
      </w:r>
      <w:r>
        <w:t>Is kitaab mein account hai aik hazar saal ki dawat tareekh ka. Non-stop chalti rahi hai woh.</w:t>
      </w:r>
    </w:p>
    <w:p>
      <w:pPr>
        <w:jc w:val="right"/>
      </w:pPr>
      <w:r>
        <w:t>اس کتاب میں اکاؤنٹ ہے ایک ہزار سال کی دعوت تاریخ کا۔ نان اسٹاپ چلتی رہی ہے وہ۔</w:t>
      </w:r>
    </w:p>
    <w:p>
      <w:r>
        <w:rPr>
          <w:b/>
        </w:rPr>
        <w:t xml:space="preserve">[40:35] </w:t>
      </w:r>
      <w:r>
        <w:t>Mukhtalif marhalay pesh aaye lekin chalti rahi, chalti rahi, chalti rahi. Is mein dekhiye jo</w:t>
      </w:r>
    </w:p>
    <w:p>
      <w:pPr>
        <w:jc w:val="right"/>
      </w:pPr>
      <w:r>
        <w:t>مختلف مراحل پیش آئے لیکن چلتی رہی، چلتی رہی، چلتی رہی۔ اس میں دیکھیئے جو</w:t>
      </w:r>
    </w:p>
    <w:p>
      <w:r>
        <w:rPr>
          <w:b/>
        </w:rPr>
        <w:t xml:space="preserve">[40:46] </w:t>
      </w:r>
      <w:r>
        <w:t>jo ruk gayi hai, to ruki hai yeh us waqt se jabke</w:t>
      </w:r>
    </w:p>
    <w:p>
      <w:pPr>
        <w:jc w:val="right"/>
      </w:pPr>
      <w:r>
        <w:t>جو رک گئی ہے، تو رکی ہے یہ اس وقت سے جبکہ</w:t>
      </w:r>
    </w:p>
    <w:p>
      <w:r>
        <w:rPr>
          <w:b/>
        </w:rPr>
        <w:t xml:space="preserve">[40:57] </w:t>
      </w:r>
      <w:r>
        <w:t>colonial daur aaya. Tab is ko, yaani Quran apne aap baghair kisi koshish ke to logon ke dilon mein jagah banata raha.</w:t>
      </w:r>
    </w:p>
    <w:p>
      <w:pPr>
        <w:jc w:val="right"/>
      </w:pPr>
      <w:r>
        <w:t>کالونیل دور آیا۔ تب اس کو، یعنی قرآن اپنے آپ بغیر کسی کوشش کے تو لوگوں کے دلوں میں جگہ بناتا رہا۔</w:t>
      </w:r>
    </w:p>
    <w:p>
      <w:r>
        <w:rPr>
          <w:b/>
        </w:rPr>
        <w:t xml:space="preserve">[41:09] </w:t>
      </w:r>
      <w:r>
        <w:t>Aur phir bhi log Islam mein dakhil hote rahe. Lekin aik Muslim jahad ke taur par woh khatam ho gayi taqreeban.</w:t>
      </w:r>
    </w:p>
    <w:p>
      <w:pPr>
        <w:jc w:val="right"/>
      </w:pPr>
      <w:r>
        <w:t>اور پھر بھی لوگ اسلام میں داخل ہوتے رہے۔ لیکن ایک مسلم جدوجہد کے طور پر وہ ختم ہو گئی تقریباً۔</w:t>
      </w:r>
    </w:p>
    <w:p>
      <w:r>
        <w:rPr>
          <w:b/>
        </w:rPr>
        <w:t xml:space="preserve">[41:20] </w:t>
      </w:r>
      <w:r>
        <w:t>Ab bhi is log Quran parh rahe hain, ab bhi log Islam ko parh rahe hain. Aur woh Islam ko qabool kar rahe hain. Is aitbaar se to jaari hai woh.</w:t>
      </w:r>
    </w:p>
    <w:p>
      <w:pPr>
        <w:jc w:val="right"/>
      </w:pPr>
      <w:r>
        <w:t>اب بھی اس لوگ قرآن پڑھ رہے ہیں، اب بھی لوگ اسلام کو پڑھ رہے ہیں۔ اور وہ اسلام کو قبول کر رہے ہیں۔ اس اعتبار سے تو جاری ہے وہ۔</w:t>
      </w:r>
    </w:p>
    <w:p>
      <w:r>
        <w:rPr>
          <w:b/>
        </w:rPr>
        <w:t xml:space="preserve">[41:30] </w:t>
      </w:r>
      <w:r>
        <w:t>Lekin khud Musalmanon ke apne agenda ke aitbaar se woh ab nahi hai un ke agenda mein. Aaj ka jo Muslim agenda hai is mein dawat e Islam shamil nahi hai.</w:t>
      </w:r>
    </w:p>
    <w:p>
      <w:pPr>
        <w:jc w:val="right"/>
      </w:pPr>
      <w:r>
        <w:t>لیکن خود مسلمانوں کے اپنے ایجنڈے کے اعتبار سے وہ اب نہیں ہے ان کے ایجنڈے میں۔ آج کا جو مسلم ایجنڈا ہے اس میں دعوت اسلام شامل نہیں ہے۔</w:t>
      </w:r>
    </w:p>
    <w:p>
      <w:r>
        <w:rPr>
          <w:b/>
        </w:rPr>
        <w:t xml:space="preserve">[41:41] </w:t>
      </w:r>
      <w:r>
        <w:t>Yeh mein keh raha hoon.</w:t>
      </w:r>
    </w:p>
    <w:p>
      <w:pPr>
        <w:jc w:val="right"/>
      </w:pPr>
      <w:r>
        <w:t>یہ میں کہہ رہا ہوں۔</w:t>
      </w:r>
    </w:p>
    <w:p>
      <w:r>
        <w:rPr>
          <w:b/>
        </w:rPr>
        <w:t xml:space="preserve">[41:46] </w:t>
      </w:r>
      <w:r>
        <w:t>to kiya hua?</w:t>
      </w:r>
    </w:p>
    <w:p>
      <w:pPr>
        <w:jc w:val="right"/>
      </w:pPr>
      <w:r>
        <w:t>تو کیا ہوا؟</w:t>
      </w:r>
    </w:p>
    <w:p>
      <w:r>
        <w:rPr>
          <w:b/>
        </w:rPr>
        <w:t xml:space="preserve">[41:50] </w:t>
      </w:r>
      <w:r>
        <w:t>yeh jo zamana aya to muslim dunya mein yeh log dakhil ho gaye.</w:t>
      </w:r>
    </w:p>
    <w:p>
      <w:pPr>
        <w:jc w:val="right"/>
      </w:pPr>
      <w:r>
        <w:t>یہ جو زمانہ آیا تو مسلم دنیا میں یہ لوگ داخل ہو گئے۔</w:t>
      </w:r>
    </w:p>
    <w:p>
      <w:r>
        <w:rPr>
          <w:b/>
        </w:rPr>
        <w:t xml:space="preserve">[41:59] </w:t>
      </w:r>
      <w:r>
        <w:t>yani khaas tor par France aur Britain. Africa mein France ne qabza kar liya muslim mumalik ko.</w:t>
      </w:r>
    </w:p>
    <w:p>
      <w:pPr>
        <w:jc w:val="right"/>
      </w:pPr>
      <w:r>
        <w:t>یعنی خاص طور پر فرانس اور برٹن۔ افریقہ میں فرانس نے قبضہ کر لیا مسلم ممالک کو۔</w:t>
      </w:r>
    </w:p>
    <w:p>
      <w:r>
        <w:rPr>
          <w:b/>
        </w:rPr>
        <w:t xml:space="preserve">[42:10] </w:t>
      </w:r>
      <w:r>
        <w:t>aur Arab mein, Indian sub continent mein, Asiai mumalik thay wahan par, British ghalib aa gaye. To aik taraf French, doosri taraf British ne poori muslim dunya ko qabza kar liya taqreeban.</w:t>
      </w:r>
    </w:p>
    <w:p>
      <w:pPr>
        <w:jc w:val="right"/>
      </w:pPr>
      <w:r>
        <w:t>اور عرب میں، انڈین سب کانٹیننٹ میں، ایشیائی ممالک تھے وہاں پر، برٹش غالب آ گئے۔ تو ایک طرف فرانسیسی، دوسری طرف برٹش نے پوری مسلم دنیا کو قبضہ کر لیا تقریباً۔</w:t>
      </w:r>
    </w:p>
    <w:p>
      <w:r>
        <w:rPr>
          <w:b/>
        </w:rPr>
        <w:t xml:space="preserve">[42:29] </w:t>
      </w:r>
      <w:r>
        <w:t>to us waqt kiya hua? Musalmanon mein aik radd-e-amal hua. Aik radd-e-amal hua saari muslim dunya mein.</w:t>
      </w:r>
    </w:p>
    <w:p>
      <w:pPr>
        <w:jc w:val="right"/>
      </w:pPr>
      <w:r>
        <w:t>تو اس وقت کیا ہوا؟ مسلمانوں میں ایک ردعمل ہوا۔ ایک ردعمل ہوا سارے مسلم دنیا میں۔</w:t>
      </w:r>
    </w:p>
    <w:p>
      <w:r>
        <w:rPr>
          <w:b/>
        </w:rPr>
        <w:t xml:space="preserve">[42:40] </w:t>
      </w:r>
      <w:r>
        <w:t>har jagah log khare ho gaye un se larnay ke liye. Yeh laraai taqreeban do sau saal tak jaari rahi.</w:t>
      </w:r>
    </w:p>
    <w:p>
      <w:pPr>
        <w:jc w:val="right"/>
      </w:pPr>
      <w:r>
        <w:t>ہر جگہ لوگ کھڑے ہو گئے ان سے لڑنے کے لیے۔ یہ لڑائی تقریباً دو سو سال تک جاری رہی۔</w:t>
      </w:r>
    </w:p>
    <w:p>
      <w:r>
        <w:rPr>
          <w:b/>
        </w:rPr>
        <w:t xml:space="preserve">[42:52] </w:t>
      </w:r>
      <w:r>
        <w:t>aap jantay hain ke</w:t>
      </w:r>
    </w:p>
    <w:p>
      <w:pPr>
        <w:jc w:val="right"/>
      </w:pPr>
      <w:r>
        <w:t>آپ جانتے ہیں کہ</w:t>
      </w:r>
    </w:p>
    <w:p>
      <w:r>
        <w:rPr>
          <w:b/>
        </w:rPr>
        <w:t xml:space="preserve">[42:56] </w:t>
      </w:r>
      <w:r>
        <w:t>aik taraf Syed Jamaluddin Afghani, doosri taraf Sheikh Sanusi, teesra Abdul Qadir Madkar, aur teesra Muhammad Ali Pasha, aur India mein Muhammad Ali Jauhar, Abul Kalam Azad waghera.</w:t>
      </w:r>
    </w:p>
    <w:p>
      <w:pPr>
        <w:jc w:val="right"/>
      </w:pPr>
      <w:r>
        <w:t>ایک طرف سید جماد الدین افغانی، دوسری طرف شیخ سنوسی، تیسرا عبدالقادر مدکر، اور تیسرا محمد علی پاشاہ، اور انڈیا میں محمد علی جوہر، ابوالکرام آزاد وغیرہ۔</w:t>
      </w:r>
    </w:p>
    <w:p>
      <w:r>
        <w:rPr>
          <w:b/>
        </w:rPr>
        <w:t xml:space="preserve">[43:11] </w:t>
      </w:r>
      <w:r>
        <w:t>saare saare muslim dunya mein yeh hua ke jo top ke dimagh thay, top ke zehan thay, woh sab lag gaye siyasat jado jehad mein.</w:t>
      </w:r>
    </w:p>
    <w:p>
      <w:pPr>
        <w:jc w:val="right"/>
      </w:pPr>
      <w:r>
        <w:t>سارے سارے مسلم دنیا میں یہ ہوا کہ جو ٹاپ کے دماغ تھے، ٹاپ کے ذہن تھے، وہ سب لگ گئے سیاسی جدوجہد میں۔</w:t>
      </w:r>
    </w:p>
    <w:p>
      <w:r>
        <w:rPr>
          <w:b/>
        </w:rPr>
        <w:t xml:space="preserve">[43:22] </w:t>
      </w:r>
      <w:r>
        <w:t>taake woh yani French aur British qabze se musalmanon ko bachayein.</w:t>
      </w:r>
    </w:p>
    <w:p>
      <w:pPr>
        <w:jc w:val="right"/>
      </w:pPr>
      <w:r>
        <w:t>تاکہ وہ یعنی فرانسیسی اور برٹش قبضے سے مسلمانوں کو بچائیں۔</w:t>
      </w:r>
    </w:p>
    <w:p>
      <w:r>
        <w:rPr>
          <w:b/>
        </w:rPr>
        <w:t xml:space="preserve">[43:36] </w:t>
      </w:r>
      <w:r>
        <w:t>mein samajhta hoon ke yeh aik aisa waqia hai jis ki peshgoi hadithon mein maujood thi pehle se. Hadithon mein aata hai ke aik zamana aaye ga jabke ulma chale jayenge.</w:t>
      </w:r>
    </w:p>
    <w:p>
      <w:pPr>
        <w:jc w:val="right"/>
      </w:pPr>
      <w:r>
        <w:t>میں سمجھتا ہوں کہ یہ ایک ایسا واقعہ ہے جس کی پیش گوئی حدیثوں میں موجود تھی پہلے سے۔ حدیثوں میں آتا ہے کہ ایک زمانہ آئے گا جبکہ علماء چلے جائیں گے۔</w:t>
      </w:r>
    </w:p>
    <w:p>
      <w:r>
        <w:rPr>
          <w:b/>
        </w:rPr>
        <w:t xml:space="preserve">[43:49] </w:t>
      </w:r>
      <w:r>
        <w:t>is ke liye lafz istemal hua hai zahab al-ulama. Zahab al-ulama.</w:t>
      </w:r>
    </w:p>
    <w:p>
      <w:pPr>
        <w:jc w:val="right"/>
      </w:pPr>
      <w:r>
        <w:t>اس کے لیے لفظ استعمال ہوا ہے ذہاب العلماء۔ ذہاب العلماء۔</w:t>
      </w:r>
    </w:p>
    <w:p>
      <w:r>
        <w:rPr>
          <w:b/>
        </w:rPr>
        <w:t xml:space="preserve">[43:58] </w:t>
      </w:r>
      <w:r>
        <w:t>to zahab al-ulama, yani log matlab yeh samajhte hain ab tak ke mar jayenge log. Yani ulma sab mar jayenge. Mein samajhta hoon ke yeh bilkul ghair fitri baat hai ke aap yeh samjhein ke saare ulma mar jayenge.</w:t>
      </w:r>
    </w:p>
    <w:p>
      <w:pPr>
        <w:jc w:val="right"/>
      </w:pPr>
      <w:r>
        <w:t>تو ذہاب العلماء، یعنی لوگ مطلب یہ سمجھتے ہیں اب تک کہ مر جائیں گے لوگ۔ یعنی علماء سب مر جائیں گے۔ میں سمجھتا ہوں کہ یہ بالکل غیر فطری بات ہے کہ آپ یہ سمجھیں کہ سارے علماء مر جائیں گے۔</w:t>
      </w:r>
    </w:p>
    <w:p>
      <w:r>
        <w:rPr>
          <w:b/>
        </w:rPr>
        <w:t xml:space="preserve">[44:13] </w:t>
      </w:r>
      <w:r>
        <w:t>aisa kabhi nahi ho sakta qayamat se pehle. Yeh asal mein hai wohi cheez jis ko aap kehte hain dimaghi baarish.</w:t>
      </w:r>
    </w:p>
    <w:p>
      <w:pPr>
        <w:jc w:val="right"/>
      </w:pPr>
      <w:r>
        <w:t>ایسا کبھی نہیں ہو سکتا قیامت سے پہلے۔ یہ اصل میں ہے وہی چیز جس کو آپ کہتے ہیں دماغی بارش۔</w:t>
      </w:r>
    </w:p>
    <w:p>
      <w:r>
        <w:rPr>
          <w:b/>
        </w:rPr>
        <w:t xml:space="preserve">[44:23] </w:t>
      </w:r>
      <w:r>
        <w:t>yani dawat mahaz ko chhod kar log chale jayenge siyasat mahaz ki taraf. Hamare ulma, hamare leader. Yeh matlab hai is hadith ka.</w:t>
      </w:r>
    </w:p>
    <w:p>
      <w:pPr>
        <w:jc w:val="right"/>
      </w:pPr>
      <w:r>
        <w:t>یعنی دعوت محاذ کو چھوڑ کر لوگ چلے جائیں گے سیاسی محاذ کی طرف۔ ہمارے علماء، ہمارے لیڈر۔ یہ مطلب ہے اس حدیث کا۔</w:t>
      </w:r>
    </w:p>
    <w:p>
      <w:r>
        <w:rPr>
          <w:b/>
        </w:rPr>
        <w:t xml:space="preserve">[44:33] </w:t>
      </w:r>
      <w:r>
        <w:t>zahab al-ulama. Ulma chale jayenge. Chale jayenge matlab log samajhte hain ke mar jayenge. Mein is ko nahi samajhta ke mar jayenge. Yeh bilkul galat baat hai yeh.</w:t>
      </w:r>
    </w:p>
    <w:p>
      <w:pPr>
        <w:jc w:val="right"/>
      </w:pPr>
      <w:r>
        <w:t>ذہاب العلماء۔ علماء چلے جائیں گے۔ چلے جائیں گے مطلب لوگ سمجھتے ہیں کہ مر جائیں گے۔ میں اس کو نہیں سمجھتا کہ مر جائیں گے۔ یہ بالکل غلط بات ہے یہ۔</w:t>
      </w:r>
    </w:p>
    <w:p>
      <w:r>
        <w:rPr>
          <w:b/>
        </w:rPr>
        <w:t xml:space="preserve">[44:43] </w:t>
      </w:r>
      <w:r>
        <w:t>sooraj Israfeel se pehle aisa nahi ho sakta ke saare log mar jayein ekhathe. Ya sooraj Israfeel ka ya sooraj phoonka jaye ga tab aisa hoga. Yahan par yeh hai ke woh apna mahaz badal denge.</w:t>
      </w:r>
    </w:p>
    <w:p>
      <w:pPr>
        <w:jc w:val="right"/>
      </w:pPr>
      <w:r>
        <w:t>سورج اسرافیل سے پہلے ایسا نہیں ہو سکتا کہ سارے لوگ مر جائیں اکٹھے۔ یا سورج اسرافیل کا یا سورج پھونکا جائے گا تب ایسا ہوگا۔ یہاں پر یہ ہے کہ وہ اپنا محاذ بدل دیں گے۔</w:t>
      </w:r>
    </w:p>
    <w:p>
      <w:r>
        <w:rPr>
          <w:b/>
        </w:rPr>
        <w:t xml:space="preserve">[44:56] </w:t>
      </w:r>
      <w:r>
        <w:t>dawat mahaz se chhod kar ke chale jayenge siyasat mahaz mein. Aur waqatan aisa hi hua hai. Muslim dunya ke jitne top dimagh thay sab ke sab chale gaye isi taraf.</w:t>
      </w:r>
    </w:p>
    <w:p>
      <w:pPr>
        <w:jc w:val="right"/>
      </w:pPr>
      <w:r>
        <w:t>دعوت محاذ سے چھوڑ کر کے چلے جائیں گے سیاسی محاذ میں۔ اور واقعتاً ایسا ہی ہوا ہے۔ مسلم دنیا کے جتنے ٹاپ دماغ تھے سب کے سب چلے گئے اسی طرف۔</w:t>
      </w:r>
    </w:p>
    <w:p>
      <w:r>
        <w:rPr>
          <w:b/>
        </w:rPr>
        <w:t xml:space="preserve">[45:06] </w:t>
      </w:r>
      <w:r>
        <w:t>sab ke sab chale gaye.</w:t>
      </w:r>
    </w:p>
    <w:p>
      <w:pPr>
        <w:jc w:val="right"/>
      </w:pPr>
      <w:r>
        <w:t>سب کے سب چلے گئے۔</w:t>
      </w:r>
    </w:p>
    <w:p>
      <w:r>
        <w:rPr>
          <w:b/>
        </w:rPr>
        <w:t xml:space="preserve">[45:10] </w:t>
      </w:r>
      <w:r>
        <w:t>koi aik bhi shakhs nahi hai yani qabil-e-zikr aadmi jis ne dawat mahaz par kaam kiya ho.</w:t>
      </w:r>
    </w:p>
    <w:p>
      <w:pPr>
        <w:jc w:val="right"/>
      </w:pPr>
      <w:r>
        <w:t>کوئی ایک بھی شخص نہیں ہے یعنی قابل ذکر آدمی جس نے دعوت محاذ پر کام کیا ہو۔</w:t>
      </w:r>
    </w:p>
    <w:p>
      <w:r>
        <w:rPr>
          <w:b/>
        </w:rPr>
        <w:t xml:space="preserve">[45:19] </w:t>
      </w:r>
      <w:r>
        <w:t>mujh ko chhod kar. Maine apne aap ko waqf kiya isi kaam mein. Lekin mere siwa poori muslim dunya mein do sau saal mein koi aadmi nahi. Doosre doosre kaam ko albata unhone dawat ka naam de diya.</w:t>
      </w:r>
    </w:p>
    <w:p>
      <w:pPr>
        <w:jc w:val="right"/>
      </w:pPr>
      <w:r>
        <w:t>مجھ کو چھوڑ کر۔ میں نے اپنے آپ کو وقف کیا اسی کام میں۔ لیکن میرے سوا پوری مسلم دنیا میں دو سو سال میں کوئی آدمی نہیں۔ دوسرے دوسرے کام کو البتہ انہوں نے دعوت کا نام دے دیا۔</w:t>
      </w:r>
    </w:p>
    <w:p>
      <w:r>
        <w:rPr>
          <w:b/>
        </w:rPr>
        <w:t xml:space="preserve">[45:36] </w:t>
      </w:r>
      <w:r>
        <w:t>yani kisi aur koi aur kaam karte rahe aur us ko keh diya dawat. Lekin dawat yani is maamle mein ke ghair muslimon tak Islam ka paigham pahunchana.</w:t>
      </w:r>
    </w:p>
    <w:p>
      <w:pPr>
        <w:jc w:val="right"/>
      </w:pPr>
      <w:r>
        <w:t>یعنی کسی اور کوئی اور کام کرتے رہے اور اس کو کہہ دیا دعوت۔ لیکن دعوت یعنی اس معاملے میں کہ غیر مسلموں تک اسلام کا پیغام پہنچانا۔</w:t>
      </w:r>
    </w:p>
    <w:p>
      <w:r>
        <w:rPr>
          <w:b/>
        </w:rPr>
        <w:t xml:space="preserve">[45:48] </w:t>
      </w:r>
      <w:r>
        <w:t>ghair muslimon ko Islam ka ka darwaza rehmat kholna ghair muslimon ke liye. Is ke liye koi aik aadmi bhi nahi hai do sau saal mein.</w:t>
      </w:r>
    </w:p>
    <w:p>
      <w:pPr>
        <w:jc w:val="right"/>
      </w:pPr>
      <w:r>
        <w:t>غیر مسلموں کو اسلام کا کا دروازہ رحمت کھولنا غیر مسلموں کے لیے۔ اس کے لیے کوئی ایک آدمی بھی نہیں ہے دو سو سال میں۔</w:t>
      </w:r>
    </w:p>
    <w:p>
      <w:r>
        <w:rPr>
          <w:b/>
        </w:rPr>
        <w:t xml:space="preserve">[46:01] </w:t>
      </w:r>
      <w:r>
        <w:t>to yeh hai zahab al-ulama. Ke Islam ke daawti mission ko chhod kar ke woh chale gaye kahan? Siyasat ladai mein. Mein samajhta hoon ke Khuda ki scheme ke khilaaf tha yeh.</w:t>
      </w:r>
    </w:p>
    <w:p>
      <w:pPr>
        <w:jc w:val="right"/>
      </w:pPr>
      <w:r>
        <w:t>تو یہ ہے ذہاب العلماء۔ کہ اسلام کے دعوتی مشن کو چھوڑ کر کے وہ چلے گئے کہاں؟ سیاسی لڑائی میں۔ میں سمجھتا ہوں کہ خدا کے اسکیم کے خلاف تھا یہ۔</w:t>
      </w:r>
    </w:p>
    <w:p>
      <w:r>
        <w:rPr>
          <w:b/>
        </w:rPr>
        <w:t xml:space="preserve">[46:12] </w:t>
      </w:r>
      <w:r>
        <w:t>chunaanche kuch bhi kamyabi nahi hui. Aik feesad bhi kamyabi nahi hui. Aik feesad bhi kamyabi nahi hui.</w:t>
      </w:r>
    </w:p>
    <w:p>
      <w:pPr>
        <w:jc w:val="right"/>
      </w:pPr>
      <w:r>
        <w:t>چنانچہ کچھ بھی کامیابی نہیں ہوئی۔ ایک فیصد بھی کامیابی نہیں ہوئی۔ ایک فیصد بھی کامیابی نہیں ہوئی۔</w:t>
      </w:r>
    </w:p>
    <w:p>
      <w:r>
        <w:rPr>
          <w:b/>
        </w:rPr>
        <w:t xml:space="preserve">[46:22] </w:t>
      </w:r>
      <w:r>
        <w:t>kahin bhi. aur yeh doosra jo position thi musalmanon ki pehle is se aaj din bad din kharab hoti chali ja rahi hai. misaal ke taur par falasteen mein 48 mein musalmanon ko falasteen ka do tihai mila hua tha.</w:t>
      </w:r>
    </w:p>
    <w:p>
      <w:pPr>
        <w:jc w:val="right"/>
      </w:pPr>
      <w:r>
        <w:t>کہیں بھی۔ اور یہ دوسرا جو پوزیشن تھی مسلمانوں کی پہلے اس سے آج دن بدن خراب ہوتی چلی جا رہی ہے۔ مثال کے طور پر فلسطین میں 48 میں مسلمانوں کو فلسطین کا دو تہائی ملا ہوا تھا۔</w:t>
      </w:r>
    </w:p>
    <w:p>
      <w:r>
        <w:rPr>
          <w:b/>
        </w:rPr>
        <w:t xml:space="preserve">[46:37] </w:t>
      </w:r>
      <w:r>
        <w:t>do tihai. aaj to kuch bhi nahin hai. ek patti si hai banjar qism ki aur un ko mili hui hai. baqi sab nikal gaya un ke hath se.</w:t>
      </w:r>
    </w:p>
    <w:p>
      <w:pPr>
        <w:jc w:val="right"/>
      </w:pPr>
      <w:r>
        <w:t>دو تہائی۔ آج تو کچھ بھی نہیں ہے۔ ایک پٹی سی ہے بنجر قسم کی اور ان کو ملی ہوئی ہے۔ باقی سب نکل گیا ان کے ہاتھ سے۔</w:t>
      </w:r>
    </w:p>
    <w:p>
      <w:r>
        <w:rPr>
          <w:b/>
        </w:rPr>
        <w:t xml:space="preserve">[46:46] </w:t>
      </w:r>
      <w:r>
        <w:t>isi larai ke douran. to sarey muslim dunya mein yeh hua ke zahab ulma ho gaya. ke musalmanon ke jo dimagh thay barey barey, jo leader thay, woh sab dawat ke mission ko chhod kar bhagey siyasi mahaz par.</w:t>
      </w:r>
    </w:p>
    <w:p>
      <w:pPr>
        <w:jc w:val="right"/>
      </w:pPr>
      <w:r>
        <w:t>اسی لڑائی کے دوران۔ تو سارے مسلم دنیا میں یہ ہوا کہ ذہاب العلماء ہو گیا۔ کہ مسلمانوں کے جو دماغ تھے بڑے بڑے، جو لیڈر تھے، وہ سب دعوت کے مشن کو چھوڑ کر بھاگے سیاسی محاذ پر۔</w:t>
      </w:r>
    </w:p>
    <w:p>
      <w:r>
        <w:rPr>
          <w:b/>
        </w:rPr>
        <w:t xml:space="preserve">[47:04] </w:t>
      </w:r>
      <w:r>
        <w:t>lartay lartay isi mein khatam ho gaye. yahan par mein aap se arz karoon ke aksar mujhe ek kahani yaad aati hai.</w:t>
      </w:r>
    </w:p>
    <w:p>
      <w:pPr>
        <w:jc w:val="right"/>
      </w:pPr>
      <w:r>
        <w:t>لڑتے لڑتے اسی میں ختم ہو گئے۔ یہاں پر میں آپ سے عرض کروں کہ اکثر مجھے ایک کہانی یاد آتی ہے۔</w:t>
      </w:r>
    </w:p>
    <w:p>
      <w:r>
        <w:rPr>
          <w:b/>
        </w:rPr>
        <w:t xml:space="preserve">[47:15] </w:t>
      </w:r>
      <w:r>
        <w:t>yeh kahani koi waqea to nahin hai lekin ek kahani is mamle ko bohat wazeh karti hai jo mein kehna chahta hoon aap ko. ke mere jaisa aadmi dawat ke maidan mein aa gaya.</w:t>
      </w:r>
    </w:p>
    <w:p>
      <w:pPr>
        <w:jc w:val="right"/>
      </w:pPr>
      <w:r>
        <w:t>یہ کہانی کوئی واقعہ تو نہیں ہے لیکن ایک کہانی اس معاملے کو بہت واضح کرتی ہے جو میں کہنا چاہتا ہوں آپ کو۔ کہ میرے جیسا آدمی دعوت کے میدان میں آ گیا۔</w:t>
      </w:r>
    </w:p>
    <w:p>
      <w:r>
        <w:rPr>
          <w:b/>
        </w:rPr>
        <w:t xml:space="preserve">[47:25] </w:t>
      </w:r>
      <w:r>
        <w:t>aap yaqeen kijiye ke mein apne aap ko bohat zyada yaani bohat zyada kamzor, bohat zyada ajiz aur bohat zyada nahil pata hoon.</w:t>
      </w:r>
    </w:p>
    <w:p>
      <w:pPr>
        <w:jc w:val="right"/>
      </w:pPr>
      <w:r>
        <w:t>آپ یقین کیجیئے کہ میں اپنے آپ کو بہت زیادہ یعنی بہت زیادہ کمزور، بہت زیادہ عاجز اور بہت زیادہ نااہل پاتا ہوں۔</w:t>
      </w:r>
    </w:p>
    <w:p>
      <w:r>
        <w:rPr>
          <w:b/>
        </w:rPr>
        <w:t xml:space="preserve">[47:35] </w:t>
      </w:r>
      <w:r>
        <w:t>nahil. nahil pata hoon. to mere jaisa aadmi is dawat ke maidan mein aya. aur aap log mashallah ikhatta huey aur bohat se dunya bhar mein kuch log mere sath hain woh ikhatta ho chukey hain is mission par.</w:t>
      </w:r>
    </w:p>
    <w:p>
      <w:pPr>
        <w:jc w:val="right"/>
      </w:pPr>
      <w:r>
        <w:t>نااہل۔ نااہل پاتا ہوں۔ تو میرے جیسا آدمی اس دعوت کے میدان میں آیا۔ اور آپ لوگ ماشاءاللہ اکٹھا ہوئے اور بہت سے دنیا بھر میں کچھ لوگ میرے ساتھ ہیں وہ اکٹھا ہو چکے ہیں اس مشن پر۔</w:t>
      </w:r>
    </w:p>
    <w:p>
      <w:r>
        <w:rPr>
          <w:b/>
        </w:rPr>
        <w:t xml:space="preserve">[47:52] </w:t>
      </w:r>
      <w:r>
        <w:t>to kahani yeh hai</w:t>
      </w:r>
    </w:p>
    <w:p>
      <w:pPr>
        <w:jc w:val="right"/>
      </w:pPr>
      <w:r>
        <w:t>تو کہانی یہ ہے</w:t>
      </w:r>
    </w:p>
    <w:p>
      <w:r>
        <w:rPr>
          <w:b/>
        </w:rPr>
        <w:t xml:space="preserve">[47:57] </w:t>
      </w:r>
      <w:r>
        <w:t>ke</w:t>
      </w:r>
    </w:p>
    <w:p>
      <w:pPr>
        <w:jc w:val="right"/>
      </w:pPr>
      <w:r>
        <w:t>کہ</w:t>
      </w:r>
    </w:p>
    <w:p>
      <w:r>
        <w:rPr>
          <w:b/>
        </w:rPr>
        <w:t xml:space="preserve">[48:02] </w:t>
      </w:r>
      <w:r>
        <w:t>ek raja tha. woh raja mar gaya to uska koi beta nahin tha. aap jantey hain ke rajaon ke haan raja marta tha to beta us ki jagah par gaddi par baithta tha.</w:t>
      </w:r>
    </w:p>
    <w:p>
      <w:pPr>
        <w:jc w:val="right"/>
      </w:pPr>
      <w:r>
        <w:t>ایک راجہ تھا۔ وہ راجہ مر گیا تو اس کا کوئی بیٹا نہیں تھا۔ آپ جانتے ہیں کہ راجاؤں کے ہاں راجہ مرتا تھا تو بیٹا اس کی جگہ پر گدی پر بیٹھتا تھا۔</w:t>
      </w:r>
    </w:p>
    <w:p>
      <w:r>
        <w:rPr>
          <w:b/>
        </w:rPr>
        <w:t xml:space="preserve">[48:18] </w:t>
      </w:r>
      <w:r>
        <w:t>to raja ki gaddi par baithne ke liye koi beta maujood nahin tha.</w:t>
      </w:r>
    </w:p>
    <w:p>
      <w:pPr>
        <w:jc w:val="right"/>
      </w:pPr>
      <w:r>
        <w:t>تو راجہ کی گدی پر بیٹھنے کے لیے کوئی بیٹا موجود نہیں تھا۔</w:t>
      </w:r>
    </w:p>
    <w:p>
      <w:r>
        <w:rPr>
          <w:b/>
        </w:rPr>
        <w:t xml:space="preserve">[48:25] </w:t>
      </w:r>
      <w:r>
        <w:t>to kya hua? darbari log jo thay unhon ne mashwara kiya ke abhi kya kiya jaye? raja ka to koi beta hai nahin.</w:t>
      </w:r>
    </w:p>
    <w:p>
      <w:pPr>
        <w:jc w:val="right"/>
      </w:pPr>
      <w:r>
        <w:t>تو کیا ہوا؟ درباری لوگ جو تھے انہوں نے مشورہ کیا کہ ابھی کیا کیا جائے؟ راجہ کا تو کوئی بیٹا ہے نہیں۔</w:t>
      </w:r>
    </w:p>
    <w:p>
      <w:r>
        <w:rPr>
          <w:b/>
        </w:rPr>
        <w:t xml:space="preserve">[48:35] </w:t>
      </w:r>
      <w:r>
        <w:t>to unhon ne kaha acha aisa karo ke kal subah hum bohat sawere nikaltay hain jangal mein. bahar.</w:t>
      </w:r>
    </w:p>
    <w:p>
      <w:pPr>
        <w:jc w:val="right"/>
      </w:pPr>
      <w:r>
        <w:t>تو انہوں نے کہا اچھا ایسا کرو کہ کل صبح ہم بہت سویرے نکلتے ہیں جنگل میں۔ باہر۔</w:t>
      </w:r>
    </w:p>
    <w:p>
      <w:r>
        <w:rPr>
          <w:b/>
        </w:rPr>
        <w:t xml:space="preserve">[48:45] </w:t>
      </w:r>
      <w:r>
        <w:t>jo aadmi pehla mil jaye subah sawere bahar wohi hamara raja hoga. us ko la kar gaddi par bitha denge. to agley din subah sawere kafi sawere nikley woh log jangal ki taraf.</w:t>
      </w:r>
    </w:p>
    <w:p>
      <w:pPr>
        <w:jc w:val="right"/>
      </w:pPr>
      <w:r>
        <w:t>جو آدمی پہلا مل جائے صبح سویرے باہر وہی ہمارا راجہ ہوگا۔ اس کو لا کر گدی پر بٹھا دیں گے۔ تو اگلے دن صبح سویرے کافی سویرے نکلے وہ لوگ جنگل کی طرف۔</w:t>
      </w:r>
    </w:p>
    <w:p>
      <w:r>
        <w:rPr>
          <w:b/>
        </w:rPr>
        <w:t xml:space="preserve">[49:04] </w:t>
      </w:r>
      <w:r>
        <w:t>to ek ghareeb aadmi mil gaya.</w:t>
      </w:r>
    </w:p>
    <w:p>
      <w:pPr>
        <w:jc w:val="right"/>
      </w:pPr>
      <w:r>
        <w:t>تو ایک غریب آدمی مل گیا۔</w:t>
      </w:r>
    </w:p>
    <w:p>
      <w:r>
        <w:rPr>
          <w:b/>
        </w:rPr>
        <w:t xml:space="preserve">[49:09] </w:t>
      </w:r>
      <w:r>
        <w:t>jo lakri bechta tha. yeh uska kaam tha. jis ko hamare urdu mein kehtey hain lakrhara. lakrhare ko kya kehtey hain english mein?</w:t>
      </w:r>
    </w:p>
    <w:p>
      <w:pPr>
        <w:jc w:val="right"/>
      </w:pPr>
      <w:r>
        <w:t>جو لکڑی بیچتا تھا۔ یہ اس کا کام تھا۔ جس کو ہمارے اردو میں کہتے ہیں لکڑہارا۔ لکڑہارے کو کیا کہتے ہیں انگلش میں؟</w:t>
      </w:r>
    </w:p>
    <w:p>
      <w:r>
        <w:rPr>
          <w:b/>
        </w:rPr>
        <w:t xml:space="preserve">[49:22] </w:t>
      </w:r>
      <w:r>
        <w:t>lakrhara. lakrhara kehtey hain. lakri kaatna aur bechna. to us ko kehtey hain hamare lakrhara.</w:t>
      </w:r>
    </w:p>
    <w:p>
      <w:pPr>
        <w:jc w:val="right"/>
      </w:pPr>
      <w:r>
        <w:t>لکڑہارا۔ لکڑہارا کہتے ہیں۔ لکڑی کاٹنا اور بیچنا۔ تو اس کو کہتے ہیں ہمارے لکڑہارا۔</w:t>
      </w:r>
    </w:p>
    <w:p>
      <w:r>
        <w:rPr>
          <w:b/>
        </w:rPr>
        <w:t xml:space="preserve">[49:32] </w:t>
      </w:r>
      <w:r>
        <w:t>english mein shayad us ko kehtey hain lakrhara. to woh mil gaya. aur us se unhon ne kaha ke aaj se tum hamare raja ho.</w:t>
      </w:r>
    </w:p>
    <w:p>
      <w:pPr>
        <w:jc w:val="right"/>
      </w:pPr>
      <w:r>
        <w:t>انگلش میں شاید اس کو کہتے ہیں لکڑہارا۔ تو وہ مل گیا۔ اور اس سے انہوں نے کہا کہ آج سے تم ہمارے راجہ ہو۔</w:t>
      </w:r>
    </w:p>
    <w:p>
      <w:r>
        <w:rPr>
          <w:b/>
        </w:rPr>
        <w:t xml:space="preserve">[49:48] </w:t>
      </w:r>
      <w:r>
        <w:t>us ne kaha mujhe maaf karo.</w:t>
      </w:r>
    </w:p>
    <w:p>
      <w:pPr>
        <w:jc w:val="right"/>
      </w:pPr>
      <w:r>
        <w:t>اس نے کہا مجھے معاف کرو۔</w:t>
      </w:r>
    </w:p>
    <w:p>
      <w:r>
        <w:rPr>
          <w:b/>
        </w:rPr>
        <w:t xml:space="preserve">[49:54] </w:t>
      </w:r>
      <w:r>
        <w:t>us ne kaha mujh se mazak kar rahey hain log. ke maaf karo mein to ek ghareeb aadmi hoon. lakri la kar bechta hoon. ek lakrhara hoon.</w:t>
      </w:r>
    </w:p>
    <w:p>
      <w:pPr>
        <w:jc w:val="right"/>
      </w:pPr>
      <w:r>
        <w:t>اس نے کہا مجھ سے مذاق کر رہے ہیں لوگ۔ کہ معاف کرو میں تو ایک غریب آدمی ہوں۔ لکڑی لا کر بیچتا ہوں۔ ایک لکڑہارا ہوں۔</w:t>
      </w:r>
    </w:p>
    <w:p>
      <w:r>
        <w:rPr>
          <w:b/>
        </w:rPr>
        <w:t xml:space="preserve">[50:03] </w:t>
      </w:r>
      <w:r>
        <w:t>mujhe maaf kar do.</w:t>
      </w:r>
    </w:p>
    <w:p>
      <w:pPr>
        <w:jc w:val="right"/>
      </w:pPr>
      <w:r>
        <w:t>مجھے معاف کر دو۔</w:t>
      </w:r>
    </w:p>
    <w:p>
      <w:r>
        <w:rPr>
          <w:b/>
        </w:rPr>
        <w:t xml:space="preserve">[50:11] </w:t>
      </w:r>
      <w:r>
        <w:t>to darbarion ne kaha ke nahin. yahi hamara yeh hum ne faisla kiya hai. aur isi faisle ke mutabiq yahan aaye they hum.</w:t>
      </w:r>
    </w:p>
    <w:p>
      <w:pPr>
        <w:jc w:val="right"/>
      </w:pPr>
      <w:r>
        <w:t>تو درباریوں نے کہا کہ نہیں۔ یہی ہمارا یہ ہم نے فیصلہ کیا ہے۔ اور اسی فیصلے کے مطابق یہاں آئے تھے ہم۔</w:t>
      </w:r>
    </w:p>
    <w:p>
      <w:r>
        <w:rPr>
          <w:b/>
        </w:rPr>
        <w:t xml:space="preserve">[50:21] </w:t>
      </w:r>
      <w:r>
        <w:t>ke jo subah sawere mil jaye wohi hamara raja hoga. to tum mil gaye ho to ab tum hi hamare raja ho.</w:t>
      </w:r>
    </w:p>
    <w:p>
      <w:pPr>
        <w:jc w:val="right"/>
      </w:pPr>
      <w:r>
        <w:t>کہ جو صبح سویرے مل جائے وہی ہمارا راجہ ہوگا۔ تو تم مل گئے ہو تو اب تم ہی ہمارے راجہ ہو۔</w:t>
      </w:r>
    </w:p>
    <w:p>
      <w:r>
        <w:rPr>
          <w:b/>
        </w:rPr>
        <w:t xml:space="preserve">[50:36] </w:t>
      </w:r>
      <w:r>
        <w:t>to us ko pakad kar le gaye aur gaddi par bitha diya. to mujhe aisa lagta hai jab zahab ulma ho gaya. yeh sarey log dawat mission ke mahaz ko chhod kar chaley gaye.</w:t>
      </w:r>
    </w:p>
    <w:p>
      <w:pPr>
        <w:jc w:val="right"/>
      </w:pPr>
      <w:r>
        <w:t>تو اس کو پکڑ کر لے گئے اور گدی پر بٹھا دیا۔ تو مجھے ایسا لگتا ہے جب ذہاب العلماء ہو گیا۔ یہ سارے لوگ دعوت مشن کے محاذ کو چھوڑ کر چلے گئے۔</w:t>
      </w:r>
    </w:p>
    <w:p>
      <w:r>
        <w:rPr>
          <w:b/>
        </w:rPr>
        <w:t xml:space="preserve">[50:49] </w:t>
      </w:r>
      <w:r>
        <w:t>parties ke qabristan mein. to shayad khuda ne apne farishton se kaha ke jao dhoondo kisi insaan ko. to mein jo libraryon mein guzarta tha.</w:t>
      </w:r>
    </w:p>
    <w:p>
      <w:pPr>
        <w:jc w:val="right"/>
      </w:pPr>
      <w:r>
        <w:t>پارٹیز کے قبرستان میں۔ تو شاید خدا نے اپنے فرشتوں سے کہا کہ جاؤ ڈھونڈو کسی انسان کو۔ تو میں جو لائبریریوں میں گزارتا تھا۔</w:t>
      </w:r>
    </w:p>
    <w:p>
      <w:r>
        <w:rPr>
          <w:b/>
        </w:rPr>
        <w:t xml:space="preserve">[51:04] </w:t>
      </w:r>
      <w:r>
        <w:t>aap ko bataon ke adam garh mein mehtah library thi. is mein mein ne mutala shuru kiya jadeed soch ko janne ke liye.</w:t>
      </w:r>
    </w:p>
    <w:p>
      <w:pPr>
        <w:jc w:val="right"/>
      </w:pPr>
      <w:r>
        <w:t>آپ کو بتاؤں کہ آدم گڑھ میں مہتاح لائبریری تھی۔ اس میں میں نے مطالعہ شروع کیا جدید سوچ کو جاننے کے لیے۔</w:t>
      </w:r>
    </w:p>
    <w:p>
      <w:r>
        <w:rPr>
          <w:b/>
        </w:rPr>
        <w:t xml:space="preserve">[51:13] </w:t>
      </w:r>
      <w:r>
        <w:t>to wahan jab mein gaya to sab gard padi hui thi gard kitabon par. log aate thay sirf akhbar parh kar. news paper parh kar chale aate thay. kitab koi nahi parhta tha.</w:t>
      </w:r>
    </w:p>
    <w:p>
      <w:pPr>
        <w:jc w:val="right"/>
      </w:pPr>
      <w:r>
        <w:t>تو وہاں جب میں گیا تو سب گرد پڑی ہوئی تھی گرد کتابوں پر۔ لوگ آتے تھے صرف اخبار پڑھ کر۔ نیوز پیپر پڑھ کر چلے آتے تھے۔ کتاب کوئی نہیں پڑھتا تھا۔</w:t>
      </w:r>
    </w:p>
    <w:p>
      <w:r>
        <w:rPr>
          <w:b/>
        </w:rPr>
        <w:t xml:space="preserve">[51:24] </w:t>
      </w:r>
      <w:r>
        <w:t>gard jhaar jhaar kar mein ne kitabein parhin. musannifeen ke kutub khane mein itni der tak mein ne parha hai ke wahan mein be hosh ho jata tha.</w:t>
      </w:r>
    </w:p>
    <w:p>
      <w:pPr>
        <w:jc w:val="right"/>
      </w:pPr>
      <w:r>
        <w:t>گرد جھاڑ جھاڑ کر میں نے کتابیں پڑھیں۔ مصنفین کے کتب خانے میں اتنی دیر تک میں نے پڑھا ہے کہ وہاں میں بے ہوش ہو جاتا تھا۔</w:t>
      </w:r>
    </w:p>
    <w:p>
      <w:r>
        <w:rPr>
          <w:b/>
        </w:rPr>
        <w:t xml:space="preserve">[51:33] </w:t>
      </w:r>
      <w:r>
        <w:t>phir bhi parhta rehta tha. to shayad khuda ne apne farishton ko kaha hai jao. to unhon ne dekha ke khuda ek aadmi hai.</w:t>
      </w:r>
    </w:p>
    <w:p>
      <w:pPr>
        <w:jc w:val="right"/>
      </w:pPr>
      <w:r>
        <w:t>پھر بھی پڑھتا رہتا تھا۔ تو شاید خدا نے اپنے فرشتوں کو کہا ہے جاؤ۔ تو انہوں نے دیکھا کہ خدا ایک آدمی ہے۔</w:t>
      </w:r>
    </w:p>
    <w:p>
      <w:r>
        <w:rPr>
          <w:b/>
        </w:rPr>
        <w:t xml:space="preserve">[51:43] </w:t>
      </w:r>
      <w:r>
        <w:t>jis ki yeh zindagi hai ke tere deen ko samajhne ke liye woh libraryon mein be hosh ho raha hai. tere deen ko samajhne ke liye woh libraryon ki kitabon ko gard mein jhaar raha hai.</w:t>
      </w:r>
    </w:p>
    <w:p>
      <w:pPr>
        <w:jc w:val="right"/>
      </w:pPr>
      <w:r>
        <w:t>جس کی یہ زندگی ہے کہ تیرے دین کو سمجھنے کے لیے وہ لائبریریوں میں بے ہوش ہو رہا ہے۔ تیرے دین کو سمجھنے کے لیے وہ لائبریریوں کی کتابوں کو گرد میں جھاڑ رہا ہے۔</w:t>
      </w:r>
    </w:p>
    <w:p>
      <w:r>
        <w:rPr>
          <w:b/>
        </w:rPr>
        <w:t xml:space="preserve">[51:57] </w:t>
      </w:r>
      <w:r>
        <w:t>aur tere liye dua kar raha hai. mein raat din dua karta tha. raat din dua karta tha.</w:t>
      </w:r>
    </w:p>
    <w:p>
      <w:pPr>
        <w:jc w:val="right"/>
      </w:pPr>
      <w:r>
        <w:t>اور تیرے لیے دعا کر رہا ہے۔ میں رات دن دعا کرتا تھا۔ رات دن دعا کرتا تھا۔</w:t>
      </w:r>
    </w:p>
    <w:p>
      <w:r>
        <w:rPr>
          <w:b/>
        </w:rPr>
        <w:t xml:space="preserve">[52:05] </w:t>
      </w:r>
      <w:r>
        <w:t>mein ne kabhi bhi kisi madi cheez ke liye dua nahi ki. hamesha yeh dua meri hoti thi ke khuda ya deen ka koi kaam mujh se le le. to shayad farishton ne mujhe utha kar gira kar yahan rakh diya.</w:t>
      </w:r>
    </w:p>
    <w:p>
      <w:pPr>
        <w:jc w:val="right"/>
      </w:pPr>
      <w:r>
        <w:t>میں نے کبھی بھی کسی مادی چیز کے لیے دعا نہیں کی۔ ہمیشہ یہ دعا میری ہوتی تھی کہ خدایا دین کا کوئی کام مجھ سے لے لے۔ تو شاید فرشتوں نے مجھے اٹھا کر گرا کر یہاں رکھ دیا۔</w:t>
      </w:r>
    </w:p>
    <w:p>
      <w:r>
        <w:rPr>
          <w:b/>
        </w:rPr>
        <w:t xml:space="preserve">[52:18] </w:t>
      </w:r>
      <w:r>
        <w:t>to mein woh lakrahara hoon jis ne dawat mission ko shuru kiya.</w:t>
      </w:r>
    </w:p>
    <w:p>
      <w:pPr>
        <w:jc w:val="right"/>
      </w:pPr>
      <w:r>
        <w:t>تو میں وہ لکڑہارا ہوں جس نے دعوت مشن کو شروع کیا۔</w:t>
      </w:r>
    </w:p>
    <w:p>
      <w:r>
        <w:rPr>
          <w:b/>
        </w:rPr>
        <w:t xml:space="preserve">[52:24] </w:t>
      </w:r>
      <w:r>
        <w:t>aur Allah ke fazl se yahan tak pohancha.</w:t>
      </w:r>
    </w:p>
    <w:p>
      <w:pPr>
        <w:jc w:val="right"/>
      </w:pPr>
      <w:r>
        <w:t>اور اللہ کے فضل سے یہاں تک پہنچا۔</w:t>
      </w:r>
    </w:p>
    <w:p>
      <w:r>
        <w:rPr>
          <w:b/>
        </w:rPr>
        <w:t xml:space="preserve">[52:29] </w:t>
      </w:r>
      <w:r>
        <w:t>mein aap ko yaad dilaoon ke saatveen sadi mein jab Allah taala ka ke peghambar ne logon ko bataya aur phir mission shuru hua.</w:t>
      </w:r>
    </w:p>
    <w:p>
      <w:pPr>
        <w:jc w:val="right"/>
      </w:pPr>
      <w:r>
        <w:t>میں آپ کو یاد دلاؤں کہ ساتویں صدی میں جب اللہ تعالیٰ کا کہ پیغمبر نے لوگوں کو بتایا اور پھر مشن شروع ہوا۔</w:t>
      </w:r>
    </w:p>
    <w:p>
      <w:r>
        <w:rPr>
          <w:b/>
        </w:rPr>
        <w:t xml:space="preserve">[52:44] </w:t>
      </w:r>
      <w:r>
        <w:t>to ek tabai thay un ka naam tha Uqba bin Nafi tabai. woh ghoreon ka ek dasta le kar ke chale arab se Africa tak.</w:t>
      </w:r>
    </w:p>
    <w:p>
      <w:pPr>
        <w:jc w:val="right"/>
      </w:pPr>
      <w:r>
        <w:t>تو ایک تابعی تھے ان کا نام تھا عقبہ بن نافع تابعی۔ وہ گھوڑوں کا ایک دستہ لے کر کے چلے عرب سے افریقہ تک۔</w:t>
      </w:r>
    </w:p>
    <w:p>
      <w:r>
        <w:rPr>
          <w:b/>
        </w:rPr>
        <w:t xml:space="preserve">[52:55] </w:t>
      </w:r>
      <w:r>
        <w:t>aur Atlantic ke sahil tak pohanch gaye. aap jante hain ke Africa Atlantic ke</w:t>
      </w:r>
    </w:p>
    <w:p>
      <w:pPr>
        <w:jc w:val="right"/>
      </w:pPr>
      <w:r>
        <w:t>اور اٹلانٹک کے ساحل تک پہنچ گئے۔ آپ جانتے ہیں کہ افریقہ اٹلانٹک کے</w:t>
      </w:r>
    </w:p>
    <w:p>
      <w:r>
        <w:rPr>
          <w:b/>
        </w:rPr>
        <w:t xml:space="preserve">[53:04] </w:t>
      </w:r>
      <w:r>
        <w:t>se mila hua hai. to jab Atlantic ke sahil par pohanch gaya dekha ke yahan samandar hai poora. kuch dikhai nahi deta us paar. to unhon ne kaha ke</w:t>
      </w:r>
    </w:p>
    <w:p>
      <w:pPr>
        <w:jc w:val="right"/>
      </w:pPr>
      <w:r>
        <w:t>سے ملا ہوا ہے۔ تو جب اٹلانٹک کے ساحل پر پہنچ گیا دیکھا کہ یہاں سمندر ہے پورا۔ کچھ دکھائی نہیں دیتا اس پار۔ تو انہوں نے کہا کہ</w:t>
      </w:r>
    </w:p>
    <w:p>
      <w:r>
        <w:rPr>
          <w:b/>
        </w:rPr>
        <w:t xml:space="preserve">[53:28] </w:t>
      </w:r>
      <w:r>
        <w:t>khuda ki qasam agar mein janta ke is samandar ke udhar bhi kuch insaan rehte hain. to mein ghus jata is samandar mein.</w:t>
      </w:r>
    </w:p>
    <w:p>
      <w:pPr>
        <w:jc w:val="right"/>
      </w:pPr>
      <w:r>
        <w:t>خدا کی قسم اگر میں جانتا کہ اس سمندر کے اُدھر بھی کچھ انسان رہتے ہیں۔ تو میں گھس جاتا اس سمندر میں۔</w:t>
      </w:r>
    </w:p>
    <w:p>
      <w:r>
        <w:rPr>
          <w:b/>
        </w:rPr>
        <w:t xml:space="preserve">[53:45] </w:t>
      </w:r>
      <w:r>
        <w:t>aur pohanchta wahan.</w:t>
      </w:r>
    </w:p>
    <w:p>
      <w:pPr>
        <w:jc w:val="right"/>
      </w:pPr>
      <w:r>
        <w:t>اور پہنچتا وہاں۔</w:t>
      </w:r>
    </w:p>
    <w:p>
      <w:r>
        <w:rPr>
          <w:b/>
        </w:rPr>
        <w:t xml:space="preserve">[53:49] </w:t>
      </w:r>
      <w:r>
        <w:t>taake tera koi banda tere paigham se be khabar na reh jaye.</w:t>
      </w:r>
    </w:p>
    <w:p>
      <w:pPr>
        <w:jc w:val="right"/>
      </w:pPr>
      <w:r>
        <w:t>تاکہ تیرا کوئی بندہ تیرے پیغام سے بے خبر نہ رہ جائے۔</w:t>
      </w:r>
    </w:p>
    <w:p>
      <w:r>
        <w:rPr>
          <w:b/>
        </w:rPr>
        <w:t xml:space="preserve">[54:02] </w:t>
      </w:r>
      <w:r>
        <w:t>yeh woh zamana tha ke jab koi insaan ghore par baith kar ke wahan tak pohanchta tha.</w:t>
      </w:r>
    </w:p>
    <w:p>
      <w:pPr>
        <w:jc w:val="right"/>
      </w:pPr>
      <w:r>
        <w:t>یہ وہ زمانہ تھا کہ جب کوئی انسان گھوڑے پر بیٹھ کر کے وہاں تک پہنچتا تھا۔</w:t>
      </w:r>
    </w:p>
    <w:p>
      <w:r>
        <w:rPr>
          <w:b/>
        </w:rPr>
        <w:t xml:space="preserve">[54:15] </w:t>
      </w:r>
      <w:r>
        <w:t>is zamane mein dawat ka safar ghore par hota tha. ghore par. aur ghore jante hain ke jahan samandar aa gaya to ghore ki had aa gayi.</w:t>
      </w:r>
    </w:p>
    <w:p>
      <w:pPr>
        <w:jc w:val="right"/>
      </w:pPr>
      <w:r>
        <w:t>اس زمانے میں دعوت کا سفر گھوڑے پر ہوتا تھا۔ گھوڑے پر۔ اور گھوڑے جانتے ہیں کہ جہاں سمندر آ گیا تو گھوڑے کی حد آ گئی۔</w:t>
      </w:r>
    </w:p>
    <w:p>
      <w:r>
        <w:rPr>
          <w:b/>
        </w:rPr>
        <w:t xml:space="preserve">[54:27] </w:t>
      </w:r>
      <w:r>
        <w:t>zameen par to ghore ne safar kiya nahi. jab samandar aa gaya to maloom hua ke ab ghoda aage nahi ja sakta. lekin khuda ne ek tabdeeli ke zamane mein aap ghor kijiye.</w:t>
      </w:r>
    </w:p>
    <w:p>
      <w:pPr>
        <w:jc w:val="right"/>
      </w:pPr>
      <w:r>
        <w:t>زمین پر تو گھوڑے نے سفر کیا نہیں۔ جب سمندر آ گیا تو معلوم ہوا کہ اب گھوڑا آگے نہیں جا سکتا۔ لیکن خدا نے ایک تبدیلی کے زمانے میں آپ غور کیجیئے۔</w:t>
      </w:r>
    </w:p>
    <w:p>
      <w:r>
        <w:rPr>
          <w:b/>
        </w:rPr>
        <w:t xml:space="preserve">[54:39] </w:t>
      </w:r>
      <w:r>
        <w:t>Uqba bin Nafi tabai ka dawati ghoda dawati ghoda samandar ke kinare ja kar ruk gaya.</w:t>
      </w:r>
    </w:p>
    <w:p>
      <w:pPr>
        <w:jc w:val="right"/>
      </w:pPr>
      <w:r>
        <w:t>عقبہ بن نافع تابعی کا دعوتی گھوڑا دعوتی گھوڑا سمندر کے کنارے جا کر رک گیا۔</w:t>
      </w:r>
    </w:p>
    <w:p>
      <w:r>
        <w:rPr>
          <w:b/>
        </w:rPr>
        <w:t xml:space="preserve">[54:49] </w:t>
      </w:r>
      <w:r>
        <w:t>is ke aage jane ka is ke paas koi shakal nahi thi. aaj kya hai? aaj hum mechanical ghoreon ke zamane mein hain. aaj hum print media aur electronic media ke zamane mein hain.</w:t>
      </w:r>
    </w:p>
    <w:p>
      <w:pPr>
        <w:jc w:val="right"/>
      </w:pPr>
      <w:r>
        <w:t>اس کے آگے جانے کا اس کے پاس کوئی شکل نہیں تھی۔ آج کیا ہے؟ آج ہم مکینیکل گھوڑوں کے زمانے میں ہیں۔ آج ہم پرنٹ میڈیا اور الیکٹرانک میڈیا کے زمانے میں ہیں۔</w:t>
      </w:r>
    </w:p>
    <w:p>
      <w:r>
        <w:rPr>
          <w:b/>
        </w:rPr>
        <w:t xml:space="preserve">[55:01] </w:t>
      </w:r>
      <w:r>
        <w:t>aaj hum TV ke zamane mein hain. aaj hum website ke zamane mein hain. aaj sari duniya ek globe ban chuki hai. ek global gaon ban chuki hai.</w:t>
      </w:r>
    </w:p>
    <w:p>
      <w:pPr>
        <w:jc w:val="right"/>
      </w:pPr>
      <w:r>
        <w:t>آج ہم ٹی وی کے زمانے میں ہیں۔ آج ہم ویب سائٹ کے زمانے میں ہیں۔ آج ساری دنیا ایک گلوب بن چکی ہے۔ ایک گلوبل گاؤں بن چکی ہے۔</w:t>
      </w:r>
    </w:p>
    <w:p>
      <w:r>
        <w:rPr>
          <w:b/>
        </w:rPr>
        <w:t xml:space="preserve">[55:11] </w:t>
      </w:r>
      <w:r>
        <w:t>yeh kitna bara ehsan hai Allah taala ka ke hamare kaam ko aasan kar diya.</w:t>
      </w:r>
    </w:p>
    <w:p>
      <w:pPr>
        <w:jc w:val="right"/>
      </w:pPr>
      <w:r>
        <w:t>یہ کتنا بڑا احسان ہے اللہ تعالیٰ کا کہ ہمارے کام کو آسان کر دیا۔</w:t>
      </w:r>
    </w:p>
    <w:p>
      <w:r>
        <w:rPr>
          <w:b/>
        </w:rPr>
        <w:t xml:space="preserve">[55:20] </w:t>
      </w:r>
      <w:r>
        <w:t>kitna bara ehsan hai.</w:t>
      </w:r>
    </w:p>
    <w:p>
      <w:pPr>
        <w:jc w:val="right"/>
      </w:pPr>
      <w:r>
        <w:t>کتنا بڑا احسان ہے۔</w:t>
      </w:r>
    </w:p>
    <w:p>
      <w:r>
        <w:rPr>
          <w:b/>
        </w:rPr>
        <w:t xml:space="preserve">[55:25] </w:t>
      </w:r>
      <w:r>
        <w:t>Uqba bin Nafi agar ghoda daal dete samandar mein to zahir hai ke dono doob jaate. ghoda bhi doobta woh bhi doobte. aap ghore se Atlantic samandar ka safar nahi kar sakte.</w:t>
      </w:r>
    </w:p>
    <w:p>
      <w:pPr>
        <w:jc w:val="right"/>
      </w:pPr>
      <w:r>
        <w:t>عقبہ بن نافع اگر گھوڑا ڈال دیتے سمندر میں تو ظاہر ہے کہ دونوں ڈوب جاتے۔ گھوڑا بھی ڈوبتا وہ بھی ڈوبتے۔ آپ گھوڑے سے اٹلانٹک سمندر کا سفر نہیں کر سکتے۔</w:t>
      </w:r>
    </w:p>
    <w:p>
      <w:r>
        <w:rPr>
          <w:b/>
        </w:rPr>
        <w:t xml:space="preserve">[55:39] </w:t>
      </w:r>
      <w:r>
        <w:t>aap ghhor kijiye. uqba bin naaf'a agar apnay ghoṛay ko daal detay samandar mein. to kya hota? woh bhi doobte aur ghoṛa bhi doobta.</w:t>
      </w:r>
    </w:p>
    <w:p>
      <w:pPr>
        <w:jc w:val="right"/>
      </w:pPr>
      <w:r>
        <w:t>آپ غور کیجیئے۔ عقبہ بن نافع اگر اپنے گھوڑے کو ڈال دیتے سمندر میں۔ تو کیا ہوتا؟ وہ بھی ڈوبتے اور گھوڑا بھی ڈوبتا۔</w:t>
      </w:r>
    </w:p>
    <w:p>
      <w:r>
        <w:rPr>
          <w:b/>
        </w:rPr>
        <w:t xml:space="preserve">[55:51] </w:t>
      </w:r>
      <w:r>
        <w:t>aaj aap ko doobne ka khatra mol liye baghair doobne ka risk mol liye baghair yeh aap ke liye mumkin ho gaya hai. ke aap dunya ke saare kone mein khuda ka paigham pohncha saken.</w:t>
      </w:r>
    </w:p>
    <w:p>
      <w:pPr>
        <w:jc w:val="right"/>
      </w:pPr>
      <w:r>
        <w:t>آج آپ کو ڈوبنے کا خطرہ مول لیے بغیر ڈوبنے کا رسک مول لیے بغیر یہ آپ کے لیے ممکن ہو گیا ہے۔ کہ آپ دنیا کے سارے کونے میں خدا کا پیغام پہنچا سکیں۔</w:t>
      </w:r>
    </w:p>
    <w:p>
      <w:r>
        <w:rPr>
          <w:b/>
        </w:rPr>
        <w:t xml:space="preserve">[56:07] </w:t>
      </w:r>
      <w:r>
        <w:t>woh jo hadees mein aaya hai ke</w:t>
      </w:r>
    </w:p>
    <w:p>
      <w:pPr>
        <w:jc w:val="right"/>
      </w:pPr>
      <w:r>
        <w:t>وہ جو حدیث میں آیا ہے کہ</w:t>
      </w:r>
    </w:p>
    <w:p>
      <w:r>
        <w:rPr>
          <w:b/>
        </w:rPr>
        <w:t xml:space="preserve">[56:12] </w:t>
      </w:r>
      <w:r>
        <w:t>khuda ka lafz khuda ka kalma har ghar mein pohnch jayega. global globe ke zameen ke oopar koi ghar na bachega.</w:t>
      </w:r>
    </w:p>
    <w:p>
      <w:pPr>
        <w:jc w:val="right"/>
      </w:pPr>
      <w:r>
        <w:t>خدا کا لفظ خدا کا کلمہ ہر گھر میں پہنچ جائے گا۔ گلوبل گلوب کے زمین کے اوپر کوئی گھر نہ بچے گا۔</w:t>
      </w:r>
    </w:p>
    <w:p>
      <w:r>
        <w:rPr>
          <w:b/>
        </w:rPr>
        <w:t xml:space="preserve">[56:23] </w:t>
      </w:r>
      <w:r>
        <w:t>chhota ya bara kacha ya paka jis mein khuda ka kalma lafz khuda daakhil na ho jaye. aaj yeh cheez kam az kam mumkin ho chuki hai.</w:t>
      </w:r>
    </w:p>
    <w:p>
      <w:pPr>
        <w:jc w:val="right"/>
      </w:pPr>
      <w:r>
        <w:t>چھوٹا یا بڑا کچا یا پکا جس میں خدا کا کلمہ لفظ خدا داخل نہ ہو جائے۔ آج یہ چیز کم از کم ممکن ہو چکی ہے۔</w:t>
      </w:r>
    </w:p>
    <w:p>
      <w:r>
        <w:rPr>
          <w:b/>
        </w:rPr>
        <w:t xml:space="preserve">[56:36] </w:t>
      </w:r>
      <w:r>
        <w:t>aakhri had tak aap ke bas mein ho chuka hai. is mein koi rukawat nahi hai.</w:t>
      </w:r>
    </w:p>
    <w:p>
      <w:pPr>
        <w:jc w:val="right"/>
      </w:pPr>
      <w:r>
        <w:t>آخری حد تک آپ کے بس میں ہو چکا ہے۔ اس میں کوئی رکاوٹ نہیں ہے۔</w:t>
      </w:r>
    </w:p>
    <w:p>
      <w:r>
        <w:rPr>
          <w:b/>
        </w:rPr>
        <w:t xml:space="preserve">[56:45] </w:t>
      </w:r>
      <w:r>
        <w:t>is ke bawajood aap chhote chhote istasna le kar ke yeh kaam na karen. to mujhe bataiye ke khuda ke saamne aap kaise aap khuda ka saamna karenge?</w:t>
      </w:r>
    </w:p>
    <w:p>
      <w:pPr>
        <w:jc w:val="right"/>
      </w:pPr>
      <w:r>
        <w:t>اس کے باوجود آپ چھوٹے چھوٹے استثنا لے کر کے یہ کام نہ کریں۔ تو مجھے بتائیے کہ خدا کے سامنے آپ کیسے آپ خدا کا سامنا کریں گے؟</w:t>
      </w:r>
    </w:p>
    <w:p>
      <w:r>
        <w:rPr>
          <w:b/>
        </w:rPr>
        <w:t xml:space="preserve">[56:55] </w:t>
      </w:r>
      <w:r>
        <w:t>baik waqt do aap ko saamna karna parega. ek insaniyat. insaniyat ka saamna karna parega. doosri taraf khuda ka saamna karna parega aap ko.</w:t>
      </w:r>
    </w:p>
    <w:p>
      <w:pPr>
        <w:jc w:val="right"/>
      </w:pPr>
      <w:r>
        <w:t>بیک وقت دو آپ کو سامنا کرنا پڑے گا۔ ایک انسانیت۔ انسانیت کا سامنا کرنا پڑے گا۔ دوسری طرف خدا کا سامنا کرنا پڑے گا آپ کو۔</w:t>
      </w:r>
    </w:p>
    <w:p>
      <w:r>
        <w:rPr>
          <w:b/>
        </w:rPr>
        <w:t xml:space="preserve">[57:05] </w:t>
      </w:r>
      <w:r>
        <w:t>kya karenge aap?</w:t>
      </w:r>
    </w:p>
    <w:p>
      <w:pPr>
        <w:jc w:val="right"/>
      </w:pPr>
      <w:r>
        <w:t>کیا کریں گے آپ؟</w:t>
      </w:r>
    </w:p>
    <w:p>
      <w:r>
        <w:rPr>
          <w:b/>
        </w:rPr>
        <w:t xml:space="preserve">[57:10] </w:t>
      </w:r>
      <w:r>
        <w:t>to main yeh kahunga ke aakhri faisla le lijiye aakhri faisla. ke hamein isi dawat ke kaam mein apne ko lagana hai.</w:t>
      </w:r>
    </w:p>
    <w:p>
      <w:pPr>
        <w:jc w:val="right"/>
      </w:pPr>
      <w:r>
        <w:t>تو میں یہ کہوں گا کہ آخری فیصلہ لے لیجیئے آخری فیصلہ۔ کہ ہمیں اسی دعوت کے کام میں اپنے کو لگانا ہے۔</w:t>
      </w:r>
    </w:p>
    <w:p>
      <w:r>
        <w:rPr>
          <w:b/>
        </w:rPr>
        <w:t xml:space="preserve">[57:24] </w:t>
      </w:r>
      <w:r>
        <w:t>aap ko main yaad dilaoon ke rasool Allah ka jo aakhri zamana tha. jab bhi aap ne hajj kiya tha jis ko hajjat ul wida kehte hain.</w:t>
      </w:r>
    </w:p>
    <w:p>
      <w:pPr>
        <w:jc w:val="right"/>
      </w:pPr>
      <w:r>
        <w:t>آپ کو میں یاد دلاؤں کہ رسول اللہ کا جو آخری زمانہ تھا۔ جب بھی آپ نے حج کیا تھا جس کو حجۃ الوداع کہتے ہیں۔</w:t>
      </w:r>
    </w:p>
    <w:p>
      <w:r>
        <w:rPr>
          <w:b/>
        </w:rPr>
        <w:t xml:space="preserve">[57:34] </w:t>
      </w:r>
      <w:r>
        <w:t>to aap ne logon se kaha</w:t>
      </w:r>
    </w:p>
    <w:p>
      <w:pPr>
        <w:jc w:val="right"/>
      </w:pPr>
      <w:r>
        <w:t>تو آپ نے لوگوں سے کہا</w:t>
      </w:r>
    </w:p>
    <w:p>
      <w:r>
        <w:rPr>
          <w:b/>
        </w:rPr>
        <w:t xml:space="preserve">[57:39] </w:t>
      </w:r>
      <w:r>
        <w:t>in</w:t>
      </w:r>
    </w:p>
    <w:p>
      <w:pPr>
        <w:jc w:val="right"/>
      </w:pPr>
      <w:r>
        <w:t>ان</w:t>
      </w:r>
    </w:p>
    <w:p>
      <w:r>
        <w:rPr>
          <w:b/>
        </w:rPr>
        <w:t xml:space="preserve">[57:45] </w:t>
      </w:r>
      <w:r>
        <w:t>Allah ek lakh se ziyada aap ke saath thay us waqt ashaab. aap ne farmaya ke khuda ne mujhe saari dunya ke liye bheja hai.</w:t>
      </w:r>
    </w:p>
    <w:p>
      <w:pPr>
        <w:jc w:val="right"/>
      </w:pPr>
      <w:r>
        <w:t>اللہ ایک لاکھ سے زیادہ آپ کے ساتھ تھے اس وقت اصحاب۔ آپ نے فرمایا کہ خدا نے مجھے ساری دنیا کے لیے بھیجا ہے۔</w:t>
      </w:r>
    </w:p>
    <w:p>
      <w:r>
        <w:rPr>
          <w:b/>
        </w:rPr>
        <w:t xml:space="preserve">[57:56] </w:t>
      </w:r>
      <w:r>
        <w:t>yaani khuda ka paigham jo hai mujhe saari dunya ko pohnchana hai. to tum meri taraf se is ko pohncha do logon ke paas.</w:t>
      </w:r>
    </w:p>
    <w:p>
      <w:pPr>
        <w:jc w:val="right"/>
      </w:pPr>
      <w:r>
        <w:t>یعنی خدا کا پیغام جو ہے مجھے ساری دنیا کو پہنچانا ہے۔ تو تم میری طرف سے اس کو پہنچا دو لوگوں کے پاس۔</w:t>
      </w:r>
    </w:p>
    <w:p>
      <w:r>
        <w:rPr>
          <w:b/>
        </w:rPr>
        <w:t xml:space="preserve">[58:05] </w:t>
      </w:r>
      <w:r>
        <w:t>is ka ishara tha ke mujhe to ab dunya se jana hai. kyunke is ke dhai mahine ke baad aap ka intiqal ho gaya. to tum ko yeh pohncha do saari dunya ko.</w:t>
      </w:r>
    </w:p>
    <w:p>
      <w:pPr>
        <w:jc w:val="right"/>
      </w:pPr>
      <w:r>
        <w:t>اس کا اشارہ تھا کہ مجھے تو اب دنیا سے جانا ہے۔ کیونکہ اس کے ڈھائی مہینے کے بعد آپ کا انتقال ہو گیا۔ تو تم کو یہ پہنچا دو ساری دنیا کو۔</w:t>
      </w:r>
    </w:p>
    <w:p>
      <w:r>
        <w:rPr>
          <w:b/>
        </w:rPr>
        <w:t xml:space="preserve">[58:16] </w:t>
      </w:r>
      <w:r>
        <w:t>to kitaabon mein aata hai ke log</w:t>
      </w:r>
    </w:p>
    <w:p>
      <w:pPr>
        <w:jc w:val="right"/>
      </w:pPr>
      <w:r>
        <w:t>تو کتابوں میں آتا ہے کہ لوگ</w:t>
      </w:r>
    </w:p>
    <w:p>
      <w:r>
        <w:rPr>
          <w:b/>
        </w:rPr>
        <w:t xml:space="preserve">[58:21] </w:t>
      </w:r>
      <w:r>
        <w:t>is taraf chale gaye. jis ka ghoṛa jidhar tha usi taraf chala gaya woh. jis ka oont jo tha usi taraf chala gaya woh.</w:t>
      </w:r>
    </w:p>
    <w:p>
      <w:pPr>
        <w:jc w:val="right"/>
      </w:pPr>
      <w:r>
        <w:t>اس طرف چلے گئے۔ جس کا گھوڑا جدھر تھا اسی طرف چلا گیا وہ۔ جس کا اونٹ جو تھا اسی طرف چلا گیا وہ۔</w:t>
      </w:r>
    </w:p>
    <w:p>
      <w:r>
        <w:rPr>
          <w:b/>
        </w:rPr>
        <w:t xml:space="preserve">[58:31] </w:t>
      </w:r>
      <w:r>
        <w:t>jis taraf is ka oont khada tha usi taraf rawana ho gaya. jis taraf is ka ghoṛa khada hua tha usi taraf rawana ho gaya. aur aap dekhiye aap jab hajj karne jaate hain.</w:t>
      </w:r>
    </w:p>
    <w:p>
      <w:pPr>
        <w:jc w:val="right"/>
      </w:pPr>
      <w:r>
        <w:t>جس طرف اس کا اونٹ کھڑا تھا اسی طرف روانہ ہو گیا۔ جس طرف اس کا گھوڑا کھڑا ہوا تھا اسی طرف روانہ ہو گیا۔ اور آپ دیکھیئے آپ جب حج کرنے جاتے ہیں۔</w:t>
      </w:r>
    </w:p>
    <w:p>
      <w:r>
        <w:rPr>
          <w:b/>
        </w:rPr>
        <w:t xml:space="preserve">[58:41] </w:t>
      </w:r>
      <w:r>
        <w:t>ashaab ki qabrein bohat kam hain makkah madinah mein. kyunke woh bahar chale gaye.</w:t>
      </w:r>
    </w:p>
    <w:p>
      <w:pPr>
        <w:jc w:val="right"/>
      </w:pPr>
      <w:r>
        <w:t>صحابہ کی قبریں بہت کم ہیں مکہ مدینہ میں۔ کیونکہ وہ باہر چلے گئے۔</w:t>
      </w:r>
    </w:p>
    <w:p>
      <w:r>
        <w:rPr>
          <w:b/>
        </w:rPr>
        <w:t xml:space="preserve">[58:50] </w:t>
      </w:r>
      <w:r>
        <w:t>aap ghhor kijiye ke is waqt jo bahar gaye thay. wahan par ṭhehrne ka koi intezaam nahi. aaj kal ki tarah hotel nahi hua karte thay. un ki jeeb mein paisa nahi. un ki zabaan nahi jante woh.</w:t>
      </w:r>
    </w:p>
    <w:p>
      <w:pPr>
        <w:jc w:val="right"/>
      </w:pPr>
      <w:r>
        <w:t>آپ غور کیجیئے کہ اس وقت جو باہر گئے تھے۔ وہاں پر ٹھہرنے کا کوئی انتظام نہیں۔ آج کل کی طرح ہوٹل نہیں ہوا کرتے تھے۔ ان کی جیب میں پیسہ نہیں۔ ان کی زبان نہیں جانتے وہ۔</w:t>
      </w:r>
    </w:p>
    <w:p>
      <w:r>
        <w:rPr>
          <w:b/>
        </w:rPr>
        <w:t xml:space="preserve">[59:03] </w:t>
      </w:r>
      <w:r>
        <w:t>jis dunya mein ghuse thay woh aap ghhor kijiye. kya tha wahan ka haal? wahan ki zabaan arabi ki zabaan nahi thi wahan ki.</w:t>
      </w:r>
    </w:p>
    <w:p>
      <w:pPr>
        <w:jc w:val="right"/>
      </w:pPr>
      <w:r>
        <w:t>جس دنیا میں گھسے تھے وہ آپ غور کیجیئے۔ کیا تھا وہاں کا حال؟ وہاں کی زبان عربی کی زبان نہیں تھی وہاں کی۔</w:t>
      </w:r>
    </w:p>
    <w:p>
      <w:r>
        <w:rPr>
          <w:b/>
        </w:rPr>
        <w:t xml:space="preserve">[59:14] </w:t>
      </w:r>
      <w:r>
        <w:t>wahan ki zabaan arabi ki zabaan nahi thi. sham ki zabaan saraiq zabaan thi. falasteen ki ibraani thi. aur yunani thi.</w:t>
      </w:r>
    </w:p>
    <w:p>
      <w:pPr>
        <w:jc w:val="right"/>
      </w:pPr>
      <w:r>
        <w:t>وہاں کی زبان عربی کی زبان نہیں تھی۔ شام کی زبان سرائیک زبان تھی۔ فلسطین کی عبرانی تھی۔ اور یونانی تھی۔</w:t>
      </w:r>
    </w:p>
    <w:p>
      <w:r>
        <w:rPr>
          <w:b/>
        </w:rPr>
        <w:t xml:space="preserve">[59:25] </w:t>
      </w:r>
      <w:r>
        <w:t>aur misr ki qabti zabaan thi. libya ki barbari zabaan thi. sab ki zabaanen alag alag theen. wahan na un ka koi rishtedar tha.</w:t>
      </w:r>
    </w:p>
    <w:p>
      <w:pPr>
        <w:jc w:val="right"/>
      </w:pPr>
      <w:r>
        <w:t>اور مصر کی قبطی زبان تھی۔ لیبیا کی بربری زبان تھی۔ سب کی زبانیں الگ الگ تھیں۔ وہاں نہ ان کا کوئی رشتہ دار تھا۔</w:t>
      </w:r>
    </w:p>
    <w:p>
      <w:r>
        <w:rPr>
          <w:b/>
        </w:rPr>
        <w:t xml:space="preserve">[59:37] </w:t>
      </w:r>
      <w:r>
        <w:t>na wahan un ka koi un ko wasool karne wala tha. bas daakhil ho gaye ek jazbe ke tehat. un ki zabaan na jante hue bhi daakhil ho gaye.</w:t>
      </w:r>
    </w:p>
    <w:p>
      <w:pPr>
        <w:jc w:val="right"/>
      </w:pPr>
      <w:r>
        <w:t>نہ وہاں ان کا کوئی ان کو وصول کرنے والا تھا۔ بس داخل ہو گئے ایک جذبے کے تحت۔ ان کی زبان نہ جانتے ہوئے بھی داخل ہو گئے۔</w:t>
      </w:r>
    </w:p>
    <w:p>
      <w:r>
        <w:rPr>
          <w:b/>
        </w:rPr>
        <w:t xml:space="preserve">[59:52] </w:t>
      </w:r>
      <w:r>
        <w:t>aur kaise kaise unhon ne kaam kiya hoga. is ka thoda sa aap hisaab dekhna chahen to aap ko milega. is kitaab mein.</w:t>
      </w:r>
    </w:p>
    <w:p>
      <w:pPr>
        <w:jc w:val="right"/>
      </w:pPr>
      <w:r>
        <w:t>اور کیسے کیسے انہوں نے کام کیا ہوگا۔ اس کا تھوڑا سا آپ حساب دیکھنا چاہیں تو آپ کو ملے گا۔ اس کتاب میں۔</w:t>
      </w:r>
    </w:p>
    <w:p>
      <w:r>
        <w:rPr>
          <w:b/>
        </w:rPr>
        <w:t xml:space="preserve">[1:00:01] </w:t>
      </w:r>
      <w:r>
        <w:t>professor Arnold ki kitaab mein. jo desperate of Islam mein. ke kis kis tarah se unhon ne kaam kiya. apni zindagi ko be qeemat bana diya unhon ne.</w:t>
      </w:r>
    </w:p>
    <w:p>
      <w:pPr>
        <w:jc w:val="right"/>
      </w:pPr>
      <w:r>
        <w:t>پروفیسر آرنلڈ کی کتاب میں۔ جو ڈیسپریٹ آف اسلام میں۔ کہ کس کس طرح سے انہوں نے کام کیا۔ اپنی زندگیوں کو بے قیمت بنا دیا انہوں نے۔</w:t>
      </w:r>
    </w:p>
    <w:p>
      <w:r>
        <w:rPr>
          <w:b/>
        </w:rPr>
        <w:t xml:space="preserve">[1:00:13] </w:t>
      </w:r>
      <w:r>
        <w:t>apni zindagi ko be qeemat bana diya. jaisa ke main ne kal aap ko woh aayat sunai thi. ke baaz log jo is tarah ke jo jo mission tha rasool Allah ka.</w:t>
      </w:r>
    </w:p>
    <w:p>
      <w:pPr>
        <w:jc w:val="right"/>
      </w:pPr>
      <w:r>
        <w:t>اپنی زندگیوں کو بے قیمت بنا دیا۔ جیسا کہ میں نے کل آپ کو وہ آیت سنائی تھی۔ کہ بعض لوگ جو اس طرح کے جو جو مشن تھا رسول اللہ کا۔</w:t>
      </w:r>
    </w:p>
    <w:p>
      <w:r>
        <w:rPr>
          <w:b/>
        </w:rPr>
        <w:t xml:space="preserve">[1:00:26] </w:t>
      </w:r>
      <w:r>
        <w:t>is mission se sirf is liye ruk rahe the ke un ke baap bete ne keh diya. jaise Auf Malik Hijri. kya aap baap sahab hum ko chhod kar kahan ja rahe hain aap?</w:t>
      </w:r>
    </w:p>
    <w:p>
      <w:pPr>
        <w:jc w:val="right"/>
      </w:pPr>
      <w:r>
        <w:t>اس مشن سے صرف اس لیے رک رہے تھے کہ ان کے باپ بیٹے نے کہہ دیا۔ جیسے عوف مالک ہجری۔ کیا آپ باپ صاحب ہم کو چھوڑ کر کہاں جا رہے ہیں آپ؟</w:t>
      </w:r>
    </w:p>
    <w:p>
      <w:r>
        <w:rPr>
          <w:b/>
        </w:rPr>
        <w:t xml:space="preserve">[1:00:39] </w:t>
      </w:r>
      <w:r>
        <w:t>to woh josh padri mein ruk gaye woh. to Quran mein aayat utri ke</w:t>
      </w:r>
    </w:p>
    <w:p>
      <w:pPr>
        <w:jc w:val="right"/>
      </w:pPr>
      <w:r>
        <w:t>تو وہ جوش پدری میں رک گئے وہ۔ تو قرآن میں آیت اتری کہ</w:t>
      </w:r>
    </w:p>
    <w:p>
      <w:r>
        <w:rPr>
          <w:b/>
        </w:rPr>
        <w:t xml:space="preserve">[1:00:48] </w:t>
      </w:r>
      <w:r>
        <w:t>ae</w:t>
      </w:r>
    </w:p>
    <w:p>
      <w:pPr>
        <w:jc w:val="right"/>
      </w:pPr>
      <w:r>
        <w:t>اے</w:t>
      </w:r>
    </w:p>
    <w:p>
      <w:r>
        <w:rPr>
          <w:b/>
        </w:rPr>
        <w:t xml:space="preserve">[1:00:49] </w:t>
      </w:r>
      <w:r>
        <w:t>logo tumhari biwiyon mein tumhare dushman hain. tumhari aulad mein tumhare dushman hain. to bachho aise dushmanon se. to jin apne jin rishtedaron ke apne jin bachhon ke ko aap uzr banate hain istisna banate hain.</w:t>
      </w:r>
    </w:p>
    <w:p>
      <w:pPr>
        <w:jc w:val="right"/>
      </w:pPr>
      <w:r>
        <w:t>لوگوں تمہاری بیویوں میں تمہارے دشمن ہیں۔ تمہاری اولاد میں تمہارے دشمن ہیں۔ تو بچو ایسے دشمنوں سے۔ تو جن اپنے جن رشتہ داروں کے اپنے جن بچوں کے کو آپ عذر بناتے ہیں استثنا بناتے ہیں۔</w:t>
      </w:r>
    </w:p>
    <w:p>
      <w:r>
        <w:rPr>
          <w:b/>
        </w:rPr>
        <w:t xml:space="preserve">[1:01:03] </w:t>
      </w:r>
      <w:r>
        <w:t>un ko Khuda dushman bata raha hai. aap ka istisna Khuda ke nazdeek dushman hai.</w:t>
      </w:r>
    </w:p>
    <w:p>
      <w:pPr>
        <w:jc w:val="right"/>
      </w:pPr>
      <w:r>
        <w:t>ان کو خدا دشمن بتا رہا ہے۔ آپ کا استثنا خدا کے نزدیک دشمن ہے۔</w:t>
      </w:r>
    </w:p>
    <w:p>
      <w:r>
        <w:rPr>
          <w:b/>
        </w:rPr>
        <w:t xml:space="preserve">[1:01:12] </w:t>
      </w:r>
      <w:r>
        <w:t>kehti hai ajeeb baat hai yeh. to saare Sahaba chale gaye. aur unhon ne jo yeh pehla</w:t>
      </w:r>
    </w:p>
    <w:p>
      <w:pPr>
        <w:jc w:val="right"/>
      </w:pPr>
      <w:r>
        <w:t>کہتی ہے عجیب بات ہے یہ۔ تو سارے صحابہ چلے گئے۔ اور انہوں نے جو یہ پہلا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