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 Brief Survey of Six Major Religion January 8, 2012</w:t>
      </w:r>
    </w:p>
    <w:p>
      <w:r>
        <w:t>https://www.youtube.com/watch?v=hXe73qNmyfE</w:t>
      </w:r>
    </w:p>
    <w:p>
      <w:r>
        <w:rPr>
          <w:b/>
        </w:rPr>
        <w:t xml:space="preserve">[00:14] </w:t>
      </w:r>
      <w:r>
        <w:t>Bismillah Rahman Rahim, wa sallallahu ala Nabi al Karim.</w:t>
      </w:r>
    </w:p>
    <w:p>
      <w:pPr>
        <w:jc w:val="right"/>
      </w:pPr>
      <w:r>
        <w:t>بسم اللہ الرحمن الرحیم، وصلی اللہ علی النبی الکریم۔</w:t>
      </w:r>
    </w:p>
    <w:p>
      <w:r>
        <w:rPr>
          <w:b/>
        </w:rPr>
        <w:t xml:space="preserve">[00:24]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[00:40] </w:t>
      </w:r>
      <w:r>
        <w:t>aaj ka topic hai:</w:t>
      </w:r>
    </w:p>
    <w:p>
      <w:pPr>
        <w:jc w:val="right"/>
      </w:pPr>
      <w:r>
        <w:t>آج کا ٹاپک ہے:</w:t>
      </w:r>
    </w:p>
    <w:p>
      <w:r>
        <w:rPr>
          <w:b/>
        </w:rPr>
        <w:t xml:space="preserve">[00:46] </w:t>
      </w:r>
      <w:r>
        <w:t>"A Brief Survey of Six Major Religions".</w:t>
      </w:r>
    </w:p>
    <w:p>
      <w:pPr>
        <w:jc w:val="right"/>
      </w:pPr>
      <w:r>
        <w:t>"A Brief Survey of Six Major Religions"۔</w:t>
      </w:r>
    </w:p>
    <w:p>
      <w:r>
        <w:rPr>
          <w:b/>
        </w:rPr>
        <w:t xml:space="preserve">[00:57] </w:t>
      </w:r>
      <w:r>
        <w:t>yani chhe mazahib ka tazkira.</w:t>
      </w:r>
    </w:p>
    <w:p>
      <w:pPr>
        <w:jc w:val="right"/>
      </w:pPr>
      <w:r>
        <w:t>یعنی چھ مذاہب کا تذکرہ۔</w:t>
      </w:r>
    </w:p>
    <w:p>
      <w:r>
        <w:rPr>
          <w:b/>
        </w:rPr>
        <w:t xml:space="preserve">[01:09] </w:t>
      </w:r>
      <w:r>
        <w:t>religion kya hai? religion darasal science of God ka naam hai.</w:t>
      </w:r>
    </w:p>
    <w:p>
      <w:pPr>
        <w:jc w:val="right"/>
      </w:pPr>
      <w:r>
        <w:t>ریلیجن کیا ہے؟ ریلیجن دراصل سائنس آف گاڈ کا نام ہے۔</w:t>
      </w:r>
    </w:p>
    <w:p>
      <w:r>
        <w:rPr>
          <w:b/>
        </w:rPr>
        <w:t xml:space="preserve">[01:21] </w:t>
      </w:r>
      <w:r>
        <w:t>science of God, ilm e Ilahi.</w:t>
      </w:r>
    </w:p>
    <w:p>
      <w:pPr>
        <w:jc w:val="right"/>
      </w:pPr>
      <w:r>
        <w:t>سائنس آف گاڈ، علمِ الٰہی۔</w:t>
      </w:r>
    </w:p>
    <w:p>
      <w:r>
        <w:rPr>
          <w:b/>
        </w:rPr>
        <w:t xml:space="preserve">[01:30] </w:t>
      </w:r>
      <w:r>
        <w:t>God ke bare mein</w:t>
      </w:r>
    </w:p>
    <w:p>
      <w:pPr>
        <w:jc w:val="right"/>
      </w:pPr>
      <w:r>
        <w:t>گاڈ کے بارے میں</w:t>
      </w:r>
    </w:p>
    <w:p>
      <w:r>
        <w:rPr>
          <w:b/>
        </w:rPr>
        <w:t xml:space="preserve">[01:37] </w:t>
      </w:r>
      <w:r>
        <w:t>hamesha se aur khaas taur par maujooda zamane mein bahut bahasein rahi hain.</w:t>
      </w:r>
    </w:p>
    <w:p>
      <w:pPr>
        <w:jc w:val="right"/>
      </w:pPr>
      <w:r>
        <w:t>ہمیشہ سے اور خاص طور پر موجودہ زمانے میں بہت بحثیں رہی ہیں۔</w:t>
      </w:r>
    </w:p>
    <w:p>
      <w:r>
        <w:rPr>
          <w:b/>
        </w:rPr>
        <w:t xml:space="preserve">[01:46] </w:t>
      </w:r>
      <w:r>
        <w:t>abhi tak bahasein jaari hain.</w:t>
      </w:r>
    </w:p>
    <w:p>
      <w:pPr>
        <w:jc w:val="right"/>
      </w:pPr>
      <w:r>
        <w:t>ابھی تک بحثیں جاری ہیں۔</w:t>
      </w:r>
    </w:p>
    <w:p>
      <w:r>
        <w:rPr>
          <w:b/>
        </w:rPr>
        <w:t xml:space="preserve">[01:51] </w:t>
      </w:r>
      <w:r>
        <w:t>kuchh logon ne mana, kuchh logon ne nahin mana. lekin sab se zyada anokhi baat yeh hai ke</w:t>
      </w:r>
    </w:p>
    <w:p>
      <w:pPr>
        <w:jc w:val="right"/>
      </w:pPr>
      <w:r>
        <w:t>کچھ لوگوں نے مانا، کچھ لوگوں نے نہیں مانا۔ لیکن سب سے زیادہ انوکھی بات یہ ہے کہ</w:t>
      </w:r>
    </w:p>
    <w:p>
      <w:r>
        <w:rPr>
          <w:b/>
        </w:rPr>
        <w:t xml:space="preserve">[02:02] </w:t>
      </w:r>
      <w:r>
        <w:t>ilm ka zariya barabar concept of God ki tasdeeq kar raha hai. woh is ko radd nahin karta.</w:t>
      </w:r>
    </w:p>
    <w:p>
      <w:pPr>
        <w:jc w:val="right"/>
      </w:pPr>
      <w:r>
        <w:t>علم کا ذریعہ برابر کانسیپٹ آف گاڈ کی تصدیق کر رہا ہے۔ وہ اس کو رد نہیں کرتا۔</w:t>
      </w:r>
    </w:p>
    <w:p>
      <w:r>
        <w:rPr>
          <w:b/>
        </w:rPr>
        <w:t xml:space="preserve">[02:14] </w:t>
      </w:r>
      <w:r>
        <w:t>sab se anokhi baat yeh hai ke pehle zamane mein bahut si baatein insaan ne superstition ke tehat maan lein.</w:t>
      </w:r>
    </w:p>
    <w:p>
      <w:pPr>
        <w:jc w:val="right"/>
      </w:pPr>
      <w:r>
        <w:t>سب سے انوکھی بات یہ ہے کہ پہلے زمانے میں بہت سی باتیں انسان نے سپریسٹیشن کے تحت مان لیں۔</w:t>
      </w:r>
    </w:p>
    <w:p>
      <w:r>
        <w:rPr>
          <w:b/>
        </w:rPr>
        <w:t xml:space="preserve">[02:26] </w:t>
      </w:r>
      <w:r>
        <w:t>lekin jab ilm badha to woh sab galat sabit ho gaya.</w:t>
      </w:r>
    </w:p>
    <w:p>
      <w:pPr>
        <w:jc w:val="right"/>
      </w:pPr>
      <w:r>
        <w:t>لیکن جب علم بڑھا تو وہ سب غلط ثابت ہو گیا۔</w:t>
      </w:r>
    </w:p>
    <w:p>
      <w:r>
        <w:rPr>
          <w:b/>
        </w:rPr>
        <w:t xml:space="preserve">[02:36] </w:t>
      </w:r>
      <w:r>
        <w:t>jaise yeh baat ke suraj zameen ke gird ghoomta hai, bahut dinon tak is ko mante rahe log.</w:t>
      </w:r>
    </w:p>
    <w:p>
      <w:pPr>
        <w:jc w:val="right"/>
      </w:pPr>
      <w:r>
        <w:t>جیسے یہ بات کہ سورج زمین کے گرد گھومتا ہے، بہت دنوں تک اس کو مانتے رہے لوگ۔</w:t>
      </w:r>
    </w:p>
    <w:p>
      <w:r>
        <w:rPr>
          <w:b/>
        </w:rPr>
        <w:t xml:space="preserve">[02:50] </w:t>
      </w:r>
      <w:r>
        <w:t>lekin jab ilm badha to maloom hua ke yeh galat tha. zameen suraj ke gird ghoomti hai, yeh maloom hua.</w:t>
      </w:r>
    </w:p>
    <w:p>
      <w:pPr>
        <w:jc w:val="right"/>
      </w:pPr>
      <w:r>
        <w:t>لیکن جب علم بڑھا تو معلوم ہوا کہ یہ غلط تھا۔ زمین سورج کے گرد گھومتی ہے، یہ معلوم ہوا۔</w:t>
      </w:r>
    </w:p>
    <w:p>
      <w:r>
        <w:rPr>
          <w:b/>
        </w:rPr>
        <w:t xml:space="preserve">[03:00] </w:t>
      </w:r>
      <w:r>
        <w:t>is tarah ki bohat si cheezen hain. lekin Khuda ke baray mein aisa nahi hua.</w:t>
      </w:r>
    </w:p>
    <w:p>
      <w:pPr>
        <w:jc w:val="right"/>
      </w:pPr>
      <w:r>
        <w:t>اس طرح کی بہت سی چیزیں ہیں۔ لیکن خدا کے بارے میں ایسا نہیں ہوا۔</w:t>
      </w:r>
    </w:p>
    <w:p>
      <w:r>
        <w:rPr>
          <w:b/>
        </w:rPr>
        <w:t xml:space="preserve">[03:11] </w:t>
      </w:r>
      <w:r>
        <w:t>dekhiye, sab se bara jo ilm mana jata hai woh science ka ilm hai. maujooda zamanay mein science ne bohat taraqqi ki hai.</w:t>
      </w:r>
    </w:p>
    <w:p>
      <w:pPr>
        <w:jc w:val="right"/>
      </w:pPr>
      <w:r>
        <w:t>دیکھیے، سب سے بڑا جو علم مانا جاتا ہے وہ سائنس کا علم ہے۔ موجودہ زمانے میں سائنس نے بہت ترقی کی ہے۔</w:t>
      </w:r>
    </w:p>
    <w:p>
      <w:r>
        <w:rPr>
          <w:b/>
        </w:rPr>
        <w:t xml:space="preserve">[03:27] </w:t>
      </w:r>
      <w:r>
        <w:t>lekin science ki taraqqi ne Khuda ke wajood ki in direct way mein tasdeeq ki hai.</w:t>
      </w:r>
    </w:p>
    <w:p>
      <w:pPr>
        <w:jc w:val="right"/>
      </w:pPr>
      <w:r>
        <w:t>لیکن سائنس کی ترقی نے خدا کے وجود کی ان ڈائریکٹ وے میں تصدیق کی ہے۔</w:t>
      </w:r>
    </w:p>
    <w:p>
      <w:r>
        <w:rPr>
          <w:b/>
        </w:rPr>
        <w:t xml:space="preserve">[03:38] </w:t>
      </w:r>
      <w:r>
        <w:t>direct tor par to Khuda science ka subject nahi hai. lekin in direct way mein is ne tasdeeq ki hai Khuda ke wajood ki.</w:t>
      </w:r>
    </w:p>
    <w:p>
      <w:pPr>
        <w:jc w:val="right"/>
      </w:pPr>
      <w:r>
        <w:t>ڈائریکٹ طور پر تو خدا سائنس کا سبجیکٹ نہیں ہے۔ لیکن ان ڈائریکٹ وے میں اس نے تصدیق کی ہے خدا کے وجود کی۔</w:t>
      </w:r>
    </w:p>
    <w:p>
      <w:r>
        <w:rPr>
          <w:b/>
        </w:rPr>
        <w:t xml:space="preserve">[03:51] </w:t>
      </w:r>
      <w:r>
        <w:t>main sirf aik misaal deta hoon.</w:t>
      </w:r>
    </w:p>
    <w:p>
      <w:pPr>
        <w:jc w:val="right"/>
      </w:pPr>
      <w:r>
        <w:t>میں صرف ایک مثال دیتا ہوں۔</w:t>
      </w:r>
    </w:p>
    <w:p>
      <w:r>
        <w:rPr>
          <w:b/>
        </w:rPr>
        <w:t xml:space="preserve">[03:57] </w:t>
      </w:r>
      <w:r>
        <w:t>Albert Einstein maujooda zamanay ka sab se bara scientific mind mana jata hai.</w:t>
      </w:r>
    </w:p>
    <w:p>
      <w:pPr>
        <w:jc w:val="right"/>
      </w:pPr>
      <w:r>
        <w:t>البرٹ آئنسٹین موجودہ زمانے کا سب سے بڑا سائنٹیفک مائنڈ مانا جاتا ہے۔</w:t>
      </w:r>
    </w:p>
    <w:p>
      <w:r>
        <w:rPr>
          <w:b/>
        </w:rPr>
        <w:t xml:space="preserve">[04:07] </w:t>
      </w:r>
      <w:r>
        <w:t>to zindagi bhar ke mutalay ke baad is ne paya ke yeh jo dunya hai bohat hi ziyada meaningful hai.</w:t>
      </w:r>
    </w:p>
    <w:p>
      <w:pPr>
        <w:jc w:val="right"/>
      </w:pPr>
      <w:r>
        <w:t>تو زندگی بھر کے مطالعے کے بعد اس نے پایا کہ یہ جو دنیا ہے بہت ہی زیادہ میننگ فل ہے۔</w:t>
      </w:r>
    </w:p>
    <w:p>
      <w:r>
        <w:rPr>
          <w:b/>
        </w:rPr>
        <w:t xml:space="preserve">[04:22] </w:t>
      </w:r>
      <w:r>
        <w:t>bohat ziyada well designed hai.</w:t>
      </w:r>
    </w:p>
    <w:p>
      <w:pPr>
        <w:jc w:val="right"/>
      </w:pPr>
      <w:r>
        <w:t>بہت زیادہ ویل ڈیزائنڈ ہے۔</w:t>
      </w:r>
    </w:p>
    <w:p>
      <w:r>
        <w:rPr>
          <w:b/>
        </w:rPr>
        <w:t xml:space="preserve">[04:29] </w:t>
      </w:r>
      <w:r>
        <w:t>to is ne kaha,</w:t>
      </w:r>
    </w:p>
    <w:p>
      <w:pPr>
        <w:jc w:val="right"/>
      </w:pPr>
      <w:r>
        <w:t>تو اس نے کہا،</w:t>
      </w:r>
    </w:p>
    <w:p>
      <w:r>
        <w:rPr>
          <w:b/>
        </w:rPr>
        <w:t xml:space="preserve">[04:34] </w:t>
      </w:r>
      <w:r>
        <w:t>agarche is ne Khuda ka iqrar kabhi nahi kiya tha, lekin is ne yeh baat kahi ke "the most incomprehensible fact about nature is that it is comprehensible".</w:t>
      </w:r>
    </w:p>
    <w:p>
      <w:pPr>
        <w:jc w:val="right"/>
      </w:pPr>
      <w:r>
        <w:t>اگرچہ اس نے خدا کا اقرار کبھی نہیں کیا تھا، لیکن اس نے یہ بات کہی کہ "دا موسٹ ان کمپرہنسیبل فیکٹ اباؤٹ نیچر از دیٹ اٹ از کمپرہنسیبل"۔</w:t>
      </w:r>
    </w:p>
    <w:p>
      <w:r>
        <w:rPr>
          <w:b/>
        </w:rPr>
        <w:t xml:space="preserve">[04:50] </w:t>
      </w:r>
      <w:r>
        <w:t>nature ke baray mein sab se ziyada na qabil e fahm baat yeh hai ke woh qabil e fahm hai. yeh science aik scientist ki zuban thi.</w:t>
      </w:r>
    </w:p>
    <w:p>
      <w:pPr>
        <w:jc w:val="right"/>
      </w:pPr>
      <w:r>
        <w:t>نیچر کے بارے میں سب سے زیادہ ناقابل فہم بات یہ ہے کہ وہ قابل فہم ہے۔ یہ سائنس ایک سائنٹسٹ کی زبان تھی۔</w:t>
      </w:r>
    </w:p>
    <w:p>
      <w:r>
        <w:rPr>
          <w:b/>
        </w:rPr>
        <w:t xml:space="preserve">[05:05] </w:t>
      </w:r>
      <w:r>
        <w:t>scientist ki zuban aisi hoti hai. lekin agar hum is ko badlen in alfaaz ko to apni haqeeqat ke aitbar se is ne yeh kaha tha</w:t>
      </w:r>
    </w:p>
    <w:p>
      <w:pPr>
        <w:jc w:val="right"/>
      </w:pPr>
      <w:r>
        <w:t>سائنٹسٹ کی زبان ایسی ہوتی ہے۔ لیکن اگر ہم اس کو بدلیں ان الفاظ کو تو اپنی حقیقت کے اعتبار سے اس نے یہ کہا تھا</w:t>
      </w:r>
    </w:p>
    <w:p>
      <w:r>
        <w:rPr>
          <w:b/>
        </w:rPr>
        <w:t xml:space="preserve">[05:20] </w:t>
      </w:r>
      <w:r>
        <w:t>ke "the universe is so well designed that it is unthinkable to believe that there is no designer".</w:t>
      </w:r>
    </w:p>
    <w:p>
      <w:pPr>
        <w:jc w:val="right"/>
      </w:pPr>
      <w:r>
        <w:t>کہ "دا یونیورس از سو ویل ڈیزائنڈ دیٹ اٹ از ان تھنکیبل ٹو بیلیو دیٹ دیر از نو ڈیزائنر"۔</w:t>
      </w:r>
    </w:p>
    <w:p>
      <w:r>
        <w:rPr>
          <w:b/>
        </w:rPr>
        <w:t xml:space="preserve">[05:38] </w:t>
      </w:r>
      <w:r>
        <w:t>yeh dunya itni ziyada aala darjay mein, itni ziyada meaningful hai. itna aala darjay ki design is ke andar hai ke yeh na qabil e fahm hai ke is ka koi designer na ho.</w:t>
      </w:r>
    </w:p>
    <w:p>
      <w:pPr>
        <w:jc w:val="right"/>
      </w:pPr>
      <w:r>
        <w:t>یہ دنیا اتنی زیادہ اعلیٰ درجے میں، اتنی زیادہ میننگ فل ہے۔ اتنا اعلیٰ درجے کی ڈیزائن اس کے اندر ہے کہ یہ ناقابل فہم ہے کہ اس کا کوئی ڈیزائنر نہ ہو۔</w:t>
      </w:r>
    </w:p>
    <w:p>
      <w:r>
        <w:rPr>
          <w:b/>
        </w:rPr>
        <w:t xml:space="preserve">[05:55] </w:t>
      </w:r>
      <w:r>
        <w:t>to kaha ke science ne bal wasta andaaz mein, in direct andaaz mein is baat ki tasdeeq ki ke is alam ka aik Khuda hai.</w:t>
      </w:r>
    </w:p>
    <w:p>
      <w:pPr>
        <w:jc w:val="right"/>
      </w:pPr>
      <w:r>
        <w:t>تو کہا کہ سائنس نے بالواسطہ انداز میں، ان ڈائریکٹ انداز میں اس بات کی تصدیق کی کہ اس عالم کا ایک خدا ہے۔</w:t>
      </w:r>
    </w:p>
    <w:p>
      <w:r>
        <w:rPr>
          <w:b/>
        </w:rPr>
        <w:t xml:space="preserve">[06:15] </w:t>
      </w:r>
      <w:r>
        <w:t>is tarah dekhiye, is zamanay mein aik ilm wajood mein aya jis ko kehte hain anthropology. anthropology kya hai? woh societies ka mutala karna hai.</w:t>
      </w:r>
    </w:p>
    <w:p>
      <w:pPr>
        <w:jc w:val="right"/>
      </w:pPr>
      <w:r>
        <w:t>اس طرح دیکھیے، اس زمانے میں ایک علم وجود میں آیا جس کو کہتے ہیں انتھروپالوجی۔ انتھروپالوجی کیا ہے؟ وہ سوسائٹیز کا مطالعہ کرنا ہے۔</w:t>
      </w:r>
    </w:p>
    <w:p>
      <w:r>
        <w:rPr>
          <w:b/>
        </w:rPr>
        <w:t xml:space="preserve">[06:31] </w:t>
      </w:r>
      <w:r>
        <w:t>qadeem tareen daur se jo insaan ki society bani us se le kar ab tak</w:t>
      </w:r>
    </w:p>
    <w:p>
      <w:pPr>
        <w:jc w:val="right"/>
      </w:pPr>
      <w:r>
        <w:t>قدیم ترین دور سے جو انسان کی سوسائٹی بنی اس سے لے کر اب تک</w:t>
      </w:r>
    </w:p>
    <w:p>
      <w:r>
        <w:rPr>
          <w:b/>
        </w:rPr>
        <w:t xml:space="preserve">[06:40] </w:t>
      </w:r>
      <w:r>
        <w:t>jo samajh tha insaan ka is ka mutala. to anthropology se yeh baat sabit hui hai ke jitne bhi societies theen, jitne bhi moashray the insaan ke,</w:t>
      </w:r>
    </w:p>
    <w:p>
      <w:pPr>
        <w:jc w:val="right"/>
      </w:pPr>
      <w:r>
        <w:t>جو سماج تھا انسان کا اس کا مطالعہ۔ تو انتھروپالوجی سے یہ بات ثابت ہوئی ہے کہ جتنے بھی سوسائٹیز تھیں، جتنے بھی معاشرے تھے انسان کے،</w:t>
      </w:r>
    </w:p>
    <w:p>
      <w:r>
        <w:rPr>
          <w:b/>
        </w:rPr>
        <w:t xml:space="preserve">[06:55] </w:t>
      </w:r>
      <w:r>
        <w:t>woh hamesha in mein Khuda ka aqeedah paya jata tha.</w:t>
      </w:r>
    </w:p>
    <w:p>
      <w:pPr>
        <w:jc w:val="right"/>
      </w:pPr>
      <w:r>
        <w:t>وہ ہمیشہ ان میں خدا کا عقیدہ پایا جاتا تھا۔</w:t>
      </w:r>
    </w:p>
    <w:p>
      <w:r>
        <w:rPr>
          <w:b/>
        </w:rPr>
        <w:t xml:space="preserve">[07:03] </w:t>
      </w:r>
      <w:r>
        <w:t>abhi tak koi bhi aisa samajh daryaft nahi hua jis mein kisi na kisi tor par Khuda ka aqeedah maujood na ho.</w:t>
      </w:r>
    </w:p>
    <w:p>
      <w:pPr>
        <w:jc w:val="right"/>
      </w:pPr>
      <w:r>
        <w:t>ابھی تک کوئی بھی ایسا سماج دریافت نہیں ہوا جس میں کسی نہ کسی طور پر خدا کا عقیدہ موجود نہ ہو۔</w:t>
      </w:r>
    </w:p>
    <w:p>
      <w:r>
        <w:rPr>
          <w:b/>
        </w:rPr>
        <w:t xml:space="preserve">[07:15] </w:t>
      </w:r>
      <w:r>
        <w:t>to yahan pe aap dekhiye</w:t>
      </w:r>
    </w:p>
    <w:p>
      <w:pPr>
        <w:jc w:val="right"/>
      </w:pPr>
      <w:r>
        <w:t>تو یہاں پہ آپ دیکھیے</w:t>
      </w:r>
    </w:p>
    <w:p>
      <w:r>
        <w:rPr>
          <w:b/>
        </w:rPr>
        <w:t xml:space="preserve">[07:19] </w:t>
      </w:r>
      <w:r>
        <w:t>ke anthropology ke mutalay ne Khuda ke aqeeday ki tarzeed nahi ki.</w:t>
      </w:r>
    </w:p>
    <w:p>
      <w:pPr>
        <w:jc w:val="right"/>
      </w:pPr>
      <w:r>
        <w:t>کہ انتھروپالوجی کے مطالعے نے خدا کے عقیدے کی تردید نہیں کی۔</w:t>
      </w:r>
    </w:p>
    <w:p>
      <w:r>
        <w:rPr>
          <w:b/>
        </w:rPr>
        <w:t xml:space="preserve">[07:32] </w:t>
      </w:r>
      <w:r>
        <w:t>to gharaaz yeh ke Khuda ka haqeeqi hona</w:t>
      </w:r>
    </w:p>
    <w:p>
      <w:pPr>
        <w:jc w:val="right"/>
      </w:pPr>
      <w:r>
        <w:t>تو غرض یہ کہ خدا کا حقیقی ہونا</w:t>
      </w:r>
    </w:p>
    <w:p>
      <w:r>
        <w:rPr>
          <w:b/>
        </w:rPr>
        <w:t xml:space="preserve">[07:41] </w:t>
      </w:r>
      <w:r>
        <w:t>is darjay sabit shuda baat hai ke jo Khuda ke munkir hain un ke paas bhi koi daleel nahi hai. koi daleel nahi hai.</w:t>
      </w:r>
    </w:p>
    <w:p>
      <w:pPr>
        <w:jc w:val="right"/>
      </w:pPr>
      <w:r>
        <w:t>اس درجہ ثابت شدہ بات ہے کہ جو خدا کے منکر ہیں ان کے پاس بھی کوئی دلیل نہیں ہے۔ کوئی دلیل نہیں ہے۔</w:t>
      </w:r>
    </w:p>
    <w:p>
      <w:r>
        <w:rPr>
          <w:b/>
        </w:rPr>
        <w:t xml:space="preserve">[07:50] </w:t>
      </w:r>
      <w:r>
        <w:t>misalan is zamanay ke jo atheist hain, yani ilhad ko mannay walay, un ka kehna kya hai?</w:t>
      </w:r>
    </w:p>
    <w:p>
      <w:pPr>
        <w:jc w:val="right"/>
      </w:pPr>
      <w:r>
        <w:t>مثلاً اس زمانے کے جو ایتھیسٹ ہیں، یعنی الحاد کو ماننے والے، ان کا کہنا کیا ہے؟</w:t>
      </w:r>
    </w:p>
    <w:p>
      <w:r>
        <w:rPr>
          <w:b/>
        </w:rPr>
        <w:t xml:space="preserve">[08:00] </w:t>
      </w:r>
      <w:r>
        <w:t>un ka kehna yeh hai ke ke khuda ka mamla bayan space and time hai. aur insan ka jo jo pahunch hai,</w:t>
      </w:r>
    </w:p>
    <w:p>
      <w:pPr>
        <w:jc w:val="right"/>
      </w:pPr>
      <w:r>
        <w:t>ان کا کہنا یہ ہے کہ کہ خدا کا معاملہ بیان سپیس اینڈ ٹائم ہے۔ اور انسان کا جو کی جو پہنچ ہے،</w:t>
      </w:r>
    </w:p>
    <w:p>
      <w:r>
        <w:rPr>
          <w:b/>
        </w:rPr>
        <w:t xml:space="preserve">[08:15] </w:t>
      </w:r>
      <w:r>
        <w:t>jahan tak insan apne ilm ko le aa sakta hai, woh woh woh space and time ke andar hai, is ke bahir nahi hai.</w:t>
      </w:r>
    </w:p>
    <w:p>
      <w:pPr>
        <w:jc w:val="right"/>
      </w:pPr>
      <w:r>
        <w:t>جہاں تک انسان اپنے علم کو لے آ سکتا ہے، وہ وہ وہ سپیس اینڈ ٹائم کے اندر ہے، اس کے باہر نہیں ہے۔</w:t>
      </w:r>
    </w:p>
    <w:p>
      <w:r>
        <w:rPr>
          <w:b/>
        </w:rPr>
        <w:t xml:space="preserve">[08:27] </w:t>
      </w:r>
      <w:r>
        <w:t>to jo cheez beyond step space and time ho, is ke baray mein hum koi rai nahi de sakte. isi liye kuch log atheist ban jatay hain, kuch log agnostic ban jatay hain.</w:t>
      </w:r>
    </w:p>
    <w:p>
      <w:pPr>
        <w:jc w:val="right"/>
      </w:pPr>
      <w:r>
        <w:t>تو جو چیز بیانڈ اسٹیپ سپیس اینڈ ٹائم ہو، اس کے بارے میں ہم کوئی رائے نہیں دے سکتے۔ اسی لیے کچھ لوگ ایتھیسٹ بن جاتے ہیں، کچھ لوگ اگناسٹک بن جاتے ہیں۔</w:t>
      </w:r>
    </w:p>
    <w:p>
      <w:r>
        <w:rPr>
          <w:b/>
        </w:rPr>
        <w:t xml:space="preserve">[08:43] </w:t>
      </w:r>
      <w:r>
        <w:t>yeh hai position khuda ke aqeeday ki.</w:t>
      </w:r>
    </w:p>
    <w:p>
      <w:pPr>
        <w:jc w:val="right"/>
      </w:pPr>
      <w:r>
        <w:t>یہ ہے پوزیشن خدا کے عقیدے کی۔</w:t>
      </w:r>
    </w:p>
    <w:p>
      <w:r>
        <w:rPr>
          <w:b/>
        </w:rPr>
        <w:t xml:space="preserve">[08:52] </w:t>
      </w:r>
      <w:r>
        <w:t>ab mein kuch arz karunga mazahib ke baray mein. dunya mein kaha jata hai ke mazahib to bohat saray hain dunya mein.</w:t>
      </w:r>
    </w:p>
    <w:p>
      <w:pPr>
        <w:jc w:val="right"/>
      </w:pPr>
      <w:r>
        <w:t>اب میں کچھ عرض کروں گا مذاہب کے بارے میں۔ دنیا میں کہا جاتا ہے کہ مذاہب تو بہت سارے ہیں دنیا میں۔</w:t>
      </w:r>
    </w:p>
    <w:p>
      <w:r>
        <w:rPr>
          <w:b/>
        </w:rPr>
        <w:t xml:space="preserve">[09:05] </w:t>
      </w:r>
      <w:r>
        <w:t>ek do nahi hain. sankron ki tadad mein hain. lekin ek darjan mazahib</w:t>
      </w:r>
    </w:p>
    <w:p>
      <w:pPr>
        <w:jc w:val="right"/>
      </w:pPr>
      <w:r>
        <w:t>ایک دو نہیں ہیں۔ سینکڑوں کی تعداد میں ہیں۔ لیکن ایک درجن مذاہب</w:t>
      </w:r>
    </w:p>
    <w:p>
      <w:r>
        <w:rPr>
          <w:b/>
        </w:rPr>
        <w:t xml:space="preserve">[09:19] </w:t>
      </w:r>
      <w:r>
        <w:t>major religion samjhatay hain. in mein bhi mein samajhta hoon ke chhay religion ziyada qabil-e-zikr hain. inhi ke baray mein is waqt mein kuch arz karunga.</w:t>
      </w:r>
    </w:p>
    <w:p>
      <w:pPr>
        <w:jc w:val="right"/>
      </w:pPr>
      <w:r>
        <w:t>میجر ریلیجن سمجھاتے ہیں۔ ان میں بھی میں سمجھتا ہوں کہ چھ ریلیجن زیادہ قابل ذکر ہیں۔ انہی کے بارے میں اس وقت میں کچھ عرض کروں گا۔</w:t>
      </w:r>
    </w:p>
    <w:p>
      <w:r>
        <w:rPr>
          <w:b/>
        </w:rPr>
        <w:t xml:space="preserve">[09:33] </w:t>
      </w:r>
      <w:r>
        <w:t>dekhiye, quran mein yeh bataya gaya hai ke</w:t>
      </w:r>
    </w:p>
    <w:p>
      <w:pPr>
        <w:jc w:val="right"/>
      </w:pPr>
      <w:r>
        <w:t>دیکھیے، قرآن میں یہ بتایا گیا ہے کہ</w:t>
      </w:r>
    </w:p>
    <w:p>
      <w:r>
        <w:rPr>
          <w:b/>
        </w:rPr>
        <w:t xml:space="preserve">[09:38] </w:t>
      </w:r>
      <w:r>
        <w:t>mazahib kya hai? mazahib bana hai peghambaron ke zariye se. mazahib apne aap mein hi ban gaya. allah ne peghambar bhejay.</w:t>
      </w:r>
    </w:p>
    <w:p>
      <w:pPr>
        <w:jc w:val="right"/>
      </w:pPr>
      <w:r>
        <w:t>مذہب کیا ہے؟ مذہب بنا ہے پیغمبروں کے ذریعے سے۔ مذہب اپنے آپ میں ہی بن گیا۔ اللہ نے پیغمبر بھیجے۔</w:t>
      </w:r>
    </w:p>
    <w:p>
      <w:r>
        <w:rPr>
          <w:b/>
        </w:rPr>
        <w:t xml:space="preserve">[09:49] </w:t>
      </w:r>
      <w:r>
        <w:t>to peghambaron ne</w:t>
      </w:r>
    </w:p>
    <w:p>
      <w:pPr>
        <w:jc w:val="right"/>
      </w:pPr>
      <w:r>
        <w:t>تو پیغمبروں نے</w:t>
      </w:r>
    </w:p>
    <w:p>
      <w:r>
        <w:rPr>
          <w:b/>
        </w:rPr>
        <w:t xml:space="preserve">[09:53] </w:t>
      </w:r>
      <w:r>
        <w:t>allah ki hidayat insan tak pahunchai. isi ka naam mazahib tha. mazahib ya religion ya deen.</w:t>
      </w:r>
    </w:p>
    <w:p>
      <w:pPr>
        <w:jc w:val="right"/>
      </w:pPr>
      <w:r>
        <w:t>اللہ کی ہدایت انسان تک پہنچائی۔ اسی کا نام مذہب تھا۔ مذہب یا ریلیجن یا دین۔</w:t>
      </w:r>
    </w:p>
    <w:p>
      <w:r>
        <w:rPr>
          <w:b/>
        </w:rPr>
        <w:t xml:space="preserve">[10:03] </w:t>
      </w:r>
      <w:r>
        <w:t>to quran mein bataya gaya hai ke tamam peghambar allah ki taraf se ek hi deen le kar aaye. lekin pichlay zamanay mein chounkay printing press mojood nahi tha,</w:t>
      </w:r>
    </w:p>
    <w:p>
      <w:pPr>
        <w:jc w:val="right"/>
      </w:pPr>
      <w:r>
        <w:t>تو قرآن میں بتایا گیا ہے کہ تمام پیغمبر اللہ کی طرف سے ایک ہی دین لے کر آئے۔ لیکن پچھلے زمانے میں چونکہ پرنٹنگ پریس موجود نہیں تھا،</w:t>
      </w:r>
    </w:p>
    <w:p>
      <w:r>
        <w:rPr>
          <w:b/>
        </w:rPr>
        <w:t xml:space="preserve">[10:19] </w:t>
      </w:r>
      <w:r>
        <w:t>sab cheezain yad-dasht par rehti theen, memory par. to bohat aasani se in mein alteration ho jata tha. aur hota raha.</w:t>
      </w:r>
    </w:p>
    <w:p>
      <w:pPr>
        <w:jc w:val="right"/>
      </w:pPr>
      <w:r>
        <w:t>سب چیزیں یادداشت پر رہتی تھیں، میموری پر۔ تو بہت آسانی سے ان میں الٹرینشن ہو جاتا تھا۔ اور ہوتا رہا۔</w:t>
      </w:r>
    </w:p>
    <w:p>
      <w:r>
        <w:rPr>
          <w:b/>
        </w:rPr>
        <w:t xml:space="preserve">[10:31] </w:t>
      </w:r>
      <w:r>
        <w:t>to quran mein bataya gaya hai ke bar bar aisa hua ke log mazahib mein ikhtilaf karte rahay. phir bar bar peghambar atay rahay.</w:t>
      </w:r>
    </w:p>
    <w:p>
      <w:pPr>
        <w:jc w:val="right"/>
      </w:pPr>
      <w:r>
        <w:t>تو قرآن میں بتایا گیا ہے کہ بار بار ایسا ہوا کہ لوگ مذہب میں اختلاف کرتے رہے۔ پھر بار بار پیغمبر آتے رہے۔</w:t>
      </w:r>
    </w:p>
    <w:p>
      <w:r>
        <w:rPr>
          <w:b/>
        </w:rPr>
        <w:t xml:space="preserve">[10:43] </w:t>
      </w:r>
      <w:r>
        <w:t>yahan tak ke satveen sadi isvi mein allah taala ne</w:t>
      </w:r>
    </w:p>
    <w:p>
      <w:pPr>
        <w:jc w:val="right"/>
      </w:pPr>
      <w:r>
        <w:t>یہاں تک کہ ساتویں صدی عیسوی میں اللہ تعالیٰ نے</w:t>
      </w:r>
    </w:p>
    <w:p>
      <w:r>
        <w:rPr>
          <w:b/>
        </w:rPr>
        <w:t xml:space="preserve">[10:50] </w:t>
      </w:r>
      <w:r>
        <w:t>peghambar akhir-uz-zaman ko bheja. aur aap ke liye jo deen aaya, jo quran, woh mehfooz hoga hamesha ke liye.</w:t>
      </w:r>
    </w:p>
    <w:p>
      <w:pPr>
        <w:jc w:val="right"/>
      </w:pPr>
      <w:r>
        <w:t>پیغمبر آخر الزماں کو بھیجا۔ اور آپ کے لیے جو دین آیا، جو قرآن، وہ محفوظ ہوگا ہمیشہ کے لیے۔</w:t>
      </w:r>
    </w:p>
    <w:p>
      <w:r>
        <w:rPr>
          <w:b/>
        </w:rPr>
        <w:t xml:space="preserve">[11:00] </w:t>
      </w:r>
      <w:r>
        <w:t>pehlay woh mehfooz hua is zamanay ke jo likhnay parhnay ke tareeqay thay, us ke zariye se. phir baad ko jab printing press aa gaya to printing press ke zariye woh aakhri taur par mehfooz ho gaya.</w:t>
      </w:r>
    </w:p>
    <w:p>
      <w:pPr>
        <w:jc w:val="right"/>
      </w:pPr>
      <w:r>
        <w:t>پہلے وہ محفوظ ہوا اس زمانے کے جو لکھنے پڑھنے کے طریقے تھے، اس کے ذریعے سے۔ پھر بعد کو جب پرنٹنگ پریس آ گیا تو پرنٹنگ پریس کے ذریعے وہ آخری طور پر محفوظ ہو گیا۔</w:t>
      </w:r>
    </w:p>
    <w:p>
      <w:r>
        <w:rPr>
          <w:b/>
        </w:rPr>
        <w:t xml:space="preserve">[11:18] </w:t>
      </w:r>
      <w:r>
        <w:t>to ab quran bhi mehfooz hai, peghambar ki sunnat bhi mehfooz hai, poora deen mehfooz hai.</w:t>
      </w:r>
    </w:p>
    <w:p>
      <w:pPr>
        <w:jc w:val="right"/>
      </w:pPr>
      <w:r>
        <w:t>تو اب قرآن بھی محفوظ ہے، پیغمبر کی سنت بھی محفوظ ہے، پورا دین محفوظ ہے۔</w:t>
      </w:r>
    </w:p>
    <w:p>
      <w:r>
        <w:rPr>
          <w:b/>
        </w:rPr>
        <w:t xml:space="preserve">[11:27] </w:t>
      </w:r>
      <w:r>
        <w:t>lekin dekhiye, khwah deen mehfooz ho jaye lekin insan ki azadi poori baqi rehti hai. aur yahi azadi hai jis ko misuse kar ke insan mazahib mein tabdili karta rehta hai.</w:t>
      </w:r>
    </w:p>
    <w:p>
      <w:pPr>
        <w:jc w:val="right"/>
      </w:pPr>
      <w:r>
        <w:t>لیکن دیکھیے، خواہ دین محفوظ ہو جائے لیکن انسان کی آزادی پوری باقی رہتی ہے۔ اور یہی آزادی ہے جس کو مس یوز کر کے انسان مذہب میں تبدیلی کرتا رہتا ہے۔</w:t>
      </w:r>
    </w:p>
    <w:p>
      <w:r>
        <w:rPr>
          <w:b/>
        </w:rPr>
        <w:t xml:space="preserve">[11:45] </w:t>
      </w:r>
      <w:r>
        <w:t>pehlay bhi kiya, ab bhi karta hai woh. ek western scholar ne kaha hai ke "every religion".</w:t>
      </w:r>
    </w:p>
    <w:p>
      <w:pPr>
        <w:jc w:val="right"/>
      </w:pPr>
      <w:r>
        <w:t>پہلے بھی کیا، اب بھی کرتا ہے وہ۔ ایک ویسٹرن اسکالر نے کہا ہے کہ "ایوری ریلیجن"۔</w:t>
      </w:r>
    </w:p>
    <w:p>
      <w:r>
        <w:rPr>
          <w:b/>
        </w:rPr>
        <w:t xml:space="preserve">[11:58] </w:t>
      </w:r>
      <w:r>
        <w:t>ek scholar ne kaha hai ke "religion begins as an ideology". but after some generations it is reduced to a culture.</w:t>
      </w:r>
    </w:p>
    <w:p>
      <w:pPr>
        <w:jc w:val="right"/>
      </w:pPr>
      <w:r>
        <w:t>ایک اسکالر نے کہا ہے کہ "ریلیجن بیگنز ایز این آئیڈیالوجی"۔ بٹ آفٹر سم جنریشنز اٹ از ریڈیوسڈ ٹو ا کلچر۔</w:t>
      </w:r>
    </w:p>
    <w:p>
      <w:r>
        <w:rPr>
          <w:b/>
        </w:rPr>
        <w:t xml:space="preserve">[12:15] </w:t>
      </w:r>
      <w:r>
        <w:t>lekin mein kahunga ke mazahib ek jab aata hai to ek divine guidance ke taur par aata hai hamesha.</w:t>
      </w:r>
    </w:p>
    <w:p>
      <w:pPr>
        <w:jc w:val="right"/>
      </w:pPr>
      <w:r>
        <w:t>لیکن میں کہوں گا کہ مذہب ایک جب آتا ہے تو ایک ڈیوائن گائیڈنس کے طور پر آتا ہے ہمیشہ۔</w:t>
      </w:r>
    </w:p>
    <w:p>
      <w:r>
        <w:rPr>
          <w:b/>
        </w:rPr>
        <w:t xml:space="preserve">[12:28] </w:t>
      </w:r>
      <w:r>
        <w:t>aur ab bhi divine guidance ke taur par hai woh. lekin insan, yani human interpretation se is mein tabdili hoti rehti hai.</w:t>
      </w:r>
    </w:p>
    <w:p>
      <w:pPr>
        <w:jc w:val="right"/>
      </w:pPr>
      <w:r>
        <w:t>اور اب بھی ڈیوائن گائیڈنس کے طور پر ہے وہ۔ لیکن انسان، یعنی ہیومن انٹرپریشن سے اس میں تبدیلی ہوتی رہتی ہے۔</w:t>
      </w:r>
    </w:p>
    <w:p>
      <w:r>
        <w:rPr>
          <w:b/>
        </w:rPr>
        <w:t xml:space="preserve">[12:43] </w:t>
      </w:r>
      <w:r>
        <w:t>to human interpretation jo hai us ki wajah se tabdeeliyan aati hain. quran mein hai ke "yuharrifun al-kalima 'an mawadi'ihi".</w:t>
      </w:r>
    </w:p>
    <w:p>
      <w:pPr>
        <w:jc w:val="right"/>
      </w:pPr>
      <w:r>
        <w:t>تو ہیومن انٹرپریشن جو ہے اس کی وجہ سے تبدیلیاں آتی ہیں۔ قرآن میں ہے کہ "یحرفون الکلمہ مواد"۔</w:t>
      </w:r>
    </w:p>
    <w:p>
      <w:r>
        <w:rPr>
          <w:b/>
        </w:rPr>
        <w:t xml:space="preserve">[12:52] </w:t>
      </w:r>
      <w:r>
        <w:t>yani context se bahir matlab nikal laina. kuch khud-sakhta taweel kar ke naye naye matlab banana. to human interpretation se mazahib mein tabdili aati rehti hai.</w:t>
      </w:r>
    </w:p>
    <w:p>
      <w:pPr>
        <w:jc w:val="right"/>
      </w:pPr>
      <w:r>
        <w:t>یعنی کنٹیکسٹ سے باہر مطلب نکال لینا۔ کچھ خود ساختہ تاویل کر کے نئے نئے مطلب بنانا۔ تو ہیومن انٹرپریشن سے مذہب میں تبدیلی آتی رہتی ہے۔</w:t>
      </w:r>
    </w:p>
    <w:p>
      <w:r>
        <w:rPr>
          <w:b/>
        </w:rPr>
        <w:t xml:space="preserve">[13:10] </w:t>
      </w:r>
      <w:r>
        <w:t>to jitne mazahib aaye un sab mein is waqt yeh tabdiliyan aa chuki hain. khud islam mein logon ne tabdiliyan kar rakhi hain apni tafseeron ke zariye se, apne khud sakhta interpretation ke zariye se.</w:t>
      </w:r>
    </w:p>
    <w:p>
      <w:pPr>
        <w:jc w:val="right"/>
      </w:pPr>
      <w:r>
        <w:t>تو جتنے مذہب آئے ان سب میں اس وقت یہ تبدیلیاں آ چکی ہیں۔ خود اسلام میں لوگوں نے تبدیلیاں کر رکھی ہیں اپنی تفسیروں کے ذریعے سے، اپنے خود ساختہ انٹرپریشن کے ذریعے سے۔</w:t>
      </w:r>
    </w:p>
    <w:p>
      <w:r>
        <w:rPr>
          <w:b/>
        </w:rPr>
        <w:t xml:space="preserve">[13:27] </w:t>
      </w:r>
      <w:r>
        <w:t>to in sab ke bare mein main kuch arz karna chahunga. sab se pehle lijiye zarostain religion, yani zartasht ka religion.</w:t>
      </w:r>
    </w:p>
    <w:p>
      <w:pPr>
        <w:jc w:val="right"/>
      </w:pPr>
      <w:r>
        <w:t>تو ان سب کے بارے میں میں کچھ عرض کرنا چاہوں گا۔ سب سے پہلے لیجیے زراسٹین ریلیجن، یعنی زرتشت کا ریلیجن۔</w:t>
      </w:r>
    </w:p>
    <w:p>
      <w:r>
        <w:rPr>
          <w:b/>
        </w:rPr>
        <w:t xml:space="preserve">[13:43] </w:t>
      </w:r>
      <w:r>
        <w:t>jo aaj kal parsi ki shakal mein duniya jaanti hai jis ko. to zartasht jo thay woh paida hue</w:t>
      </w:r>
    </w:p>
    <w:p>
      <w:pPr>
        <w:jc w:val="right"/>
      </w:pPr>
      <w:r>
        <w:t>جو آج کل پارسی کی شکل میں دنیا جانتی ہے جس کو۔ تو زرتشت جو تھے وہ پیدا ہوئے</w:t>
      </w:r>
    </w:p>
    <w:p>
      <w:r>
        <w:rPr>
          <w:b/>
        </w:rPr>
        <w:t xml:space="preserve">[13:54] </w:t>
      </w:r>
      <w:r>
        <w:t>chathi sadi isvi mein. unka zamana chathi sadi qabl maseeh ka, isvi nahin. chathi sadi qabl maseeh ka zamana hai zartasht ka.</w:t>
      </w:r>
    </w:p>
    <w:p>
      <w:pPr>
        <w:jc w:val="right"/>
      </w:pPr>
      <w:r>
        <w:t>چھٹی صدی عیسوی میں۔ ان کا زمانہ چھٹی صدی قبل مسیح کا، عیسوی نہیں۔ چھٹی صدی قبل مسیح کا زمانہ ہے زرتشت کا۔</w:t>
      </w:r>
    </w:p>
    <w:p>
      <w:r>
        <w:rPr>
          <w:b/>
        </w:rPr>
        <w:t xml:space="preserve">[14:05] </w:t>
      </w:r>
      <w:r>
        <w:t>unka mazahib ab sirf badli hui shakal mein hai aur original shakal mein nahin hai. ab jo mazahib hai zartasht ka, yani parsi mazahib,</w:t>
      </w:r>
    </w:p>
    <w:p>
      <w:pPr>
        <w:jc w:val="right"/>
      </w:pPr>
      <w:r>
        <w:t>ان کا مذہب اب صرف بدلی ہوئی شکل میں ہے اور اوریجنل شکل میں نہیں ہے۔ اب جو مذہب ہے زرتشت کا، یعنی پارسی مذہب،</w:t>
      </w:r>
    </w:p>
    <w:p>
      <w:r>
        <w:rPr>
          <w:b/>
        </w:rPr>
        <w:t xml:space="preserve">[14:19] </w:t>
      </w:r>
      <w:r>
        <w:t>is mein yeh mana jata hai ke</w:t>
      </w:r>
    </w:p>
    <w:p>
      <w:pPr>
        <w:jc w:val="right"/>
      </w:pPr>
      <w:r>
        <w:t>اس میں یہ مانا جاتا ہے کہ</w:t>
      </w:r>
    </w:p>
    <w:p>
      <w:r>
        <w:rPr>
          <w:b/>
        </w:rPr>
        <w:t xml:space="preserve">[14:25] </w:t>
      </w:r>
      <w:r>
        <w:t>do forces hain, do universal forces hain jo baham larti rehti hain.</w:t>
      </w:r>
    </w:p>
    <w:p>
      <w:pPr>
        <w:jc w:val="right"/>
      </w:pPr>
      <w:r>
        <w:t>دو فورسز ہیں، دو یونیورسل فورسز ہیں جو باہم لڑتی رہتی ہیں۔</w:t>
      </w:r>
    </w:p>
    <w:p>
      <w:r>
        <w:rPr>
          <w:b/>
        </w:rPr>
        <w:t xml:space="preserve">[14:34] </w:t>
      </w:r>
      <w:r>
        <w:t>aur unhi ke ladne se sari baatein ho rahi hain.</w:t>
      </w:r>
    </w:p>
    <w:p>
      <w:pPr>
        <w:jc w:val="right"/>
      </w:pPr>
      <w:r>
        <w:t>اور انہی کے لڑنے سے ساری باتیں ہو رہی ہیں۔</w:t>
      </w:r>
    </w:p>
    <w:p>
      <w:r>
        <w:rPr>
          <w:b/>
        </w:rPr>
        <w:t xml:space="preserve">[14:40] </w:t>
      </w:r>
      <w:r>
        <w:t>yani universe is a battle ground of constant war between two forces, good and evil.</w:t>
      </w:r>
    </w:p>
    <w:p>
      <w:pPr>
        <w:jc w:val="right"/>
      </w:pPr>
      <w:r>
        <w:t>یعنی یونیورس از ا بیٹل گراؤنڈ اف کانسٹنٹ وار بٹوین ٹو فورسز، گڈ اینڈ ایول۔</w:t>
      </w:r>
    </w:p>
    <w:p>
      <w:r>
        <w:rPr>
          <w:b/>
        </w:rPr>
        <w:t xml:space="preserve">[14:55] </w:t>
      </w:r>
      <w:r>
        <w:t>to do forces hain, yazda aur arman, woh aapas mein lad rahe hain. yeh cosmic war hai, cosmic war.</w:t>
      </w:r>
    </w:p>
    <w:p>
      <w:pPr>
        <w:jc w:val="right"/>
      </w:pPr>
      <w:r>
        <w:t>تو دو فورسز ہیں، یزدہ اور ارمن، وہ آپس میں لڑ رہے ہیں۔ یہ کاسمک وار ہے، کاسمک وار۔</w:t>
      </w:r>
    </w:p>
    <w:p>
      <w:r>
        <w:rPr>
          <w:b/>
        </w:rPr>
        <w:t xml:space="preserve">[15:07] </w:t>
      </w:r>
      <w:r>
        <w:t>ek hai</w:t>
      </w:r>
    </w:p>
    <w:p>
      <w:pPr>
        <w:jc w:val="right"/>
      </w:pPr>
      <w:r>
        <w:t>ایک ہے</w:t>
      </w:r>
    </w:p>
    <w:p>
      <w:r>
        <w:rPr>
          <w:b/>
        </w:rPr>
        <w:t xml:space="preserve">[15:13] </w:t>
      </w:r>
      <w:r>
        <w:t>good, ek ek hai evil. to do forces hain, do forces ke beech mein ladai ho rahi hai, cosmic war.</w:t>
      </w:r>
    </w:p>
    <w:p>
      <w:pPr>
        <w:jc w:val="right"/>
      </w:pPr>
      <w:r>
        <w:t>گڈ، ایک ایک ہے ایول۔ تو دو فورسز ہیں، دو فورسز کے بیچ میں لڑائی ہو رہی ہے، کاسمک وار۔</w:t>
      </w:r>
    </w:p>
    <w:p>
      <w:r>
        <w:rPr>
          <w:b/>
        </w:rPr>
        <w:t xml:space="preserve">[15:24] </w:t>
      </w:r>
      <w:r>
        <w:t>aur kabhi ja kar end jab aayega toh us waqt ja kar ke duniya khatm ho jaye</w:t>
      </w:r>
    </w:p>
    <w:p>
      <w:pPr>
        <w:jc w:val="right"/>
      </w:pPr>
      <w:r>
        <w:t>اور کبھی جا کر اینڈ جب آئے گا تو اس وقت جا کر کے دنیا ختم ہو جائے</w:t>
      </w:r>
    </w:p>
    <w:p>
      <w:r>
        <w:rPr>
          <w:b/>
        </w:rPr>
        <w:t xml:space="preserve">[15:28] </w:t>
      </w:r>
      <w:r>
        <w:t>gi. yeh kya cheez hai? dekhiye,</w:t>
      </w:r>
    </w:p>
    <w:p>
      <w:pPr>
        <w:jc w:val="right"/>
      </w:pPr>
      <w:r>
        <w:t>گی۔ یہ کیا چیز ہے؟ دیکھیے،</w:t>
      </w:r>
    </w:p>
    <w:p>
      <w:r>
        <w:rPr>
          <w:b/>
        </w:rPr>
        <w:t xml:space="preserve">[15:31] </w:t>
      </w:r>
      <w:r>
        <w:t>haqeeqat mein jahan tak mein samajh pata hoon</w:t>
      </w:r>
    </w:p>
    <w:p>
      <w:pPr>
        <w:jc w:val="right"/>
      </w:pPr>
      <w:r>
        <w:t>حقیقت میں جہاں تک میں سمجھ پاتا ہوں</w:t>
      </w:r>
    </w:p>
    <w:p>
      <w:r>
        <w:rPr>
          <w:b/>
        </w:rPr>
        <w:t xml:space="preserve">[15:36] </w:t>
      </w:r>
      <w:r>
        <w:t>ke unki taleem mein shuru mein jo baat rahi hogi</w:t>
      </w:r>
    </w:p>
    <w:p>
      <w:pPr>
        <w:jc w:val="right"/>
      </w:pPr>
      <w:r>
        <w:t>کہ ان کی تعلیم میں شروع میں جو بات رہی ہوگی</w:t>
      </w:r>
    </w:p>
    <w:p>
      <w:r>
        <w:rPr>
          <w:b/>
        </w:rPr>
        <w:t xml:space="preserve">[15:42] </w:t>
      </w:r>
      <w:r>
        <w:t>woh yahi hogi jo islam mein hai ke duniya</w:t>
      </w:r>
    </w:p>
    <w:p>
      <w:pPr>
        <w:jc w:val="right"/>
      </w:pPr>
      <w:r>
        <w:t>وہ یہی ہوگی جو اسلام میں ہے کہ دنیا</w:t>
      </w:r>
    </w:p>
    <w:p>
      <w:r>
        <w:rPr>
          <w:b/>
        </w:rPr>
        <w:t xml:space="preserve">[15:47] </w:t>
      </w:r>
      <w:r>
        <w:t>in insaan aur shaitan ke</w:t>
      </w:r>
    </w:p>
    <w:p>
      <w:pPr>
        <w:jc w:val="right"/>
      </w:pPr>
      <w:r>
        <w:t>ان انسان اور شیطان کے</w:t>
      </w:r>
    </w:p>
    <w:p>
      <w:r>
        <w:rPr>
          <w:b/>
        </w:rPr>
        <w:t xml:space="preserve">[15:52] </w:t>
      </w:r>
      <w:r>
        <w:t>takrao ki duniya hai.</w:t>
      </w:r>
    </w:p>
    <w:p>
      <w:pPr>
        <w:jc w:val="right"/>
      </w:pPr>
      <w:r>
        <w:t>ٹکراؤ کی دنیا ہے۔</w:t>
      </w:r>
    </w:p>
    <w:p>
      <w:r>
        <w:rPr>
          <w:b/>
        </w:rPr>
        <w:t xml:space="preserve">[15:55] </w:t>
      </w:r>
      <w:r>
        <w:t>ba'azukum li'aduvvun. yani duniya mein ek taqat shaitan ki hai, ek shayad ek insaan ki. to shaitan musalsal taur par insaan ko mislead karna chahta hai.</w:t>
      </w:r>
    </w:p>
    <w:p>
      <w:pPr>
        <w:jc w:val="right"/>
      </w:pPr>
      <w:r>
        <w:t>بعضکم لباد عدو۔ یعنی دنیا میں ایک طاقت شیطان کی ہے، ایک شاید ایک انسان کی۔ تو شیطان مسلسل طور پر انسان کو مس لیڈ کرنا چاہتا ہے۔</w:t>
      </w:r>
    </w:p>
    <w:p>
      <w:r>
        <w:rPr>
          <w:b/>
        </w:rPr>
        <w:t xml:space="preserve">[16:11] </w:t>
      </w:r>
      <w:r>
        <w:t>aur insaan iske muqable mein, iske behkawe se lad kar apne ko bachana chahega, jo jo bachana chahega.</w:t>
      </w:r>
    </w:p>
    <w:p>
      <w:pPr>
        <w:jc w:val="right"/>
      </w:pPr>
      <w:r>
        <w:t>اور انسان اس کے مقابلے میں، اس کے بہکاوے سے لڑ کر اپنے کو بچانا چاہے گا، جو جو بچانا چاہے گا۔</w:t>
      </w:r>
    </w:p>
    <w:p>
      <w:r>
        <w:rPr>
          <w:b/>
        </w:rPr>
        <w:t xml:space="preserve">[16:21] </w:t>
      </w:r>
      <w:r>
        <w:t>to haqeeqat mein jo mazhabi taleem ki abdan woh yeh thi ke duniya mein shaitan ki aur insaan ki ladai jari rahegi. kuch insaan shaitan ke victim ban jayenge, kuch apne ko is se bacha lenge.</w:t>
      </w:r>
    </w:p>
    <w:p>
      <w:pPr>
        <w:jc w:val="right"/>
      </w:pPr>
      <w:r>
        <w:t>تو حقیقت میں جو مذہبی تعلیم کی ابدان وہ یہ تھی کہ دنیا میں شیطان کی اور انسان کی لڑائی جاری رہے گی۔ کچھ انسان شیطان کے وکٹم بن جائیں گے، کچھ اپنے کو اس سے بچا لیں گے۔</w:t>
      </w:r>
    </w:p>
    <w:p>
      <w:r>
        <w:rPr>
          <w:b/>
        </w:rPr>
        <w:t xml:space="preserve">[16:37] </w:t>
      </w:r>
      <w:r>
        <w:t>phir aakhir mein aakhirat ki duniya aayegi aur wahan par jannat o jahannum ka faisla hoga. to insaan aur shaitan ki ladai ko zartasht mazahib mein do khudaon ki ladai bana diya.</w:t>
      </w:r>
    </w:p>
    <w:p>
      <w:pPr>
        <w:jc w:val="right"/>
      </w:pPr>
      <w:r>
        <w:t>پھر آخر میں آخرت کی دنیا آئے گی اور وہاں پر جنت و جہنم کا فیصلہ ہوگا۔ تو انسان اور شیطان کی لڑائی کو زرتشت مذہب میں دو خداؤں کی لڑائی بنا دیا۔</w:t>
      </w:r>
    </w:p>
    <w:p>
      <w:r>
        <w:rPr>
          <w:b/>
        </w:rPr>
        <w:t xml:space="preserve">[16:55] </w:t>
      </w:r>
      <w:r>
        <w:t>do forces ki ladai bana diya.</w:t>
      </w:r>
    </w:p>
    <w:p>
      <w:pPr>
        <w:jc w:val="right"/>
      </w:pPr>
      <w:r>
        <w:t>دو فورسز کی لڑائی بنا دیا۔</w:t>
      </w:r>
    </w:p>
    <w:p>
      <w:r>
        <w:rPr>
          <w:b/>
        </w:rPr>
        <w:t xml:space="preserve">[17:00] </w:t>
      </w:r>
      <w:r>
        <w:t>is tarike se tabdili hui hai mazahib mein.</w:t>
      </w:r>
    </w:p>
    <w:p>
      <w:pPr>
        <w:jc w:val="right"/>
      </w:pPr>
      <w:r>
        <w:t>اس طریقے سے تبدیلی ہوئی ہے مذہبوں میں۔</w:t>
      </w:r>
    </w:p>
    <w:p>
      <w:r>
        <w:rPr>
          <w:b/>
        </w:rPr>
        <w:t xml:space="preserve">[17:06] </w:t>
      </w:r>
      <w:r>
        <w:t>ab in ab is mein kya hua? insaan ke liye koi incentive nahin raha, insaan ke liye koi karne ka kaam nahin raha. kyunke sab kuch jo ho raha hai, drama, woh to do</w:t>
      </w:r>
    </w:p>
    <w:p>
      <w:pPr>
        <w:jc w:val="right"/>
      </w:pPr>
      <w:r>
        <w:t>اب ان اب اس میں کیا ہوا؟ انسان کے لیے کوئی انسنٹیو نہیں رہا، انسان کے لیے کوئی کرنے کا کام نہیں رہا۔ کیونکہ سب کچھ جو ہو رہا ہے، ڈرامہ، وہ تو دو</w:t>
      </w:r>
    </w:p>
    <w:p>
      <w:r>
        <w:rPr>
          <w:b/>
        </w:rPr>
        <w:t xml:space="preserve">[17:20] </w:t>
      </w:r>
      <w:r>
        <w:t>cosmic forces ke darmiyan ho raha hai. hum to sirf uska ek ek tamashai hain.</w:t>
      </w:r>
    </w:p>
    <w:p>
      <w:pPr>
        <w:jc w:val="right"/>
      </w:pPr>
      <w:r>
        <w:t>کاسمک فورسز کے درمیان ہو رہا ہے۔ ہم تو صرف اس کا ایک ایک تماشائی ہیں۔</w:t>
      </w:r>
    </w:p>
    <w:p>
      <w:r>
        <w:rPr>
          <w:b/>
        </w:rPr>
        <w:t xml:space="preserve">[17:28] </w:t>
      </w:r>
      <w:r>
        <w:t>to is se sara jo tasawwur hai accountability ka woh khatm ho gaya. is tarah se dekhiye, doosra doosri misaal lijiye buddhism ki.</w:t>
      </w:r>
    </w:p>
    <w:p>
      <w:pPr>
        <w:jc w:val="right"/>
      </w:pPr>
      <w:r>
        <w:t>تو اس سے سارا جو تصور ہے اکاؤنٹیبلٹی کا وہ ختم ہو گیا۔ اس طرح سے دیکھیے، دوسرا دوسری مثال لیجیے بدھزم کی۔</w:t>
      </w:r>
    </w:p>
    <w:p>
      <w:r>
        <w:rPr>
          <w:b/>
        </w:rPr>
        <w:t xml:space="preserve">[17:43] </w:t>
      </w:r>
      <w:r>
        <w:t>gautam buddh ka zamana jo hai panchvi sadi qabl maseeh ka zamana hai. panchvi sadi before christianity ka zamana hai.</w:t>
      </w:r>
    </w:p>
    <w:p>
      <w:pPr>
        <w:jc w:val="right"/>
      </w:pPr>
      <w:r>
        <w:t>گوتم بدھ کا زمانہ جو ہے پانچویں صدی قبل مسیح کا زمانہ ہے۔ پانچویں صدی بیفور کرسچینٹی کا زمانہ ہے۔</w:t>
      </w:r>
    </w:p>
    <w:p>
      <w:r>
        <w:rPr>
          <w:b/>
        </w:rPr>
        <w:t xml:space="preserve">[17:55] </w:t>
      </w:r>
      <w:r>
        <w:t>to buddhist ki taleem kya thi haqeeqatan? woh bhi aaj koi iski authentic version iska maujood nahin hai.</w:t>
      </w:r>
    </w:p>
    <w:p>
      <w:pPr>
        <w:jc w:val="right"/>
      </w:pPr>
      <w:r>
        <w:t>تو بدھسٹ کی تعلیم کیا تھی حقیقتاً؟ وہ بھی آج کوئی اس کی اتھینٹک ورژن اس کا موجود نہیں ہے۔</w:t>
      </w:r>
    </w:p>
    <w:p>
      <w:r>
        <w:rPr>
          <w:b/>
        </w:rPr>
        <w:t xml:space="preserve">[18:06] </w:t>
      </w:r>
      <w:r>
        <w:t>lekin ab jo present situation jo hai woh kya hai? woh log mante hain punar janam ko.</w:t>
      </w:r>
    </w:p>
    <w:p>
      <w:pPr>
        <w:jc w:val="right"/>
      </w:pPr>
      <w:r>
        <w:t>لیکن اب جو پریزنٹ سچویشن جو ہے وہ کیا ہے؟ وہ لوگ مانتے ہیں پنر جنم کو۔</w:t>
      </w:r>
    </w:p>
    <w:p>
      <w:r>
        <w:rPr>
          <w:b/>
        </w:rPr>
        <w:t xml:space="preserve">[18:17] </w:t>
      </w:r>
      <w:r>
        <w:t>punar janam ka matlab yeh hai ke yeh jo hamari zindagi hai aik cycle hai, aa rahe hain ja rahe hain barabar. to insaan in ke nazdeek sab se bari burai jo hai insaan ke andar woh desire ki hai.</w:t>
      </w:r>
    </w:p>
    <w:p>
      <w:pPr>
        <w:jc w:val="right"/>
      </w:pPr>
      <w:r>
        <w:t>پنر جنم کا مطلب یہ ہے کہ یہ جو ہماری زندگی ہے ایک سائیکل ہے، آ رہے ہیں جا رہے ہیں برابر۔ تو انسان ان کے نزدیک سب سے بڑی برائی جو ہے انسان کے اندر وہ ڈیزائر کی ہے۔</w:t>
      </w:r>
    </w:p>
    <w:p>
      <w:r>
        <w:rPr>
          <w:b/>
        </w:rPr>
        <w:t xml:space="preserve">[18:31] </w:t>
      </w:r>
      <w:r>
        <w:t>to desire ka ko kill karna yahi insaan ka sab se bara kaam hai. to insaan kill nahi kar pata, use phir dobara paida hota hai is duniya mein.</w:t>
      </w:r>
    </w:p>
    <w:p>
      <w:pPr>
        <w:jc w:val="right"/>
      </w:pPr>
      <w:r>
        <w:t>تو ڈیزائر کا کو کل کرنا یہی انسان کا سب سے بڑا کام ہے۔ تو انسان کل نہیں کر پاتا، اسے پھر دوبارہ پیدا ہوتا ہے اس دنیا میں۔</w:t>
      </w:r>
    </w:p>
    <w:p>
      <w:r>
        <w:rPr>
          <w:b/>
        </w:rPr>
        <w:t xml:space="preserve">[18:45] </w:t>
      </w:r>
      <w:r>
        <w:t>to paida hota rahega lakhon saal tak, yahan tak ke jab apne desire ko kill kar chuka hoga, tab us ke liye nirvaad hai.</w:t>
      </w:r>
    </w:p>
    <w:p>
      <w:pPr>
        <w:jc w:val="right"/>
      </w:pPr>
      <w:r>
        <w:t>تو پیدا ہوتا رہے گا لاکھوں سال تک، یہاں تک کہ جب اپنے ڈیزائر کو کل کر چکا ہوگا، تب اس کے لیے نرواڑ ہے۔</w:t>
      </w:r>
    </w:p>
    <w:p>
      <w:r>
        <w:rPr>
          <w:b/>
        </w:rPr>
        <w:t xml:space="preserve">[18:56] </w:t>
      </w:r>
      <w:r>
        <w:t>abhi bhi kya hai? dekhiye, main samajhta hoon ke sahi mazhab mein to sirf do hi daur tha: aik pre-death period, aik post-death period.</w:t>
      </w:r>
    </w:p>
    <w:p>
      <w:pPr>
        <w:jc w:val="right"/>
      </w:pPr>
      <w:r>
        <w:t>ابھی بھی کیا ہے؟ دیکھیے، میں سمجھتا ہوں کہ صحیح مذہب میں تو صرف دو ہی دور تھا: ایک پری ڈیتھ پیریڈ، ایک پوسٹ ڈیتھ پیریڈ۔</w:t>
      </w:r>
    </w:p>
    <w:p>
      <w:r>
        <w:rPr>
          <w:b/>
        </w:rPr>
        <w:t xml:space="preserve">[19:08] </w:t>
      </w:r>
      <w:r>
        <w:t>lekin is ko bigaad, yani misinterpretation se kya ban gaya? ke lakhon saal ka aik aik cycle hai jis mein jeena marna, jeena marna laga rahega, yahan tak ke ja kar aik nirvaad hoga.</w:t>
      </w:r>
    </w:p>
    <w:p>
      <w:pPr>
        <w:jc w:val="right"/>
      </w:pPr>
      <w:r>
        <w:t>لیکن اس کو بگاڑ، یعنی مس انٹرپریشن سے کیا بن گیا؟ کہ لاکھوں سال کا ایک ایک سائیکل ہے جس میں جینا مرنا، جینا مرنا لگا رہے گا، یہاں تک کہ جا کر ایک نرواڑ ہوگا۔</w:t>
      </w:r>
    </w:p>
    <w:p>
      <w:r>
        <w:rPr>
          <w:b/>
        </w:rPr>
        <w:t xml:space="preserve">[19:22] </w:t>
      </w:r>
      <w:r>
        <w:t>ab is mein bhi insaan hadaf ho gaya. hamare liye koi incentive nahi raha. kyunke hum se mawra aik aik chal raha hai, aik circle jo pre-predetermined hai.</w:t>
      </w:r>
    </w:p>
    <w:p>
      <w:pPr>
        <w:jc w:val="right"/>
      </w:pPr>
      <w:r>
        <w:t>اب اس میں بھی انسان حذف ہو گیا۔ ہمارے لیے کوئی انسنٹیو نہیں رہا۔ کیونکہ ہم سے ماوراء ایک ایک چل رہا ہے، ایک سرکل جو پری پری ڈیٹرمنڈ ہے۔</w:t>
      </w:r>
    </w:p>
    <w:p>
      <w:r>
        <w:rPr>
          <w:b/>
        </w:rPr>
        <w:t xml:space="preserve">[19:36] </w:t>
      </w:r>
      <w:r>
        <w:t>woh pre-determined hai, is mein hamara koi dakhal nahi.</w:t>
      </w:r>
    </w:p>
    <w:p>
      <w:pPr>
        <w:jc w:val="right"/>
      </w:pPr>
      <w:r>
        <w:t>وہ پری ڈیٹرمنڈ ہے، اس میں ہمارا کوئی دخل نہیں۔</w:t>
      </w:r>
    </w:p>
    <w:p>
      <w:r>
        <w:rPr>
          <w:b/>
        </w:rPr>
        <w:t xml:space="preserve">[19:42] </w:t>
      </w:r>
      <w:r>
        <w:t>to yeh bhi aik ajeeb o ghareeb cheez ban gayi.</w:t>
      </w:r>
    </w:p>
    <w:p>
      <w:pPr>
        <w:jc w:val="right"/>
      </w:pPr>
      <w:r>
        <w:t>تو یہ بھی ایک عجیب و غریب چیز بن گئی۔</w:t>
      </w:r>
    </w:p>
    <w:p>
      <w:r>
        <w:rPr>
          <w:b/>
        </w:rPr>
        <w:t xml:space="preserve">[19:50] </w:t>
      </w:r>
      <w:r>
        <w:t>ab lijiye Hinduism ko. Hinduism mein kya hai? adwai ittaahad hai jis ko hum kehte hain wahdat-ul-wujood ya</w:t>
      </w:r>
    </w:p>
    <w:p>
      <w:pPr>
        <w:jc w:val="right"/>
      </w:pPr>
      <w:r>
        <w:t>اب لیجیے ہندوازم کو۔ ہندوازم میں کیا ہے؟ ادوئی اتحاد ہے جس کو ہم کہتے ہیں وحدت وجود یا</w:t>
      </w:r>
    </w:p>
    <w:p>
      <w:r>
        <w:rPr>
          <w:b/>
        </w:rPr>
        <w:t xml:space="preserve">[20:07] </w:t>
      </w:r>
      <w:r>
        <w:t>monism.</w:t>
      </w:r>
    </w:p>
    <w:p>
      <w:pPr>
        <w:jc w:val="right"/>
      </w:pPr>
      <w:r>
        <w:t>مونزم۔</w:t>
      </w:r>
    </w:p>
    <w:p>
      <w:r>
        <w:rPr>
          <w:b/>
        </w:rPr>
        <w:t xml:space="preserve">[20:12] </w:t>
      </w:r>
      <w:r>
        <w:t>is mein yeh maana jata hai ke sab kuch aik hai, do nahi hain. yani insaan aur Khuda do nahi hain.</w:t>
      </w:r>
    </w:p>
    <w:p>
      <w:pPr>
        <w:jc w:val="right"/>
      </w:pPr>
      <w:r>
        <w:t>اس میں یہ مانا جاتا ہے کہ سب کچھ ایک ہے، دو نہیں ہے۔ یعنی انسان اور خدا دو نہیں ہیں۔</w:t>
      </w:r>
    </w:p>
    <w:p>
      <w:r>
        <w:rPr>
          <w:b/>
        </w:rPr>
        <w:t xml:space="preserve">[20:23] </w:t>
      </w:r>
      <w:r>
        <w:t>aik hi jis ko kaha tha,</w:t>
      </w:r>
    </w:p>
    <w:p>
      <w:pPr>
        <w:jc w:val="right"/>
      </w:pPr>
      <w:r>
        <w:t>ایک ہی جس کو کہا تھا،</w:t>
      </w:r>
    </w:p>
    <w:p>
      <w:r>
        <w:rPr>
          <w:b/>
        </w:rPr>
        <w:t xml:space="preserve">[20:30] </w:t>
      </w:r>
      <w:r>
        <w:t>us ne</w:t>
      </w:r>
    </w:p>
    <w:p>
      <w:pPr>
        <w:jc w:val="right"/>
      </w:pPr>
      <w:r>
        <w:t>اس نے</w:t>
      </w:r>
    </w:p>
    <w:p>
      <w:r>
        <w:rPr>
          <w:b/>
        </w:rPr>
        <w:t xml:space="preserve">[20:33] </w:t>
      </w:r>
      <w:r>
        <w:t>Hegel ne world spirit. to jis tareeqe se zameen mein gravity hoti hai ya cosmic rays hoti hain, is tarah ka koi spirit hai jo poore universe mein chhai hui hai.</w:t>
      </w:r>
    </w:p>
    <w:p>
      <w:pPr>
        <w:jc w:val="right"/>
      </w:pPr>
      <w:r>
        <w:t>ہیگل نے ورلڈ اسپرٹ۔ تو جس طریقے سے زمین میں گریوٹی ہوتی ہے یا کاسمک ریز ہوتی ہیں، اس طرح کا کوئی اسپرٹ ہے جو پورے یونیورس میں چھائی ہوئی ہے۔</w:t>
      </w:r>
    </w:p>
    <w:p>
      <w:r>
        <w:rPr>
          <w:b/>
        </w:rPr>
        <w:t xml:space="preserve">[20:49] </w:t>
      </w:r>
      <w:r>
        <w:t>to isi ka manifestation hai jo kuch hum dekhte hain. chahe insaan ho, animal ho, plant hon, pahaad ho, pani ho, kuch bhi ho, sitare hon, sayare hon, woh sab is world spirit ke manifestations hain.</w:t>
      </w:r>
    </w:p>
    <w:p>
      <w:pPr>
        <w:jc w:val="right"/>
      </w:pPr>
      <w:r>
        <w:t>تو اسی کا مینیفیسٹیشن ہے جو کچھ ہم دیکھتے ہیں۔ چاہے انسان ہو، اینیمل ہو، پلانٹ ہوں، پہاڑ ہو، پانی ہو، کچھ بھی ہو، ستارے ہوں، سیارے ہوں، وہ سب اس ورلڈ اسپرٹ کے مینیفیسٹیشنز ہیں۔</w:t>
      </w:r>
    </w:p>
    <w:p>
      <w:r>
        <w:rPr>
          <w:b/>
        </w:rPr>
        <w:t xml:space="preserve">[21:07] </w:t>
      </w:r>
      <w:r>
        <w:t>yani aik hi haqeeqat ka ansh hain.</w:t>
      </w:r>
    </w:p>
    <w:p>
      <w:pPr>
        <w:jc w:val="right"/>
      </w:pPr>
      <w:r>
        <w:t>یعنی ایک ہی حقیقت کا अंश ہیں۔</w:t>
      </w:r>
    </w:p>
    <w:p>
      <w:r>
        <w:rPr>
          <w:b/>
        </w:rPr>
        <w:t xml:space="preserve">[21:12] </w:t>
      </w:r>
      <w:r>
        <w:t>ab yeh kya hai? main samajhta hoon ke yeh tauheed ki bigri hui surat hai. tauheed ka matlab hai ke aik Khuda hai aur doosra aik insaan hai.</w:t>
      </w:r>
    </w:p>
    <w:p>
      <w:pPr>
        <w:jc w:val="right"/>
      </w:pPr>
      <w:r>
        <w:t>اب یہ کیا ہے؟ میں سمجھتا ہوں کہ یہ توحید کی بگڑی ہوئی صورت ہے۔ توحید کا مطلب ہے کہ ایک خدا ہے اور دوسرا ایک انسان ہے۔</w:t>
      </w:r>
    </w:p>
    <w:p>
      <w:r>
        <w:rPr>
          <w:b/>
        </w:rPr>
        <w:t xml:space="preserve">[21:22] </w:t>
      </w:r>
      <w:r>
        <w:t>donon alag alag wujood hain. yani Khuda jo hai khud apna uska aik mustaqil wujood hai. hum se alag. hamara hissa hum Khuda ka hissa nahi hain, Khuda hamara hissa nahi hai.</w:t>
      </w:r>
    </w:p>
    <w:p>
      <w:pPr>
        <w:jc w:val="right"/>
      </w:pPr>
      <w:r>
        <w:t>دونوں الگ الگ وجود ہیں۔ یعنی خدا جو ہے خود اپنا اس کا ایک مستقل وجود ہے۔ ہم سے الگ۔ ہمارا حصہ ہم خدا کا حصہ نہیں ہیں، خدا ہمارا حصہ نہیں ہے۔</w:t>
      </w:r>
    </w:p>
    <w:p>
      <w:r>
        <w:rPr>
          <w:b/>
        </w:rPr>
        <w:t xml:space="preserve">[21:37] </w:t>
      </w:r>
      <w:r>
        <w:t>to is mein insaan Khuda ke aage accountable hota tha. insaan ke liye mauqa tha ke woh Khuda ka shukar kare, Khuda ki hamd kare, Khuda se dare, Khuda se mohabbat kare, Khuda se umeed rakhe.</w:t>
      </w:r>
    </w:p>
    <w:p>
      <w:pPr>
        <w:jc w:val="right"/>
      </w:pPr>
      <w:r>
        <w:t>تو اس میں انسان خدا کے آگے اکاؤنٹیبل ہوتا تھا۔ انسان کے لیے موقع تھا کہ وہ خدا کا شکر کرے، خدا کی حمد کرے، خدا سے ڈرے، خدا سے محبت کرے، خدا سے امید رکھے۔</w:t>
      </w:r>
    </w:p>
    <w:p>
      <w:r>
        <w:rPr>
          <w:b/>
        </w:rPr>
        <w:t xml:space="preserve">[21:51] </w:t>
      </w:r>
      <w:r>
        <w:t>yeh sab cheezein hadaf ho gayeen. kyunke hum khud hi Khuda ban gaye. ghaas bhi Khuda hai, animal bhi Khuda hai, har cheez Khuda hai.</w:t>
      </w:r>
    </w:p>
    <w:p>
      <w:pPr>
        <w:jc w:val="right"/>
      </w:pPr>
      <w:r>
        <w:t>یہ سب چیزیں حذف ہو گئیں۔ کیونکہ ہم خود ہی خدا بن گئے۔ گھاس بھی خدا ہے، اینیمل بھی خدا ہے، ہر چیز خدا ہے۔</w:t>
      </w:r>
    </w:p>
    <w:p>
      <w:r>
        <w:rPr>
          <w:b/>
        </w:rPr>
        <w:t xml:space="preserve">[22:00] </w:t>
      </w:r>
      <w:r>
        <w:t>to is mein sara woh tasawwur jo hai khatam ho gaya.</w:t>
      </w:r>
    </w:p>
    <w:p>
      <w:pPr>
        <w:jc w:val="right"/>
      </w:pPr>
      <w:r>
        <w:t>تو اس میں سارا وہ تصور جو ہے ختم ہو گیا۔</w:t>
      </w:r>
    </w:p>
    <w:p>
      <w:r>
        <w:rPr>
          <w:b/>
        </w:rPr>
        <w:t xml:space="preserve">[22:07] </w:t>
      </w:r>
      <w:r>
        <w:t>to main samajhta hoon ke yeh yeh yeh koi mazhab nahi tha. yeh tauheed ki bigri hui surat hai.</w:t>
      </w:r>
    </w:p>
    <w:p>
      <w:pPr>
        <w:jc w:val="right"/>
      </w:pPr>
      <w:r>
        <w:t>تو میں سمجھتا ہوں کہ یہ یہ یہ کوئی مذہب نہیں تھا۔ یہ توحید کی بگڑی ہوئی صورت ہے۔</w:t>
      </w:r>
    </w:p>
    <w:p>
      <w:r>
        <w:rPr>
          <w:b/>
        </w:rPr>
        <w:t xml:space="preserve">[22:18] </w:t>
      </w:r>
      <w:r>
        <w:t>tauheed mein yeh tha ke aik Khuda hai jis ne insaan ko paida kiya hai.</w:t>
      </w:r>
    </w:p>
    <w:p>
      <w:pPr>
        <w:jc w:val="right"/>
      </w:pPr>
      <w:r>
        <w:t>توحید میں یہ تھا کہ ایک خدا ہے جس نے انسان کو پیدا کیا ہے۔</w:t>
      </w:r>
    </w:p>
    <w:p>
      <w:r>
        <w:rPr>
          <w:b/>
        </w:rPr>
        <w:t xml:space="preserve">[22:26] </w:t>
      </w:r>
      <w:r>
        <w:t>aur insaan us ke aage accountable hai.</w:t>
      </w:r>
    </w:p>
    <w:p>
      <w:pPr>
        <w:jc w:val="right"/>
      </w:pPr>
      <w:r>
        <w:t>اور انسان اس کے آگے اکاؤنٹیبل ہے۔</w:t>
      </w:r>
    </w:p>
    <w:p>
      <w:r>
        <w:rPr>
          <w:b/>
        </w:rPr>
        <w:t xml:space="preserve">[22:33] </w:t>
      </w:r>
      <w:r>
        <w:t>phir post-death period mein insaan ka hisab lega Allah taala. aur kisi ko jannat jannat ka milega, kisi ko jahannam mein jana hoga.</w:t>
      </w:r>
    </w:p>
    <w:p>
      <w:pPr>
        <w:jc w:val="right"/>
      </w:pPr>
      <w:r>
        <w:t>پھر پوسٹ ڈیتھ پیریڈ میں انسان کا حساب لے گا اللہ تعالیٰ۔ اور کسی کو جنت جنت کا ملے گا، کسی کو جن جہنم میں جانا ہوگا۔</w:t>
      </w:r>
    </w:p>
    <w:p>
      <w:r>
        <w:rPr>
          <w:b/>
        </w:rPr>
        <w:t xml:space="preserve">[22:43] </w:t>
      </w:r>
      <w:r>
        <w:t>yeh sari cheezen hadaf ho gaein. Kyunke sab kuch to Khuda ban gaya. Kaun kis ka hisab le? To yeh tauheed jo hai bigar kar ke wahdat-ul-wujood ban gai.</w:t>
      </w:r>
    </w:p>
    <w:p>
      <w:pPr>
        <w:jc w:val="right"/>
      </w:pPr>
      <w:r>
        <w:t>یہ ساری چیزیں حذف ہو گئیں۔ کیونکہ سب کچھ تو خدا بن گیا۔ کون کس کا حساب لے؟ تو یہ توحید جو ہے بگڑ کر کے وحدت وجود بن گئی۔</w:t>
      </w:r>
    </w:p>
    <w:p>
      <w:r>
        <w:rPr>
          <w:b/>
        </w:rPr>
        <w:t xml:space="preserve">[22:59] </w:t>
      </w:r>
      <w:r>
        <w:t>Tauheed jo hai bigar kar wahdat-ul-wujood ban gai. Bigarne se pehle woh tauheedi tauheed thi. Bigarne ke baad woh wahdat-ul-wujood ban gai.</w:t>
      </w:r>
    </w:p>
    <w:p>
      <w:pPr>
        <w:jc w:val="right"/>
      </w:pPr>
      <w:r>
        <w:t>توحید جو ہے بگڑ کر وحدت وجود بن گئی۔ بگڑنے سے پہلے وہ توحیدی توحید تھی۔ بگڑنے کے بعد وہ وحدت وجود بن گئی۔</w:t>
      </w:r>
    </w:p>
    <w:p>
      <w:r>
        <w:rPr>
          <w:b/>
        </w:rPr>
        <w:t xml:space="preserve">[23:10] </w:t>
      </w:r>
      <w:r>
        <w:t>Yeh hai human interpretation. To jitne mazahib hain un sab mazahib mein jo bigar aaya hai woh aaya hai human interpretation ke zariye se.</w:t>
      </w:r>
    </w:p>
    <w:p>
      <w:pPr>
        <w:jc w:val="right"/>
      </w:pPr>
      <w:r>
        <w:t>یہ ہے ہیومن انٹرپریشن۔ تو جتنے مذاہب ہیں ان سب مذاہب میں جو بگاڑ آیا ہے وہ آیا ہے ہیومن انٹرپریشن کے ذریعے سے۔</w:t>
      </w:r>
    </w:p>
    <w:p>
      <w:r>
        <w:rPr>
          <w:b/>
        </w:rPr>
        <w:t xml:space="preserve">[23:22] </w:t>
      </w:r>
      <w:r>
        <w:t>Yaani insaan ne jo jo ta'beer ki, insaan ne jo is ki wazahat ki, us se kuch se kuch baat ho gai.</w:t>
      </w:r>
    </w:p>
    <w:p>
      <w:pPr>
        <w:jc w:val="right"/>
      </w:pPr>
      <w:r>
        <w:t>یعنی انسان نے جو جو تعبیر کی، انسان نے جو اس کی وضاحت کی، اس سے کچھ سے کچھ بات ہو گئی۔</w:t>
      </w:r>
    </w:p>
    <w:p>
      <w:r>
        <w:rPr>
          <w:b/>
        </w:rPr>
        <w:t xml:space="preserve">[23:32] </w:t>
      </w:r>
      <w:r>
        <w:t>Kuch se kuch ho gai.</w:t>
      </w:r>
    </w:p>
    <w:p>
      <w:pPr>
        <w:jc w:val="right"/>
      </w:pPr>
      <w:r>
        <w:t>کچھ سے کچھ ہو گئی۔</w:t>
      </w:r>
    </w:p>
    <w:p>
      <w:r>
        <w:rPr>
          <w:b/>
        </w:rPr>
        <w:t xml:space="preserve">[23:37] </w:t>
      </w:r>
      <w:r>
        <w:t>Aur lambi muddat ke baad mazahib mein kya hota hai? Har cheez sacred ban jati hai, muqaddas. Har cheez muqaddas ban jati hai.</w:t>
      </w:r>
    </w:p>
    <w:p>
      <w:pPr>
        <w:jc w:val="right"/>
      </w:pPr>
      <w:r>
        <w:t>اور لمبی مدت کے بعد مذہب میں کیا ہوتا ہے؟ ہر چیز سیکرٹ بن جاتی ہے، مقدس۔ ہر چیز مقدس بن جاتی ہے۔</w:t>
      </w:r>
    </w:p>
    <w:p>
      <w:r>
        <w:rPr>
          <w:b/>
        </w:rPr>
        <w:t xml:space="preserve">[23:49] </w:t>
      </w:r>
      <w:r>
        <w:t>To ab lambi muddat guzarne ke baad kya hua? Ke har jo jo bhi yeh jo bigar tha woh bigar muqaddas ban gaya.</w:t>
      </w:r>
    </w:p>
    <w:p>
      <w:pPr>
        <w:jc w:val="right"/>
      </w:pPr>
      <w:r>
        <w:t>تو اب لمبی مدت گزرنے کے بعد کیا ہوا؟ کہ ہر جو جو بھی یہ جو بگاڑ تھا وہ بگاڑ مقدس بن گیا۔</w:t>
      </w:r>
    </w:p>
    <w:p>
      <w:r>
        <w:rPr>
          <w:b/>
        </w:rPr>
        <w:t xml:space="preserve">[23:59] </w:t>
      </w:r>
      <w:r>
        <w:t>Isi ko insaan aik taqaddus nazar se dekhne laga. Kyunke aik tasawwur chala aa raha hai ke mazahib mein sochna nahi hai, mazahib mein aql ko istemal nahi karna hai.</w:t>
      </w:r>
    </w:p>
    <w:p>
      <w:pPr>
        <w:jc w:val="right"/>
      </w:pPr>
      <w:r>
        <w:t>اسی کو انسان ایک تقدس نظر سے دیکھنے لگا۔ کیونکہ ایک تصور چلا آ رہا ہے کہ مذہب میں سوچنا نہیں ہے، مذہب میں عقل کو استعمال نہیں کرنا ہے۔</w:t>
      </w:r>
    </w:p>
    <w:p>
      <w:r>
        <w:rPr>
          <w:b/>
        </w:rPr>
        <w:t xml:space="preserve">[24:15] </w:t>
      </w:r>
      <w:r>
        <w:t>Bas woh muqaddas hai to muqaddas hai. Is wajah se yeh tamam mazahib jo hain muqaddas bankar tareekh mein jari hain, chale ja rahe hain.</w:t>
      </w:r>
    </w:p>
    <w:p>
      <w:pPr>
        <w:jc w:val="right"/>
      </w:pPr>
      <w:r>
        <w:t>بس وہ مقدس ہے تو مقدس ہے۔ اس وجہ سے یہ تمام مذاہب جو ہیں مقدس بن کر تاریخ میں جاری ہیں، چلے جا رہے ہیں۔</w:t>
      </w:r>
    </w:p>
    <w:p>
      <w:r>
        <w:rPr>
          <w:b/>
        </w:rPr>
        <w:t xml:space="preserve">[24:27] </w:t>
      </w:r>
      <w:r>
        <w:t>In ko aadmi yeh nahi karta ke is ko re-examine kare.</w:t>
      </w:r>
    </w:p>
    <w:p>
      <w:pPr>
        <w:jc w:val="right"/>
      </w:pPr>
      <w:r>
        <w:t>ان کو آدمی یہ نہیں کرتا کہ اس کو ری ایگزامن کرے۔</w:t>
      </w:r>
    </w:p>
    <w:p>
      <w:r>
        <w:rPr>
          <w:b/>
        </w:rPr>
        <w:t xml:space="preserve">[24:37] </w:t>
      </w:r>
      <w:r>
        <w:t>To yeh teen mazahib ki baat hui. Yaani Zoroastrianism, Buddhism aur Hinduism. Ab aap in ko kaha jata hai Aryan religion.</w:t>
      </w:r>
    </w:p>
    <w:p>
      <w:pPr>
        <w:jc w:val="right"/>
      </w:pPr>
      <w:r>
        <w:t>تو یہ تین مذہب کی بات ہوئی۔ یعنی زراسٹریزم، بدھزم اور ہندوازم۔ اب آپ ان کو کہا جاتا ہے ایرین ریلیجن۔</w:t>
      </w:r>
    </w:p>
    <w:p>
      <w:r>
        <w:rPr>
          <w:b/>
        </w:rPr>
        <w:t xml:space="preserve">[24:50] </w:t>
      </w:r>
      <w:r>
        <w:t>Ab aap Semitic religion ko lijiye. Yaani Judaism, Christianity aur Islam.</w:t>
      </w:r>
    </w:p>
    <w:p>
      <w:pPr>
        <w:jc w:val="right"/>
      </w:pPr>
      <w:r>
        <w:t>اب آپ سیمٹک ریلیجن کو لیجیے۔ یعنی جڈائزم، کرسچینٹی اور اسلام۔</w:t>
      </w:r>
    </w:p>
    <w:p>
      <w:r>
        <w:rPr>
          <w:b/>
        </w:rPr>
        <w:t xml:space="preserve">[25:01] </w:t>
      </w:r>
      <w:r>
        <w:t>Yahan bhi dekhiye, wohi human interpretation ka jo element hai usi ne yahan bhi sab mamla bigar rakha hai.</w:t>
      </w:r>
    </w:p>
    <w:p>
      <w:pPr>
        <w:jc w:val="right"/>
      </w:pPr>
      <w:r>
        <w:t>یہاں بھی دیکھیے، وہی ہیومن انٹرپریشن کا جو ایلیمنٹ ہے اسی نے یہاں بھی سب معاملہ بگاڑ رکھا ہے۔</w:t>
      </w:r>
    </w:p>
    <w:p>
      <w:r>
        <w:rPr>
          <w:b/>
        </w:rPr>
        <w:t xml:space="preserve">[25:11] </w:t>
      </w:r>
      <w:r>
        <w:t>Sab se pehle lijiye Judaism ko, yaani Yahudiyat ko. Yahudiyat mein kya hai?</w:t>
      </w:r>
    </w:p>
    <w:p>
      <w:pPr>
        <w:jc w:val="right"/>
      </w:pPr>
      <w:r>
        <w:t>سب سے پہلے لیجیے جڈائزم کو، یعنی یہودیت کو۔ یہودیت میں کیا ہے؟</w:t>
      </w:r>
    </w:p>
    <w:p>
      <w:r>
        <w:rPr>
          <w:b/>
        </w:rPr>
        <w:t xml:space="preserve">[25:20] </w:t>
      </w:r>
      <w:r>
        <w:t>Yahudiyat mein jo aqeedah ban gaya baat ko wohi jo Quran mein bataya gaya hai: "Nan abna Allah wahid bahu".</w:t>
      </w:r>
    </w:p>
    <w:p>
      <w:pPr>
        <w:jc w:val="right"/>
      </w:pPr>
      <w:r>
        <w:t>یہودیت میں جو عقیدہ بن گیا بات کو وہی جو قرآن میں بتایا گیا ہے: "نن ابنا اللہ واحد باہو"۔</w:t>
      </w:r>
    </w:p>
    <w:p>
      <w:r>
        <w:rPr>
          <w:b/>
        </w:rPr>
        <w:t xml:space="preserve">[25:31] </w:t>
      </w:r>
      <w:r>
        <w:t>Yaani Bible mein is ko "chosen people" kaha gaya hai. Yaani Yahudi jo hain woh "chosen people" hain. Woh Allah ke khaas log hain.</w:t>
      </w:r>
    </w:p>
    <w:p>
      <w:pPr>
        <w:jc w:val="right"/>
      </w:pPr>
      <w:r>
        <w:t>یعنی بائبل میں اس کو "چوزن پیپل" کہا گیا ہے۔ یعنی یہودی جو ہیں وہ "چوزن پیپل" ہیں۔ وہ اللہ کے خاص لوگ ہیں۔</w:t>
      </w:r>
    </w:p>
    <w:p>
      <w:r>
        <w:rPr>
          <w:b/>
        </w:rPr>
        <w:t xml:space="preserve">[25:44] </w:t>
      </w:r>
      <w:r>
        <w:t>Inhi ko woh sab ke sab jannat mein jane wale hain. Yaani poori jo nasal hai, Yahudi nasal,</w:t>
      </w:r>
    </w:p>
    <w:p>
      <w:pPr>
        <w:jc w:val="right"/>
      </w:pPr>
      <w:r>
        <w:t>انہی کو وہ سب کے سب جنت میں جانے والے ہیں۔ یعنی پوری جو نسل ہے، یہودی نسل،</w:t>
      </w:r>
    </w:p>
    <w:p>
      <w:r>
        <w:rPr>
          <w:b/>
        </w:rPr>
        <w:t xml:space="preserve">[25:57] </w:t>
      </w:r>
      <w:r>
        <w:t>Poori Yahudi nasal "chosen people" hai.</w:t>
      </w:r>
    </w:p>
    <w:p>
      <w:pPr>
        <w:jc w:val="right"/>
      </w:pPr>
      <w:r>
        <w:t>پوری یہودی نسل "چوزن پیپل" ہے۔</w:t>
      </w:r>
    </w:p>
    <w:p>
      <w:r>
        <w:rPr>
          <w:b/>
        </w:rPr>
        <w:t xml:space="preserve">[26:03] </w:t>
      </w:r>
      <w:r>
        <w:t>Woh Allah ke khaas log hain. Ab woh jannat mein jayenge. To yahan bhi dekhiye kya hai? Quran mein bhi yeh baat hai ke "Faddalnakum alal aalameen".</w:t>
      </w:r>
    </w:p>
    <w:p>
      <w:pPr>
        <w:jc w:val="right"/>
      </w:pPr>
      <w:r>
        <w:t>وہ اللہ کے خاص لوگ ہیں۔ اب وہ جنت میں جائیں گے۔ تو یہاں بھی دیکھیے کیا ہے؟ قرآن میں بھی یہ بات ہے کہ "فضلناکم علی العالمین"۔</w:t>
      </w:r>
    </w:p>
    <w:p>
      <w:r>
        <w:rPr>
          <w:b/>
        </w:rPr>
        <w:t xml:space="preserve">[26:15] </w:t>
      </w:r>
      <w:r>
        <w:t>Yaani Bani Israel ke bare mein hai ke "Faddalnakum alal aalameen". Lekin "Faddalnakum" ma'ni yeh nahi ke is nasal ki fazilat. Nahi.</w:t>
      </w:r>
    </w:p>
    <w:p>
      <w:pPr>
        <w:jc w:val="right"/>
      </w:pPr>
      <w:r>
        <w:t>یعنی بنی اسرائیل کے بارے میں ہے کہ "فضلناکم علی العالمین"۔ لیکن "فضلناکم" معنی یہ نہیں کہ اس نسل کی فضیلت۔ نہیں۔</w:t>
      </w:r>
    </w:p>
    <w:p>
      <w:r>
        <w:rPr>
          <w:b/>
        </w:rPr>
        <w:t xml:space="preserve">[26:26] </w:t>
      </w:r>
      <w:r>
        <w:t>Paighambar ke zariye jo ummat bani thi, Hazrat Musa ke zariye se, us ummat ko na ke kisi nasal ko, Allah taala ne yeh duty di.</w:t>
      </w:r>
    </w:p>
    <w:p>
      <w:pPr>
        <w:jc w:val="right"/>
      </w:pPr>
      <w:r>
        <w:t>پیغمبر کے ذریعے جو امت بنی تھی، حضرت موسیٰ کے ذریعے سے، اس امت کو نہ کہ کسی نسل کو، اللہ تعالیٰ نے یہ ڈیوٹی دی۔</w:t>
      </w:r>
    </w:p>
    <w:p>
      <w:r>
        <w:rPr>
          <w:b/>
        </w:rPr>
        <w:t xml:space="preserve">[26:41] </w:t>
      </w:r>
      <w:r>
        <w:t>Yeh duty ki baat hai, yeh fazilat ki baat nahi hai. Ke tum ko dunya mein witness bankar rehna hai.</w:t>
      </w:r>
    </w:p>
    <w:p>
      <w:pPr>
        <w:jc w:val="right"/>
      </w:pPr>
      <w:r>
        <w:t>یہ ڈیوٹی کی بات ہے، یہ فضیلت کی بات نہیں ہے۔ کہ تم کو دنیا میں وٹنس بن کر رہنا ہے۔</w:t>
      </w:r>
    </w:p>
    <w:p>
      <w:r>
        <w:rPr>
          <w:b/>
        </w:rPr>
        <w:t xml:space="preserve">[26:52] </w:t>
      </w:r>
      <w:r>
        <w:t>Yeh</w:t>
      </w:r>
    </w:p>
    <w:p>
      <w:pPr>
        <w:jc w:val="right"/>
      </w:pPr>
      <w:r>
        <w:t>یہ</w:t>
      </w:r>
    </w:p>
    <w:p>
      <w:r>
        <w:rPr>
          <w:b/>
        </w:rPr>
        <w:t xml:space="preserve">[26:58] </w:t>
      </w:r>
      <w:r>
        <w:t>Bible mein yeh baat maujood hai ke Israel ki zimmedari thi ke woh dunya ke samne witness bane, gawah bane. Jo sachai mili hai paighambaron ke zariye se, us ko dunya ke samne pesh kare.</w:t>
      </w:r>
    </w:p>
    <w:p>
      <w:pPr>
        <w:jc w:val="right"/>
      </w:pPr>
      <w:r>
        <w:t>بائبل میں یہ بات موجود ہے کہ اسرائیل کی ذمہ داری تھی کہ وہ دنیا کے سامنے وٹنس بنے، گواہ بنے۔ جو سچائی ملی ہے پیغمبروں کے ذریعے سے، اس کو دنیا کے سامنے پیش کرے۔</w:t>
      </w:r>
    </w:p>
    <w:p>
      <w:r>
        <w:rPr>
          <w:b/>
        </w:rPr>
        <w:t xml:space="preserve">[27:12] </w:t>
      </w:r>
      <w:r>
        <w:t>Yeh abhi bhi maujood hai Bible mein.</w:t>
      </w:r>
    </w:p>
    <w:p>
      <w:pPr>
        <w:jc w:val="right"/>
      </w:pPr>
      <w:r>
        <w:t>یہ ابھی بھی موجود ہے بائبل میں۔</w:t>
      </w:r>
    </w:p>
    <w:p>
      <w:r>
        <w:rPr>
          <w:b/>
        </w:rPr>
        <w:t xml:space="preserve">[27:18] </w:t>
      </w:r>
      <w:r>
        <w:t>to lekin kya hua? ke jo in ko hesiyat di gayi thi bator duty, us hesiyat ko le liya bmana fazilat.</w:t>
      </w:r>
    </w:p>
    <w:p>
      <w:pPr>
        <w:jc w:val="right"/>
      </w:pPr>
      <w:r>
        <w:t>تو لیکن کیا ہوا؟ کہ جو ان کو حیثیت دی گئی تھی بطور ڈیوٹی، اس حیثیت کو لے لیا بمانا فضیلت۔</w:t>
      </w:r>
    </w:p>
    <w:p>
      <w:r>
        <w:rPr>
          <w:b/>
        </w:rPr>
        <w:t xml:space="preserve">[27:30] </w:t>
      </w:r>
      <w:r>
        <w:t>fazilat. to kya kya? pehle jo unhein nijat milti thi, woh apni duty ko anjam dene par milti thi. ab kya maan liya?</w:t>
      </w:r>
    </w:p>
    <w:p>
      <w:pPr>
        <w:jc w:val="right"/>
      </w:pPr>
      <w:r>
        <w:t>فضیلت۔ تو کیا کیا؟ پہلے جو انہیں نجات ملتی تھی، وہ اپنی ڈیوٹی کو انجام دینے پر ملتی تھی۔ اب کیا مان لیا؟</w:t>
      </w:r>
    </w:p>
    <w:p>
      <w:r>
        <w:rPr>
          <w:b/>
        </w:rPr>
        <w:t xml:space="preserve">[27:41] </w:t>
      </w:r>
      <w:r>
        <w:t>ke nahi, jo yahudiyon ki nasal mein jo paida ho gaya, to bas woh Khuda ka muntakhab banda ban gaya. aur jannat is ke liye pakki ho gayi.</w:t>
      </w:r>
    </w:p>
    <w:p>
      <w:pPr>
        <w:jc w:val="right"/>
      </w:pPr>
      <w:r>
        <w:t>کہ نہیں، جو یہودیوں کی نسل میں جو پیدا ہو گیا، تو بس وہ خدا کا منتخب بندہ بن گیا۔ اور جنت اس کے لیے پکی ہو گئی۔</w:t>
      </w:r>
    </w:p>
    <w:p>
      <w:r>
        <w:rPr>
          <w:b/>
        </w:rPr>
        <w:t xml:space="preserve">[27:53] </w:t>
      </w:r>
      <w:r>
        <w:t>to yahan bhi dekhiye kya hua? ke duty ko fazilat ka mani de diya. duty ki bina par jo un ki ahmiyat thi, us ko unhon ne fazilat ke se jod diya.</w:t>
      </w:r>
    </w:p>
    <w:p>
      <w:pPr>
        <w:jc w:val="right"/>
      </w:pPr>
      <w:r>
        <w:t>تو یہاں بھی دیکھیے کیا ہوا؟ کہ ڈیوٹی کو فضیلت کا معنی دے دیا۔ ڈیوٹی کی بنا پر جو ان کی اہمیت تھی، اس کو انہوں نے فضیلت کے سے جوڑ دیا۔</w:t>
      </w:r>
    </w:p>
    <w:p>
      <w:r>
        <w:rPr>
          <w:b/>
        </w:rPr>
        <w:t xml:space="preserve">[28:08] </w:t>
      </w:r>
      <w:r>
        <w:t>fazilat. is se sari baat bigad gayi. ab duty ka tasawwur hi khatm ho gaya. ab to ek sense of superiority baqi reh gaya.</w:t>
      </w:r>
    </w:p>
    <w:p>
      <w:pPr>
        <w:jc w:val="right"/>
      </w:pPr>
      <w:r>
        <w:t>فضیلت۔ اس سے ساری بات بگڑ گئی۔ اب ڈیوٹی کا تصور ہی ختم ہو گیا۔ اب تو ایک سینس آف سپیریرٹی باقی رہ گیا۔</w:t>
      </w:r>
    </w:p>
    <w:p>
      <w:r>
        <w:rPr>
          <w:b/>
        </w:rPr>
        <w:t xml:space="preserve">[28:20] </w:t>
      </w:r>
      <w:r>
        <w:t>hum aala nasal ke log hain, hum superior hain, hum doosron se bartar hain. to zimmedari ke ehsas ki jagah par kya ho gaya?</w:t>
      </w:r>
    </w:p>
    <w:p>
      <w:pPr>
        <w:jc w:val="right"/>
      </w:pPr>
      <w:r>
        <w:t>ہم اعلیٰ نسل کے لوگ ہیں، ہم سپیریر ہیں، ہم دوسروں سے برتر ہیں۔ تو ذمہ داری کے احساس کی جگہ پر کیا ہو گیا؟</w:t>
      </w:r>
    </w:p>
    <w:p>
      <w:r>
        <w:rPr>
          <w:b/>
        </w:rPr>
        <w:t xml:space="preserve">[28:31] </w:t>
      </w:r>
      <w:r>
        <w:t>fakhar ka ehsas aa gaya. yeh hai aaj ki yahudiyat.</w:t>
      </w:r>
    </w:p>
    <w:p>
      <w:pPr>
        <w:jc w:val="right"/>
      </w:pPr>
      <w:r>
        <w:t>فخر کا احساس آ گیا۔ یہ ہے آج کی یہودیت۔</w:t>
      </w:r>
    </w:p>
    <w:p>
      <w:r>
        <w:rPr>
          <w:b/>
        </w:rPr>
        <w:t xml:space="preserve">[28:40] </w:t>
      </w:r>
      <w:r>
        <w:t>ab lijiye isaiyat ko.</w:t>
      </w:r>
    </w:p>
    <w:p>
      <w:pPr>
        <w:jc w:val="right"/>
      </w:pPr>
      <w:r>
        <w:t>اب لیجیے عیسائیت کو۔</w:t>
      </w:r>
    </w:p>
    <w:p>
      <w:r>
        <w:rPr>
          <w:b/>
        </w:rPr>
        <w:t xml:space="preserve">[28:45] </w:t>
      </w:r>
      <w:r>
        <w:t>aap jante hain ke jo masihiyat ya christianity jo hai, is mein jo sab se bara aqeedah mana jata hai, woh hai "original sin".</w:t>
      </w:r>
    </w:p>
    <w:p>
      <w:pPr>
        <w:jc w:val="right"/>
      </w:pPr>
      <w:r>
        <w:t>آپ جانتے ہیں کہ جو مسیحیت یا کرسچینٹی جو ہے، اس میں جو سب سے بڑا عقیدہ مانا جاتا ہے، وہ ہے "اوریجنل سن"۔</w:t>
      </w:r>
    </w:p>
    <w:p>
      <w:r>
        <w:rPr>
          <w:b/>
        </w:rPr>
        <w:t xml:space="preserve">[28:57] </w:t>
      </w:r>
      <w:r>
        <w:t>"original sin". is ka matlab yeh hai ke yani paidaishi jurm. is ka matlab yeh hai ke Hazrat Adam ne jo jannat mein "forbidden tree" ko kha liya tha,</w:t>
      </w:r>
    </w:p>
    <w:p>
      <w:pPr>
        <w:jc w:val="right"/>
      </w:pPr>
      <w:r>
        <w:t>"اوریجنل سن"۔ اس کا مطلب یہ ہے کہ یعنی پیدائشی جرم۔ اس کا مطلب یہ ہے کہ حضرت آدم نے جو جنت میں "فاربڈن ٹیلی" کو کھا لیا تھا،</w:t>
      </w:r>
    </w:p>
    <w:p>
      <w:r>
        <w:rPr>
          <w:b/>
        </w:rPr>
        <w:t xml:space="preserve">[29:13] </w:t>
      </w:r>
      <w:r>
        <w:t>to woh gunah jo hai, woh wirasi ban gaya, hereditary ban gaya. ab jo bhi paida hota hai, woh inherit karta hai is gunah ko.</w:t>
      </w:r>
    </w:p>
    <w:p>
      <w:pPr>
        <w:jc w:val="right"/>
      </w:pPr>
      <w:r>
        <w:t>تو وہ گناہ جو ہے، وہ وراثتی بن گیا، ہیریٹری بن گیا۔ اب جو بھی پیدا ہوتا ہے، وہ انہیریٹ کرتا ہے اس گناہ کو۔</w:t>
      </w:r>
    </w:p>
    <w:p>
      <w:r>
        <w:rPr>
          <w:b/>
        </w:rPr>
        <w:t xml:space="preserve">[29:24] </w:t>
      </w:r>
      <w:r>
        <w:t>to Adam ki poori nasal mein woh gunah phail gaya. haan, yani hum bhi is mein shareek ho gaye. is ko kehte hain "original sin".</w:t>
      </w:r>
    </w:p>
    <w:p>
      <w:pPr>
        <w:jc w:val="right"/>
      </w:pPr>
      <w:r>
        <w:t>تو آدم کی پوری نسل میں وہ گناہ پھیل گیا۔ ہاں، یعنی ہم بھی اس میں شریک ہو گئے۔ اس کو کہتے ہیں "اوریجنل سن"۔</w:t>
      </w:r>
    </w:p>
    <w:p>
      <w:r>
        <w:rPr>
          <w:b/>
        </w:rPr>
        <w:t xml:space="preserve">[29:34] </w:t>
      </w:r>
      <w:r>
        <w:t>ab sawal yeh tha: jab poori nasal Adam gunahgar ho gayi, to ab kaise is ko gunah se dhoya jaye? is ko kaise jannat ke ghalib banaya jaye?</w:t>
      </w:r>
    </w:p>
    <w:p>
      <w:pPr>
        <w:jc w:val="right"/>
      </w:pPr>
      <w:r>
        <w:t>اب سوال یہ تھا: جب پوری نسل آدم گنہگار ہو گئی، تو اب کیسے اس کو گناہ سے دھویا جائے؟ اس کو کیسے جنت کے غالب بنایا جائے؟</w:t>
      </w:r>
    </w:p>
    <w:p>
      <w:r>
        <w:rPr>
          <w:b/>
        </w:rPr>
        <w:t xml:space="preserve">[29:47] </w:t>
      </w:r>
      <w:r>
        <w:t>to Allah ne apne</w:t>
      </w:r>
    </w:p>
    <w:p>
      <w:pPr>
        <w:jc w:val="right"/>
      </w:pPr>
      <w:r>
        <w:t>تو اللہ نے اپنے</w:t>
      </w:r>
    </w:p>
    <w:p>
      <w:r>
        <w:rPr>
          <w:b/>
        </w:rPr>
        <w:t xml:space="preserve">[29:52] </w:t>
      </w:r>
      <w:r>
        <w:t>apne</w:t>
      </w:r>
    </w:p>
    <w:p>
      <w:pPr>
        <w:jc w:val="right"/>
      </w:pPr>
      <w:r>
        <w:t>اپنے</w:t>
      </w:r>
    </w:p>
    <w:p>
      <w:r>
        <w:rPr>
          <w:b/>
        </w:rPr>
        <w:t xml:space="preserve">[29:55] </w:t>
      </w:r>
      <w:r>
        <w:t>un ke aqeeday ke mutabiq apne bete ko bheja ke woh soli par charhe. aur soli par charh kar ke woh sari isaiyat ke gunah ko dhoya jaye.</w:t>
      </w:r>
    </w:p>
    <w:p>
      <w:pPr>
        <w:jc w:val="right"/>
      </w:pPr>
      <w:r>
        <w:t>ان کے عقیدے کے مطابق اپنے بیٹے کو بھیجا کہ وہ سولی پر چڑھے۔ اور سولی پر چڑھ کر کے وہ ساری عیسائیت کے گناہ کو دھو دے۔</w:t>
      </w:r>
    </w:p>
    <w:p>
      <w:r>
        <w:rPr>
          <w:b/>
        </w:rPr>
        <w:t xml:space="preserve">[30:08] </w:t>
      </w:r>
      <w:r>
        <w:t>to un ka jo aqeedah hai, jis ko kehte hain "atonement". "atonement" ka matlab yeh hai ke aap ki nijat is par munhasir hai ke aap Khuda ki is scheme par aqeedah rakhein.</w:t>
      </w:r>
    </w:p>
    <w:p>
      <w:pPr>
        <w:jc w:val="right"/>
      </w:pPr>
      <w:r>
        <w:t>تو ان کا جو عقیدہ ہے، جس کو کہتے ہیں "اٹونمنٹ"۔ "اٹونمنٹ" کا مطلب یہ ہے کہ آپ کی نجات اس پر منحصر ہے کہ آپ خدا کی اس اسکیم پر عقیدہ رکھیں۔</w:t>
      </w:r>
    </w:p>
    <w:p>
      <w:r>
        <w:rPr>
          <w:b/>
        </w:rPr>
        <w:t xml:space="preserve">[30:19] </w:t>
      </w:r>
      <w:r>
        <w:t>yani aap is ko maanein ke Allah ne apne bete ko, ab is ko maanein ke Adam ki ghalti se poori isaiyat mujrim ho gayi.</w:t>
      </w:r>
    </w:p>
    <w:p>
      <w:pPr>
        <w:jc w:val="right"/>
      </w:pPr>
      <w:r>
        <w:t>یعنی آپ اس کو مانیں کہ اللہ نے اپنے بیٹے کو، اب اس کو مانیں کہ آدم کی غلطی سے پوری عیسائیت مجرم ہو گئی۔</w:t>
      </w:r>
    </w:p>
    <w:p>
      <w:r>
        <w:rPr>
          <w:b/>
        </w:rPr>
        <w:t xml:space="preserve">[30:29] </w:t>
      </w:r>
      <w:r>
        <w:t>phir Adam ke phir Allah ne apne bete ko bheja aur us ki qurbani se sab ka gunah dhal gaya. yeh aqeedah. is aqeeday ko maan liya aap ne to aap ko nijat ho jayegi.</w:t>
      </w:r>
    </w:p>
    <w:p>
      <w:pPr>
        <w:jc w:val="right"/>
      </w:pPr>
      <w:r>
        <w:t>پھر آدم کے پھر اللہ نے اپنے بیٹے کو بھیجا اور اس کی قربانی سے سب کا گناہ دھل گیا۔ یہ عقیدہ۔ اس عقیدے کو مان لیا آپ نے تو آپ کو نجات ہو جائے گی۔</w:t>
      </w:r>
    </w:p>
    <w:p>
      <w:r>
        <w:rPr>
          <w:b/>
        </w:rPr>
        <w:t xml:space="preserve">[30:42] </w:t>
      </w:r>
      <w:r>
        <w:t>ab kaisi ajeeb o ghareeb baat hai yeh.</w:t>
      </w:r>
    </w:p>
    <w:p>
      <w:pPr>
        <w:jc w:val="right"/>
      </w:pPr>
      <w:r>
        <w:t>اب کیسی عجیب و غریب بات ہے یہ۔</w:t>
      </w:r>
    </w:p>
    <w:p>
      <w:r>
        <w:rPr>
          <w:b/>
        </w:rPr>
        <w:t xml:space="preserve">[30:47] </w:t>
      </w:r>
      <w:r>
        <w:t>yani bilkul aql se aql se se mawara baat hai ke ke gunah koi kare aur saza kisi ko di jaye.</w:t>
      </w:r>
    </w:p>
    <w:p>
      <w:pPr>
        <w:jc w:val="right"/>
      </w:pPr>
      <w:r>
        <w:t>یعنی بالکل عقل سے عقل سے سے ماوراء بات ہے کہ کہ گناہ کوئی کرے اور سزا کسی کو دی جائے۔</w:t>
      </w:r>
    </w:p>
    <w:p>
      <w:r>
        <w:rPr>
          <w:b/>
        </w:rPr>
        <w:t xml:space="preserve">[30:58] </w:t>
      </w:r>
      <w:r>
        <w:t>aur gunah to ek fard ka gunah hota hai. gunah inherit, inherit yani woh wirasi nahi hota. hereditary nahi hota gunah.</w:t>
      </w:r>
    </w:p>
    <w:p>
      <w:pPr>
        <w:jc w:val="right"/>
      </w:pPr>
      <w:r>
        <w:t>اور گناہ تو ایک فرد کا گناہ ہوتا ہے۔ گناہ انہیریٹ، انہیریٹ یعنی وہ وراثتی نہیں ہوتا۔ ہیریٹری نہیں ہوتا گناہ۔</w:t>
      </w:r>
    </w:p>
    <w:p>
      <w:r>
        <w:rPr>
          <w:b/>
        </w:rPr>
        <w:t xml:space="preserve">[31:09] </w:t>
      </w:r>
      <w:r>
        <w:t>yeh apne aap mein bohat ajeeb o ghareeb baat hai ke gunah jo hai hereditary ho, wirasi ho. jis shakhs se gunah hua hai, us ke liye hai woh.</w:t>
      </w:r>
    </w:p>
    <w:p>
      <w:pPr>
        <w:jc w:val="right"/>
      </w:pPr>
      <w:r>
        <w:t>یہ اپنے آپ میں بہت عجیب و غریب بات ہے کہ گناہ جو ہے ہیریٹری ہو، وراثتی ہو۔ جس شخص سے گناہ ہوا ہے، اس کے لیے ہے وہ۔</w:t>
      </w:r>
    </w:p>
    <w:p>
      <w:r>
        <w:rPr>
          <w:b/>
        </w:rPr>
        <w:t xml:space="preserve">[31:18] </w:t>
      </w:r>
      <w:r>
        <w:t>aur us ne toba kiya to maaf ho gaya, wohi baat khatm ho gayi. jab Adam ne toba kar liya to baat khatm ho gayi. to lekin unhon ne yeh aqeedah banaya.</w:t>
      </w:r>
    </w:p>
    <w:p>
      <w:pPr>
        <w:jc w:val="right"/>
      </w:pPr>
      <w:r>
        <w:t>اور اس نے توبہ کیا تو معاف ہو گیا، وہی بات ختم ہو گئی۔ جب آدم نے توبہ کر لیا تو بات ختم ہو گئی۔ تو لیکن انہوں نے یہ عقیدہ بنایا۔</w:t>
      </w:r>
    </w:p>
    <w:p>
      <w:r>
        <w:rPr>
          <w:b/>
        </w:rPr>
        <w:t xml:space="preserve">[31:30] </w:t>
      </w:r>
      <w:r>
        <w:t>yeh kya tha? human interpretation. yeh kahin tha nahi Hazrat Masih ki taleem mein. yeh tha human interpretation ka.</w:t>
      </w:r>
    </w:p>
    <w:p>
      <w:pPr>
        <w:jc w:val="right"/>
      </w:pPr>
      <w:r>
        <w:t>یہ کیا تھا؟ ہیومن انٹرپریشن۔ یہ کہیں تھا نہیں حضرت مسیح کی تعلیم میں۔ یہ تھا ہیومن انٹرپریشن کا۔</w:t>
      </w:r>
    </w:p>
    <w:p>
      <w:r>
        <w:rPr>
          <w:b/>
        </w:rPr>
        <w:t xml:space="preserve">[31:40] </w:t>
      </w:r>
      <w:r>
        <w:t>ka nateejay mein yeh aaya wahan. Aisay hi yahan jo taslees ka nazariya hai, three in one, one in three.</w:t>
      </w:r>
    </w:p>
    <w:p>
      <w:pPr>
        <w:jc w:val="right"/>
      </w:pPr>
      <w:r>
        <w:t>کا نتیجے میں یہ آیا وہاں۔ ایسے ہی یہاں جو تثلیث کا نظریہ ہے، تھری ان ون، ون ان تھری۔</w:t>
      </w:r>
    </w:p>
    <w:p>
      <w:r>
        <w:rPr>
          <w:b/>
        </w:rPr>
        <w:t xml:space="preserve">[31:49] </w:t>
      </w:r>
      <w:r>
        <w:t>Taslees, Trinity. To Trinity bhi Hazrat Masih ne taleem nahi di thi is ki. Aaj bhi Bible mein kahin aap nahi paayenge.</w:t>
      </w:r>
    </w:p>
    <w:p>
      <w:pPr>
        <w:jc w:val="right"/>
      </w:pPr>
      <w:r>
        <w:t>تثلیث، ٹرینیٹی۔ تو ٹرینیٹی بھی حضرت مسیح نے تعلیم نہیں دی تھی اس کی۔ آج بھی بائبل میں کہیں آپ نہیں پائیں گے۔</w:t>
      </w:r>
    </w:p>
    <w:p>
      <w:r>
        <w:rPr>
          <w:b/>
        </w:rPr>
        <w:t xml:space="preserve">[32:01] </w:t>
      </w:r>
      <w:r>
        <w:t>Is is nazariye ko. Yeh kya hai? Yeh tha yani jo ancient philosophers thay Greece mein, Greek philosophers,</w:t>
      </w:r>
    </w:p>
    <w:p>
      <w:pPr>
        <w:jc w:val="right"/>
      </w:pPr>
      <w:r>
        <w:t>اس اس نظریے کو۔ یہ کیا ہے؟ یہ تھا یعنی جو اینشین فلاسفرز تھے گریس میں، گریک فلاسفرز،</w:t>
      </w:r>
    </w:p>
    <w:p>
      <w:r>
        <w:rPr>
          <w:b/>
        </w:rPr>
        <w:t xml:space="preserve">[32:15] </w:t>
      </w:r>
      <w:r>
        <w:t>woh reality ko three dimensional maantay thay. Three dimensional. To is ki is ka imitation tha yeh.</w:t>
      </w:r>
    </w:p>
    <w:p>
      <w:pPr>
        <w:jc w:val="right"/>
      </w:pPr>
      <w:r>
        <w:t>وہ ریلیٹی کو تھری ڈائمنشنل مانتے تھے۔ تھری ڈائمنشنل۔ تو اس کی اس کا ایمیٹیشن تھا یہ۔</w:t>
      </w:r>
    </w:p>
    <w:p>
      <w:r>
        <w:rPr>
          <w:b/>
        </w:rPr>
        <w:t xml:space="preserve">[32:26] </w:t>
      </w:r>
      <w:r>
        <w:t>Quran mein hai ke "Yudhahoon qaul al-ladheena kafaroo". Yani woh doosron ke qaul ki imitation karte hain.</w:t>
      </w:r>
    </w:p>
    <w:p>
      <w:pPr>
        <w:jc w:val="right"/>
      </w:pPr>
      <w:r>
        <w:t>قرآن میں ہے کہ "یضاحون قول الذین کفرو"۔ یعنی وہ دوسروں کے قول کی ایمیٹیٹ کرتے ہیں۔</w:t>
      </w:r>
    </w:p>
    <w:p>
      <w:r>
        <w:rPr>
          <w:b/>
        </w:rPr>
        <w:t xml:space="preserve">[32:39] </w:t>
      </w:r>
      <w:r>
        <w:t>Mudhahat ke maani hain imitation karna. To yeh is tarah ka jo aqeedah aaya, woh imitation ke zariye aaya. Yani doosron ke baaton ko imitation karna, un ki taqleed karna.</w:t>
      </w:r>
    </w:p>
    <w:p>
      <w:pPr>
        <w:jc w:val="right"/>
      </w:pPr>
      <w:r>
        <w:t>مضاحات کے معنی ہیں ایمیٹیٹ کرنا۔ تو یہ اس طرح کا جو عقیدہ آیا، وہ ایمیٹیشن کے ذریعے آیا۔ یعنی دوسروں کے باتوں کو ایمیٹیٹ کرنا، ان کی تقلید کرنا۔</w:t>
      </w:r>
    </w:p>
    <w:p>
      <w:r>
        <w:rPr>
          <w:b/>
        </w:rPr>
        <w:t xml:space="preserve">[32:54] </w:t>
      </w:r>
      <w:r>
        <w:t>To is ko main kahunga misinterpretation. Human human interpretation. To Khuda ka jo asal deen tha, us mein insaan ne apni taabeer o tashreeh ke zariye se tabdeeli ki.</w:t>
      </w:r>
    </w:p>
    <w:p>
      <w:pPr>
        <w:jc w:val="right"/>
      </w:pPr>
      <w:r>
        <w:t>تو اس کو میں کہوں گا مس انٹرپریشن۔ ہیومن ہیومن انٹرپریشن۔ تو خدا کا جو اصل دین تھا، اس میں انسان نے اپنی تعبیر و تشریح کے ذریعے سے تبدیلی کی۔</w:t>
      </w:r>
    </w:p>
    <w:p>
      <w:r>
        <w:rPr>
          <w:b/>
        </w:rPr>
        <w:t xml:space="preserve">[33:10] </w:t>
      </w:r>
      <w:r>
        <w:t>Aur baat ko muqaddas ban kar ke wohi raaj ho gaya. Ab jo hai woh human interpretation jo hai, woh muqaddas ban kar wohi wohi asal mazhab ban gaya hai.</w:t>
      </w:r>
    </w:p>
    <w:p>
      <w:pPr>
        <w:jc w:val="right"/>
      </w:pPr>
      <w:r>
        <w:t>اور بات کو مقدس بن کر کے وہی راج ہو گیا۔ اب جو ہے وہ ہیومن انٹرپریشن جو ہے، وہ مقدس بن کر وہی وہی اصل مذہب بن گیا ہے۔</w:t>
      </w:r>
    </w:p>
    <w:p>
      <w:r>
        <w:rPr>
          <w:b/>
        </w:rPr>
        <w:t xml:space="preserve">[33:22] </w:t>
      </w:r>
      <w:r>
        <w:t>Ab wohi asal mazhab hai.</w:t>
      </w:r>
    </w:p>
    <w:p>
      <w:pPr>
        <w:jc w:val="right"/>
      </w:pPr>
      <w:r>
        <w:t>اب وہی اصل مذہب ہے۔</w:t>
      </w:r>
    </w:p>
    <w:p>
      <w:r>
        <w:rPr>
          <w:b/>
        </w:rPr>
        <w:t xml:space="preserve">[33:26] </w:t>
      </w:r>
      <w:r>
        <w:t>To Yahudiyat mein yeh aaya tha ke Yahudi giroh jo hai, woh khaas giroh hai. Aur har aadmi nasal, har Yahudi nasal mein jo aadmi paida ho jaye, us ki nijaat hai.</w:t>
      </w:r>
    </w:p>
    <w:p>
      <w:pPr>
        <w:jc w:val="right"/>
      </w:pPr>
      <w:r>
        <w:t>تو یہودیت میں یہ آیا تھا کہ یہودی گروہ جو ہے، وہ خاص گروہ ہے۔ اور ہر آدمی نسل، ہر یہودی نسل میں جو آدمی پیدا ہو جائے، اس کی نجات ہے۔</w:t>
      </w:r>
    </w:p>
    <w:p>
      <w:r>
        <w:rPr>
          <w:b/>
        </w:rPr>
        <w:t xml:space="preserve">[33:43] </w:t>
      </w:r>
      <w:r>
        <w:t>Aur yahan par yeh aqeedah bana Masihiyat mein ke Hazrat Masih ke yani yani un ke nazdeek yeh hai ke Masih ko ruswai kiye gaye.</w:t>
      </w:r>
    </w:p>
    <w:p>
      <w:pPr>
        <w:jc w:val="right"/>
      </w:pPr>
      <w:r>
        <w:t>اور یہاں پر یہ عقیدہ بنا مسیحیت میں کہ حضرت مسیح کے یعنی یعنی ان کے نزدیک یہ ہے کہ مسیح کو رسوائی کیے گئے۔</w:t>
      </w:r>
    </w:p>
    <w:p>
      <w:r>
        <w:rPr>
          <w:b/>
        </w:rPr>
        <w:t xml:space="preserve">[33:53] </w:t>
      </w:r>
      <w:r>
        <w:t>Hum nahi maantay is ko, hum galat samajhtay hain is ko. Hum Masih ko ruswai nahi kiye gaye. "Barfah Allah" Quran Majeed mein hai. Lekin un ke nazdeek yeh hai ke jo cross paai ho kar ke woh insaanon ke jurm ka kaffara ban gaye.</w:t>
      </w:r>
    </w:p>
    <w:p>
      <w:pPr>
        <w:jc w:val="right"/>
      </w:pPr>
      <w:r>
        <w:t>ہم نہیں مانتے اس کو، ہم غلط سمجھتے ہیں اس کو۔ ہم مسیح کو رسوائی نہیں کیے گئے۔ "برفاہ اللہ" قرآن مجید میں ہے۔ لیکن ان کے نزدیک یہ ہے کہ جو کرسپائی ہو کر کے وہ انسانوں کے جرم کا کفارہ بن گئے۔</w:t>
      </w:r>
    </w:p>
    <w:p>
      <w:r>
        <w:rPr>
          <w:b/>
        </w:rPr>
        <w:t xml:space="preserve">[34:15] </w:t>
      </w:r>
      <w:r>
        <w:t>Is aqeeday ko un ko woh log "atonement" kehtay hain. Yeh sab hai insani taabeer, human interpretation.</w:t>
      </w:r>
    </w:p>
    <w:p>
      <w:pPr>
        <w:jc w:val="right"/>
      </w:pPr>
      <w:r>
        <w:t>اس عقیدے کو ان کو وہ لوگ "اٹونمنٹ" کہتے ہیں۔ یہ سب ہے انسانی تعبیر، ہیومن انٹرپریشن۔</w:t>
      </w:r>
    </w:p>
    <w:p>
      <w:r>
        <w:rPr>
          <w:b/>
        </w:rPr>
        <w:t xml:space="preserve">[34:28] </w:t>
      </w:r>
      <w:r>
        <w:t>Yeh hua paanch mazhabi maamla. Yani Zoroastrianism, Buddhism, Hinduism, Judaism aur Christianity. Sab mein human interpretation ki wajah se baat kuch se kuch ho gayi.</w:t>
      </w:r>
    </w:p>
    <w:p>
      <w:pPr>
        <w:jc w:val="right"/>
      </w:pPr>
      <w:r>
        <w:t>یہ ہوا پانچ مذاہبی معاملہ۔ یعنی زراسٹریزم، بدھزم، ہندوازم، جڈائزم اور کرسچینٹی۔ سب میں ہیومن انٹرپریشن کی وجہ سے بات کچھ سے کچھ ہو گئی۔</w:t>
      </w:r>
    </w:p>
    <w:p>
      <w:r>
        <w:rPr>
          <w:b/>
        </w:rPr>
        <w:t xml:space="preserve">[34:44] </w:t>
      </w:r>
      <w:r>
        <w:t>Jo Allah Ta'ala ne jo taleem di thi, woh taleem badal kar kuch se kuch ho gayi. Ab muqaddas ho kar woh mazhab bani hui hai.</w:t>
      </w:r>
    </w:p>
    <w:p>
      <w:pPr>
        <w:jc w:val="right"/>
      </w:pPr>
      <w:r>
        <w:t>جو اللہ تعالیٰ نے جو تعلیم دی تھی، وہ تعلیم بدل کر کچھ سے کچھ ہو گئی۔ اب مقدس ہو کر وہ مذہب بنی ہوئی ہے۔</w:t>
      </w:r>
    </w:p>
    <w:p>
      <w:r>
        <w:rPr>
          <w:b/>
        </w:rPr>
        <w:t xml:space="preserve">[34:53] </w:t>
      </w:r>
      <w:r>
        <w:t>Log is ko bila soch samjhay maantay hain. Ab lije Islam ko.</w:t>
      </w:r>
    </w:p>
    <w:p>
      <w:pPr>
        <w:jc w:val="right"/>
      </w:pPr>
      <w:r>
        <w:t>لوگ اس کو بلا سوچ سمجھے مانتے ہیں۔ اب لیجیے اسلام کو۔</w:t>
      </w:r>
    </w:p>
    <w:p>
      <w:r>
        <w:rPr>
          <w:b/>
        </w:rPr>
        <w:t xml:space="preserve">[35:05] </w:t>
      </w:r>
      <w:r>
        <w:t>Yeh bohat ajeeb baat hai ke Quran mein yeh aaya hai, aaya tha ke yeh deen mehfooz rahega.</w:t>
      </w:r>
    </w:p>
    <w:p>
      <w:pPr>
        <w:jc w:val="right"/>
      </w:pPr>
      <w:r>
        <w:t>یہ بہت عجیب بات ہے کہ قرآن میں یہ آیا ہے، آیا تھا کہ یہ دین محفوظ رہے گا۔</w:t>
      </w:r>
    </w:p>
    <w:p>
      <w:r>
        <w:rPr>
          <w:b/>
        </w:rPr>
        <w:t xml:space="preserve">[35:14] </w:t>
      </w:r>
      <w:r>
        <w:t>"Nahnu nazzalna al-dhikra wa inna lahu lahafizoon". Yani pichlay dino se mukhtalif maamla hoga is deen ka.</w:t>
      </w:r>
    </w:p>
    <w:p>
      <w:pPr>
        <w:jc w:val="right"/>
      </w:pPr>
      <w:r>
        <w:t>"نحن نزلنا الذکر وانا له الحافظون"۔ یعنی پچھلے دنوں سے مختلف معاملہ ہوگا اس دین کا۔</w:t>
      </w:r>
    </w:p>
    <w:p>
      <w:r>
        <w:rPr>
          <w:b/>
        </w:rPr>
        <w:t xml:space="preserve">[35:27] </w:t>
      </w:r>
      <w:r>
        <w:t>Jo Paighambar Islam par aaya. Ke Allah khud is ki hifazat ki zimmedari le li Allah ne. Chunancha yeh jo ailaan kiya gaya tha Quran Majeed mein ke yeh deen mehfooz rahega,</w:t>
      </w:r>
    </w:p>
    <w:p>
      <w:pPr>
        <w:jc w:val="right"/>
      </w:pPr>
      <w:r>
        <w:t>جو پیغمبر اسلام پر آیا۔ کہ اللہ خود اس کی حفاظت کی ذمہ داری لے لی اللہ نے۔ چنانچہ یہ جو اعلان کیا گیا تھا قرآن مجید میں کہ یہ دین محفوظ رہے گا،</w:t>
      </w:r>
    </w:p>
    <w:p>
      <w:r>
        <w:rPr>
          <w:b/>
        </w:rPr>
        <w:t xml:space="preserve">[35:41] </w:t>
      </w:r>
      <w:r>
        <w:t>To aaj bhi woh mukammal taur par mehfooz hai. Islam ki hesiyat exceptionally preserved religion ki hai.</w:t>
      </w:r>
    </w:p>
    <w:p>
      <w:pPr>
        <w:jc w:val="right"/>
      </w:pPr>
      <w:r>
        <w:t>تو آج بھی وہ مکمل طور پر محفوظ ہے۔ اسلام کی حیثیت ایکسیپشنلی پریزرو ریلیجن کی ہے۔</w:t>
      </w:r>
    </w:p>
    <w:p>
      <w:r>
        <w:rPr>
          <w:b/>
        </w:rPr>
        <w:t xml:space="preserve">[35:54] </w:t>
      </w:r>
      <w:r>
        <w:t>Yahi is ka mabain imtiaz hai. Dekhiye, aap mein aik baat yeh arz kar doon ke hamaray muqarririn aur muhaqiqeen jo hain, Islam ko hum mabain imtiaz jo batatay hain,</w:t>
      </w:r>
    </w:p>
    <w:p>
      <w:pPr>
        <w:jc w:val="right"/>
      </w:pPr>
      <w:r>
        <w:t>یہی اس کا مابین امتیاز ہے۔ دیکھیے، آپ میں ایک بات یہ عرض کر دوں کہ ہمارے مقررین اور محررین جو ہیں، اسلام کو ہم مابین امتیاز جو بتاتے ہیں،</w:t>
      </w:r>
    </w:p>
    <w:p>
      <w:r>
        <w:rPr>
          <w:b/>
        </w:rPr>
        <w:t xml:space="preserve">[36:09] </w:t>
      </w:r>
      <w:r>
        <w:t>Woh bilkul khud saakhta hota hai. Ke Islam aik superior religion hai, Islam mukammal religion hai, Islam afzal mazhab hai, yeh sab galat hai.</w:t>
      </w:r>
    </w:p>
    <w:p>
      <w:pPr>
        <w:jc w:val="right"/>
      </w:pPr>
      <w:r>
        <w:t>وہ بالکل خود ساختہ ہوتا ہے۔ کہ اسلام ایک سپیریر ریلیجن ہے، اسلام مکمل ریلیجن ہے، اسلام افضل مذہب ہے، یہ سب غلط ہے۔</w:t>
      </w:r>
    </w:p>
    <w:p>
      <w:r>
        <w:rPr>
          <w:b/>
        </w:rPr>
        <w:t xml:space="preserve">[36:21] </w:t>
      </w:r>
      <w:r>
        <w:t>Galat is maani mein ke Quran aur Hadees mein baat yeh nahi hai. Kahin bhi Quran aur Hadees mein yeh baat nahi hai ke Islam superior religion hai.</w:t>
      </w:r>
    </w:p>
    <w:p>
      <w:pPr>
        <w:jc w:val="right"/>
      </w:pPr>
      <w:r>
        <w:t>غلط اس معنی میں کہ قرآن اور حدیث میں بات یہ نہیں ہے۔ کہیں بھی قرآن اور حدیث میں یہ بات نہیں ہے کہ اسلام سپیریر ریلیجن ہے۔</w:t>
      </w:r>
    </w:p>
    <w:p>
      <w:r>
        <w:rPr>
          <w:b/>
        </w:rPr>
        <w:t xml:space="preserve">[36:30] </w:t>
      </w:r>
      <w:r>
        <w:t>Yeh to kahin hai hi nahi. Jo baat kahi gayi woh hai ke Islam mehfooz religion hai. Yani preserved religion. Yahi baat Quran mein hai, yahi hamein maanna hai.</w:t>
      </w:r>
    </w:p>
    <w:p>
      <w:pPr>
        <w:jc w:val="right"/>
      </w:pPr>
      <w:r>
        <w:t>یہ تو کہیں ہے ہی نہیں۔ جو بات کہی گئی وہ ہے کہ اسلام محفوظ ریلیجن ہے۔ یعنی پریزرو ریلیجن۔ یہی بات قرآن میں ہے، یہی ہمیں ماننا ہے۔</w:t>
      </w:r>
    </w:p>
    <w:p>
      <w:r>
        <w:rPr>
          <w:b/>
        </w:rPr>
        <w:t xml:space="preserve">[36:43] </w:t>
      </w:r>
      <w:r>
        <w:t>Woh to khud saakhta hai. Ab sochne ki baat yeh hai ke jab Allah ne muqaddar kar diya tha ke Islam mehfooz rahe,</w:t>
      </w:r>
    </w:p>
    <w:p>
      <w:pPr>
        <w:jc w:val="right"/>
      </w:pPr>
      <w:r>
        <w:t>وہ تو خود ساختہ ہے۔ اب سوچنے کی بات یہ ہے کہ جب اللہ نے مقدر کر دیا تھا کہ اسلام محفوظ رہے،</w:t>
      </w:r>
    </w:p>
    <w:p>
      <w:r>
        <w:rPr>
          <w:b/>
        </w:rPr>
        <w:t xml:space="preserve">[36:57] </w:t>
      </w:r>
      <w:r>
        <w:t>islam mein koi tabdeeli na aaye, phir bohat si peshangoiyaan kyon rasool Allah ne keen ke tum log badal daaloge deen ko?</w:t>
      </w:r>
    </w:p>
    <w:p>
      <w:pPr>
        <w:jc w:val="right"/>
      </w:pPr>
      <w:r>
        <w:t>اسلام میں کوئی تبدیلی نہ آئے، پھر بہت سی پیشنگوئیاں کیوں رسول اللہ نے کیں کہ تم لوگ بدل ڈالو گے دین کو؟</w:t>
      </w:r>
    </w:p>
    <w:p>
      <w:r>
        <w:rPr>
          <w:b/>
        </w:rPr>
        <w:t xml:space="preserve">[37:07] </w:t>
      </w:r>
      <w:r>
        <w:t>yeh kyon hai? bohat kaafi hadith is mein riwayatein aayi hain</w:t>
      </w:r>
    </w:p>
    <w:p>
      <w:pPr>
        <w:jc w:val="right"/>
      </w:pPr>
      <w:r>
        <w:t>یہ کیوں ہے؟ بہت کافی حدیث اس میں روایتیں آئی ہیں</w:t>
      </w:r>
    </w:p>
    <w:p>
      <w:r>
        <w:rPr>
          <w:b/>
        </w:rPr>
        <w:t xml:space="preserve">[37:19] </w:t>
      </w:r>
      <w:r>
        <w:t>ke tum wohi karoge jo pichhli ummaton ne kiya.</w:t>
      </w:r>
    </w:p>
    <w:p>
      <w:pPr>
        <w:jc w:val="right"/>
      </w:pPr>
      <w:r>
        <w:t>کہ تم وہی کرو گے جو پچھلی امتوں نے کیا۔</w:t>
      </w:r>
    </w:p>
    <w:p>
      <w:r>
        <w:rPr>
          <w:b/>
        </w:rPr>
        <w:t xml:space="preserve">[37:28] </w:t>
      </w:r>
      <w:r>
        <w:t>yeh bohat ajeeb baat hai, is se sochne ki baat hai.</w:t>
      </w:r>
    </w:p>
    <w:p>
      <w:pPr>
        <w:jc w:val="right"/>
      </w:pPr>
      <w:r>
        <w:t>یہ بہت عجیب بات ہے، اس سے سوچنے کی بات ہے۔</w:t>
      </w:r>
    </w:p>
    <w:p>
      <w:r>
        <w:rPr>
          <w:b/>
        </w:rPr>
        <w:t xml:space="preserve">[37:35] </w:t>
      </w:r>
      <w:r>
        <w:t>ke wohi sab tum karoge jo pichhli ummaton ne kiya.</w:t>
      </w:r>
    </w:p>
    <w:p>
      <w:pPr>
        <w:jc w:val="right"/>
      </w:pPr>
      <w:r>
        <w:t>کہ وہی سب تم کرو گے جو پچھلی امتوں نے کیا۔</w:t>
      </w:r>
    </w:p>
    <w:p>
      <w:r>
        <w:rPr>
          <w:b/>
        </w:rPr>
        <w:t xml:space="preserve">[37:43] </w:t>
      </w:r>
      <w:r>
        <w:t>yeh aisi hadithien bohat si hain, woh sahih hadithien hain, aap padh sakte hain un ki kitabon mein.</w:t>
      </w:r>
    </w:p>
    <w:p>
      <w:pPr>
        <w:jc w:val="right"/>
      </w:pPr>
      <w:r>
        <w:t>یہ ایسی حدیثیں بہت سی ہیں، وہ صحیح حدیثیں ہیں، آپ پڑھ سکتے ہیں ان کی کتابوں میں۔</w:t>
      </w:r>
    </w:p>
    <w:p>
      <w:r>
        <w:rPr>
          <w:b/>
        </w:rPr>
        <w:t xml:space="preserve">[37:56] </w:t>
      </w:r>
      <w:r>
        <w:t>to aisa kyon hai?</w:t>
      </w:r>
    </w:p>
    <w:p>
      <w:pPr>
        <w:jc w:val="right"/>
      </w:pPr>
      <w:r>
        <w:t>تو ایسا کیوں ہے؟</w:t>
      </w:r>
    </w:p>
    <w:p>
      <w:r>
        <w:rPr>
          <w:b/>
        </w:rPr>
        <w:t xml:space="preserve">[38:01] </w:t>
      </w:r>
      <w:r>
        <w:t>aisa kyon hai? ke rasool Allah ne jab ek taraf yeh tha ke yeh deen mehfooz rahega, phir rasool Allah ne kaha ke wohi sab, yahi is mein mazhab bhi aa jayega jo yahood o nasara ka aaya.</w:t>
      </w:r>
    </w:p>
    <w:p>
      <w:pPr>
        <w:jc w:val="right"/>
      </w:pPr>
      <w:r>
        <w:t>ایسا کیوں ہے؟ کہ رسول اللہ نے جب ایک طرف یہ تھا کہ یہ دین محفوظ رہے گا، پھر رسول اللہ نے کہا کہ وہی سب، یہی اس میں مذہب بھی آ جائے گا جو یہود و نصاریٰ کا آیا۔</w:t>
      </w:r>
    </w:p>
    <w:p>
      <w:r>
        <w:rPr>
          <w:b/>
        </w:rPr>
        <w:t xml:space="preserve">[38:17] </w:t>
      </w:r>
      <w:r>
        <w:t>woh woh sab yahan bhi aa jayega.</w:t>
      </w:r>
    </w:p>
    <w:p>
      <w:pPr>
        <w:jc w:val="right"/>
      </w:pPr>
      <w:r>
        <w:t>وہ وہ سب یہاں بھی آ جائے گا۔</w:t>
      </w:r>
    </w:p>
    <w:p>
      <w:r>
        <w:rPr>
          <w:b/>
        </w:rPr>
        <w:t xml:space="preserve">[38:23] </w:t>
      </w:r>
      <w:r>
        <w:t>yahan tak ke hadith mein hai ke yaani islam ki soorat hi badal daalenge log, islam ko pehchanna hi mushkil ho jayega, islam hai kya? yeh sab hadithien maujood hain.</w:t>
      </w:r>
    </w:p>
    <w:p>
      <w:pPr>
        <w:jc w:val="right"/>
      </w:pPr>
      <w:r>
        <w:t>یہاں تک کہ حدیث میں ہے کہ یعنی اسلام کی صورت ہی بدل ڈالیں گے لوگ، اسلام کو پہچاننا ہی مشکل ہو جائے گا، اسلام ہے کیا؟ یہ سب حدیثیں موجود ہیں۔</w:t>
      </w:r>
    </w:p>
    <w:p>
      <w:r>
        <w:rPr>
          <w:b/>
        </w:rPr>
        <w:t xml:space="preserve">[38:43] </w:t>
      </w:r>
      <w:r>
        <w:t>to kyon aisa hai? yeh is liye hai ke agarchay musalman is par qadir na honge ke woh text ko badalen.</w:t>
      </w:r>
    </w:p>
    <w:p>
      <w:pPr>
        <w:jc w:val="right"/>
      </w:pPr>
      <w:r>
        <w:t>تو کیوں ایسا ہے؟ یہ اس لیے ہے کہ اگرچہ مسلمان اس پر قادر نہ ہوں گے کہ وہ ٹیکسٹ کو بدلیں۔</w:t>
      </w:r>
    </w:p>
    <w:p>
      <w:r>
        <w:rPr>
          <w:b/>
        </w:rPr>
        <w:t xml:space="preserve">[38:56] </w:t>
      </w:r>
      <w:r>
        <w:t>pehlay dekhiye, ek hua ke text badal gaya. khud text hi mehfooz nahi raha. ab kisi pichhlay mazhab ka text mehfooz nahi hai.</w:t>
      </w:r>
    </w:p>
    <w:p>
      <w:pPr>
        <w:jc w:val="right"/>
      </w:pPr>
      <w:r>
        <w:t>پہلے دیکھیے، ایک ہوا کہ ٹیکسٹ بدل گیا۔ خود ٹیکسٹ ہی محفوظ نہیں رہا۔ اب کسی پچھلے مذہب کا ٹیکسٹ محفوظ نہیں ہے۔</w:t>
      </w:r>
    </w:p>
    <w:p>
      <w:r>
        <w:rPr>
          <w:b/>
        </w:rPr>
        <w:t xml:space="preserve">[39:10] </w:t>
      </w:r>
      <w:r>
        <w:t>to is ka matlab yeh hai</w:t>
      </w:r>
    </w:p>
    <w:p>
      <w:pPr>
        <w:jc w:val="right"/>
      </w:pPr>
      <w:r>
        <w:t>تو اس کا مطلب یہ ہے</w:t>
      </w:r>
    </w:p>
    <w:p>
      <w:r>
        <w:rPr>
          <w:b/>
        </w:rPr>
        <w:t xml:space="preserve">[39:19] </w:t>
      </w:r>
      <w:r>
        <w:t>ke text jo hai quran ka, yaani matan, woh to poori tarah mehfooz rahega. lekin hashiye mein aur tafseer mein aur tashreeh mein tum sari baatein shamil kar doge.</w:t>
      </w:r>
    </w:p>
    <w:p>
      <w:pPr>
        <w:jc w:val="right"/>
      </w:pPr>
      <w:r>
        <w:t>کہ ٹیکسٹ جو ہے قرآن کا، یعنی متن، وہ تو پوری طرح محفوظ رہے گا۔ لیکن حاشیے میں اور تفسیر میں اور تشریح میں تم ساری باتیں شامل کر دو گے۔</w:t>
      </w:r>
    </w:p>
    <w:p>
      <w:r>
        <w:rPr>
          <w:b/>
        </w:rPr>
        <w:t xml:space="preserve">[39:33] </w:t>
      </w:r>
      <w:r>
        <w:t>yaani matan to nahi badal paoge lekin hashiye badal badal daaloge. yeh matlab hai is ka.</w:t>
      </w:r>
    </w:p>
    <w:p>
      <w:pPr>
        <w:jc w:val="right"/>
      </w:pPr>
      <w:r>
        <w:t>یعنی متن تو نہیں بدل پاؤ گے لیکن حاشیے بدل بدل ڈالو گے۔ یہ مطلب ہے اس کا۔</w:t>
      </w:r>
    </w:p>
    <w:p>
      <w:r>
        <w:rPr>
          <w:b/>
        </w:rPr>
        <w:t xml:space="preserve">[39:44] </w:t>
      </w:r>
      <w:r>
        <w:t>yeh kitni zyada bari warning thi jo rasool Allah sallallahu alaihi wasallam ne di thi. lekin ajeeb baat hai ke woh sab poori hui.</w:t>
      </w:r>
    </w:p>
    <w:p>
      <w:pPr>
        <w:jc w:val="right"/>
      </w:pPr>
      <w:r>
        <w:t>یہ کتنی زیادہ بڑی وارننگ تھی جو رسول اللہ صلی اللہ علیہ وسلم نے دی تھی۔ لیکن عجیب بات ہے کہ وہ سب پوری ہوئی۔</w:t>
      </w:r>
    </w:p>
    <w:p>
      <w:r>
        <w:rPr>
          <w:b/>
        </w:rPr>
        <w:t xml:space="preserve">[39:52] </w:t>
      </w:r>
      <w:r>
        <w:t>woh sari baat jo bator warningen theen, woh peshangoi ban gayi.</w:t>
      </w:r>
    </w:p>
    <w:p>
      <w:pPr>
        <w:jc w:val="right"/>
      </w:pPr>
      <w:r>
        <w:t>وہ ساری بات جو بطور وارننگیں تھیں، وہ پیشنگوئی بن گئی۔</w:t>
      </w:r>
    </w:p>
    <w:p>
      <w:r>
        <w:rPr>
          <w:b/>
        </w:rPr>
        <w:t xml:space="preserve">[40:04] </w:t>
      </w:r>
      <w:r>
        <w:t>ke aap ne farmaya tha ke latatba'un sunan man kan qablakum shibran bishibrin wa dhira'an bidhira'in hatta law dakhaloo johra thabbin ladakhaltumooh tum zaroor pairvi karoge pichhli ummaton ki.</w:t>
      </w:r>
    </w:p>
    <w:p>
      <w:pPr>
        <w:jc w:val="right"/>
      </w:pPr>
      <w:r>
        <w:t>کہ آپ نے فرمایا تھا کہ لتتبعون سنن من کان قبلکم شبر بشبر وذرام بذرائن حتیٰ لو دخلو جہر ذب لدخلتمہ تم ضرور پیروی کرو گے پچھلی امتوں کی۔</w:t>
      </w:r>
    </w:p>
    <w:p>
      <w:r>
        <w:rPr>
          <w:b/>
        </w:rPr>
        <w:t xml:space="preserve">[40:29] </w:t>
      </w:r>
      <w:r>
        <w:t>tum zaroor pairvi karoge pichhli ummaton ki. qadam qadam ba qadam chaloge un ke. yahan tak ke agar woh kisi goh ke bil mein ghusay hain to wahan bhi tum ghus jaoge.</w:t>
      </w:r>
    </w:p>
    <w:p>
      <w:pPr>
        <w:jc w:val="right"/>
      </w:pPr>
      <w:r>
        <w:t>تم ضرور پیروی کرو گے پچھلی امتوں کی۔ قدم قدم بقدم چلو گے ان کے۔ یہاں تک کہ اگر وہ کسی گو کے بل میں گھسے ہیں تو وہاں بھی تم گھس جاؤ گے۔</w:t>
      </w:r>
    </w:p>
    <w:p>
      <w:r>
        <w:rPr>
          <w:b/>
        </w:rPr>
        <w:t xml:space="preserve">[40:45] </w:t>
      </w:r>
      <w:r>
        <w:t>yeh sab aap ne farmaya tha bator warning, lekin woh peshangoi ban gaya.</w:t>
      </w:r>
    </w:p>
    <w:p>
      <w:pPr>
        <w:jc w:val="right"/>
      </w:pPr>
      <w:r>
        <w:t>یہ سب آپ نے فرمایا تھا بطور وارننگ، لیکن وہ پیشنگوئی بن گیا۔</w:t>
      </w:r>
    </w:p>
    <w:p>
      <w:r>
        <w:rPr>
          <w:b/>
        </w:rPr>
        <w:t xml:space="preserve">[40:54] </w:t>
      </w:r>
      <w:r>
        <w:t>misal ke oopar dekhiye, yeh jo aqeedah tha yahood ka ke nijat yahood ke liye bilkul nahi, nahi tay shuda hai.</w:t>
      </w:r>
    </w:p>
    <w:p>
      <w:pPr>
        <w:jc w:val="right"/>
      </w:pPr>
      <w:r>
        <w:t>مثال کے اوپر دیکھیے، یہ جو عقیدہ تھا یہود کا کہ نجات یہود کے لیے بالکل نہیں، نہیں طے شدہ ہے۔</w:t>
      </w:r>
    </w:p>
    <w:p>
      <w:r>
        <w:rPr>
          <w:b/>
        </w:rPr>
        <w:t xml:space="preserve">[41:09] </w:t>
      </w:r>
      <w:r>
        <w:t>yeh yeh muqaddar hai ke har yahoodi jo hai woh jannat mein jaye. theek wohi musalmanon mein aa gaya. aaj ka musalman isi tarah se paidaaishi nijat ko apna aqeedah banai hui hai, jis tarah se yahoodi banai hui hain.</w:t>
      </w:r>
    </w:p>
    <w:p>
      <w:pPr>
        <w:jc w:val="right"/>
      </w:pPr>
      <w:r>
        <w:t>یہ یہ مقدر ہے کہ ہر یہودی جو ہے وہ جنت میں جائے۔ ٹھیک وہی مسلمانوں میں آ گیا۔ آج کا مسلمان اسی طرح سے پائیدہ ایشی نجات کو کو اپنا عقیدہ بنائی ہوئی ہے، جس طرح سے یہودی بنائی ہوئی ہیں۔</w:t>
      </w:r>
    </w:p>
    <w:p>
      <w:r>
        <w:rPr>
          <w:b/>
        </w:rPr>
        <w:t xml:space="preserve">[41:30] </w:t>
      </w:r>
      <w:r>
        <w:t>yahoodiyon ka tasawwur tha ke yahoodi chosen people hain, yahan musalmanon se mulk hum khair ul umam hain. wohi baat, theek wohi baat.</w:t>
      </w:r>
    </w:p>
    <w:p>
      <w:pPr>
        <w:jc w:val="right"/>
      </w:pPr>
      <w:r>
        <w:t>یہودیوں کا تصور تھا کہ یہودی چوزن پیپل ہیں، یہاں مسلمانوں سے ملک ہم خیر الامم ہیں۔ وہی بات، ٹھیک وہی بات۔</w:t>
      </w:r>
    </w:p>
    <w:p>
      <w:r>
        <w:rPr>
          <w:b/>
        </w:rPr>
        <w:t xml:space="preserve">[41:43] </w:t>
      </w:r>
      <w:r>
        <w:t>yahan tak ke ajeeb o ghareeb qism ki riwayatein farzi mauzu musalmanon mein phaili hui hain ke jab qayamat aayegi, hashar ka maidan qayam hoga to rasool Allah aa kar gate par kharay ho jayenge, jannat ke gate par kharay ho jayenge.</w:t>
      </w:r>
    </w:p>
    <w:p>
      <w:pPr>
        <w:jc w:val="right"/>
      </w:pPr>
      <w:r>
        <w:t>یہاں تک کہ عجیب و غریب قسم کی روایتیں فرضی موضوع مسلمانوں میں پھیلی ہوئی ہیں کہ جب قیامت آئے گی، حشر کا میدان قائم ہوگا تو رسول اللہ آ کر گیٹ پر کھڑے ہو جائیں گے، جنت کے گیٹ پر کھڑے ہو جائیں گے۔</w:t>
      </w:r>
    </w:p>
    <w:p>
      <w:r>
        <w:rPr>
          <w:b/>
        </w:rPr>
        <w:t xml:space="preserve">[42:02] </w:t>
      </w:r>
      <w:r>
        <w:t>aap ke hath mein ek asaa hoga aur farishton ko maar ke bhaga denge aur kahenge: "meri ummat walon ki chalo, aao, aao sab log</w:t>
      </w:r>
    </w:p>
    <w:p>
      <w:pPr>
        <w:jc w:val="right"/>
      </w:pPr>
      <w:r>
        <w:t>آپ کے ہاتھ میں ایک عصا ہوگا اور فرشتوں کو مار کے بھگا دیں گے اور کہیں گے: "میری امت والوں کی چلو، آؤ، آؤ سب لوگ</w:t>
      </w:r>
    </w:p>
    <w:p>
      <w:r>
        <w:rPr>
          <w:b/>
        </w:rPr>
        <w:t xml:space="preserve">[42:11] </w:t>
      </w:r>
      <w:r>
        <w:t>!" to sari ummat ke afraad ko jannat mein dakhil kar denge.</w:t>
      </w:r>
    </w:p>
    <w:p>
      <w:pPr>
        <w:jc w:val="right"/>
      </w:pPr>
      <w:r>
        <w:t>!" تو ساری امت کے افراد کو جنت میں داخل کر دیں گے۔</w:t>
      </w:r>
    </w:p>
    <w:p>
      <w:r>
        <w:rPr>
          <w:b/>
        </w:rPr>
        <w:t xml:space="preserve">[42:18] </w:t>
      </w:r>
      <w:r>
        <w:t>kya wahan par nauzubillah, nauzubillah, nauzubillah, wahan koi koh waqe ho jayega? koh? kaisi ajeeb baat thi yeh?</w:t>
      </w:r>
    </w:p>
    <w:p>
      <w:pPr>
        <w:jc w:val="right"/>
      </w:pPr>
      <w:r>
        <w:t>کیا وہاں پر نعوذ باللہ، نعوذ باللہ، نعوذ باللہ، وہاں کوئی کوہ واقع ہو جائے گا؟ کوہ؟ کیسی عجیب بات تھی یہ؟</w:t>
      </w:r>
    </w:p>
    <w:p>
      <w:r>
        <w:rPr>
          <w:b/>
        </w:rPr>
        <w:t xml:space="preserve">[42:30] </w:t>
      </w:r>
      <w:r>
        <w:t>yeh bilkul lagw hai, khurafat hai, be asal hai, be asal hai. quran mein dekhiye, bohat hi wazeh tor par kaha gaya hai:</w:t>
      </w:r>
    </w:p>
    <w:p>
      <w:pPr>
        <w:jc w:val="right"/>
      </w:pPr>
      <w:r>
        <w:t>یہ بالکل لغو ہے، خرافات ہے، بے اصل ہے، بے اصل ہے۔ قرآن میں دیکھیے، بہت ہی واضح طور پر کہا گیا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