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Science (In Conversation with Maulana)</w:t>
      </w:r>
    </w:p>
    <w:p>
      <w:r>
        <w:t>https://www.youtube.com/watch?v=pKS94tSXlT4</w:t>
      </w:r>
    </w:p>
    <w:p>
      <w:r>
        <w:rPr>
          <w:b/>
        </w:rPr>
        <w:t xml:space="preserve">[00:10] </w:t>
      </w:r>
      <w:r>
        <w:t>aaya hai muzaffar nagar se mister adnan zamiri ka? unhon ne likha hai: "I want to ask that Quran mentions seven skies and science rejects it.</w:t>
      </w:r>
    </w:p>
    <w:p>
      <w:pPr>
        <w:jc w:val="right"/>
      </w:pPr>
      <w:r>
        <w:t>آیا ہے مظفر نگر سے مسٹر عدنان ضمیری کا؟ انہوں نے لکھا ہے: "I want to ask that Quran mentions seven skies and science rejects it.</w:t>
      </w:r>
    </w:p>
    <w:p>
      <w:r>
        <w:rPr>
          <w:b/>
        </w:rPr>
        <w:t xml:space="preserve">[00:24] </w:t>
      </w:r>
      <w:r>
        <w:t>Is there a scientific error in the Quran? Please comment."</w:t>
      </w:r>
    </w:p>
    <w:p>
      <w:pPr>
        <w:jc w:val="right"/>
      </w:pPr>
      <w:r>
        <w:t>Is there a scientific error in the Quran? Please comment."</w:t>
      </w:r>
    </w:p>
    <w:p>
      <w:r>
        <w:rPr>
          <w:b/>
        </w:rPr>
        <w:t xml:space="preserve">[00:29] </w:t>
      </w:r>
      <w:r>
        <w:t>dekhen, yeh baat galat hai ke science reject karti hai. yeh ke ek science khamosh hai. koi science aisi nahi hai jo is ko—science ne is ko na to yani mana hai na reject kiya hai.</w:t>
      </w:r>
    </w:p>
    <w:p>
      <w:pPr>
        <w:jc w:val="right"/>
      </w:pPr>
      <w:r>
        <w:t>دیکھیں، یہ بات غلط ہے کہ سائنس ریجیکٹ کرتی ہے۔ یہ کہ ایک سائنس خاموش ہے۔ کوئی سائنس ایسی نہیں ہے جو اس کو—سائنس نے اس کو نہ تو یعنی مانا ہے نہ ریجیکٹ کیا ہے۔</w:t>
      </w:r>
    </w:p>
    <w:p>
      <w:r>
        <w:rPr>
          <w:b/>
        </w:rPr>
        <w:t xml:space="preserve">[00:43] </w:t>
      </w:r>
      <w:r>
        <w:t>is hawalay se science khamosh hai. to abhi to science, aap jante hain ke khud science ki discoveries jo hain woh kehti hain ke universe ka jo mass hai, m a double s,</w:t>
      </w:r>
    </w:p>
    <w:p>
      <w:pPr>
        <w:jc w:val="right"/>
      </w:pPr>
      <w:r>
        <w:t>اس حوالے سے سائنس خاموش ہے۔ تو ابھی تو سائنس، آپ جانتے ہیں کہ خود سائنس کی ڈسکوریز جو ہیں وہ کہتی ہیں کہ یونیورس کا جو ماس ہے، ایم اے ڈبل ایس،</w:t>
      </w:r>
    </w:p>
    <w:p>
      <w:r>
        <w:rPr>
          <w:b/>
        </w:rPr>
        <w:t xml:space="preserve">[00:59] </w:t>
      </w:r>
      <w:r>
        <w:t>is ka 95% hissa aisa hai jo abhi hum be khabar hain. dark matters mushkil se 5% ke baray mein kuch juzwi maloomat hui hain.</w:t>
      </w:r>
    </w:p>
    <w:p>
      <w:pPr>
        <w:jc w:val="right"/>
      </w:pPr>
      <w:r>
        <w:t>اس کا 95% حصہ ایسا ہے جو ابھی ہم بے خبر ہیں۔ ڈارک میٹرز مشکل سے 5% کے بارے میں کچھ جزوی معلومات ہوئی ہیں۔</w:t>
      </w:r>
    </w:p>
    <w:p>
      <w:r>
        <w:rPr>
          <w:b/>
        </w:rPr>
        <w:t xml:space="preserve">[01:15] </w:t>
      </w:r>
      <w:r>
        <w:t>woh bhi ek scientist ki zuban mein: "We are knowing more and more about less and less." to yeh galat kehna hai, yeh baat galat hai kehna ke science is ko inkar karti hai.</w:t>
      </w:r>
    </w:p>
    <w:p>
      <w:pPr>
        <w:jc w:val="right"/>
      </w:pPr>
      <w:r>
        <w:t>وہ بھی ایک سائنسٹسٹ کی زبان میں: "We are knowing more and more about less and less." تو یہ غلط کہنا ہے، یہ بات غلط ہے کہنا کہ سائنس اس کو انکار کرتی ہے۔</w:t>
      </w:r>
    </w:p>
    <w:p>
      <w:r>
        <w:rPr>
          <w:b/>
        </w:rPr>
        <w:t xml:space="preserve">[01:29] </w:t>
      </w:r>
      <w:r>
        <w:t>yeh ke ek science khamosh hai. to abhi to kitni baaten maloom hona baqi hain aur qayamat aanay se aa jayegi aur phir bhi baaten namaloom hi rahengi.</w:t>
      </w:r>
    </w:p>
    <w:p>
      <w:pPr>
        <w:jc w:val="right"/>
      </w:pPr>
      <w:r>
        <w:t>یہ کہ ایک سائنس خاموش ہے۔ تو ابھی تو کتنی باتیں معلوم ہونا باقی ہیں اور قیامت آنے سے آ جائے گی اور پھر بھی باتیں نامعلوم ہی رہیں گی۔</w:t>
      </w:r>
    </w:p>
    <w:p>
      <w:r>
        <w:rPr>
          <w:b/>
        </w:rPr>
        <w:t xml:space="preserve">[01:42] </w:t>
      </w:r>
      <w:r>
        <w:t>kyun ke jab 95% jo hai dark matter, jis ko kehte hain log, halankay dark nahi hai, woh bohat bright hai, woh to woh to hamari kisi taqatwar telescope ki dayre mein bhi nahi aata.</w:t>
      </w:r>
    </w:p>
    <w:p>
      <w:pPr>
        <w:jc w:val="right"/>
      </w:pPr>
      <w:r>
        <w:t>کیونکہ جب 95% جو ہے ڈارک میٹر، جس کو کہتے ہیں لوگ، حالانکہ ڈارک نہیں ہے، وہ بہت برائٹ ہے، وہ تو وہ تو ہماری کسی طاقتور ٹیلیسکوپ کی دائرے میں بھی نہیں آتا۔</w:t>
      </w:r>
    </w:p>
    <w:p>
      <w:r>
        <w:rPr>
          <w:b/>
        </w:rPr>
        <w:t xml:space="preserve">[02:02] </w:t>
      </w:r>
      <w:r>
        <w:t>to kisi cheez ko abhi ab yani hum nahi keh sakte ke ke science ne jo kuch jana hai woh bohat hi ek ek ek fraction ko jana hai universe ke.</w:t>
      </w:r>
    </w:p>
    <w:p>
      <w:pPr>
        <w:jc w:val="right"/>
      </w:pPr>
      <w:r>
        <w:t>تو کسی چیز کو ابھی اب یعنی ہم نہیں کہہ سکتے کہ کہ سائنس نے جو کچھ جانا ہے وہ بہت ہی ایک ایک ایک فریکشن کو جانا ہے یونیورس کے۔</w:t>
      </w:r>
    </w:p>
    <w:p>
      <w:r>
        <w:rPr>
          <w:b/>
        </w:rPr>
        <w:t xml:space="preserve">[02:16] </w:t>
      </w:r>
      <w:r>
        <w:t>to abhi bohat qabl az waqt yeh baat hai. hum yeh mante hain ke ayenda jab haqiqaten khulengi to yeh baat insan ko maloom ho jayegi.</w:t>
      </w:r>
    </w:p>
    <w:p>
      <w:pPr>
        <w:jc w:val="right"/>
      </w:pPr>
      <w:r>
        <w:t>تو ابھی بہت قبل از وقت یہ بات ہے۔ ہم یہ مانتے ہیں کہ آئندہ جب حقیقتیں کھلیں گی تو یہ بات انسان کو معلوم ہو جائے گی۔</w:t>
      </w:r>
    </w:p>
    <w:p>
      <w:r>
        <w:rPr>
          <w:b/>
        </w:rPr>
        <w:t xml:space="preserve">[02:30] </w:t>
      </w:r>
      <w:r>
        <w:t>jaise misaal ke tor par fi zulmatin salah aata hai quran majeed mein ke bachcha jo hota hai maa ke pait mein to teen tahon mein hota hai.</w:t>
      </w:r>
    </w:p>
    <w:p>
      <w:pPr>
        <w:jc w:val="right"/>
      </w:pPr>
      <w:r>
        <w:t>جیسے مثال کے طور پر فی ذوالماتن صلاۃ آتا ہے قرآن مجید میں کہ بچہ جو ہوتا ہے ماں کے پیٹ میں تو تین تہوں میں ہوتا ہے۔</w:t>
      </w:r>
    </w:p>
    <w:p>
      <w:r>
        <w:rPr>
          <w:b/>
        </w:rPr>
        <w:t xml:space="preserve">[02:41] </w:t>
      </w:r>
      <w:r>
        <w:t>fi zulmatin salah to qadeem zamane mein koi insan janta nahi tha ke teen parde mein hota hai woh. kuch bhi nahi khabar thi kisi ko.</w:t>
      </w:r>
    </w:p>
    <w:p>
      <w:pPr>
        <w:jc w:val="right"/>
      </w:pPr>
      <w:r>
        <w:t>فی ذوالماتن صلاۃ تو قدیم زمانے میں کوئی انسان جانتا نہیں تھا کہ تین پردے میں ہوتا ہے وہ۔ کچھ بھی نہیں خبر تھی کسی کو۔</w:t>
      </w:r>
    </w:p>
    <w:p>
      <w:r>
        <w:rPr>
          <w:b/>
        </w:rPr>
        <w:t xml:space="preserve">[02:51] </w:t>
      </w:r>
      <w:r>
        <w:t>ab woh cheez modern medical science jo hai batati hai ke haan yeh sahi hai baat. to abhi intezar kijiye, abhi koi statement mat dijiye.</w:t>
      </w:r>
    </w:p>
    <w:p>
      <w:pPr>
        <w:jc w:val="right"/>
      </w:pPr>
      <w:r>
        <w:t>اب وہ چیز ماڈرن میڈیکل سائنس جو ہے بتاتی ہے کہ ہاں یہ صحیح ہے بات۔ تو ابھی انتظار کیجیے، ابھی کوئی سٹیٹمنٹ مت دیجیے۔</w:t>
      </w:r>
    </w:p>
    <w:p>
      <w:r>
        <w:rPr>
          <w:b/>
        </w:rPr>
        <w:t xml:space="preserve">[03:05] </w:t>
      </w:r>
      <w:r>
        <w:t>maulana, un ka ek aur sawal hai. unhon ne likha hai ke "America is a new discovered world." haan, "America is a new discovered world when Islam emerged.</w:t>
      </w:r>
    </w:p>
    <w:p>
      <w:pPr>
        <w:jc w:val="right"/>
      </w:pPr>
      <w:r>
        <w:t>مولانا، ان کا ایک اور سوال ہے۔ انہوں نے لکھا ہے کہ "America is a new discovered world." ہاں، "America is a new discovered world when Islam emerged.</w:t>
      </w:r>
    </w:p>
    <w:p>
      <w:r>
        <w:rPr>
          <w:b/>
        </w:rPr>
        <w:t xml:space="preserve">[03:16] </w:t>
      </w:r>
      <w:r>
        <w:t>America was unknown. Islamic daawa could not reach there. Islam was unknown to Americans. Will they be responsible while they were not introduced of Islam?</w:t>
      </w:r>
    </w:p>
    <w:p>
      <w:pPr>
        <w:jc w:val="right"/>
      </w:pPr>
      <w:r>
        <w:t>America was unknown. Islamic دعویٰ could not reach there. Islam was unknown to Americans. Will they be responsible while they were not introduced of Islam?</w:t>
      </w:r>
    </w:p>
    <w:p>
      <w:r>
        <w:rPr>
          <w:b/>
        </w:rPr>
        <w:t xml:space="preserve">[03:30] </w:t>
      </w:r>
      <w:r>
        <w:t>And was Islam not a universal religion at that time?"</w:t>
      </w:r>
    </w:p>
    <w:p>
      <w:pPr>
        <w:jc w:val="right"/>
      </w:pPr>
      <w:r>
        <w:t>And was Islam not a universal religion at that time?"</w:t>
      </w:r>
    </w:p>
    <w:p>
      <w:r>
        <w:rPr>
          <w:b/>
        </w:rPr>
        <w:t xml:space="preserve">[03:36] </w:t>
      </w:r>
      <w:r>
        <w:t>apni zimmedari ko kyun nahi aap yaad karte ke america discovered hoga to aap pahunchaiye sachai ko? yeh ajeeb o ghareeb baat hai musalmanon mein ke apni zimmedari to unhein yaad nahi aati aur doosri baaten ajeeb o ghareeb qism ki un ke zehn mein aa jati hain.</w:t>
      </w:r>
    </w:p>
    <w:p>
      <w:pPr>
        <w:jc w:val="right"/>
      </w:pPr>
      <w:r>
        <w:t>اپنی ذمہ داری کو کیوں نہیں آپ یاد کرتے کہ امریکہ ڈسکورڈ ہوگا تو آپ پہنچائیے سچائی کو؟ یہ عجیب و غریب بات ہے مسلمانوں میں کہ اپنی ذمہ داری تو انہیں یاد نہیں آتی اور دوسری باتیں عجیب و غریب قسم کی ان کے ذہن میں آ جاتی ہیں۔</w:t>
      </w:r>
    </w:p>
    <w:p>
      <w:r>
        <w:rPr>
          <w:b/>
        </w:rPr>
        <w:t xml:space="preserve">[03:53] </w:t>
      </w:r>
      <w:r>
        <w:t>aaj jis zamane mein aap hain, is zamane mein yani sab kuch maloom ho chuka hai, communication aa chuka hai to aap aap aap ke andar yeh tadap kyun nahi paida hoti?</w:t>
      </w:r>
    </w:p>
    <w:p>
      <w:pPr>
        <w:jc w:val="right"/>
      </w:pPr>
      <w:r>
        <w:t>آج جس زمانے میں آپ ہیں، اس زمانے میں یعنی سب کچھ معلوم ہو چکا ہے، کمیونیکیشن آ چکا ہے تو آپ آپ آپ کے اندر یہ تڑپ کیوں نہیں پیدا ہوتی؟</w:t>
      </w:r>
    </w:p>
    <w:p>
      <w:r>
        <w:rPr>
          <w:b/>
        </w:rPr>
        <w:t xml:space="preserve">[04:03] </w:t>
      </w:r>
      <w:r>
        <w:t>yeh tadap ke america ko aur sari duniya ko bataen islam? ajeeb o ghareeb qism ka sawal kaha jata hai. main hairaan hota hoon musalmanon mein. ajeeb o ghareeb qism ka sawal aata hai un ke dimagh mein lekin apni duty jo hai, apni zimmedari jo hai,</w:t>
      </w:r>
    </w:p>
    <w:p>
      <w:pPr>
        <w:jc w:val="right"/>
      </w:pPr>
      <w:r>
        <w:t>یہ تڑپ کہ امریکہ کو اور ساری دنیا کو بتائیں اسلام؟ عجیب و غریب قسم کا سوال کہا جاتا ہے۔ میں حیران ہوتا ہوں مسلمانوں میں۔ عجیب و غریب قسم کا سوال آتا ہے ان کے دماغ میں لیکن اپنی ڈیوٹی جو ہے، اپنی ذمہ داری جو ہے،</w:t>
      </w:r>
    </w:p>
    <w:p>
      <w:r>
        <w:rPr>
          <w:b/>
        </w:rPr>
        <w:t xml:space="preserve">[04:16] </w:t>
      </w:r>
      <w:r>
        <w:t>woh woh nahi soch paate woh.</w:t>
      </w:r>
    </w:p>
    <w:p>
      <w:pPr>
        <w:jc w:val="right"/>
      </w:pPr>
      <w:r>
        <w:t>وہ وہ نہیں سوچ پاتے وہ۔</w:t>
      </w:r>
    </w:p>
    <w:p>
      <w:r>
        <w:rPr>
          <w:b/>
        </w:rPr>
        <w:t xml:space="preserve">[04:21] </w:t>
      </w:r>
      <w:r>
        <w:t>aap aaj ki duniya mein hain to aaj age of communication hai. aap har jagah pahunchaiye, har jagah pahunchaiye, including america.</w:t>
      </w:r>
    </w:p>
    <w:p>
      <w:pPr>
        <w:jc w:val="right"/>
      </w:pPr>
      <w:r>
        <w:t>آپ آج کی دنیا میں ہیں تو آج ایج آف کمیونیکیشن ہے۔ آپ ہر جگہ پہنچائیے، ہر جگہ پہنچائیے، انکلوڈنگ امریکہ۔</w:t>
      </w:r>
    </w:p>
    <w:p>
      <w:r>
        <w:rPr>
          <w:b/>
        </w:rPr>
        <w:t xml:space="preserve">[04:33] </w:t>
      </w:r>
      <w:r>
        <w:t>apni dutyon ki yaad kijiye, apni zimmedariyon ko poora kijiye.</w:t>
      </w:r>
    </w:p>
    <w:p>
      <w:pPr>
        <w:jc w:val="right"/>
      </w:pPr>
      <w:r>
        <w:t>اپنی ڈیوٹیوں کی یاد کیجیے، اپنی ذمہ داریوں کو پورا کیجیے۔</w:t>
      </w:r>
    </w:p>
    <w:p>
      <w:r>
        <w:rPr>
          <w:b/>
        </w:rPr>
        <w:t xml:space="preserve">[04:39] </w:t>
      </w:r>
      <w:r>
        <w:t>maulana, agla sawal karachi pakistan se mister abdul latif ka aya hai. unhon ne likha hai: "marne ke baad jab har insan apne aakhri anjam jannat ya jahannum mein pahunch jata hai to phir qayamat ke din hisab o kitab ke baad insan ka jannat ya jahannum mein dakhil kiye jaane ka kya matlab hai؟"</w:t>
      </w:r>
    </w:p>
    <w:p>
      <w:pPr>
        <w:jc w:val="right"/>
      </w:pPr>
      <w:r>
        <w:t>مولانا، اگلا سوال کراچی پاکستان سے مسٹر عبداللطیف کا آیا ہے۔ انہوں نے لکھا ہے: "مرنے کے بعد جب ہر انسان اپنے آخری انجام جنت یا جہنم میں پہنچ جاتا ہے تو پھر قیامت کے دن حساب و کتاب کے بعد انسان کا جنت یا جہنم میں داخل کیے جانے کا کیا مطلب ہے؟"</w:t>
      </w:r>
    </w:p>
    <w:p>
      <w:r>
        <w:rPr>
          <w:b/>
        </w:rPr>
        <w:t xml:space="preserve">[05:02] </w:t>
      </w:r>
      <w:r>
        <w:t>dekhen, yeh baat aisi nahin hai ke hum—yeh asal yeh hai ke hum time space, time and space ke darmiyan jeete hain aur jo bayan time space hai, uska hum koi tasawwur kaam nahin kar sakte.</w:t>
      </w:r>
    </w:p>
    <w:p>
      <w:pPr>
        <w:jc w:val="right"/>
      </w:pPr>
      <w:r>
        <w:t>دیکھیں، یہ بات ایسی نہیں ہے کہ ہم—یہ اصل یہ ہے کہ ہم ٹائم اسپیس، ٹائم اینڈ اسپیس کے درمیان جیتے ہیں اور جو بیان ٹائم اسپیس ہے، اس کا ہم کوئی تصور کام نہیں کر سکتے۔</w:t>
      </w:r>
    </w:p>
    <w:p>
      <w:r>
        <w:rPr>
          <w:b/>
        </w:rPr>
        <w:t xml:space="preserve">[05:20] </w:t>
      </w:r>
      <w:r>
        <w:t>yeh sab yani relative baaten hain. to abhi hum is ko samajh nahin sakte ke kis tarike se wahan ka time aur wahan ka space ka kya nawiyat hogi.</w:t>
      </w:r>
    </w:p>
    <w:p>
      <w:pPr>
        <w:jc w:val="right"/>
      </w:pPr>
      <w:r>
        <w:t>یہ سب یعنی ریلیٹو باتیں ہیں۔ تو ابھی ہم اس کو سمجھ نہیں سکتے کہ کس طریقے سے وہاں کا ٹائم اور وہاں کا اسپیس کا کیا نوعیت ہوگی۔</w:t>
      </w:r>
    </w:p>
    <w:p>
      <w:r>
        <w:rPr>
          <w:b/>
        </w:rPr>
        <w:t xml:space="preserve">[05:36] </w:t>
      </w:r>
      <w:r>
        <w:t>abhi hum sirf ijbāl ke sath hi is waqt aqeeda rakh sakte hain. samajhta hoon ke einstein ki jo theory of relativity hai, woh is ko understandable banati hai ke zamana aur makan jo hai, woh izafi hain.</w:t>
      </w:r>
    </w:p>
    <w:p>
      <w:pPr>
        <w:jc w:val="right"/>
      </w:pPr>
      <w:r>
        <w:t>ابھی ہم صرف اجبال کے ساتھ ہی اس وقت عقیدہ رکھ سکتے ہیں۔ سمجھتا ہوں کہ آئنسٹائن کی جو تھیوری آف ریلیٹیوٹی ہے، وہ اس کو انڈرسٹینڈ ایبل بناتی ہے کہ زمانہ اور مکاں جو ہے، وہ اضافی ہیں۔</w:t>
      </w:r>
    </w:p>
    <w:p>
      <w:r>
        <w:rPr>
          <w:b/>
        </w:rPr>
        <w:t xml:space="preserve">[05:50] </w:t>
      </w:r>
      <w:r>
        <w:t>hum samajhte hain ke zamana aur makan jo hai, jo riwayati zehn ke mutabiq samajhte hain ke ke zamana aur makan zamana maan naam hai, yeh lambi muddat ka makan makan naam hai, lambi jagah ka.</w:t>
      </w:r>
    </w:p>
    <w:p>
      <w:pPr>
        <w:jc w:val="right"/>
      </w:pPr>
      <w:r>
        <w:t>ہم سمجھتے ہیں کہ زمانہ اور مکاں جو ہے، جو روایتی ذہن کے مطابق سمجھتے ہیں کہ کہ زمانہ اور مکاں زمانہ ماں نام ہے، یہ لمبی مدت کا مکاں مکاں نام ہے، لمبی جگہ کا۔</w:t>
      </w:r>
    </w:p>
    <w:p>
      <w:r>
        <w:rPr>
          <w:b/>
        </w:rPr>
        <w:t xml:space="preserve">[06:09] </w:t>
      </w:r>
      <w:r>
        <w:t>to yeh tasawwur khatm kar diya hai is ne, is ki jo theory of relativity hai einstein ki. to is se mujmal taur par is baat ko hum mante hain ke ek aur duniya hai jahan zamana makan ka tasawwur jo ab hamare zehn mein hai, woh khatm ho jata hai.</w:t>
      </w:r>
    </w:p>
    <w:p>
      <w:pPr>
        <w:jc w:val="right"/>
      </w:pPr>
      <w:r>
        <w:t>تو یہ تصور ختم کر دیا ہے اس نے، اس کی جو تھیوری آف ریلیٹیوٹی ہے آئنسٹائن کی۔ تو اس سے مجمل طور پر اس بات کو ہم مانتے ہیں کہ ایک اور دنیا ہے جہاں زمانہ مکاں کا تصور جو اب ہمارے ذہن میں ہے، وہ ختم ہو جاتا ہے۔</w:t>
      </w:r>
    </w:p>
    <w:p>
      <w:r>
        <w:rPr>
          <w:b/>
        </w:rPr>
        <w:t xml:space="preserve">[06:29] </w:t>
      </w:r>
      <w:r>
        <w:t>to is ko hum aaj ke zehn ke sath samajh nahin sakte. is liye main yeh kahunga ke aap in cheezon mein zyada khoz mat kijiye aur mujmal taur par woh baat maan li jiye jo quran o hadith mein aayi hai.</w:t>
      </w:r>
    </w:p>
    <w:p>
      <w:pPr>
        <w:jc w:val="right"/>
      </w:pPr>
      <w:r>
        <w:t>تو اس کو ہم آج کے ذہن کے ساتھ سمجھ نہیں سکتے۔ اس لیے میں یہ کہوں گا کہ آپ ان چیزوں میں زیادہ خوض مت کیجیے اور مجمل طور پر وہ بات مان لیجیے جو قرآن و حدیث میں آئی ہے۔</w:t>
      </w:r>
    </w:p>
    <w:p>
      <w:r>
        <w:rPr>
          <w:b/>
        </w:rPr>
        <w:t xml:space="preserve">[06:43] </w:t>
      </w:r>
      <w:r>
        <w:t>mister naseerullah qureshi ka bangalore se sawal hai, maulana. unhon ne poocha hai ke wahi aur science mein kya farq hai? is ke bare mein bataen.</w:t>
      </w:r>
    </w:p>
    <w:p>
      <w:pPr>
        <w:jc w:val="right"/>
      </w:pPr>
      <w:r>
        <w:t>مسٹر نصیر اللہ قریشی کا بینگلور سے سوال ہے، مولانا۔ انہوں نے پوچھا ہے کہ وحی اور سائنس میں کیا فرق ہے؟ اس کے بارے میں بتائیں۔</w:t>
      </w:r>
    </w:p>
    <w:p>
      <w:r>
        <w:rPr>
          <w:b/>
        </w:rPr>
        <w:t xml:space="preserve">[06:53] </w:t>
      </w:r>
      <w:r>
        <w:t>kis mein? wahi aur science mein kya farq hai?</w:t>
      </w:r>
    </w:p>
    <w:p>
      <w:pPr>
        <w:jc w:val="right"/>
      </w:pPr>
      <w:r>
        <w:t>کس میں؟ وحی اور سائنس میں کیا فرق ہے؟</w:t>
      </w:r>
    </w:p>
    <w:p>
      <w:r>
        <w:rPr>
          <w:b/>
        </w:rPr>
        <w:t xml:space="preserve">[06:59] </w:t>
      </w:r>
      <w:r>
        <w:t>dekhen, science jo hai, woh un cheezon ke mutaliq ka naam hai. nature ka mutala is ko kehte hain science.</w:t>
      </w:r>
    </w:p>
    <w:p>
      <w:pPr>
        <w:jc w:val="right"/>
      </w:pPr>
      <w:r>
        <w:t>دیکھیں، سائنس جو ہے، وہ ان چیزوں کے متعلق کا نام ہے۔ نیچر کا مطالعہ اس کو کہتے ہیں سائنس۔</w:t>
      </w:r>
    </w:p>
    <w:p>
      <w:r>
        <w:rPr>
          <w:b/>
        </w:rPr>
        <w:t xml:space="preserve">[07:10] </w:t>
      </w:r>
      <w:r>
        <w:t>to jo cheezen hamare liye observable hon, jin ko hum nap saken, tol saken, dekh saken, is ke mutala karna yeh hai science ka maidan.</w:t>
      </w:r>
    </w:p>
    <w:p>
      <w:pPr>
        <w:jc w:val="right"/>
      </w:pPr>
      <w:r>
        <w:t>تو جو چیزیں ہمارے لیے آبزرویبل ہوں، جن کو ہم ناپ سکیں، تول سکیں، دیکھ سکیں، اس کے مطالعہ کرنا یہ ہے سائنس کا میدان۔</w:t>
      </w:r>
    </w:p>
    <w:p>
      <w:r>
        <w:rPr>
          <w:b/>
        </w:rPr>
        <w:t xml:space="preserve">[07:25] </w:t>
      </w:r>
      <w:r>
        <w:t>aur wahi jo hai, is ke mawara cheez hai. wahi woh cheez nahin hai jis ko aap dekh saken ya pakad saken. to ek hai tabiiyati daira, ek hai muawaz tabiiyati daira.</w:t>
      </w:r>
    </w:p>
    <w:p>
      <w:pPr>
        <w:jc w:val="right"/>
      </w:pPr>
      <w:r>
        <w:t>اور وحی جو ہے، اس کے ماوراء چیز ہے۔ وحی وہ چیز نہیں ہے جس کو آپ دیکھ سکیں یا پکڑ سکیں۔ تو ایک ہے طبیعیاتی دائرہ، ایک ہے معاوض طبیعیاتی دائرہ۔</w:t>
      </w:r>
    </w:p>
    <w:p>
      <w:r>
        <w:rPr>
          <w:b/>
        </w:rPr>
        <w:t xml:space="preserve">[07:40] </w:t>
      </w:r>
      <w:r>
        <w:t>to science ka mozu hai tabiiyati daira</w:t>
      </w:r>
    </w:p>
    <w:p>
      <w:pPr>
        <w:jc w:val="right"/>
      </w:pPr>
      <w:r>
        <w:t>تو سائنس کا موضوع ہے طبیعیاتی دائرہ</w:t>
      </w:r>
    </w:p>
    <w:p>
      <w:r>
        <w:rPr>
          <w:b/>
        </w:rPr>
        <w:t xml:space="preserve">[07:45] </w:t>
      </w:r>
      <w:r>
        <w:t>aur aur wahi ka mozu hai muawaz tabiiyati daira. to yeh dono ka maidan hi alag hai, is se koi nisbat nahin hai.</w:t>
      </w:r>
    </w:p>
    <w:p>
      <w:pPr>
        <w:jc w:val="right"/>
      </w:pPr>
      <w:r>
        <w:t>اور اور وحی کا موضوع ہے معاوض طبیعیاتی دائرہ۔ تو یہ دونوں کا میدان ہی الگ ہے، اس سے کوئی نسبت نہیں ہے۔</w:t>
      </w:r>
    </w:p>
    <w:p>
      <w:r>
        <w:rPr>
          <w:b/>
        </w:rPr>
        <w:t xml:space="preserve">[07:57] </w:t>
      </w:r>
      <w:r>
        <w:t>bilkul alag alag hai. yani natural aur super natural mein jo farq hai, wahi farq dono mein paya jata hai.</w:t>
      </w:r>
    </w:p>
    <w:p>
      <w:pPr>
        <w:jc w:val="right"/>
      </w:pPr>
      <w:r>
        <w:t>بالکل الگ الگ ہے۔ یعنی نیچرل اور سپر نیچرل میں جو فرق ہے، وہی فرق دونوں میں پایا جاتا ہے۔</w:t>
      </w:r>
    </w:p>
    <w:p>
      <w:r>
        <w:rPr>
          <w:b/>
        </w:rPr>
        <w:t xml:space="preserve">[08:08] </w:t>
      </w:r>
      <w:r>
        <w:t>maulana, agla sawal aya hai, unhon ne location nahin likhi hai. un ka naam hai mister ghaus muhammad sahib. unhon ne likha hai ke maulana sahib, "why do good people die early and bad live long?</w:t>
      </w:r>
    </w:p>
    <w:p>
      <w:pPr>
        <w:jc w:val="right"/>
      </w:pPr>
      <w:r>
        <w:t>مولانا، اگلا سوال آیا ہے، انہوں نے لوکیشن نہیں لکھی ہے۔ ان کا نام ہے مسٹر گوس محمد صاحب۔ انہوں نے لکھا ہے کہ مولانا صاحب، "وائی ڈو گڈ پیپل ڈائی ارلی اینڈ بیڈ لیو لانگ؟</w:t>
      </w:r>
    </w:p>
    <w:p>
      <w:r>
        <w:rPr>
          <w:b/>
        </w:rPr>
        <w:t xml:space="preserve">[08:22] </w:t>
      </w:r>
      <w:r>
        <w:t>why is this so</w:t>
      </w:r>
    </w:p>
    <w:p>
      <w:pPr>
        <w:jc w:val="right"/>
      </w:pPr>
      <w:r>
        <w:t>وائی از دس سو</w:t>
      </w:r>
    </w:p>
    <w:p>
      <w:r>
        <w:rPr>
          <w:b/>
        </w:rPr>
        <w:t xml:space="preserve">[08:23] </w:t>
      </w:r>
      <w:r>
        <w:t>?" yeh to hai nahin, kahan hai yeh? yeh to koi baat nahin hai. yeh kahan bhi? hum to nahin jante aisa. yeh to ek mufrada hai. aisa aisi kehte hain log, aise hi.</w:t>
      </w:r>
    </w:p>
    <w:p>
      <w:pPr>
        <w:jc w:val="right"/>
      </w:pPr>
      <w:r>
        <w:t>؟" یہ تو ہے نہیں، کہاں ہے یہ؟ یہ تو کوئی بات نہیں ہے۔ یہ کہاں بھی؟ ہم تو نہیں جانتے ایسا۔ یہ تو ایک مفروضہ ہے۔ ایسا ایسی کہتے ہیں لوگ، ایسے ہی۔</w:t>
      </w:r>
    </w:p>
    <w:p>
      <w:r>
        <w:rPr>
          <w:b/>
        </w:rPr>
        <w:t xml:space="preserve">[08:34] </w:t>
      </w:r>
      <w:r>
        <w:t>lekin aisa waqea to nahin hai. yeh to khilaf waqea baat hai. ek adha admi hai, asal mein logon ka mizaj hai ke generalize karna.</w:t>
      </w:r>
    </w:p>
    <w:p>
      <w:pPr>
        <w:jc w:val="right"/>
      </w:pPr>
      <w:r>
        <w:t>لیکن ایسا واقعہ تو نہیں ہے۔ یہ تو خلاف واقعہ بات ہے۔ ایک ادھ آدمی ہے، اصل میں لوگوں کا مزاج ہے کہ جنرلائز کرنا۔</w:t>
      </w:r>
    </w:p>
    <w:p>
      <w:r>
        <w:rPr>
          <w:b/>
        </w:rPr>
        <w:t xml:space="preserve">[08:46] </w:t>
      </w:r>
      <w:r>
        <w:t>ek admi agar mar gaya, farz kiye to us ko generalize karenge. dekho, bhai itna acha admi tha, jaldi mar gaya. bura admi ki lambi umar ho gayi to dekho, bhai itni lambi is ki umar hui.</w:t>
      </w:r>
    </w:p>
    <w:p>
      <w:pPr>
        <w:jc w:val="right"/>
      </w:pPr>
      <w:r>
        <w:t>ایک آدمی اگر مر گیا، فرض کیے تو اس کو جنرلائز کریں گے۔ دیکھو، بھئی اتنا اچھا آدمی تھا، جلدی مر گیا۔ برا آدمی کی لمبی عمر ہو گئی تو دیکھو، بھئی اتنی لمبی اس کی عمر ہوئی۔</w:t>
      </w:r>
    </w:p>
    <w:p>
      <w:r>
        <w:rPr>
          <w:b/>
        </w:rPr>
        <w:t xml:space="preserve">[08:57] </w:t>
      </w:r>
      <w:r>
        <w:t>it is severe generalization. aisi rah nahin banayi ja sakti. yani kaun sa survey aap ne kiya hai ke sari duniya mein jo achhe hain, wahi jaldi marte hain aur sari duniya bure hain, wahi der der marte hain?</w:t>
      </w:r>
    </w:p>
    <w:p>
      <w:pPr>
        <w:jc w:val="right"/>
      </w:pPr>
      <w:r>
        <w:t>اٹ از سیئر جنرلائزیشن۔ ایسی راہ نہیں بنائی جا سکتی۔ یعنی کون سا سروے آپ نے کیا ہے کہ ساری دنیا میں جو اچھے ہیں، وہی جلدی مرتے ہیں اور ساری دنیا برے ہیں، وہی دیر دیر مرتے ہیں؟</w:t>
      </w:r>
    </w:p>
    <w:p>
      <w:r>
        <w:rPr>
          <w:b/>
        </w:rPr>
        <w:t xml:space="preserve">[09:10] </w:t>
      </w:r>
      <w:r>
        <w:t>aisa to koi aisa koi survey nahin kiya gaya hai kabhi, na aisi koi aisa aisa koi woh hai.</w:t>
      </w:r>
    </w:p>
    <w:p>
      <w:pPr>
        <w:jc w:val="right"/>
      </w:pPr>
      <w:r>
        <w:t>ایسا تو کوئی ایسا کوئی سروے نہیں کیا گیا ہے کبھی، نہ ایسی کوئی ایسا ایسا کوئی وہ ہے۔</w:t>
      </w:r>
    </w:p>
    <w:p>
      <w:r>
        <w:rPr>
          <w:b/>
        </w:rPr>
        <w:t xml:space="preserve">[09:21] </w:t>
      </w:r>
      <w:r>
        <w:t>aisi koi nahin, koi ilm aisa nahin hai jo is tarah ki survey kar ke hum ko bata raha ho. yeh to ek kuch awam mein chali hui baaten hain.</w:t>
      </w:r>
    </w:p>
    <w:p>
      <w:pPr>
        <w:jc w:val="right"/>
      </w:pPr>
      <w:r>
        <w:t>ایسی کوئی نہیں، کوئی علم ایسا نہیں ہے جو اس طرح کی سروے کر کے ہم کو بتا رہا ہو۔ یہ تو ایک کچھ عوام میں چلی ہوئی باتیں ہیں۔</w:t>
      </w:r>
    </w:p>
    <w:p>
      <w:r>
        <w:rPr>
          <w:b/>
        </w:rPr>
        <w:t xml:space="preserve">[09:33] </w:t>
      </w:r>
      <w:r>
        <w:t>maulana, agla sawal gulbarga se aya hai, muhammad abdul gani sahib ka. unhon ne likha hai: "prophet ke companions ke liye jo reward allah ne rakha, kya woh hamare liye bhi applicable hai?"</w:t>
      </w:r>
    </w:p>
    <w:p>
      <w:pPr>
        <w:jc w:val="right"/>
      </w:pPr>
      <w:r>
        <w:t>مولانا، اگلا سوال گلبرگہ سے آیا ہے، محمد عبدالگانی صاحب کا۔ انہوں نے لکھا ہے: "پرافٹ کے کمپینینز کے لیے جو ریوارڈ اللہ نے رکھا، کیا وہ ہمارے لیے بھی ایپلیکیبل ہے؟"</w:t>
      </w:r>
    </w:p>
    <w:p>
      <w:r>
        <w:rPr>
          <w:b/>
        </w:rPr>
        <w:t xml:space="preserve">[09:51] </w:t>
      </w:r>
      <w:r>
        <w:t>haan, hazrat umar ne kaha hai: "mansura" yani sahaba ke bare mein. mansura wakun misl al-ummah fal-yad shartullah fihi.</w:t>
      </w:r>
    </w:p>
    <w:p>
      <w:pPr>
        <w:jc w:val="right"/>
      </w:pPr>
      <w:r>
        <w:t>ہاں، حضرت عمر نے کہا ہے: "منصرہ" یعنی صحابہ کے بارے میں۔ منصرہ ویکون مثل الامہ فلید شرط اللہ فیہ۔</w:t>
      </w:r>
    </w:p>
    <w:p>
      <w:r>
        <w:rPr>
          <w:b/>
        </w:rPr>
        <w:t xml:space="preserve">[10:03] </w:t>
      </w:r>
      <w:r>
        <w:t>yani jo sahaba ke ke darje ka inaam chahta ho to woh un ka amal kare. agar Allah ke nazdeek hum khud nahi keh sakte ke hum sahaba wala amal kar rahe hain, agar Allah ke nazdeek kisi ka amal is darje ka amal hoga to bilashuba us ko mile ga woh darja.</w:t>
      </w:r>
    </w:p>
    <w:p>
      <w:pPr>
        <w:jc w:val="right"/>
      </w:pPr>
      <w:r>
        <w:t>یعنی جو صحابہ کے کے درجے کا انعام چاہتا ہو تو وہ ان کا عمل کرے۔ اگر اللہ کے نزدیک ہم خود نہیں کہہ سکتے کہ ہم صحابہ والا عمل کر رہے ہیں، اگر اللہ کے نزدیک کسی کا عمل اس درجے کا عمل ہوگا تو بلاشبہ اس کو ملے گا وہ درجہ۔</w:t>
      </w:r>
    </w:p>
    <w:p>
      <w:r>
        <w:rPr>
          <w:b/>
        </w:rPr>
        <w:t xml:space="preserve">[10:27] </w:t>
      </w:r>
      <w:r>
        <w:t>aur Quran mein hai ke: "walayka min an nabiyyin wa siddiqin wa shuhada wa salihin". to yeh meet dekhen, meet aam lafz hai yahan par.</w:t>
      </w:r>
    </w:p>
    <w:p>
      <w:pPr>
        <w:jc w:val="right"/>
      </w:pPr>
      <w:r>
        <w:t>اور قرآن میں ہے کہ: "ولائک من النبیین وصدیقین وشہداء وصالحین"۔ تو یہ میت دیکھیں، میت عام لفظ ہے یہاں پر۔</w:t>
      </w:r>
    </w:p>
    <w:p>
      <w:r>
        <w:rPr>
          <w:b/>
        </w:rPr>
        <w:t xml:space="preserve">[10:37] </w:t>
      </w:r>
      <w:r>
        <w:t>unki doosron ko bhi unki meet hasil hogi. lekin woh jo qurbani di, unhon ne, unhon ne jo amal kiya, unhon ne jo ikhlas pesh kiya, woh woh shart hai.</w:t>
      </w:r>
    </w:p>
    <w:p>
      <w:pPr>
        <w:jc w:val="right"/>
      </w:pPr>
      <w:r>
        <w:t>ان کی دوسروں کو بھی ان کی میت حاصل ہوگی۔ لیکن وہ جو قربانی دی، انہوں نے، انہوں نے جو عمل کیا، انہوں نے جو اخلاص پیش کیا، وہ وہ شرط ہے۔</w:t>
      </w:r>
    </w:p>
    <w:p>
      <w:r>
        <w:rPr>
          <w:b/>
        </w:rPr>
        <w:t xml:space="preserve">[10:48] </w:t>
      </w:r>
      <w:r>
        <w:t>woh shart poora kare koi shakhs to bilashuba us ko woh darja mile ga. Allah ke haan koi tafreeq nahi hai, koi imtiaz nahi hai. lekin shart poora karna asal cheez hai.</w:t>
      </w:r>
    </w:p>
    <w:p>
      <w:pPr>
        <w:jc w:val="right"/>
      </w:pPr>
      <w:r>
        <w:t>وہ شرط پورا کرے کوئی شخص تو بلاشبہ اس کو وہ درجہ ملے گا۔ اللہ کے ہاں کوئی تفریق نہیں ہے، کوئی امتیاز نہیں ہے۔ لیکن شرط پورا کرنا اصل چیز ہے۔</w:t>
      </w:r>
    </w:p>
    <w:p>
      <w:r>
        <w:rPr>
          <w:b/>
        </w:rPr>
        <w:t xml:space="preserve">[11:04] </w:t>
      </w:r>
      <w:r>
        <w:t>Maulana, agla sawal Delhi se aaya hai, Miss Naghma Siddiqui ka. unhon ne likha hai: "today all people have started holding their belief as secret and do not want to rethink.</w:t>
      </w:r>
    </w:p>
    <w:p>
      <w:pPr>
        <w:jc w:val="right"/>
      </w:pPr>
      <w:r>
        <w:t>مولانا، اگلا سوال دلی سے آیا ہے، مس نغمہ صدیقی کا۔ انہوں نے لکھا ہے: "ٹوڈے ال پیپل ہیو سٹارٹڈ ہولڈنگ دیر بیلیف ایز سیکرٹ اینڈ ڈو ناٹ وانٹ ٹو ری تھنک۔</w:t>
      </w:r>
    </w:p>
    <w:p>
      <w:r>
        <w:rPr>
          <w:b/>
        </w:rPr>
        <w:t xml:space="preserve">[11:17] </w:t>
      </w:r>
      <w:r>
        <w:t>as dies, what can we say to them to help them understand the importance of thinking in religion?"</w:t>
      </w:r>
    </w:p>
    <w:p>
      <w:pPr>
        <w:jc w:val="right"/>
      </w:pPr>
      <w:r>
        <w:t>ایز ڈائز، واٹ کین وی سے ٹو دیم ٹو ہیلپ دیم انڈرسٹینڈ دی امپورٹنس اف تھنکنگ ان ریلیجن؟"</w:t>
      </w:r>
    </w:p>
    <w:p>
      <w:r>
        <w:rPr>
          <w:b/>
        </w:rPr>
        <w:t xml:space="preserve">[11:27] </w:t>
      </w:r>
      <w:r>
        <w:t>bas kaam karte rahiye, kuch kuch afraad is mein niklen ge, jaise nikalte rahe hain. yani aisa nahi hai ke woh insaan pathar nahi hota hai.</w:t>
      </w:r>
    </w:p>
    <w:p>
      <w:pPr>
        <w:jc w:val="right"/>
      </w:pPr>
      <w:r>
        <w:t>بس کام کرتے رہیے، کچھ کچھ افراد اس میں نکلیں گے، جیسے نکلتے رہے ہیں۔ یعنی ایسا نہیں ہے کہ وہ انسان پتھر نہیں ہوتا ہے۔</w:t>
      </w:r>
    </w:p>
    <w:p>
      <w:r>
        <w:rPr>
          <w:b/>
        </w:rPr>
        <w:t xml:space="preserve">[11:41] </w:t>
      </w:r>
      <w:r>
        <w:t>abhi kal mere paas telephone aaya hai, ek ek sahab the, woh hamare sakht mukhalif the aur mukhalifat karte karte boorhe ho gaye.</w:t>
      </w:r>
    </w:p>
    <w:p>
      <w:pPr>
        <w:jc w:val="right"/>
      </w:pPr>
      <w:r>
        <w:t>ابھی کل میرے پاس ٹیلی فون آیا ہے، ایک ایک صاحب تھے، وہ ہمارے سخت مخالف تھے اور مخالفت کرتے کرتے بوڑھے ہو گئے۔</w:t>
      </w:r>
    </w:p>
    <w:p>
      <w:r>
        <w:rPr>
          <w:b/>
        </w:rPr>
        <w:t xml:space="preserve">[11:53] </w:t>
      </w:r>
      <w:r>
        <w:t>woh to ek aadmi un se mila, us ne kaha ke: "dekhen, aap mukhalifat karte hain, aap ne koi kitaben padhi hain?" kuch to beharhaal sun kar mukhalif ban gaye the.</w:t>
      </w:r>
    </w:p>
    <w:p>
      <w:pPr>
        <w:jc w:val="right"/>
      </w:pPr>
      <w:r>
        <w:t>وہ تو ایک آدمی ان سے ملا، اس نے کہا کہ: "دیکھیں، آپ مخالفت کرتے ہیں، آپ نے کوئی کتابیں پڑھی ہیں؟" کچھ تو بہرحال سن کر مخالف بن گئے تھے۔</w:t>
      </w:r>
    </w:p>
    <w:p>
      <w:r>
        <w:rPr>
          <w:b/>
        </w:rPr>
        <w:t xml:space="preserve">[12:02] </w:t>
      </w:r>
      <w:r>
        <w:t>woh kitaab nahi padhi thi. unhon ne kaha: "achha theek hai, aap ek kitaab padh daliye, Islam." ek kitaab hai meri, Islam.</w:t>
      </w:r>
    </w:p>
    <w:p>
      <w:pPr>
        <w:jc w:val="right"/>
      </w:pPr>
      <w:r>
        <w:t>وہ کتاب نہیں پڑھی تھی۔ انہوں نے کہا: "اچھا ٹھیک ہے، آپ ایک کتاب پڑھ ڈالیے، الاسلام۔" ایک کتاب ہے میری، الاسلام۔</w:t>
      </w:r>
    </w:p>
    <w:p>
      <w:r>
        <w:rPr>
          <w:b/>
        </w:rPr>
        <w:t xml:space="preserve">[12:11] </w:t>
      </w:r>
      <w:r>
        <w:t>woh diya unhon ne, us ko padhiye. jab kitaab padh chuki, dobara un se mile to unhon ne poocha ke: "rah dijiye apni." to woh woh ek aalim the, woh khoob samajh sakte the kitaab ko.</w:t>
      </w:r>
    </w:p>
    <w:p>
      <w:pPr>
        <w:jc w:val="right"/>
      </w:pPr>
      <w:r>
        <w:t>وہ دیا انہوں نے، اس کو پڑھیے۔ جب کتاب پڑھ چکی، دوبارہ ان سے ملے تو انہوں نے پوچھا کہ: "راہ دیجیے اپنی۔" تو وہ وہ ایک عالم تھے، وہ خوب سمجھ سکتے تھے کتاب کو۔</w:t>
      </w:r>
    </w:p>
    <w:p>
      <w:r>
        <w:rPr>
          <w:b/>
        </w:rPr>
        <w:t xml:space="preserve">[12:26] </w:t>
      </w:r>
      <w:r>
        <w:t>to unhon ne kaha ke: "bhai, is kitaab ne to meri aankh khol di aur main ab tak andhere mein tha. aur kaash meri umar ab tak boorha ho chuka hoon, agar main mein meri mein andar taqat hui to main is bashar ke sath deta." to dekhiye, un ke woh woh is mein pakka ho chuke the ke phir bhi ek kitaab padh kar ke, woh yani woh kuch is kitaab mein un ki deconditioning kar di.</w:t>
      </w:r>
    </w:p>
    <w:p>
      <w:pPr>
        <w:jc w:val="right"/>
      </w:pPr>
      <w:r>
        <w:t>تو انہوں نے کہا کہ: "بھئی، اس کتاب نے تو میری آنکھ کھول دی اور میں اب تک اندھیرے میں تھا۔ اور کاش میری عمر اب تک بوڑھا ہو چکا ہوں، اگر میں میں میری میں اندر طاقت ہوئی تو میں اس بشر کے ساتھ دیتا۔" تو دیکھیے، ان کے وہ وہ اس میں پختہ ہو چکے تھے کہ پھر بھی ایک کتاب پڑھ کر کے، وہ یعنی وہ کچھ اس کتاب میں ان کی ڈی کنڈیشننگ کر دی۔</w:t>
      </w:r>
    </w:p>
    <w:p>
      <w:r>
        <w:rPr>
          <w:b/>
        </w:rPr>
        <w:t xml:space="preserve">[12:54] </w:t>
      </w:r>
      <w:r>
        <w:t>to kabhi bhi dekhiye, humein mayoos nahi hona chahiye. har condition, har conditioning ko toda sakta hai. yani bar bar ka tajurba hai ke har condition toot jati hai aur insaan ke andar jo jo reasoning power hai,</w:t>
      </w:r>
    </w:p>
    <w:p>
      <w:pPr>
        <w:jc w:val="right"/>
      </w:pPr>
      <w:r>
        <w:t>تو کبھی بھی دیکھیے، ہمیں مایوس نہیں ہونا چاہیے۔ ہر کنڈیشن، ہر کنڈیشننگ کو توڑا سکتا ہے۔ یعنی بار بار کا تجربہ ہے کہ ہر کنڈیشن ٹوٹ جاتی ہے اور انسان کے اندر جو جو ریزننگ پاور ہے،</w:t>
      </w:r>
    </w:p>
    <w:p>
      <w:r>
        <w:rPr>
          <w:b/>
        </w:rPr>
        <w:t xml:space="preserve">[13:14] </w:t>
      </w:r>
      <w:r>
        <w:t>woh har cheez ko, woh sachai ko discover kar leta hai kisi bhi umar mein. to humein kisi bhi haal mein mayoos nahi hona hai aur Allah se dua karte hue logon ki islaah ka kaam jari rakhna hai,</w:t>
      </w:r>
    </w:p>
    <w:p>
      <w:pPr>
        <w:jc w:val="right"/>
      </w:pPr>
      <w:r>
        <w:t>وہ ہر چیز کو، وہ سچائی کو ڈسکور کر لیتا ہے کسی بھی عمر میں۔ تو ہمیں کسی بھی حال میں مایوس نہیں ہونا ہے اور اللہ سے دعا کرتے ہوئے لوگوں کی اصلاح کا کام جاری رکھنا ہے،</w:t>
      </w:r>
    </w:p>
    <w:p>
      <w:r>
        <w:rPr>
          <w:b/>
        </w:rPr>
        <w:t xml:space="preserve">[13:34] </w:t>
      </w:r>
      <w:r>
        <w:t>inshallah.</w:t>
      </w:r>
    </w:p>
    <w:p>
      <w:pPr>
        <w:jc w:val="right"/>
      </w:pPr>
      <w:r>
        <w:t>انشاءاللہ۔</w:t>
      </w:r>
    </w:p>
    <w:p>
      <w:r>
        <w:rPr>
          <w:b/>
        </w:rPr>
        <w:t xml:space="preserve">[13:37] </w:t>
      </w:r>
      <w:r>
        <w:t>Maulana, agla sawal Tamil Nadu se aaya hai, Mr. Farah Ahmed ka. unhon ne likha hai: "Maulana, alyawm akmalt lakum dinakum ka kya matlab hai?</w:t>
      </w:r>
    </w:p>
    <w:p>
      <w:pPr>
        <w:jc w:val="right"/>
      </w:pPr>
      <w:r>
        <w:t>مولانا، اگلا سوال تمل ناڈو سے آیا ہے، مسٹر فرح احمد کا۔ انہوں نے لکھا ہے: "مولانا، الیوم اکملت لکم دینکم کا کیا مطلب ہے؟</w:t>
      </w:r>
    </w:p>
    <w:p>
      <w:r>
        <w:rPr>
          <w:b/>
        </w:rPr>
        <w:t xml:space="preserve">[13:50] </w:t>
      </w:r>
      <w:r>
        <w:t>kya is aayat se yeh matlab lena sahi hai ke Islam mukammal deen hai?"</w:t>
      </w:r>
    </w:p>
    <w:p>
      <w:pPr>
        <w:jc w:val="right"/>
      </w:pPr>
      <w:r>
        <w:t>کیا اس آیت سے یہ مطلب لینا صحیح ہے کہ اسلام مکمل دین ہے؟"</w:t>
      </w:r>
    </w:p>
    <w:p>
      <w:r>
        <w:rPr>
          <w:b/>
        </w:rPr>
        <w:t xml:space="preserve">[13:56] </w:t>
      </w:r>
      <w:r>
        <w:t>is mein hai kahan? aayat mein yeh kahan hai? is mein yeh lafz kahan hai ke Islam mukammal deen hai? aap mujhe bataiye ke is aayat ka kaun se lafz ka yeh tarjuma hai ke Islam mukammal deen hai?</w:t>
      </w:r>
    </w:p>
    <w:p>
      <w:pPr>
        <w:jc w:val="right"/>
      </w:pPr>
      <w:r>
        <w:t>اس میں ہے کہاں؟ آیت میں یہ کہاں ہے؟ اس میں یہ لفظ کہاں ہے کہ اسلام مکمل دین ہے؟ آپ مجھے بتائیے کہ اس آیت کا کون سے لفظ کا یہ ترجمہ ہے کہ اسلام مکمل دین ہے؟</w:t>
      </w:r>
    </w:p>
    <w:p>
      <w:r>
        <w:rPr>
          <w:b/>
        </w:rPr>
        <w:t xml:space="preserve">[14:09] </w:t>
      </w:r>
      <w:r>
        <w:t>yeh to khud sakhta matlab nikala gaya hai. is ka tarjuma kijiye, tarjuma lafzi kijiye. tarjuma yeh hoga: "aaj maine tumhare deen ko tumhare liye poora kar diya, kaamil kar diya." yeh to nahi ke aaj maine Islam ko mukammal kar ke tumhein is ka mukammal edition de diya.</w:t>
      </w:r>
    </w:p>
    <w:p>
      <w:pPr>
        <w:jc w:val="right"/>
      </w:pPr>
      <w:r>
        <w:t>یہ تو خود ساختہ مطلب نکالا گیا ہے۔ اس کا ترجمہ کیجیے، ترجمہ لفظی کیجیے۔ ترجمہ یہ ہوگا: "آج میں نے تمہارے دین کو تمہارے لیے پورا کر دیا، کامل کر دیا۔" یہ تو نہیں کہ آج میں نے اسلام کو مکمل کر کے تمہیں اس کا مکمل ایڈیشن دے دیا۔</w:t>
      </w:r>
    </w:p>
    <w:p>
      <w:r>
        <w:rPr>
          <w:b/>
        </w:rPr>
        <w:t xml:space="preserve">[14:31] </w:t>
      </w:r>
      <w:r>
        <w:t>kahan is mein? is ke mani yeh nikle ke jo ahkam tumhare upar utarne wale the, woh utar utar utar chuke.</w:t>
      </w:r>
    </w:p>
    <w:p>
      <w:pPr>
        <w:jc w:val="right"/>
      </w:pPr>
      <w:r>
        <w:t>کہاں اس میں؟ اس کے معنی یہ نکلے کہ جو احکام تمہارے اوپر اترنے والے تھے، وہ اتر اتر اتر چکے۔</w:t>
      </w:r>
    </w:p>
    <w:p>
      <w:r>
        <w:rPr>
          <w:b/>
        </w:rPr>
        <w:t xml:space="preserve">[14:40] </w:t>
      </w:r>
      <w:r>
        <w:t>yani jo Quran ka jo hissa, jo aayaten aur suratain utarne wali thin, tumhare upar woh utar chuki hain. ab aage kuch nahi utarne wala hai. lafzi tarjuma mein yeh kahan nikalta hai ke ke ke aaj tum ko hum ne is deen ka mukammal edition de diya?</w:t>
      </w:r>
    </w:p>
    <w:p>
      <w:pPr>
        <w:jc w:val="right"/>
      </w:pPr>
      <w:r>
        <w:t>یعنی جو قرآن کا جو حصہ، جو آیتیں اور سورتیں اترنے والی تھیں، تمہارے اوپر وہ اتر چکی ہیں۔ اب آگے کچھ نہیں اترنے والا ہے۔ لفظی ترجمہ میں یہ کہاں نکلتا ہے کہ کہ کہ آج تم کو ہم نے اس دین کا مکمل ایڈیشن دے دیا؟</w:t>
      </w:r>
    </w:p>
    <w:p>
      <w:r>
        <w:rPr>
          <w:b/>
        </w:rPr>
        <w:t xml:space="preserve">[14:59] </w:t>
      </w:r>
      <w:r>
        <w:t>aaj tum ko hum ne deen ka yani mukammal zabta de diya jo pehle mukammal nahi tha. lafzi tarjuma sirf itna hi hai ke: "alyawm akmalt lakum dinakum".</w:t>
      </w:r>
    </w:p>
    <w:p>
      <w:pPr>
        <w:jc w:val="right"/>
      </w:pPr>
      <w:r>
        <w:t>آج تم کو ہم نے دین کا یعنی مکمل ضابطہ دے دیا جو پہلے مکمل نہیں تھا۔ لفظی ترجمہ صرف اتنا ہی ہے کہ: "الیوم اکملت لکم دینکم"۔</w:t>
      </w:r>
    </w:p>
    <w:p>
      <w:r>
        <w:rPr>
          <w:b/>
        </w:rPr>
        <w:t xml:space="preserve">[15:12] </w:t>
      </w:r>
      <w:r>
        <w:t>aaj maine kaamil kar diya tumhare deen ko, tumhare liye, tumhare deen ko, tumhare liye. yani Quran ka isi liye Hazrat Umar ne jab yeh aayat suni thi to aap rone lage.</w:t>
      </w:r>
    </w:p>
    <w:p>
      <w:pPr>
        <w:jc w:val="right"/>
      </w:pPr>
      <w:r>
        <w:t>آج میں نے کامل کر دیا تمہارے دین کو، تمہارے لیے، تمہارے دین کو، تمہارے لیے۔ یعنی قرآن کا اسی لیے حضرت عمر نے جب یہ آیت سنی تھی تو آپ رونے لگے۔</w:t>
      </w:r>
    </w:p>
    <w:p>
      <w:r>
        <w:rPr>
          <w:b/>
        </w:rPr>
        <w:t xml:space="preserve">[15:27] </w:t>
      </w:r>
      <w:r>
        <w:t>aap samjhen ke Rasool Allah ki wafat hone wali hai kyunke jo aayaten utarne wali thin, utar chuki hain. jo hisse Quran ke utarne wale the, utar chuke.</w:t>
      </w:r>
    </w:p>
    <w:p>
      <w:pPr>
        <w:jc w:val="right"/>
      </w:pPr>
      <w:r>
        <w:t>آپ سمجھیں کہ رسول اللہ کی وفات ہونے والی ہے کیونکہ جو آیتیں اترنے والی تھیں، اتر چکی ہیں۔ جو حصے قرآن کے اترنے والے تھے، اتر چکے۔</w:t>
      </w:r>
    </w:p>
    <w:p>
      <w:r>
        <w:rPr>
          <w:b/>
        </w:rPr>
        <w:t xml:space="preserve">[15:36] </w:t>
      </w:r>
      <w:r>
        <w:t>yeh mani liya unhon ne to yeh bilkul farzi hai. is aayat mein kabhi bhi yeh nahi hai aur Islam ka koi naqis edition hai, na koi kaamil edition hai.</w:t>
      </w:r>
    </w:p>
    <w:p>
      <w:pPr>
        <w:jc w:val="right"/>
      </w:pPr>
      <w:r>
        <w:t>یہ معنی لیا انہوں نے تو یہ بالکل فرضی ہے۔ اس آیت میں کبھی بھی یہ نہیں ہے اور اسلام کا کوئی ناقص ایڈیشن ہے، نہ کوئی کامل ایڈیشن ہے۔</w:t>
      </w:r>
    </w:p>
    <w:p>
      <w:r>
        <w:rPr>
          <w:b/>
        </w:rPr>
        <w:t xml:space="preserve">[15:45] </w:t>
      </w:r>
      <w:r>
        <w:t>islam bas islam hai. yani deen ka na koi kamil edition hai, na koi na ghair kamil edition hai. jo deen pehle tha, wahi deen aaj bhi hai.</w:t>
      </w:r>
    </w:p>
    <w:p>
      <w:pPr>
        <w:jc w:val="right"/>
      </w:pPr>
      <w:r>
        <w:t>اسلام بس اسلام ہے۔ یعنی دین کا نہ کوئی کامل ایڈیشن ہے، نہ کوئی نہ غیر کامل ایڈیشن ہے۔ جو دین پہلے تھا، وہی دین آج بھی ہے۔</w:t>
      </w:r>
    </w:p>
    <w:p>
      <w:r>
        <w:rPr>
          <w:b/>
        </w:rPr>
        <w:t xml:space="preserve">[15:54] </w:t>
      </w:r>
      <w:r>
        <w:t>har nabbi par yeh tasawwur bilkul hi be asal hai. quran o hadith mein iska koi saboot nahi hai.</w:t>
      </w:r>
    </w:p>
    <w:p>
      <w:pPr>
        <w:jc w:val="right"/>
      </w:pPr>
      <w:r>
        <w:t>ہر نبی پر یہ تصور بالکل ہی بے اصل ہے۔ قرآن و حدیث میں اس کا کوئی ثبوت نہیں ہے۔</w:t>
      </w:r>
    </w:p>
    <w:p>
      <w:r>
        <w:rPr>
          <w:b/>
        </w:rPr>
        <w:t xml:space="preserve">[16:04] </w:t>
      </w:r>
      <w:r>
        <w:t>maulana, agla sawal karachi ka. karachi mein dekhiye: "assalam o alaikum min addeen ma wasi". isko padhiye. yani is mein bataya ke har nabbi par wahi ek hi darood utra, wahi deen, same deen.</w:t>
      </w:r>
    </w:p>
    <w:p>
      <w:pPr>
        <w:jc w:val="right"/>
      </w:pPr>
      <w:r>
        <w:t>مولانا، اگلا سوال کراچی کا۔ کراچی میں دیکھیے: "السلام علیکم من الدین ما وسع"۔ اس کو پڑھیے۔ یعنی اس میں بتایا کہ ہر نبی پر وہی ایک ہی درود اترا، وہی دین، سیم دین۔</w:t>
      </w:r>
    </w:p>
    <w:p>
      <w:r>
        <w:rPr>
          <w:b/>
        </w:rPr>
        <w:t xml:space="preserve">[16:16] </w:t>
      </w:r>
      <w:r>
        <w:t>yeh tasawwur bilkul be asal hai ke koi deen mukammal hai, koi deen ghair mukammal hai. yeh be baat, yeh be buniyad tasawwur hai.</w:t>
      </w:r>
    </w:p>
    <w:p>
      <w:pPr>
        <w:jc w:val="right"/>
      </w:pPr>
      <w:r>
        <w:t>یہ تصور بالکل بے اصل ہے کہ کوئی دین مکمل ہے، کوئی دین غیر مکمل ہے۔ یہ بے بات، یہ بے بنیاد تصور ہے۔</w:t>
      </w:r>
    </w:p>
    <w:p>
      <w:r>
        <w:rPr>
          <w:b/>
        </w:rPr>
        <w:t xml:space="preserve">[16:25] </w:t>
      </w:r>
      <w:r>
        <w:t>yeh kahin is ka is ka na quran se saboot hai, na na hadith mein is ka koi saboot hai.</w:t>
      </w:r>
    </w:p>
    <w:p>
      <w:pPr>
        <w:jc w:val="right"/>
      </w:pPr>
      <w:r>
        <w:t>یہ کہیں اس کا اس کا نہ قرآن سے ثبوت ہے، نہ نہ حدیث میں اس کا کوئی ثبوت ہے۔</w:t>
      </w:r>
    </w:p>
    <w:p>
      <w:r>
        <w:rPr>
          <w:b/>
        </w:rPr>
        <w:t xml:space="preserve">[16:34] </w:t>
      </w:r>
      <w:r>
        <w:t>agla sawal maulana karachi pakistan se miss saira latif ka hai. unhon ne likha hai: "mera sawal yeh hai ke maulana ke sawaneh umri yani biography par agar koi kitab ya mawad kahin maujood hon to is ka hawala dijiye.</w:t>
      </w:r>
    </w:p>
    <w:p>
      <w:pPr>
        <w:jc w:val="right"/>
      </w:pPr>
      <w:r>
        <w:t>اگلا سوال مولانا کراچی پاکستان سے مس سائرہ لطیف کا ہے۔ انہوں نے لکھا ہے: "میرا سوال یہ ہے کہ مولانا کے سوانح عمری یعنی بائیوگرافی پر اگر کوئی کتاب یا مواد کہیں موجود ہوں تو اس کا حوالہ دیجیے۔</w:t>
      </w:r>
    </w:p>
    <w:p>
      <w:r>
        <w:rPr>
          <w:b/>
        </w:rPr>
        <w:t xml:space="preserve">[16:52] </w:t>
      </w:r>
      <w:r>
        <w:t>aur agar kitab ya mawad maujood na hon to phir mein cps ke arkan se request karti hoon ke woh maulana ke sawaneh umri par kuch mawad tayar karen taake log is se apni zindagi mein rehnumai hasil karen."</w:t>
      </w:r>
    </w:p>
    <w:p>
      <w:pPr>
        <w:jc w:val="right"/>
      </w:pPr>
      <w:r>
        <w:t>اور اگر کتاب یا مواد موجود نہ ہوں تو پھر میں سی پی ایس کے ارکان سے ریکویسٹ کرتی ہوں کہ وہ مولانا کے سوانح عمری پر کچھ مواد تیار کریں تاکہ لوگ اس سے اپنی زندگی میں رہنمائی حاصل کریں۔"</w:t>
      </w:r>
    </w:p>
    <w:p>
      <w:r>
        <w:rPr>
          <w:b/>
        </w:rPr>
        <w:t xml:space="preserve">[17:10] </w:t>
      </w:r>
      <w:r>
        <w:t>aisi koi kitab abhi to likhi nahi gayi hai. baqi aage kya hoga, woh allah behtar janta hai. abhi hum is position mein nahi hain ke aap ko koi hum is hisse mein koi hawala de saken.</w:t>
      </w:r>
    </w:p>
    <w:p>
      <w:pPr>
        <w:jc w:val="right"/>
      </w:pPr>
      <w:r>
        <w:t>ایسی کوئی کتاب ابھی تو لکھی نہیں گئی ہے۔ باقی آگے کیا ہوگا، وہ اللہ بہتر جانتا ہے۔ ابھی ہم اس پوزیشن میں نہیں ہیں کہ آپ کو کوئی ہم اس حصے میں کوئی حوالہ دے سکیں۔</w:t>
      </w:r>
    </w:p>
    <w:p>
      <w:r>
        <w:rPr>
          <w:b/>
        </w:rPr>
        <w:t xml:space="preserve">[17:23] </w:t>
      </w:r>
      <w:r>
        <w:t>yeh aage ki baat hai aur allah aage ilm sirf allah ka hota hai.</w:t>
      </w:r>
    </w:p>
    <w:p>
      <w:pPr>
        <w:jc w:val="right"/>
      </w:pPr>
      <w:r>
        <w:t>یہ آگے کی بات ہے اور اللہ آگے علم صرف اللہ کا ہوتا ہے۔</w:t>
      </w:r>
    </w:p>
    <w:p>
      <w:r>
        <w:rPr>
          <w:b/>
        </w:rPr>
        <w:t xml:space="preserve">[17:31] </w:t>
      </w:r>
      <w:r>
        <w:t>agla sawal tamil nadu se mister farah ahmed ka hai. unhon ne likha hai: "maulana, negative ko positive mein badalne ka method kya hai?</w:t>
      </w:r>
    </w:p>
    <w:p>
      <w:pPr>
        <w:jc w:val="right"/>
      </w:pPr>
      <w:r>
        <w:t>اگلا سوال تمل ناڈو سے مسٹر فرح احمد کا ہے۔ انہوں نے لکھا ہے: "مولانا، نیگیٹیو کو پوزیٹیو میں بدلنے کا میتھڈ کیا ہے؟</w:t>
      </w:r>
    </w:p>
    <w:p>
      <w:r>
        <w:rPr>
          <w:b/>
        </w:rPr>
        <w:t xml:space="preserve">[17:41] </w:t>
      </w:r>
      <w:r>
        <w:t>is ke baray mein batayen."</w:t>
      </w:r>
    </w:p>
    <w:p>
      <w:pPr>
        <w:jc w:val="right"/>
      </w:pPr>
      <w:r>
        <w:t>اس کے بارے میں بتائیں۔"</w:t>
      </w:r>
    </w:p>
    <w:p>
      <w:r>
        <w:rPr>
          <w:b/>
        </w:rPr>
        <w:t xml:space="preserve">[17:49] </w:t>
      </w:r>
      <w:r>
        <w:t>is ka method hai muhasba. muhasba ko angrezi mein kehte hain: "introspection".</w:t>
      </w:r>
    </w:p>
    <w:p>
      <w:pPr>
        <w:jc w:val="right"/>
      </w:pPr>
      <w:r>
        <w:t>اس کا میتھڈ ہے محاسبہ۔ محاسبہ کو انگریزی میں کہتے ہیں: "انٹراسپیکشن"۔</w:t>
      </w:r>
    </w:p>
    <w:p>
      <w:r>
        <w:rPr>
          <w:b/>
        </w:rPr>
        <w:t xml:space="preserve">[17:59] </w:t>
      </w:r>
      <w:r>
        <w:t>bas aur kuch nahi. jitna zyada aap apne soch ko develop karenge, utne zyada aap is qabil ho jayenge ke aap</w:t>
      </w:r>
    </w:p>
    <w:p>
      <w:pPr>
        <w:jc w:val="right"/>
      </w:pPr>
      <w:r>
        <w:t>بس اور کچھ نہیں۔ جتنا زیادہ آپ اپنے سوچ کو ڈیولپ کریں گے، اتنے زیادہ آپ اس قابل ہو جائیں گے کہ آپ</w:t>
      </w:r>
    </w:p>
    <w:p>
      <w:r>
        <w:rPr>
          <w:b/>
        </w:rPr>
        <w:t xml:space="preserve">[18:13] </w:t>
      </w:r>
      <w:r>
        <w:t>negative ko positive mein badal len.</w:t>
      </w:r>
    </w:p>
    <w:p>
      <w:pPr>
        <w:jc w:val="right"/>
      </w:pPr>
      <w:r>
        <w:t>نیگیٹیو کو پازیٹیو میں بدل لیں۔</w:t>
      </w:r>
    </w:p>
    <w:p>
      <w:r>
        <w:rPr>
          <w:b/>
        </w:rPr>
        <w:t xml:space="preserve">[18:19] </w:t>
      </w:r>
      <w:r>
        <w:t>ab is ki misaal mein deta hoon aap ko ke</w:t>
      </w:r>
    </w:p>
    <w:p>
      <w:pPr>
        <w:jc w:val="right"/>
      </w:pPr>
      <w:r>
        <w:t>اب اس کی مثال میں دیتا ہوں آپ کو کہ</w:t>
      </w:r>
    </w:p>
    <w:p>
      <w:r>
        <w:rPr>
          <w:b/>
        </w:rPr>
        <w:t xml:space="preserve">[18:27] </w:t>
      </w:r>
      <w:r>
        <w:t>ke abhi ek sahab ne mujhe ek parcha diya, us mein mere khilaf bohat hi ghalat tareeqe se mere upar tanqeed ki gayi thi.</w:t>
      </w:r>
    </w:p>
    <w:p>
      <w:pPr>
        <w:jc w:val="right"/>
      </w:pPr>
      <w:r>
        <w:t>کہ ابھی ایک صاحب نے مجھے ایک پرچہ دیا، اس میں میرے خلاف بہت ہی غلط طریقے سے میرے اوپر تنقید کی گئی تھی۔</w:t>
      </w:r>
    </w:p>
    <w:p>
      <w:r>
        <w:rPr>
          <w:b/>
        </w:rPr>
        <w:t xml:space="preserve">[18:36] </w:t>
      </w:r>
      <w:r>
        <w:t>bohat hi lagho jhooti, matlab bilkul be asal jhoot mere baray mein. to zahir hai fitri baat hai ke aadmi ko ghussa aata hai, rasool allah ke upar ghussa aaya.</w:t>
      </w:r>
    </w:p>
    <w:p>
      <w:pPr>
        <w:jc w:val="right"/>
      </w:pPr>
      <w:r>
        <w:t>بہت ہی لغو جھوٹی، مطلب بالکل بے اصل جھوٹ میرے بارے میں۔ تو ظاہر ہے فطری بات ہے کہ آدمی کو غصہ آتا ہے، رسول اللہ کے اوپر غصہ آیا۔</w:t>
      </w:r>
    </w:p>
    <w:p>
      <w:r>
        <w:rPr>
          <w:b/>
        </w:rPr>
        <w:t xml:space="preserve">[18:49] </w:t>
      </w:r>
      <w:r>
        <w:t>rishta ghaab ho to waqti tor par mujhe ek jhatka laga ke kaise log hain ke jhooti baat chhapte hain aur phailate hain is ko.</w:t>
      </w:r>
    </w:p>
    <w:p>
      <w:pPr>
        <w:jc w:val="right"/>
      </w:pPr>
      <w:r>
        <w:t>رشتہ غضب ہو تو وقتی طور پر مجھے ایک جھٹکا لگا کہ کیسے لوگ ہیں کہ جھوٹی بات چھاپتے ہیں اور پھیلاتے ہیں اس کو۔</w:t>
      </w:r>
    </w:p>
    <w:p>
      <w:r>
        <w:rPr>
          <w:b/>
        </w:rPr>
        <w:t xml:space="preserve">[19:02] </w:t>
      </w:r>
      <w:r>
        <w:t>lekin jab mera ghussa jo hai nafrat ke had ko chhoone laga to phir woh chaukana ho gaya. dekhiye, ek hai ghazab, ek hai nafrat.</w:t>
      </w:r>
    </w:p>
    <w:p>
      <w:pPr>
        <w:jc w:val="right"/>
      </w:pPr>
      <w:r>
        <w:t>لیکن جب میرا غصہ جو ہے نفرت کے حد کو چھونے لگا تو پھر وہ چوکنا ہو گیا۔ دیکھیے، ایک ہے غضب، ایک ہے نفرت۔</w:t>
      </w:r>
    </w:p>
    <w:p>
      <w:r>
        <w:rPr>
          <w:b/>
        </w:rPr>
        <w:t xml:space="preserve">[19:12] </w:t>
      </w:r>
      <w:r>
        <w:t>donon farq yaad rakhiye. ghazab ka matlab yeh nahi ke mutnaffiq ho gaya. rasool allah ke baray mein yeh to aata hai ke rasool allah ghusse mein aa gaye.</w:t>
      </w:r>
    </w:p>
    <w:p>
      <w:pPr>
        <w:jc w:val="right"/>
      </w:pPr>
      <w:r>
        <w:t>دونوں فرق یاد رکھیے۔ غضب کا مطلب یہ نہیں کہ متنفع ہو گیا۔ رسول اللہ کے بارے میں یہ تو آتا ہے کہ رسول اللہ غصے میں آ گئے۔</w:t>
      </w:r>
    </w:p>
    <w:p>
      <w:r>
        <w:rPr>
          <w:b/>
        </w:rPr>
        <w:t xml:space="preserve">[19:22] </w:t>
      </w:r>
      <w:r>
        <w:t>yeh nahi aata ke rasool allah nafrat karne lagen. yeh nahi aata hein. to jab mujhe ghussa aaya to ghussa dheere dheere wahan tak pahunchne laga jahan nafrat shuru hoti hai.</w:t>
      </w:r>
    </w:p>
    <w:p>
      <w:pPr>
        <w:jc w:val="right"/>
      </w:pPr>
      <w:r>
        <w:t>یہ نہیں آتا کہ رسول اللہ نفرت کرنے لگے۔ یہ نہیں آتا کہیں۔ تو جب مجھے غصہ آیا تو غصہ دھیرے دھیرے وہاں تک پہنچنے لگا جہاں نفرت شروع ہوتی ہے۔</w:t>
      </w:r>
    </w:p>
    <w:p>
      <w:r>
        <w:rPr>
          <w:b/>
        </w:rPr>
        <w:t xml:space="preserve">[19:34] </w:t>
      </w:r>
      <w:r>
        <w:t>jahan se achaanak mein is ke baad chaukana ho gaya</w:t>
      </w:r>
    </w:p>
    <w:p>
      <w:pPr>
        <w:jc w:val="right"/>
      </w:pPr>
      <w:r>
        <w:t>جہاں سے اچانک میں اس کے بعد چوکنا ہو گیا</w:t>
      </w:r>
    </w:p>
    <w:p>
      <w:r>
        <w:rPr>
          <w:b/>
        </w:rPr>
        <w:t xml:space="preserve">[19:41] </w:t>
      </w:r>
      <w:r>
        <w:t>ke chaukana ho gaya ke woh aadmi to chhap kar ke kahin baitha hua hai aur mein yahan kyun nafrat karoon is apne apne ko yani apni positivity ko khatam karoon yani khud apne ko koi nuqsan pahunchaun.</w:t>
      </w:r>
    </w:p>
    <w:p>
      <w:pPr>
        <w:jc w:val="right"/>
      </w:pPr>
      <w:r>
        <w:t>کہ چوکنا ہو گیا کہ وہ آدمی تو چھاپ کر کے کہیں بیٹھا ہوا ہے اور میں یہاں کیوں نفرت کروں اس اپنے اپنے کو یعنی اپنی پازیٹیوٹی کو ختم کروں یعنی خود اپنے کو کوئی نقصان پہنچاؤں۔</w:t>
      </w:r>
    </w:p>
    <w:p>
      <w:r>
        <w:rPr>
          <w:b/>
        </w:rPr>
        <w:t xml:space="preserve">[19:56] </w:t>
      </w:r>
      <w:r>
        <w:t>to fiur mein ne ghussa bhi khatam kar diya aur negativity bhi khatam kar di. to soch ka matlab yeh hai ke aap yeh jab yeh soch payen ke negative banna apne hi ko halak karna hai,</w:t>
      </w:r>
    </w:p>
    <w:p>
      <w:pPr>
        <w:jc w:val="right"/>
      </w:pPr>
      <w:r>
        <w:t>تو فی الفور میں نے غصہ بھی ختم کر دیا اور نیگیٹیوٹی بھی ختم کر دی۔ تو سوچ کا مطلب یہ ہے کہ آپ یہ جب یہ سوچ پائیں کہ نیگیٹیو بننا اپنے ہی کو ہلاک کرنا ہے،</w:t>
      </w:r>
    </w:p>
    <w:p>
      <w:r>
        <w:rPr>
          <w:b/>
        </w:rPr>
        <w:t xml:space="preserve">[20:13] </w:t>
      </w:r>
      <w:r>
        <w:t>yeh self killing hai. yani aap jab negative bante hain kisi ke khilaf to doosre ko kuch nahi bigadte, aap doosre ko koi nuqsan nahi pahunchate, aap aap khud apna nuqsan karte hain.</w:t>
      </w:r>
    </w:p>
    <w:p>
      <w:pPr>
        <w:jc w:val="right"/>
      </w:pPr>
      <w:r>
        <w:t>یہ سیلف کلنگ ہے۔ یعنی آپ جب نیگیٹیو بنتے ہیں کسی کے خلاف تو دوسرے کو کچھ نہیں بگاڑتے، آپ دوسرے کو کوئی نقصان نہیں پہنچاتے، آپ آپ خود اپنا نقصان کرتے ہیں۔</w:t>
      </w:r>
    </w:p>
    <w:p>
      <w:r>
        <w:rPr>
          <w:b/>
        </w:rPr>
        <w:t xml:space="preserve">[20:30] </w:t>
      </w:r>
      <w:r>
        <w:t>aap soch lijiyay, koi bhi shakhs soche kya is ki nafrat se kisi doosray ko kuch bigar gaya to jab mein doosray ko bigar nahin sakta to aap apna nuqsan kyon karoon, apnay ko halak kyon karoon?</w:t>
      </w:r>
    </w:p>
    <w:p>
      <w:pPr>
        <w:jc w:val="right"/>
      </w:pPr>
      <w:r>
        <w:t>آپ سوچ لیجئے، کوئی بھی شخص سوچے کیا اس کی نفرت سے کسی دوسرے کو کچھ بگڑ گیا تو جب میں دوسرے کو بگاڑ نہیں سکتا تو آپ اپنا نقصان کیوں کروں، اپنے کو ہلاک کیوں کروں؟</w:t>
      </w:r>
    </w:p>
    <w:p>
      <w:r>
        <w:rPr>
          <w:b/>
        </w:rPr>
        <w:t xml:space="preserve">[20:45] </w:t>
      </w:r>
      <w:r>
        <w:t>kyunkay nafrat aayi to farishtay chalay gay. nafrat aayi to Allah ka ilham aap par nahin utray ga. nafrat aayi to Allah ki rehmat aap se door chali jaye gi.</w:t>
      </w:r>
    </w:p>
    <w:p>
      <w:pPr>
        <w:jc w:val="right"/>
      </w:pPr>
      <w:r>
        <w:t>کیونکہ نفرت آئی تو فرشتے چلے گئے۔ نفرت آئی تو اللہ کا الہام آپ پر نہیں اترے گا۔ نفرت آئی تو اللہ کی رحمت آپ سے دور چلی جائے گی۔</w:t>
      </w:r>
    </w:p>
    <w:p>
      <w:r>
        <w:rPr>
          <w:b/>
        </w:rPr>
        <w:t xml:space="preserve">[20:56] </w:t>
      </w:r>
      <w:r>
        <w:t>to yeh sochiye aap ke nafrat ka nuqsan doosray ko to nahin puhanchay ga, aap ko puhanch jaye ga. jitna ziyada aap is ko sochengay, utnay ziyada aap nafrat se door hotay chalay jayengay.</w:t>
      </w:r>
    </w:p>
    <w:p>
      <w:pPr>
        <w:jc w:val="right"/>
      </w:pPr>
      <w:r>
        <w:t>تو یہ سوچیے آپ کہ نفرت کا نقصان دوسرے کو تو نہیں پہنچے گا، آپ کو پہنچ جائے گا۔ جتنا زیادہ آپ اس کو سوچیں گے، اتنے زیادہ آپ نفرت سے دور ہوتے چلے جائیں گے۔</w:t>
      </w:r>
    </w:p>
    <w:p>
      <w:r>
        <w:rPr>
          <w:b/>
        </w:rPr>
        <w:t xml:space="preserve">[21:10] </w:t>
      </w:r>
      <w:r>
        <w:t>isi ka naam hai muhasba, isi ka naam hai introspection. to mein samajhta hoon ke koi bhi aur tadbeer is ke nahin siwaye is ke ke aap muhasba karen, introspection karen, rethinking karen,</w:t>
      </w:r>
    </w:p>
    <w:p>
      <w:pPr>
        <w:jc w:val="right"/>
      </w:pPr>
      <w:r>
        <w:t>اسی کا نام ہے محاسبہ، اسی کا نام ہے انٹراسپیکشن۔ تو میں سمجھتا ہوں کہ کوئی بھی اور تدبیر اس کے نہیں سوائے اس کے کہ آپ محاسبہ کریں، انٹراسپیکشن کریں، ری تھنکنگ کریں،</w:t>
      </w:r>
    </w:p>
    <w:p>
      <w:r>
        <w:rPr>
          <w:b/>
        </w:rPr>
        <w:t xml:space="preserve">[21:24] </w:t>
      </w:r>
      <w:r>
        <w:t>apnay baray mein sochen. to aik second mein aap yani negative thinking ko khatam kar den gay aur positive thinking ko apna len gay.</w:t>
      </w:r>
    </w:p>
    <w:p>
      <w:pPr>
        <w:jc w:val="right"/>
      </w:pPr>
      <w:r>
        <w:t>اپنے بارے میں سوچیں۔ تو ایک سیکنڈ میں آپ یعنی نیگیٹیو تھنکنگ کو ختم کر دیں گے اور پازیٹیو تھنکنگ کو اپنا لیں گے۔</w:t>
      </w:r>
    </w:p>
    <w:p>
      <w:r>
        <w:rPr>
          <w:b/>
        </w:rPr>
        <w:t xml:space="preserve">[21:39] </w:t>
      </w:r>
      <w:r>
        <w:t>Maulana, agla sawal aaya hai Doha Qatar se Maulana Abdul Basit Umri ka. unhon nay likha hai: "Maulana, aaj aap ki taqreer se pehli baar yeh samajh mein aaya ke Islam mein dakhil hona jannat mein dakhlay ki guarantee nahin, woh sirf achhay kaam ki qabooliyat ki shart hai aur jannat musalsal naik amal kartay rehnay se milti hai,</w:t>
      </w:r>
    </w:p>
    <w:p>
      <w:pPr>
        <w:jc w:val="right"/>
      </w:pPr>
      <w:r>
        <w:t>مولانا، اگلا سوال آیا ہے دوحہ قطر سے مولانا عبدالباسط عمری کا۔ انہوں نے لکھا ہے: "مولانا، آج آپ کی تقریر سے پہلی بار یہ سمجھ میں آیا کہ اسلام میں داخل ہونا جنت میں داخلے کی گارنٹی نہیں، وہ صرف اچھے کام کی قبولیت کی شرط ہے اور جنت مسلسل نیک عمل کرتے رہنے سے ملتی ہے،</w:t>
      </w:r>
    </w:p>
    <w:p>
      <w:r>
        <w:rPr>
          <w:b/>
        </w:rPr>
        <w:t xml:space="preserve">[22:04] </w:t>
      </w:r>
      <w:r>
        <w:t>nah ke sirf kalma parhnay se."</w:t>
      </w:r>
    </w:p>
    <w:p>
      <w:pPr>
        <w:jc w:val="right"/>
      </w:pPr>
      <w:r>
        <w:t>نہ کہ صرف کلمہ پڑھنے سے۔"</w:t>
      </w:r>
    </w:p>
    <w:p>
      <w:r>
        <w:rPr>
          <w:b/>
        </w:rPr>
        <w:t xml:space="preserve">[22:11] </w:t>
      </w:r>
      <w:r>
        <w:t>yeh to koi sawal hai nahin? ji Maulana, yeh unhon nay apna woh likha hai response. sawal agla letay hain.</w:t>
      </w:r>
    </w:p>
    <w:p>
      <w:pPr>
        <w:jc w:val="right"/>
      </w:pPr>
      <w:r>
        <w:t>یہ تو کوئی سوال ہے نہیں؟ جی مولانا، یہ انہوں نے اپنا وہ لکھا ہے رسپانس۔ سوال اگلا لیتے ہیں۔</w:t>
      </w:r>
    </w:p>
    <w:p>
      <w:r>
        <w:rPr>
          <w:b/>
        </w:rPr>
        <w:t xml:space="preserve">[22:19] </w:t>
      </w:r>
      <w:r>
        <w:t>Maulana, Tamil Nadu se aaya hai Maulana Abu Ruyain Umri sahib ka. unhon nay likha hai: "Hadees mein aata hai is deen ki raaten bhi subah se ziyada roshan hain.</w:t>
      </w:r>
    </w:p>
    <w:p>
      <w:pPr>
        <w:jc w:val="right"/>
      </w:pPr>
      <w:r>
        <w:t>مولانا، تمل ناڈو سے آیا ہے مولانا ابو رعین عمری صاحب کا۔ انہوں نے لکھا ہے: "حدیث میں آتا ہے اس دین کی راتیں بھی صبح سے زیادہ روشن ہیں۔</w:t>
      </w:r>
    </w:p>
    <w:p>
      <w:r>
        <w:rPr>
          <w:b/>
        </w:rPr>
        <w:t xml:space="preserve">[22:32] </w:t>
      </w:r>
      <w:r>
        <w:t>is ka kya matlab hai?" Laila kunharaha.</w:t>
      </w:r>
    </w:p>
    <w:p>
      <w:pPr>
        <w:jc w:val="right"/>
      </w:pPr>
      <w:r>
        <w:t>اس کا کیا مطلب ہے؟" لیلہ کنہارہا۔</w:t>
      </w:r>
    </w:p>
    <w:p>
      <w:r>
        <w:rPr>
          <w:b/>
        </w:rPr>
        <w:t xml:space="preserve">[22:39] </w:t>
      </w:r>
      <w:r>
        <w:t>dekhiye, khud Islam ki apni taleem to aisay hi hai. lekin sawal yeh hai ke hum is ko samajh payen to hum chukay jeetay hain tarah tarah ke taasurat mein, tarah tarah ke manfi soch mein,</w:t>
      </w:r>
    </w:p>
    <w:p>
      <w:pPr>
        <w:jc w:val="right"/>
      </w:pPr>
      <w:r>
        <w:t>دیکھیے، خود اسلام کی اپنی تعلیم تو ایسے ہی ہے۔ لیکن سوال یہ ہے کہ ہم اس کو سمجھ پائیں تو ہم چونکہ جیتے ہیں طرح طرح کے تاثرات میں، طرح طرح کے منفی سوچ میں،</w:t>
      </w:r>
    </w:p>
    <w:p>
      <w:r>
        <w:rPr>
          <w:b/>
        </w:rPr>
        <w:t xml:space="preserve">[22:55] </w:t>
      </w:r>
      <w:r>
        <w:t>tarah tarah ke uqad-e-nafsi mein, is bina par humein samajh paati jati hai. yani is hadees ka matlab sirf yeh hai ke yani ba-tar-e-haqeeqat deen ki taleemat bohat wazeh hain, ba-tar-e-haqeeqat.</w:t>
      </w:r>
    </w:p>
    <w:p>
      <w:pPr>
        <w:jc w:val="right"/>
      </w:pPr>
      <w:r>
        <w:t>طرح طرح کے عقد نفسی میں، اس بنا پر ہمیں سمجھ پاتی جاتی ہے۔ یعنی اس حدیث کا مطلب صرف یہ ہے کہ یعنی بتر حقیقت دین کی تعلیمات بہت واضح ہیں، بتر حقیقت۔</w:t>
      </w:r>
    </w:p>
    <w:p>
      <w:r>
        <w:rPr>
          <w:b/>
        </w:rPr>
        <w:t xml:space="preserve">[23:13] </w:t>
      </w:r>
      <w:r>
        <w:t>lekin chukay insaan halat-e-imtihaan mein hai, us ko azadi hai to chahe to is ko sahi tor par soche, chahe to ulti ulta matlab nikale.</w:t>
      </w:r>
    </w:p>
    <w:p>
      <w:pPr>
        <w:jc w:val="right"/>
      </w:pPr>
      <w:r>
        <w:t>لیکن چونکہ انسان حالت امتحان میں ہے، اس کو آزادی ہے تو چاہے تو اس کو صحیح طور پر سوچے، چاہے تو الٹی الٹا مطلب نکالے۔</w:t>
      </w:r>
    </w:p>
    <w:p>
      <w:r>
        <w:rPr>
          <w:b/>
        </w:rPr>
        <w:t xml:space="preserve">[23:26] </w:t>
      </w:r>
      <w:r>
        <w:t>to yeh insaan ki nisbat se nahin hai, woh woh woh baat deen ki nisbat se hai.</w:t>
      </w:r>
    </w:p>
    <w:p>
      <w:pPr>
        <w:jc w:val="right"/>
      </w:pPr>
      <w:r>
        <w:t>تو یہ انسان کی نسبت سے نہیں ہے، وہ وہ وہ بات دین کی نسبت سے ہے۔</w:t>
      </w:r>
    </w:p>
    <w:p>
      <w:r>
        <w:rPr>
          <w:b/>
        </w:rPr>
        <w:t xml:space="preserve">[23:33] </w:t>
      </w:r>
      <w:r>
        <w:t>farq samjhiye. yani deen ka, yani deen ki taleemat ka wazeh hona deen ki nisbat se hai.</w:t>
      </w:r>
    </w:p>
    <w:p>
      <w:pPr>
        <w:jc w:val="right"/>
      </w:pPr>
      <w:r>
        <w:t>فرق سمجھئے۔ یعنی دین کا، یعنی دین کی تعلیمات کا واضح ہونا دین کی نسبت سے ہے۔</w:t>
      </w:r>
    </w:p>
    <w:p>
      <w:r>
        <w:rPr>
          <w:b/>
        </w:rPr>
        <w:t xml:space="preserve">[23:45] </w:t>
      </w:r>
      <w:r>
        <w:t>aap ki nisbat jab banay ga jab ke aap is ko positive parts, khulay zehn ke sath aap is ka mutala karen.</w:t>
      </w:r>
    </w:p>
    <w:p>
      <w:pPr>
        <w:jc w:val="right"/>
      </w:pPr>
      <w:r>
        <w:t>آپ کی نسبت جب بنے گا جب کہ آپ اس کو اہ پازیٹو پارٹس، اہ کھلے ذہن کے ساتھ آپ اس کا مطالعہ کریں۔</w:t>
      </w:r>
    </w:p>
    <w:p>
      <w:r>
        <w:rPr>
          <w:b/>
        </w:rPr>
        <w:t xml:space="preserve">[23:54] </w:t>
      </w:r>
      <w:r>
        <w:t>agar aap ta'assub ke sath mutala karen gay to aap aap aap aap ke parh len, kuch nahin parhay ga. to Laila kunharaha ke ma'ani hain ke khud deen ki taleemat ki to itni wazeh hain ke is ka is ki raat bhi din ki tarah hai.</w:t>
      </w:r>
    </w:p>
    <w:p>
      <w:pPr>
        <w:jc w:val="right"/>
      </w:pPr>
      <w:r>
        <w:t>اگر آپ تعصب کے ساتھ مطالعہ کریں گے تو آپ آپ آپ آپ کے پڑھ لیں، کچھ نہیں پڑھے گا۔ تو لیلہ کنہارہا کے معنی ہیں کہ خود دین کی تعلیمات کی تو اتنی واضح ہیں کہ اس کا اس کی رات بھی دن کی طرح ہے۔</w:t>
      </w:r>
    </w:p>
    <w:p>
      <w:r>
        <w:rPr>
          <w:b/>
        </w:rPr>
        <w:t xml:space="preserve">[24:09] </w:t>
      </w:r>
      <w:r>
        <w:t>lekin jo insaan parhta hai, us ko is ka mu'amla yeh hai ke woh agar ta'assubat se pak hoga to baat samjhay ga, nahin to nahin samjhay ga.</w:t>
      </w:r>
    </w:p>
    <w:p>
      <w:pPr>
        <w:jc w:val="right"/>
      </w:pPr>
      <w:r>
        <w:t>لیکن جو انسان پڑھتا ہے، اس کو اس کا معاملہ یہ ہے کہ وہ اگر تعصبات سے پاک ہوگا تو بات سمجھے گا، نہیں تو نہیں سمجھے گا۔</w:t>
      </w:r>
    </w:p>
    <w:p>
      <w:r>
        <w:rPr>
          <w:b/>
        </w:rPr>
        <w:t xml:space="preserve">[24:21] </w:t>
      </w:r>
      <w:r>
        <w:t>is is farq ko aap mehfooz rakhen to baat clear ho jati hai.</w:t>
      </w:r>
    </w:p>
    <w:p>
      <w:pPr>
        <w:jc w:val="right"/>
      </w:pPr>
      <w:r>
        <w:t>اس اس فرق کو آپ محفوظ رکھیں تو بات کلیئر ہو جاتی ہے۔</w:t>
      </w:r>
    </w:p>
    <w:p>
      <w:r>
        <w:rPr>
          <w:b/>
        </w:rPr>
        <w:t xml:space="preserve">[24:28] </w:t>
      </w:r>
      <w:r>
        <w:t>Maulana, agla sawal Mr. Sajid Anwar ka hai Delhi se. unhon nay likha hai: "Kya Sahaba se bhi imaan lanay ke baad baray gunah hue?</w:t>
      </w:r>
    </w:p>
    <w:p>
      <w:pPr>
        <w:jc w:val="right"/>
      </w:pPr>
      <w:r>
        <w:t>مولانا، اگلا سوال مسٹر ساجد انور کا ہے دلی سے۔ انہوں نے لکھا ہے: "کیا صحابہ سے بھی ایمان لانے کے بعد بڑے گناہ ہوئے؟</w:t>
      </w:r>
    </w:p>
    <w:p>
      <w:r>
        <w:rPr>
          <w:b/>
        </w:rPr>
        <w:t xml:space="preserve">[24:39] </w:t>
      </w:r>
      <w:r>
        <w:t>agar haan to us ke baad un ka kya amal raha? kya is ki wajah se un ke mission par koi asar hua?</w:t>
      </w:r>
    </w:p>
    <w:p>
      <w:pPr>
        <w:jc w:val="right"/>
      </w:pPr>
      <w:r>
        <w:t>اگر ہاں تو اس کے بعد ان کا کیا عمل رہا؟ کیا اس کی وجہ سے ان کے مشن پر کوئی اثر ہوا؟</w:t>
      </w:r>
    </w:p>
    <w:p>
      <w:r>
        <w:rPr>
          <w:b/>
        </w:rPr>
        <w:t xml:space="preserve">[24:49] </w:t>
      </w:r>
      <w:r>
        <w:t>rehnnumai farmayen."</w:t>
      </w:r>
    </w:p>
    <w:p>
      <w:pPr>
        <w:jc w:val="right"/>
      </w:pPr>
      <w:r>
        <w:t>رہنمائی فرمائیں۔"</w:t>
      </w:r>
    </w:p>
    <w:p>
      <w:r>
        <w:rPr>
          <w:b/>
        </w:rPr>
        <w:t xml:space="preserve">[24:53] </w:t>
      </w:r>
      <w:r>
        <w:t>dekhiye, ghalti kisi bhi aadmi se hoti hai, khud Adam se hui ghalti. jab tak aadmi duniya mein zinda hai, us waqt tak woh ghalti kar sakta hai.</w:t>
      </w:r>
    </w:p>
    <w:p>
      <w:pPr>
        <w:jc w:val="right"/>
      </w:pPr>
      <w:r>
        <w:t>دیکھیے، غلطی کسی بھی آدمی سے ہوتی ہے، خود آدم سے ہوئی غلطی۔ جب تک آدمی دنیا میں زندہ ہے، اس وقت تک وہ غلطی کر سکتا ہے۔</w:t>
      </w:r>
    </w:p>
    <w:p>
      <w:r>
        <w:rPr>
          <w:b/>
        </w:rPr>
        <w:t xml:space="preserve">[25:08] </w:t>
      </w:r>
      <w:r>
        <w:t>hadees mein aata hai: "Ala kullikum khattoon wa khair ul khattain at tawwaboon" ke tum mein se har shakhs khata kar sakta hai.</w:t>
      </w:r>
    </w:p>
    <w:p>
      <w:pPr>
        <w:jc w:val="right"/>
      </w:pPr>
      <w:r>
        <w:t>حدیث میں آتا ہے: "علی کلکم خطون و خیر الخطائین التوابون" کہ تم میں سے ہر شخص خطا کر سکتا ہے۔</w:t>
      </w:r>
    </w:p>
    <w:p>
      <w:r>
        <w:rPr>
          <w:b/>
        </w:rPr>
        <w:t xml:space="preserve">[25:20] </w:t>
      </w:r>
      <w:r>
        <w:t>lekin khata kar ke jo tauba kare, woh phir pak ho gaya. to aisi cheez yeh nahin hai ke aap ke aadmi khata nahin karay ga.</w:t>
      </w:r>
    </w:p>
    <w:p>
      <w:pPr>
        <w:jc w:val="right"/>
      </w:pPr>
      <w:r>
        <w:t>لیکن خطا کر کے جو توبہ کرے، وہ پھر پاک ہو گیا۔ تو ایسی چیز یہ نہیں ہے کہ آپ کہ آدمی خطا نہیں کرے گا۔</w:t>
      </w:r>
    </w:p>
    <w:p>
      <w:r>
        <w:rPr>
          <w:b/>
        </w:rPr>
        <w:t xml:space="preserve">[25:31] </w:t>
      </w:r>
      <w:r>
        <w:t>aisi cheez yeh hai ke khata ke baad is ko tauba karna chahiye. to chahe sahaba hon ya koi doosre log hon, har ek isi tarah se yani insan jaise hum insan hain.</w:t>
      </w:r>
    </w:p>
    <w:p>
      <w:pPr>
        <w:jc w:val="right"/>
      </w:pPr>
      <w:r>
        <w:t>ایسی چیز یہ ہے کہ خطا کے بعد اس کو توبہ کرنا چاہیے۔ تو چاہے صحابہ ہوں یا کوئی دوسرے لوگ ہوں، ہر ایک اسی طرح سے یعنی انسان جیسے ہم انسان ہیں۔</w:t>
      </w:r>
    </w:p>
    <w:p>
      <w:r>
        <w:rPr>
          <w:b/>
        </w:rPr>
        <w:t xml:space="preserve">[25:46] </w:t>
      </w:r>
      <w:r>
        <w:t>to sahaba bhi khata kar sakte the aur koi bhi khata kar sakta hai. is mein to koi do rai nahi hai.</w:t>
      </w:r>
    </w:p>
    <w:p>
      <w:pPr>
        <w:jc w:val="right"/>
      </w:pPr>
      <w:r>
        <w:t>تو صحابہ بھی خطا کر سکتے تھے اور کوئی بھی خطا کر سکتا ہے۔ اس میں تو کوئی دو رائے نہیں ہے۔</w:t>
      </w:r>
    </w:p>
    <w:p>
      <w:r>
        <w:rPr>
          <w:b/>
        </w:rPr>
        <w:t xml:space="preserve">[25:55] </w:t>
      </w:r>
      <w:r>
        <w:t>har har aadmi bashar hai, har aadmi insan hai. koi bhi bashar se yani koi bhi yani farishta nahi hai.</w:t>
      </w:r>
    </w:p>
    <w:p>
      <w:pPr>
        <w:jc w:val="right"/>
      </w:pPr>
      <w:r>
        <w:t>ہر ہر آدمی بشر ہے، ہر آدمی انسان ہے۔ کوئی بھی بشر سے یعنی کوئی بھی یعنی فرشتہ نہیں ہے۔</w:t>
      </w:r>
    </w:p>
    <w:p>
      <w:r>
        <w:rPr>
          <w:b/>
        </w:rPr>
        <w:t xml:space="preserve">[26:04] </w:t>
      </w:r>
      <w:r>
        <w:t>na sahaba farishta hain, na hum aap farishta hain. to asal janch is baat mein hai ke aadmi khata hone ke baad woh choukan na ho jaye aur tauba kare, maafi mange, islah kare.</w:t>
      </w:r>
    </w:p>
    <w:p>
      <w:pPr>
        <w:jc w:val="right"/>
      </w:pPr>
      <w:r>
        <w:t>نہ صحابہ فرشتہ ہیں، نہ ہم آپ فرشتہ ہیں۔ تو اصل جانچ اس بات میں ہے کہ آدمی خطا ہونے کے بعد وہ چوکن نہ ہو جائے اور توبہ کرے، معافی مانگے، اصلاح کرے۔</w:t>
      </w:r>
    </w:p>
    <w:p>
      <w:r>
        <w:rPr>
          <w:b/>
        </w:rPr>
        <w:t xml:space="preserve">[26:21] </w:t>
      </w:r>
      <w:r>
        <w:t>to balkeh hadith mein to yahan tak hai ke ke ah</w:t>
      </w:r>
    </w:p>
    <w:p>
      <w:pPr>
        <w:jc w:val="right"/>
      </w:pPr>
      <w:r>
        <w:t>تو بلکہ حدیث میں تو یہاں تک ہے کہ کہ اہ</w:t>
      </w:r>
    </w:p>
    <w:p>
      <w:r>
        <w:rPr>
          <w:b/>
        </w:rPr>
        <w:t xml:space="preserve">[26:30] </w:t>
      </w:r>
      <w:r>
        <w:t>ke agar insan ghalti na kare to Allah ek aur makhlooq paida karega jo ghalti kare aur maafi mangay. yahan tak aata hai ke Allah taala ko itna zyada pasand hai tauba, istighfar, sharminda hona apni ghalti par.</w:t>
      </w:r>
    </w:p>
    <w:p>
      <w:pPr>
        <w:jc w:val="right"/>
      </w:pPr>
      <w:r>
        <w:t>کہ اگر انسان غلطی نہ کرے تو اللہ ایک اور مخلوق پیدا کرے گا جو غلطی کرے اور معافی مانگے۔ یہاں تک آتا ہے کہ اللہ تعالی کو اتنا زیادہ پسند ہے توبہ، استغفار، شرمندہ ہونا اپنی غلطی پر۔</w:t>
      </w:r>
    </w:p>
    <w:p>
      <w:r>
        <w:rPr>
          <w:b/>
        </w:rPr>
        <w:t xml:space="preserve">[26:50] </w:t>
      </w:r>
      <w:r>
        <w:t>balkeh yahan tak quran mein hai ke "olayeka abdullah siyat hasanat" yani un ki siyhati badal ke hasanat ban jayengi.</w:t>
      </w:r>
    </w:p>
    <w:p>
      <w:pPr>
        <w:jc w:val="right"/>
      </w:pPr>
      <w:r>
        <w:t>بلکہ یہاں تک قرآن میں ہے کہ "اولائکہ عبداللہ سیات حسنات" یعنی ان کی سیاحتی بدل کے حسنات بن جائیں گی۔</w:t>
      </w:r>
    </w:p>
    <w:p>
      <w:r>
        <w:rPr>
          <w:b/>
        </w:rPr>
        <w:t xml:space="preserve">[26:59] </w:t>
      </w:r>
      <w:r>
        <w:t>yeh kaisi ajeeb baat hai ke jo kaam bator siyah hua tha, woh bator hasana aap aap ke record mein darj ho jayega.</w:t>
      </w:r>
    </w:p>
    <w:p>
      <w:pPr>
        <w:jc w:val="right"/>
      </w:pPr>
      <w:r>
        <w:t>یہ کیسی عجیب بات ہے کہ جو کام بطور سیاح ہوا تھا، وہ بطور حسنہ آپ آپ کے ریکارڈ میں درج ہو جائے گا۔</w:t>
      </w:r>
    </w:p>
    <w:p>
      <w:r>
        <w:rPr>
          <w:b/>
        </w:rPr>
        <w:t xml:space="preserve">[27:11] </w:t>
      </w:r>
      <w:r>
        <w:t>to yaad rakhiye, aisi cheez yeh nahi ke aadmi ne khata ki. aisi cheez yeh hai ke khata ke baad woh chakar na hua aur us ne maafi mangi aur woh Allah ki taraf rujoo hua to woh Allah ke haan is ka is is ko ek neki ke tor par darj kiya jayega.</w:t>
      </w:r>
    </w:p>
    <w:p>
      <w:pPr>
        <w:jc w:val="right"/>
      </w:pPr>
      <w:r>
        <w:t>تو یاد رکھیے، ایسی چیز یہ نہیں کہ آدمی نے خطا کی۔ ایسی چیز یہ ہے کہ خطا کے بعد وہ چکر نہ ہوا اور اس نے معافی مانگی اور وہ اللہ کی طرف رجوع ہوا تو وہ اللہ کے ہاں اس کا اس اس کو ایک نیکی کے طور پر درج کیا جائے گا۔</w:t>
      </w:r>
    </w:p>
    <w:p>
      <w:r>
        <w:rPr>
          <w:b/>
        </w:rPr>
        <w:t xml:space="preserve">[27:31] </w:t>
      </w:r>
      <w:r>
        <w:t>is ka yeh muamla.</w:t>
      </w:r>
    </w:p>
    <w:p>
      <w:pPr>
        <w:jc w:val="right"/>
      </w:pPr>
      <w:r>
        <w:t>اس کا یہ معاملہ۔</w:t>
      </w:r>
    </w:p>
    <w:p>
      <w:r>
        <w:rPr>
          <w:b/>
        </w:rPr>
        <w:t xml:space="preserve">[27:39] </w:t>
      </w:r>
      <w:r>
        <w:t>maulana, agla sawal maulana khateeb asrar ul hassan ka hai umra abad se. unhon ne aap se poocha hai ke deen ki kaifiati aur kamiyati taabeer ke farq ki wazahat kijiye.</w:t>
      </w:r>
    </w:p>
    <w:p>
      <w:pPr>
        <w:jc w:val="right"/>
      </w:pPr>
      <w:r>
        <w:t>مولانا، اگلا سوال مولانا خطیب اسرار الحسن کا ہے عمرہ آباد سے۔ انہوں نے آپ سے پوچھا ہے کہ دین کی کیفیاتی اور کامیاتی تعبیر کے فرق کی وضاحت کیجئے۔</w:t>
      </w:r>
    </w:p>
    <w:p>
      <w:r>
        <w:rPr>
          <w:b/>
        </w:rPr>
        <w:t xml:space="preserve">[27:53] </w:t>
      </w:r>
      <w:r>
        <w:t>kaifiyat aur kamiyat ko angrezi mein kehte hain. yani woh quality aur quantity. yani ek hai qualitative aspect, ek hai quantitative aspect.</w:t>
      </w:r>
    </w:p>
    <w:p>
      <w:pPr>
        <w:jc w:val="right"/>
      </w:pPr>
      <w:r>
        <w:t>کیفیت اور کمیت کو انگریزی میں کہتے ہیں۔ یعنی وہ کوالٹی اور کوانٹٹی۔ یعنی ایک ہے کوالیٹیٹیو اسپیکٹ، ایک ہے کوانٹیٹیو اسپیکٹ۔</w:t>
      </w:r>
    </w:p>
    <w:p>
      <w:r>
        <w:rPr>
          <w:b/>
        </w:rPr>
        <w:t xml:space="preserve">[28:07] </w:t>
      </w:r>
      <w:r>
        <w:t>to jaise aap ne farz kiya ke tahajjud ki namaz aath rakkat padhi to kamiyat yeh hui ke aap ne aath rakkat padh dali.</w:t>
      </w:r>
    </w:p>
    <w:p>
      <w:pPr>
        <w:jc w:val="right"/>
      </w:pPr>
      <w:r>
        <w:t>تو جیسے آپ نے فرض کیا کہ تہجد کی نماز آٹھ رکعت پڑھی تو کمیت یہ ہوئی کہ آپ نے آٹھ رکعت پڑھ ڈالی۔</w:t>
      </w:r>
    </w:p>
    <w:p>
      <w:r>
        <w:rPr>
          <w:b/>
        </w:rPr>
        <w:t xml:space="preserve">[28:18] </w:t>
      </w:r>
      <w:r>
        <w:t>yeh is ka quantitative aspect hua. aur kitna khushu tha is ke baray mein, kitna Allah ki taraf rujoo tha, woh is ka qualitative aspect hai.</w:t>
      </w:r>
    </w:p>
    <w:p>
      <w:pPr>
        <w:jc w:val="right"/>
      </w:pPr>
      <w:r>
        <w:t>یہ اس کا کوانٹیٹیو اسپیکٹ ہوا۔ اور کتنا خشوع تھا اس کے بارے میں، کتنا اللہ کی طرف رجوع تھا، وہ اس کا کوالیٹیٹیو اسپیکٹ ہے۔</w:t>
      </w:r>
    </w:p>
    <w:p>
      <w:r>
        <w:rPr>
          <w:b/>
        </w:rPr>
        <w:t xml:space="preserve">[28:32] </w:t>
      </w:r>
      <w:r>
        <w:t>yani kaifiati aspect. to yeh yani quran o hadith ke mutale se maloom hota hai ke Allah taala ko yani kamiyat se dilchaspi nahi hai, kaifiyat dilchaspi hai.</w:t>
      </w:r>
    </w:p>
    <w:p>
      <w:pPr>
        <w:jc w:val="right"/>
      </w:pPr>
      <w:r>
        <w:t>یعنی کیفیاتی اسپیکٹ۔ تو یہ یعنی قرآن و حدیث کے مطالعے سے معلوم ہوتا ہے کہ اللہ تعالی کو یعنی کمیت سے دلچسپی نہیں ہے، کیفیات دلچسپی ہے۔</w:t>
      </w:r>
    </w:p>
    <w:p>
      <w:r>
        <w:rPr>
          <w:b/>
        </w:rPr>
        <w:t xml:space="preserve">[28:46] </w:t>
      </w:r>
      <w:r>
        <w:t>yani miqdar se nahi hai, balkeh spirit se dilchaspi hai. koi koi bohat bara aap aath rakkat, aath hazar rakkat padh dain lekin is mein kaifiyat na ho, yani khushu na ho,</w:t>
      </w:r>
    </w:p>
    <w:p>
      <w:pPr>
        <w:jc w:val="right"/>
      </w:pPr>
      <w:r>
        <w:t>یعنی مقدار سے نہیں ہے، بلکہ اسٹریٹ سے دلچسپی ہے۔ کوئی کوئی بہت بڑا آپ آٹھ رکعت، آٹھ ہزار رکعت پڑھ ڈالیں لیکن اس میں کیفیت نہ ہو، یعنی خشوع نہ ہو،</w:t>
      </w:r>
    </w:p>
    <w:p>
      <w:r>
        <w:rPr>
          <w:b/>
        </w:rPr>
        <w:t xml:space="preserve">[28:59] </w:t>
      </w:r>
      <w:r>
        <w:t>khuzu na ho, taqwa na ho, mohabbat ilahi na ho, khauf khuda na ho to is ki koi value nahi hogi Allah ki nazar mein. to dakhli spirit ka naam hai kaifiyat aur kharji form ka naam hai kamiyat.</w:t>
      </w:r>
    </w:p>
    <w:p>
      <w:pPr>
        <w:jc w:val="right"/>
      </w:pPr>
      <w:r>
        <w:t>خضوع نہ ہو، تقویٰ نہ ہو، محبت الہی نہ ہو، خوف خدا نہ ہو تو اس کی کوئی ویلیو نہیں ہوگی اللہ کی نظر میں۔ تو داخلی سپرٹ کا نام ہے کیفیت اور خارجی فارم کا نام ہے کمیت۔</w:t>
      </w:r>
    </w:p>
    <w:p>
      <w:r>
        <w:rPr>
          <w:b/>
        </w:rPr>
        <w:t xml:space="preserve">[29:21] </w:t>
      </w:r>
      <w:r>
        <w:t>jaise misaal ke tor par ek mashhoor hadith hai ke rasool Allah madina masjid ke madine ke masjid mein thay aur ek shakhs aata hai aur us ne do rakkat namaz padhi, phir aap ke paas aaya,</w:t>
      </w:r>
    </w:p>
    <w:p>
      <w:pPr>
        <w:jc w:val="right"/>
      </w:pPr>
      <w:r>
        <w:t>جیسے مثال کے طور پر ایک مشہور حدیث ہے کہ رسول اللہ مدین مسجد کے مدینے کے مسجد میں تھے اور ایک شخص آتا ہے اور اس نے دو رکعت نماز پڑھی، پھر آپ کے پاس آیا،</w:t>
      </w:r>
    </w:p>
    <w:p>
      <w:r>
        <w:rPr>
          <w:b/>
        </w:rPr>
        <w:t xml:space="preserve">[29:39] </w:t>
      </w:r>
      <w:r>
        <w:t>salam kiya to aap ne farmaya ke "arj fasal fainka lam tusal" jao phir se namaz padho kyunke tum ne namaz nahi padhi.</w:t>
      </w:r>
    </w:p>
    <w:p>
      <w:pPr>
        <w:jc w:val="right"/>
      </w:pPr>
      <w:r>
        <w:t>سلام کیا تو آپ نے فرمایا کہ "ارج فصل فینک لم تصل" جاؤ پھر سے نماز پڑھو کیونکہ تم نے نماز نہیں پڑھی۔</w:t>
      </w:r>
    </w:p>
    <w:p>
      <w:r>
        <w:rPr>
          <w:b/>
        </w:rPr>
        <w:t xml:space="preserve">[29:50] </w:t>
      </w:r>
      <w:r>
        <w:t>matlab kamiyati maano mein to padh liya tha us ne lekin kaifiyat maano mein nahi padha tha. us ne adad poora kar liya aur khushu se ghayab thi woh namaz us ki.</w:t>
      </w:r>
    </w:p>
    <w:p>
      <w:pPr>
        <w:jc w:val="right"/>
      </w:pPr>
      <w:r>
        <w:t>مطلب کمیتی معنوں میں تو پڑھ لیا تھا اس نے لیکن کیفیات معنوں میں نہیں پڑھا تھا۔ اس نے عدت پورا کر لیا اور خشوع سے غائب تھی وہ نماز اس کی۔</w:t>
      </w:r>
    </w:p>
    <w:p>
      <w:r>
        <w:rPr>
          <w:b/>
        </w:rPr>
        <w:t xml:space="preserve">[30:01] </w:t>
      </w:r>
      <w:r>
        <w:t>to yeh farq hai kamiyat mein aur kaifiyat mein.</w:t>
      </w:r>
    </w:p>
    <w:p>
      <w:pPr>
        <w:jc w:val="right"/>
      </w:pPr>
      <w:r>
        <w:t>تو یہ فرق ہے کمیت میں اور کیفیت میں۔</w:t>
      </w:r>
    </w:p>
    <w:p>
      <w:r>
        <w:rPr>
          <w:b/>
        </w:rPr>
        <w:t xml:space="preserve">[30:07] </w:t>
      </w:r>
      <w:r>
        <w:t>okay, we will end the session now. thank you.</w:t>
      </w:r>
    </w:p>
    <w:p>
      <w:pPr>
        <w:jc w:val="right"/>
      </w:pPr>
      <w:r>
        <w:t>اوکے،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