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(In Conversation with Maulana)</w:t>
      </w:r>
    </w:p>
    <w:p>
      <w:r>
        <w:t>https://www.youtube.com/watch?v=vFVw6wPt5lk</w:t>
      </w:r>
    </w:p>
    <w:p>
      <w:r>
        <w:rPr>
          <w:b/>
        </w:rPr>
        <w:t xml:space="preserve">[00:11] </w:t>
      </w:r>
      <w:r>
        <w:t>greetings to you all. we continue our journey to unfold the true face of islam with a well-known islamic spiritual scholar, Maulana Wahiduddin Khan.</w:t>
      </w:r>
    </w:p>
    <w:p>
      <w:pPr>
        <w:jc w:val="right"/>
      </w:pPr>
      <w:r>
        <w:t>Greetings to you all. We continue our journey to unfold the true face of Islam with a well-known Islamic spiritual scholar, مولانا وحید الدین خان.</w:t>
      </w:r>
    </w:p>
    <w:p>
      <w:r>
        <w:rPr>
          <w:b/>
        </w:rPr>
        <w:t xml:space="preserve">[00:22] </w:t>
      </w:r>
      <w:r>
        <w:t>the root word of islam is salam, which means peace, contrary to what many people believe today—that is, islam means violence.</w:t>
      </w:r>
    </w:p>
    <w:p>
      <w:pPr>
        <w:jc w:val="right"/>
      </w:pPr>
      <w:r>
        <w:t>The root word of Islam is سلم, which means peace, contrary to what many people believe today—that is, Islam means violence.</w:t>
      </w:r>
    </w:p>
    <w:p>
      <w:r>
        <w:rPr>
          <w:b/>
        </w:rPr>
        <w:t xml:space="preserve">[00:33] </w:t>
      </w:r>
      <w:r>
        <w:t>so let us understand today what is the true face of islam from none other than Maulana Wahiduddin Khan. welcome, Maulana Wahiduddin Khan.</w:t>
      </w:r>
    </w:p>
    <w:p>
      <w:pPr>
        <w:jc w:val="right"/>
      </w:pPr>
      <w:r>
        <w:t>So let us understand today what is the true face of Islam from none other than مولانا وحید الدین خان. Welcome, مولانا وحید الدین خان.</w:t>
      </w:r>
    </w:p>
    <w:p>
      <w:r>
        <w:rPr>
          <w:b/>
        </w:rPr>
        <w:t xml:space="preserve">[00:43] </w:t>
      </w:r>
      <w:r>
        <w:t>Maulana, it is believed that Islam—uh, welcome, Maulana Wahiduddin Khan. Maulana, it is believed that Quran is the preserved and final word of God.</w:t>
      </w:r>
    </w:p>
    <w:p>
      <w:pPr>
        <w:jc w:val="right"/>
      </w:pPr>
      <w:r>
        <w:t>مولانا، it is believed that Islam—uh, welcome, مولانا وحید الدین خان. مولانا، it is believed that Quran is the preserved and final word of God.</w:t>
      </w:r>
    </w:p>
    <w:p>
      <w:r>
        <w:rPr>
          <w:b/>
        </w:rPr>
        <w:t xml:space="preserve">[00:58] </w:t>
      </w:r>
      <w:r>
        <w:t>Why is it that the earlier revelations of God, like Torah or Bible or other scriptures, were not preserved?</w:t>
      </w:r>
    </w:p>
    <w:p>
      <w:pPr>
        <w:jc w:val="right"/>
      </w:pPr>
      <w:r>
        <w:t>Why is it that the earlier revelations of God, like Torah or Bible or other scriptures, were not preserved?</w:t>
      </w:r>
    </w:p>
    <w:p>
      <w:r>
        <w:rPr>
          <w:b/>
        </w:rPr>
        <w:t xml:space="preserve">[01:10] </w:t>
      </w:r>
      <w:r>
        <w:t>The reason is very natural.</w:t>
      </w:r>
    </w:p>
    <w:p>
      <w:pPr>
        <w:jc w:val="right"/>
      </w:pPr>
      <w:r>
        <w:t>The reason is very natural.</w:t>
      </w:r>
    </w:p>
    <w:p>
      <w:r>
        <w:rPr>
          <w:b/>
        </w:rPr>
        <w:t xml:space="preserve">[01:17] </w:t>
      </w:r>
      <w:r>
        <w:t>The history shows—the history of prophets shows—that there was a difference between the prophets of Islam and other prophets.</w:t>
      </w:r>
    </w:p>
    <w:p>
      <w:pPr>
        <w:jc w:val="right"/>
      </w:pPr>
      <w:r>
        <w:t>The history shows—the history of prophets shows—that there was a difference between the prophets of Islam and other prophets.</w:t>
      </w:r>
    </w:p>
    <w:p>
      <w:r>
        <w:rPr>
          <w:b/>
        </w:rPr>
        <w:t xml:space="preserve">[01:30] </w:t>
      </w:r>
      <w:r>
        <w:t>Other prophets also, they were prophets in the same sense, but only few people accepted their message.</w:t>
      </w:r>
    </w:p>
    <w:p>
      <w:pPr>
        <w:jc w:val="right"/>
      </w:pPr>
      <w:r>
        <w:t>Other prophets also, they were prophets in the same sense, but only few people accepted their message.</w:t>
      </w:r>
    </w:p>
    <w:p>
      <w:r>
        <w:rPr>
          <w:b/>
        </w:rPr>
        <w:t xml:space="preserve">[01:44] </w:t>
      </w:r>
      <w:r>
        <w:t>And some prophets left alone,</w:t>
      </w:r>
    </w:p>
    <w:p>
      <w:pPr>
        <w:jc w:val="right"/>
      </w:pPr>
      <w:r>
        <w:t>And some prophets left alone,</w:t>
      </w:r>
    </w:p>
    <w:p>
      <w:r>
        <w:rPr>
          <w:b/>
        </w:rPr>
        <w:t xml:space="preserve">[01:51] </w:t>
      </w:r>
      <w:r>
        <w:t>even Prophet Jesus. The Bible shows that at the time of crucifixion, there were only eight persons with Jesus Christ.</w:t>
      </w:r>
    </w:p>
    <w:p>
      <w:pPr>
        <w:jc w:val="right"/>
      </w:pPr>
      <w:r>
        <w:t>even Prophet Jesus. The Bible shows that at the time of crucifixion, there were only eight persons with Jesus Christ.</w:t>
      </w:r>
    </w:p>
    <w:p>
      <w:r>
        <w:rPr>
          <w:b/>
        </w:rPr>
        <w:t xml:space="preserve">[02:03] </w:t>
      </w:r>
      <w:r>
        <w:t>So it requires a team to preserve the word of God because, according to the scheme of God, the guidance was revealed by God</w:t>
      </w:r>
    </w:p>
    <w:p>
      <w:pPr>
        <w:jc w:val="right"/>
      </w:pPr>
      <w:r>
        <w:t>So it requires a team to preserve the word of God because, according to the scheme of God, the guidance was revealed by God</w:t>
      </w:r>
    </w:p>
    <w:p>
      <w:r>
        <w:rPr>
          <w:b/>
        </w:rPr>
        <w:t xml:space="preserve">[02:25] </w:t>
      </w:r>
      <w:r>
        <w:t>. Guidance was revealed by God through angels. But it was upon the followers to preserve the revelation.</w:t>
      </w:r>
    </w:p>
    <w:p>
      <w:pPr>
        <w:jc w:val="right"/>
      </w:pPr>
      <w:r>
        <w:t>. Guidance was revealed by God through angels. But it was upon the followers to preserve the revelation.</w:t>
      </w:r>
    </w:p>
    <w:p>
      <w:r>
        <w:rPr>
          <w:b/>
        </w:rPr>
        <w:t xml:space="preserve">[02:41] </w:t>
      </w:r>
      <w:r>
        <w:t>So when other prophets—when there was no strong team with other prophets—so it was not possible to preserve their word.</w:t>
      </w:r>
    </w:p>
    <w:p>
      <w:pPr>
        <w:jc w:val="right"/>
      </w:pPr>
      <w:r>
        <w:t>So when other prophets—when there was no strong team with other prophets—so it was not possible to preserve their word.</w:t>
      </w:r>
    </w:p>
    <w:p>
      <w:r>
        <w:rPr>
          <w:b/>
        </w:rPr>
        <w:t xml:space="preserve">[02:55] </w:t>
      </w:r>
      <w:r>
        <w:t>And you know, that was the time of religious persecution. Now we are living in</w:t>
      </w:r>
    </w:p>
    <w:p>
      <w:pPr>
        <w:jc w:val="right"/>
      </w:pPr>
      <w:r>
        <w:t>And you know, that was the time of religious persecution. Now we are living in</w:t>
      </w:r>
    </w:p>
    <w:p>
      <w:r>
        <w:rPr>
          <w:b/>
        </w:rPr>
        <w:t xml:space="preserve">[03:05] </w:t>
      </w:r>
      <w:r>
        <w:t>a time when we enjoy religious freedom. But this was not—it was not at the time of other prophets.</w:t>
      </w:r>
    </w:p>
    <w:p>
      <w:pPr>
        <w:jc w:val="right"/>
      </w:pPr>
      <w:r>
        <w:t>a time when we enjoy religious freedom. But this was not—it was not at the time of other prophets.</w:t>
      </w:r>
    </w:p>
    <w:p>
      <w:r>
        <w:rPr>
          <w:b/>
        </w:rPr>
        <w:t xml:space="preserve">[03:16] </w:t>
      </w:r>
      <w:r>
        <w:t>All the prophets sent in the</w:t>
      </w:r>
    </w:p>
    <w:p>
      <w:pPr>
        <w:jc w:val="right"/>
      </w:pPr>
      <w:r>
        <w:t>All the prophets sent in the</w:t>
      </w:r>
    </w:p>
    <w:p>
      <w:r>
        <w:rPr>
          <w:b/>
        </w:rPr>
        <w:t xml:space="preserve">[03:24] </w:t>
      </w:r>
      <w:r>
        <w:t>age when religion was—it was very difficult to follow a religion because everywhere there was religious persecution.</w:t>
      </w:r>
    </w:p>
    <w:p>
      <w:pPr>
        <w:jc w:val="right"/>
      </w:pPr>
      <w:r>
        <w:t>age when religion was—it was very difficult to follow a religion because everywhere there was religious persecution.</w:t>
      </w:r>
    </w:p>
    <w:p>
      <w:r>
        <w:rPr>
          <w:b/>
        </w:rPr>
        <w:t xml:space="preserve">[03:35] </w:t>
      </w:r>
      <w:r>
        <w:t>So the basic reason is that other prophets—the basic reason is that with the other prophets,</w:t>
      </w:r>
    </w:p>
    <w:p>
      <w:pPr>
        <w:jc w:val="right"/>
      </w:pPr>
      <w:r>
        <w:t>So the basic reason is that other prophets—the basic reason is that with the other prophets,</w:t>
      </w:r>
    </w:p>
    <w:p>
      <w:r>
        <w:rPr>
          <w:b/>
        </w:rPr>
        <w:t xml:space="preserve">[03:48] </w:t>
      </w:r>
      <w:r>
        <w:t>there was not a strong team to preserve the word of God.</w:t>
      </w:r>
    </w:p>
    <w:p>
      <w:pPr>
        <w:jc w:val="right"/>
      </w:pPr>
      <w:r>
        <w:t>there was not a strong team to preserve the word of God.</w:t>
      </w:r>
    </w:p>
    <w:p>
      <w:r>
        <w:rPr>
          <w:b/>
        </w:rPr>
        <w:t xml:space="preserve">[03:55] </w:t>
      </w:r>
      <w:r>
        <w:t>But the scene with the prophets of Islam was quite different. According to history, more than two lakhs of people became followers of the prophets of Islam.</w:t>
      </w:r>
    </w:p>
    <w:p>
      <w:pPr>
        <w:jc w:val="right"/>
      </w:pPr>
      <w:r>
        <w:t>But the scene with the prophets of Islam was quite different. According to history, more than two lakhs of people became followers of the prophets of Islam.</w:t>
      </w:r>
    </w:p>
    <w:p>
      <w:r>
        <w:rPr>
          <w:b/>
        </w:rPr>
        <w:t xml:space="preserve">[04:11] </w:t>
      </w:r>
      <w:r>
        <w:t>So two lakhs of people were enough, strong enough, to preserve the word of God.</w:t>
      </w:r>
    </w:p>
    <w:p>
      <w:pPr>
        <w:jc w:val="right"/>
      </w:pPr>
      <w:r>
        <w:t>So two lakhs of people were enough, strong enough, to preserve the word of God.</w:t>
      </w:r>
    </w:p>
    <w:p>
      <w:r>
        <w:rPr>
          <w:b/>
        </w:rPr>
        <w:t xml:space="preserve">[04:18] </w:t>
      </w:r>
      <w:r>
        <w:t>This was the basic reason that Prophet Muhammad's revelation was preserved and others' was not preserved. Maulana, if Islam claims that man and woman have equality in Islam, then why is it that Prophet Muhammad said that the most people he saw in hell were women?</w:t>
      </w:r>
    </w:p>
    <w:p>
      <w:pPr>
        <w:jc w:val="right"/>
      </w:pPr>
      <w:r>
        <w:t>This was the basic reason that Prophet Muhammad's revelation was preserved and others' was not preserved. مولانا، if Islam claims that man and woman have equality in Islam, then why is it that Prophet Muhammad said that the most people he saw in hell were women?</w:t>
      </w:r>
    </w:p>
    <w:p>
      <w:r>
        <w:rPr>
          <w:b/>
        </w:rPr>
        <w:t xml:space="preserve">[04:44] </w:t>
      </w:r>
      <w:r>
        <w:t>It is not a matter of equality. It is a matter of deed. A matter of deed. According to my study, the basic reason is that men and women both have some</w:t>
      </w:r>
    </w:p>
    <w:p>
      <w:pPr>
        <w:jc w:val="right"/>
      </w:pPr>
      <w:r>
        <w:t>It is not a matter of equality. It is a matter of deed. A matter of deed. According to my study, the basic reason is that men and women both have some</w:t>
      </w:r>
    </w:p>
    <w:p>
      <w:r>
        <w:rPr>
          <w:b/>
        </w:rPr>
        <w:t xml:space="preserve">[05:06] </w:t>
      </w:r>
      <w:r>
        <w:t>positive points and also some negative points.</w:t>
      </w:r>
    </w:p>
    <w:p>
      <w:pPr>
        <w:jc w:val="right"/>
      </w:pPr>
      <w:r>
        <w:t>positive points and also some negative points.</w:t>
      </w:r>
    </w:p>
    <w:p>
      <w:r>
        <w:rPr>
          <w:b/>
        </w:rPr>
        <w:t xml:space="preserve">[05:10] </w:t>
      </w:r>
      <w:r>
        <w:t>Women are emotional. And now we know it is proved with the scientific method.</w:t>
      </w:r>
    </w:p>
    <w:p>
      <w:pPr>
        <w:jc w:val="right"/>
      </w:pPr>
      <w:r>
        <w:t>Women are emotional. And now we know it is proved with the scientific method.</w:t>
      </w:r>
    </w:p>
    <w:p>
      <w:r>
        <w:rPr>
          <w:b/>
        </w:rPr>
        <w:t xml:space="preserve">[05:22] </w:t>
      </w:r>
      <w:r>
        <w:t>We know that women are emotional. So emotion has a positive aspect and also a negative aspect.</w:t>
      </w:r>
    </w:p>
    <w:p>
      <w:pPr>
        <w:jc w:val="right"/>
      </w:pPr>
      <w:r>
        <w:t>We know that women are emotional. So emotion has a positive aspect and also a negative aspect.</w:t>
      </w:r>
    </w:p>
    <w:p>
      <w:r>
        <w:rPr>
          <w:b/>
        </w:rPr>
        <w:t xml:space="preserve">[05:35] </w:t>
      </w:r>
      <w:r>
        <w:t>So the negative aspect is that due to emotion, they became angry, they became furious, and</w:t>
      </w:r>
    </w:p>
    <w:p>
      <w:pPr>
        <w:jc w:val="right"/>
      </w:pPr>
      <w:r>
        <w:t>So the negative aspect is that due to emotion, they became angry, they became furious, and</w:t>
      </w:r>
    </w:p>
    <w:p>
      <w:r>
        <w:rPr>
          <w:b/>
        </w:rPr>
        <w:t xml:space="preserve">[05:52] </w:t>
      </w:r>
      <w:r>
        <w:t>under this</w:t>
      </w:r>
    </w:p>
    <w:p>
      <w:pPr>
        <w:jc w:val="right"/>
      </w:pPr>
      <w:r>
        <w:t>under this</w:t>
      </w:r>
    </w:p>
    <w:p>
      <w:r>
        <w:rPr>
          <w:b/>
        </w:rPr>
        <w:t xml:space="preserve">[05:57] </w:t>
      </w:r>
      <w:r>
        <w:t>influence, they committed some wrong things. So men have also</w:t>
      </w:r>
    </w:p>
    <w:p>
      <w:pPr>
        <w:jc w:val="right"/>
      </w:pPr>
      <w:r>
        <w:t>influence, they committed some wrong things. So men have also</w:t>
      </w:r>
    </w:p>
    <w:p>
      <w:r>
        <w:rPr>
          <w:b/>
        </w:rPr>
        <w:t xml:space="preserve">[06:11] </w:t>
      </w:r>
      <w:r>
        <w:t>a quality that has both aspects. That is ego. According to Hadith, there is also a Hadith that men</w:t>
      </w:r>
    </w:p>
    <w:p>
      <w:pPr>
        <w:jc w:val="right"/>
      </w:pPr>
      <w:r>
        <w:t>a quality that has both aspects. That is ego. According to Hadith, there is also a Hadith that men</w:t>
      </w:r>
    </w:p>
    <w:p>
      <w:r>
        <w:rPr>
          <w:b/>
        </w:rPr>
        <w:t xml:space="preserve">[06:28] </w:t>
      </w:r>
      <w:r>
        <w:t>have</w:t>
      </w:r>
    </w:p>
    <w:p>
      <w:pPr>
        <w:jc w:val="right"/>
      </w:pPr>
      <w:r>
        <w:t>have</w:t>
      </w:r>
    </w:p>
    <w:p>
      <w:r>
        <w:rPr>
          <w:b/>
        </w:rPr>
        <w:t xml:space="preserve">[06:32] </w:t>
      </w:r>
      <w:r>
        <w:t>another quality. That is ego. So ego also has a positive point and a negative point.</w:t>
      </w:r>
    </w:p>
    <w:p>
      <w:pPr>
        <w:jc w:val="right"/>
      </w:pPr>
      <w:r>
        <w:t>another quality. That is ego. So ego also has a positive point and a negative point.</w:t>
      </w:r>
    </w:p>
    <w:p>
      <w:r>
        <w:rPr>
          <w:b/>
        </w:rPr>
        <w:t xml:space="preserve">[06:39] </w:t>
      </w:r>
      <w:r>
        <w:t>So it is a warning. It is not a matter of hell and paradise. It is a matter of warning. The prophets of Islam warned women that if you are emotional, that is very good.</w:t>
      </w:r>
    </w:p>
    <w:p>
      <w:pPr>
        <w:jc w:val="right"/>
      </w:pPr>
      <w:r>
        <w:t>So it is a warning. It is not a matter of hell and paradise. It is a matter of warning. The prophets of Islam warned women that if you are emotional, that is very good.</w:t>
      </w:r>
    </w:p>
    <w:p>
      <w:r>
        <w:rPr>
          <w:b/>
        </w:rPr>
        <w:t xml:space="preserve">[06:55] </w:t>
      </w:r>
      <w:r>
        <w:t>But emotion has also a negative point.</w:t>
      </w:r>
    </w:p>
    <w:p>
      <w:pPr>
        <w:jc w:val="right"/>
      </w:pPr>
      <w:r>
        <w:t>But emotion has also a negative point.</w:t>
      </w:r>
    </w:p>
    <w:p>
      <w:r>
        <w:rPr>
          <w:b/>
        </w:rPr>
        <w:t xml:space="preserve">[06:59] </w:t>
      </w:r>
      <w:r>
        <w:t>Then the prophets of Islam warned men that if you are egoist, it is also a good quality. But ego has also a negative point.</w:t>
      </w:r>
    </w:p>
    <w:p>
      <w:pPr>
        <w:jc w:val="right"/>
      </w:pPr>
      <w:r>
        <w:t>Then the prophets of Islam warned men that if you are egoist, it is also a good quality. But ego has also a negative point.</w:t>
      </w:r>
    </w:p>
    <w:p>
      <w:r>
        <w:rPr>
          <w:b/>
        </w:rPr>
        <w:t xml:space="preserve">[07:15] </w:t>
      </w:r>
      <w:r>
        <w:t>So if you see both the Hadiths, both the sayings, you will understand that it is a warning rather than a matter of paradise and hell.</w:t>
      </w:r>
    </w:p>
    <w:p>
      <w:pPr>
        <w:jc w:val="right"/>
      </w:pPr>
      <w:r>
        <w:t>So if you see both the Hadiths, both the sayings, you will understand that it is a warning rather than a matter of paradise and hell.</w:t>
      </w:r>
    </w:p>
    <w:p>
      <w:r>
        <w:rPr>
          <w:b/>
        </w:rPr>
        <w:t xml:space="preserve">[07:33] </w:t>
      </w:r>
      <w:r>
        <w:t>So the prophets warned both the sexes, men and women both.</w:t>
      </w:r>
    </w:p>
    <w:p>
      <w:pPr>
        <w:jc w:val="right"/>
      </w:pPr>
      <w:r>
        <w:t>So the prophets warned both the sexes, men and women both.</w:t>
      </w:r>
    </w:p>
    <w:p>
      <w:r>
        <w:rPr>
          <w:b/>
        </w:rPr>
        <w:t xml:space="preserve">[07:42] </w:t>
      </w:r>
      <w:r>
        <w:t>Maulana, Muslims also claim that Jesus Christ was a Muslim. If this was true, then why did Jesus convert water to wine and also said that wine is My blood?</w:t>
      </w:r>
    </w:p>
    <w:p>
      <w:pPr>
        <w:jc w:val="right"/>
      </w:pPr>
      <w:r>
        <w:t>مولانا، مسلمs also claim that Jesus Christ was a Muslim. If this was true, then why did Jesus convert water to wine and also said that wine is My blood?</w:t>
      </w:r>
    </w:p>
    <w:p>
      <w:r>
        <w:rPr>
          <w:b/>
        </w:rPr>
        <w:t xml:space="preserve">[07:55] </w:t>
      </w:r>
      <w:r>
        <w:t>Because we know in Islam, wine or alcohol is prohibited.</w:t>
      </w:r>
    </w:p>
    <w:p>
      <w:pPr>
        <w:jc w:val="right"/>
      </w:pPr>
      <w:r>
        <w:t>Because we know in Islam, wine or alcohol is prohibited.</w:t>
      </w:r>
    </w:p>
    <w:p>
      <w:r>
        <w:rPr>
          <w:b/>
        </w:rPr>
        <w:t xml:space="preserve">[08:01] </w:t>
      </w:r>
      <w:r>
        <w:t>This is a biblical story. I know that this story is in the New Testament, but it is</w:t>
      </w:r>
    </w:p>
    <w:p>
      <w:pPr>
        <w:jc w:val="right"/>
      </w:pPr>
      <w:r>
        <w:t>This is a biblical story. I know that this story is in the New Testament, but it is</w:t>
      </w:r>
    </w:p>
    <w:p>
      <w:r>
        <w:rPr>
          <w:b/>
        </w:rPr>
        <w:t xml:space="preserve">[08:16] </w:t>
      </w:r>
      <w:r>
        <w:t>an innovation. It was innovated by the church, men of the church.</w:t>
      </w:r>
    </w:p>
    <w:p>
      <w:pPr>
        <w:jc w:val="right"/>
      </w:pPr>
      <w:r>
        <w:t>an innovation. It was innovated by the church, men of the church.</w:t>
      </w:r>
    </w:p>
    <w:p>
      <w:r>
        <w:rPr>
          <w:b/>
        </w:rPr>
        <w:t xml:space="preserve">[08:23] </w:t>
      </w:r>
      <w:r>
        <w:t>It was not Jesus Christ's teaching. So according to the Quran, this story is wrong.</w:t>
      </w:r>
    </w:p>
    <w:p>
      <w:pPr>
        <w:jc w:val="right"/>
      </w:pPr>
      <w:r>
        <w:t>It was not Jesus Christ's teaching. So according to the Quran, this story is wrong.</w:t>
      </w:r>
    </w:p>
    <w:p>
      <w:r>
        <w:rPr>
          <w:b/>
        </w:rPr>
        <w:t xml:space="preserve">[08:33] </w:t>
      </w:r>
      <w:r>
        <w:t>It is fabricated. So there is no question. So this question is simply a misunderstanding. It is not a proper question.</w:t>
      </w:r>
    </w:p>
    <w:p>
      <w:pPr>
        <w:jc w:val="right"/>
      </w:pPr>
      <w:r>
        <w:t>It is fabricated. So there is no question. So this question is simply a misunderstanding. It is not a proper question.</w:t>
      </w:r>
    </w:p>
    <w:p>
      <w:r>
        <w:rPr>
          <w:b/>
        </w:rPr>
        <w:t xml:space="preserve">[08:47] </w:t>
      </w:r>
      <w:r>
        <w:t>Maulana, where in the Quran is it said that Muhammad is the last prophet and messenger of God?</w:t>
      </w:r>
    </w:p>
    <w:p>
      <w:pPr>
        <w:jc w:val="right"/>
      </w:pPr>
      <w:r>
        <w:t>مولانا، where in the Quran is it said that Muhammad is the last prophet and messenger of God?</w:t>
      </w:r>
    </w:p>
    <w:p>
      <w:r>
        <w:rPr>
          <w:b/>
        </w:rPr>
        <w:t xml:space="preserve">[08:54] </w:t>
      </w:r>
      <w:r>
        <w:t>It is mentioned in the chapter Al-Ahzab. That is chapter number thirty. In this chapter, there is a verse that is verse number forty.</w:t>
      </w:r>
    </w:p>
    <w:p>
      <w:pPr>
        <w:jc w:val="right"/>
      </w:pPr>
      <w:r>
        <w:t>It is mentioned in the chapter Al-Ahzab. That is chapter number thirty. In this chapter, there is a verse that is verse number forty.</w:t>
      </w:r>
    </w:p>
    <w:p>
      <w:r>
        <w:rPr>
          <w:b/>
        </w:rPr>
        <w:t xml:space="preserve">[09:10] </w:t>
      </w:r>
      <w:r>
        <w:t>In this verse, the Quran says, "wa lakin ar-rasool Allahi wa khatam an-nabiyyin." Muhammad was the prophet of God as well as he was the last prophet.</w:t>
      </w:r>
    </w:p>
    <w:p>
      <w:pPr>
        <w:jc w:val="right"/>
      </w:pPr>
      <w:r>
        <w:t>In this verse, the Quran says, "وَلَاكِ الرَّسُولُ اللَّهِ وَخَاتَمُ النَّبِيِّينَ." Muhammad was the prophet of God as well as he was the last prophet.</w:t>
      </w:r>
    </w:p>
    <w:p>
      <w:r>
        <w:rPr>
          <w:b/>
        </w:rPr>
        <w:t xml:space="preserve">[09:29] </w:t>
      </w:r>
      <w:r>
        <w:t>So in this chapter, Muhammad is mentioned as the Rasool Allah and also Khatam an-nabiyyin. So Muhammad was the prophet of God in a general sense.</w:t>
      </w:r>
    </w:p>
    <w:p>
      <w:pPr>
        <w:jc w:val="right"/>
      </w:pPr>
      <w:r>
        <w:t>So in this chapter, Muhammad is mentioned as the رسول اللہ and also خاتم النبیین. So Muhammad was the prophet of God in a general sense.</w:t>
      </w:r>
    </w:p>
    <w:p>
      <w:r>
        <w:rPr>
          <w:b/>
        </w:rPr>
        <w:t xml:space="preserve">[09:44] </w:t>
      </w:r>
      <w:r>
        <w:t>But at the same time, he was the last prophet or final prophet, Khatam an-nabiyyin. So he was the Rasool Allah and Khatam an-nabiyyin.</w:t>
      </w:r>
    </w:p>
    <w:p>
      <w:pPr>
        <w:jc w:val="right"/>
      </w:pPr>
      <w:r>
        <w:t>But at the same time, he was the last prophet or final prophet, خاتم النبیین. So he was the رسول اللہ and خاتم النبیین.</w:t>
      </w:r>
    </w:p>
    <w:p>
      <w:r>
        <w:rPr>
          <w:b/>
        </w:rPr>
        <w:t xml:space="preserve">[09:56] </w:t>
      </w:r>
      <w:r>
        <w:t>It is mentioned in the chapter Al-Ahzab.</w:t>
      </w:r>
    </w:p>
    <w:p>
      <w:pPr>
        <w:jc w:val="right"/>
      </w:pPr>
      <w:r>
        <w:t>It is mentioned in the chapter Al-Ahzab.</w:t>
      </w:r>
    </w:p>
    <w:p>
      <w:r>
        <w:rPr>
          <w:b/>
        </w:rPr>
        <w:t xml:space="preserve">[10:03] </w:t>
      </w:r>
      <w:r>
        <w:t>But Maulana, is it not true that Prophet Muhammad copied the Quran from the Bible?</w:t>
      </w:r>
    </w:p>
    <w:p>
      <w:pPr>
        <w:jc w:val="right"/>
      </w:pPr>
      <w:r>
        <w:t>But مولانا، is it not true that Prophet Muhammad copied the Quran from the Bible?</w:t>
      </w:r>
    </w:p>
    <w:p>
      <w:r>
        <w:rPr>
          <w:b/>
        </w:rPr>
        <w:t xml:space="preserve">[10:10] </w:t>
      </w:r>
      <w:r>
        <w:t>No. It is a misunderstanding. The fact is that those prophets who were sent to Israel.</w:t>
      </w:r>
    </w:p>
    <w:p>
      <w:pPr>
        <w:jc w:val="right"/>
      </w:pPr>
      <w:r>
        <w:t>No. It is a misunderstanding. The fact is that those prophets who were sent to Israel.</w:t>
      </w:r>
    </w:p>
    <w:p>
      <w:r>
        <w:rPr>
          <w:b/>
        </w:rPr>
        <w:t xml:space="preserve">[10:24] </w:t>
      </w:r>
      <w:r>
        <w:t>So some of those prophets are mentioned in the Quran also. So there are similar stories, although there are differences. But</w:t>
      </w:r>
    </w:p>
    <w:p>
      <w:pPr>
        <w:jc w:val="right"/>
      </w:pPr>
      <w:r>
        <w:t>So some of those prophets are mentioned in the Quran also. So there are similar stories, although there are differences. But</w:t>
      </w:r>
    </w:p>
    <w:p>
      <w:r>
        <w:rPr>
          <w:b/>
        </w:rPr>
        <w:t xml:space="preserve">[10:38] </w:t>
      </w:r>
      <w:r>
        <w:t>partially, there is similarity between the two narrations. So due to this similarity, they claim like this.</w:t>
      </w:r>
    </w:p>
    <w:p>
      <w:pPr>
        <w:jc w:val="right"/>
      </w:pPr>
      <w:r>
        <w:t>partially, there is similarity between the two narrations. So due to this similarity, they claim like this.</w:t>
      </w:r>
    </w:p>
    <w:p>
      <w:r>
        <w:rPr>
          <w:b/>
        </w:rPr>
        <w:t xml:space="preserve">[10:47] </w:t>
      </w:r>
      <w:r>
        <w:t>But it is a misunderstanding.</w:t>
      </w:r>
    </w:p>
    <w:p>
      <w:pPr>
        <w:jc w:val="right"/>
      </w:pPr>
      <w:r>
        <w:t>But it is a misunderstanding.</w:t>
      </w:r>
    </w:p>
    <w:p>
      <w:r>
        <w:rPr>
          <w:b/>
        </w:rPr>
        <w:t xml:space="preserve">[10:53] </w:t>
      </w:r>
      <w:r>
        <w:t>Partially—I mean, partial similarity is not a proof that the Quran was a copy of the Bible.</w:t>
      </w:r>
    </w:p>
    <w:p>
      <w:pPr>
        <w:jc w:val="right"/>
      </w:pPr>
      <w:r>
        <w:t>Partially—I mean, partial similarity is not a proof that the Quran was a copy of the Bible.</w:t>
      </w:r>
    </w:p>
    <w:p>
      <w:r>
        <w:rPr>
          <w:b/>
        </w:rPr>
        <w:t xml:space="preserve">[11:02] </w:t>
      </w:r>
      <w:r>
        <w:t>Then, according to the history, it is not proved. There is no evidence that the prophets of Islam ever saw the Bible.</w:t>
      </w:r>
    </w:p>
    <w:p>
      <w:pPr>
        <w:jc w:val="right"/>
      </w:pPr>
      <w:r>
        <w:t>Then, according to the history, it is not proved. There is no evidence that the prophets of Islam ever saw the Bible.</w:t>
      </w:r>
    </w:p>
    <w:p>
      <w:r>
        <w:rPr>
          <w:b/>
        </w:rPr>
        <w:t xml:space="preserve">[11:17] </w:t>
      </w:r>
      <w:r>
        <w:t>Not at all. You know, at that time, the Bible was only—only a few copies of the Bible were available.</w:t>
      </w:r>
    </w:p>
    <w:p>
      <w:pPr>
        <w:jc w:val="right"/>
      </w:pPr>
      <w:r>
        <w:t>Not at all. You know, at that time, the Bible was only—only a few copies of the Bible were available.</w:t>
      </w:r>
    </w:p>
    <w:p>
      <w:r>
        <w:rPr>
          <w:b/>
        </w:rPr>
        <w:t xml:space="preserve">[11:28] </w:t>
      </w:r>
      <w:r>
        <w:t>And these copies were kept in churches</w:t>
      </w:r>
    </w:p>
    <w:p>
      <w:pPr>
        <w:jc w:val="right"/>
      </w:pPr>
      <w:r>
        <w:t>And these copies were kept in churches</w:t>
      </w:r>
    </w:p>
    <w:p>
      <w:r>
        <w:rPr>
          <w:b/>
        </w:rPr>
        <w:t xml:space="preserve">[11:36] </w:t>
      </w:r>
      <w:r>
        <w:t>because the prophets of Islam came before the printing age, before the age of the printing press.</w:t>
      </w:r>
    </w:p>
    <w:p>
      <w:pPr>
        <w:jc w:val="right"/>
      </w:pPr>
      <w:r>
        <w:t>because the prophets of Islam came before the printing age, before the age of the printing press.</w:t>
      </w:r>
    </w:p>
    <w:p>
      <w:r>
        <w:rPr>
          <w:b/>
        </w:rPr>
        <w:t xml:space="preserve">[11:45] </w:t>
      </w:r>
      <w:r>
        <w:t>So at that time, the situation was quite different</w:t>
      </w:r>
    </w:p>
    <w:p>
      <w:pPr>
        <w:jc w:val="right"/>
      </w:pPr>
      <w:r>
        <w:t>So at that time, the situation was quite different</w:t>
      </w:r>
    </w:p>
    <w:p>
      <w:r>
        <w:rPr>
          <w:b/>
        </w:rPr>
        <w:t xml:space="preserve">[11:50] </w:t>
      </w:r>
      <w:r>
        <w:t>. Now you find the Bible everywhere, in every house, in every library. But at that time, before the printing press,</w:t>
      </w:r>
    </w:p>
    <w:p>
      <w:pPr>
        <w:jc w:val="right"/>
      </w:pPr>
      <w:r>
        <w:t>. Now you find the Bible everywhere, in every house, in every library. But at that time, before the printing press,</w:t>
      </w:r>
    </w:p>
    <w:p>
      <w:r>
        <w:rPr>
          <w:b/>
        </w:rPr>
        <w:t xml:space="preserve">[12:04] </w:t>
      </w:r>
      <w:r>
        <w:t>the scene was quite different.</w:t>
      </w:r>
    </w:p>
    <w:p>
      <w:pPr>
        <w:jc w:val="right"/>
      </w:pPr>
      <w:r>
        <w:t>the scene was quite different.</w:t>
      </w:r>
    </w:p>
    <w:p>
      <w:r>
        <w:rPr>
          <w:b/>
        </w:rPr>
        <w:t xml:space="preserve">[12:07] </w:t>
      </w:r>
      <w:r>
        <w:t>Only a few copies written by hand were available in churches. So it was not possible for the prophets of Islam to have those copies.</w:t>
      </w:r>
    </w:p>
    <w:p>
      <w:pPr>
        <w:jc w:val="right"/>
      </w:pPr>
      <w:r>
        <w:t>Only a few copies written by hand were available in churches. So it was not possible for the prophets of Islam to have those copies.</w:t>
      </w:r>
    </w:p>
    <w:p>
      <w:r>
        <w:rPr>
          <w:b/>
        </w:rPr>
        <w:t xml:space="preserve">[12:24] </w:t>
      </w:r>
      <w:r>
        <w:t>There was no church in Makkah, in Makkah and Madinah, in whole Arabia. There was no church</w:t>
      </w:r>
    </w:p>
    <w:p>
      <w:pPr>
        <w:jc w:val="right"/>
      </w:pPr>
      <w:r>
        <w:t>There was no church in Makkah, in Makkah and Madinah, in whole Arabia. There was no church</w:t>
      </w:r>
    </w:p>
    <w:p>
      <w:r>
        <w:rPr>
          <w:b/>
        </w:rPr>
        <w:t xml:space="preserve">[12:33] </w:t>
      </w:r>
      <w:r>
        <w:t>. So this is only a guess. And this guess is based on partial</w:t>
      </w:r>
    </w:p>
    <w:p>
      <w:pPr>
        <w:jc w:val="right"/>
      </w:pPr>
      <w:r>
        <w:t>. So this is only a guess. And this guess is based on partial</w:t>
      </w:r>
    </w:p>
    <w:p>
      <w:r>
        <w:rPr>
          <w:b/>
        </w:rPr>
        <w:t xml:space="preserve">[12:45] </w:t>
      </w:r>
      <w:r>
        <w:t>resemblance.</w:t>
      </w:r>
    </w:p>
    <w:p>
      <w:pPr>
        <w:jc w:val="right"/>
      </w:pPr>
      <w:r>
        <w:t>resemblance.</w:t>
      </w:r>
    </w:p>
    <w:p>
      <w:r>
        <w:rPr>
          <w:b/>
        </w:rPr>
        <w:t xml:space="preserve">[12:52] </w:t>
      </w:r>
      <w:r>
        <w:t>Maulana, why did Allah Mighty prevent the wives of Prophet Muhammad from marrying any other man after him?</w:t>
      </w:r>
    </w:p>
    <w:p>
      <w:pPr>
        <w:jc w:val="right"/>
      </w:pPr>
      <w:r>
        <w:t>مولانا، why did Allah Mighty prevent the wives of Prophet Muhammad from marrying any other man after him?</w:t>
      </w:r>
    </w:p>
    <w:p>
      <w:r>
        <w:rPr>
          <w:b/>
        </w:rPr>
        <w:t xml:space="preserve">[13:03] </w:t>
      </w:r>
      <w:r>
        <w:t>It was not natural. You know, these wives were companions of the prophet. Every time, they were under training.</w:t>
      </w:r>
    </w:p>
    <w:p>
      <w:pPr>
        <w:jc w:val="right"/>
      </w:pPr>
      <w:r>
        <w:t>It was not natural. You know, these wives were companions of the prophet. Every time, they were under training.</w:t>
      </w:r>
    </w:p>
    <w:p>
      <w:r>
        <w:rPr>
          <w:b/>
        </w:rPr>
        <w:t xml:space="preserve">[13:15] </w:t>
      </w:r>
      <w:r>
        <w:t>The prophets of Islam trained these women to be teachers of the Ummah. So all these wives were teachers of the Ummah.</w:t>
      </w:r>
    </w:p>
    <w:p>
      <w:pPr>
        <w:jc w:val="right"/>
      </w:pPr>
      <w:r>
        <w:t>The prophets of Islam trained these women to be teachers of the Ummah. So all these wives were teachers of the Ummah.</w:t>
      </w:r>
    </w:p>
    <w:p>
      <w:r>
        <w:rPr>
          <w:b/>
        </w:rPr>
        <w:t xml:space="preserve">[13:29] </w:t>
      </w:r>
      <w:r>
        <w:t>So the Quran declared that they are the mothers of Muslims. You can imagine that</w:t>
      </w:r>
    </w:p>
    <w:p>
      <w:pPr>
        <w:jc w:val="right"/>
      </w:pPr>
      <w:r>
        <w:t>So the Quran declared that they are the mothers of Muslims. You can imagine that</w:t>
      </w:r>
    </w:p>
    <w:p>
      <w:r>
        <w:rPr>
          <w:b/>
        </w:rPr>
        <w:t xml:space="preserve">[13:41] </w:t>
      </w:r>
      <w:r>
        <w:t>if these wives were destined to play the role of teachers, of Ummah, then it is not natural that they</w:t>
      </w:r>
    </w:p>
    <w:p>
      <w:pPr>
        <w:jc w:val="right"/>
      </w:pPr>
      <w:r>
        <w:t>if these wives were destined to play the role of teachers, of Ummah, then it is not natural that they</w:t>
      </w:r>
    </w:p>
    <w:p>
      <w:r>
        <w:rPr>
          <w:b/>
        </w:rPr>
        <w:t xml:space="preserve">[14:00] </w:t>
      </w:r>
      <w:r>
        <w:t>were forbidden because if they were the wives of some other Muslims, then they would lose their role as a teacher.</w:t>
      </w:r>
    </w:p>
    <w:p>
      <w:pPr>
        <w:jc w:val="right"/>
      </w:pPr>
      <w:r>
        <w:t>were forbidden because if they were the wives of some other Muslims, then they would lose their role as a teacher.</w:t>
      </w:r>
    </w:p>
    <w:p>
      <w:r>
        <w:rPr>
          <w:b/>
        </w:rPr>
        <w:t xml:space="preserve">[14:11] </w:t>
      </w:r>
      <w:r>
        <w:t>So</w:t>
      </w:r>
    </w:p>
    <w:p>
      <w:pPr>
        <w:jc w:val="right"/>
      </w:pPr>
      <w:r>
        <w:t>So</w:t>
      </w:r>
    </w:p>
    <w:p>
      <w:r>
        <w:rPr>
          <w:b/>
        </w:rPr>
        <w:t xml:space="preserve">[14:15] </w:t>
      </w:r>
      <w:r>
        <w:t>to preserve their dignity, to preserve their respect, it was forbidden for other Muslims to marry the prophets' wives after the death of the prophet.</w:t>
      </w:r>
    </w:p>
    <w:p>
      <w:pPr>
        <w:jc w:val="right"/>
      </w:pPr>
      <w:r>
        <w:t>to preserve their dignity, to preserve their respect, it was forbidden for other Muslims to marry the prophets' wives after the death of the prophet.</w:t>
      </w:r>
    </w:p>
    <w:p>
      <w:r>
        <w:rPr>
          <w:b/>
        </w:rPr>
        <w:t xml:space="preserve">[14:32] </w:t>
      </w:r>
      <w:r>
        <w:t>Maulana, is growing beard mandatory in Islam? No. Beard is not mandatory.</w:t>
      </w:r>
    </w:p>
    <w:p>
      <w:pPr>
        <w:jc w:val="right"/>
      </w:pPr>
      <w:r>
        <w:t>مولانا، is growing beard mandatory in Islam? No. Beard is not mandatory.</w:t>
      </w:r>
    </w:p>
    <w:p>
      <w:r>
        <w:rPr>
          <w:b/>
        </w:rPr>
        <w:t xml:space="preserve">[14:41] </w:t>
      </w:r>
      <w:r>
        <w:t>It is optional.</w:t>
      </w:r>
    </w:p>
    <w:p>
      <w:pPr>
        <w:jc w:val="right"/>
      </w:pPr>
      <w:r>
        <w:t>It is optional.</w:t>
      </w:r>
    </w:p>
    <w:p>
      <w:r>
        <w:rPr>
          <w:b/>
        </w:rPr>
        <w:t xml:space="preserve">[14:51] </w:t>
      </w:r>
      <w:r>
        <w:t>But legally, it is optional. It is not mandatory. But there is another importance of beard.</w:t>
      </w:r>
    </w:p>
    <w:p>
      <w:pPr>
        <w:jc w:val="right"/>
      </w:pPr>
      <w:r>
        <w:t>But legally, it is optional. It is not mandatory. But there is another importance of beard.</w:t>
      </w:r>
    </w:p>
    <w:p>
      <w:r>
        <w:rPr>
          <w:b/>
        </w:rPr>
        <w:t xml:space="preserve">[15:00] </w:t>
      </w:r>
      <w:r>
        <w:t>That is practical importance.</w:t>
      </w:r>
    </w:p>
    <w:p>
      <w:pPr>
        <w:jc w:val="right"/>
      </w:pPr>
      <w:r>
        <w:t>That is practical importance.</w:t>
      </w:r>
    </w:p>
    <w:p>
      <w:r>
        <w:rPr>
          <w:b/>
        </w:rPr>
        <w:t xml:space="preserve">[15:03] </w:t>
      </w:r>
      <w:r>
        <w:t>In practical terms, beard is very important because beard is a symbol of serenity, sincerity.</w:t>
      </w:r>
    </w:p>
    <w:p>
      <w:pPr>
        <w:jc w:val="right"/>
      </w:pPr>
      <w:r>
        <w:t>In practical terms, beard is very important because beard is a symbol of serenity, sincerity.</w:t>
      </w:r>
    </w:p>
    <w:p>
      <w:r>
        <w:rPr>
          <w:b/>
        </w:rPr>
        <w:t xml:space="preserve">[15:17] </w:t>
      </w:r>
      <w:r>
        <w:t>So in this sense, beard is very important. And this aspect of beard is so important that you see that many secular people keep beard,</w:t>
      </w:r>
    </w:p>
    <w:p>
      <w:pPr>
        <w:jc w:val="right"/>
      </w:pPr>
      <w:r>
        <w:t>So in this sense, beard is very important. And this aspect of beard is so important that you see that many secular people keep beard,</w:t>
      </w:r>
    </w:p>
    <w:p>
      <w:r>
        <w:rPr>
          <w:b/>
        </w:rPr>
        <w:t xml:space="preserve">[15:37] </w:t>
      </w:r>
      <w:r>
        <w:t>although they are irreligious. They do not believe in religion. They do not believe in religion. They do not believe in Islam.</w:t>
      </w:r>
    </w:p>
    <w:p>
      <w:pPr>
        <w:jc w:val="right"/>
      </w:pPr>
      <w:r>
        <w:t>although they are irreligious. They do not believe in religion. They do not believe in religion. They do not believe in Islam.</w:t>
      </w:r>
    </w:p>
    <w:p>
      <w:r>
        <w:rPr>
          <w:b/>
        </w:rPr>
        <w:t xml:space="preserve">[15:45] </w:t>
      </w:r>
      <w:r>
        <w:t>But they keep beard because it is a symbol of sincerity, a symbol of seriousness, a symbol of sanity.</w:t>
      </w:r>
    </w:p>
    <w:p>
      <w:pPr>
        <w:jc w:val="right"/>
      </w:pPr>
      <w:r>
        <w:t>But they keep beard because it is a symbol of sincerity, a symbol of seriousness, a symbol of sanity.</w:t>
      </w:r>
    </w:p>
    <w:p>
      <w:r>
        <w:rPr>
          <w:b/>
        </w:rPr>
        <w:t xml:space="preserve">[15:59] </w:t>
      </w:r>
      <w:r>
        <w:t>So legally, it is optional. But in practical sense, it is very important. Maulana, if birth and death are controlled by God, then why is it said that God will punish those who will commit suicide?</w:t>
      </w:r>
    </w:p>
    <w:p>
      <w:pPr>
        <w:jc w:val="right"/>
      </w:pPr>
      <w:r>
        <w:t>So legally, it is optional. But in practical sense, it is very important. مولانا، if birth and death are controlled by God, then why is it said that God will punish those who will commit suicide?</w:t>
      </w:r>
    </w:p>
    <w:p>
      <w:r>
        <w:rPr>
          <w:b/>
        </w:rPr>
        <w:t xml:space="preserve">[16:18] </w:t>
      </w:r>
      <w:r>
        <w:t>The reason is that punishment and reward both depend on intention, not simply on deed.</w:t>
      </w:r>
    </w:p>
    <w:p>
      <w:pPr>
        <w:jc w:val="right"/>
      </w:pPr>
      <w:r>
        <w:t>The reason is that punishment and reward both depend on intention, not simply on deed.</w:t>
      </w:r>
    </w:p>
    <w:p>
      <w:r>
        <w:rPr>
          <w:b/>
        </w:rPr>
        <w:t xml:space="preserve">[16:29] </w:t>
      </w:r>
      <w:r>
        <w:t>So one who commits suicide, he shows bad intention because he showed that he became pessimist.</w:t>
      </w:r>
    </w:p>
    <w:p>
      <w:pPr>
        <w:jc w:val="right"/>
      </w:pPr>
      <w:r>
        <w:t>So one who commits suicide, he shows bad intention because he showed that he became pessimist.</w:t>
      </w:r>
    </w:p>
    <w:p>
      <w:r>
        <w:rPr>
          <w:b/>
        </w:rPr>
        <w:t xml:space="preserve">[16:39] </w:t>
      </w:r>
      <w:r>
        <w:t>He became a frustrated person</w:t>
      </w:r>
    </w:p>
    <w:p>
      <w:pPr>
        <w:jc w:val="right"/>
      </w:pPr>
      <w:r>
        <w:t>He became a frustrated person</w:t>
      </w:r>
    </w:p>
    <w:p>
      <w:r>
        <w:rPr>
          <w:b/>
        </w:rPr>
        <w:t xml:space="preserve">[16:45] </w:t>
      </w:r>
      <w:r>
        <w:t>. He lost the hope from God. So it is haram in Islam to be pessimist.</w:t>
      </w:r>
    </w:p>
    <w:p>
      <w:pPr>
        <w:jc w:val="right"/>
      </w:pPr>
      <w:r>
        <w:t>. He lost the hope from God. So it is haram in Islam to be pessimist.</w:t>
      </w:r>
    </w:p>
    <w:p>
      <w:r>
        <w:rPr>
          <w:b/>
        </w:rPr>
        <w:t xml:space="preserve">[16:59] </w:t>
      </w:r>
      <w:r>
        <w:t>It is haram in Islam.</w:t>
      </w:r>
    </w:p>
    <w:p>
      <w:pPr>
        <w:jc w:val="right"/>
      </w:pPr>
      <w:r>
        <w:t>It is haram in Islam.</w:t>
      </w:r>
    </w:p>
    <w:p>
      <w:r>
        <w:rPr>
          <w:b/>
        </w:rPr>
        <w:t xml:space="preserve">[17:02] </w:t>
      </w:r>
      <w:r>
        <w:t>You are not allowed to be pessimist. You have to wait for God's blessing. If you are in trouble, if you are facing some problem,</w:t>
      </w:r>
    </w:p>
    <w:p>
      <w:pPr>
        <w:jc w:val="right"/>
      </w:pPr>
      <w:r>
        <w:t>You are not allowed to be pessimist. You have to wait for God's blessing. If you are in trouble, if you are facing some problem,</w:t>
      </w:r>
    </w:p>
    <w:p>
      <w:r>
        <w:rPr>
          <w:b/>
        </w:rPr>
        <w:t xml:space="preserve">[17:16] </w:t>
      </w:r>
      <w:r>
        <w:t>you have to wait for you have to pray to God and wait.</w:t>
      </w:r>
    </w:p>
    <w:p>
      <w:pPr>
        <w:jc w:val="right"/>
      </w:pPr>
      <w:r>
        <w:t>you have to wait for you have to pray to God and wait.</w:t>
      </w:r>
    </w:p>
    <w:p>
      <w:r>
        <w:rPr>
          <w:b/>
        </w:rPr>
        <w:t xml:space="preserve">[17:28] </w:t>
      </w:r>
      <w:r>
        <w:t>It means that if you are facing some trouble, some problem, you have to pray to God and you have to wait for the solution.</w:t>
      </w:r>
    </w:p>
    <w:p>
      <w:pPr>
        <w:jc w:val="right"/>
      </w:pPr>
      <w:r>
        <w:t>It means that if you are facing some trouble, some problem, you have to pray to God and you have to wait for the solution.</w:t>
      </w:r>
    </w:p>
    <w:p>
      <w:r>
        <w:rPr>
          <w:b/>
        </w:rPr>
        <w:t xml:space="preserve">[17:42] </w:t>
      </w:r>
      <w:r>
        <w:t>God will help you.</w:t>
      </w:r>
    </w:p>
    <w:p>
      <w:pPr>
        <w:jc w:val="right"/>
      </w:pPr>
      <w:r>
        <w:t>God will help you.</w:t>
      </w:r>
    </w:p>
    <w:p>
      <w:r>
        <w:rPr>
          <w:b/>
        </w:rPr>
        <w:t xml:space="preserve">[17:46] </w:t>
      </w:r>
      <w:r>
        <w:t>So it is not allowed in Islam to commit suicide. It is haram. So one who commits suicide, he proved that he was a pessimist.</w:t>
      </w:r>
    </w:p>
    <w:p>
      <w:pPr>
        <w:jc w:val="right"/>
      </w:pPr>
      <w:r>
        <w:t>So it is not allowed in Islam to commit suicide. It is haram. So one who commits suicide, he proved that he was a pessimist.</w:t>
      </w:r>
    </w:p>
    <w:p>
      <w:r>
        <w:rPr>
          <w:b/>
        </w:rPr>
        <w:t xml:space="preserve">[17:57] </w:t>
      </w:r>
      <w:r>
        <w:t>He was a disappointed person.</w:t>
      </w:r>
    </w:p>
    <w:p>
      <w:pPr>
        <w:jc w:val="right"/>
      </w:pPr>
      <w:r>
        <w:t>He was a disappointed person.</w:t>
      </w:r>
    </w:p>
    <w:p>
      <w:r>
        <w:rPr>
          <w:b/>
        </w:rPr>
        <w:t xml:space="preserve">[18:00] </w:t>
      </w:r>
      <w:r>
        <w:t>And disappointment is haram.</w:t>
      </w:r>
    </w:p>
    <w:p>
      <w:pPr>
        <w:jc w:val="right"/>
      </w:pPr>
      <w:r>
        <w:t>And disappointment is haram.</w:t>
      </w:r>
    </w:p>
    <w:p>
      <w:r>
        <w:rPr>
          <w:b/>
        </w:rPr>
        <w:t xml:space="preserve">[18:06] </w:t>
      </w:r>
      <w:r>
        <w:t>So the basic reason is disappointment. So Molana, is our destiny governed by God? Does He choose who is evil and who is bad?</w:t>
      </w:r>
    </w:p>
    <w:p>
      <w:pPr>
        <w:jc w:val="right"/>
      </w:pPr>
      <w:r>
        <w:t>So the basic reason is disappointment. So Molana, is our destiny governed by God? Does He choose who is evil and who is bad?</w:t>
      </w:r>
    </w:p>
    <w:p>
      <w:r>
        <w:rPr>
          <w:b/>
        </w:rPr>
        <w:t xml:space="preserve">[18:17] </w:t>
      </w:r>
      <w:r>
        <w:t>Why can't He make everyone good if He is the most just and the most merciful? No. God is merci</w:t>
      </w:r>
    </w:p>
    <w:p>
      <w:pPr>
        <w:jc w:val="right"/>
      </w:pPr>
      <w:r>
        <w:t>Why can't He make everyone good if He is the most just and the most merciful? No. God is merci</w:t>
      </w:r>
    </w:p>
    <w:p>
      <w:r>
        <w:rPr>
          <w:b/>
        </w:rPr>
        <w:t xml:space="preserve">[18:26] </w:t>
      </w:r>
      <w:r>
        <w:t>ful. But at the same time, God is just. You see, it is the</w:t>
      </w:r>
    </w:p>
    <w:p>
      <w:pPr>
        <w:jc w:val="right"/>
      </w:pPr>
      <w:r>
        <w:t>ful. But at the same time, God is just. You see, it is the</w:t>
      </w:r>
    </w:p>
    <w:p>
      <w:r>
        <w:rPr>
          <w:b/>
        </w:rPr>
        <w:t xml:space="preserve">[18:41] </w:t>
      </w:r>
      <w:r>
        <w:t>act of justice to punish those people who are bad and to give reward to those people who are good.</w:t>
      </w:r>
    </w:p>
    <w:p>
      <w:pPr>
        <w:jc w:val="right"/>
      </w:pPr>
      <w:r>
        <w:t>act of justice to punish those people who are bad and to give reward to those people who are good.</w:t>
      </w:r>
    </w:p>
    <w:p>
      <w:r>
        <w:rPr>
          <w:b/>
        </w:rPr>
        <w:t xml:space="preserve">[18:54] </w:t>
      </w:r>
      <w:r>
        <w:t>It is not justice to</w:t>
      </w:r>
    </w:p>
    <w:p>
      <w:pPr>
        <w:jc w:val="right"/>
      </w:pPr>
      <w:r>
        <w:t>It is not justice to</w:t>
      </w:r>
    </w:p>
    <w:p>
      <w:r>
        <w:rPr>
          <w:b/>
        </w:rPr>
        <w:t xml:space="preserve">[19:00] </w:t>
      </w:r>
      <w:r>
        <w:t>leave all those bad people, to send them to paradise. No. So God is merciful</w:t>
      </w:r>
    </w:p>
    <w:p>
      <w:pPr>
        <w:jc w:val="right"/>
      </w:pPr>
      <w:r>
        <w:t>leave all those bad people, to send them to paradise. No. So God is merciful</w:t>
      </w:r>
    </w:p>
    <w:p>
      <w:r>
        <w:rPr>
          <w:b/>
        </w:rPr>
        <w:t xml:space="preserve">[19:10] </w:t>
      </w:r>
      <w:r>
        <w:t>. It is a fact. God has given us so many blessings: sunlight and air and oxygen and this planet Earth and water and everything.</w:t>
      </w:r>
    </w:p>
    <w:p>
      <w:pPr>
        <w:jc w:val="right"/>
      </w:pPr>
      <w:r>
        <w:t>. It is a fact. God has given us so many blessings: sunlight and air and oxygen and this planet Earth and water and everything.</w:t>
      </w:r>
    </w:p>
    <w:p>
      <w:r>
        <w:rPr>
          <w:b/>
        </w:rPr>
        <w:t xml:space="preserve">[19:24] </w:t>
      </w:r>
      <w:r>
        <w:t>This is God's mercy. It is the phenomenon of mercy. But at the same time, God is God</w:t>
      </w:r>
    </w:p>
    <w:p>
      <w:pPr>
        <w:jc w:val="right"/>
      </w:pPr>
      <w:r>
        <w:t>This is God's mercy. It is the phenomenon of mercy. But at the same time, God is God</w:t>
      </w:r>
    </w:p>
    <w:p>
      <w:r>
        <w:rPr>
          <w:b/>
        </w:rPr>
        <w:t xml:space="preserve">[19:40] </w:t>
      </w:r>
      <w:r>
        <w:t>is just</w:t>
      </w:r>
    </w:p>
    <w:p>
      <w:pPr>
        <w:jc w:val="right"/>
      </w:pPr>
      <w:r>
        <w:t>is just</w:t>
      </w:r>
    </w:p>
    <w:p>
      <w:r>
        <w:rPr>
          <w:b/>
        </w:rPr>
        <w:t xml:space="preserve">[19:41] </w:t>
      </w:r>
      <w:r>
        <w:t>. So due to His being a just person, God will give</w:t>
      </w:r>
    </w:p>
    <w:p>
      <w:pPr>
        <w:jc w:val="right"/>
      </w:pPr>
      <w:r>
        <w:t>. So due to His being a just person, God will give</w:t>
      </w:r>
    </w:p>
    <w:p>
      <w:r>
        <w:rPr>
          <w:b/>
        </w:rPr>
        <w:t xml:space="preserve">[19:54] </w:t>
      </w:r>
      <w:r>
        <w:t>God will examine on the day of judgment, and He will punish those people who were bad in this world, and He will reward those people who were good in this world.</w:t>
      </w:r>
    </w:p>
    <w:p>
      <w:pPr>
        <w:jc w:val="right"/>
      </w:pPr>
      <w:r>
        <w:t>God will examine on the day of judgment, and He will punish those people who were bad in this world, and He will reward those people who were good in this world.</w:t>
      </w:r>
    </w:p>
    <w:p>
      <w:r>
        <w:rPr>
          <w:b/>
        </w:rPr>
        <w:t xml:space="preserve">[20:12] </w:t>
      </w:r>
      <w:r>
        <w:t>So it is an act of justice.</w:t>
      </w:r>
    </w:p>
    <w:p>
      <w:pPr>
        <w:jc w:val="right"/>
      </w:pPr>
      <w:r>
        <w:t>So it is an act of justice.</w:t>
      </w:r>
    </w:p>
    <w:p>
      <w:r>
        <w:rPr>
          <w:b/>
        </w:rPr>
        <w:t xml:space="preserve">[20:19] </w:t>
      </w:r>
      <w:r>
        <w:t>molana, Allah Almighty allowed the camel sacrifice to—nahi, nahi, khatm.</w:t>
      </w:r>
    </w:p>
    <w:p>
      <w:pPr>
        <w:jc w:val="right"/>
      </w:pPr>
      <w:r>
        <w:t>مولانا، Allah Almighty allowed the camel sacrifice to—نہیں، نہیں، ختم۔</w:t>
      </w:r>
    </w:p>
    <w:p>
      <w:r>
        <w:rPr>
          <w:b/>
        </w:rPr>
        <w:t xml:space="preserve">[20:27] </w:t>
      </w:r>
      <w:r>
        <w:t>Achha, molana, why did God Almighty allow camel sacrifice to Muslims and forbid it for the Jews?</w:t>
      </w:r>
    </w:p>
    <w:p>
      <w:pPr>
        <w:jc w:val="right"/>
      </w:pPr>
      <w:r>
        <w:t>اچھا، مولانا، why did God Almighty allow camel sacrifice to Muslims and forbid it for the Jews?</w:t>
      </w:r>
    </w:p>
    <w:p>
      <w:r>
        <w:rPr>
          <w:b/>
        </w:rPr>
        <w:t xml:space="preserve">[20:37] </w:t>
      </w:r>
      <w:r>
        <w:t>Why this was done?</w:t>
      </w:r>
    </w:p>
    <w:p>
      <w:pPr>
        <w:jc w:val="right"/>
      </w:pPr>
      <w:r>
        <w:t>Why this was done?</w:t>
      </w:r>
    </w:p>
    <w:p>
      <w:r>
        <w:rPr>
          <w:b/>
        </w:rPr>
        <w:t xml:space="preserve">[20:40] </w:t>
      </w:r>
      <w:r>
        <w:t>It is a misunderstanding. It is not correct to say that God forbid camels to Jews. No.</w:t>
      </w:r>
    </w:p>
    <w:p>
      <w:pPr>
        <w:jc w:val="right"/>
      </w:pPr>
      <w:r>
        <w:t>It is a misunderstanding. It is not correct to say that God forbid camels to Jews. No.</w:t>
      </w:r>
    </w:p>
    <w:p>
      <w:r>
        <w:rPr>
          <w:b/>
        </w:rPr>
        <w:t xml:space="preserve">[20:49] </w:t>
      </w:r>
      <w:r>
        <w:t>It is mentioned in the Quran in a clear word that they themselves forbid, not God, due to some misunderstanding.</w:t>
      </w:r>
    </w:p>
    <w:p>
      <w:pPr>
        <w:jc w:val="right"/>
      </w:pPr>
      <w:r>
        <w:t>It is mentioned in the Quran in a clear word that they themselves forbid, not God, due to some misunderstanding.</w:t>
      </w:r>
    </w:p>
    <w:p>
      <w:r>
        <w:rPr>
          <w:b/>
        </w:rPr>
        <w:t xml:space="preserve">[21:03] </w:t>
      </w:r>
      <w:r>
        <w:t>So Jews themselves forbid camels, although it was halal for Jews also, just like Muslims.</w:t>
      </w:r>
    </w:p>
    <w:p>
      <w:pPr>
        <w:jc w:val="right"/>
      </w:pPr>
      <w:r>
        <w:t>So Jews themselves forbid camels, although it was halal for Jews also, just like Muslims.</w:t>
      </w:r>
    </w:p>
    <w:p>
      <w:r>
        <w:rPr>
          <w:b/>
        </w:rPr>
        <w:t xml:space="preserve">[21:13] </w:t>
      </w:r>
      <w:r>
        <w:t>It is very clear in the Quran.</w:t>
      </w:r>
    </w:p>
    <w:p>
      <w:pPr>
        <w:jc w:val="right"/>
      </w:pPr>
      <w:r>
        <w:t>It is very clear in the Quran.</w:t>
      </w:r>
    </w:p>
    <w:p>
      <w:r>
        <w:rPr>
          <w:b/>
        </w:rPr>
        <w:t xml:space="preserve">[21:17] </w:t>
      </w:r>
      <w:r>
        <w:t>But Molana, killing of an animal is a ruthless act. Why is it then Muslims are non-vegetarian? I think in this world, everyone is non-vegetarian.</w:t>
      </w:r>
    </w:p>
    <w:p>
      <w:pPr>
        <w:jc w:val="right"/>
      </w:pPr>
      <w:r>
        <w:t>But Molana, killing of an animal is a ruthless act. Why is it then Muslims are non-vegetarian? I think in this world, everyone is non-vegetarian.</w:t>
      </w:r>
    </w:p>
    <w:p>
      <w:r>
        <w:rPr>
          <w:b/>
        </w:rPr>
        <w:t xml:space="preserve">[21:31] </w:t>
      </w:r>
      <w:r>
        <w:t>Vegetarianism is a fiction. It is not a fact. Why?</w:t>
      </w:r>
    </w:p>
    <w:p>
      <w:pPr>
        <w:jc w:val="right"/>
      </w:pPr>
      <w:r>
        <w:t>Vegetarianism is a fiction. It is not a fact. Why?</w:t>
      </w:r>
    </w:p>
    <w:p>
      <w:r>
        <w:rPr>
          <w:b/>
        </w:rPr>
        <w:t xml:space="preserve">[21:39] </w:t>
      </w:r>
      <w:r>
        <w:t>You know, in everything, there are lives. Animals are lives.</w:t>
      </w:r>
    </w:p>
    <w:p>
      <w:pPr>
        <w:jc w:val="right"/>
      </w:pPr>
      <w:r>
        <w:t>You know, in everything, there are lives. Animals are lives.</w:t>
      </w:r>
    </w:p>
    <w:p>
      <w:r>
        <w:rPr>
          <w:b/>
        </w:rPr>
        <w:t xml:space="preserve">[21:48] </w:t>
      </w:r>
      <w:r>
        <w:t>So is everything: fruit and vegetables and milk and water. In everything, there are lives.</w:t>
      </w:r>
    </w:p>
    <w:p>
      <w:pPr>
        <w:jc w:val="right"/>
      </w:pPr>
      <w:r>
        <w:t>So is everything: fruit and vegetables and milk and water. In everything, there are lives.</w:t>
      </w:r>
    </w:p>
    <w:p>
      <w:r>
        <w:rPr>
          <w:b/>
        </w:rPr>
        <w:t xml:space="preserve">[22:00] </w:t>
      </w:r>
      <w:r>
        <w:t>So only Muslims are not non-vegetarian. The majority of the world population is non-vegetarian.</w:t>
      </w:r>
    </w:p>
    <w:p>
      <w:pPr>
        <w:jc w:val="right"/>
      </w:pPr>
      <w:r>
        <w:t>So only Muslims are not non-vegetarian. The majority of the world population is non-vegetarian.</w:t>
      </w:r>
    </w:p>
    <w:p>
      <w:r>
        <w:rPr>
          <w:b/>
        </w:rPr>
        <w:t xml:space="preserve">[22:11] </w:t>
      </w:r>
      <w:r>
        <w:t>Even I can say that the whole population of the world is non-vegetarian. Some are in terms of animals, and some are in terms of bacteria.</w:t>
      </w:r>
    </w:p>
    <w:p>
      <w:pPr>
        <w:jc w:val="right"/>
      </w:pPr>
      <w:r>
        <w:t>Even I can say that the whole population of the world is non-vegetarian. Some are in terms of animals, and some are in terms of bacteria.</w:t>
      </w:r>
    </w:p>
    <w:p>
      <w:r>
        <w:rPr>
          <w:b/>
        </w:rPr>
        <w:t xml:space="preserve">[22:26] </w:t>
      </w:r>
      <w:r>
        <w:t>So if non-vegetarian people eat meat, others eat bacteria, there is also a living</w:t>
      </w:r>
    </w:p>
    <w:p>
      <w:pPr>
        <w:jc w:val="right"/>
      </w:pPr>
      <w:r>
        <w:t>So if non-vegetarian people eat meat, others eat bacteria, there is also a living</w:t>
      </w:r>
    </w:p>
    <w:p>
      <w:r>
        <w:rPr>
          <w:b/>
        </w:rPr>
        <w:t xml:space="preserve">[22:41] </w:t>
      </w:r>
      <w:r>
        <w:t>body in every sense of the word.</w:t>
      </w:r>
    </w:p>
    <w:p>
      <w:pPr>
        <w:jc w:val="right"/>
      </w:pPr>
      <w:r>
        <w:t>body in every sense of the word.</w:t>
      </w:r>
    </w:p>
    <w:p>
      <w:r>
        <w:rPr>
          <w:b/>
        </w:rPr>
        <w:t xml:space="preserve">[22:45] </w:t>
      </w:r>
      <w:r>
        <w:t>Bacteria are lives. So I do not think that anyone in this world can afford to be non-vegetarian in a strict sense of the word.</w:t>
      </w:r>
    </w:p>
    <w:p>
      <w:pPr>
        <w:jc w:val="right"/>
      </w:pPr>
      <w:r>
        <w:t>Bacteria are lives. So I do not think that anyone in this world can afford to be non-vegetarian in a strict sense of the word.</w:t>
      </w:r>
    </w:p>
    <w:p>
      <w:r>
        <w:rPr>
          <w:b/>
        </w:rPr>
        <w:t xml:space="preserve">[23:04] </w:t>
      </w:r>
      <w:r>
        <w:t>He is destined to kill some lives, either in terms of meat or in terms of milk and vegetables.</w:t>
      </w:r>
    </w:p>
    <w:p>
      <w:pPr>
        <w:jc w:val="right"/>
      </w:pPr>
      <w:r>
        <w:t>He is destined to kill some lives, either in terms of meat or in terms of milk and vegetables.</w:t>
      </w:r>
    </w:p>
    <w:p>
      <w:r>
        <w:rPr>
          <w:b/>
        </w:rPr>
        <w:t xml:space="preserve">[23:19] </w:t>
      </w:r>
      <w:r>
        <w:t>So it is destiny. Either we have to be non-vegetarian or suicide.</w:t>
      </w:r>
    </w:p>
    <w:p>
      <w:pPr>
        <w:jc w:val="right"/>
      </w:pPr>
      <w:r>
        <w:t>So it is destiny. Either we have to be non-vegetarian or suicide.</w:t>
      </w:r>
    </w:p>
    <w:p>
      <w:r>
        <w:rPr>
          <w:b/>
        </w:rPr>
        <w:t xml:space="preserve">[23:35] </w:t>
      </w:r>
      <w:r>
        <w:t>Molana, all the Muslims follow one and the same Quran. Then why is it that there are different sects and different schools of thought among Muslims?</w:t>
      </w:r>
    </w:p>
    <w:p>
      <w:pPr>
        <w:jc w:val="right"/>
      </w:pPr>
      <w:r>
        <w:t>مولانا، all the Muslims follow one and the same Quran. Then why is it that there are different sects and different schools of thought among Muslims?</w:t>
      </w:r>
    </w:p>
    <w:p>
      <w:r>
        <w:rPr>
          <w:b/>
        </w:rPr>
        <w:t xml:space="preserve">[23:47] </w:t>
      </w:r>
      <w:r>
        <w:t>It is also based on a misconception. There is no difference in basics.</w:t>
      </w:r>
    </w:p>
    <w:p>
      <w:pPr>
        <w:jc w:val="right"/>
      </w:pPr>
      <w:r>
        <w:t>It is also based on a misconception. There is no difference in basics.</w:t>
      </w:r>
    </w:p>
    <w:p>
      <w:r>
        <w:rPr>
          <w:b/>
        </w:rPr>
        <w:t xml:space="preserve">[23:57] </w:t>
      </w:r>
      <w:r>
        <w:t>You know, in everything, there are some basics and non-basics. So is the case of Islam.</w:t>
      </w:r>
    </w:p>
    <w:p>
      <w:pPr>
        <w:jc w:val="right"/>
      </w:pPr>
      <w:r>
        <w:t>You know, in everything, there are some basics and non-basics. So is the case of Islam.</w:t>
      </w:r>
    </w:p>
    <w:p>
      <w:r>
        <w:rPr>
          <w:b/>
        </w:rPr>
        <w:t xml:space="preserve">[24:05] </w:t>
      </w:r>
      <w:r>
        <w:t>There are some basic teachings and some non-basics also. So</w:t>
      </w:r>
    </w:p>
    <w:p>
      <w:pPr>
        <w:jc w:val="right"/>
      </w:pPr>
      <w:r>
        <w:t>There are some basic teachings and some non-basics also. So</w:t>
      </w:r>
    </w:p>
    <w:p>
      <w:r>
        <w:rPr>
          <w:b/>
        </w:rPr>
        <w:t xml:space="preserve">[24:15] </w:t>
      </w:r>
      <w:r>
        <w:t>in fundamentals, there is uniformity, just like namaz. Every Muslim performs namaz five times.</w:t>
      </w:r>
    </w:p>
    <w:p>
      <w:pPr>
        <w:jc w:val="right"/>
      </w:pPr>
      <w:r>
        <w:t>in fundamentals, there is uniformity, just like namaz. Every Muslim performs namaz five times.</w:t>
      </w:r>
    </w:p>
    <w:p>
      <w:r>
        <w:rPr>
          <w:b/>
        </w:rPr>
        <w:t xml:space="preserve">[24:26] </w:t>
      </w:r>
      <w:r>
        <w:t>So in five times, there is no difference.</w:t>
      </w:r>
    </w:p>
    <w:p>
      <w:pPr>
        <w:jc w:val="right"/>
      </w:pPr>
      <w:r>
        <w:t>So in five times, there is no difference.</w:t>
      </w:r>
    </w:p>
    <w:p>
      <w:r>
        <w:rPr>
          <w:b/>
        </w:rPr>
        <w:t xml:space="preserve">[24:29] </w:t>
      </w:r>
      <w:r>
        <w:t>But some Muslims put their hand like this, and some Muslims put their hand like this. So there is a difference.</w:t>
      </w:r>
    </w:p>
    <w:p>
      <w:pPr>
        <w:jc w:val="right"/>
      </w:pPr>
      <w:r>
        <w:t>But some Muslims put their hand like this, and some Muslims put their hand like this. So there is a difference.</w:t>
      </w:r>
    </w:p>
    <w:p>
      <w:r>
        <w:rPr>
          <w:b/>
        </w:rPr>
        <w:t xml:space="preserve">[24:40] </w:t>
      </w:r>
      <w:r>
        <w:t>In these matters, the difference is not natural. In these trivial matters, you cannot establish uniformity.</w:t>
      </w:r>
    </w:p>
    <w:p>
      <w:pPr>
        <w:jc w:val="right"/>
      </w:pPr>
      <w:r>
        <w:t>In these matters, the difference is not natural. In these trivial matters, you cannot establish uniformity.</w:t>
      </w:r>
    </w:p>
    <w:p>
      <w:r>
        <w:rPr>
          <w:b/>
        </w:rPr>
        <w:t xml:space="preserve">[24:55] </w:t>
      </w:r>
      <w:r>
        <w:t>Due to this reason, one great Tabi said that, "You can follow any one of these practices.</w:t>
      </w:r>
    </w:p>
    <w:p>
      <w:pPr>
        <w:jc w:val="right"/>
      </w:pPr>
      <w:r>
        <w:t>Due to this reason, one great Tabi said that, "You can follow any one of these practices.</w:t>
      </w:r>
    </w:p>
    <w:p>
      <w:r>
        <w:rPr>
          <w:b/>
        </w:rPr>
        <w:t xml:space="preserve">[25:14] </w:t>
      </w:r>
      <w:r>
        <w:t>If you put your hand here, you are</w:t>
      </w:r>
    </w:p>
    <w:p>
      <w:pPr>
        <w:jc w:val="right"/>
      </w:pPr>
      <w:r>
        <w:t>If you put your hand here, you are</w:t>
      </w:r>
    </w:p>
    <w:p>
      <w:r>
        <w:rPr>
          <w:b/>
        </w:rPr>
        <w:t xml:space="preserve">[25:17] </w:t>
      </w:r>
      <w:r>
        <w:t>right. If you put your hand here, you areright." So you must know that as far as the fundamentals or basics are concerned, there is no difference at all.</w:t>
      </w:r>
    </w:p>
    <w:p>
      <w:pPr>
        <w:jc w:val="right"/>
      </w:pPr>
      <w:r>
        <w:t>right. If you put your hand here, you areright." So you must know that as far as the fundamentals or basics are concerned, there is no difference at all.</w:t>
      </w:r>
    </w:p>
    <w:p>
      <w:r>
        <w:rPr>
          <w:b/>
        </w:rPr>
        <w:t xml:space="preserve">[25:33] </w:t>
      </w:r>
      <w:r>
        <w:t>All the differences are all the are in non-basics. And in non-basics, you cannot establish uniformity.</w:t>
      </w:r>
    </w:p>
    <w:p>
      <w:pPr>
        <w:jc w:val="right"/>
      </w:pPr>
      <w:r>
        <w:t>All the differences are all the are in non-basics. And in non-basics, you cannot establish uniformity.</w:t>
      </w:r>
    </w:p>
    <w:p>
      <w:r>
        <w:rPr>
          <w:b/>
        </w:rPr>
        <w:t xml:space="preserve">[25:46] </w:t>
      </w:r>
      <w:r>
        <w:t>In every system, there is diversity in non-basics. In every system.</w:t>
      </w:r>
    </w:p>
    <w:p>
      <w:pPr>
        <w:jc w:val="right"/>
      </w:pPr>
      <w:r>
        <w:t>In every system, there is diversity in non-basics. In every system.</w:t>
      </w:r>
    </w:p>
    <w:p>
      <w:r>
        <w:rPr>
          <w:b/>
        </w:rPr>
        <w:t xml:space="preserve">[25:57] </w:t>
      </w:r>
      <w:r>
        <w:t>So is the case of Islam.</w:t>
      </w:r>
    </w:p>
    <w:p>
      <w:pPr>
        <w:jc w:val="right"/>
      </w:pPr>
      <w:r>
        <w:t>So is the case of Islam.</w:t>
      </w:r>
    </w:p>
    <w:p>
      <w:r>
        <w:rPr>
          <w:b/>
        </w:rPr>
        <w:t xml:space="preserve">[26:01] </w:t>
      </w:r>
      <w:r>
        <w:t>Maulana, if what you are saying is true, then why is it that the non-basics today have assumed more importance than the basics, and Muslims across the world are killing each other by acts of violence?</w:t>
      </w:r>
    </w:p>
    <w:p>
      <w:pPr>
        <w:jc w:val="right"/>
      </w:pPr>
      <w:r>
        <w:t>مولانا، if what you are saying is true, then why is it that the non-basics today have assumed more importance than the basics, and Muslims across the world are killing each other by acts of violence?</w:t>
      </w:r>
    </w:p>
    <w:p>
      <w:r>
        <w:rPr>
          <w:b/>
        </w:rPr>
        <w:t xml:space="preserve">[26:16] </w:t>
      </w:r>
      <w:r>
        <w:t>It is due to Muslims' extremism. There is ghulu. Ghulu was forbidden in Islam</w:t>
      </w:r>
    </w:p>
    <w:p>
      <w:pPr>
        <w:jc w:val="right"/>
      </w:pPr>
      <w:r>
        <w:t>It is due to Muslims' extremism. There is ghulu. Ghulu was forbidden in Islam</w:t>
      </w:r>
    </w:p>
    <w:p>
      <w:r>
        <w:rPr>
          <w:b/>
        </w:rPr>
        <w:t xml:space="preserve">[26:25] </w:t>
      </w:r>
      <w:r>
        <w:t>. La ghulu wa fiddin. The Prophet of Islam has said, "La ghulu wa fiddin." It means there is no extremism in Islam.</w:t>
      </w:r>
    </w:p>
    <w:p>
      <w:pPr>
        <w:jc w:val="right"/>
      </w:pPr>
      <w:r>
        <w:t>. La ghulu wa fiddin. The Prophet of Islam has said, "La ghulu wa fiddin." It means there is no extremism in Islam.</w:t>
      </w:r>
    </w:p>
    <w:p>
      <w:r>
        <w:rPr>
          <w:b/>
        </w:rPr>
        <w:t xml:space="preserve">[26:36] </w:t>
      </w:r>
      <w:r>
        <w:t>So all these practices are due to extremism that is forbidden in Islam. So the blame goes to those extremist Muslims and not to Islam.</w:t>
      </w:r>
    </w:p>
    <w:p>
      <w:pPr>
        <w:jc w:val="right"/>
      </w:pPr>
      <w:r>
        <w:t>So all these practices are due to extremism that is forbidden in Islam. So the blame goes to those extremist Muslims and not to Islam.</w:t>
      </w:r>
    </w:p>
    <w:p>
      <w:r>
        <w:rPr>
          <w:b/>
        </w:rPr>
        <w:t xml:space="preserve">[26:52] </w:t>
      </w:r>
      <w:r>
        <w:t>Coming back to the Quran, Maulana, does the Quran not mention that Jesus was Kalimatullah?</w:t>
      </w:r>
    </w:p>
    <w:p>
      <w:pPr>
        <w:jc w:val="right"/>
      </w:pPr>
      <w:r>
        <w:t>Coming back to the Quran, مولانا، does the Quran not mention that Jesus was Kalimatullah?</w:t>
      </w:r>
    </w:p>
    <w:p>
      <w:r>
        <w:rPr>
          <w:b/>
        </w:rPr>
        <w:t xml:space="preserve">[27:02] </w:t>
      </w:r>
      <w:r>
        <w:t>Coming back to the Quran, Maulana, does the Quran not mention that Jesus is Kalimatullah, the word of God, and Ruhullah, the spirit of God, indicating His divinity?</w:t>
      </w:r>
    </w:p>
    <w:p>
      <w:pPr>
        <w:jc w:val="right"/>
      </w:pPr>
      <w:r>
        <w:t>Coming back to the Quran, مولانا، does the Quran not mention that Jesus is Kalimatullah, the word of God, and روح اللہ, the spirit of God, indicating His divinity?</w:t>
      </w:r>
    </w:p>
    <w:p>
      <w:r>
        <w:rPr>
          <w:b/>
        </w:rPr>
        <w:t xml:space="preserve">[27:17] </w:t>
      </w:r>
      <w:r>
        <w:t>What is your comment on this?</w:t>
      </w:r>
    </w:p>
    <w:p>
      <w:pPr>
        <w:jc w:val="right"/>
      </w:pPr>
      <w:r>
        <w:t>What is your comment on this?</w:t>
      </w:r>
    </w:p>
    <w:p>
      <w:r>
        <w:rPr>
          <w:b/>
        </w:rPr>
        <w:t xml:space="preserve">[27:24] </w:t>
      </w:r>
      <w:r>
        <w:t>This question is also based on misconception. You know, according to the Quran, Ruhullah means commandment of Gods and not the divinity.</w:t>
      </w:r>
    </w:p>
    <w:p>
      <w:pPr>
        <w:jc w:val="right"/>
      </w:pPr>
      <w:r>
        <w:t>This question is also based on misconception. You know, according to the Quran, روح اللہ means commandment of Gods and not the divinity.</w:t>
      </w:r>
    </w:p>
    <w:p>
      <w:r>
        <w:rPr>
          <w:b/>
        </w:rPr>
        <w:t xml:space="preserve">[27:40] </w:t>
      </w:r>
      <w:r>
        <w:t>Kalimatullah and Ruhullah have nothing to do with divinity. It is Christian innovation. Christians have innovated this concept of divinity.</w:t>
      </w:r>
    </w:p>
    <w:p>
      <w:pPr>
        <w:jc w:val="right"/>
      </w:pPr>
      <w:r>
        <w:t>Kalimatullah and روح اللہ have nothing to do with divinity. It is Christian innovation. Christians have innovated this concept of divinity.</w:t>
      </w:r>
    </w:p>
    <w:p>
      <w:r>
        <w:rPr>
          <w:b/>
        </w:rPr>
        <w:t xml:space="preserve">[27:51] </w:t>
      </w:r>
      <w:r>
        <w:t>Otherwise, you know, every man is Ruhullah.</w:t>
      </w:r>
    </w:p>
    <w:p>
      <w:pPr>
        <w:jc w:val="right"/>
      </w:pPr>
      <w:r>
        <w:t>Otherwise, you know, every man is روح اللہ.</w:t>
      </w:r>
    </w:p>
    <w:p>
      <w:r>
        <w:rPr>
          <w:b/>
        </w:rPr>
        <w:t xml:space="preserve">[27:58] </w:t>
      </w:r>
      <w:r>
        <w:t>The Quran says that about Adam,</w:t>
      </w:r>
    </w:p>
    <w:p>
      <w:pPr>
        <w:jc w:val="right"/>
      </w:pPr>
      <w:r>
        <w:t>The Quran says that about Adam,</w:t>
      </w:r>
    </w:p>
    <w:p>
      <w:r>
        <w:rPr>
          <w:b/>
        </w:rPr>
        <w:t xml:space="preserve">[28:05] </w:t>
      </w:r>
      <w:r>
        <w:t>Adam was also Ruhullah, and every man is also Ruhullah. Ruhullah means we were created under the commandment of God.</w:t>
      </w:r>
    </w:p>
    <w:p>
      <w:pPr>
        <w:jc w:val="right"/>
      </w:pPr>
      <w:r>
        <w:t>Adam was also روح اللہ, and every man is also روح اللہ. روح اللہ means we were created under the commandment of God.</w:t>
      </w:r>
    </w:p>
    <w:p>
      <w:r>
        <w:rPr>
          <w:b/>
        </w:rPr>
        <w:t xml:space="preserve">[28:19] </w:t>
      </w:r>
      <w:r>
        <w:t>It has nothing to do with divinity. It is Christian innovation.</w:t>
      </w:r>
    </w:p>
    <w:p>
      <w:pPr>
        <w:jc w:val="right"/>
      </w:pPr>
      <w:r>
        <w:t>It has nothing to do with divinity. It is Christian innovation.</w:t>
      </w:r>
    </w:p>
    <w:p>
      <w:r>
        <w:rPr>
          <w:b/>
        </w:rPr>
        <w:t xml:space="preserve">[28:28] </w:t>
      </w:r>
      <w:r>
        <w:t>So being Ruhullah is not</w:t>
      </w:r>
    </w:p>
    <w:p>
      <w:pPr>
        <w:jc w:val="right"/>
      </w:pPr>
      <w:r>
        <w:t>So being روح اللہ is not</w:t>
      </w:r>
    </w:p>
    <w:p>
      <w:r>
        <w:rPr>
          <w:b/>
        </w:rPr>
        <w:t xml:space="preserve">[28:36] </w:t>
      </w:r>
      <w:r>
        <w:t>said only about Christ</w:t>
      </w:r>
    </w:p>
    <w:p>
      <w:pPr>
        <w:jc w:val="right"/>
      </w:pPr>
      <w:r>
        <w:t>said only about Christ</w:t>
      </w:r>
    </w:p>
    <w:p>
      <w:r>
        <w:rPr>
          <w:b/>
        </w:rPr>
        <w:t xml:space="preserve">[28:39] </w:t>
      </w:r>
      <w:r>
        <w:t>. It is said about all men and women. So Kalimatullah and ruhullah, both words are one and the same.</w:t>
      </w:r>
    </w:p>
    <w:p>
      <w:pPr>
        <w:jc w:val="right"/>
      </w:pPr>
      <w:r>
        <w:t>. It is said about all men and women. So Kalimatullah and روح اللہ, both words are one and the same.</w:t>
      </w:r>
    </w:p>
    <w:p>
      <w:r>
        <w:rPr>
          <w:b/>
        </w:rPr>
        <w:t xml:space="preserve">[28:51] </w:t>
      </w:r>
      <w:r>
        <w:t>That is commandment of God.</w:t>
      </w:r>
    </w:p>
    <w:p>
      <w:pPr>
        <w:jc w:val="right"/>
      </w:pPr>
      <w:r>
        <w:t>That is commandment of God.</w:t>
      </w:r>
    </w:p>
    <w:p>
      <w:r>
        <w:rPr>
          <w:b/>
        </w:rPr>
        <w:t xml:space="preserve">[28:56] </w:t>
      </w:r>
      <w:r>
        <w:t>They have mistakenly</w:t>
      </w:r>
    </w:p>
    <w:p>
      <w:pPr>
        <w:jc w:val="right"/>
      </w:pPr>
      <w:r>
        <w:t>They have mistakenly</w:t>
      </w:r>
    </w:p>
    <w:p>
      <w:r>
        <w:rPr>
          <w:b/>
        </w:rPr>
        <w:t xml:space="preserve">[29:01] </w:t>
      </w:r>
      <w:r>
        <w:t>took it in the sense of divinity. That is wrong.</w:t>
      </w:r>
    </w:p>
    <w:p>
      <w:pPr>
        <w:jc w:val="right"/>
      </w:pPr>
      <w:r>
        <w:t>took it in the sense of divinity. That is wrong.</w:t>
      </w:r>
    </w:p>
    <w:p>
      <w:r>
        <w:rPr>
          <w:b/>
        </w:rPr>
        <w:t xml:space="preserve">[29:08] </w:t>
      </w:r>
      <w:r>
        <w:t>Moul</w:t>
      </w:r>
    </w:p>
    <w:p>
      <w:pPr>
        <w:jc w:val="right"/>
      </w:pPr>
      <w:r>
        <w:t>مول</w:t>
      </w:r>
    </w:p>
    <w:p>
      <w:r>
        <w:rPr>
          <w:b/>
        </w:rPr>
        <w:t xml:space="preserve">[29:09] </w:t>
      </w:r>
      <w:r>
        <w:t>ana, what is the difference between truth and wisdom? I think that wisdom is a secular word, and truth is a religious word.</w:t>
      </w:r>
    </w:p>
    <w:p>
      <w:pPr>
        <w:jc w:val="right"/>
      </w:pPr>
      <w:r>
        <w:t>انا، what is the difference between truth and wisdom? I think that wisdom is a secular word, and truth is a religious word.</w:t>
      </w:r>
    </w:p>
    <w:p>
      <w:r>
        <w:rPr>
          <w:b/>
        </w:rPr>
        <w:t xml:space="preserve">[29:24] </w:t>
      </w:r>
      <w:r>
        <w:t>Truth is a religious word, and wisdom is a secular word. But truth is a wisdom, and wisdom is a truth.</w:t>
      </w:r>
    </w:p>
    <w:p>
      <w:pPr>
        <w:jc w:val="right"/>
      </w:pPr>
      <w:r>
        <w:t>Truth is a religious word, and wisdom is a secular word. But truth is a wisdom, and wisdom is a truth.</w:t>
      </w:r>
    </w:p>
    <w:p>
      <w:r>
        <w:rPr>
          <w:b/>
        </w:rPr>
        <w:t xml:space="preserve">[29:37] </w:t>
      </w:r>
      <w:r>
        <w:t>So both are very similar. But when you express, but when you use a religious term, you will say truth, and when you use a secular term, you will say wisdom.</w:t>
      </w:r>
    </w:p>
    <w:p>
      <w:pPr>
        <w:jc w:val="right"/>
      </w:pPr>
      <w:r>
        <w:t>So both are very similar. But when you express, but when you use a religious term, you will say truth, and when you use a secular term, you will say wisdom.</w:t>
      </w:r>
    </w:p>
    <w:p>
      <w:r>
        <w:rPr>
          <w:b/>
        </w:rPr>
        <w:t xml:space="preserve">[29:54] </w:t>
      </w:r>
      <w:r>
        <w:t>Although the nature of both is one and the same. Can we say, Maulana, that God is truth?</w:t>
      </w:r>
    </w:p>
    <w:p>
      <w:pPr>
        <w:jc w:val="right"/>
      </w:pPr>
      <w:r>
        <w:t>Although the nature of both is one and the same. Can we say, مولانا، that God is truth?</w:t>
      </w:r>
    </w:p>
    <w:p>
      <w:r>
        <w:rPr>
          <w:b/>
        </w:rPr>
        <w:t xml:space="preserve">[30:04] </w:t>
      </w:r>
      <w:r>
        <w:t>No. It is wrong.</w:t>
      </w:r>
    </w:p>
    <w:p>
      <w:pPr>
        <w:jc w:val="right"/>
      </w:pPr>
      <w:r>
        <w:t>No. It is wrong.</w:t>
      </w:r>
    </w:p>
    <w:p>
      <w:r>
        <w:rPr>
          <w:b/>
        </w:rPr>
        <w:t xml:space="preserve">[30:08] </w:t>
      </w:r>
      <w:r>
        <w:t>Some people say that God is truth and truth is God, but it is a wrong expression. Why?</w:t>
      </w:r>
    </w:p>
    <w:p>
      <w:pPr>
        <w:jc w:val="right"/>
      </w:pPr>
      <w:r>
        <w:t>Some people say that God is truth and truth is God, but it is a wrong expression. Why?</w:t>
      </w:r>
    </w:p>
    <w:p>
      <w:r>
        <w:rPr>
          <w:b/>
        </w:rPr>
        <w:t xml:space="preserve">[30:16] </w:t>
      </w:r>
      <w:r>
        <w:t>Truth is an abstract idea, while God is a real being.</w:t>
      </w:r>
    </w:p>
    <w:p>
      <w:pPr>
        <w:jc w:val="right"/>
      </w:pPr>
      <w:r>
        <w:t>Truth is an abstract idea, while God is a real being.</w:t>
      </w:r>
    </w:p>
    <w:p>
      <w:r>
        <w:rPr>
          <w:b/>
        </w:rPr>
        <w:t xml:space="preserve">[30:27] </w:t>
      </w:r>
      <w:r>
        <w:t>A real being.</w:t>
      </w:r>
    </w:p>
    <w:p>
      <w:pPr>
        <w:jc w:val="right"/>
      </w:pPr>
      <w:r>
        <w:t>A real being.</w:t>
      </w:r>
    </w:p>
    <w:p>
      <w:r>
        <w:rPr>
          <w:b/>
        </w:rPr>
        <w:t xml:space="preserve">[30:31] </w:t>
      </w:r>
      <w:r>
        <w:t>So truth is a quality. Truth is a quality. In terms of quality, it is God's one.</w:t>
      </w:r>
    </w:p>
    <w:p>
      <w:pPr>
        <w:jc w:val="right"/>
      </w:pPr>
      <w:r>
        <w:t>So truth is a quality. Truth is a quality. In terms of quality, it is God's one.</w:t>
      </w:r>
    </w:p>
    <w:p>
      <w:r>
        <w:rPr>
          <w:b/>
        </w:rPr>
        <w:t xml:space="preserve">[30:49] </w:t>
      </w:r>
      <w:r>
        <w:t>You can say that truth is also one quality of God, one attribute of God.</w:t>
      </w:r>
    </w:p>
    <w:p>
      <w:pPr>
        <w:jc w:val="right"/>
      </w:pPr>
      <w:r>
        <w:t>You can say that truth is also one quality of God, one attribute of God.</w:t>
      </w:r>
    </w:p>
    <w:p>
      <w:r>
        <w:rPr>
          <w:b/>
        </w:rPr>
        <w:t xml:space="preserve">[30:58] </w:t>
      </w:r>
      <w:r>
        <w:t>But truth itself is God is wrong because God is a real existence, while truth has no real existence.</w:t>
      </w:r>
    </w:p>
    <w:p>
      <w:pPr>
        <w:jc w:val="right"/>
      </w:pPr>
      <w:r>
        <w:t>But truth itself is God is wrong because God is a real existence, while truth has no real existence.</w:t>
      </w:r>
    </w:p>
    <w:p>
      <w:r>
        <w:rPr>
          <w:b/>
        </w:rPr>
        <w:t xml:space="preserve">[31:11] </w:t>
      </w:r>
      <w:r>
        <w:t>It is an idea, an abstract idea. So it is wrong to say that truth is God or God is truth.</w:t>
      </w:r>
    </w:p>
    <w:p>
      <w:pPr>
        <w:jc w:val="right"/>
      </w:pPr>
      <w:r>
        <w:t>It is an idea, an abstract idea. So it is wrong to say that truth is God or God is truth.</w:t>
      </w:r>
    </w:p>
    <w:p>
      <w:r>
        <w:rPr>
          <w:b/>
        </w:rPr>
        <w:t xml:space="preserve">[31:22] </w:t>
      </w:r>
      <w:r>
        <w:t>Both terms are wrong.</w:t>
      </w:r>
    </w:p>
    <w:p>
      <w:pPr>
        <w:jc w:val="right"/>
      </w:pPr>
      <w:r>
        <w:t>Both terms are wrong.</w:t>
      </w:r>
    </w:p>
    <w:p>
      <w:r>
        <w:rPr>
          <w:b/>
        </w:rPr>
        <w:t xml:space="preserve">[31:28] </w:t>
      </w:r>
      <w:r>
        <w:t>Maulana, in various national and international forums, you have always emphasized on intellectual development. Can you define for us what you mean by intellectual development?</w:t>
      </w:r>
    </w:p>
    <w:p>
      <w:pPr>
        <w:jc w:val="right"/>
      </w:pPr>
      <w:r>
        <w:t>مولانا، in various national and international forums, you have always emphasized on intellectual development. Can you define for us what you mean by intellectual development?</w:t>
      </w:r>
    </w:p>
    <w:p>
      <w:r>
        <w:rPr>
          <w:b/>
        </w:rPr>
        <w:t xml:space="preserve">[31:41] </w:t>
      </w:r>
      <w:r>
        <w:t>You know, intellect is the most important quality of man, every man. Intellect means mental capacity or mind.</w:t>
      </w:r>
    </w:p>
    <w:p>
      <w:pPr>
        <w:jc w:val="right"/>
      </w:pPr>
      <w:r>
        <w:t>You know, intellect is the most important quality of man, every man. Intellect means mental capacity or mind.</w:t>
      </w:r>
    </w:p>
    <w:p>
      <w:r>
        <w:rPr>
          <w:b/>
        </w:rPr>
        <w:t xml:space="preserve">[31:54] </w:t>
      </w:r>
      <w:r>
        <w:t>So mind is a combination of mind and body. But body is simply a vehicle.</w:t>
      </w:r>
    </w:p>
    <w:p>
      <w:pPr>
        <w:jc w:val="right"/>
      </w:pPr>
      <w:r>
        <w:t>So mind is a combination of mind and body. But body is simply a vehicle.</w:t>
      </w:r>
    </w:p>
    <w:p>
      <w:r>
        <w:rPr>
          <w:b/>
        </w:rPr>
        <w:t xml:space="preserve">[32:04] </w:t>
      </w:r>
      <w:r>
        <w:t>Basically, you are a mind</w:t>
      </w:r>
    </w:p>
    <w:p>
      <w:pPr>
        <w:jc w:val="right"/>
      </w:pPr>
      <w:r>
        <w:t>Basically, you are a mind</w:t>
      </w:r>
    </w:p>
    <w:p>
      <w:r>
        <w:rPr>
          <w:b/>
        </w:rPr>
        <w:t xml:space="preserve">[32:07] </w:t>
      </w:r>
      <w:r>
        <w:t>. Mind is the true personality of a man. And physical body is a vehicle.</w:t>
      </w:r>
    </w:p>
    <w:p>
      <w:pPr>
        <w:jc w:val="right"/>
      </w:pPr>
      <w:r>
        <w:t>. Mind is the true personality of a man. And physical body is a vehicle.</w:t>
      </w:r>
    </w:p>
    <w:p>
      <w:r>
        <w:rPr>
          <w:b/>
        </w:rPr>
        <w:t xml:space="preserve">[32:19] </w:t>
      </w:r>
      <w:r>
        <w:t>So only developing your physical body is not enough because</w:t>
      </w:r>
    </w:p>
    <w:p>
      <w:pPr>
        <w:jc w:val="right"/>
      </w:pPr>
      <w:r>
        <w:t>So only developing your physical body is not enough because</w:t>
      </w:r>
    </w:p>
    <w:p>
      <w:r>
        <w:rPr>
          <w:b/>
        </w:rPr>
        <w:t xml:space="preserve">[32:30] </w:t>
      </w:r>
      <w:r>
        <w:t>animals also have physical bodies. Animals also have physical existence.</w:t>
      </w:r>
    </w:p>
    <w:p>
      <w:pPr>
        <w:jc w:val="right"/>
      </w:pPr>
      <w:r>
        <w:t>animals also have physical bodies. Animals also have physical existence.</w:t>
      </w:r>
    </w:p>
    <w:p>
      <w:r>
        <w:rPr>
          <w:b/>
        </w:rPr>
        <w:t xml:space="preserve">[32:36] </w:t>
      </w:r>
      <w:r>
        <w:t>So the development of a man is development of mind. Development of body is like developing an animal.</w:t>
      </w:r>
    </w:p>
    <w:p>
      <w:pPr>
        <w:jc w:val="right"/>
      </w:pPr>
      <w:r>
        <w:t>So the development of a man is development of mind. Development of body is like developing an animal.</w:t>
      </w:r>
    </w:p>
    <w:p>
      <w:r>
        <w:rPr>
          <w:b/>
        </w:rPr>
        <w:t xml:space="preserve">[32:51] </w:t>
      </w:r>
      <w:r>
        <w:t>So when you say that, when you use the term a developed personality, you have to take it in intellectual development because intellect is the only important quality of a man.</w:t>
      </w:r>
    </w:p>
    <w:p>
      <w:pPr>
        <w:jc w:val="right"/>
      </w:pPr>
      <w:r>
        <w:t>So when you say that, when you use the term a developed personality, you have to take it in intellectual development because intellect is the only important quality of a man.</w:t>
      </w:r>
    </w:p>
    <w:p>
      <w:r>
        <w:rPr>
          <w:b/>
        </w:rPr>
        <w:t xml:space="preserve">[33:09] </w:t>
      </w:r>
      <w:r>
        <w:t>And it is intellect or intellectual development that makes you a superman. All those good qualities pertain to intellectual development, not physical development.</w:t>
      </w:r>
    </w:p>
    <w:p>
      <w:pPr>
        <w:jc w:val="right"/>
      </w:pPr>
      <w:r>
        <w:t>And it is intellect or intellectual development that makes you a superman. All those good qualities pertain to intellectual development, not physical development.</w:t>
      </w:r>
    </w:p>
    <w:p>
      <w:r>
        <w:rPr>
          <w:b/>
        </w:rPr>
        <w:t xml:space="preserve">[33:25] </w:t>
      </w:r>
      <w:r>
        <w:t>Physical development gives you health, strength. Physical strength or physical health. And intellectual development gives you thinking capacity,</w:t>
      </w:r>
    </w:p>
    <w:p>
      <w:pPr>
        <w:jc w:val="right"/>
      </w:pPr>
      <w:r>
        <w:t>Physical development gives you health, strength. Physical strength or physical health. And intellectual development gives you thinking capacity,</w:t>
      </w:r>
    </w:p>
    <w:p>
      <w:r>
        <w:rPr>
          <w:b/>
        </w:rPr>
        <w:t xml:space="preserve">[33:40] </w:t>
      </w:r>
      <w:r>
        <w:t>gives you learning, gives you wisdom. So all these things pertain to intellectual development.</w:t>
      </w:r>
    </w:p>
    <w:p>
      <w:pPr>
        <w:jc w:val="right"/>
      </w:pPr>
      <w:r>
        <w:t>gives you learning, gives you wisdom. So all these things pertain to intellectual development.</w:t>
      </w:r>
    </w:p>
    <w:p>
      <w:r>
        <w:rPr>
          <w:b/>
        </w:rPr>
        <w:t xml:space="preserve">[33:51] </w:t>
      </w:r>
      <w:r>
        <w:t>So it is very import</w:t>
      </w:r>
    </w:p>
    <w:p>
      <w:pPr>
        <w:jc w:val="right"/>
      </w:pPr>
      <w:r>
        <w:t>So it is very import</w:t>
      </w:r>
    </w:p>
    <w:p>
      <w:r>
        <w:rPr>
          <w:b/>
        </w:rPr>
        <w:t xml:space="preserve">[33:53] </w:t>
      </w:r>
      <w:r>
        <w:t>ant. But how do you link it with paradise? Paradise, according to the Quran, only those people will file entry into paradise who are</w:t>
      </w:r>
    </w:p>
    <w:p>
      <w:pPr>
        <w:jc w:val="right"/>
      </w:pPr>
      <w:r>
        <w:t>ant. But how do you link it with paradise? Paradise, according to the Quran, only those people will file entry into paradise who are</w:t>
      </w:r>
    </w:p>
    <w:p>
      <w:r>
        <w:rPr>
          <w:b/>
        </w:rPr>
        <w:t xml:space="preserve">[34:14] </w:t>
      </w:r>
      <w:r>
        <w:t>people of tazkiyah.</w:t>
      </w:r>
    </w:p>
    <w:p>
      <w:pPr>
        <w:jc w:val="right"/>
      </w:pPr>
      <w:r>
        <w:t>people of tazkiyah.</w:t>
      </w:r>
    </w:p>
    <w:p>
      <w:r>
        <w:rPr>
          <w:b/>
        </w:rPr>
        <w:t xml:space="preserve">[34:22] </w:t>
      </w:r>
      <w:r>
        <w:t>Paradise will be given to those who are purified souls.</w:t>
      </w:r>
    </w:p>
    <w:p>
      <w:pPr>
        <w:jc w:val="right"/>
      </w:pPr>
      <w:r>
        <w:t>Paradise will be given to those who are purified souls.</w:t>
      </w:r>
    </w:p>
    <w:p>
      <w:r>
        <w:rPr>
          <w:b/>
        </w:rPr>
        <w:t xml:space="preserve">[34:31] </w:t>
      </w:r>
      <w:r>
        <w:t>This word in the Quran, the word used is purified soul. In the same sense, I say purified intellectual development.</w:t>
      </w:r>
    </w:p>
    <w:p>
      <w:pPr>
        <w:jc w:val="right"/>
      </w:pPr>
      <w:r>
        <w:t>This word in the Quran, the word used is purified soul. In the same sense, I say purified intellectual development.</w:t>
      </w:r>
    </w:p>
    <w:p>
      <w:r>
        <w:rPr>
          <w:b/>
        </w:rPr>
        <w:t xml:space="preserve">[34:42] </w:t>
      </w:r>
      <w:r>
        <w:t>It is intellectual development that is the source of purification. Only physical health cannot purify your personality.</w:t>
      </w:r>
    </w:p>
    <w:p>
      <w:pPr>
        <w:jc w:val="right"/>
      </w:pPr>
      <w:r>
        <w:t>It is intellectual development that is the source of purification. Only physical health cannot purify your personality.</w:t>
      </w:r>
    </w:p>
    <w:p>
      <w:r>
        <w:rPr>
          <w:b/>
        </w:rPr>
        <w:t xml:space="preserve">[34:58] </w:t>
      </w:r>
      <w:r>
        <w:t>Purification of personality is directly linked with intellectual development.</w:t>
      </w:r>
    </w:p>
    <w:p>
      <w:pPr>
        <w:jc w:val="right"/>
      </w:pPr>
      <w:r>
        <w:t>Purification of personality is directly linked with intellectual development.</w:t>
      </w:r>
    </w:p>
    <w:p>
      <w:r>
        <w:rPr>
          <w:b/>
        </w:rPr>
        <w:t xml:space="preserve">[35:06] </w:t>
      </w:r>
      <w:r>
        <w:t>Without intellectual development, you cannot purify your soul.</w:t>
      </w:r>
    </w:p>
    <w:p>
      <w:pPr>
        <w:jc w:val="right"/>
      </w:pPr>
      <w:r>
        <w:t>Without intellectual development, you cannot purify your soul.</w:t>
      </w:r>
    </w:p>
    <w:p>
      <w:r>
        <w:rPr>
          <w:b/>
        </w:rPr>
        <w:t xml:space="preserve">[35:14] </w:t>
      </w:r>
      <w:r>
        <w:t>Only physical health cannot suffice.</w:t>
      </w:r>
    </w:p>
    <w:p>
      <w:pPr>
        <w:jc w:val="right"/>
      </w:pPr>
      <w:r>
        <w:t>Only physical health cannot suffice.</w:t>
      </w:r>
    </w:p>
    <w:p>
      <w:r>
        <w:rPr>
          <w:b/>
        </w:rPr>
        <w:t xml:space="preserve">[35:21] </w:t>
      </w:r>
      <w:r>
        <w:t>So I think that all those people who want to file entry into paradise, they must develop their mind.</w:t>
      </w:r>
    </w:p>
    <w:p>
      <w:pPr>
        <w:jc w:val="right"/>
      </w:pPr>
      <w:r>
        <w:t>So I think that all those people who want to file entry into paradise, they must develop their mind.</w:t>
      </w:r>
    </w:p>
    <w:p>
      <w:r>
        <w:rPr>
          <w:b/>
        </w:rPr>
        <w:t xml:space="preserve">[35:34] </w:t>
      </w:r>
      <w:r>
        <w:t>I am not saying this word in in technical terms, but in ideological terms, in spiritual terms.</w:t>
      </w:r>
    </w:p>
    <w:p>
      <w:pPr>
        <w:jc w:val="right"/>
      </w:pPr>
      <w:r>
        <w:t>I am not saying this word in in technical terms, but in ideological terms, in spiritual terms.</w:t>
      </w:r>
    </w:p>
    <w:p>
      <w:r>
        <w:rPr>
          <w:b/>
        </w:rPr>
        <w:t xml:space="preserve">[35:45] </w:t>
      </w:r>
      <w:r>
        <w:t>So</w:t>
      </w:r>
    </w:p>
    <w:p>
      <w:pPr>
        <w:jc w:val="right"/>
      </w:pPr>
      <w:r>
        <w:t>So</w:t>
      </w:r>
    </w:p>
    <w:p>
      <w:r>
        <w:rPr>
          <w:b/>
        </w:rPr>
        <w:t xml:space="preserve">[35:48] </w:t>
      </w:r>
      <w:r>
        <w:t>every Mumin must develop his mind in terms of spirituality, in terms of taqwa, in terms of soul, so that it is by this method he can prove a man of tazkiyah.</w:t>
      </w:r>
    </w:p>
    <w:p>
      <w:pPr>
        <w:jc w:val="right"/>
      </w:pPr>
      <w:r>
        <w:t>every Mumin must develop his mind in terms of spirituality, in terms of taqwa, in terms of soul, so that it is by this method he can prove a man of tazkiyah.</w:t>
      </w:r>
    </w:p>
    <w:p>
      <w:r>
        <w:rPr>
          <w:b/>
        </w:rPr>
        <w:t xml:space="preserve">[36:15] </w:t>
      </w:r>
      <w:r>
        <w:t>So this is the way of tazkiyah.</w:t>
      </w:r>
    </w:p>
    <w:p>
      <w:pPr>
        <w:jc w:val="right"/>
      </w:pPr>
      <w:r>
        <w:t>So this is the way of tazkiyah.</w:t>
      </w:r>
    </w:p>
    <w:p>
      <w:r>
        <w:rPr>
          <w:b/>
        </w:rPr>
        <w:t xml:space="preserve">[36:19] </w:t>
      </w:r>
      <w:r>
        <w:t>maulana, if I want to understand Islam today, what is that one thing that you would want me to understand the most?</w:t>
      </w:r>
    </w:p>
    <w:p>
      <w:pPr>
        <w:jc w:val="right"/>
      </w:pPr>
      <w:r>
        <w:t>مولانا، if I want to understand Islam today, what is that one thing that you would want me to understand the most?</w:t>
      </w:r>
    </w:p>
    <w:p>
      <w:r>
        <w:rPr>
          <w:b/>
        </w:rPr>
        <w:t xml:space="preserve">[36:28] </w:t>
      </w:r>
      <w:r>
        <w:t>I think that</w:t>
      </w:r>
    </w:p>
    <w:p>
      <w:pPr>
        <w:jc w:val="right"/>
      </w:pPr>
      <w:r>
        <w:t>I think that</w:t>
      </w:r>
    </w:p>
    <w:p>
      <w:r>
        <w:rPr>
          <w:b/>
        </w:rPr>
        <w:t xml:space="preserve">[36:32] </w:t>
      </w:r>
      <w:r>
        <w:t>the most important requirement is seeking the street.</w:t>
      </w:r>
    </w:p>
    <w:p>
      <w:pPr>
        <w:jc w:val="right"/>
      </w:pPr>
      <w:r>
        <w:t>the most important requirement is seeking the street.</w:t>
      </w:r>
    </w:p>
    <w:p>
      <w:r>
        <w:rPr>
          <w:b/>
        </w:rPr>
        <w:t xml:space="preserve">[36:41] </w:t>
      </w:r>
      <w:r>
        <w:t>No, I would like to say that the most important requirement is sincerity. Sincerity.</w:t>
      </w:r>
    </w:p>
    <w:p>
      <w:pPr>
        <w:jc w:val="right"/>
      </w:pPr>
      <w:r>
        <w:t>No, I would like to say that the most important requirement is sincerity. Sincerity.</w:t>
      </w:r>
    </w:p>
    <w:p>
      <w:r>
        <w:rPr>
          <w:b/>
        </w:rPr>
        <w:t xml:space="preserve">[36:52] </w:t>
      </w:r>
      <w:r>
        <w:t>The Quran says,</w:t>
      </w:r>
    </w:p>
    <w:p>
      <w:pPr>
        <w:jc w:val="right"/>
      </w:pPr>
      <w:r>
        <w:t>The Quran says,</w:t>
      </w:r>
    </w:p>
    <w:p>
      <w:r>
        <w:rPr>
          <w:b/>
        </w:rPr>
        <w:t xml:space="preserve">[37:00] </w:t>
      </w:r>
      <w:r>
        <w:t>"Hudallil-Muttaqeen" means guidance to sincere people, to serious people.</w:t>
      </w:r>
    </w:p>
    <w:p>
      <w:pPr>
        <w:jc w:val="right"/>
      </w:pPr>
      <w:r>
        <w:t>"Hudallil-Muttaqeen" means guidance to sincere people, to serious people.</w:t>
      </w:r>
    </w:p>
    <w:p>
      <w:r>
        <w:rPr>
          <w:b/>
        </w:rPr>
        <w:t xml:space="preserve">[37:08] </w:t>
      </w:r>
      <w:r>
        <w:t>So</w:t>
      </w:r>
    </w:p>
    <w:p>
      <w:pPr>
        <w:jc w:val="right"/>
      </w:pPr>
      <w:r>
        <w:t>So</w:t>
      </w:r>
    </w:p>
    <w:p>
      <w:r>
        <w:rPr>
          <w:b/>
        </w:rPr>
        <w:t xml:space="preserve">[37:12] </w:t>
      </w:r>
      <w:r>
        <w:t>if you are a sincere person, then sincerity will lead to so many other good qualities like seeking.</w:t>
      </w:r>
    </w:p>
    <w:p>
      <w:pPr>
        <w:jc w:val="right"/>
      </w:pPr>
      <w:r>
        <w:t>if you are a sincere person, then sincerity will lead to so many other good qualities like seeking.</w:t>
      </w:r>
    </w:p>
    <w:p>
      <w:r>
        <w:rPr>
          <w:b/>
        </w:rPr>
        <w:t xml:space="preserve">[37:29] </w:t>
      </w:r>
      <w:r>
        <w:t>Sincerity will inculcate in you the seeking spirit. Sincerity will inculcate in you the spirit of acknowledgment</w:t>
      </w:r>
    </w:p>
    <w:p>
      <w:pPr>
        <w:jc w:val="right"/>
      </w:pPr>
      <w:r>
        <w:t>Sincerity will inculcate in you the seeking spirit. Sincerity will inculcate in you the spirit of acknowledgment</w:t>
      </w:r>
    </w:p>
    <w:p>
      <w:r>
        <w:rPr>
          <w:b/>
        </w:rPr>
        <w:t xml:space="preserve">[37:41] </w:t>
      </w:r>
      <w:r>
        <w:t>. Without sincerity, you cannot acknowledge. So sincerity is a must for Quranic understanding.</w:t>
      </w:r>
    </w:p>
    <w:p>
      <w:pPr>
        <w:jc w:val="right"/>
      </w:pPr>
      <w:r>
        <w:t>. Without sincerity, you cannot acknowledge. So sincerity is a must for Quranic understanding.</w:t>
      </w:r>
    </w:p>
    <w:p>
      <w:r>
        <w:rPr>
          <w:b/>
        </w:rPr>
        <w:t xml:space="preserve">[37:55] </w:t>
      </w:r>
      <w:r>
        <w:t>Sincerity is the source of all kinds of good things. Without sincerity, there is no intellectual development, no intellectual development, no serious study of the Quran.</w:t>
      </w:r>
    </w:p>
    <w:p>
      <w:pPr>
        <w:jc w:val="right"/>
      </w:pPr>
      <w:r>
        <w:t>Sincerity is the source of all kinds of good things. Without sincerity, there is no intellectual development, no intellectual development, no serious study of the Quran.</w:t>
      </w:r>
    </w:p>
    <w:p>
      <w:r>
        <w:rPr>
          <w:b/>
        </w:rPr>
        <w:t xml:space="preserve">[38:14] </w:t>
      </w:r>
      <w:r>
        <w:t>You</w:t>
      </w:r>
    </w:p>
    <w:p>
      <w:pPr>
        <w:jc w:val="right"/>
      </w:pPr>
      <w:r>
        <w:t>You</w:t>
      </w:r>
    </w:p>
    <w:p>
      <w:r>
        <w:rPr>
          <w:b/>
        </w:rPr>
        <w:t xml:space="preserve">[38:17] </w:t>
      </w:r>
      <w:r>
        <w:t>will not be a serious student of the Quran without sincerity. So I think that the only requirement is sincerity for this purpose.</w:t>
      </w:r>
    </w:p>
    <w:p>
      <w:pPr>
        <w:jc w:val="right"/>
      </w:pPr>
      <w:r>
        <w:t>will not be a serious student of the Quran without sincerity. So I think that the only requirement is sincerity for this purpose.</w:t>
      </w:r>
    </w:p>
    <w:p>
      <w:r>
        <w:rPr>
          <w:b/>
        </w:rPr>
        <w:t xml:space="preserve">[38:35] </w:t>
      </w:r>
      <w:r>
        <w:t>Thank you, Maulana Wahiduddin Khan, for sharing your thoughts with us.</w:t>
      </w:r>
    </w:p>
    <w:p>
      <w:pPr>
        <w:jc w:val="right"/>
      </w:pPr>
      <w:r>
        <w:t>Thank you, مولانا وحید الدین خان, for sharing your thoughts with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