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Lessons (In Conversation with Maulana) 27.12.2010</w:t>
      </w:r>
    </w:p>
    <w:p>
      <w:r>
        <w:t>https://www.youtube.com/watch?v=tFU57I6tThk</w:t>
      </w:r>
    </w:p>
    <w:p>
      <w:r>
        <w:rPr>
          <w:b/>
        </w:rPr>
        <w:t xml:space="preserve">[00:11] </w:t>
      </w:r>
      <w:r>
        <w:t>Okay, this, uh, we are starting the question-answer session now.</w:t>
      </w:r>
    </w:p>
    <w:p>
      <w:pPr>
        <w:jc w:val="right"/>
      </w:pPr>
      <w:r>
        <w:t>Okay, this, uh, we are starting the question-answer session now.</w:t>
      </w:r>
    </w:p>
    <w:p>
      <w:r>
        <w:rPr>
          <w:b/>
        </w:rPr>
        <w:t xml:space="preserve">[00:16] </w:t>
      </w:r>
      <w:r>
        <w:t>This question is from Mr.</w:t>
      </w:r>
    </w:p>
    <w:p>
      <w:pPr>
        <w:jc w:val="right"/>
      </w:pPr>
      <w:r>
        <w:t>This question is from Mr.</w:t>
      </w:r>
    </w:p>
    <w:p>
      <w:r>
        <w:rPr>
          <w:b/>
        </w:rPr>
        <w:t xml:space="preserve">[00:21] </w:t>
      </w:r>
      <w:r>
        <w:t>Khaled Ansari from Delhi.</w:t>
      </w:r>
    </w:p>
    <w:p>
      <w:pPr>
        <w:jc w:val="right"/>
      </w:pPr>
      <w:r>
        <w:t>Khaled Ansari from Delhi.</w:t>
      </w:r>
    </w:p>
    <w:p>
      <w:r>
        <w:rPr>
          <w:b/>
        </w:rPr>
        <w:t xml:space="preserve">[00:26] </w:t>
      </w:r>
      <w:r>
        <w:t>Adam, the first man, while inhabiting in paradise, couldn't resist the temptation and violated God's instructions of "don'ts,"</w:t>
      </w:r>
    </w:p>
    <w:p>
      <w:pPr>
        <w:jc w:val="right"/>
      </w:pPr>
      <w:r>
        <w:t>Adam, the first man, while inhabiting in paradise, couldn't resist the temptation and violated God's instructions of "don'ts,"</w:t>
      </w:r>
    </w:p>
    <w:p>
      <w:r>
        <w:rPr>
          <w:b/>
        </w:rPr>
        <w:t xml:space="preserve">[00:31] </w:t>
      </w:r>
      <w:r>
        <w:t>which led to his ouster from heaven.</w:t>
      </w:r>
    </w:p>
    <w:p>
      <w:pPr>
        <w:jc w:val="right"/>
      </w:pPr>
      <w:r>
        <w:t>which led to his ouster from heaven.</w:t>
      </w:r>
    </w:p>
    <w:p>
      <w:r>
        <w:rPr>
          <w:b/>
        </w:rPr>
        <w:t xml:space="preserve">[00:36] </w:t>
      </w:r>
      <w:r>
        <w:t>Do you think Adam also lost the first chance? Also,</w:t>
      </w:r>
    </w:p>
    <w:p>
      <w:pPr>
        <w:jc w:val="right"/>
      </w:pPr>
      <w:r>
        <w:t>Do you think Adam also lost the first chance? Also,</w:t>
      </w:r>
    </w:p>
    <w:p>
      <w:r>
        <w:rPr>
          <w:b/>
        </w:rPr>
        <w:t xml:space="preserve">[00:41] </w:t>
      </w:r>
      <w:r>
        <w:t>had he not lost the first chance, what would have been the greater success due to availing of</w:t>
      </w:r>
    </w:p>
    <w:p>
      <w:pPr>
        <w:jc w:val="right"/>
      </w:pPr>
      <w:r>
        <w:t>had he not lost the first chance, what would have been the greater success due to availing of</w:t>
      </w:r>
    </w:p>
    <w:p>
      <w:r>
        <w:rPr>
          <w:b/>
        </w:rPr>
        <w:t xml:space="preserve">[00:47] </w:t>
      </w:r>
      <w:r>
        <w:t>the first chance?</w:t>
      </w:r>
    </w:p>
    <w:p>
      <w:pPr>
        <w:jc w:val="right"/>
      </w:pPr>
      <w:r>
        <w:t>the first chance?</w:t>
      </w:r>
    </w:p>
    <w:p>
      <w:r>
        <w:rPr>
          <w:b/>
        </w:rPr>
        <w:t xml:space="preserve">[00:53] </w:t>
      </w:r>
      <w:r>
        <w:t>haan, dekhen, yeh baat jo aap ki hai to is ka jawab Quran mein maujood hai ke Allah</w:t>
      </w:r>
    </w:p>
    <w:p>
      <w:pPr>
        <w:jc w:val="right"/>
      </w:pPr>
      <w:r>
        <w:t>ہاں، دیکھیں، یہ بات جو آپ کی ہے تو اس کا جواب قرآن میں موجود ہے کہ اللہ</w:t>
      </w:r>
    </w:p>
    <w:p>
      <w:r>
        <w:rPr>
          <w:b/>
        </w:rPr>
        <w:t xml:space="preserve">[00:59] </w:t>
      </w:r>
      <w:r>
        <w:t>taala ne, aah, Adam ne toba ki.</w:t>
      </w:r>
    </w:p>
    <w:p>
      <w:pPr>
        <w:jc w:val="right"/>
      </w:pPr>
      <w:r>
        <w:t>تعالیٰ نے، آہ، آدم نے توبہ کیا۔</w:t>
      </w:r>
    </w:p>
    <w:p>
      <w:r>
        <w:rPr>
          <w:b/>
        </w:rPr>
        <w:t xml:space="preserve">[01:05] </w:t>
      </w:r>
      <w:r>
        <w:t>toba karne ke baad Allah taala ne phir Adam ko wahin pahuncha diya jahan par thay woh,</w:t>
      </w:r>
    </w:p>
    <w:p>
      <w:pPr>
        <w:jc w:val="right"/>
      </w:pPr>
      <w:r>
        <w:t>توبہ کرنے کے بعد اللہ تعالیٰ نے پھر آدم کو وہیں پہنچا دیا جہاں پر تھے وہ،</w:t>
      </w:r>
    </w:p>
    <w:p>
      <w:r>
        <w:rPr>
          <w:b/>
        </w:rPr>
        <w:t xml:space="preserve">[01:11] </w:t>
      </w:r>
      <w:r>
        <w:t>goya ke first chance phir unhein ab, ah, available ho gaya.</w:t>
      </w:r>
    </w:p>
    <w:p>
      <w:pPr>
        <w:jc w:val="right"/>
      </w:pPr>
      <w:r>
        <w:t>گویا کہ فرسٹ چانس پھر انہیں اب، اہ، اویلیبل ہو گیا۔</w:t>
      </w:r>
    </w:p>
    <w:p>
      <w:r>
        <w:rPr>
          <w:b/>
        </w:rPr>
        <w:t xml:space="preserve">[01:15] </w:t>
      </w:r>
      <w:r>
        <w:t>to toba bohat bari cheez hai, is ko musalman nahi jante.</w:t>
      </w:r>
    </w:p>
    <w:p>
      <w:pPr>
        <w:jc w:val="right"/>
      </w:pPr>
      <w:r>
        <w:t>تو توبہ بہت بڑی چیز ہے، اس کو مسلمان نہیں جانتے۔</w:t>
      </w:r>
    </w:p>
    <w:p>
      <w:r>
        <w:rPr>
          <w:b/>
        </w:rPr>
        <w:t xml:space="preserve">[01:20] </w:t>
      </w:r>
      <w:r>
        <w:t>wo toba ka matlab hota hai toba, toba, toba.</w:t>
      </w:r>
    </w:p>
    <w:p>
      <w:pPr>
        <w:jc w:val="right"/>
      </w:pPr>
      <w:r>
        <w:t>وہ توبہ کا مطلب ہوتا ہے توبہ، توبہ، توبہ۔</w:t>
      </w:r>
    </w:p>
    <w:p>
      <w:r>
        <w:rPr>
          <w:b/>
        </w:rPr>
        <w:t xml:space="preserve">[01:24] </w:t>
      </w:r>
      <w:r>
        <w:t>yeh to mazak hai.</w:t>
      </w:r>
    </w:p>
    <w:p>
      <w:pPr>
        <w:jc w:val="right"/>
      </w:pPr>
      <w:r>
        <w:t>یہ تو مذاق ہے۔</w:t>
      </w:r>
    </w:p>
    <w:p>
      <w:r>
        <w:rPr>
          <w:b/>
        </w:rPr>
        <w:t xml:space="preserve">[01:28] </w:t>
      </w:r>
      <w:r>
        <w:t>toba ke maani hain sacha repentance, true, true repentance.</w:t>
      </w:r>
    </w:p>
    <w:p>
      <w:pPr>
        <w:jc w:val="right"/>
      </w:pPr>
      <w:r>
        <w:t>توبہ کے معنی ہیں سچا ریپنٹنس، ٹرو، ٹرو ریپنٹنس۔</w:t>
      </w:r>
    </w:p>
    <w:p>
      <w:r>
        <w:rPr>
          <w:b/>
        </w:rPr>
        <w:t xml:space="preserve">[01:33] </w:t>
      </w:r>
      <w:r>
        <w:t>to hadith mein aata hai ke "Al-Islam yahdimu ma qablah" yaani Allah taala ki yeh bohat bari rehmat</w:t>
      </w:r>
    </w:p>
    <w:p>
      <w:pPr>
        <w:jc w:val="right"/>
      </w:pPr>
      <w:r>
        <w:t>تو حدیث میں آتا ہے کہ "الاسلام یہدم ما قبلہ" یعنی اللہ تعالیٰ کی یہ بہت بڑی رحمت</w:t>
      </w:r>
    </w:p>
    <w:p>
      <w:r>
        <w:rPr>
          <w:b/>
        </w:rPr>
        <w:t xml:space="preserve">[01:37] </w:t>
      </w:r>
      <w:r>
        <w:t>hai, bohat bari rehmat hai</w:t>
      </w:r>
    </w:p>
    <w:p>
      <w:pPr>
        <w:jc w:val="right"/>
      </w:pPr>
      <w:r>
        <w:t>ہے، بہت بڑی رحمت ہے</w:t>
      </w:r>
    </w:p>
    <w:p>
      <w:r>
        <w:rPr>
          <w:b/>
        </w:rPr>
        <w:t xml:space="preserve">[01:42] </w:t>
      </w:r>
      <w:r>
        <w:t>ke agar koi shakhs first chance ko khoye aur us ke paas sach much is ka repentance aa</w:t>
      </w:r>
    </w:p>
    <w:p>
      <w:pPr>
        <w:jc w:val="right"/>
      </w:pPr>
      <w:r>
        <w:t>کہ اگر کوئی شخص فرسٹ چانس کو کھوئے اور اس کے پاس سچ مچ اس کا ریپنٹنس آ</w:t>
      </w:r>
    </w:p>
    <w:p>
      <w:r>
        <w:rPr>
          <w:b/>
        </w:rPr>
        <w:t xml:space="preserve">[01:46] </w:t>
      </w:r>
      <w:r>
        <w:t>jaye, true repentance, to us ko phir se woh, woh, woh baat de di jati hai jo pehle</w:t>
      </w:r>
    </w:p>
    <w:p>
      <w:pPr>
        <w:jc w:val="right"/>
      </w:pPr>
      <w:r>
        <w:t>جائے، ٹرو ریپنٹنس، تو اس کو پھر سے وہ، وہ، وہ بات دے دی جاتی ہے جو پہلے</w:t>
      </w:r>
    </w:p>
    <w:p>
      <w:r>
        <w:rPr>
          <w:b/>
        </w:rPr>
        <w:t xml:space="preserve">[01:50] </w:t>
      </w:r>
      <w:r>
        <w:t>chance ke qalam mein milti hai.</w:t>
      </w:r>
    </w:p>
    <w:p>
      <w:pPr>
        <w:jc w:val="right"/>
      </w:pPr>
      <w:r>
        <w:t>چانس کے قلم میں ملتی ہے۔</w:t>
      </w:r>
    </w:p>
    <w:p>
      <w:r>
        <w:rPr>
          <w:b/>
        </w:rPr>
        <w:t xml:space="preserve">[01:54] </w:t>
      </w:r>
      <w:r>
        <w:t>us ko yeh Allah taala ki khusoosi rehmat hai, bohat bari rehmat hai.</w:t>
      </w:r>
    </w:p>
    <w:p>
      <w:pPr>
        <w:jc w:val="right"/>
      </w:pPr>
      <w:r>
        <w:t>اس کو یہ اللہ تعالیٰ کی خصوصی رحمت ہے، بہت بڑی رحمت ہے۔</w:t>
      </w:r>
    </w:p>
    <w:p>
      <w:r>
        <w:rPr>
          <w:b/>
        </w:rPr>
        <w:t xml:space="preserve">[01:59] </w:t>
      </w:r>
      <w:r>
        <w:t>yeh to first chance ko khona is ke liye khona hai jo bas kho kho kar ke reh</w:t>
      </w:r>
    </w:p>
    <w:p>
      <w:pPr>
        <w:jc w:val="right"/>
      </w:pPr>
      <w:r>
        <w:t>یہ تو فرسٹ چانس کو کھونا اس کے لیے کھونا ہے جو بس کھو کھو کر کے رہ</w:t>
      </w:r>
    </w:p>
    <w:p>
      <w:r>
        <w:rPr>
          <w:b/>
        </w:rPr>
        <w:t xml:space="preserve">[02:03] </w:t>
      </w:r>
      <w:r>
        <w:t>jaye, wohi phir pada reh jaye.</w:t>
      </w:r>
    </w:p>
    <w:p>
      <w:pPr>
        <w:jc w:val="right"/>
      </w:pPr>
      <w:r>
        <w:t>جائے، وہی پھر پڑا رہ جائے۔</w:t>
      </w:r>
    </w:p>
    <w:p>
      <w:r>
        <w:rPr>
          <w:b/>
        </w:rPr>
        <w:t xml:space="preserve">[02:07] </w:t>
      </w:r>
      <w:r>
        <w:t>lekin jo first chance kho</w:t>
      </w:r>
    </w:p>
    <w:p>
      <w:pPr>
        <w:jc w:val="right"/>
      </w:pPr>
      <w:r>
        <w:t>لیکن جو فرسٹ چانس کھ</w:t>
      </w:r>
    </w:p>
    <w:p>
      <w:r>
        <w:rPr>
          <w:b/>
        </w:rPr>
        <w:t xml:space="preserve">[02:12] </w:t>
      </w:r>
      <w:r>
        <w:t>wane ke baad toba kare, misaal ke taur par main ne yahan misaal di thi ke namaz mein</w:t>
      </w:r>
    </w:p>
    <w:p>
      <w:pPr>
        <w:jc w:val="right"/>
      </w:pPr>
      <w:r>
        <w:t>ونے کے بعد توبہ کرے، مثال کے طور پر میں نے یہاں مثال دی تھی کہ نماز میں</w:t>
      </w:r>
    </w:p>
    <w:p>
      <w:r>
        <w:rPr>
          <w:b/>
        </w:rPr>
        <w:t xml:space="preserve">[02:17] </w:t>
      </w:r>
      <w:r>
        <w:t>ek baar takbeer ho, faut ho jaye to aadmi doosri baar daudta hai ke na faut hone paaye.</w:t>
      </w:r>
    </w:p>
    <w:p>
      <w:pPr>
        <w:jc w:val="right"/>
      </w:pPr>
      <w:r>
        <w:t>ایک بار تکبیر ہو، فوت ہو جائے تو آدمی دوسری بار دوڑتا ہے کہ نہ فوت ہونے پائے۔</w:t>
      </w:r>
    </w:p>
    <w:p>
      <w:r>
        <w:rPr>
          <w:b/>
        </w:rPr>
        <w:t xml:space="preserve">[02:22] </w:t>
      </w:r>
      <w:r>
        <w:t>bas yahan aanay mein ek baar kisi ko chhoot jaye to dobara aglay sunday ko daure ke dobara</w:t>
      </w:r>
    </w:p>
    <w:p>
      <w:pPr>
        <w:jc w:val="right"/>
      </w:pPr>
      <w:r>
        <w:t>بس یہاں آنے میں ایک بار کسی کو چھوٹ جائے تو دوبارہ اگلے سنڈے کو دوڑے کہ دوبارہ</w:t>
      </w:r>
    </w:p>
    <w:p>
      <w:r>
        <w:rPr>
          <w:b/>
        </w:rPr>
        <w:t xml:space="preserve">[02:27] </w:t>
      </w:r>
      <w:r>
        <w:t>na chhootnay paaye.</w:t>
      </w:r>
    </w:p>
    <w:p>
      <w:pPr>
        <w:jc w:val="right"/>
      </w:pPr>
      <w:r>
        <w:t>نہ چھوٹنے پائے۔</w:t>
      </w:r>
    </w:p>
    <w:p>
      <w:r>
        <w:rPr>
          <w:b/>
        </w:rPr>
        <w:t xml:space="preserve">[02:32] </w:t>
      </w:r>
      <w:r>
        <w:t>yeh hai repentance, yeh hai toba.</w:t>
      </w:r>
    </w:p>
    <w:p>
      <w:pPr>
        <w:jc w:val="right"/>
      </w:pPr>
      <w:r>
        <w:t>یہ ہے ریپنٹنس، یہ ہے توبہ۔</w:t>
      </w:r>
    </w:p>
    <w:p>
      <w:r>
        <w:rPr>
          <w:b/>
        </w:rPr>
        <w:t xml:space="preserve">[02:38] </w:t>
      </w:r>
      <w:r>
        <w:t>toba ki tareef hi ki jati hai kitabon mein ke yeh aadmi,</w:t>
      </w:r>
    </w:p>
    <w:p>
      <w:pPr>
        <w:jc w:val="right"/>
      </w:pPr>
      <w:r>
        <w:t>توبہ کی تعریف ہی کی جاتی ہے کتابوں میں کہ یہ آدمی،</w:t>
      </w:r>
    </w:p>
    <w:p>
      <w:r>
        <w:rPr>
          <w:b/>
        </w:rPr>
        <w:t xml:space="preserve">[02:43] </w:t>
      </w:r>
      <w:r>
        <w:t>yani ehad kare ke dobara mein yeh ghalti nahi karunga.</w:t>
      </w:r>
    </w:p>
    <w:p>
      <w:pPr>
        <w:jc w:val="right"/>
      </w:pPr>
      <w:r>
        <w:t>یعنی عہد کرے کہ دوبارہ میں یہ غلطی نہیں کروں گا۔</w:t>
      </w:r>
    </w:p>
    <w:p>
      <w:r>
        <w:rPr>
          <w:b/>
        </w:rPr>
        <w:t xml:space="preserve">[02:48] </w:t>
      </w:r>
      <w:r>
        <w:t>pakka ehad kare ke ab mein ek baar ho gaya, dobara nahi karnay wala hoon.</w:t>
      </w:r>
    </w:p>
    <w:p>
      <w:pPr>
        <w:jc w:val="right"/>
      </w:pPr>
      <w:r>
        <w:t>پکا عہد کرے کہ اب میں ایک بار ہو گیا، دوبارہ نہیں کرنے والا ہوں۔</w:t>
      </w:r>
    </w:p>
    <w:p>
      <w:r>
        <w:rPr>
          <w:b/>
        </w:rPr>
        <w:t xml:space="preserve">[02:53] </w:t>
      </w:r>
      <w:r>
        <w:t>aisa mein yeh toba ki condition batayi jati hai kitabon mein.</w:t>
      </w:r>
    </w:p>
    <w:p>
      <w:pPr>
        <w:jc w:val="right"/>
      </w:pPr>
      <w:r>
        <w:t>ایسا میں یہ توبہ کی کنڈیشن بتائی جاتی ہے کتابوں میں۔</w:t>
      </w:r>
    </w:p>
    <w:p>
      <w:r>
        <w:rPr>
          <w:b/>
        </w:rPr>
        <w:t xml:space="preserve">[02:58] </w:t>
      </w:r>
      <w:r>
        <w:t>to woh first chance khona is ke liye khona hai jis ke andar repentance na jaagay, repentance</w:t>
      </w:r>
    </w:p>
    <w:p>
      <w:pPr>
        <w:jc w:val="right"/>
      </w:pPr>
      <w:r>
        <w:t>تو وہ فرسٹ چانس کھونا اس کے لیے کھونا ہے جس کے اندر ریپنٹنس نہ جا گئے، ریپنٹنس</w:t>
      </w:r>
    </w:p>
    <w:p>
      <w:r>
        <w:rPr>
          <w:b/>
        </w:rPr>
        <w:t xml:space="preserve">[03:03] </w:t>
      </w:r>
      <w:r>
        <w:t>jaagay, true repentance.</w:t>
      </w:r>
    </w:p>
    <w:p>
      <w:pPr>
        <w:jc w:val="right"/>
      </w:pPr>
      <w:r>
        <w:t>جا گئے، ٹرو ریپنٹنس۔</w:t>
      </w:r>
    </w:p>
    <w:p>
      <w:r>
        <w:rPr>
          <w:b/>
        </w:rPr>
        <w:t xml:space="preserve">[03:08] </w:t>
      </w:r>
      <w:r>
        <w:t>aur yeh is sense mein jaagay ke woh yeh, yani bohat hi zabardast de</w:t>
      </w:r>
    </w:p>
    <w:p>
      <w:pPr>
        <w:jc w:val="right"/>
      </w:pPr>
      <w:r>
        <w:t>اور یہ اس سینس میں جا گئے کہ وہ یہ، یعنی بہت ہی زبردست ڈی</w:t>
      </w:r>
    </w:p>
    <w:p>
      <w:r>
        <w:rPr>
          <w:b/>
        </w:rPr>
        <w:t xml:space="preserve">[03:13] </w:t>
      </w:r>
      <w:r>
        <w:t>termination ke sath soche, ab mein aisa dobara nahi hone dunga.</w:t>
      </w:r>
    </w:p>
    <w:p>
      <w:pPr>
        <w:jc w:val="right"/>
      </w:pPr>
      <w:r>
        <w:t>ٹرمننس کے ساتھ سوچے، اب میں ایسا دوبارہ نہیں ہونے دوں گا۔</w:t>
      </w:r>
    </w:p>
    <w:p>
      <w:r>
        <w:rPr>
          <w:b/>
        </w:rPr>
        <w:t xml:space="preserve">[03:19] </w:t>
      </w:r>
      <w:r>
        <w:t>to phir woh Allah taala ki rehmat khaas se is ko woh sari cheezein mil jati hain jo</w:t>
      </w:r>
    </w:p>
    <w:p>
      <w:pPr>
        <w:jc w:val="right"/>
      </w:pPr>
      <w:r>
        <w:t>تو پھر وہ اللہ تعالیٰ کی رحمت خاص سے اس کو وہ ساری چیزیں مل جاتی ہیں جو</w:t>
      </w:r>
    </w:p>
    <w:p>
      <w:r>
        <w:rPr>
          <w:b/>
        </w:rPr>
        <w:t xml:space="preserve">[03:25] </w:t>
      </w:r>
      <w:r>
        <w:t>first chance ko avail karnay ke shukr mein milti hain.</w:t>
      </w:r>
    </w:p>
    <w:p>
      <w:pPr>
        <w:jc w:val="right"/>
      </w:pPr>
      <w:r>
        <w:t>فرسٹ چانس کو اویل کرنے کے شکر میں ملتی ہیں۔</w:t>
      </w:r>
    </w:p>
    <w:p>
      <w:r>
        <w:rPr>
          <w:b/>
        </w:rPr>
        <w:t xml:space="preserve">[03:31] </w:t>
      </w:r>
      <w:r>
        <w:t>is ko das question is from Mr. Muhammad Asif Riyaz from Patna.</w:t>
      </w:r>
    </w:p>
    <w:p>
      <w:pPr>
        <w:jc w:val="right"/>
      </w:pPr>
      <w:r>
        <w:t>اس کو دس کوئسچن از فرام مسٹر محمد اصف ریاض فرام پٹنہ۔</w:t>
      </w:r>
    </w:p>
    <w:p>
      <w:r>
        <w:rPr>
          <w:b/>
        </w:rPr>
        <w:t xml:space="preserve">[03:37] </w:t>
      </w:r>
      <w:r>
        <w:t>Maulana, you mentioned that it is mind and not heart, which does the deconditioning.</w:t>
      </w:r>
    </w:p>
    <w:p>
      <w:pPr>
        <w:jc w:val="right"/>
      </w:pPr>
      <w:r>
        <w:t>مولانا، یو مینشن دیٹ اٹ از مائنڈ اینڈ ناٹ ہارٹ، وچ ڈز دا ڈی کنڈیشننگ۔</w:t>
      </w:r>
    </w:p>
    <w:p>
      <w:r>
        <w:rPr>
          <w:b/>
        </w:rPr>
        <w:t xml:space="preserve">[03:44] </w:t>
      </w:r>
      <w:r>
        <w:t>but in the Quran there are references to heart.</w:t>
      </w:r>
    </w:p>
    <w:p>
      <w:pPr>
        <w:jc w:val="right"/>
      </w:pPr>
      <w:r>
        <w:t>بٹ ان دا قرآن دیر ار ریفرنسز ٹو ہارٹ۔</w:t>
      </w:r>
    </w:p>
    <w:p>
      <w:r>
        <w:rPr>
          <w:b/>
        </w:rPr>
        <w:t xml:space="preserve">[03:49] </w:t>
      </w:r>
      <w:r>
        <w:t>for example, there is a verse in Quran which says, "I did not give to hearts to any</w:t>
      </w:r>
    </w:p>
    <w:p>
      <w:pPr>
        <w:jc w:val="right"/>
      </w:pPr>
      <w:r>
        <w:t>فار ایگزیمپل، دیر از ا ورس ان قرآن وچ سیز، "آئی ڈیڈ ناٹ گیو ٹو ہارٹس ٹو اینی</w:t>
      </w:r>
    </w:p>
    <w:p>
      <w:r>
        <w:rPr>
          <w:b/>
        </w:rPr>
        <w:t xml:space="preserve">[03:54] </w:t>
      </w:r>
      <w:r>
        <w:t>one." Maulana, what does it mean? Kindly clarify.</w:t>
      </w:r>
    </w:p>
    <w:p>
      <w:pPr>
        <w:jc w:val="right"/>
      </w:pPr>
      <w:r>
        <w:t>ون۔" مولانا، واٹ ڈز اٹ مین؟ کائنڈلی کلیریفائی۔</w:t>
      </w:r>
    </w:p>
    <w:p>
      <w:r>
        <w:rPr>
          <w:b/>
        </w:rPr>
        <w:t xml:space="preserve">[03:59] </w:t>
      </w:r>
      <w:r>
        <w:t>dekhen, yeh literary language hai.</w:t>
      </w:r>
    </w:p>
    <w:p>
      <w:pPr>
        <w:jc w:val="right"/>
      </w:pPr>
      <w:r>
        <w:t>دیکھیں، یہ لٹری لینگویج ہے۔</w:t>
      </w:r>
    </w:p>
    <w:p>
      <w:r>
        <w:rPr>
          <w:b/>
        </w:rPr>
        <w:t xml:space="preserve">[04:04] </w:t>
      </w:r>
      <w:r>
        <w:t>yaad rakhen, zaban mein jo ek literary style ban jata hai, woh chalta rehta hai, chalta rehta hai.</w:t>
      </w:r>
    </w:p>
    <w:p>
      <w:pPr>
        <w:jc w:val="right"/>
      </w:pPr>
      <w:r>
        <w:t>یاد رکھیں، زبان میں جو ایک لٹری سٹائل بن جاتا ہے، وہ چلتا رہتا ہے، چلتا رہتا ہے۔</w:t>
      </w:r>
    </w:p>
    <w:p>
      <w:r>
        <w:rPr>
          <w:b/>
        </w:rPr>
        <w:t xml:space="preserve">[04:09] </w:t>
      </w:r>
      <w:r>
        <w:t>jaise misaal ke taur par angrezi zaban mein sare log jante hain, sare Europe mein</w:t>
      </w:r>
    </w:p>
    <w:p>
      <w:pPr>
        <w:jc w:val="right"/>
      </w:pPr>
      <w:r>
        <w:t>جیسے مثال کے طور پر انگریزی زبان میں سارے لوگ جانتے ہیں، سارے یورپ میں</w:t>
      </w:r>
    </w:p>
    <w:p>
      <w:r>
        <w:rPr>
          <w:b/>
        </w:rPr>
        <w:t xml:space="preserve">[04:14] </w:t>
      </w:r>
      <w:r>
        <w:t>ke heart se aadmi nahi sochta, heart mein jazbat nahi hote.</w:t>
      </w:r>
    </w:p>
    <w:p>
      <w:pPr>
        <w:jc w:val="right"/>
      </w:pPr>
      <w:r>
        <w:t>کہ ہارٹ سے آدمی نہیں سوچتا، ہارٹ میں جذبات نہیں ہوتے۔</w:t>
      </w:r>
    </w:p>
    <w:p>
      <w:r>
        <w:rPr>
          <w:b/>
        </w:rPr>
        <w:t xml:space="preserve">[04:18] </w:t>
      </w:r>
      <w:r>
        <w:t>lekin angrezi mein jo hai, "wholeheartedly" kaha jata hai.</w:t>
      </w:r>
    </w:p>
    <w:p>
      <w:pPr>
        <w:jc w:val="right"/>
      </w:pPr>
      <w:r>
        <w:t>لیکن انگریزی میں جو ہے، "ہول ہارٹڈلی" کہا جاتا ہے۔</w:t>
      </w:r>
    </w:p>
    <w:p>
      <w:r>
        <w:rPr>
          <w:b/>
        </w:rPr>
        <w:t xml:space="preserve">[04:23] </w:t>
      </w:r>
      <w:r>
        <w:t>koi bhi nahi milega aap ko angrezi mein kahe "whole mindedly".</w:t>
      </w:r>
    </w:p>
    <w:p>
      <w:pPr>
        <w:jc w:val="right"/>
      </w:pPr>
      <w:r>
        <w:t>کوئی بھی نہیں ملے گا آپ کو انگریزی میں کہے "ہول مائنڈڈلی"۔</w:t>
      </w:r>
    </w:p>
    <w:p>
      <w:r>
        <w:rPr>
          <w:b/>
        </w:rPr>
        <w:t xml:space="preserve">[04:27] </w:t>
      </w:r>
      <w:r>
        <w:t>koi aisa nahi kahega.</w:t>
      </w:r>
    </w:p>
    <w:p>
      <w:pPr>
        <w:jc w:val="right"/>
      </w:pPr>
      <w:r>
        <w:t>کوئی ایسا نہیں کہے گا۔</w:t>
      </w:r>
    </w:p>
    <w:p>
      <w:r>
        <w:rPr>
          <w:b/>
        </w:rPr>
        <w:t xml:space="preserve">[04:31] </w:t>
      </w:r>
      <w:r>
        <w:t>woh janta hai ke heart se ka talluq sirf circulation of blood se hai, lekin phir bhi "hol</w:t>
      </w:r>
    </w:p>
    <w:p>
      <w:pPr>
        <w:jc w:val="right"/>
      </w:pPr>
      <w:r>
        <w:t>وہ جانتا ہے کہ ہارٹ سے کا تعلق صرف سرکولیشن آف بلڈ سے ہے، لیکن پھر بھی "ہول</w:t>
      </w:r>
    </w:p>
    <w:p>
      <w:r>
        <w:rPr>
          <w:b/>
        </w:rPr>
        <w:t xml:space="preserve">[04:35] </w:t>
      </w:r>
      <w:r>
        <w:t>mindedly" woh kabhi nahi bolega.</w:t>
      </w:r>
    </w:p>
    <w:p>
      <w:pPr>
        <w:jc w:val="right"/>
      </w:pPr>
      <w:r>
        <w:t>مائنڈڈلی" وہ کبھی نہیں بولے گا۔</w:t>
      </w:r>
    </w:p>
    <w:p>
      <w:r>
        <w:rPr>
          <w:b/>
        </w:rPr>
        <w:t xml:space="preserve">[04:40] </w:t>
      </w:r>
      <w:r>
        <w:t>woh toh quran mein jo littery, litterary, littery style ban chuka tha, usi ko istemal</w:t>
      </w:r>
    </w:p>
    <w:p>
      <w:pPr>
        <w:jc w:val="right"/>
      </w:pPr>
      <w:r>
        <w:t>وہ تو قرآن میں جو لٹری، لٹریچری، لٹری سٹائل بن چکا تھا، اسی کو استعمال</w:t>
      </w:r>
    </w:p>
    <w:p>
      <w:r>
        <w:rPr>
          <w:b/>
        </w:rPr>
        <w:t xml:space="preserve">[04:44] </w:t>
      </w:r>
      <w:r>
        <w:t>kiya gaya hai.</w:t>
      </w:r>
    </w:p>
    <w:p>
      <w:pPr>
        <w:jc w:val="right"/>
      </w:pPr>
      <w:r>
        <w:t>کیا گیا ہے۔</w:t>
      </w:r>
    </w:p>
    <w:p>
      <w:r>
        <w:rPr>
          <w:b/>
        </w:rPr>
        <w:t xml:space="preserve">[04:47] </w:t>
      </w:r>
      <w:r>
        <w:t>اس کا مطلب ہرگز یہ نہیں ہے کہ قرآن کے مطابق دل جو ہے، but the thinking ہے، thinking</w:t>
      </w:r>
    </w:p>
    <w:p>
      <w:pPr>
        <w:jc w:val="right"/>
      </w:pPr>
      <w:r>
        <w:t>اس کا مطلب ہرگز یہ نہیں ہے کہ قرآن کے مطابق دل جو ہے، برکت تھنکنگ ہے، تھنکنگ</w:t>
      </w:r>
    </w:p>
    <w:p>
      <w:r>
        <w:rPr>
          <w:b/>
        </w:rPr>
        <w:t xml:space="preserve">[04:51] </w:t>
      </w:r>
      <w:r>
        <w:t>ka barkat hai.</w:t>
      </w:r>
    </w:p>
    <w:p>
      <w:pPr>
        <w:jc w:val="right"/>
      </w:pPr>
      <w:r>
        <w:t>کا برکت ہے۔</w:t>
      </w:r>
    </w:p>
    <w:p>
      <w:r>
        <w:rPr>
          <w:b/>
        </w:rPr>
        <w:t xml:space="preserve">[04:54] </w:t>
      </w:r>
      <w:r>
        <w:t>hargiz yeh matlab nahi hai iska.</w:t>
      </w:r>
    </w:p>
    <w:p>
      <w:pPr>
        <w:jc w:val="right"/>
      </w:pPr>
      <w:r>
        <w:t>ہرگز یہ مطلب نہیں ہے اس کا۔</w:t>
      </w:r>
    </w:p>
    <w:p>
      <w:r>
        <w:rPr>
          <w:b/>
        </w:rPr>
        <w:t xml:space="preserve">[04:58] </w:t>
      </w:r>
      <w:r>
        <w:t>woh littery style hai, yeh har zaban mein hota hai, quran mein bhi hai.</w:t>
      </w:r>
    </w:p>
    <w:p>
      <w:pPr>
        <w:jc w:val="right"/>
      </w:pPr>
      <w:r>
        <w:t>وہ لٹری سٹائل ہے، یہ ہر زبان میں ہوتا ہے، قرآن میں بھی ہے۔</w:t>
      </w:r>
    </w:p>
    <w:p>
      <w:r>
        <w:rPr>
          <w:b/>
        </w:rPr>
        <w:t xml:space="preserve">[05:01] </w:t>
      </w:r>
      <w:r>
        <w:t>yaad rahiye, quran khuda kalam hai, lekin insan ki zaban mein utra hai.</w:t>
      </w:r>
    </w:p>
    <w:p>
      <w:pPr>
        <w:jc w:val="right"/>
      </w:pPr>
      <w:r>
        <w:t>یاد رہیے، قرآن خدا کلام ہے، لیکن انسان کی زبان میں اترا ہے۔</w:t>
      </w:r>
    </w:p>
    <w:p>
      <w:r>
        <w:rPr>
          <w:b/>
        </w:rPr>
        <w:t xml:space="preserve">[05:05] </w:t>
      </w:r>
      <w:r>
        <w:t>woh, woh aasmani zaban mein nahi hai.</w:t>
      </w:r>
    </w:p>
    <w:p>
      <w:pPr>
        <w:jc w:val="right"/>
      </w:pPr>
      <w:r>
        <w:t>وہ، وہ آسمانی زبان میں نہیں ہے۔</w:t>
      </w:r>
    </w:p>
    <w:p>
      <w:r>
        <w:rPr>
          <w:b/>
        </w:rPr>
        <w:t xml:space="preserve">[05:08] </w:t>
      </w:r>
      <w:r>
        <w:t>quran agar aasmani zaban mein hota toh aap samajhte hi nahi hain is ko.</w:t>
      </w:r>
    </w:p>
    <w:p>
      <w:pPr>
        <w:jc w:val="right"/>
      </w:pPr>
      <w:r>
        <w:t>قرآن اگر آسمانی زبان میں ہوتا تو آپ سمجھتے ہی نہیں ہیں اس کو۔</w:t>
      </w:r>
    </w:p>
    <w:p>
      <w:r>
        <w:rPr>
          <w:b/>
        </w:rPr>
        <w:t xml:space="preserve">[05:12] </w:t>
      </w:r>
      <w:r>
        <w:t>toh khuda kalam hai, lekin woh</w:t>
      </w:r>
    </w:p>
    <w:p>
      <w:pPr>
        <w:jc w:val="right"/>
      </w:pPr>
      <w:r>
        <w:t>تو خدا کلام ہے، لیکن وہ</w:t>
      </w:r>
    </w:p>
    <w:p>
      <w:r>
        <w:rPr>
          <w:b/>
        </w:rPr>
        <w:t xml:space="preserve">[05:15] </w:t>
      </w:r>
      <w:r>
        <w:t>aaya hai insan ki zaban mein.</w:t>
      </w:r>
    </w:p>
    <w:p>
      <w:pPr>
        <w:jc w:val="right"/>
      </w:pPr>
      <w:r>
        <w:t>آیا ہے انسان کی زبان میں۔</w:t>
      </w:r>
    </w:p>
    <w:p>
      <w:r>
        <w:rPr>
          <w:b/>
        </w:rPr>
        <w:t xml:space="preserve">[05:19] </w:t>
      </w:r>
      <w:r>
        <w:t>toh insan ka idiom, littery style, is mein zaroor rahega, warna woh kuch samjhega nahi aadmi</w:t>
      </w:r>
    </w:p>
    <w:p>
      <w:pPr>
        <w:jc w:val="right"/>
      </w:pPr>
      <w:r>
        <w:t>تو انسان کا ایڈیم، لٹری سٹائل، اس میں ضرور رہے گا، ورنہ وہ کچھ سمجھے گا نہیں آدمی</w:t>
      </w:r>
    </w:p>
    <w:p>
      <w:r>
        <w:rPr>
          <w:b/>
        </w:rPr>
        <w:t xml:space="preserve">[05:23] </w:t>
      </w:r>
      <w:r>
        <w:t>kya kya keh rahe hain.</w:t>
      </w:r>
    </w:p>
    <w:p>
      <w:pPr>
        <w:jc w:val="right"/>
      </w:pPr>
      <w:r>
        <w:t>کیا کیا کہہ رہے ہیں۔</w:t>
      </w:r>
    </w:p>
    <w:p>
      <w:r>
        <w:rPr>
          <w:b/>
        </w:rPr>
        <w:t xml:space="preserve">[05:26] </w:t>
      </w:r>
      <w:r>
        <w:t>jaise english mein koi kitab likha, us ne likha "hol mindedly" toh koi samjhega nahi is baat ko.</w:t>
      </w:r>
    </w:p>
    <w:p>
      <w:pPr>
        <w:jc w:val="right"/>
      </w:pPr>
      <w:r>
        <w:t>جیسے انگلش میں کوئی کتاب لکھا، اس نے لکھا "ہول مائنڈڈلی" تو کوئی سمجھے گا نہیں اس بات کو۔</w:t>
      </w:r>
    </w:p>
    <w:p>
      <w:r>
        <w:rPr>
          <w:b/>
        </w:rPr>
        <w:t xml:space="preserve">[05:30] </w:t>
      </w:r>
      <w:r>
        <w:t>toh woh jante hue ke mind hi center hai soch ka, aap wahan par heart istemal karenge,</w:t>
      </w:r>
    </w:p>
    <w:p>
      <w:pPr>
        <w:jc w:val="right"/>
      </w:pPr>
      <w:r>
        <w:t>تو وہ جانتے ہوئے کہ مائنڈ ہی سینٹر ہے سوچ کا، آپ وہاں پر ہارٹ استعمال کریں گے،</w:t>
      </w:r>
    </w:p>
    <w:p>
      <w:r>
        <w:rPr>
          <w:b/>
        </w:rPr>
        <w:t xml:space="preserve">[05:34] </w:t>
      </w:r>
      <w:r>
        <w:t>"hol heartedly" likhenge.</w:t>
      </w:r>
    </w:p>
    <w:p>
      <w:pPr>
        <w:jc w:val="right"/>
      </w:pPr>
      <w:r>
        <w:t>"ہول ہارٹڈلی" لکھیں گے۔</w:t>
      </w:r>
    </w:p>
    <w:p>
      <w:r>
        <w:rPr>
          <w:b/>
        </w:rPr>
        <w:t xml:space="preserve">[05:38] </w:t>
      </w:r>
      <w:r>
        <w:t>yeh hai is ka matlab.</w:t>
      </w:r>
    </w:p>
    <w:p>
      <w:pPr>
        <w:jc w:val="right"/>
      </w:pPr>
      <w:r>
        <w:t>یہ ہے اس کا مطلب۔</w:t>
      </w:r>
    </w:p>
    <w:p>
      <w:r>
        <w:rPr>
          <w:b/>
        </w:rPr>
        <w:t xml:space="preserve">[05:41] </w:t>
      </w:r>
      <w:r>
        <w:t>This question is from Mr. Khawaja Kaleem.</w:t>
      </w:r>
    </w:p>
    <w:p>
      <w:pPr>
        <w:jc w:val="right"/>
      </w:pPr>
      <w:r>
        <w:t>دس کوئسچن از فرام مسٹر خواجہ کلیم</w:t>
      </w:r>
    </w:p>
    <w:p>
      <w:r>
        <w:rPr>
          <w:b/>
        </w:rPr>
        <w:t xml:space="preserve">[05:45] </w:t>
      </w:r>
      <w:r>
        <w:t>aldeen from pennsylvania.</w:t>
      </w:r>
    </w:p>
    <w:p>
      <w:pPr>
        <w:jc w:val="right"/>
      </w:pPr>
      <w:r>
        <w:t>الدین فرام پینسلوینیا۔</w:t>
      </w:r>
    </w:p>
    <w:p>
      <w:r>
        <w:rPr>
          <w:b/>
        </w:rPr>
        <w:t xml:space="preserve">[05:51] </w:t>
      </w:r>
      <w:r>
        <w:t>مولانا صاحب، is there any hadith of Prophet Muhammad where he said to have said that the value</w:t>
      </w:r>
    </w:p>
    <w:p>
      <w:pPr>
        <w:jc w:val="right"/>
      </w:pPr>
      <w:r>
        <w:t>مولانا صاحب، از دیر اینی حدیث آف پرافٹ محمد ویئر ہی سیڈ ٹو ہیو سیڈ دیٹ دا ویلیو</w:t>
      </w:r>
    </w:p>
    <w:p>
      <w:r>
        <w:rPr>
          <w:b/>
        </w:rPr>
        <w:t xml:space="preserve">[05:57] </w:t>
      </w:r>
      <w:r>
        <w:t>of jihad is so much that a Momin would want to be born again, even hundred times to</w:t>
      </w:r>
    </w:p>
    <w:p>
      <w:pPr>
        <w:jc w:val="right"/>
      </w:pPr>
      <w:r>
        <w:t>آف جہاد از سو مچ دیٹ ا مومن وڈ وانٹ ٹو بی بورن اگین، ایون ہنڈرڈ ٹائمز ٹو</w:t>
      </w:r>
    </w:p>
    <w:p>
      <w:r>
        <w:rPr>
          <w:b/>
        </w:rPr>
        <w:t xml:space="preserve">[06:03] </w:t>
      </w:r>
      <w:r>
        <w:t>Do it and become shaheed hundred times in the battlefield? If he did say this, then what</w:t>
      </w:r>
    </w:p>
    <w:p>
      <w:pPr>
        <w:jc w:val="right"/>
      </w:pPr>
      <w:r>
        <w:t>ڈو اٹ اینڈ بیکم شہید ہنڈرڈ ٹائمز ان دا بیٹل فیلڈ؟ اف ہی ڈیڈ سے دس، دین واٹ</w:t>
      </w:r>
    </w:p>
    <w:p>
      <w:r>
        <w:rPr>
          <w:b/>
        </w:rPr>
        <w:t xml:space="preserve">[06:09] </w:t>
      </w:r>
      <w:r>
        <w:t>is its implication? sahi, yeh hadith hai, maujood hai yeh hadith,</w:t>
      </w:r>
    </w:p>
    <w:p>
      <w:pPr>
        <w:jc w:val="right"/>
      </w:pPr>
      <w:r>
        <w:t>از اٹس ایمپلیکیشن؟ صحیح، یہ حدیث ہے، موجود ہے یہ حدیث،</w:t>
      </w:r>
    </w:p>
    <w:p>
      <w:r>
        <w:rPr>
          <w:b/>
        </w:rPr>
        <w:t xml:space="preserve">[06:15] </w:t>
      </w:r>
      <w:r>
        <w:t>lekin yeh hadith jo hai, yeh, um, woh hai, yani absolute sense mein nahi hai.</w:t>
      </w:r>
    </w:p>
    <w:p>
      <w:pPr>
        <w:jc w:val="right"/>
      </w:pPr>
      <w:r>
        <w:t>لیکن یہ حدیث جو ہے، یہ، ام، وہ ہے، یعنی ابسولیوٹ سینس میں نہیں ہے۔</w:t>
      </w:r>
    </w:p>
    <w:p>
      <w:r>
        <w:rPr>
          <w:b/>
        </w:rPr>
        <w:t xml:space="preserve">[06:20] </w:t>
      </w:r>
      <w:r>
        <w:t>jis waqt ladai ho rahi thi, jis waqt islam par attack kiya kiya gaya tha, islam ko mitane,</w:t>
      </w:r>
    </w:p>
    <w:p>
      <w:pPr>
        <w:jc w:val="right"/>
      </w:pPr>
      <w:r>
        <w:t>جس وقت لڑائی ہو رہی تھی، جس وقت اسلام پر اٹیک کیا کیا گیا تھا، اسلام کو مٹانے،</w:t>
      </w:r>
    </w:p>
    <w:p>
      <w:r>
        <w:rPr>
          <w:b/>
        </w:rPr>
        <w:t xml:space="preserve">[06:25] </w:t>
      </w:r>
      <w:r>
        <w:t>mitaya ja raha tha, us waqt wahi tha jihad ka istemal.</w:t>
      </w:r>
    </w:p>
    <w:p>
      <w:pPr>
        <w:jc w:val="right"/>
      </w:pPr>
      <w:r>
        <w:t>مٹایا جا رہا تھا، اس وقت وہی تھا جہاد کا استعمال۔</w:t>
      </w:r>
    </w:p>
    <w:p>
      <w:r>
        <w:rPr>
          <w:b/>
        </w:rPr>
        <w:t xml:space="preserve">[06:30] </w:t>
      </w:r>
      <w:r>
        <w:t>aaj nahi hai woh.</w:t>
      </w:r>
    </w:p>
    <w:p>
      <w:pPr>
        <w:jc w:val="right"/>
      </w:pPr>
      <w:r>
        <w:t>آج نہیں ہے وہ۔</w:t>
      </w:r>
    </w:p>
    <w:p>
      <w:r>
        <w:rPr>
          <w:b/>
        </w:rPr>
        <w:t xml:space="preserve">[06:35] </w:t>
      </w:r>
      <w:r>
        <w:t>aaj is hadith ko hum redefine karenge.</w:t>
      </w:r>
    </w:p>
    <w:p>
      <w:pPr>
        <w:jc w:val="right"/>
      </w:pPr>
      <w:r>
        <w:t>آج اس حدیث کو ہم ری ڈیفائن کریں گے۔</w:t>
      </w:r>
    </w:p>
    <w:p>
      <w:r>
        <w:rPr>
          <w:b/>
        </w:rPr>
        <w:t xml:space="preserve">[06:40] </w:t>
      </w:r>
      <w:r>
        <w:t>is waqt hadith ka application badr aur urein ke refer</w:t>
      </w:r>
    </w:p>
    <w:p>
      <w:pPr>
        <w:jc w:val="right"/>
      </w:pPr>
      <w:r>
        <w:t>اس وقت حدیث کا ایپلیکیشن بدر اور عرین کے ریفر</w:t>
      </w:r>
    </w:p>
    <w:p>
      <w:r>
        <w:rPr>
          <w:b/>
        </w:rPr>
        <w:t xml:space="preserve">[06:45] </w:t>
      </w:r>
      <w:r>
        <w:t>ence mein hota tha. Ab is hadith ka reference hoga da'wat o tableegh ke is mein hoga. Aaj dedication ke sense mein hoga, apne aap ko Islam ki da'wat ke liye sacrifice karne ke sense mein hoga. To hadith sahi hai, main manta hoon woh sahi hai hadith, lekin woh absolute sense mein nahi hai. Is ko redefine karna hoga, aur redefine karne ka kaam hamesha kiya gaya hai. Main misaal deta hoon aap ko ke Quran mein hai ke "وَأَعِدُّوا لَهُمْ مَسْتَطَاعًا مِنْ قُوَّةٍ"۔ Rasool Allah ne farmaya ke tum jante ho quwwat kya hai? Aap ne farmaya "Ala innal quwwata ar-ram". Allah "Ala innal quwwata ar-ram" ya'ni Quran mein kaha gaya hai ke tum log apne apne mukhalifeen ke muqable mein quwwat faraham karo, taqat faraham karo. Aur hadith mein kaha gaya hai ke taqat ka matlab kya hai? Teer marna, teer marna, teer marna. To aaj koi karega is ko ke teer</w:t>
      </w:r>
    </w:p>
    <w:p>
      <w:pPr>
        <w:jc w:val="right"/>
      </w:pPr>
      <w:r>
        <w:t>نس میں ہوتا تھا۔ اب اس حدیث کا ریفرنس ہوگا دعوت وبر کے اس میں ہوگا۔ آج ڈیڈیکیشن کے سینس میں ہوگا، اپنے آپ کو اسلام کی دعوت کے لیے سیکریفائس کرنے کے سینس میں ہوگا۔ تو حدیث صحیح ہے، میں مانتا ہوں وہ صحیح ہے حدیث، لیکن وہ ابسولیوٹ سینس میں نہیں ہے۔ اس کو ری ڈیفائن کرنا ہوگا، اور ری ڈیفائن کرنے کا کام ہمیشہ کیا گیا ہے۔ میں مثال دیتا ہوں آپ کو کہ قرآن میں ہے کہ "وَأَ</w:t>
      </w:r>
    </w:p>
    <w:p>
      <w:r>
        <w:rPr>
          <w:b/>
        </w:rPr>
        <w:t xml:space="preserve">[07:15] </w:t>
      </w:r>
      <w:r>
        <w:t>kaman le kar ke apne fauj ko musallah kare? Is se kaun karta hai aisa? Aaj koi duniya ki country aisa nahi hai, Muslim country, jo apni fauj ko teer kaman se musallah kare. To wahan unhon ne redefine kiya is hadith ko, redefine kiya. To hadithon ko redefine karne ka kaam sabhi log karte hain, lekin collective sense mein karte hain, kahin karte hain, kahin nahi karte.</w:t>
      </w:r>
    </w:p>
    <w:p>
      <w:pPr>
        <w:jc w:val="right"/>
      </w:pPr>
      <w:r>
        <w:t>عِدُّوا لَهُمْ مَسْتَاطًا مِنْ قُوَّةٍ"۔ رسول اللہ نے فرمایا کہ تم جانتے ہو قوت کیا ہے؟ آپ نے فرمایا "الا ان القوۃ الرم"۔ اللہ "الا ان القوۃ الرم" یعنی قرآن میں کہا گیا ہے کہ تم لوگ اپنے اپنے مخالفین کے مقابلے میں قوت فراہم کرو، طاقت فراہم کرو۔ اور حدیث میں کہا گیا ہے کہ طاقت کا مطلب کیا ہے؟ تیر مارنا، تیر مارنا، تیر مارنا۔ تو آج کوئی کرے گا اس کو کہ ت</w:t>
      </w:r>
    </w:p>
    <w:p>
      <w:r>
        <w:rPr>
          <w:b/>
        </w:rPr>
        <w:t xml:space="preserve">[07:45] </w:t>
      </w:r>
      <w:r>
        <w:t>یر کمان لے کر کے اپنے فوج کو مسلح کرے؟ اس سے کون کرتا hai ایسا؟ آج کوئی</w:t>
      </w:r>
    </w:p>
    <w:p>
      <w:pPr>
        <w:jc w:val="right"/>
      </w:pPr>
      <w:r>
        <w:t>یر کمان لے کر کے اپنے فوج کو مسلح کرے؟ اس سے کون کرتا ہے ایسا؟ آج کوئی</w:t>
      </w:r>
    </w:p>
    <w:p>
      <w:r>
        <w:rPr>
          <w:b/>
        </w:rPr>
        <w:t xml:space="preserve">[07:51] </w:t>
      </w:r>
      <w:r>
        <w:t>duniya ki country aesa nahi hai, muslim country, jo apni fauj ko teer kaman se musallah kare.</w:t>
      </w:r>
    </w:p>
    <w:p>
      <w:pPr>
        <w:jc w:val="right"/>
      </w:pPr>
      <w:r>
        <w:t>دنیا کی کنٹری ایسا نہیں ہے، مسلم کنٹری، جو اپنی فوج کو تیر کمان سے مسلح کرے۔</w:t>
      </w:r>
    </w:p>
    <w:p>
      <w:r>
        <w:rPr>
          <w:b/>
        </w:rPr>
        <w:t xml:space="preserve">[07:58] </w:t>
      </w:r>
      <w:r>
        <w:t>to wahan unhon ne redefine kiya is hadith ko, redefine kiya.</w:t>
      </w:r>
    </w:p>
    <w:p>
      <w:pPr>
        <w:jc w:val="right"/>
      </w:pPr>
      <w:r>
        <w:t>تو وہاں انہوں نے ری ڈیفائن کیا اس حدیث کو، ری ڈیفائن کیا۔</w:t>
      </w:r>
    </w:p>
    <w:p>
      <w:r>
        <w:rPr>
          <w:b/>
        </w:rPr>
        <w:t xml:space="preserve">[08:04] </w:t>
      </w:r>
      <w:r>
        <w:t>to hadithon ko redefine karne ka kaam sabhi log karte hain, lekin collective sense mein karte hain,</w:t>
      </w:r>
    </w:p>
    <w:p>
      <w:pPr>
        <w:jc w:val="right"/>
      </w:pPr>
      <w:r>
        <w:t>تو حدیثوں کو ری ڈیفائن کرنے کا کام سبھی لوگ کرتے ہیں، لیکن کلیکٹیو سینس میں کرتے ہیں،</w:t>
      </w:r>
    </w:p>
    <w:p>
      <w:r>
        <w:rPr>
          <w:b/>
        </w:rPr>
        <w:t xml:space="preserve">[08:10] </w:t>
      </w:r>
      <w:r>
        <w:t>kahin karte hain, kahin nahi karte.</w:t>
      </w:r>
    </w:p>
    <w:p>
      <w:pPr>
        <w:jc w:val="right"/>
      </w:pPr>
      <w:r>
        <w:t>کہیں کرتے ہیں، کہیں نہیں کرتے۔</w:t>
      </w:r>
    </w:p>
    <w:p>
      <w:r>
        <w:rPr>
          <w:b/>
        </w:rPr>
        <w:t xml:space="preserve">[08:16] </w:t>
      </w:r>
      <w:r>
        <w:t>main kehta hoon ke jis tarah se aap ne wahan redefine kiya "alā inna al-quwwata ar-ramyu" ke</w:t>
      </w:r>
    </w:p>
    <w:p>
      <w:pPr>
        <w:jc w:val="right"/>
      </w:pPr>
      <w:r>
        <w:t>میں کہتا ہوں کہ جس طرح سے آپ نے وہاں ری ڈیفائن کیا "الا ان القوۃ الرم" کے</w:t>
      </w:r>
    </w:p>
    <w:p>
      <w:r>
        <w:rPr>
          <w:b/>
        </w:rPr>
        <w:t xml:space="preserve">[08:21] </w:t>
      </w:r>
      <w:r>
        <w:t>is mein redefine kiya ke aaj aap, aap ko maloom hai, turkey mein yeh pesh aa chuka hai.</w:t>
      </w:r>
    </w:p>
    <w:p>
      <w:pPr>
        <w:jc w:val="right"/>
      </w:pPr>
      <w:r>
        <w:t>اس میں ری ڈیفائن کیا کہ آج آپ، آپ کو معلوم ہے، ترکی میں یہ پیش آ چکا ہے۔</w:t>
      </w:r>
    </w:p>
    <w:p>
      <w:r>
        <w:rPr>
          <w:b/>
        </w:rPr>
        <w:t xml:space="preserve">[08:26] </w:t>
      </w:r>
      <w:r>
        <w:t>turkey mein aesa hua ke wahan ke ulama, jo traditional ulama the, riwayat parast, unhon ne keh diya</w:t>
      </w:r>
    </w:p>
    <w:p>
      <w:pPr>
        <w:jc w:val="right"/>
      </w:pPr>
      <w:r>
        <w:t>ترکی میں ایسا ہوا کہ وہاں کے علماء، جو ٹریڈیشنل علماء تھے، روایت پرست، انہوں نے کہہ دیا</w:t>
      </w:r>
    </w:p>
    <w:p>
      <w:r>
        <w:rPr>
          <w:b/>
        </w:rPr>
        <w:t xml:space="preserve">[08:31] </w:t>
      </w:r>
      <w:r>
        <w:t>ke nahi, hum to wohi talwar wali ladai ladenge.</w:t>
      </w:r>
    </w:p>
    <w:p>
      <w:pPr>
        <w:jc w:val="right"/>
      </w:pPr>
      <w:r>
        <w:t>کہ نہیں، ہم تو وہی تلوار والی لڑائی لڑیں گے۔</w:t>
      </w:r>
    </w:p>
    <w:p>
      <w:r>
        <w:rPr>
          <w:b/>
        </w:rPr>
        <w:t xml:space="preserve">[08:36] </w:t>
      </w:r>
      <w:r>
        <w:t>bada hungama hua hua, aakhir woh fatwa diya gaya ke nahi, hum is ko aaj ke hathiyar se</w:t>
      </w:r>
    </w:p>
    <w:p>
      <w:pPr>
        <w:jc w:val="right"/>
      </w:pPr>
      <w:r>
        <w:t>بڑا ہنگامہ ہوا ہوا، آخر وہ فتوی دیا گیا کہ نہیں، ہم اس کو آج کے ہتھیار سے</w:t>
      </w:r>
    </w:p>
    <w:p>
      <w:r>
        <w:rPr>
          <w:b/>
        </w:rPr>
        <w:t xml:space="preserve">[08:41] </w:t>
      </w:r>
      <w:r>
        <w:t>apne apni fauj ko musallah</w:t>
      </w:r>
    </w:p>
    <w:p>
      <w:pPr>
        <w:jc w:val="right"/>
      </w:pPr>
      <w:r>
        <w:t>اپنے اپنی فوج کو مسلح</w:t>
      </w:r>
    </w:p>
    <w:p>
      <w:r>
        <w:rPr>
          <w:b/>
        </w:rPr>
        <w:t xml:space="preserve">[08:46] </w:t>
      </w:r>
      <w:r>
        <w:t>karenge. to chunancha wahan ki, wahan ke, wahan ki fouj jo thi turki ki, woh is ko modernize kiya gaya. to yeh jab aap re define karne ke principle ko apply karte hain doosre mamlaat mein, yahan pe apply kijiye. to beharhaal mein yeh kahunga ke jab jang pesh aa rahi thi, jab islam ko mitane ke liye log tal gaye thay, us waqt is ka application woh tha. aaj application doosra hai. aaj d</w:t>
      </w:r>
    </w:p>
    <w:p>
      <w:pPr>
        <w:jc w:val="right"/>
      </w:pPr>
      <w:r>
        <w:t>کریں گے۔ تو چنانچہ وہاں کی، وہاں کے، وہاں کی فوج جو تھی ترکی کی، وہ اس کو ماڈرنائز کیا گیا۔ تو یہ جب آپ ری ڈیفائن کرنے کے پرنسپل کو اپلائی کرتے ہیں دوسرے معاملات میں، یہاں پہ اپلائی کیجئے۔ تو بہرحال میں یہ کہوں گا کہ جب جنگ پیش آ رہی تھی، جب اسلام کو مٹانے کے لیے لوگ تل گئے تھے، اس وقت اس کا ایپلیکیشن وہ تھا۔ آج ایپلیکیشن دوسرا ہے۔ آج د</w:t>
      </w:r>
    </w:p>
    <w:p>
      <w:r>
        <w:rPr>
          <w:b/>
        </w:rPr>
        <w:t xml:space="preserve">[09:16] </w:t>
      </w:r>
      <w:r>
        <w:t>dawat ke raste mein aap ko dedicate karna hai, apne aap ko dawat ke liye, apne aap ko</w:t>
      </w:r>
    </w:p>
    <w:p>
      <w:pPr>
        <w:jc w:val="right"/>
      </w:pPr>
      <w:r>
        <w:t>عوت کے راستے میں آپ کو ڈیڈیکیٹ کرنا ہے، اپنے آپ کو دعوت کے لیے، اپنے آپ کو</w:t>
      </w:r>
    </w:p>
    <w:p>
      <w:r>
        <w:rPr>
          <w:b/>
        </w:rPr>
        <w:t xml:space="preserve">[09:21] </w:t>
      </w:r>
      <w:r>
        <w:t>sacrifice dena hai, dawat ke liye apni apni energy ko kharch karna hai.</w:t>
      </w:r>
    </w:p>
    <w:p>
      <w:pPr>
        <w:jc w:val="right"/>
      </w:pPr>
      <w:r>
        <w:t>سیکریفائس دینا ہے، دعوت کے لیے اپنی اپنی انرجی کو خرچ کرنا ہے۔</w:t>
      </w:r>
    </w:p>
    <w:p>
      <w:r>
        <w:rPr>
          <w:b/>
        </w:rPr>
        <w:t xml:space="preserve">[09:26] </w:t>
      </w:r>
      <w:r>
        <w:t>yeh aaj ke lehaz se hoga is ka matlab.</w:t>
      </w:r>
    </w:p>
    <w:p>
      <w:pPr>
        <w:jc w:val="right"/>
      </w:pPr>
      <w:r>
        <w:t>یہ آج کے لحاظ سے ہوگا اس کا مطلب۔</w:t>
      </w:r>
    </w:p>
    <w:p>
      <w:r>
        <w:rPr>
          <w:b/>
        </w:rPr>
        <w:t xml:space="preserve">[09:31] </w:t>
      </w:r>
      <w:r>
        <w:t>This question is from Mr. Athar Shamsi from Delhi.</w:t>
      </w:r>
    </w:p>
    <w:p>
      <w:pPr>
        <w:jc w:val="right"/>
      </w:pPr>
      <w:r>
        <w:t>دس کوئسچن از فرام مسٹر اطہر شمسی فرام ڈلی۔</w:t>
      </w:r>
    </w:p>
    <w:p>
      <w:r>
        <w:rPr>
          <w:b/>
        </w:rPr>
        <w:t xml:space="preserve">[09:36] </w:t>
      </w:r>
      <w:r>
        <w:t>maulana, is criticism a blessing? kindly explain.</w:t>
      </w:r>
    </w:p>
    <w:p>
      <w:pPr>
        <w:jc w:val="right"/>
      </w:pPr>
      <w:r>
        <w:t>مولانا، از کریٹیسزم ا بلیسنگ؟ کائنڈلی ایکسپلین۔</w:t>
      </w:r>
    </w:p>
    <w:p>
      <w:r>
        <w:rPr>
          <w:b/>
        </w:rPr>
        <w:t xml:space="preserve">[09:41] </w:t>
      </w:r>
      <w:r>
        <w:t>main to kahunga superb blessing hai, kyunke</w:t>
      </w:r>
    </w:p>
    <w:p>
      <w:pPr>
        <w:jc w:val="right"/>
      </w:pPr>
      <w:r>
        <w:t>میں تو کہوں گا سپر بلیسنگ ہے، کیونکہ</w:t>
      </w:r>
    </w:p>
    <w:p>
      <w:r>
        <w:rPr>
          <w:b/>
        </w:rPr>
        <w:t xml:space="preserve">[09:46] </w:t>
      </w:r>
      <w:r>
        <w:t>criticism jo hai, wahi to aap ko batati hai ke aap kaise apne ko decondition karein. jaise ek aaina hai, aaine mein aap ne dekha apne chehre ko, aur aaine mein laga ke aap ko yahan par ek dhabba pad gaya hai kisi cheez ka, to aap aaine ko bohat hi shukriya ada karte hain ke is ne bata diya, aur jaldi se aap ko safai karte hain. is ki aisi aap ko jo critic hai, jo naqid hai, is ka shukriya karna chahiye ke</w:t>
      </w:r>
    </w:p>
    <w:p>
      <w:pPr>
        <w:jc w:val="right"/>
      </w:pPr>
      <w:r>
        <w:t>کریٹیسزم جو ہے، وہی تو آپ کو بتاتی ہے کہ آپ کیسے اپنے کو ڈی کنڈیشن کریں۔ جیسے ایک آئینہ ہے، آئینے میں آپ نے دیکھا اپنے چہرے کو، اور آئینے میں لگا کہ آپ کو یہاں پر ایک دھبہ پڑ گیا ہے کسی چیز کا، تو آپ آئینے کو بہت ہی شکریہ ادا کرتے ہیں کہ اس نے بتا دیا، اور جلدی سے آپ کو صفائی کرتے ہیں۔ اس کی ایسی آپ کو جو کریٹیک ہے، جو ناقد ہے، اس کا شکریہ کرنا چاہیے کہ</w:t>
      </w:r>
    </w:p>
    <w:p>
      <w:r>
        <w:rPr>
          <w:b/>
        </w:rPr>
        <w:t xml:space="preserve">[10:16] </w:t>
      </w:r>
      <w:r>
        <w:t>is ne aap ki ek kamzori ko bataya.</w:t>
      </w:r>
    </w:p>
    <w:p>
      <w:pPr>
        <w:jc w:val="right"/>
      </w:pPr>
      <w:r>
        <w:t>اس نے آپ کی ایک کمزوری کو بتایا۔</w:t>
      </w:r>
    </w:p>
    <w:p>
      <w:r>
        <w:rPr>
          <w:b/>
        </w:rPr>
        <w:t xml:space="preserve">[10:22] </w:t>
      </w:r>
      <w:r>
        <w:t>hazrat umar ne kaha tha ke woh "raḥimallāhu imru'un hadā alayya 'uyūbī".</w:t>
      </w:r>
    </w:p>
    <w:p>
      <w:pPr>
        <w:jc w:val="right"/>
      </w:pPr>
      <w:r>
        <w:t>حضرت عمر نے کہا تھا کہ وہ "رحم اللہ عمران اعدا علی ایوبی"۔</w:t>
      </w:r>
    </w:p>
    <w:p>
      <w:r>
        <w:rPr>
          <w:b/>
        </w:rPr>
        <w:t xml:space="preserve">[10:29] </w:t>
      </w:r>
      <w:r>
        <w:t>allah is par rahm kare jo mere aib ka tohfa mujhe bhejhe.</w:t>
      </w:r>
    </w:p>
    <w:p>
      <w:pPr>
        <w:jc w:val="right"/>
      </w:pPr>
      <w:r>
        <w:t>اللہ اس پر رحم کرے جو میرے عیب کا تحفہ مجھے بھیجے۔</w:t>
      </w:r>
    </w:p>
    <w:p>
      <w:r>
        <w:rPr>
          <w:b/>
        </w:rPr>
        <w:t xml:space="preserve">[10:35] </w:t>
      </w:r>
      <w:r>
        <w:t>yani critic ko unhon ne aesa darja diya ke woh apne mere aib ka tohfa mujhe bhej raha hai.</w:t>
      </w:r>
    </w:p>
    <w:p>
      <w:pPr>
        <w:jc w:val="right"/>
      </w:pPr>
      <w:r>
        <w:t>یعنی کریٹیک کو انہوں نے ایسا درجہ دیا کہ وہ اپنے میرے عیب کا تحفہ مجھے بھیج رہا ہے۔</w:t>
      </w:r>
    </w:p>
    <w:p>
      <w:r>
        <w:rPr>
          <w:b/>
        </w:rPr>
        <w:t xml:space="preserve">[10:41] </w:t>
      </w:r>
      <w:r>
        <w:t>to jis tarah se aap aaine ka shukriya ada karte hain aur jaldi se us ki k</w:t>
      </w:r>
    </w:p>
    <w:p>
      <w:pPr>
        <w:jc w:val="right"/>
      </w:pPr>
      <w:r>
        <w:t>تو جس طرح سے آپ آئینے کا شکریہ ادا کرتے ہیں اور جلدی سے اس کی ک</w:t>
      </w:r>
    </w:p>
    <w:p>
      <w:r>
        <w:rPr>
          <w:b/>
        </w:rPr>
        <w:t xml:space="preserve">[10:47] </w:t>
      </w:r>
      <w:r>
        <w:t>criticism ko maan lete hain, aise hi doosre mamlaat mein se kijiye. arabi mein maqola hai ke "man huwa naasi ho ka khair laga man man huwa maadd ho ka". jo tumhari naseehat kare, woh behtar hai us se jo tumhari tareef kare. agar koi shakhs farz ki galat tanqeed karta hai to woh jaane, is ka kaam jaane. hamein kya is ke peeche padne ki kya zaroorat hai? kisi ki tanqeed agar sahih</w:t>
      </w:r>
    </w:p>
    <w:p>
      <w:pPr>
        <w:jc w:val="right"/>
      </w:pPr>
      <w:r>
        <w:t>ریٹیسزم کو مان لیتے ہیں، ایسے ہی دوسرے معاملات میں سے کیجئے۔ عربی میں مقولہ ہے کہ "من ہوا ناس ہو کا خیر لگا من من ہوا ماد ہو کا"۔ جو تمہاری نصیحت کرے، وہ بہتر ہے اس سے جو تمہاری تعریف کرے۔ اگر کوئی شخص فرض کی غلط تنقید کرتا ہے تو وہ جانے، اس کا کام جانے۔ ہمیں کیا اس کے پیچھے پڑھنے کی کیا ضرورت ہے؟ کسی کی تنقید اگر صح</w:t>
      </w:r>
    </w:p>
    <w:p>
      <w:r>
        <w:rPr>
          <w:b/>
        </w:rPr>
        <w:t xml:space="preserve">[11:17] </w:t>
      </w:r>
      <w:r>
        <w:t>yahi hai to aap le lijiye, agar woh jhooti tanqeed kar raha hai, masalan woh aib zani kar</w:t>
      </w:r>
    </w:p>
    <w:p>
      <w:pPr>
        <w:jc w:val="right"/>
      </w:pPr>
      <w:r>
        <w:t>یح ہے تو آپ لے لیجئے، اگر وہ جھوٹی تنقید کر رہا ہے، مثلاً وہ عیب زنی کر</w:t>
      </w:r>
    </w:p>
    <w:p>
      <w:r>
        <w:rPr>
          <w:b/>
        </w:rPr>
        <w:t xml:space="preserve">[11:23] </w:t>
      </w:r>
      <w:r>
        <w:t>raha hai, woh character assassination kar raha hai, woh abuse kar raha hai, to aap avoid kijiye is ko.</w:t>
      </w:r>
    </w:p>
    <w:p>
      <w:pPr>
        <w:jc w:val="right"/>
      </w:pPr>
      <w:r>
        <w:t>رہا ہے، وہ کریکٹر اسیسینیشن کر رہا ہے، وہ ابیوز کر رہا ہے، تو آپ اوائڈ کیجئے اس کو۔</w:t>
      </w:r>
    </w:p>
    <w:p>
      <w:r>
        <w:rPr>
          <w:b/>
        </w:rPr>
        <w:t xml:space="preserve">[11:30] </w:t>
      </w:r>
      <w:r>
        <w:t>khud maṣafā ta mā qadara ka mamla kijiye is ke sath.</w:t>
      </w:r>
    </w:p>
    <w:p>
      <w:pPr>
        <w:jc w:val="right"/>
      </w:pPr>
      <w:r>
        <w:t>خود ما صفا تا ما قدر کا کا معاملہ کیجئے اس کے ساتھ۔</w:t>
      </w:r>
    </w:p>
    <w:p>
      <w:r>
        <w:rPr>
          <w:b/>
        </w:rPr>
        <w:t xml:space="preserve">[11:37] </w:t>
      </w:r>
      <w:r>
        <w:t>to barhal mein samajhta hoon ke criticism bohat hi aam cheez hai, aur kisi samaj mein, kisi idaray</w:t>
      </w:r>
    </w:p>
    <w:p>
      <w:pPr>
        <w:jc w:val="right"/>
      </w:pPr>
      <w:r>
        <w:t>تو بہرحال میں سمجھتا ہوں کہ کریٹیسزم بہت ہی عام چیز ہے، اور کسی سماج میں، کسی ادارے</w:t>
      </w:r>
    </w:p>
    <w:p>
      <w:r>
        <w:rPr>
          <w:b/>
        </w:rPr>
        <w:t xml:space="preserve">[11:43] </w:t>
      </w:r>
      <w:r>
        <w:t>mein criticism ka hona aik bohat hi healthy alamat hai, healthy sehatmand alamat hai,</w:t>
      </w:r>
    </w:p>
    <w:p>
      <w:pPr>
        <w:jc w:val="right"/>
      </w:pPr>
      <w:r>
        <w:t>میں کریٹیسزم کا ہونا ایک بہت ہی ہیلدی علامت ہے، ہیلدی صحت مند علامت ہے،</w:t>
      </w:r>
    </w:p>
    <w:p>
      <w:r>
        <w:rPr>
          <w:b/>
        </w:rPr>
        <w:t xml:space="preserve">[11:50] </w:t>
      </w:r>
      <w:r>
        <w:t>healthy sign hai.</w:t>
      </w:r>
    </w:p>
    <w:p>
      <w:pPr>
        <w:jc w:val="right"/>
      </w:pPr>
      <w:r>
        <w:t>ہیلدی سائن ہے۔</w:t>
      </w:r>
    </w:p>
    <w:p>
      <w:r>
        <w:rPr>
          <w:b/>
        </w:rPr>
        <w:t xml:space="preserve">[11:56] </w:t>
      </w:r>
      <w:r>
        <w:t>das question is from Mr Nafees Shiraz from Delhi.</w:t>
      </w:r>
    </w:p>
    <w:p>
      <w:pPr>
        <w:jc w:val="right"/>
      </w:pPr>
      <w:r>
        <w:t>دس کوئسچن از فرام مسٹر نفیس شیراز فرام ڈلی۔</w:t>
      </w:r>
    </w:p>
    <w:p>
      <w:r>
        <w:rPr>
          <w:b/>
        </w:rPr>
        <w:t xml:space="preserve">[12:02] </w:t>
      </w:r>
      <w:r>
        <w:t>baraye karam aqeeday ki wazahat farmayein, yani aqeedah kise kehte hain, aur yeh bhi batayein ke Islam mein</w:t>
      </w:r>
    </w:p>
    <w:p>
      <w:pPr>
        <w:jc w:val="right"/>
      </w:pPr>
      <w:r>
        <w:t>برائے کرم عقیدے کی وضاحت فرمائیں، یعنی عقیدہ کسے کہتے ہیں، اور یہ بھی بتائیں کہ اسلام میں</w:t>
      </w:r>
    </w:p>
    <w:p>
      <w:r>
        <w:rPr>
          <w:b/>
        </w:rPr>
        <w:t xml:space="preserve">[12:08] </w:t>
      </w:r>
      <w:r>
        <w:t>amal ki ahmiyat zyada hai ya aqeeday ki? Aqeedah koi purasrar cheez nahi hai jise hum kehte hain</w:t>
      </w:r>
    </w:p>
    <w:p>
      <w:pPr>
        <w:jc w:val="right"/>
      </w:pPr>
      <w:r>
        <w:t>عمل کی اہمیت زیادہ ہے یا عقیدے کی؟ عقیدہ کوئی پراسرار چیز نہیں ہے جسے ہم کہتے ہیں</w:t>
      </w:r>
    </w:p>
    <w:p>
      <w:r>
        <w:rPr>
          <w:b/>
        </w:rPr>
        <w:t xml:space="preserve">[12:14] </w:t>
      </w:r>
      <w:r>
        <w:t>theory aur practice. Wahi hai</w:t>
      </w:r>
    </w:p>
    <w:p>
      <w:pPr>
        <w:jc w:val="right"/>
      </w:pPr>
      <w:r>
        <w:t>تھیوری اور پریکٹس۔ وہی ہے</w:t>
      </w:r>
    </w:p>
    <w:p>
      <w:r>
        <w:rPr>
          <w:b/>
        </w:rPr>
        <w:t xml:space="preserve">[12:20] </w:t>
      </w:r>
      <w:r>
        <w:t>aqeedah aur amal. har cheez ko log mysterious bana lete hain, mysterious. ise samajh mein baatein nahi aati. to har cheez mein ek hoti hai ideology, hoti hai ek is ka, ise bataya over karna hota hai. to aqeedah ko aap theory keh sakte hain, ideology keh sakte hain. maslan allah ko ek manna yeh aqeedah hai, rasool allah ko khatam un nabiyyin manna yeh aqeedah hai, jannat dozakh ko manna yeh aqeedah hai, yom his</w:t>
      </w:r>
    </w:p>
    <w:p>
      <w:pPr>
        <w:jc w:val="right"/>
      </w:pPr>
      <w:r>
        <w:t>عقیدہ اور عمل۔ ہر چیز کو لوگ مسیرس بنا لیتے ہیں، مسیرس۔ اسے سمجھ میں باتیں نہیں آتی۔ تو ہر چیز میں ایک ہوتی ہے آئیڈیالوجی، ہوتی ہے ایک اس کا، اس کو بتایا اوور کرنا ہوتا ہے۔ تو عقیدہ کو آپ تھیوری کہہ سکتے ہیں، آئیڈیالوجی کہہ سکتے ہیں۔ مثلاً اللہ کو ایک ماننا یہ عقیدہ ہے، رسول اللہ کو خاتم النبیین ماننا یہ عقیدہ ہے، جنت دوزخ کو ماننا یہ عقیدہ ہے، یوم حس</w:t>
      </w:r>
    </w:p>
    <w:p>
      <w:r>
        <w:rPr>
          <w:b/>
        </w:rPr>
        <w:t xml:space="preserve">[12:50] </w:t>
      </w:r>
      <w:r>
        <w:t>ab ko manna yeh aqeedah hai.</w:t>
      </w:r>
    </w:p>
    <w:p>
      <w:pPr>
        <w:jc w:val="right"/>
      </w:pPr>
      <w:r>
        <w:t>اب کو ماننا یہ عقیدہ ہے۔</w:t>
      </w:r>
    </w:p>
    <w:p>
      <w:r>
        <w:rPr>
          <w:b/>
        </w:rPr>
        <w:t xml:space="preserve">[12:55] </w:t>
      </w:r>
      <w:r>
        <w:t>to yeh sari cheezein mil kar ke Islam ki ideology banati hain.</w:t>
      </w:r>
    </w:p>
    <w:p>
      <w:pPr>
        <w:jc w:val="right"/>
      </w:pPr>
      <w:r>
        <w:t>تو یہ ساری چیزیں مل کر کے اسلام کی آئیڈیالوجی بناتی ہیں۔</w:t>
      </w:r>
    </w:p>
    <w:p>
      <w:r>
        <w:rPr>
          <w:b/>
        </w:rPr>
        <w:t xml:space="preserve">[12:59] </w:t>
      </w:r>
      <w:r>
        <w:t>aur phir woh jab aap ki zindagi mein translate ho to woh amal ban jata hai.</w:t>
      </w:r>
    </w:p>
    <w:p>
      <w:pPr>
        <w:jc w:val="right"/>
      </w:pPr>
      <w:r>
        <w:t>اور پھر وہ جب آپ کی زندگی میں ٹرانسلیٹ ہو تو وہ عمل بن جاتا ہے۔</w:t>
      </w:r>
    </w:p>
    <w:p>
      <w:r>
        <w:rPr>
          <w:b/>
        </w:rPr>
        <w:t xml:space="preserve">[13:03] </w:t>
      </w:r>
      <w:r>
        <w:t>to yahan tak maine samjha hai ke aqeeday ke mamle mein aap ko barhal perfect banna hai.</w:t>
      </w:r>
    </w:p>
    <w:p>
      <w:pPr>
        <w:jc w:val="right"/>
      </w:pPr>
      <w:r>
        <w:t>تو یہاں تک میں نے سمجھا ہے کہ عقیدے کے معاملے میں آپ کو بہرحال پرفیکٹ بننا ہے۔</w:t>
      </w:r>
    </w:p>
    <w:p>
      <w:r>
        <w:rPr>
          <w:b/>
        </w:rPr>
        <w:t xml:space="preserve">[13:08] </w:t>
      </w:r>
      <w:r>
        <w:t>aqeeday mein koi rokhsat nahi hai, amal mein rokhsat hai.</w:t>
      </w:r>
    </w:p>
    <w:p>
      <w:pPr>
        <w:jc w:val="right"/>
      </w:pPr>
      <w:r>
        <w:t>عقیدے میں کوئی رخصت نہیں ہے، عمل میں رخصت ہے۔</w:t>
      </w:r>
    </w:p>
    <w:p>
      <w:r>
        <w:rPr>
          <w:b/>
        </w:rPr>
        <w:t xml:space="preserve">[13:12] </w:t>
      </w:r>
      <w:r>
        <w:t>aqeeday mein rokhsat harghiz nahi hai.</w:t>
      </w:r>
    </w:p>
    <w:p>
      <w:pPr>
        <w:jc w:val="right"/>
      </w:pPr>
      <w:r>
        <w:t>عقیدے میں رخصت ہرگز نہیں ہے۔</w:t>
      </w:r>
    </w:p>
    <w:p>
      <w:r>
        <w:rPr>
          <w:b/>
        </w:rPr>
        <w:t xml:space="preserve">[13:16] </w:t>
      </w:r>
      <w:r>
        <w:t>aap ko aik</w:t>
      </w:r>
    </w:p>
    <w:p>
      <w:pPr>
        <w:jc w:val="right"/>
      </w:pPr>
      <w:r>
        <w:t>آپ کو ایک</w:t>
      </w:r>
    </w:p>
    <w:p>
      <w:r>
        <w:rPr>
          <w:b/>
        </w:rPr>
        <w:t xml:space="preserve">[13:21] </w:t>
      </w:r>
      <w:r>
        <w:t>Khuda ko manna hai to doosre Khudaon ka inkar bhi karna hai.</w:t>
      </w:r>
    </w:p>
    <w:p>
      <w:pPr>
        <w:jc w:val="right"/>
      </w:pPr>
      <w:r>
        <w:t>خدا کو ماننا ہے تو دوسرے خداؤں کا انکار بھی کرنا ہے۔</w:t>
      </w:r>
    </w:p>
    <w:p>
      <w:r>
        <w:rPr>
          <w:b/>
        </w:rPr>
        <w:t xml:space="preserve">[13:26] </w:t>
      </w:r>
      <w:r>
        <w:t>yeh namumkin baat hai ke aqeedah, yani aik Khuda ko aik manay, sath sath doosron ka bhi is</w:t>
      </w:r>
    </w:p>
    <w:p>
      <w:pPr>
        <w:jc w:val="right"/>
      </w:pPr>
      <w:r>
        <w:t>یہ ناممکن بات ہے کہ عقیدہ، یعنی ایک خدا کو ایک مانے، ساتھ ساتھ دوسروں کا بھی اس</w:t>
      </w:r>
    </w:p>
    <w:p>
      <w:r>
        <w:rPr>
          <w:b/>
        </w:rPr>
        <w:t xml:space="preserve">[13:31] </w:t>
      </w:r>
      <w:r>
        <w:t>mein hissa diye rahay.</w:t>
      </w:r>
    </w:p>
    <w:p>
      <w:pPr>
        <w:jc w:val="right"/>
      </w:pPr>
      <w:r>
        <w:t>میں حصہ دیے رہے۔</w:t>
      </w:r>
    </w:p>
    <w:p>
      <w:r>
        <w:rPr>
          <w:b/>
        </w:rPr>
        <w:t xml:space="preserve">[13:36] </w:t>
      </w:r>
      <w:r>
        <w:t>to yeh yeh yeh cheez nahi qabool ki jaye gi.</w:t>
      </w:r>
    </w:p>
    <w:p>
      <w:pPr>
        <w:jc w:val="right"/>
      </w:pPr>
      <w:r>
        <w:t>تو یہ یہ یہ چیز نہیں قبول کی جائے گی۔</w:t>
      </w:r>
    </w:p>
    <w:p>
      <w:r>
        <w:rPr>
          <w:b/>
        </w:rPr>
        <w:t xml:space="preserve">[13:41] </w:t>
      </w:r>
      <w:r>
        <w:t>lekin amal ka jahan ta'alluq hai, amal ka to is mein bohat rokhsat hai, bohat zyada concession hai.</w:t>
      </w:r>
    </w:p>
    <w:p>
      <w:pPr>
        <w:jc w:val="right"/>
      </w:pPr>
      <w:r>
        <w:t>لیکن عمل کا جہاں تعلق ہے، عمل کا تو اس میں بہت رخصت ہے، بہت زیادہ کنسیشن ہے۔</w:t>
      </w:r>
    </w:p>
    <w:p>
      <w:r>
        <w:rPr>
          <w:b/>
        </w:rPr>
        <w:t xml:space="preserve">[13:46] </w:t>
      </w:r>
      <w:r>
        <w:t>to aqeeday ke mamle mein aap bilkul perfect baniye, ideal baniye.</w:t>
      </w:r>
    </w:p>
    <w:p>
      <w:pPr>
        <w:jc w:val="right"/>
      </w:pPr>
      <w:r>
        <w:t>تو عقیدے کے معاملے میں آپ بالکل پرفیکٹ بنیے، آئیڈیل بنیے۔</w:t>
      </w:r>
    </w:p>
    <w:p>
      <w:r>
        <w:rPr>
          <w:b/>
        </w:rPr>
        <w:t xml:space="preserve">[13:51] </w:t>
      </w:r>
      <w:r>
        <w:t>amal ke baray mein koshish kijiye ke wahan bhi aap sab sab cheez par amal karein.</w:t>
      </w:r>
    </w:p>
    <w:p>
      <w:pPr>
        <w:jc w:val="right"/>
      </w:pPr>
      <w:r>
        <w:t>عمل کے بارے میں کوشش کیجئے کہ وہاں بھی آپ سب سب چیز پر عمل کریں۔</w:t>
      </w:r>
    </w:p>
    <w:p>
      <w:r>
        <w:rPr>
          <w:b/>
        </w:rPr>
        <w:t xml:space="preserve">[13:56] </w:t>
      </w:r>
      <w:r>
        <w:t>agar kotahi ho jati hai to Allah se maafii mangiye.</w:t>
      </w:r>
    </w:p>
    <w:p>
      <w:pPr>
        <w:jc w:val="right"/>
      </w:pPr>
      <w:r>
        <w:t>اگر کوتاہی ہو جاتی ہے تو اللہ سے معافی مانگیے۔</w:t>
      </w:r>
    </w:p>
    <w:p>
      <w:r>
        <w:rPr>
          <w:b/>
        </w:rPr>
        <w:t xml:space="preserve">[14:01] </w:t>
      </w:r>
      <w:r>
        <w:t>yeh maine samjhaya.</w:t>
      </w:r>
    </w:p>
    <w:p>
      <w:pPr>
        <w:jc w:val="right"/>
      </w:pPr>
      <w:r>
        <w:t>یہ میں نے سمجھایا۔</w:t>
      </w:r>
    </w:p>
    <w:p>
      <w:r>
        <w:rPr>
          <w:b/>
        </w:rPr>
        <w:t xml:space="preserve">[14:06] </w:t>
      </w:r>
      <w:r>
        <w:t>This question is from Mr. Khalid Ansari from Delhi.</w:t>
      </w:r>
    </w:p>
    <w:p>
      <w:pPr>
        <w:jc w:val="right"/>
      </w:pPr>
      <w:r>
        <w:t>دس کوئسچن از فرام مسٹر خالد انصاری فرام ڈلی۔</w:t>
      </w:r>
    </w:p>
    <w:p>
      <w:r>
        <w:rPr>
          <w:b/>
        </w:rPr>
        <w:t xml:space="preserve">[14:11] </w:t>
      </w:r>
      <w:r>
        <w:t>according to Quran in chapter 87 verse number 14, it is mentioned that he who remembers his lord</w:t>
      </w:r>
    </w:p>
    <w:p>
      <w:pPr>
        <w:jc w:val="right"/>
      </w:pPr>
      <w:r>
        <w:t>اکارڈنگ ٹو قرآن ان چیپٹر 87 ورس نمبر 14، اٹ از مینشنڈ دیٹ ہی ہو ریممبرز ہز لارڈ</w:t>
      </w:r>
    </w:p>
    <w:p>
      <w:r>
        <w:rPr>
          <w:b/>
        </w:rPr>
        <w:t xml:space="preserve">[14:16] </w:t>
      </w:r>
      <w:r>
        <w:t>and prays to him will be successful.</w:t>
      </w:r>
    </w:p>
    <w:p>
      <w:pPr>
        <w:jc w:val="right"/>
      </w:pPr>
      <w:r>
        <w:t>اینڈ پریز ٹو ہم ول بی سکسیس فل۔</w:t>
      </w:r>
    </w:p>
    <w:p>
      <w:r>
        <w:rPr>
          <w:b/>
        </w:rPr>
        <w:t xml:space="preserve">[14:21] </w:t>
      </w:r>
      <w:r>
        <w:t>maulana, how can remembrance and prayer lead to purification? could you explain this verse? and is there any role of mind in this reference? dekhein, zikr aur ibadat ko log form ke maani mein le lete hain. zikr ka matlab samajhte hain ke allah allah allah allah allah allah karna. yeh zikr nahi hai. zikr ka taluq spirit se hai, ibadat ka taluq spirit se hai. to jab aap spirit</w:t>
      </w:r>
    </w:p>
    <w:p>
      <w:pPr>
        <w:jc w:val="right"/>
      </w:pPr>
      <w:r>
        <w:t>مولانا، ہاؤ کین ریممبرنس اور پریئر لیڈ ٹو پیوریفیکیشن؟ کڈ یو ایکسپلین دس ورس؟ اینڈ از دیر اینی رول آف مائنڈ ان دس ریفرنس؟ دیکھیں، ذکر اور عبادت کو لوگ فارب کے معنی میں لے لیتے ہیں۔ ذکر کا مطلب سمجھتے ہیں کہ اللہ اللہ اللہ اللہ اللہ اللہ کرنا۔ یہ ذکر نہیں ہے۔ ذکر کا تعلق اسپرٹ سے ہے، عبادت کا تعلق اسپرٹ سے ہے۔ تو جب آپ اسپرٹ</w:t>
      </w:r>
    </w:p>
    <w:p>
      <w:r>
        <w:rPr>
          <w:b/>
        </w:rPr>
        <w:t xml:space="preserve">[14:51] </w:t>
      </w:r>
      <w:r>
        <w:t>ke sath khuda ko yaad karenge, that is deconditioning. jab aap ke andar khuda ki pakad ka ehsas aayega, khuda ki khuda ki azmaton ka ehsas aayega, to is to wahi to deconditioning hai. misaal ke tor par aap jee rahe hain is mein ke mein to usman ghar mein paida ho gaya hoon, meri jannat to pakki hai. ab aap jab allah</w:t>
      </w:r>
    </w:p>
    <w:p>
      <w:pPr>
        <w:jc w:val="right"/>
      </w:pPr>
      <w:r>
        <w:t>کے ساتھ خدا کو یاد کریں گے، دیٹ از ڈی کنڈیشننگ۔ جب آپ کے اندر خدا کی پکڑ کا احساس آئے گا، خدا کی خدا کی عظمتوں کا احساس آئے گا، تو اس تو وہی تو ڈی کنڈیشننگ ہے۔ مثال کے طور پر آپ جی رہے ہیں اس میں کہ میں تو عثمان گھر میں پیدا ہو گیا ہوں، میری جنت تو پکی ہے۔ اب آپ جب اللہ</w:t>
      </w:r>
    </w:p>
    <w:p>
      <w:r>
        <w:rPr>
          <w:b/>
        </w:rPr>
        <w:t xml:space="preserve">[15:21] </w:t>
      </w:r>
      <w:r>
        <w:t>taala ka yaad karengay ke woh muhasib aur majazi hai, to woh woh woh woh soch toot</w:t>
      </w:r>
    </w:p>
    <w:p>
      <w:pPr>
        <w:jc w:val="right"/>
      </w:pPr>
      <w:r>
        <w:t>تعالیٰ کا یاد کریں گے کہ وہ محاسب اور مجازی ہے، تو وہ وہ وہ وہ سوچ ٹوٹ</w:t>
      </w:r>
    </w:p>
    <w:p>
      <w:r>
        <w:rPr>
          <w:b/>
        </w:rPr>
        <w:t xml:space="preserve">[15:27] </w:t>
      </w:r>
      <w:r>
        <w:t>jaye gi, woh soch bilkul khatam ho jaye gi.</w:t>
      </w:r>
    </w:p>
    <w:p>
      <w:pPr>
        <w:jc w:val="right"/>
      </w:pPr>
      <w:r>
        <w:t>جائے گی، وہ سوچ بالکل ختم ہو جائے گی۔</w:t>
      </w:r>
    </w:p>
    <w:p>
      <w:r>
        <w:rPr>
          <w:b/>
        </w:rPr>
        <w:t xml:space="preserve">[15:32] </w:t>
      </w:r>
      <w:r>
        <w:t>woh soch to zikr aur ibadat ko agar form ke mani mein le lein to woh to koi</w:t>
      </w:r>
    </w:p>
    <w:p>
      <w:pPr>
        <w:jc w:val="right"/>
      </w:pPr>
      <w:r>
        <w:t>وہ سوچ تو ذکر اور عبادت کو اگر فارم کے معنی میں لے لیں تو وہ تو کوئی</w:t>
      </w:r>
    </w:p>
    <w:p>
      <w:r>
        <w:rPr>
          <w:b/>
        </w:rPr>
        <w:t xml:space="preserve">[15:37] </w:t>
      </w:r>
      <w:r>
        <w:t>effect is ka haari zindagi mein nahi hai, na is ki wajah se koi soch badal sakti hai aadmi ki.</w:t>
      </w:r>
    </w:p>
    <w:p>
      <w:pPr>
        <w:jc w:val="right"/>
      </w:pPr>
      <w:r>
        <w:t>ایفیکٹ اس کا ہاری زندگی میں نہیں ہے، نہ اس کی وجہ سے کوئی سوچ بدل سکتی ہے آدمی کی۔</w:t>
      </w:r>
    </w:p>
    <w:p>
      <w:r>
        <w:rPr>
          <w:b/>
        </w:rPr>
        <w:t xml:space="preserve">[15:42] </w:t>
      </w:r>
      <w:r>
        <w:t>to mere nazdeek ibadat aur zikr dono ka talluq mind se hai.</w:t>
      </w:r>
    </w:p>
    <w:p>
      <w:pPr>
        <w:jc w:val="right"/>
      </w:pPr>
      <w:r>
        <w:t>تو میرے نزدیک عبادت اور ذکر دونوں کا تعلق مائنڈ سے ہے۔</w:t>
      </w:r>
    </w:p>
    <w:p>
      <w:r>
        <w:rPr>
          <w:b/>
        </w:rPr>
        <w:t xml:space="preserve">[15:47] </w:t>
      </w:r>
      <w:r>
        <w:t>is soch ka zikr hota hai, soch ka ibadat hoti hai.</w:t>
      </w:r>
    </w:p>
    <w:p>
      <w:pPr>
        <w:jc w:val="right"/>
      </w:pPr>
      <w:r>
        <w:t>اس سوچ کا ذکر ہوتا ہے، سوچ کا عبادت ہوتی ہے۔</w:t>
      </w:r>
    </w:p>
    <w:p>
      <w:r>
        <w:rPr>
          <w:b/>
        </w:rPr>
        <w:t xml:space="preserve">[15:53] </w:t>
      </w:r>
      <w:r>
        <w:t>woh form nahi hai.</w:t>
      </w:r>
    </w:p>
    <w:p>
      <w:pPr>
        <w:jc w:val="right"/>
      </w:pPr>
      <w:r>
        <w:t>وہ فارم نہیں ہے۔</w:t>
      </w:r>
    </w:p>
    <w:p>
      <w:r>
        <w:rPr>
          <w:b/>
        </w:rPr>
        <w:t xml:space="preserve">[15:57] </w:t>
      </w:r>
      <w:r>
        <w:t>jaise aap sajde mein gaye to ek form ke tor par sajde mein gaye to to woh ek</w:t>
      </w:r>
    </w:p>
    <w:p>
      <w:pPr>
        <w:jc w:val="right"/>
      </w:pPr>
      <w:r>
        <w:t>جیسے آپ سجدے میں گئے تو ایک فارم کے طور پر سجدے میں گئے تو تو وہ ایک</w:t>
      </w:r>
    </w:p>
    <w:p>
      <w:r>
        <w:rPr>
          <w:b/>
        </w:rPr>
        <w:t xml:space="preserve">[16:00] </w:t>
      </w:r>
      <w:r>
        <w:t>ritual ho gaya.</w:t>
      </w:r>
    </w:p>
    <w:p>
      <w:pPr>
        <w:jc w:val="right"/>
      </w:pPr>
      <w:r>
        <w:t>ریچول ہو گیا۔</w:t>
      </w:r>
    </w:p>
    <w:p>
      <w:r>
        <w:rPr>
          <w:b/>
        </w:rPr>
        <w:t xml:space="preserve">[16:04] </w:t>
      </w:r>
      <w:r>
        <w:t>ritual is ka koi zindagi se koi talluq is ka nahi hai.</w:t>
      </w:r>
    </w:p>
    <w:p>
      <w:pPr>
        <w:jc w:val="right"/>
      </w:pPr>
      <w:r>
        <w:t>ریچول اس کا کوئی زندگی سے کوئی تعلق اس کا نہیں ہے۔</w:t>
      </w:r>
    </w:p>
    <w:p>
      <w:r>
        <w:rPr>
          <w:b/>
        </w:rPr>
        <w:t xml:space="preserve">[16:08] </w:t>
      </w:r>
      <w:r>
        <w:t>that is like appendix.</w:t>
      </w:r>
    </w:p>
    <w:p>
      <w:pPr>
        <w:jc w:val="right"/>
      </w:pPr>
      <w:r>
        <w:t>دیٹ از لائک اپینڈکس۔</w:t>
      </w:r>
    </w:p>
    <w:p>
      <w:r>
        <w:rPr>
          <w:b/>
        </w:rPr>
        <w:t xml:space="preserve">[16:12] </w:t>
      </w:r>
      <w:r>
        <w:t>lekin aap soch jayein ke mein khuda ke aage surrender kar raha hoon, mein khuda ke aage apne</w:t>
      </w:r>
    </w:p>
    <w:p>
      <w:pPr>
        <w:jc w:val="right"/>
      </w:pPr>
      <w:r>
        <w:t>لیکن آپ سوچ جائیں کہ میں خدا کے آگے سرینڈر کر رہا ہوں، میں خدا کے آگے اپنے</w:t>
      </w:r>
    </w:p>
    <w:p>
      <w:r>
        <w:rPr>
          <w:b/>
        </w:rPr>
        <w:t xml:space="preserve">[16:16] </w:t>
      </w:r>
      <w:r>
        <w:t>aap ko woh ek ek submission kar raha hoon, khuda ke aage apne ko daal raha hoon.</w:t>
      </w:r>
    </w:p>
    <w:p>
      <w:pPr>
        <w:jc w:val="right"/>
      </w:pPr>
      <w:r>
        <w:t>آپ کو وہ ایک ایک سبمیشن کر رہا ہوں، خدا کے آگے اپنے کو ڈال رہا ہوں۔</w:t>
      </w:r>
    </w:p>
    <w:p>
      <w:r>
        <w:rPr>
          <w:b/>
        </w:rPr>
        <w:t xml:space="preserve">[16:20] </w:t>
      </w:r>
      <w:r>
        <w:t>to poori shakhsiyat ki deconditioning ho jaye gi is waqt.</w:t>
      </w:r>
    </w:p>
    <w:p>
      <w:pPr>
        <w:jc w:val="right"/>
      </w:pPr>
      <w:r>
        <w:t>تو پوری شخصیت کی ڈی کنڈیشن ہو جائے گی اس وقت۔</w:t>
      </w:r>
    </w:p>
    <w:p>
      <w:r>
        <w:rPr>
          <w:b/>
        </w:rPr>
        <w:t xml:space="preserve">[16:24] </w:t>
      </w:r>
      <w:r>
        <w:t>yani agar poori spirit ke sath sajda kiya jaye to sajda jo hai poori poori shakhsiyat ki, poori</w:t>
      </w:r>
    </w:p>
    <w:p>
      <w:pPr>
        <w:jc w:val="right"/>
      </w:pPr>
      <w:r>
        <w:t>یعنی اگر پوری اسپرٹ کے ساتھ سجدہ کیا جائے تو سجدہ جو ہے پوری پوری شخصیت کی، پوری</w:t>
      </w:r>
    </w:p>
    <w:p>
      <w:r>
        <w:rPr>
          <w:b/>
        </w:rPr>
        <w:t xml:space="preserve">[16:30] </w:t>
      </w:r>
      <w:r>
        <w:t>personality ki ki ko ke liye ek naya emergence hota hai.</w:t>
      </w:r>
    </w:p>
    <w:p>
      <w:pPr>
        <w:jc w:val="right"/>
      </w:pPr>
      <w:r>
        <w:t>پرسنیلٹی کی کی کو کے لیے ایک نیا ایورجنس ہوتا ہے۔</w:t>
      </w:r>
    </w:p>
    <w:p>
      <w:r>
        <w:rPr>
          <w:b/>
        </w:rPr>
        <w:t xml:space="preserve">[16:36] </w:t>
      </w:r>
      <w:r>
        <w:t>is ke baad to khulasa yeh hai ke zikr ho ya ibadat ho, agar form ke sense mein</w:t>
      </w:r>
    </w:p>
    <w:p>
      <w:pPr>
        <w:jc w:val="right"/>
      </w:pPr>
      <w:r>
        <w:t>اس کے بعد تو خلاصہ یہ ہے کہ ذکر ہو یا عبادت ہو، اگر فارم کے سینس میں</w:t>
      </w:r>
    </w:p>
    <w:p>
      <w:r>
        <w:rPr>
          <w:b/>
        </w:rPr>
        <w:t xml:space="preserve">[16:42] </w:t>
      </w:r>
      <w:r>
        <w:t>kiya jaye to is ka koi is se koi bhi yani deconditioning nahi hoti.</w:t>
      </w:r>
    </w:p>
    <w:p>
      <w:pPr>
        <w:jc w:val="right"/>
      </w:pPr>
      <w:r>
        <w:t>کیا جائے تو اس کا کوئی اس سے کوئی بھی یعنی ڈی کنڈیشننگ نہیں ہوتی۔</w:t>
      </w:r>
    </w:p>
    <w:p>
      <w:r>
        <w:rPr>
          <w:b/>
        </w:rPr>
        <w:t xml:space="preserve">[16:49] </w:t>
      </w:r>
      <w:r>
        <w:t>lekin agar is ko spirit ke sense mein kiya jaye to poora overhaul ho jata hai, overhaul,</w:t>
      </w:r>
    </w:p>
    <w:p>
      <w:pPr>
        <w:jc w:val="right"/>
      </w:pPr>
      <w:r>
        <w:t>لیکن اگر اس کو اسپرٹ کے سینس میں کیا جائے تو پورا اوور ہال ہو جاتا ہے، اوور ہال،</w:t>
      </w:r>
    </w:p>
    <w:p>
      <w:r>
        <w:rPr>
          <w:b/>
        </w:rPr>
        <w:t xml:space="preserve">[16:55] </w:t>
      </w:r>
      <w:r>
        <w:t>aur is aadmi ki personality ek dam badal jati hai.</w:t>
      </w:r>
    </w:p>
    <w:p>
      <w:pPr>
        <w:jc w:val="right"/>
      </w:pPr>
      <w:r>
        <w:t>اور اس آدمی کی پرسنیلٹی ایک دم بدل جاتی ہے۔</w:t>
      </w:r>
    </w:p>
    <w:p>
      <w:r>
        <w:rPr>
          <w:b/>
        </w:rPr>
        <w:t xml:space="preserve">[16:59] </w:t>
      </w:r>
      <w:r>
        <w:t>to mein samajhta hoon ke chahe zikr ho ya ibadat ho, agar spirit hai tab is ki koi</w:t>
      </w:r>
    </w:p>
    <w:p>
      <w:pPr>
        <w:jc w:val="right"/>
      </w:pPr>
      <w:r>
        <w:t>تو میں سمجھتا ہوں کہ چاہے ذکر ہو یا عبادت ہو، اگر اسپرٹ ہے تب اس کی کوئی</w:t>
      </w:r>
    </w:p>
    <w:p>
      <w:r>
        <w:rPr>
          <w:b/>
        </w:rPr>
        <w:t xml:space="preserve">[17:04] </w:t>
      </w:r>
      <w:r>
        <w:t>value hai, nahi to is ki koi value nahi hai.</w:t>
      </w:r>
    </w:p>
    <w:p>
      <w:pPr>
        <w:jc w:val="right"/>
      </w:pPr>
      <w:r>
        <w:t>ویلیو ہے، نہیں تو اس کی کوئی ویلیو نہیں ہے۔</w:t>
      </w:r>
    </w:p>
    <w:p>
      <w:r>
        <w:rPr>
          <w:b/>
        </w:rPr>
        <w:t xml:space="preserve">[17:08] </w:t>
      </w:r>
      <w:r>
        <w:t>la salata lam takhash.</w:t>
      </w:r>
    </w:p>
    <w:p>
      <w:pPr>
        <w:jc w:val="right"/>
      </w:pPr>
      <w:r>
        <w:t>لا صلاۃ لملم تخش۔</w:t>
      </w:r>
    </w:p>
    <w:p>
      <w:r>
        <w:rPr>
          <w:b/>
        </w:rPr>
        <w:t xml:space="preserve">[17:12] </w:t>
      </w:r>
      <w:r>
        <w:t>This question is from Maulana Abdul Basit Umari from Qatar.</w:t>
      </w:r>
    </w:p>
    <w:p>
      <w:pPr>
        <w:jc w:val="right"/>
      </w:pPr>
      <w:r>
        <w:t>دس کوئسچن از فرام مولانا عبدالباسط عمری فرام قطر۔</w:t>
      </w:r>
    </w:p>
    <w:p>
      <w:r>
        <w:rPr>
          <w:b/>
        </w:rPr>
        <w:t xml:space="preserve">[17:17] </w:t>
      </w:r>
      <w:r>
        <w:t>qayamat ki ek nishani dajjal ka zahoor hai.</w:t>
      </w:r>
    </w:p>
    <w:p>
      <w:pPr>
        <w:jc w:val="right"/>
      </w:pPr>
      <w:r>
        <w:t>قیامت کی ایک نشانی دجال کا ظہور ہے۔</w:t>
      </w:r>
    </w:p>
    <w:p>
      <w:r>
        <w:rPr>
          <w:b/>
        </w:rPr>
        <w:t xml:space="preserve">[17:21] </w:t>
      </w:r>
      <w:r>
        <w:t>hadith mein aya hai</w:t>
      </w:r>
    </w:p>
    <w:p>
      <w:pPr>
        <w:jc w:val="right"/>
      </w:pPr>
      <w:r>
        <w:t>حدیث میں آیا ہے</w:t>
      </w:r>
    </w:p>
    <w:p>
      <w:r>
        <w:rPr>
          <w:b/>
        </w:rPr>
        <w:t xml:space="preserve">[17:26] </w:t>
      </w:r>
      <w:r>
        <w:t>keh is ko peshani, is ki peshani par kaf fa ra likha hoga, jis ko parha likha aur</w:t>
      </w:r>
    </w:p>
    <w:p>
      <w:pPr>
        <w:jc w:val="right"/>
      </w:pPr>
      <w:r>
        <w:t>کہ اس کو پیشانی، اس کی پیشانی پر کف فا را لکھا ہوگا، جس کو پڑھا لکھا اور</w:t>
      </w:r>
    </w:p>
    <w:p>
      <w:r>
        <w:rPr>
          <w:b/>
        </w:rPr>
        <w:t xml:space="preserve">[17:32] </w:t>
      </w:r>
      <w:r>
        <w:t>jis ko parha likha aur an parh dono parh sakein ge.</w:t>
      </w:r>
    </w:p>
    <w:p>
      <w:pPr>
        <w:jc w:val="right"/>
      </w:pPr>
      <w:r>
        <w:t>جس کو پڑھا لکھا اور ان پڑھ دونوں پڑھ سکیں گے۔</w:t>
      </w:r>
    </w:p>
    <w:p>
      <w:r>
        <w:rPr>
          <w:b/>
        </w:rPr>
        <w:t xml:space="preserve">[17:38] </w:t>
      </w:r>
      <w:r>
        <w:t>sawal yeh hai keh an parh aadmi is ko kaise parh sake ga? Isi mein jawab hai.</w:t>
      </w:r>
    </w:p>
    <w:p>
      <w:pPr>
        <w:jc w:val="right"/>
      </w:pPr>
      <w:r>
        <w:t>سوال یہ ہے کہ ان پڑھ آدمی اس کو کیسے پڑھ سکے گا؟ اسی میں جواب ہے۔</w:t>
      </w:r>
    </w:p>
    <w:p>
      <w:r>
        <w:rPr>
          <w:b/>
        </w:rPr>
        <w:t xml:space="preserve">[17:44] </w:t>
      </w:r>
      <w:r>
        <w:t>agar sach mein kaf f r likha ho to kaise parhe ga an parh aadmi? Is ke mani</w:t>
      </w:r>
    </w:p>
    <w:p>
      <w:pPr>
        <w:jc w:val="right"/>
      </w:pPr>
      <w:r>
        <w:t>اگر سچ میں کف ف ر لکھا ہو تو کیسے پڑھے گا ان پڑھ آدمی؟ اس کے معنی</w:t>
      </w:r>
    </w:p>
    <w:p>
      <w:r>
        <w:rPr>
          <w:b/>
        </w:rPr>
        <w:t xml:space="preserve">[17:50] </w:t>
      </w:r>
      <w:r>
        <w:t>keh woh wahan par</w:t>
      </w:r>
    </w:p>
    <w:p>
      <w:pPr>
        <w:jc w:val="right"/>
      </w:pPr>
      <w:r>
        <w:t>کہ وہ وہاں پر</w:t>
      </w:r>
    </w:p>
    <w:p>
      <w:r>
        <w:rPr>
          <w:b/>
        </w:rPr>
        <w:t xml:space="preserve">[17:56] </w:t>
      </w:r>
      <w:r>
        <w:t>tamsili zaban mein hai.</w:t>
      </w:r>
    </w:p>
    <w:p>
      <w:pPr>
        <w:jc w:val="right"/>
      </w:pPr>
      <w:r>
        <w:t>تمثیلی زبان میں ہے۔</w:t>
      </w:r>
    </w:p>
    <w:p>
      <w:r>
        <w:rPr>
          <w:b/>
        </w:rPr>
        <w:t xml:space="preserve">[18:01] </w:t>
      </w:r>
      <w:r>
        <w:t>woh baat keh kaf r likha hoga, yaani letter mein nahi likha hoga.</w:t>
      </w:r>
    </w:p>
    <w:p>
      <w:pPr>
        <w:jc w:val="right"/>
      </w:pPr>
      <w:r>
        <w:t>وہ بات کہ کف ر لکھا ہوگا، یعنی لیٹر میں نہیں لکھا ہوگا۔</w:t>
      </w:r>
    </w:p>
    <w:p>
      <w:r>
        <w:rPr>
          <w:b/>
        </w:rPr>
        <w:t xml:space="preserve">[18:06] </w:t>
      </w:r>
      <w:r>
        <w:t>is ki baat, is ka andaz, is ka behavior.</w:t>
      </w:r>
    </w:p>
    <w:p>
      <w:pPr>
        <w:jc w:val="right"/>
      </w:pPr>
      <w:r>
        <w:t>اس کی بات، اس کا انداز، اس کا بیہیویئر۔</w:t>
      </w:r>
    </w:p>
    <w:p>
      <w:r>
        <w:rPr>
          <w:b/>
        </w:rPr>
        <w:t xml:space="preserve">[18:11] </w:t>
      </w:r>
      <w:r>
        <w:t>bol rahe hon ge keh yeh dajjal hai.</w:t>
      </w:r>
    </w:p>
    <w:p>
      <w:pPr>
        <w:jc w:val="right"/>
      </w:pPr>
      <w:r>
        <w:t>بول رہے ہوں کہ یہ دجال ہے۔</w:t>
      </w:r>
    </w:p>
    <w:p>
      <w:r>
        <w:rPr>
          <w:b/>
        </w:rPr>
        <w:t xml:space="preserve">[18:16] </w:t>
      </w:r>
      <w:r>
        <w:t>is ki har cheez mein, jaise aik, jaise hamare haan french lady aai thi, abhi aaj hi gayi</w:t>
      </w:r>
    </w:p>
    <w:p>
      <w:pPr>
        <w:jc w:val="right"/>
      </w:pPr>
      <w:r>
        <w:t>اس کی ہر چیز میں، جیسے ایک، جیسے ہمارے ہاں فرینچ لیڈی آئی تھی، ابھی آج ہی گئی</w:t>
      </w:r>
    </w:p>
    <w:p>
      <w:r>
        <w:rPr>
          <w:b/>
        </w:rPr>
        <w:t xml:space="preserve">[18:21] </w:t>
      </w:r>
      <w:r>
        <w:t>hain wapas, ya aati theen sun Sunday ke jalsay mein,</w:t>
      </w:r>
    </w:p>
    <w:p>
      <w:pPr>
        <w:jc w:val="right"/>
      </w:pPr>
      <w:r>
        <w:t>ہیں واپس، یا آتی تھیں سن سنڈے کے جلسے میں،</w:t>
      </w:r>
    </w:p>
    <w:p>
      <w:r>
        <w:rPr>
          <w:b/>
        </w:rPr>
        <w:t xml:space="preserve">[18:26] </w:t>
      </w:r>
      <w:r>
        <w:t>jo jin ko mein little lady kaha tha tha.</w:t>
      </w:r>
    </w:p>
    <w:p>
      <w:pPr>
        <w:jc w:val="right"/>
      </w:pPr>
      <w:r>
        <w:t>جو جن کو میں لٹل لیڈی کہا تھا تھا۔</w:t>
      </w:r>
    </w:p>
    <w:p>
      <w:r>
        <w:rPr>
          <w:b/>
        </w:rPr>
        <w:t xml:space="preserve">[18:31] </w:t>
      </w:r>
      <w:r>
        <w:t>to un ka chehra dekhein, aik tarah jaise masoom chehra, innocent, yaani innocent ka aik dam manifestation thi.</w:t>
      </w:r>
    </w:p>
    <w:p>
      <w:pPr>
        <w:jc w:val="right"/>
      </w:pPr>
      <w:r>
        <w:t>تو ان کا چہرہ دیکھیں، ایک طرح جیسے معصوم چہرہ، انوسنٹ، یعنی انوسنٹ کا ایک دم مینیفیسٹیشن تھی۔</w:t>
      </w:r>
    </w:p>
    <w:p>
      <w:r>
        <w:rPr>
          <w:b/>
        </w:rPr>
        <w:t xml:space="preserve">[18:35] </w:t>
      </w:r>
      <w:r>
        <w:t>woh aik dam innocent.</w:t>
      </w:r>
    </w:p>
    <w:p>
      <w:pPr>
        <w:jc w:val="right"/>
      </w:pPr>
      <w:r>
        <w:t>وہ ایک دم انوسنٹ۔</w:t>
      </w:r>
    </w:p>
    <w:p>
      <w:r>
        <w:rPr>
          <w:b/>
        </w:rPr>
        <w:t xml:space="preserve">[18:40] </w:t>
      </w:r>
      <w:r>
        <w:t>aik aur aadmi dekhte hain, aap bilkul is ke munh se niklta hai keh tu bilkul sharir hai.</w:t>
      </w:r>
    </w:p>
    <w:p>
      <w:pPr>
        <w:jc w:val="right"/>
      </w:pPr>
      <w:r>
        <w:t>ایک اور آدمی دیکھتے ہیں، آپ بالکل اس کے منہ سے نکلتا ہے کہ تو بالکل شریر ہے۔</w:t>
      </w:r>
    </w:p>
    <w:p>
      <w:r>
        <w:rPr>
          <w:b/>
        </w:rPr>
        <w:t xml:space="preserve">[18:44] </w:t>
      </w:r>
      <w:r>
        <w:t>bohat hi is ke chehre se, is ke chehre se, is ke behavior se, is ke tone se,</w:t>
      </w:r>
    </w:p>
    <w:p>
      <w:pPr>
        <w:jc w:val="right"/>
      </w:pPr>
      <w:r>
        <w:t>بہت ہی اس کے چہرے سے، اس کے چہرے سے، اس کے بیہیویئر سے، اس کے ٹون سے،</w:t>
      </w:r>
    </w:p>
    <w:p>
      <w:r>
        <w:rPr>
          <w:b/>
        </w:rPr>
        <w:t xml:space="preserve">[18:49] </w:t>
      </w:r>
      <w:r>
        <w:t>is ke har cheez se lagta hai keh bohat hi sharir aadmi hai.</w:t>
      </w:r>
    </w:p>
    <w:p>
      <w:pPr>
        <w:jc w:val="right"/>
      </w:pPr>
      <w:r>
        <w:t>اس کے ہر چیز سے لگتا ہے کہ بہت ہی شریر آدمی ہے۔</w:t>
      </w:r>
    </w:p>
    <w:p>
      <w:r>
        <w:rPr>
          <w:b/>
        </w:rPr>
        <w:t xml:space="preserve">[18:53] </w:t>
      </w:r>
      <w:r>
        <w:t>yeh matlab hai is ka.</w:t>
      </w:r>
    </w:p>
    <w:p>
      <w:pPr>
        <w:jc w:val="right"/>
      </w:pPr>
      <w:r>
        <w:t>یہ مطلب ہے اس کا۔</w:t>
      </w:r>
    </w:p>
    <w:p>
      <w:r>
        <w:rPr>
          <w:b/>
        </w:rPr>
        <w:t xml:space="preserve">[18:58] </w:t>
      </w:r>
      <w:r>
        <w:t>warna agar kaf f r likha hua ho letter mein to an parh kaise parhe ga? Is ko</w:t>
      </w:r>
    </w:p>
    <w:p>
      <w:pPr>
        <w:jc w:val="right"/>
      </w:pPr>
      <w:r>
        <w:t>ورنہ اگر کف ف ر لکھا ہوا ہو لیٹر میں تو ان پڑھ کیسے پڑھے گا؟ اس کو</w:t>
      </w:r>
    </w:p>
    <w:p>
      <w:r>
        <w:rPr>
          <w:b/>
        </w:rPr>
        <w:t xml:space="preserve">[19:04] </w:t>
      </w:r>
      <w:r>
        <w:t>kaf f r, yaani ka matlab yeh hai keh is ki poori shakhsiyat jo hai bata rahi hogi</w:t>
      </w:r>
    </w:p>
    <w:p>
      <w:pPr>
        <w:jc w:val="right"/>
      </w:pPr>
      <w:r>
        <w:t>کف ف ر، یعنی کا مطلب یہ ہے کہ اس کی پوری شخصیت جو ہے بتا رہی ہوگی</w:t>
      </w:r>
    </w:p>
    <w:p>
      <w:r>
        <w:rPr>
          <w:b/>
        </w:rPr>
        <w:t xml:space="preserve">[19:10] </w:t>
      </w:r>
      <w:r>
        <w:t>keh yeh to bohat hi, yaani evil ka pikar hai, yeh to burai phaila raha hai.</w:t>
      </w:r>
    </w:p>
    <w:p>
      <w:pPr>
        <w:jc w:val="right"/>
      </w:pPr>
      <w:r>
        <w:t>کہ یہ تو بہت ہی، یعنی ایول کا پیکر ہے، یہ تو برائی پھیلا رہا ہے۔</w:t>
      </w:r>
    </w:p>
    <w:p>
      <w:r>
        <w:rPr>
          <w:b/>
        </w:rPr>
        <w:t xml:space="preserve">[19:16] </w:t>
      </w:r>
      <w:r>
        <w:t>is ka, is ka style, is ka, is ki language, is ka lehja, is ki personality, is ka</w:t>
      </w:r>
    </w:p>
    <w:p>
      <w:pPr>
        <w:jc w:val="right"/>
      </w:pPr>
      <w:r>
        <w:t>اس کا، اس کا اسٹائل، اس کا، اس کی لینگویج، اس کا لہجہ، اس کی پرسنیلٹی، اس کا</w:t>
      </w:r>
    </w:p>
    <w:p>
      <w:r>
        <w:rPr>
          <w:b/>
        </w:rPr>
        <w:t xml:space="preserve">[19:22] </w:t>
      </w:r>
      <w:r>
        <w:t>behavior, har cheez se, har cheez pukar rahi hogi</w:t>
      </w:r>
    </w:p>
    <w:p>
      <w:pPr>
        <w:jc w:val="right"/>
      </w:pPr>
      <w:r>
        <w:t>بیہیویئر، ہر چیز سے، ہر چیز پکار رہی ہوگی</w:t>
      </w:r>
    </w:p>
    <w:p>
      <w:r>
        <w:rPr>
          <w:b/>
        </w:rPr>
        <w:t xml:space="preserve">[19:28] </w:t>
      </w:r>
      <w:r>
        <w:t>keh yeh dajali aadmi hai.</w:t>
      </w:r>
    </w:p>
    <w:p>
      <w:pPr>
        <w:jc w:val="right"/>
      </w:pPr>
      <w:r>
        <w:t>کہ یہ دجالی آدمی ہے۔</w:t>
      </w:r>
    </w:p>
    <w:p>
      <w:r>
        <w:rPr>
          <w:b/>
        </w:rPr>
        <w:t xml:space="preserve">[19:34] </w:t>
      </w:r>
      <w:r>
        <w:t>yeh matlab hai.</w:t>
      </w:r>
    </w:p>
    <w:p>
      <w:pPr>
        <w:jc w:val="right"/>
      </w:pPr>
      <w:r>
        <w:t>یہ مطلب ہے۔</w:t>
      </w:r>
    </w:p>
    <w:p>
      <w:r>
        <w:rPr>
          <w:b/>
        </w:rPr>
        <w:t xml:space="preserve">[19:40] </w:t>
      </w:r>
      <w:r>
        <w:t>Why Maulana, why is the Quran so strict regarding zina? Is there forgiveness for this crime? کئی چیزیں</w:t>
      </w:r>
    </w:p>
    <w:p>
      <w:pPr>
        <w:jc w:val="right"/>
      </w:pPr>
      <w:r>
        <w:t>وائی مولانا، وائی از دی قرآن سو سٹریکٹ ریگارڈنگ زینہ؟ از دیر فورگیونس فار دس کرائم؟ کئی چیزیں</w:t>
      </w:r>
    </w:p>
    <w:p>
      <w:r>
        <w:rPr>
          <w:b/>
        </w:rPr>
        <w:t xml:space="preserve">[19:46] </w:t>
      </w:r>
      <w:r>
        <w:t>aisi hain jo jo kabair mein shumar hoti hain.</w:t>
      </w:r>
    </w:p>
    <w:p>
      <w:pPr>
        <w:jc w:val="right"/>
      </w:pPr>
      <w:r>
        <w:t>ایسی ہیں جو جو کبائر میں شمار ہوتی ہیں۔</w:t>
      </w:r>
    </w:p>
    <w:p>
      <w:r>
        <w:rPr>
          <w:b/>
        </w:rPr>
        <w:t xml:space="preserve">[19:52] </w:t>
      </w:r>
      <w:r>
        <w:t>kabair jo hain, woh bohat bara, yani super,</w:t>
      </w:r>
    </w:p>
    <w:p>
      <w:pPr>
        <w:jc w:val="right"/>
      </w:pPr>
      <w:r>
        <w:t>کبائر جو ہیں، وہ بہت بڑا، یعنی سپر،</w:t>
      </w:r>
    </w:p>
    <w:p>
      <w:r>
        <w:rPr>
          <w:b/>
        </w:rPr>
        <w:t xml:space="preserve">[19:58] </w:t>
      </w:r>
      <w:r>
        <w:t>woh super deviation hai.</w:t>
      </w:r>
    </w:p>
    <w:p>
      <w:pPr>
        <w:jc w:val="right"/>
      </w:pPr>
      <w:r>
        <w:t>وہ سپر ڈیوی ایشن ہے۔</w:t>
      </w:r>
    </w:p>
    <w:p>
      <w:r>
        <w:rPr>
          <w:b/>
        </w:rPr>
        <w:t xml:space="preserve">[20:06] </w:t>
      </w:r>
      <w:r>
        <w:t>allah ta'ala ne jo, jo, jo allah ta'ala ko jo jo samajh banana hai, jo samajh banana hai,</w:t>
      </w:r>
    </w:p>
    <w:p>
      <w:pPr>
        <w:jc w:val="right"/>
      </w:pPr>
      <w:r>
        <w:t>اللہ تعالیٰ نے جو، جو، جو اللہ تعالیٰ کو جو جو سماج بنانا ہے، جو سماج بنانا ہے،</w:t>
      </w:r>
    </w:p>
    <w:p>
      <w:r>
        <w:rPr>
          <w:b/>
        </w:rPr>
        <w:t xml:space="preserve">[20:14] </w:t>
      </w:r>
      <w:r>
        <w:t>is mein kuch cheezein kabair ka darja rakhti hain aur is ke liye sakht saza di gayi hai.</w:t>
      </w:r>
    </w:p>
    <w:p>
      <w:pPr>
        <w:jc w:val="right"/>
      </w:pPr>
      <w:r>
        <w:t>اس میں کچھ چیزیں کبائر کا درجہ رکھتی ہیں اور اس کے لیے سخت سزا دی گئی ہے۔</w:t>
      </w:r>
    </w:p>
    <w:p>
      <w:r>
        <w:rPr>
          <w:b/>
        </w:rPr>
        <w:t xml:space="preserve">[20:22] </w:t>
      </w:r>
      <w:r>
        <w:t>is ke liye toh baharhal yeh toh allah ta'ala ka, allah ta'ala ka jo divine values hain, divine values mein</w:t>
      </w:r>
    </w:p>
    <w:p>
      <w:pPr>
        <w:jc w:val="right"/>
      </w:pPr>
      <w:r>
        <w:t>اس کے لیے تو بہرحال یہ تو اللہ تعالیٰ کا، اللہ تعالیٰ کا جو ڈیوائن ویلیوز ہیں، ڈیوائن ویلیوز میں</w:t>
      </w:r>
    </w:p>
    <w:p>
      <w:r>
        <w:rPr>
          <w:b/>
        </w:rPr>
        <w:t xml:space="preserve">[20:29] </w:t>
      </w:r>
      <w:r>
        <w:t>ka yeh mamla hai ke doosri khatoon ko aap ek ehtiram ki nazar se dekhein, doosri khatoon ko aap pakizgi nazar se dekhein, doosri khatoon ko aap farishte ki nazar se dekhein. yeh to bilkul warna woh samajh kya hai? woh hawari samajh hoga. woh to beharhaal kuch cheezein aisi hain jo kabair mein aati hain. in ke liye, in ke liye maafi nahi hai. illa yeh ke aadmi toba</w:t>
      </w:r>
    </w:p>
    <w:p>
      <w:pPr>
        <w:jc w:val="right"/>
      </w:pPr>
      <w:r>
        <w:t>کا یہ معاملہ ہے کہ دوسری خاتون کو آپ ایک احترام کی نظر سے دیکھیں، دوسری خاتون کو آپ پاکیزہ نظر سے دیکھیں، دوسری خاتون کو آپ فرشتے کی نظر سے دیکھیں۔ یہ تو بالکل ورنہ وہ سماج کیا ہے؟ وہ حواری سماج ہوگا۔ وہ تو بہرحال کچھ چیزیں ایسی ہیں جو کبائر میں آتی ہیں۔ ان کے لیے، ان کے لیے معافی نہیں ہے۔ الا یہ کہ آدمی توبہ</w:t>
      </w:r>
    </w:p>
    <w:p>
      <w:r>
        <w:rPr>
          <w:b/>
        </w:rPr>
        <w:t xml:space="preserve">[20:59] </w:t>
      </w:r>
      <w:r>
        <w:t>kare. toba ke baad har cheez maaf ho jati hai. toba nahi kiya hai to phir mafi nahi kisi cheez ki. to bohat clear baat hai. das question is from mr. zubair from delhi. molana, how can you say that your translation of the quran is accurate and correct? aap, aap compare kar ke dekh lijiye. koi bhi translation aap ke paas hoga, use</w:t>
      </w:r>
    </w:p>
    <w:p>
      <w:pPr>
        <w:jc w:val="right"/>
      </w:pPr>
      <w:r>
        <w:t>کرے۔ توبہ کے بعد ہر چیز معاف ہو جاتی ہے۔ توبہ نہیں کیا ہے تو پھر معافی نہیں کسی چیز کی۔ تو بہت کلیئر بات ہے۔ دس کوئسچن از فرام مسٹر زبیر فرام ڈلی۔ مولانا، ہاؤ کین یو سے دیٹ یور ٹرانسلیشن اف دا قرآن از ایکوریٹ اینڈ کریکٹ؟ آپ، آپ کمپیئر کر کے دیکھ لیجئے۔ کوئی بھی ٹرانسلیشن آپ کے پاس ہوگا، اسے</w:t>
      </w:r>
    </w:p>
    <w:p>
      <w:r>
        <w:rPr>
          <w:b/>
        </w:rPr>
        <w:t xml:space="preserve">[21:29] </w:t>
      </w:r>
      <w:r>
        <w:t>compare kijiye.</w:t>
      </w:r>
    </w:p>
    <w:p>
      <w:pPr>
        <w:jc w:val="right"/>
      </w:pPr>
      <w:r>
        <w:t>کمپیئر کیجئے۔</w:t>
      </w:r>
    </w:p>
    <w:p>
      <w:r>
        <w:rPr>
          <w:b/>
        </w:rPr>
        <w:t xml:space="preserve">[21:33] </w:t>
      </w:r>
      <w:r>
        <w:t>in comparison that we understand.</w:t>
      </w:r>
    </w:p>
    <w:p>
      <w:pPr>
        <w:jc w:val="right"/>
      </w:pPr>
      <w:r>
        <w:t>ان کمپیریزن دیٹ وی انڈرسٹینڈ۔</w:t>
      </w:r>
    </w:p>
    <w:p>
      <w:r>
        <w:rPr>
          <w:b/>
        </w:rPr>
        <w:t xml:space="preserve">[21:38] </w:t>
      </w:r>
      <w:r>
        <w:t>yeh baat woh hai jo comparison samajh mein aati hai.</w:t>
      </w:r>
    </w:p>
    <w:p>
      <w:pPr>
        <w:jc w:val="right"/>
      </w:pPr>
      <w:r>
        <w:t>یہ بات وہ ہے جو کمپیریزن سمجھ میں آتی ہے۔</w:t>
      </w:r>
    </w:p>
    <w:p>
      <w:r>
        <w:rPr>
          <w:b/>
        </w:rPr>
        <w:t xml:space="preserve">[21:42] </w:t>
      </w:r>
      <w:r>
        <w:t>aap koi bhi quran le lijiye jo aap ke paas ho, translation is compare kar ke dekh lijiye.</w:t>
      </w:r>
    </w:p>
    <w:p>
      <w:pPr>
        <w:jc w:val="right"/>
      </w:pPr>
      <w:r>
        <w:t>آپ کوئی بھی قرآن لے لیجئے جو آپ کے پاس ہو، ٹرانسلیشن اس کمپیئر کر کے دیکھ لیجئے۔</w:t>
      </w:r>
    </w:p>
    <w:p>
      <w:r>
        <w:rPr>
          <w:b/>
        </w:rPr>
        <w:t xml:space="preserve">[21:46] </w:t>
      </w:r>
      <w:r>
        <w:t>aap jaise ek misaal mein doon ga aap ko ke wajاهدhum bi jahad kabira aur un se jahad</w:t>
      </w:r>
    </w:p>
    <w:p>
      <w:pPr>
        <w:jc w:val="right"/>
      </w:pPr>
      <w:r>
        <w:t>آپ جیسے ایک مثال میں دوں گا آپ کو کہ وجاہدھم بہ جہاد کبیرہ اور ان سے جہاد</w:t>
      </w:r>
    </w:p>
    <w:p>
      <w:r>
        <w:rPr>
          <w:b/>
        </w:rPr>
        <w:t xml:space="preserve">[21:51] </w:t>
      </w:r>
      <w:r>
        <w:t>karo quran ke zariye.</w:t>
      </w:r>
    </w:p>
    <w:p>
      <w:pPr>
        <w:jc w:val="right"/>
      </w:pPr>
      <w:r>
        <w:t>کرو قرآن کے ذریعے۔</w:t>
      </w:r>
    </w:p>
    <w:p>
      <w:r>
        <w:rPr>
          <w:b/>
        </w:rPr>
        <w:t xml:space="preserve">[21:55] </w:t>
      </w:r>
      <w:r>
        <w:t>bara jahad aur is ka tarjuma</w:t>
      </w:r>
    </w:p>
    <w:p>
      <w:pPr>
        <w:jc w:val="right"/>
      </w:pPr>
      <w:r>
        <w:t>بڑا جہاد اور اس کا ترجمہ</w:t>
      </w:r>
    </w:p>
    <w:p>
      <w:r>
        <w:rPr>
          <w:b/>
        </w:rPr>
        <w:t xml:space="preserve">[21:59] </w:t>
      </w:r>
      <w:r>
        <w:t>kuch logon ne kar diya ke fight karo quran quran ke zariye.</w:t>
      </w:r>
    </w:p>
    <w:p>
      <w:pPr>
        <w:jc w:val="right"/>
      </w:pPr>
      <w:r>
        <w:t>کچھ لوگوں نے کر دیا کہ فائٹ کرو قرآن قرآن کے ذریعے۔</w:t>
      </w:r>
    </w:p>
    <w:p>
      <w:r>
        <w:rPr>
          <w:b/>
        </w:rPr>
        <w:t xml:space="preserve">[22:04] </w:t>
      </w:r>
      <w:r>
        <w:t>fight karo, yeh sahi tarjuma ho sakta hai.</w:t>
      </w:r>
    </w:p>
    <w:p>
      <w:pPr>
        <w:jc w:val="right"/>
      </w:pPr>
      <w:r>
        <w:t>فائٹ کرو، یہ صحیح ترجمہ ہو سکتا ہے۔</w:t>
      </w:r>
    </w:p>
    <w:p>
      <w:r>
        <w:rPr>
          <w:b/>
        </w:rPr>
        <w:t xml:space="preserve">[22:09] </w:t>
      </w:r>
      <w:r>
        <w:t>is se pehle jo shaban ka qissa tha toh itna dham machi, itni dham machi.</w:t>
      </w:r>
    </w:p>
    <w:p>
      <w:pPr>
        <w:jc w:val="right"/>
      </w:pPr>
      <w:r>
        <w:t>اس سے پہلے جو شعبان کا قصہ تھا تو اتنا دھم مچی، اتنی دھم مچی۔</w:t>
      </w:r>
    </w:p>
    <w:p>
      <w:r>
        <w:rPr>
          <w:b/>
        </w:rPr>
        <w:t xml:space="preserve">[22:13] </w:t>
      </w:r>
      <w:r>
        <w:t>woh ek ghalat translation ka maamla tha.</w:t>
      </w:r>
    </w:p>
    <w:p>
      <w:pPr>
        <w:jc w:val="right"/>
      </w:pPr>
      <w:r>
        <w:t>وہ ایک غلط ٹرانسلیشن کا معاملہ تھا۔</w:t>
      </w:r>
    </w:p>
    <w:p>
      <w:r>
        <w:rPr>
          <w:b/>
        </w:rPr>
        <w:t xml:space="preserve">[22:18] </w:t>
      </w:r>
      <w:r>
        <w:t>woh yani quran mein ek lafz hai muta, is ka translation hona chahiye provision.</w:t>
      </w:r>
    </w:p>
    <w:p>
      <w:pPr>
        <w:jc w:val="right"/>
      </w:pPr>
      <w:r>
        <w:t>وہ یعنی قرآن میں ایک لفظ ہے متا، اس کا ٹرانسلیشن ہونا چاہیے پروویژن۔</w:t>
      </w:r>
    </w:p>
    <w:p>
      <w:r>
        <w:rPr>
          <w:b/>
        </w:rPr>
        <w:t xml:space="preserve">[22:23] </w:t>
      </w:r>
      <w:r>
        <w:t>unhon ne tarjuma kar diya maintenance.</w:t>
      </w:r>
    </w:p>
    <w:p>
      <w:pPr>
        <w:jc w:val="right"/>
      </w:pPr>
      <w:r>
        <w:t>انہوں نے ترجمہ کر دیا مینٹیننس۔</w:t>
      </w:r>
    </w:p>
    <w:p>
      <w:r>
        <w:rPr>
          <w:b/>
        </w:rPr>
        <w:t xml:space="preserve">[22:27] </w:t>
      </w:r>
      <w:r>
        <w:t>isi par church ruh ne fatwa diya tha, woh faisla diya tha apna.</w:t>
      </w:r>
    </w:p>
    <w:p>
      <w:pPr>
        <w:jc w:val="right"/>
      </w:pPr>
      <w:r>
        <w:t>اسی پر چرچ روح نے فتوی دیا تھا، وہ فیصلہ دیا تھا اپنا۔</w:t>
      </w:r>
    </w:p>
    <w:p>
      <w:r>
        <w:rPr>
          <w:b/>
        </w:rPr>
        <w:t xml:space="preserve">[22:32] </w:t>
      </w:r>
      <w:r>
        <w:t>toh basically kya hai? ya toh ghalat tarjume hain ya clarity nahi hai ya modern idiom mein nahi hai.</w:t>
      </w:r>
    </w:p>
    <w:p>
      <w:pPr>
        <w:jc w:val="right"/>
      </w:pPr>
      <w:r>
        <w:t>تو بیسیکلی کیا ہے؟ یا تو غلط ترجمے ہیں یا کلیرٹی نہیں ہے یا ماڈرن ایڈیئم میں نہیں ہے۔</w:t>
      </w:r>
    </w:p>
    <w:p>
      <w:r>
        <w:rPr>
          <w:b/>
        </w:rPr>
        <w:t xml:space="preserve">[22:37] </w:t>
      </w:r>
      <w:r>
        <w:t>aap ko shaq ho toh aap compare kar ke dekh lijiye.</w:t>
      </w:r>
    </w:p>
    <w:p>
      <w:pPr>
        <w:jc w:val="right"/>
      </w:pPr>
      <w:r>
        <w:t>آپ کو شک ہو تو آپ کمپیئر کر کے دیکھ لیجئے۔</w:t>
      </w:r>
    </w:p>
    <w:p>
      <w:r>
        <w:rPr>
          <w:b/>
        </w:rPr>
        <w:t xml:space="preserve">[22:42] </w:t>
      </w:r>
      <w:r>
        <w:t>This question is from Ms. Razia from Delhi.</w:t>
      </w:r>
    </w:p>
    <w:p>
      <w:pPr>
        <w:jc w:val="right"/>
      </w:pPr>
      <w:r>
        <w:t>دس کوئسچن از فرام مس راضیہ فرام ڈلی۔</w:t>
      </w:r>
    </w:p>
    <w:p>
      <w:r>
        <w:rPr>
          <w:b/>
        </w:rPr>
        <w:t xml:space="preserve">[22:47] </w:t>
      </w:r>
      <w:r>
        <w:t>If God has cast man in the lowest of the lows, then it means that man would invariably</w:t>
      </w:r>
    </w:p>
    <w:p>
      <w:pPr>
        <w:jc w:val="right"/>
      </w:pPr>
      <w:r>
        <w:t>اف گاڈ ہیز کاسٹ مین ان دا لوئسٹ اف دا لوز، دین اٹ مینز دیٹ مین وڈ انویریبلی</w:t>
      </w:r>
    </w:p>
    <w:p>
      <w:r>
        <w:rPr>
          <w:b/>
        </w:rPr>
        <w:t xml:space="preserve">[22:52] </w:t>
      </w:r>
      <w:r>
        <w:t>succumb to temptations.</w:t>
      </w:r>
    </w:p>
    <w:p>
      <w:pPr>
        <w:jc w:val="right"/>
      </w:pPr>
      <w:r>
        <w:t>سکم ٹو ٹیمٹیشنز۔</w:t>
      </w:r>
    </w:p>
    <w:p>
      <w:r>
        <w:rPr>
          <w:b/>
        </w:rPr>
        <w:t xml:space="preserve">[22:58] </w:t>
      </w:r>
      <w:r>
        <w:t>how can then man go against</w:t>
      </w:r>
    </w:p>
    <w:p>
      <w:pPr>
        <w:jc w:val="right"/>
      </w:pPr>
      <w:r>
        <w:t>ہاؤ کین دین مین گو اگینسٹ</w:t>
      </w:r>
    </w:p>
    <w:p>
      <w:r>
        <w:rPr>
          <w:b/>
        </w:rPr>
        <w:t xml:space="preserve">[23:03] </w:t>
      </w:r>
      <w:r>
        <w:t>nature and learn to exercise restraint over his desires? dekhiye, yahi toh test hai.</w:t>
      </w:r>
    </w:p>
    <w:p>
      <w:pPr>
        <w:jc w:val="right"/>
      </w:pPr>
      <w:r>
        <w:t>نیچر اینڈ لرن ٹو ایکسرسائز ریسٹرنٹ اوور ہز ڈیزائرز؟ دیکھیں، یہی تو ٹیسٹ ہے۔</w:t>
      </w:r>
    </w:p>
    <w:p>
      <w:r>
        <w:rPr>
          <w:b/>
        </w:rPr>
        <w:t xml:space="preserve">[23:09] </w:t>
      </w:r>
      <w:r>
        <w:t>agar yeh baat na hoti to test kis baat ka tha? dekhen, Allah taala ne ek taraf insan</w:t>
      </w:r>
    </w:p>
    <w:p>
      <w:pPr>
        <w:jc w:val="right"/>
      </w:pPr>
      <w:r>
        <w:t>اگر یہ بات نہ ہوتی تو ٹیسٹ کس بات کا تھا؟ دیکھیں، اللہ تعالیٰ نے ایک طرف انسان</w:t>
      </w:r>
    </w:p>
    <w:p>
      <w:r>
        <w:rPr>
          <w:b/>
        </w:rPr>
        <w:t xml:space="preserve">[23:15] </w:t>
      </w:r>
      <w:r>
        <w:t>ko daal diya aisi duniya mein jahan desires hain, temptation hai, shaitan ke behkawe hain.</w:t>
      </w:r>
    </w:p>
    <w:p>
      <w:pPr>
        <w:jc w:val="right"/>
      </w:pPr>
      <w:r>
        <w:t>کو ڈال دیا ایسی دنیا میں جہاں ڈیزائر ہیں، ٹیمپٹیشن ہے، شیطان کے بہکاوے ہیں۔</w:t>
      </w:r>
    </w:p>
    <w:p>
      <w:r>
        <w:rPr>
          <w:b/>
        </w:rPr>
        <w:t xml:space="preserve">[23:21] </w:t>
      </w:r>
      <w:r>
        <w:t>aql bhi di, aql itni zabardast aql di hai insan ko.</w:t>
      </w:r>
    </w:p>
    <w:p>
      <w:pPr>
        <w:jc w:val="right"/>
      </w:pPr>
      <w:r>
        <w:t>عقل بھی دی، عقل اتنی زبردست عقل دی ہے انسان کو۔</w:t>
      </w:r>
    </w:p>
    <w:p>
      <w:r>
        <w:rPr>
          <w:b/>
        </w:rPr>
        <w:t xml:space="preserve">[23:27] </w:t>
      </w:r>
      <w:r>
        <w:t>jaise maine arz kiya ke aql se insan kya karta hai? ke billion</w:t>
      </w:r>
    </w:p>
    <w:p>
      <w:pPr>
        <w:jc w:val="right"/>
      </w:pPr>
      <w:r>
        <w:t>جیسے میں نے عرض کیا کہ عقل سے انسان کیا کرتا ہے؟ کہ بلین</w:t>
      </w:r>
    </w:p>
    <w:p>
      <w:r>
        <w:rPr>
          <w:b/>
        </w:rPr>
        <w:t xml:space="preserve">[23:33] </w:t>
      </w:r>
      <w:r>
        <w:t>years peechay dekh sakta hai.</w:t>
      </w:r>
    </w:p>
    <w:p>
      <w:pPr>
        <w:jc w:val="right"/>
      </w:pPr>
      <w:r>
        <w:t>ایئرز پیچھے دیکھ سکتا ہے۔</w:t>
      </w:r>
    </w:p>
    <w:p>
      <w:r>
        <w:rPr>
          <w:b/>
        </w:rPr>
        <w:t xml:space="preserve">[23:38] </w:t>
      </w:r>
      <w:r>
        <w:t>بگ بینگ کب ہوا تھا؟ billion years پہلے ہوا تھا، کہ 15 billion years پہلے۔</w:t>
      </w:r>
    </w:p>
    <w:p>
      <w:pPr>
        <w:jc w:val="right"/>
      </w:pPr>
      <w:r>
        <w:t>بگ بینگ کب ہوا تھا؟ بلین ایئرز پہلے ہوا تھا، کہ 15 بلین ایئرز پہلے۔</w:t>
      </w:r>
    </w:p>
    <w:p>
      <w:r>
        <w:rPr>
          <w:b/>
        </w:rPr>
        <w:t xml:space="preserve">[23:43] </w:t>
      </w:r>
      <w:r>
        <w:t>اور اس کی replace اس نے دیکھ لیا۔</w:t>
      </w:r>
    </w:p>
    <w:p>
      <w:pPr>
        <w:jc w:val="right"/>
      </w:pPr>
      <w:r>
        <w:t>اور اس کی ریپلس اس نے دیکھ لیا۔</w:t>
      </w:r>
    </w:p>
    <w:p>
      <w:r>
        <w:rPr>
          <w:b/>
        </w:rPr>
        <w:t xml:space="preserve">[23:48] </w:t>
      </w:r>
      <w:r>
        <w:t>repulse ko jo waqea hua 15 billion saal pehle to us ki repulse us ne aaj dekh liya.</w:t>
      </w:r>
    </w:p>
    <w:p>
      <w:pPr>
        <w:jc w:val="right"/>
      </w:pPr>
      <w:r>
        <w:t>ریپلس کو جو واقعہ ہوا 15 بلین سال پہلے تو اس کی ریپلس اس نے آج دیکھ لیا۔</w:t>
      </w:r>
    </w:p>
    <w:p>
      <w:r>
        <w:rPr>
          <w:b/>
        </w:rPr>
        <w:t xml:space="preserve">[23:53] </w:t>
      </w:r>
      <w:r>
        <w:t>itni bari aql insan ko di gayi hai.</w:t>
      </w:r>
    </w:p>
    <w:p>
      <w:pPr>
        <w:jc w:val="right"/>
      </w:pPr>
      <w:r>
        <w:t>اتنی بڑی عقل انسان کو دی گئی ہے۔</w:t>
      </w:r>
    </w:p>
    <w:p>
      <w:r>
        <w:rPr>
          <w:b/>
        </w:rPr>
        <w:t xml:space="preserve">[23:59] </w:t>
      </w:r>
      <w:r>
        <w:t>to test ke liye rakha Allah taala ne insan ko aisi duniya mein jahan temptation hai, jahan desires hain</w:t>
      </w:r>
    </w:p>
    <w:p>
      <w:pPr>
        <w:jc w:val="right"/>
      </w:pPr>
      <w:r>
        <w:t>تو ٹیسٹ کے لیے رکھا اللہ تعالیٰ نے انسان کو ایسی دنیا میں جہاں ٹیمپٹیشن ہے، جہاں ڈیزائرز ہیں</w:t>
      </w:r>
    </w:p>
    <w:p>
      <w:r>
        <w:rPr>
          <w:b/>
        </w:rPr>
        <w:t xml:space="preserve">[24:04] </w:t>
      </w:r>
      <w:r>
        <w:t>waghera.</w:t>
      </w:r>
    </w:p>
    <w:p>
      <w:pPr>
        <w:jc w:val="right"/>
      </w:pPr>
      <w:r>
        <w:t>وغیرہ۔</w:t>
      </w:r>
    </w:p>
    <w:p>
      <w:r>
        <w:rPr>
          <w:b/>
        </w:rPr>
        <w:t xml:space="preserve">[24:08] </w:t>
      </w:r>
      <w:r>
        <w:t>lekin sath sath itni bari aql de di ke us ko ke woh jaan sake, woh control kar</w:t>
      </w:r>
    </w:p>
    <w:p>
      <w:pPr>
        <w:jc w:val="right"/>
      </w:pPr>
      <w:r>
        <w:t>لیکن ساتھ ساتھ اتنی بڑی عقل دے دی کہ اس کو کہ وہ جان سکے، وہ کنٹرول کر</w:t>
      </w:r>
    </w:p>
    <w:p>
      <w:r>
        <w:rPr>
          <w:b/>
        </w:rPr>
        <w:t xml:space="preserve">[24:12] </w:t>
      </w:r>
      <w:r>
        <w:t>sake, woh discover kar sake baaton ko.</w:t>
      </w:r>
    </w:p>
    <w:p>
      <w:pPr>
        <w:jc w:val="right"/>
      </w:pPr>
      <w:r>
        <w:t>سکے، وہ ڈسکور کر سکے باتوں کو۔</w:t>
      </w:r>
    </w:p>
    <w:p>
      <w:r>
        <w:rPr>
          <w:b/>
        </w:rPr>
        <w:t xml:space="preserve">[24:17] </w:t>
      </w:r>
      <w:r>
        <w:t>اپنی de-condition, iska de-conditioning, yeh sab dimagh ko taqat de di hai.</w:t>
      </w:r>
    </w:p>
    <w:p>
      <w:pPr>
        <w:jc w:val="right"/>
      </w:pPr>
      <w:r>
        <w:t>اپنی ڈی کنڈیشن، اس کا ڈی کنڈیشننگ، یہ سب دماغ کو طاقت دے دی ہے۔</w:t>
      </w:r>
    </w:p>
    <w:p>
      <w:r>
        <w:rPr>
          <w:b/>
        </w:rPr>
        <w:t xml:space="preserve">[24:21] </w:t>
      </w:r>
      <w:r>
        <w:t>to us ko taqat ka istemal kijiye.</w:t>
      </w:r>
    </w:p>
    <w:p>
      <w:pPr>
        <w:jc w:val="right"/>
      </w:pPr>
      <w:r>
        <w:t>تو اس کو طاقت کا استعمال کیجئے۔</w:t>
      </w:r>
    </w:p>
    <w:p>
      <w:r>
        <w:rPr>
          <w:b/>
        </w:rPr>
        <w:t xml:space="preserve">[24:25] </w:t>
      </w:r>
      <w:r>
        <w:t>This question is from Mr. Riaz Ahmed from Delhi.</w:t>
      </w:r>
    </w:p>
    <w:p>
      <w:pPr>
        <w:jc w:val="right"/>
      </w:pPr>
      <w:r>
        <w:t>دس کوئسچن از فرام مسٹر ریاض احمد فرام ڈلی۔</w:t>
      </w:r>
    </w:p>
    <w:p>
      <w:r>
        <w:rPr>
          <w:b/>
        </w:rPr>
        <w:t xml:space="preserve">[24:29] </w:t>
      </w:r>
      <w:r>
        <w:t>bade bade sahaba aur caliphs bhi shaheed hue hain. sab ne</w:t>
      </w:r>
    </w:p>
    <w:p>
      <w:pPr>
        <w:jc w:val="right"/>
      </w:pPr>
      <w:r>
        <w:t>بڑے بڑے صحابہ اور کیلیپس بھی شہید ہوئے ہیں۔ سب نے</w:t>
      </w:r>
    </w:p>
    <w:p>
      <w:r>
        <w:rPr>
          <w:b/>
        </w:rPr>
        <w:t xml:space="preserve">[24:34] </w:t>
      </w:r>
      <w:r>
        <w:t>deen ki khatir qurbaniyan di hain lekin Imam Hussain hi ko shaheed, shaheed-e-azam kaha jata hai.</w:t>
      </w:r>
    </w:p>
    <w:p>
      <w:pPr>
        <w:jc w:val="right"/>
      </w:pPr>
      <w:r>
        <w:t>دین کی خاطر قربانیاں دی ہیں لیکن امام حسین ہی کو شہید، شہید اعظم کہا جاتا ہے۔</w:t>
      </w:r>
    </w:p>
    <w:p>
      <w:r>
        <w:rPr>
          <w:b/>
        </w:rPr>
        <w:t xml:space="preserve">[24:40] </w:t>
      </w:r>
      <w:r>
        <w:t>kya yeh durust hai? shaheed ka lafz hi nahi pehle bola jata tha.</w:t>
      </w:r>
    </w:p>
    <w:p>
      <w:pPr>
        <w:jc w:val="right"/>
      </w:pPr>
      <w:r>
        <w:t>کیا یہ درست ہے؟ شہید کا لفظ ہی نہیں پہلے بولا جاتا تھا۔</w:t>
      </w:r>
    </w:p>
    <w:p>
      <w:r>
        <w:rPr>
          <w:b/>
        </w:rPr>
        <w:t xml:space="preserve">[24:46] </w:t>
      </w:r>
      <w:r>
        <w:t>Bukhari mein ek bab baqayda hai, bab ke shaheed mat kaho.</w:t>
      </w:r>
    </w:p>
    <w:p>
      <w:pPr>
        <w:jc w:val="right"/>
      </w:pPr>
      <w:r>
        <w:t>بخاری میں ایک باب باقاعدہ ہے، باب کہ شہید مت کہو۔</w:t>
      </w:r>
    </w:p>
    <w:p>
      <w:r>
        <w:rPr>
          <w:b/>
        </w:rPr>
        <w:t xml:space="preserve">[24:52] </w:t>
      </w:r>
      <w:r>
        <w:t>baba baqayda bab hai yeh ke shaheed mat kaho.</w:t>
      </w:r>
    </w:p>
    <w:p>
      <w:pPr>
        <w:jc w:val="right"/>
      </w:pPr>
      <w:r>
        <w:t>بابا باقاعدہ باب ہے یہ کہ شہید مت کہو۔</w:t>
      </w:r>
    </w:p>
    <w:p>
      <w:r>
        <w:rPr>
          <w:b/>
        </w:rPr>
        <w:t xml:space="preserve">[24:58] </w:t>
      </w:r>
      <w:r>
        <w:t>chunanche aap dekhiye, tareekh parhen, aap arabi kitaben parhen, aap</w:t>
      </w:r>
    </w:p>
    <w:p>
      <w:pPr>
        <w:jc w:val="right"/>
      </w:pPr>
      <w:r>
        <w:t>چنانچہ آپ دیکھیے، تاریخ پڑھیں، آپ عربی کتابیں پڑھیں، آپ</w:t>
      </w:r>
    </w:p>
    <w:p>
      <w:r>
        <w:rPr>
          <w:b/>
        </w:rPr>
        <w:t xml:space="preserve">[25:04] </w:t>
      </w:r>
      <w:r>
        <w:t>Umar shaheed kahin nahi payenge.</w:t>
      </w:r>
    </w:p>
    <w:p>
      <w:pPr>
        <w:jc w:val="right"/>
      </w:pPr>
      <w:r>
        <w:t>عمر شہید کہیں نہیں پائیں گے۔</w:t>
      </w:r>
    </w:p>
    <w:p>
      <w:r>
        <w:rPr>
          <w:b/>
        </w:rPr>
        <w:t xml:space="preserve">[25:08] </w:t>
      </w:r>
      <w:r>
        <w:t>aap Usman shaheed kahin nahi likha rahega, Hussain shaheed bhi kahin nahi likha rahega.</w:t>
      </w:r>
    </w:p>
    <w:p>
      <w:pPr>
        <w:jc w:val="right"/>
      </w:pPr>
      <w:r>
        <w:t>آپ عثمان شہید کہیں نہیں لکھا رہے گا، حسین شہید بھی کہیں نہیں لکھا رہے گا۔</w:t>
      </w:r>
    </w:p>
    <w:p>
      <w:r>
        <w:rPr>
          <w:b/>
        </w:rPr>
        <w:t xml:space="preserve">[25:12] </w:t>
      </w:r>
      <w:r>
        <w:t>peechli kitabon mein yeh to aaj kal ke hangame khare kiye gaye hain.</w:t>
      </w:r>
    </w:p>
    <w:p>
      <w:pPr>
        <w:jc w:val="right"/>
      </w:pPr>
      <w:r>
        <w:t>پچھلی کتابوں میں یہ تو آج کل کے ہنگامے کھڑے کیے گئے ہیں۔</w:t>
      </w:r>
    </w:p>
    <w:p>
      <w:r>
        <w:rPr>
          <w:b/>
        </w:rPr>
        <w:t xml:space="preserve">[25:16] </w:t>
      </w:r>
      <w:r>
        <w:t>یہ سب basically جو یہ جو آیا ہے colony period لوگوں کو جگانے، بھڑکانے کے لیے کہ لڑو،</w:t>
      </w:r>
    </w:p>
    <w:p>
      <w:pPr>
        <w:jc w:val="right"/>
      </w:pPr>
      <w:r>
        <w:t>یہ سب بیسیکلی جو یہ جو آیا ہے کلونی پیریڈ لوگوں کو جگانے، بھڑکانے کے لیے کہ لڑو،</w:t>
      </w:r>
    </w:p>
    <w:p>
      <w:r>
        <w:rPr>
          <w:b/>
        </w:rPr>
        <w:t xml:space="preserve">[25:20] </w:t>
      </w:r>
      <w:r>
        <w:t>lro aur logon ko shaheed ho jaoge, yeh hoga, woh hoga.</w:t>
      </w:r>
    </w:p>
    <w:p>
      <w:pPr>
        <w:jc w:val="right"/>
      </w:pPr>
      <w:r>
        <w:t>لڑو اور لوگوں کو شہید ہو جاؤ گے، یہ ہوگا، وہ ہوگا۔</w:t>
      </w:r>
    </w:p>
    <w:p>
      <w:r>
        <w:rPr>
          <w:b/>
        </w:rPr>
        <w:t xml:space="preserve">[25:23] </w:t>
      </w:r>
      <w:r>
        <w:t>yeh shaheed-e-azam ka lafz hi baat ko istemal hua.</w:t>
      </w:r>
    </w:p>
    <w:p>
      <w:pPr>
        <w:jc w:val="right"/>
      </w:pPr>
      <w:r>
        <w:t>یہ شہید اعظم کا لفظ ہی بات کو استعمال ہوا۔</w:t>
      </w:r>
    </w:p>
    <w:p>
      <w:r>
        <w:rPr>
          <w:b/>
        </w:rPr>
        <w:t xml:space="preserve">[25:27] </w:t>
      </w:r>
      <w:r>
        <w:t>is ka Islam se koi talluq nahi hai.</w:t>
      </w:r>
    </w:p>
    <w:p>
      <w:pPr>
        <w:jc w:val="right"/>
      </w:pPr>
      <w:r>
        <w:t>اس کا اسلام سے کوئی تعلق نہیں ہے۔</w:t>
      </w:r>
    </w:p>
    <w:p>
      <w:r>
        <w:rPr>
          <w:b/>
        </w:rPr>
        <w:t xml:space="preserve">[25:31] </w:t>
      </w:r>
      <w:r>
        <w:t>khud lafz shaheed bhi nahi istemal nahi hua. yani ke</w:t>
      </w:r>
    </w:p>
    <w:p>
      <w:pPr>
        <w:jc w:val="right"/>
      </w:pPr>
      <w:r>
        <w:t>خود لفظ شہید بھی نہیں استعمال نہیں ہوا۔ یعنی کہ</w:t>
      </w:r>
    </w:p>
    <w:p>
      <w:r>
        <w:rPr>
          <w:b/>
        </w:rPr>
        <w:t xml:space="preserve">[25:35] </w:t>
      </w:r>
      <w:r>
        <w:t>in bhi pichhli kitabon mein aap dekhen jo jo zamana e awwal ki kitaben hain, kahin bhi kisi ko</w:t>
      </w:r>
    </w:p>
    <w:p>
      <w:pPr>
        <w:jc w:val="right"/>
      </w:pPr>
      <w:r>
        <w:t>یں بھی پچھلی کتابوں میں آپ دیکھیں جو جو زمانہ اول کی کتابیں ہیں، کہیں بھی کسی کو</w:t>
      </w:r>
    </w:p>
    <w:p>
      <w:r>
        <w:rPr>
          <w:b/>
        </w:rPr>
        <w:t xml:space="preserve">[25:38] </w:t>
      </w:r>
      <w:r>
        <w:t>shaheed nahin likha hua hai.</w:t>
      </w:r>
    </w:p>
    <w:p>
      <w:pPr>
        <w:jc w:val="right"/>
      </w:pPr>
      <w:r>
        <w:t>شہید نہیں لکھا ہوا ہے۔</w:t>
      </w:r>
    </w:p>
    <w:p>
      <w:r>
        <w:rPr>
          <w:b/>
        </w:rPr>
        <w:t xml:space="preserve">[25:41] </w:t>
      </w:r>
      <w:r>
        <w:t>halankeh sab log, itne sare log mare gaye.</w:t>
      </w:r>
    </w:p>
    <w:p>
      <w:pPr>
        <w:jc w:val="right"/>
      </w:pPr>
      <w:r>
        <w:t>حالانکہ سب لوگ، اتنے سارے لوگ مارے گئے۔</w:t>
      </w:r>
    </w:p>
    <w:p>
      <w:r>
        <w:rPr>
          <w:b/>
        </w:rPr>
        <w:t xml:space="preserve">[25:45] </w:t>
      </w:r>
      <w:r>
        <w:t>ab mujhe bataiye, koi ek kitab mujhe bataiye jahan likha ho ke Umar shaheed ho, Usman shaheed ho,</w:t>
      </w:r>
    </w:p>
    <w:p>
      <w:pPr>
        <w:jc w:val="right"/>
      </w:pPr>
      <w:r>
        <w:t>اب مجھے بتائیے، کوئی ایک کتاب مجھے بتائیے جہاں لکھا ہو کہ عمر شہید ہو، عثمان شہید ہو،</w:t>
      </w:r>
    </w:p>
    <w:p>
      <w:r>
        <w:rPr>
          <w:b/>
        </w:rPr>
        <w:t xml:space="preserve">[25:48] </w:t>
      </w:r>
      <w:r>
        <w:t>Ali shaheed ho, Hussain shaheed ho.</w:t>
      </w:r>
    </w:p>
    <w:p>
      <w:pPr>
        <w:jc w:val="right"/>
      </w:pPr>
      <w:r>
        <w:t>علی شہید ہو، حسین شہید ہو۔</w:t>
      </w:r>
    </w:p>
    <w:p>
      <w:r>
        <w:rPr>
          <w:b/>
        </w:rPr>
        <w:t xml:space="preserve">[25:51] </w:t>
      </w:r>
      <w:r>
        <w:t>yeh sab to yeh aaj kal ki bid'aten hain.</w:t>
      </w:r>
    </w:p>
    <w:p>
      <w:pPr>
        <w:jc w:val="right"/>
      </w:pPr>
      <w:r>
        <w:t>یہ سب تو یہ آج کل کی بدعتیں ہیں۔</w:t>
      </w:r>
    </w:p>
    <w:p>
      <w:r>
        <w:rPr>
          <w:b/>
        </w:rPr>
        <w:t xml:space="preserve">[25:55] </w:t>
      </w:r>
      <w:r>
        <w:t>yeh sab bohat sari bid'aten hain.</w:t>
      </w:r>
    </w:p>
    <w:p>
      <w:pPr>
        <w:jc w:val="right"/>
      </w:pPr>
      <w:r>
        <w:t>یہ سب بہت ساری بدعتیں ہیں۔</w:t>
      </w:r>
    </w:p>
    <w:p>
      <w:r>
        <w:rPr>
          <w:b/>
        </w:rPr>
        <w:t xml:space="preserve">[25:58] </w:t>
      </w:r>
      <w:r>
        <w:t>phir hum ne pata kiya, is mein ek bid'at yeh bhi hai.</w:t>
      </w:r>
    </w:p>
    <w:p>
      <w:pPr>
        <w:jc w:val="right"/>
      </w:pPr>
      <w:r>
        <w:t>پھر ہم نے پتہ کیا، اس میں ایک بدعت یہ بھی ہے۔</w:t>
      </w:r>
    </w:p>
    <w:p>
      <w:r>
        <w:rPr>
          <w:b/>
        </w:rPr>
        <w:t xml:space="preserve">[26:01] </w:t>
      </w:r>
      <w:r>
        <w:t>ab Bukhari mein aap padh lijiye, is mein baqayda hadith hai ke shaheed</w:t>
      </w:r>
    </w:p>
    <w:p>
      <w:pPr>
        <w:jc w:val="right"/>
      </w:pPr>
      <w:r>
        <w:t>اب بخاری میں آپ پڑھ لیجئے، اس میں باقاعدہ حدیث ہے کہ شہید</w:t>
      </w:r>
    </w:p>
    <w:p>
      <w:r>
        <w:rPr>
          <w:b/>
        </w:rPr>
        <w:t xml:space="preserve">[26:05] </w:t>
      </w:r>
      <w:r>
        <w:t>mat kaho kisi ko. shaheed kehne ka mamla khuda ke haath mein hai. khuda jaanta hai kaun shaheed hua, kaun shaheed nahi hua. yaani ek shakhs lad kar mara us ki jang mein, khyber ki jang mein, aur saare log us ko kahenge yeh to bohat bada kaam kiya, us ne bohat bada kaam kiya. rasool allah ne kaha ke nahi, yeh jahannum mein jayega. yeh yeh bukhari mein yeh riwayat hai baqayda. to log shaq hone laga. hadith mein aata hai ke log shaq hone laga. rasool allah sallallahu alaihi wasallam sahi keh rahe hain, galat keh rahe hain. to aap ne</w:t>
      </w:r>
    </w:p>
    <w:p>
      <w:pPr>
        <w:jc w:val="right"/>
      </w:pPr>
      <w:r>
        <w:t>مت کہو کسی کو۔ شہید کہنے کا معاملہ خدا کے ہاتھ میں ہے۔ خدا جانتا ہے کون شہید ہوا، کون شہید نہیں ہوا۔ یعنی ایک شخص لڑ کر مرا اس کی جنگ میں، خیبر کی جنگ میں، اور سارے لوگ اس کو کہیں گے یہ تو بہت بڑا کام کیا، اس نے بہت بڑا کام کیا۔ رسول اللہ نے کہا کہ نہیں، یہ جہنم میں جائے گا۔ یہ یہ بخاری میں یہ روایت ہے باقاعدہ۔ تو لوگ شک ہونے لگا۔ حدیث میں آتا ہے کہ لوگ شک ہونے لگا۔ رسول اللہ صلی اللہ علیہ وسلم صحیح کہہ رہے ہیں، غلط کہہ رہے ہیں۔ تو آپ نے</w:t>
      </w:r>
    </w:p>
    <w:p>
      <w:r>
        <w:rPr>
          <w:b/>
        </w:rPr>
        <w:t xml:space="preserve">[26:35] </w:t>
      </w:r>
      <w:r>
        <w:t>kaha ja ke tehqeeq karo.</w:t>
      </w:r>
    </w:p>
    <w:p>
      <w:pPr>
        <w:jc w:val="right"/>
      </w:pPr>
      <w:r>
        <w:t>کہا جا کے تحقیق کرو۔</w:t>
      </w:r>
    </w:p>
    <w:p>
      <w:r>
        <w:rPr>
          <w:b/>
        </w:rPr>
        <w:t xml:space="preserve">[26:38] </w:t>
      </w:r>
      <w:r>
        <w:t>to pata chala ke is ne khudkushi kar li thi.</w:t>
      </w:r>
    </w:p>
    <w:p>
      <w:pPr>
        <w:jc w:val="right"/>
      </w:pPr>
      <w:r>
        <w:t>تو پتہ چلا کہ اس نے خودکشی کر لی تھی۔</w:t>
      </w:r>
    </w:p>
    <w:p>
      <w:r>
        <w:rPr>
          <w:b/>
        </w:rPr>
        <w:t xml:space="preserve">[26:41] </w:t>
      </w:r>
      <w:r>
        <w:t>to isi liye hadith mein aaya hai ke shaheed mat kaho kisi ko.</w:t>
      </w:r>
    </w:p>
    <w:p>
      <w:pPr>
        <w:jc w:val="right"/>
      </w:pPr>
      <w:r>
        <w:t>تو اسی لیے حدیث میں آیا ہے کہ شہید مت کہو کسی کو۔</w:t>
      </w:r>
    </w:p>
    <w:p>
      <w:r>
        <w:rPr>
          <w:b/>
        </w:rPr>
        <w:t xml:space="preserve">[26:45] </w:t>
      </w:r>
      <w:r>
        <w:t>yeh Khuda ka mu'amla hai.</w:t>
      </w:r>
    </w:p>
    <w:p>
      <w:pPr>
        <w:jc w:val="right"/>
      </w:pPr>
      <w:r>
        <w:t>یہ خدا کا معاملہ ہے۔</w:t>
      </w:r>
    </w:p>
    <w:p>
      <w:r>
        <w:rPr>
          <w:b/>
        </w:rPr>
        <w:t xml:space="preserve">[26:48] </w:t>
      </w:r>
      <w:r>
        <w:t>to shaheed bhi kehna ghalat hai, shaheed e a'zam kehna bhi ghalat hai.</w:t>
      </w:r>
    </w:p>
    <w:p>
      <w:pPr>
        <w:jc w:val="right"/>
      </w:pPr>
      <w:r>
        <w:t>تو شہید بھی کہنا غلط ہے، شہید اعظم کہنا بھی غلط ہے۔</w:t>
      </w:r>
    </w:p>
    <w:p>
      <w:r>
        <w:rPr>
          <w:b/>
        </w:rPr>
        <w:t xml:space="preserve">[26:51] </w:t>
      </w:r>
      <w:r>
        <w:t>na Quran mein hai, na hadith mein hai, na Sahaba ne aisa kaha, na Tabi'een ne aisa kiya.</w:t>
      </w:r>
    </w:p>
    <w:p>
      <w:pPr>
        <w:jc w:val="right"/>
      </w:pPr>
      <w:r>
        <w:t>نہ قرآن میں ہے، نہ حدیث میں ہے، نہ صحابہ نے ایسا کہا، نہ تابعین نے ایسا کیا۔</w:t>
      </w:r>
    </w:p>
    <w:p>
      <w:r>
        <w:rPr>
          <w:b/>
        </w:rPr>
        <w:t xml:space="preserve">[26:55] </w:t>
      </w:r>
      <w:r>
        <w:t>aaj kal yeh nikla hai.</w:t>
      </w:r>
    </w:p>
    <w:p>
      <w:pPr>
        <w:jc w:val="right"/>
      </w:pPr>
      <w:r>
        <w:t>آج کل یہ نکلا ہے۔</w:t>
      </w:r>
    </w:p>
    <w:p>
      <w:r>
        <w:rPr>
          <w:b/>
        </w:rPr>
        <w:t xml:space="preserve">[26:58] </w:t>
      </w:r>
      <w:r>
        <w:t>yeh sab aaj kal taqreeren karte hain, jazbati log isi mein sab bari bari baaten bolte hain.</w:t>
      </w:r>
    </w:p>
    <w:p>
      <w:pPr>
        <w:jc w:val="right"/>
      </w:pPr>
      <w:r>
        <w:t>یہ سب آج کل تقریریں کرتے ہیں، جذباتی لوگ اسی میں سب بڑی بڑی باتیں بولتے ہیں۔</w:t>
      </w:r>
    </w:p>
    <w:p>
      <w:r>
        <w:rPr>
          <w:b/>
        </w:rPr>
        <w:t xml:space="preserve">[27:01] </w:t>
      </w:r>
      <w:r>
        <w:t>to yeh yeh yeh koi</w:t>
      </w:r>
    </w:p>
    <w:p>
      <w:pPr>
        <w:jc w:val="right"/>
      </w:pPr>
      <w:r>
        <w:t>تو یہ یہ یہ کوئی</w:t>
      </w:r>
    </w:p>
    <w:p>
      <w:r>
        <w:rPr>
          <w:b/>
        </w:rPr>
        <w:t xml:space="preserve">[27:05] </w:t>
      </w:r>
      <w:r>
        <w:t>miyar nahin hai.</w:t>
      </w:r>
    </w:p>
    <w:p>
      <w:pPr>
        <w:jc w:val="right"/>
      </w:pPr>
      <w:r>
        <w:t>معیار نہیں ہے۔</w:t>
      </w:r>
    </w:p>
    <w:p>
      <w:r>
        <w:rPr>
          <w:b/>
        </w:rPr>
        <w:t xml:space="preserve">[27:11] </w:t>
      </w:r>
      <w:r>
        <w:t>This question is from Mr. Anwar Ahmed from Kanpur.</w:t>
      </w:r>
    </w:p>
    <w:p>
      <w:pPr>
        <w:jc w:val="right"/>
      </w:pPr>
      <w:r>
        <w:t>دس کوئسچن از فرام مسٹر انور احمد فرام کانپور۔</w:t>
      </w:r>
    </w:p>
    <w:p>
      <w:r>
        <w:rPr>
          <w:b/>
        </w:rPr>
        <w:t xml:space="preserve">[27:17] </w:t>
      </w:r>
      <w:r>
        <w:t>agar main haq ki ladaai lad raha hoon to kya yeh durust hai jabkeh is ladaai se duniyavi</w:t>
      </w:r>
    </w:p>
    <w:p>
      <w:pPr>
        <w:jc w:val="right"/>
      </w:pPr>
      <w:r>
        <w:t>اگر میں حق کی لڑائی لڑ رہا ہوں تو کیا یہ درست ہے جبکہ اس لڑائی سے دنیاوی</w:t>
      </w:r>
    </w:p>
    <w:p>
      <w:r>
        <w:rPr>
          <w:b/>
        </w:rPr>
        <w:t xml:space="preserve">[27:23] </w:t>
      </w:r>
      <w:r>
        <w:t>e'tebar se nuqsan hone ka andesha hai? Bhai haq kaise pata chala ke haq ki ladaai lad rahe</w:t>
      </w:r>
    </w:p>
    <w:p>
      <w:pPr>
        <w:jc w:val="right"/>
      </w:pPr>
      <w:r>
        <w:t>اعتبار سے نقصان ہونے کا اندیشہ ہے؟ بھئی حق کیسے پتہ چلا کہ حق کی لڑائی لڑ رہے</w:t>
      </w:r>
    </w:p>
    <w:p>
      <w:r>
        <w:rPr>
          <w:b/>
        </w:rPr>
        <w:t xml:space="preserve">[27:29] </w:t>
      </w:r>
      <w:r>
        <w:t>hain? Aap khud hi khud keh diya ke haq hai aur ladne lagay.</w:t>
      </w:r>
    </w:p>
    <w:p>
      <w:pPr>
        <w:jc w:val="right"/>
      </w:pPr>
      <w:r>
        <w:t>ہیں؟ آپ خود ہی خود کہہ دیا کہ حق ہے اور لڑنے لگے۔</w:t>
      </w:r>
    </w:p>
    <w:p>
      <w:r>
        <w:rPr>
          <w:b/>
        </w:rPr>
        <w:t xml:space="preserve">[27:35] </w:t>
      </w:r>
      <w:r>
        <w:t>kaun kaise pata chala ke yeh haq hai ya jis ke liye aap lad rahe hain? Aap hum</w:t>
      </w:r>
    </w:p>
    <w:p>
      <w:pPr>
        <w:jc w:val="right"/>
      </w:pPr>
      <w:r>
        <w:t>کون کیسے پتہ چلا کہ یہ حق ہے یا جس کے لیے آپ لڑ رہے ہیں؟ آپ ہم</w:t>
      </w:r>
    </w:p>
    <w:p>
      <w:r>
        <w:rPr>
          <w:b/>
        </w:rPr>
        <w:t xml:space="preserve">[27:39] </w:t>
      </w:r>
      <w:r>
        <w:t>yeh nahin keh sakte ke hum haq ke liye lad rahe hain.</w:t>
      </w:r>
    </w:p>
    <w:p>
      <w:pPr>
        <w:jc w:val="right"/>
      </w:pPr>
      <w:r>
        <w:t>یہ نہیں کہہ سکتے کہ ہم حق کے لیے لڑ رہے ہیں۔</w:t>
      </w:r>
    </w:p>
    <w:p>
      <w:r>
        <w:rPr>
          <w:b/>
        </w:rPr>
        <w:t xml:space="preserve">[27:43] </w:t>
      </w:r>
      <w:r>
        <w:t>Khuda ko pata hai ke ke kaun haq par hai, kaun batil par hai.</w:t>
      </w:r>
    </w:p>
    <w:p>
      <w:pPr>
        <w:jc w:val="right"/>
      </w:pPr>
      <w:r>
        <w:t>خدا کو پتہ ہے کہ کہ کون حق پر ہے، کون باطل پر ہے۔</w:t>
      </w:r>
    </w:p>
    <w:p>
      <w:r>
        <w:rPr>
          <w:b/>
        </w:rPr>
        <w:t xml:space="preserve">[27:47] </w:t>
      </w:r>
      <w:r>
        <w:t>aaj kal ke zamane mein ladai bilkul khatm ho chuki hai.</w:t>
      </w:r>
    </w:p>
    <w:p>
      <w:pPr>
        <w:jc w:val="right"/>
      </w:pPr>
      <w:r>
        <w:t>آج کل کے زمانے میں لڑائی بالکل ختم ہو چکی ہے۔</w:t>
      </w:r>
    </w:p>
    <w:p>
      <w:r>
        <w:rPr>
          <w:b/>
        </w:rPr>
        <w:t xml:space="preserve">[27:51] </w:t>
      </w:r>
      <w:r>
        <w:t>ab jo ladai ki baat karta hai, woh bilkul jahalat ki baat karta hai. jahalat!</w:t>
      </w:r>
    </w:p>
    <w:p>
      <w:pPr>
        <w:jc w:val="right"/>
      </w:pPr>
      <w:r>
        <w:t>اب جو لڑائی کی بات کرتا ہے، وہ بالکل جہالت کی بات کرتا ہے۔ جہالت!</w:t>
      </w:r>
    </w:p>
    <w:p>
      <w:r>
        <w:rPr>
          <w:b/>
        </w:rPr>
        <w:t xml:space="preserve">[27:54] </w:t>
      </w:r>
      <w:r>
        <w:t>ab to dawat ka aap kijiye peaceful andaz mein.</w:t>
      </w:r>
    </w:p>
    <w:p>
      <w:pPr>
        <w:jc w:val="right"/>
      </w:pPr>
      <w:r>
        <w:t>اب تو دعوت کا آپ کیجئے پیس فل انداز میں۔</w:t>
      </w:r>
    </w:p>
    <w:p>
      <w:r>
        <w:rPr>
          <w:b/>
        </w:rPr>
        <w:t xml:space="preserve">[27:58] </w:t>
      </w:r>
      <w:r>
        <w:t>اب peaceful activism کا زمانہ ہے۔</w:t>
      </w:r>
    </w:p>
    <w:p>
      <w:pPr>
        <w:jc w:val="right"/>
      </w:pPr>
      <w:r>
        <w:t>اب پیس فل ایکٹیوزم کا زمانہ ہے۔</w:t>
      </w:r>
    </w:p>
    <w:p>
      <w:r>
        <w:rPr>
          <w:b/>
        </w:rPr>
        <w:t xml:space="preserve">[28:02] </w:t>
      </w:r>
      <w:r>
        <w:t>ab koi ladai nahi, koi</w:t>
      </w:r>
    </w:p>
    <w:p>
      <w:pPr>
        <w:jc w:val="right"/>
      </w:pPr>
      <w:r>
        <w:t>اب کوئی لڑائی نہیں، کوئی</w:t>
      </w:r>
    </w:p>
    <w:p>
      <w:r>
        <w:rPr>
          <w:b/>
        </w:rPr>
        <w:t xml:space="preserve">[28:06] </w:t>
      </w:r>
      <w:r>
        <w:t>takrao nahi, koi qital nahi. haq ki ladai ka lafz hi ab, ab, ab, ab, ab woh khatm ho chuka hai. haq ke liye peaceful koshish karna, haq ke liye peaceful koshish karna hai. bas jo haq ki ladai ka lafz bolta hai, main us ko samajhta hoon ke jahal hai, kuch jaanta hi nahi hai. yeh zamane mein itne mauqe khul gaye hain peaceful tareeqe se kaam karne ke. to aap ladai, ladai kis liye karte hain? haq</w:t>
      </w:r>
    </w:p>
    <w:p>
      <w:pPr>
        <w:jc w:val="right"/>
      </w:pPr>
      <w:r>
        <w:t>ٹکراؤ نہیں، کوئی قتال نہیں۔ حق کی لڑائی کا لفظ ہی اب، اب، اب، اب، اب وہ ختم ہو چکا ہے۔ حق کے لیے پیس فل کوشش کرنا، حق کے لیے پیس فل کوشش کرنا ہے۔ بس جو حق کی لڑائی کا لفظ بولتا ہے، میں اس کو سمجھتا ہوں کہ جاہل ہے، کچھ جانتا ہی نہیں ہے۔ یہ زمانے میں اتنے مواقع کھل گئے ہیں پیس فل طریقے سے کام کرنے کے۔ تو آپ لڑائی، لڑائی کس لیے کرتے ہیں؟ حق</w:t>
      </w:r>
    </w:p>
    <w:p>
      <w:r>
        <w:rPr>
          <w:b/>
        </w:rPr>
        <w:t xml:space="preserve">[28:36] </w:t>
      </w:r>
      <w:r>
        <w:t>کے لیے peaceful method سے آپ کوشش کیجئے۔</w:t>
      </w:r>
    </w:p>
    <w:p>
      <w:pPr>
        <w:jc w:val="right"/>
      </w:pPr>
      <w:r>
        <w:t>کے لیے پیس فل میتھڈ سے آپ کوشش کیجئے۔</w:t>
      </w:r>
    </w:p>
    <w:p>
      <w:r>
        <w:rPr>
          <w:b/>
        </w:rPr>
        <w:t xml:space="preserve">[28:41] </w:t>
      </w:r>
      <w:r>
        <w:t>ladai kya hai? ladai se nafratein paida hoti hain, ladai se violence paida hota hai, ladai se tashaddud</w:t>
      </w:r>
    </w:p>
    <w:p>
      <w:pPr>
        <w:jc w:val="right"/>
      </w:pPr>
      <w:r>
        <w:t>لڑائی کیا ہے؟ لڑائی سے نفرتیں پیدا ہوتی ہیں، لڑائی سے وائیلنس پیدا ہوتا ہے، لڑائی سے تشدد</w:t>
      </w:r>
    </w:p>
    <w:p>
      <w:r>
        <w:rPr>
          <w:b/>
        </w:rPr>
        <w:t xml:space="preserve">[28:47] </w:t>
      </w:r>
      <w:r>
        <w:t>paida hota hai.</w:t>
      </w:r>
    </w:p>
    <w:p>
      <w:pPr>
        <w:jc w:val="right"/>
      </w:pPr>
      <w:r>
        <w:t>پیدا ہوتا ہے۔</w:t>
      </w:r>
    </w:p>
    <w:p>
      <w:r>
        <w:rPr>
          <w:b/>
        </w:rPr>
        <w:t xml:space="preserve">[28:52] </w:t>
      </w:r>
      <w:r>
        <w:t>peaceful tareeqe se aap kaam karein to kuch bhi nahi, koi baat bigadti nahi.</w:t>
      </w:r>
    </w:p>
    <w:p>
      <w:pPr>
        <w:jc w:val="right"/>
      </w:pPr>
      <w:r>
        <w:t>پیس فل طریقے سے آپ کام کریں تو کچھ بھی نہیں، کوئی بات بگڑتی نہیں۔</w:t>
      </w:r>
    </w:p>
    <w:p>
      <w:r>
        <w:rPr>
          <w:b/>
        </w:rPr>
        <w:t xml:space="preserve">[28:57] </w:t>
      </w:r>
      <w:r>
        <w:t>to behraal yeh zamana woh hai jab ke aap ladai ko bilkul khatm samjhiye.</w:t>
      </w:r>
    </w:p>
    <w:p>
      <w:pPr>
        <w:jc w:val="right"/>
      </w:pPr>
      <w:r>
        <w:t>تو بہرحال یہ زمانہ وہ ہے جب کہ آپ لڑائی کو بالکل ختم سمجھیے۔</w:t>
      </w:r>
    </w:p>
    <w:p>
      <w:r>
        <w:rPr>
          <w:b/>
        </w:rPr>
        <w:t xml:space="preserve">[29:02] </w:t>
      </w:r>
      <w:r>
        <w:t>ab to sirf peaceful tareeqe se kaam kijiye. bas</w:t>
      </w:r>
    </w:p>
    <w:p>
      <w:pPr>
        <w:jc w:val="right"/>
      </w:pPr>
      <w:r>
        <w:t>اب تو صرف پیس فل طریقے سے کام کیجئے۔ بس</w:t>
      </w:r>
    </w:p>
    <w:p>
      <w:r>
        <w:rPr>
          <w:b/>
        </w:rPr>
        <w:t xml:space="preserve">[29:08] </w:t>
      </w:r>
      <w:r>
        <w:t>molana, un ka doosra sawal hai: taleem ke liye cheen tak jao, yahan pe kis taleem ka reference hai? deeni ya duniyavi? dekhiye, deeni duniyavi ki taqseem bhi galat hai. main is ko sahi nahi manta. utn al-ilm walaw kan bisin jo hadith hai, yeh koi yeh qawi hadith nahi hai, lekin ma'ni mein is ko durust samajhta hoon.</w:t>
      </w:r>
    </w:p>
    <w:p>
      <w:pPr>
        <w:jc w:val="right"/>
      </w:pPr>
      <w:r>
        <w:t>مولانا، ان کا دوسرا سوال ہے: تعلیم کے لیے چین تک جاؤ، یہاں پہ کس تعلیم کا ریفرنس ہے؟ دینی یا دنیاوی؟ دیکھیں، دینی دنیاوی کی تقسیم بھی غلط ہے۔ میں اس کو صحیح نہیں مانتا۔ اتن العلم ولو کان بسین جو حدیث ہے، یہ کوئی یہ قوی حدیث نہیں ہے، لیکن معنی میں اس کو درست سمجھتا ہوں۔</w:t>
      </w:r>
    </w:p>
    <w:p>
      <w:r>
        <w:rPr>
          <w:b/>
        </w:rPr>
        <w:t xml:space="preserve">[29:38] </w:t>
      </w:r>
      <w:r>
        <w:t>yani sanda yeh sahi nahi maani jaati.</w:t>
      </w:r>
    </w:p>
    <w:p>
      <w:pPr>
        <w:jc w:val="right"/>
      </w:pPr>
      <w:r>
        <w:t>یعنی سندا یہ صحیح نہیں مانی جاتی۔</w:t>
      </w:r>
    </w:p>
    <w:p>
      <w:r>
        <w:rPr>
          <w:b/>
        </w:rPr>
        <w:t xml:space="preserve">[29:42] </w:t>
      </w:r>
      <w:r>
        <w:t>ulama ne is ko nahi mana hai, lekin maani ka aitbaar durust hai ke ilm seekho, ilm seekho, ilm seekho.</w:t>
      </w:r>
    </w:p>
    <w:p>
      <w:pPr>
        <w:jc w:val="right"/>
      </w:pPr>
      <w:r>
        <w:t>علماء نے اس کو نہیں مانا ہے، لیکن معنی کا اعتبار درست ہے کہ علم سیکھو، علم سیکھو، علم سیکھو۔</w:t>
      </w:r>
    </w:p>
    <w:p>
      <w:r>
        <w:rPr>
          <w:b/>
        </w:rPr>
        <w:t xml:space="preserve">[29:46] </w:t>
      </w:r>
      <w:r>
        <w:t>aisi cheez ilm, deen aur duniya ke aitbaar se taqseem nahi hai.</w:t>
      </w:r>
    </w:p>
    <w:p>
      <w:pPr>
        <w:jc w:val="right"/>
      </w:pPr>
      <w:r>
        <w:t>ایسی چیز علم، دین اور دنیا کے اعتبار سے تقسیم نہیں ہے۔</w:t>
      </w:r>
    </w:p>
    <w:p>
      <w:r>
        <w:rPr>
          <w:b/>
        </w:rPr>
        <w:t xml:space="preserve">[29:51] </w:t>
      </w:r>
      <w:r>
        <w:t>ilm ki ke yeh duniya ka ilm hai, deen ka ilm hai.</w:t>
      </w:r>
    </w:p>
    <w:p>
      <w:pPr>
        <w:jc w:val="right"/>
      </w:pPr>
      <w:r>
        <w:t>علم کی کہ یہ دنیا کا علم ہے، دین کا علم ہے۔</w:t>
      </w:r>
    </w:p>
    <w:p>
      <w:r>
        <w:rPr>
          <w:b/>
        </w:rPr>
        <w:t xml:space="preserve">[29:55] </w:t>
      </w:r>
      <w:r>
        <w:t>har ilm ilm deen hai.</w:t>
      </w:r>
    </w:p>
    <w:p>
      <w:pPr>
        <w:jc w:val="right"/>
      </w:pPr>
      <w:r>
        <w:t>ہر علم علم دین ہے۔</w:t>
      </w:r>
    </w:p>
    <w:p>
      <w:r>
        <w:rPr>
          <w:b/>
        </w:rPr>
        <w:t xml:space="preserve">[29:59] </w:t>
      </w:r>
      <w:r>
        <w:t>bachche ki niyat durust ho aap ki.</w:t>
      </w:r>
    </w:p>
    <w:p>
      <w:pPr>
        <w:jc w:val="right"/>
      </w:pPr>
      <w:r>
        <w:t>بچتے کی نیت درست ہو آپ کی۔</w:t>
      </w:r>
    </w:p>
    <w:p>
      <w:r>
        <w:rPr>
          <w:b/>
        </w:rPr>
        <w:t xml:space="preserve">[30:03] </w:t>
      </w:r>
      <w:r>
        <w:t>main ne angrezi padhi, bazahir woh duniya ka ilm tha woh, lekin main ne padha tha deen dawat ke li</w:t>
      </w:r>
    </w:p>
    <w:p>
      <w:pPr>
        <w:jc w:val="right"/>
      </w:pPr>
      <w:r>
        <w:t>میں نے انگریزی پڑھی، بظاہر وہ دنیا کا علم تھا وہ، لیکن میں نے پڑھا تھا دین دعوت کے لی</w:t>
      </w:r>
    </w:p>
    <w:p>
      <w:r>
        <w:rPr>
          <w:b/>
        </w:rPr>
        <w:t xml:space="preserve">[30:08] </w:t>
      </w:r>
      <w:r>
        <w:t>to mere liye woh dunya ka ilm nahi tha, deen ka ilm tha woh. maine ilhadi falsafe ko padha. bade bade mulhidin jo hain, un ko un ke falsafe, un ki kitabein padhein jo khuda ko nahi mante. to bazahir woh deeni baat nahi thi, lekin mere liye to sahi thi ke main samajhna chah raha tha ke aaj ka zehan kya hai, aaj ka mind kya hai. to yeh taqseem galat hai ke deeni taleem, duniyavi taleem. aisi cheez hai niyat ke everything depends</w:t>
      </w:r>
    </w:p>
    <w:p>
      <w:pPr>
        <w:jc w:val="right"/>
      </w:pPr>
      <w:r>
        <w:t>ے۔ تو میرے لیے وہ دنیا کا علم نہیں تھا، دین کا علم تھا وہ۔ میں نے الحادی فلسفے کو پڑھا۔ بڑے بڑے ملحدین جو ہیں، ان کو ان کے فلسفے، ان کی کتابیں پڑھیں جو خدا کو نہیں مانتے۔ تو بظاہر وہ دینی بات نہیں تھی، لیکن میرے لیے تو صحیح تھی کہ میں سمجھنا چاہ رہا تھا کہ آج کا ذہن کیا ہے، آج کا مائنڈ کیا ہے۔ تو یہ تقسیم غلط ہے کہ دینی تعلیم، دنیاوی تعلیم۔ ایسی چیز ہے نیت کہ ایوری تھنگ ڈیپ</w:t>
      </w:r>
    </w:p>
    <w:p>
      <w:r>
        <w:rPr>
          <w:b/>
        </w:rPr>
        <w:t xml:space="preserve">[30:38] </w:t>
      </w:r>
      <w:r>
        <w:t>ands upon your intention.</w:t>
      </w:r>
    </w:p>
    <w:p>
      <w:pPr>
        <w:jc w:val="right"/>
      </w:pPr>
      <w:r>
        <w:t>ینڈز اپون یور انٹینشن۔</w:t>
      </w:r>
    </w:p>
    <w:p>
      <w:r>
        <w:rPr>
          <w:b/>
        </w:rPr>
        <w:t xml:space="preserve">[30:43] </w:t>
      </w:r>
      <w:r>
        <w:t>intention jo hai, wahi faisla karta hai ke woh woh sahi hai ya galat hai.</w:t>
      </w:r>
    </w:p>
    <w:p>
      <w:pPr>
        <w:jc w:val="right"/>
      </w:pPr>
      <w:r>
        <w:t>انٹینشن جو ہے، وہی فیصلہ کرتا ہے کہ وہ وہ صحیح ہے یا غلط ہے۔</w:t>
      </w:r>
    </w:p>
    <w:p>
      <w:r>
        <w:rPr>
          <w:b/>
        </w:rPr>
        <w:t xml:space="preserve">[30:48] </w:t>
      </w:r>
      <w:r>
        <w:t>تو you have always, you have to see your intention.</w:t>
      </w:r>
    </w:p>
    <w:p>
      <w:pPr>
        <w:jc w:val="right"/>
      </w:pPr>
      <w:r>
        <w:t>تو یو ہیو الویز، یو ہیو ٹو سی یور انٹینشن۔</w:t>
      </w:r>
    </w:p>
    <w:p>
      <w:r>
        <w:rPr>
          <w:b/>
        </w:rPr>
        <w:t xml:space="preserve">[30:53] </w:t>
      </w:r>
      <w:r>
        <w:t>This question is from Ms. Iram Quddusiah from Delhi.</w:t>
      </w:r>
    </w:p>
    <w:p>
      <w:pPr>
        <w:jc w:val="right"/>
      </w:pPr>
      <w:r>
        <w:t>دس کوئسچن از فرام مس ارم قدسیہ فرام ڈلی۔</w:t>
      </w:r>
    </w:p>
    <w:p>
      <w:r>
        <w:rPr>
          <w:b/>
        </w:rPr>
        <w:t xml:space="preserve">[30:58] </w:t>
      </w:r>
      <w:r>
        <w:t>One of my friend told that she is scared to disclose her identity of being a Muslim at her</w:t>
      </w:r>
    </w:p>
    <w:p>
      <w:pPr>
        <w:jc w:val="right"/>
      </w:pPr>
      <w:r>
        <w:t>ون اف مائی فرینڈ ٹولڈ دیٹ شی سکیر ٹو ڈسکلوز ہر ائیڈنٹٹی اف بینگ ا مسلم ایٹ ہر</w:t>
      </w:r>
    </w:p>
    <w:p>
      <w:r>
        <w:rPr>
          <w:b/>
        </w:rPr>
        <w:t xml:space="preserve">[31:03] </w:t>
      </w:r>
      <w:r>
        <w:t>workplace, because people over</w:t>
      </w:r>
    </w:p>
    <w:p>
      <w:pPr>
        <w:jc w:val="right"/>
      </w:pPr>
      <w:r>
        <w:t>ورک پلیس، بیکاز پیپل اوور</w:t>
      </w:r>
    </w:p>
    <w:p>
      <w:r>
        <w:rPr>
          <w:b/>
        </w:rPr>
        <w:t xml:space="preserve">[31:08] </w:t>
      </w:r>
      <w:r>
        <w:t>there are quite narrow minded.</w:t>
      </w:r>
    </w:p>
    <w:p>
      <w:pPr>
        <w:jc w:val="right"/>
      </w:pPr>
      <w:r>
        <w:t>دیر ار کوائٹ نیرو مائنڈڈ۔</w:t>
      </w:r>
    </w:p>
    <w:p>
      <w:r>
        <w:rPr>
          <w:b/>
        </w:rPr>
        <w:t xml:space="preserve">[31:13] </w:t>
      </w:r>
      <w:r>
        <w:t>Is such a behavior or thinking justified in today's era? How can then we follow the work? Maulana, please!</w:t>
      </w:r>
    </w:p>
    <w:p>
      <w:pPr>
        <w:jc w:val="right"/>
      </w:pPr>
      <w:r>
        <w:t>از سچ ا بیہیویئر اور تھنکنگ جسٹیفائیڈ ان ٹوڈے ایرا؟ ہاؤ کین دین وی فالو داور ورک؟ مولانا، پلیز!</w:t>
      </w:r>
    </w:p>
    <w:p>
      <w:r>
        <w:rPr>
          <w:b/>
        </w:rPr>
        <w:t xml:space="preserve">[31:18] </w:t>
      </w:r>
      <w:r>
        <w:t>main question samjha nahi.</w:t>
      </w:r>
    </w:p>
    <w:p>
      <w:pPr>
        <w:jc w:val="right"/>
      </w:pPr>
      <w:r>
        <w:t>میں کوئسچن سمجھا نہیں۔</w:t>
      </w:r>
    </w:p>
    <w:p>
      <w:r>
        <w:rPr>
          <w:b/>
        </w:rPr>
        <w:t xml:space="preserve">[31:23] </w:t>
      </w:r>
      <w:r>
        <w:t>Question کیا ہے؟ One of my friend told that she is scared to disclose her identity of being a</w:t>
      </w:r>
    </w:p>
    <w:p>
      <w:pPr>
        <w:jc w:val="right"/>
      </w:pPr>
      <w:r>
        <w:t>کوئسچن کیا ہے؟ ون اف مائی فرینڈ ٹولڈ دیٹ شی سکیر ٹو ڈسکلوز ہر ائیڈنٹٹی اف بینگ ا</w:t>
      </w:r>
    </w:p>
    <w:p>
      <w:r>
        <w:rPr>
          <w:b/>
        </w:rPr>
        <w:t xml:space="preserve">[31:28] </w:t>
      </w:r>
      <w:r>
        <w:t>Muslim at her workplace, because people over there are quite narrow-minded.</w:t>
      </w:r>
    </w:p>
    <w:p>
      <w:pPr>
        <w:jc w:val="right"/>
      </w:pPr>
      <w:r>
        <w:t>مسلم ایٹ ہر ورک پلیس، بیکاز پیپل اوور دیر ار کوائٹ نیرو مائنڈڈ۔</w:t>
      </w:r>
    </w:p>
    <w:p>
      <w:r>
        <w:rPr>
          <w:b/>
        </w:rPr>
        <w:t xml:space="preserve">[31:33] </w:t>
      </w:r>
      <w:r>
        <w:t>سو مولانا، she wants to know that whether such a behavior</w:t>
      </w:r>
    </w:p>
    <w:p>
      <w:pPr>
        <w:jc w:val="right"/>
      </w:pPr>
      <w:r>
        <w:t>سو مولانا، شی وانٹس ٹو نو دیٹ ویدر سچ ا بیہیوی</w:t>
      </w:r>
    </w:p>
    <w:p>
      <w:r>
        <w:rPr>
          <w:b/>
        </w:rPr>
        <w:t xml:space="preserve">[31:38] </w:t>
      </w:r>
      <w:r>
        <w:t>our or thinking is justified in today's era? and how can we then follow? dekhiye, yeh koi permanent cheez nahi hai. aaj aisa hai, kal badal jata hai. yeh koi permanent cheez nahi hai, yeh koi question nahi hai. halaat ke lehaz se aap ko kaam karna hai. for suppose, aaj aap ko aap ki identity chhupa ke karna hai to chhupa ke kijiye, lekin woh kal badal jayegi. woh koi rehne wali cheez nahi hai. hamare paas to kal RSS ke ek aadmi aa</w:t>
      </w:r>
    </w:p>
    <w:p>
      <w:pPr>
        <w:jc w:val="right"/>
      </w:pPr>
      <w:r>
        <w:t>ئر اور تھنکنگ از جسٹیفائیڈ ان ٹوڈے ایرا؟ اینڈ ہاؤ کین وی دین فالو؟ دیکھیں، یہ کوئی پرماننٹ چیز نہیں ہے۔ آج ایسا ہے، کل بدل جاتا ہے۔ یہ کوئی پرماننٹ چیز نہیں ہے، یہ کوئی کوئسچن نہیں ہے۔ حالات کے لحاظ سے آپ کو کام کرنا ہے۔ فار سپوز، آج آپ کو آپ کی ائیڈنٹٹی چھپا کے کرنا ہے تو چھپا کے کیجئے، لیکن وہ کل بدل جائے گی۔ وہ کوئی رہنے والی چیز نہیں ہے۔ ہمارے پاس تو کل آر ایس ایس کے ایک آدمی آ</w:t>
      </w:r>
    </w:p>
    <w:p>
      <w:r>
        <w:rPr>
          <w:b/>
        </w:rPr>
        <w:t xml:space="preserve">[32:08] </w:t>
      </w:r>
      <w:r>
        <w:t>ye the, pakke RSS ke aadmi, aur woh Islam par baatein ho rahi theen un se.</w:t>
      </w:r>
    </w:p>
    <w:p>
      <w:pPr>
        <w:jc w:val="right"/>
      </w:pPr>
      <w:r>
        <w:t>ئے تھے، پکے آر ایس ایس کے آدمی، اور وہ اسلام پر باتیں ہو رہی تھیں ان سے۔</w:t>
      </w:r>
    </w:p>
    <w:p>
      <w:r>
        <w:rPr>
          <w:b/>
        </w:rPr>
        <w:t xml:space="preserve">[32:14] </w:t>
      </w:r>
      <w:r>
        <w:t>to yeh is qism ke sawalat jo hain, woh koi bohat hi yani temporary nature ke hote hain,</w:t>
      </w:r>
    </w:p>
    <w:p>
      <w:pPr>
        <w:jc w:val="right"/>
      </w:pPr>
      <w:r>
        <w:t>تو یہ اس قسم کے سوالات جو ہیں، وہ کوئی بہت ہی یعنی ٹیمپریری نیچر کے ہوتے ہیں،</w:t>
      </w:r>
    </w:p>
    <w:p>
      <w:r>
        <w:rPr>
          <w:b/>
        </w:rPr>
        <w:t xml:space="preserve">[32:20] </w:t>
      </w:r>
      <w:r>
        <w:t>permanent nature ke nahi hote.</w:t>
      </w:r>
    </w:p>
    <w:p>
      <w:pPr>
        <w:jc w:val="right"/>
      </w:pPr>
      <w:r>
        <w:t>پرماننٹ نیچر کے نہیں ہوتے۔</w:t>
      </w:r>
    </w:p>
    <w:p>
      <w:r>
        <w:rPr>
          <w:b/>
        </w:rPr>
        <w:t xml:space="preserve">[32:26] </w:t>
      </w:r>
      <w:r>
        <w:t>to jaisi situation ho, jaise halaat hon, waisa kaam kijiye aaj aur kal ke liye.</w:t>
      </w:r>
    </w:p>
    <w:p>
      <w:pPr>
        <w:jc w:val="right"/>
      </w:pPr>
      <w:r>
        <w:t>تو جیسی سچویشن ہو، جیسے حالات ہوں، ویسا کام کیجئے آج اور کل کے لیے۔</w:t>
      </w:r>
    </w:p>
    <w:p>
      <w:r>
        <w:rPr>
          <w:b/>
        </w:rPr>
        <w:t xml:space="preserve">[32:32] </w:t>
      </w:r>
      <w:r>
        <w:t>Allah se umeed rakhiye ke halaat badal jayenge.</w:t>
      </w:r>
    </w:p>
    <w:p>
      <w:pPr>
        <w:jc w:val="right"/>
      </w:pPr>
      <w:r>
        <w:t>اللہ سے امید رکھیے کہ حالات بدل جائیں گے۔</w:t>
      </w:r>
    </w:p>
    <w:p>
      <w:r>
        <w:rPr>
          <w:b/>
        </w:rPr>
        <w:t xml:space="preserve">[32:38] </w:t>
      </w:r>
      <w:r>
        <w:t>This question is from Mr. Shah Imran Hasan from Delhi.</w:t>
      </w:r>
    </w:p>
    <w:p>
      <w:pPr>
        <w:jc w:val="right"/>
      </w:pPr>
      <w:r>
        <w:t>دس کوئسچن از فرام مسٹر شاہ عمران حسن فرام ڈلی۔</w:t>
      </w:r>
    </w:p>
    <w:p>
      <w:r>
        <w:rPr>
          <w:b/>
        </w:rPr>
        <w:t xml:space="preserve">[32:43] </w:t>
      </w:r>
      <w:r>
        <w:t>What is the importance of Muharram or Youm-e-Ashura in Islam? Yeh sab toh bid'at hai.</w:t>
      </w:r>
    </w:p>
    <w:p>
      <w:pPr>
        <w:jc w:val="right"/>
      </w:pPr>
      <w:r>
        <w:t>واٹ از دا امپورٹنس اف محرم اور یوم عاشورہ ان اسلام؟ یہ سب تو بدعت ہے۔</w:t>
      </w:r>
    </w:p>
    <w:p>
      <w:r>
        <w:rPr>
          <w:b/>
        </w:rPr>
        <w:t xml:space="preserve">[32:49] </w:t>
      </w:r>
      <w:r>
        <w:t>Saare ulama is ko bid'at batate hain.</w:t>
      </w:r>
    </w:p>
    <w:p>
      <w:pPr>
        <w:jc w:val="right"/>
      </w:pPr>
      <w:r>
        <w:t>سارے علماء اس کو بدعت بتاتے ہیں۔</w:t>
      </w:r>
    </w:p>
    <w:p>
      <w:r>
        <w:rPr>
          <w:b/>
        </w:rPr>
        <w:t xml:space="preserve">[32:54] </w:t>
      </w:r>
      <w:r>
        <w:t>Is ko aap riwaj, bohat se upar riwaj keh sakte hain.</w:t>
      </w:r>
    </w:p>
    <w:p>
      <w:pPr>
        <w:jc w:val="right"/>
      </w:pPr>
      <w:r>
        <w:t>اس کو آپ رواج، بہت سے اوپر رواج کہہ سکتے ہیں۔</w:t>
      </w:r>
    </w:p>
    <w:p>
      <w:r>
        <w:rPr>
          <w:b/>
        </w:rPr>
        <w:t xml:space="preserve">[32:59] </w:t>
      </w:r>
      <w:r>
        <w:t>Aap musalmanon ka cultural riwaj, is ka Islam se koi talluq nahi hai.</w:t>
      </w:r>
    </w:p>
    <w:p>
      <w:pPr>
        <w:jc w:val="right"/>
      </w:pPr>
      <w:r>
        <w:t>آپ مسلمانوں کا کلچرل رواج، اس کا اسلام سے کوئی تعلق نہیں ہے۔</w:t>
      </w:r>
    </w:p>
    <w:p>
      <w:r>
        <w:rPr>
          <w:b/>
        </w:rPr>
        <w:t xml:space="preserve">[33:04] </w:t>
      </w:r>
      <w:r>
        <w:t>Yaani woh Islam jo base karta hai Quran o Hadees par,</w:t>
      </w:r>
    </w:p>
    <w:p>
      <w:pPr>
        <w:jc w:val="right"/>
      </w:pPr>
      <w:r>
        <w:t>یعنی وہ اسلام جو بیس کرتا ہے قرآن و حدیث پر،</w:t>
      </w:r>
    </w:p>
    <w:p>
      <w:r>
        <w:rPr>
          <w:b/>
        </w:rPr>
        <w:t xml:space="preserve">[33:10] </w:t>
      </w:r>
      <w:r>
        <w:t>is pe koi talluq is ka nahi hai.</w:t>
      </w:r>
    </w:p>
    <w:p>
      <w:pPr>
        <w:jc w:val="right"/>
      </w:pPr>
      <w:r>
        <w:t>اس پہ کوئی تعلق اس کا نہیں ہے۔</w:t>
      </w:r>
    </w:p>
    <w:p>
      <w:r>
        <w:rPr>
          <w:b/>
        </w:rPr>
        <w:t xml:space="preserve">[33:14] </w:t>
      </w:r>
      <w:r>
        <w:t>Hadees mein likha aata hai ke teen zamane jo hain, un ko kaha jata hai qurun mashhood laha bil khair.</w:t>
      </w:r>
    </w:p>
    <w:p>
      <w:pPr>
        <w:jc w:val="right"/>
      </w:pPr>
      <w:r>
        <w:t>حدیث میں لکھا آتا ہے کہ تین زمانے جو ہیں، ان کو کہا جاتا ہے قرون مشہود لہا بالخیر۔</w:t>
      </w:r>
    </w:p>
    <w:p>
      <w:r>
        <w:rPr>
          <w:b/>
        </w:rPr>
        <w:t xml:space="preserve">[33:17] </w:t>
      </w:r>
      <w:r>
        <w:t>Qurun mashhood laha bil khair yaani teen zamane woh hain jo model hain: Rasool Allah ka zamana, Sahaba ka</w:t>
      </w:r>
    </w:p>
    <w:p>
      <w:pPr>
        <w:jc w:val="right"/>
      </w:pPr>
      <w:r>
        <w:t>قرون مشہود لہا بالخیر یعنی تین زمانے وہ ہیں جو ماڈل ہیں: رسول اللہ کا زمانہ، صحابہ کا</w:t>
      </w:r>
    </w:p>
    <w:p>
      <w:r>
        <w:rPr>
          <w:b/>
        </w:rPr>
        <w:t xml:space="preserve">[33:21] </w:t>
      </w:r>
      <w:r>
        <w:t>zamana, Tabe'een ka zamana.</w:t>
      </w:r>
    </w:p>
    <w:p>
      <w:pPr>
        <w:jc w:val="right"/>
      </w:pPr>
      <w:r>
        <w:t>زمانہ، تابعین کا زمانہ۔</w:t>
      </w:r>
    </w:p>
    <w:p>
      <w:r>
        <w:rPr>
          <w:b/>
        </w:rPr>
        <w:t xml:space="preserve">[33:25] </w:t>
      </w:r>
      <w:r>
        <w:t>Bas teen hi zamane ke bare mein Rasool Allah ne farmaya ke yeh model hai.</w:t>
      </w:r>
    </w:p>
    <w:p>
      <w:pPr>
        <w:jc w:val="right"/>
      </w:pPr>
      <w:r>
        <w:t>بس تین ہی زمانے کے بارے میں رسول اللہ نے فرمایا کہ یہ ماڈل ہے۔</w:t>
      </w:r>
    </w:p>
    <w:p>
      <w:r>
        <w:rPr>
          <w:b/>
        </w:rPr>
        <w:t xml:space="preserve">[33:29] </w:t>
      </w:r>
      <w:r>
        <w:t>Is ke baad koi zamane ka model nahi bataya.</w:t>
      </w:r>
    </w:p>
    <w:p>
      <w:pPr>
        <w:jc w:val="right"/>
      </w:pPr>
      <w:r>
        <w:t>اس کے بعد کوئی زمانے کا ماڈل نہیں بتایا۔</w:t>
      </w:r>
    </w:p>
    <w:p>
      <w:r>
        <w:rPr>
          <w:b/>
        </w:rPr>
        <w:t xml:space="preserve">[33:33] </w:t>
      </w:r>
      <w:r>
        <w:t>Yeh sab to baad ko nikli hain.</w:t>
      </w:r>
    </w:p>
    <w:p>
      <w:pPr>
        <w:jc w:val="right"/>
      </w:pPr>
      <w:r>
        <w:t>یہ سب تو بعد کو نکلی ہیں۔</w:t>
      </w:r>
    </w:p>
    <w:p>
      <w:r>
        <w:rPr>
          <w:b/>
        </w:rPr>
        <w:t xml:space="preserve">[33:36] </w:t>
      </w:r>
      <w:r>
        <w:t>Yeh sab cheezein in teen zamano mein</w:t>
      </w:r>
    </w:p>
    <w:p>
      <w:pPr>
        <w:jc w:val="right"/>
      </w:pPr>
      <w:r>
        <w:t>یہ سب چیزیں ان تین زمانوں میں</w:t>
      </w:r>
    </w:p>
    <w:p>
      <w:r>
        <w:rPr>
          <w:b/>
        </w:rPr>
        <w:t xml:space="preserve">[33:40] </w:t>
      </w:r>
      <w:r>
        <w:t>yeh sab tha hi nahin. to yeh to bohat se bohat, is ko agar aap mazhabi lafz bolen to kaha jaega ke bid'at hai, aur agar aap mazhabi lafz ko avoid karen to aap kaha jaega ke cultural riwaj hai. bas is se zyada is ki haqeeqat nahin hai. das question is from miss naghma siddiqui from delhi. please explain the importance of roza in ninth and tenth moharram. waz it from the time of</w:t>
      </w:r>
    </w:p>
    <w:p>
      <w:pPr>
        <w:jc w:val="right"/>
      </w:pPr>
      <w:r>
        <w:t>یہ سب تھا ہی نہیں۔ تو یہ تو بہت سے بہت، اس کو اگر آپ مذہبی لفظ بولیں تو کہا جائے گا کہ بدعت ہے، اور اگر آپ مذہبی لفظ کو اوائڈ کریں تو آپ کہا جائے گا کہ کلچرل رواج ہے۔ بس اس سے زیادہ اس کی حقیقت نہیں ہے۔ دس کوئسچن از فرام مس نغمہ صدیقی فرام ڈلی۔ پلیز ایکسپلین دی امپورٹنس اف روزہ ان نائنتھ اینڈ ٹینتھ محرم۔ واز اٹ فرام دا ٹائم اف</w:t>
      </w:r>
    </w:p>
    <w:p>
      <w:r>
        <w:rPr>
          <w:b/>
        </w:rPr>
        <w:t xml:space="preserve">[34:10] </w:t>
      </w:r>
      <w:r>
        <w:t>hazrat musa? yeh sab aise hi hai. yani rakhe to rakhe, na rakhe to na rakhe, is ki koi ahmiyat nahin hai. in cheezon ki islam mein koi ahmiyat nahin hai. kuch log rakhte hain to theek hai, rakh lijie, lekin is ko fazail batana, yeh fazail, woh fazail, yeh bilkul baseless baat hai. kisi bhi din ke sath jo bhi amal ke fazail bataye jaen, woh samajh lijie ke woh be buniyad hain. islam mein fazilat ka taluq intention</w:t>
      </w:r>
    </w:p>
    <w:p>
      <w:pPr>
        <w:jc w:val="right"/>
      </w:pPr>
      <w:r>
        <w:t>حضرت موسی؟ یہ سب ایسے ہی ہے۔ یعنی رکھے تو رکھے، نہ رکھے تو نہ رکھے، اس کی کوئی اہمیت نہیں ہے۔ ان چیزوں کی اسلام میں کوئی اہمیت نہیں ہے۔ کچھ لوگ رکھتے ہیں تو ٹھیک ہے، رکھ لیجئے، لیکن اس کو فضائل بتانا، یہ فضائل، وہ فضائل، یہ بالکل بیسلیس بات ہے۔ کسی بھی دن کے ساتھ جو بھی عمل کے فضائل بتائے جائیں، وہ سمجھ لیجئے کہ وہ بے بنیاد ہیں۔ اسلام میں فضیلت کا تعلق انٹینشن</w:t>
      </w:r>
    </w:p>
    <w:p>
      <w:r>
        <w:rPr>
          <w:b/>
        </w:rPr>
        <w:t xml:space="preserve">[34:40] </w:t>
      </w:r>
      <w:r>
        <w:t>z hain, din se nahi hai ke falan din kaam karo to yeh fazilat, falan din kaam karo, woh fazilat.</w:t>
      </w:r>
    </w:p>
    <w:p>
      <w:pPr>
        <w:jc w:val="right"/>
      </w:pPr>
      <w:r>
        <w:t>ز ہیں، دن سے نہیں ہے کہ فلاں دن کام کرو تو یہ فضیلت، فلاں دن کام کرو، وہ فضیلت۔</w:t>
      </w:r>
    </w:p>
    <w:p>
      <w:r>
        <w:rPr>
          <w:b/>
        </w:rPr>
        <w:t xml:space="preserve">[34:45] </w:t>
      </w:r>
      <w:r>
        <w:t>Yeh sab kuch nahi hai.</w:t>
      </w:r>
    </w:p>
    <w:p>
      <w:pPr>
        <w:jc w:val="right"/>
      </w:pPr>
      <w:r>
        <w:t>یہ سب کچھ نہیں ہے۔</w:t>
      </w:r>
    </w:p>
    <w:p>
      <w:r>
        <w:rPr>
          <w:b/>
        </w:rPr>
        <w:t xml:space="preserve">[34:50] </w:t>
      </w:r>
      <w:r>
        <w:t>Intention jaisi hai, is ke lehaz se fazilat banti hai.</w:t>
      </w:r>
    </w:p>
    <w:p>
      <w:pPr>
        <w:jc w:val="right"/>
      </w:pPr>
      <w:r>
        <w:t>انٹینشن جیسی ہے، اس کے لحاظ سے فضیلت بنتی ہے۔</w:t>
      </w:r>
    </w:p>
    <w:p>
      <w:r>
        <w:rPr>
          <w:b/>
        </w:rPr>
        <w:t xml:space="preserve">[34:55] </w:t>
      </w:r>
      <w:r>
        <w:t>Saara sawab jo hai, depend karta hai ke kitne achhe intention ke sath aap ne kaam kiya.</w:t>
      </w:r>
    </w:p>
    <w:p>
      <w:pPr>
        <w:jc w:val="right"/>
      </w:pPr>
      <w:r>
        <w:t>سارا ثواب جو ہے، ڈیپینڈ کرتا ہے کہ کتنے اچھے انٹینشن کے ساتھ آپ نے کام کیا۔</w:t>
      </w:r>
    </w:p>
    <w:p>
      <w:r>
        <w:rPr>
          <w:b/>
        </w:rPr>
        <w:t xml:space="preserve">[35:00] </w:t>
      </w:r>
      <w:r>
        <w:t>Koi din, koi tareekh, yeh is ki koi haqeeqat nahi hai.</w:t>
      </w:r>
    </w:p>
    <w:p>
      <w:pPr>
        <w:jc w:val="right"/>
      </w:pPr>
      <w:r>
        <w:t>کوئی دن، کوئی تاریخ، یہ اس کی کوئی حقیقت نہیں ہے۔</w:t>
      </w:r>
    </w:p>
    <w:p>
      <w:r>
        <w:rPr>
          <w:b/>
        </w:rPr>
        <w:t xml:space="preserve">[35:05] </w:t>
      </w:r>
      <w:r>
        <w:t>This question is from Dr. Farida Khanum from Delhi.</w:t>
      </w:r>
    </w:p>
    <w:p>
      <w:pPr>
        <w:jc w:val="right"/>
      </w:pPr>
      <w:r>
        <w:t>دس کوئسچن از فرام ڈاکٹر فریدہ خانم فرام ڈلی۔</w:t>
      </w:r>
    </w:p>
    <w:p>
      <w:r>
        <w:rPr>
          <w:b/>
        </w:rPr>
        <w:t xml:space="preserve">[35:11] </w:t>
      </w:r>
      <w:r>
        <w:t>God has blessed man with so much boundaries.</w:t>
      </w:r>
    </w:p>
    <w:p>
      <w:pPr>
        <w:jc w:val="right"/>
      </w:pPr>
      <w:r>
        <w:t>گاڈ ہیز بلیس مین ود سو مچ باؤنڈریز۔</w:t>
      </w:r>
    </w:p>
    <w:p>
      <w:r>
        <w:rPr>
          <w:b/>
        </w:rPr>
        <w:t xml:space="preserve">[35:14] </w:t>
      </w:r>
      <w:r>
        <w:t>It seems God himself has pampered man.</w:t>
      </w:r>
    </w:p>
    <w:p>
      <w:pPr>
        <w:jc w:val="right"/>
      </w:pPr>
      <w:r>
        <w:t>اٹ سیمز گاڈ ہم سیلف ہیز پیمپرڈ مین۔</w:t>
      </w:r>
    </w:p>
    <w:p>
      <w:r>
        <w:rPr>
          <w:b/>
        </w:rPr>
        <w:t xml:space="preserve">[35:18] </w:t>
      </w:r>
      <w:r>
        <w:t>How can man overcome this pampering and become a man or woman cut to size? Kindly comment.</w:t>
      </w:r>
    </w:p>
    <w:p>
      <w:pPr>
        <w:jc w:val="right"/>
      </w:pPr>
      <w:r>
        <w:t>ہاؤ کین مین اوورکم دس پیمپرنگ اینڈ بیکم ا مین اور وومن کٹ ٹو سائز؟ کائنڈلی کمنٹ۔</w:t>
      </w:r>
    </w:p>
    <w:p>
      <w:r>
        <w:rPr>
          <w:b/>
        </w:rPr>
        <w:t xml:space="preserve">[35:22] </w:t>
      </w:r>
      <w:r>
        <w:t>Pampering to lafz sahi nahi hai.</w:t>
      </w:r>
    </w:p>
    <w:p>
      <w:pPr>
        <w:jc w:val="right"/>
      </w:pPr>
      <w:r>
        <w:t>پیمپرنگ تو لفظ صحیح نہیں ہے۔</w:t>
      </w:r>
    </w:p>
    <w:p>
      <w:r>
        <w:rPr>
          <w:b/>
        </w:rPr>
        <w:t xml:space="preserve">[35:26] </w:t>
      </w:r>
      <w:r>
        <w:t>Aap keh sakte hain ke blessing keh sakte hain.</w:t>
      </w:r>
    </w:p>
    <w:p>
      <w:pPr>
        <w:jc w:val="right"/>
      </w:pPr>
      <w:r>
        <w:t>آپ کہہ سکتے ہیں کہ بلیسنگ کہہ سکتے ہیں۔</w:t>
      </w:r>
    </w:p>
    <w:p>
      <w:r>
        <w:rPr>
          <w:b/>
        </w:rPr>
        <w:t xml:space="preserve">[35:29] </w:t>
      </w:r>
      <w:r>
        <w:t>Is ko blessing kaha ja sakta hai.</w:t>
      </w:r>
    </w:p>
    <w:p>
      <w:pPr>
        <w:jc w:val="right"/>
      </w:pPr>
      <w:r>
        <w:t>اس کو بلیسنگ کہا جا سکتا ہے۔</w:t>
      </w:r>
    </w:p>
    <w:p>
      <w:r>
        <w:rPr>
          <w:b/>
        </w:rPr>
        <w:t xml:space="preserve">[35:33] </w:t>
      </w:r>
      <w:r>
        <w:t>Pampering to ek achha word nahi hai.</w:t>
      </w:r>
    </w:p>
    <w:p>
      <w:pPr>
        <w:jc w:val="right"/>
      </w:pPr>
      <w:r>
        <w:t>پیمپرنگ تو ایک اچھا ورڈ نہیں ہے۔</w:t>
      </w:r>
    </w:p>
    <w:p>
      <w:r>
        <w:rPr>
          <w:b/>
        </w:rPr>
        <w:t xml:space="preserve">[35:37] </w:t>
      </w:r>
      <w:r>
        <w:t>Kya kya sawal hai</w:t>
      </w:r>
    </w:p>
    <w:p>
      <w:pPr>
        <w:jc w:val="right"/>
      </w:pPr>
      <w:r>
        <w:t>کیا کیا سوال ہے</w:t>
      </w:r>
    </w:p>
    <w:p>
      <w:r>
        <w:rPr>
          <w:b/>
        </w:rPr>
        <w:t xml:space="preserve">[35:41] </w:t>
      </w:r>
      <w:r>
        <w:t>؟ کوئسچن کیا ہے؟ اصل How can man overcome this pampering and become a man or woman cut</w:t>
      </w:r>
    </w:p>
    <w:p>
      <w:pPr>
        <w:jc w:val="right"/>
      </w:pPr>
      <w:r>
        <w:t>؟ کوئسچن کیا ہے؟ اصل ہاؤ کین مین اوورکم دس پیمپرنگ اینڈ بیکم ا مین اور وومن کٹ</w:t>
      </w:r>
    </w:p>
    <w:p>
      <w:r>
        <w:rPr>
          <w:b/>
        </w:rPr>
        <w:t xml:space="preserve">[35:57] </w:t>
      </w:r>
      <w:r>
        <w:t>to size? Cut to size to yaani</w:t>
      </w:r>
    </w:p>
    <w:p>
      <w:pPr>
        <w:jc w:val="right"/>
      </w:pPr>
      <w:r>
        <w:t>ٹو سائز؟ کٹ ٹو سائز تو یعنی</w:t>
      </w:r>
    </w:p>
    <w:p>
      <w:r>
        <w:rPr>
          <w:b/>
        </w:rPr>
        <w:t xml:space="preserve">[36:13] </w:t>
      </w:r>
      <w:r>
        <w:t>Cut to size ka matlab yeh hai ke apni yeh bohat achha lafz hai.</w:t>
      </w:r>
    </w:p>
    <w:p>
      <w:pPr>
        <w:jc w:val="right"/>
      </w:pPr>
      <w:r>
        <w:t>کٹ ٹو سائز کا مطلب یہ ہے کہ اپنی یہ بہت اچھا لفظ ہے۔</w:t>
      </w:r>
    </w:p>
    <w:p>
      <w:r>
        <w:rPr>
          <w:b/>
        </w:rPr>
        <w:t xml:space="preserve">[36:18] </w:t>
      </w:r>
      <w:r>
        <w:t>yeh cut to size ka yani apni yani apni hesiyat haqeeqi tak pohnch jana.</w:t>
      </w:r>
    </w:p>
    <w:p>
      <w:pPr>
        <w:jc w:val="right"/>
      </w:pPr>
      <w:r>
        <w:t>یہ کٹ ٹو سائز کا یعنی اپنی یعنی اپنی حیثیت حقیقی تک پہنچ جانا۔</w:t>
      </w:r>
    </w:p>
    <w:p>
      <w:r>
        <w:rPr>
          <w:b/>
        </w:rPr>
        <w:t xml:space="preserve">[36:23] </w:t>
      </w:r>
      <w:r>
        <w:t>jaise ke misaal mein doon, jab bangladesh bana tha, yani pakistan do tukre ho gaye the, to</w:t>
      </w:r>
    </w:p>
    <w:p>
      <w:pPr>
        <w:jc w:val="right"/>
      </w:pPr>
      <w:r>
        <w:t>جیسے کہ مثال میں دوں، جب بنگلہ دیش بنا تھا، یعنی پاکستان دو ٹکڑے ہو گئے تھے، تو</w:t>
      </w:r>
    </w:p>
    <w:p>
      <w:r>
        <w:rPr>
          <w:b/>
        </w:rPr>
        <w:t xml:space="preserve">[36:29] </w:t>
      </w:r>
      <w:r>
        <w:t>kai kitabein chhapi theen.</w:t>
      </w:r>
    </w:p>
    <w:p>
      <w:pPr>
        <w:jc w:val="right"/>
      </w:pPr>
      <w:r>
        <w:t>کئی کتابیں چھپی تھیں۔</w:t>
      </w:r>
    </w:p>
    <w:p>
      <w:r>
        <w:rPr>
          <w:b/>
        </w:rPr>
        <w:t xml:space="preserve">[36:34] </w:t>
      </w:r>
      <w:r>
        <w:t>un ke title hote the ke dismemberment of pakistan, partition after partition waghera.</w:t>
      </w:r>
    </w:p>
    <w:p>
      <w:pPr>
        <w:jc w:val="right"/>
      </w:pPr>
      <w:r>
        <w:t>ان کے ٹائٹل ہوتے تھے کہ ڈس ممبرمنٹ اف پاکستان، پارٹیشن افٹر پارٹیشن وغیرہ۔</w:t>
      </w:r>
    </w:p>
    <w:p>
      <w:r>
        <w:rPr>
          <w:b/>
        </w:rPr>
        <w:t xml:space="preserve">[36:39] </w:t>
      </w:r>
      <w:r>
        <w:t>ek kitab chhapi thi, is ka naam tha</w:t>
      </w:r>
    </w:p>
    <w:p>
      <w:pPr>
        <w:jc w:val="right"/>
      </w:pPr>
      <w:r>
        <w:t>ایک کتاب چھپی تھی، اس کا نام تھا</w:t>
      </w:r>
    </w:p>
    <w:p>
      <w:r>
        <w:rPr>
          <w:b/>
        </w:rPr>
        <w:t xml:space="preserve">[36:44] </w:t>
      </w:r>
      <w:r>
        <w:t>Pakistan cut to size, that Pakistan, it was an artificial expansion, that one, one here East</w:t>
      </w:r>
    </w:p>
    <w:p>
      <w:pPr>
        <w:jc w:val="right"/>
      </w:pPr>
      <w:r>
        <w:t>پاکستان کٹ ٹو سائز کہ پاکستان ایک ایک ارٹیفیشل اس کا ایکسپینشن تھا کہ ایک ایک ادھر ایسٹ</w:t>
      </w:r>
    </w:p>
    <w:p>
      <w:r>
        <w:rPr>
          <w:b/>
        </w:rPr>
        <w:t xml:space="preserve">[36:48] </w:t>
      </w:r>
      <w:r>
        <w:t>pakistan, idhar west pakistan, beech mein hazar mil ka fasla.</w:t>
      </w:r>
    </w:p>
    <w:p>
      <w:pPr>
        <w:jc w:val="right"/>
      </w:pPr>
      <w:r>
        <w:t>پاکستان، ادھر ویسٹ پاکستان، بیچ میں ہزار میل کا فاصلہ۔</w:t>
      </w:r>
    </w:p>
    <w:p>
      <w:r>
        <w:rPr>
          <w:b/>
        </w:rPr>
        <w:t xml:space="preserve">[36:53] </w:t>
      </w:r>
      <w:r>
        <w:t>to yeh yeh ek aisa koi mulk to hota nahin.</w:t>
      </w:r>
    </w:p>
    <w:p>
      <w:pPr>
        <w:jc w:val="right"/>
      </w:pPr>
      <w:r>
        <w:t>تو یہ یہ ایک ایسا کوئی ملک تو ہوتا نہیں۔</w:t>
      </w:r>
    </w:p>
    <w:p>
      <w:r>
        <w:rPr>
          <w:b/>
        </w:rPr>
        <w:t xml:space="preserve">[36:57] </w:t>
      </w:r>
      <w:r>
        <w:t>to yeh ek artificial tha.</w:t>
      </w:r>
    </w:p>
    <w:p>
      <w:pPr>
        <w:jc w:val="right"/>
      </w:pPr>
      <w:r>
        <w:t>تو یہ ایک ارٹیفیشل تھا۔</w:t>
      </w:r>
    </w:p>
    <w:p>
      <w:r>
        <w:rPr>
          <w:b/>
        </w:rPr>
        <w:t xml:space="preserve">[37:01] </w:t>
      </w:r>
      <w:r>
        <w:t>yeh to woh masnooi pan khatm ho gaya.</w:t>
      </w:r>
    </w:p>
    <w:p>
      <w:pPr>
        <w:jc w:val="right"/>
      </w:pPr>
      <w:r>
        <w:t>یہ تو وہ مصنوعی پن ختم ہو گیا۔</w:t>
      </w:r>
    </w:p>
    <w:p>
      <w:r>
        <w:rPr>
          <w:b/>
        </w:rPr>
        <w:t xml:space="preserve">[37:06] </w:t>
      </w:r>
      <w:r>
        <w:t>jo real pakistan jo tha, wohi baqi raha.</w:t>
      </w:r>
    </w:p>
    <w:p>
      <w:pPr>
        <w:jc w:val="right"/>
      </w:pPr>
      <w:r>
        <w:t>جو ریئل پاکستان جو تھا، وہی باقی رہا۔</w:t>
      </w:r>
    </w:p>
    <w:p>
      <w:r>
        <w:rPr>
          <w:b/>
        </w:rPr>
        <w:t xml:space="preserve">[37:10] </w:t>
      </w:r>
      <w:r>
        <w:t>to is ka naam rakha tha unhon ne</w:t>
      </w:r>
    </w:p>
    <w:p>
      <w:pPr>
        <w:jc w:val="right"/>
      </w:pPr>
      <w:r>
        <w:t>تو اس کا نام رکھا تھا انہوں نے</w:t>
      </w:r>
    </w:p>
    <w:p>
      <w:r>
        <w:rPr>
          <w:b/>
        </w:rPr>
        <w:t xml:space="preserve">[37:14] </w:t>
      </w:r>
      <w:r>
        <w:t>pakistan cut to size.</w:t>
      </w:r>
    </w:p>
    <w:p>
      <w:pPr>
        <w:jc w:val="right"/>
      </w:pPr>
      <w:r>
        <w:t>پاکستان کٹ ٹو سائز۔</w:t>
      </w:r>
    </w:p>
    <w:p>
      <w:r>
        <w:rPr>
          <w:b/>
        </w:rPr>
        <w:t xml:space="preserve">[37:19] </w:t>
      </w:r>
      <w:r>
        <w:t>to insan ka muamla bhi yahi hai ke yeh jo insan ke andar jo cheezein hoti hain, maslan</w:t>
      </w:r>
    </w:p>
    <w:p>
      <w:pPr>
        <w:jc w:val="right"/>
      </w:pPr>
      <w:r>
        <w:t>تو انسان کا معاملہ بھی یہی ہے کہ یہ جو انسان کے اندر جو چیزیں ہوتی ہیں، مثلاً</w:t>
      </w:r>
    </w:p>
    <w:p>
      <w:r>
        <w:rPr>
          <w:b/>
        </w:rPr>
        <w:t xml:space="preserve">[37:24] </w:t>
      </w:r>
      <w:r>
        <w:t>maslan organs hain, maslan is ke andar woh hai apne ko kuch samajhna, pride hai waghera.</w:t>
      </w:r>
    </w:p>
    <w:p>
      <w:pPr>
        <w:jc w:val="right"/>
      </w:pPr>
      <w:r>
        <w:t>مثلاً ارگنز ہیں، مثلاً اس کے اندر وہ ہے اپنے کو کچھ سمجھنا، پرائیڈ ہے وغیرہ۔</w:t>
      </w:r>
    </w:p>
    <w:p>
      <w:r>
        <w:rPr>
          <w:b/>
        </w:rPr>
        <w:t xml:space="preserve">[37:29] </w:t>
      </w:r>
      <w:r>
        <w:t>yeh sab kya hai? yeh yeh farzi qism ke ghubare jaisi barhoti hai.</w:t>
      </w:r>
    </w:p>
    <w:p>
      <w:pPr>
        <w:jc w:val="right"/>
      </w:pPr>
      <w:r>
        <w:t>یہ سب کیا ہے؟ یہ یہ فرضی قسم کے غبارے جیسی بڑھوتی ہے۔</w:t>
      </w:r>
    </w:p>
    <w:p>
      <w:r>
        <w:rPr>
          <w:b/>
        </w:rPr>
        <w:t xml:space="preserve">[37:34] </w:t>
      </w:r>
      <w:r>
        <w:t>jab ghubara haqeeqat mein itna bara hota hai, phool jaye to itna bara ho gaya woh.</w:t>
      </w:r>
    </w:p>
    <w:p>
      <w:pPr>
        <w:jc w:val="right"/>
      </w:pPr>
      <w:r>
        <w:t>جب غبارہ حقیقت میں اتنا بڑا ہوتا ہے، پھول جائے تو اتنا بڑا ہو گیا وہ۔</w:t>
      </w:r>
    </w:p>
    <w:p>
      <w:r>
        <w:rPr>
          <w:b/>
        </w:rPr>
        <w:t xml:space="preserve">[37:39] </w:t>
      </w:r>
      <w:r>
        <w:t>to insan ke andar yeh jab</w:t>
      </w:r>
    </w:p>
    <w:p>
      <w:pPr>
        <w:jc w:val="right"/>
      </w:pPr>
      <w:r>
        <w:t>تو انسان کے اندر یہ جب</w:t>
      </w:r>
    </w:p>
    <w:p>
      <w:r>
        <w:rPr>
          <w:b/>
        </w:rPr>
        <w:t xml:space="preserve">[37:44] </w:t>
      </w:r>
      <w:r>
        <w:t>cheezen jo hain, yeh yeh sab yani masnooi hain, artificial hain. woh jab woh khatam ho jaen to woh mind cut to size ban gaya hai. woh to is ka taluq sochne se hai. aadmi agar soche to bohat aasani se aap ko cut to size kar sakta hai. to sochte sab is ka jagah yeh sab masnooi hain, sab banawati hain. mera fakhr banawati hai, mera organs banawati hai, apne ko kuch samajhna yeh banawati hai. maslan delhi mein ek</w:t>
      </w:r>
    </w:p>
    <w:p>
      <w:pPr>
        <w:jc w:val="right"/>
      </w:pPr>
      <w:r>
        <w:t>چیزیں جو ہیں، یہ یہ سب یعنی مصنوعی ہیں، ارٹیفیشل ہیں۔ وہ جب وہ ختم ہو جائیں تو وہ مائنڈ کٹ ٹو سائز بن گیا ہے۔ وہ تو اس کا تعلق سوچنے سے ہے۔ آدمی اگر سوچے تو بہت آسانی سے آپ کو کٹ ٹو سائز کر سکتا ہے۔ تو سوچتے سب اس کا جگہ یہ سب مصنوعی ہیں، سب بناوٹی ہیں۔ میرا فخر بناوٹی ہے، میرا ارگنز بناوٹی ہے، اپنے کو کچھ سمجھنا یہ بناوٹی ہے۔ مثلاً دلی میں ایک</w:t>
      </w:r>
    </w:p>
    <w:p>
      <w:r>
        <w:rPr>
          <w:b/>
        </w:rPr>
        <w:t xml:space="preserve">[38:14] </w:t>
      </w:r>
      <w:r>
        <w:t>bohat bare professor the, bohat bare scholar maane jate the.</w:t>
      </w:r>
    </w:p>
    <w:p>
      <w:pPr>
        <w:jc w:val="right"/>
      </w:pPr>
      <w:r>
        <w:t>بہت بڑے پروفیسر تھے، بہت بڑے اسکالر مانے جاتے تھے۔</w:t>
      </w:r>
    </w:p>
    <w:p>
      <w:r>
        <w:rPr>
          <w:b/>
        </w:rPr>
        <w:t xml:space="preserve">[38:18] </w:t>
      </w:r>
      <w:r>
        <w:t>mein un se mila barhape ke zaman mein to un ki memory chali gayi thi.</w:t>
      </w:r>
    </w:p>
    <w:p>
      <w:pPr>
        <w:jc w:val="right"/>
      </w:pPr>
      <w:r>
        <w:t>میں ان سے ملا بڑھاپے کے زمانے میں تو ان کی میموری چلی گئی تھی۔</w:t>
      </w:r>
    </w:p>
    <w:p>
      <w:r>
        <w:rPr>
          <w:b/>
        </w:rPr>
        <w:t xml:space="preserve">[38:22] </w:t>
      </w:r>
      <w:r>
        <w:t>pehchante nahin the aadmi ko.</w:t>
      </w:r>
    </w:p>
    <w:p>
      <w:pPr>
        <w:jc w:val="right"/>
      </w:pPr>
      <w:r>
        <w:t>پہچانتے نہیں تھے آدمی کو۔</w:t>
      </w:r>
    </w:p>
    <w:p>
      <w:r>
        <w:rPr>
          <w:b/>
        </w:rPr>
        <w:t xml:space="preserve">[38:26] </w:t>
      </w:r>
      <w:r>
        <w:t>yani woh aadmi jo bohat zabardast scholar, internationally international repute thi un ki, lekin memory chali gayi to</w:t>
      </w:r>
    </w:p>
    <w:p>
      <w:pPr>
        <w:jc w:val="right"/>
      </w:pPr>
      <w:r>
        <w:t>یعنی وہ آدمی جو بہت زبردست اسکالر، انٹرنیشنلی انٹرنیشنل ریپیوٹ تھی ان کی، لیکن میموری چلی گئی تو</w:t>
      </w:r>
    </w:p>
    <w:p>
      <w:r>
        <w:rPr>
          <w:b/>
        </w:rPr>
        <w:t xml:space="preserve">[38:30] </w:t>
      </w:r>
      <w:r>
        <w:t>kuch bhi nahin hai.</w:t>
      </w:r>
    </w:p>
    <w:p>
      <w:pPr>
        <w:jc w:val="right"/>
      </w:pPr>
      <w:r>
        <w:t>کچھ بھی نہیں ہے۔</w:t>
      </w:r>
    </w:p>
    <w:p>
      <w:r>
        <w:rPr>
          <w:b/>
        </w:rPr>
        <w:t xml:space="preserve">[38:34] </w:t>
      </w:r>
      <w:r>
        <w:t>woh aise bane aur bohat se log dekhe hain ke koi ek cheez gadbad ho gayi to sab</w:t>
      </w:r>
    </w:p>
    <w:p>
      <w:pPr>
        <w:jc w:val="right"/>
      </w:pPr>
      <w:r>
        <w:t>وہ ایسے بنے اور بہت سے لوگ دیکھے ہیں کہ کوئی ایک چیز گڑبڑ ہو گئی تو سب</w:t>
      </w:r>
    </w:p>
    <w:p>
      <w:r>
        <w:rPr>
          <w:b/>
        </w:rPr>
        <w:t xml:space="preserve">[38:38] </w:t>
      </w:r>
      <w:r>
        <w:t>muamla bigad gaya un ka.</w:t>
      </w:r>
    </w:p>
    <w:p>
      <w:pPr>
        <w:jc w:val="right"/>
      </w:pPr>
      <w:r>
        <w:t>معاملہ بگڑ گیا ان کا۔</w:t>
      </w:r>
    </w:p>
    <w:p>
      <w:r>
        <w:rPr>
          <w:b/>
        </w:rPr>
        <w:t xml:space="preserve">[38:42] </w:t>
      </w:r>
      <w:r>
        <w:t>to agar aadmi apni soche</w:t>
      </w:r>
    </w:p>
    <w:p>
      <w:pPr>
        <w:jc w:val="right"/>
      </w:pPr>
      <w:r>
        <w:t>تو اگر آدمی اپنی سوچے</w:t>
      </w:r>
    </w:p>
    <w:p>
      <w:r>
        <w:rPr>
          <w:b/>
        </w:rPr>
        <w:t xml:space="preserve">[38:46] </w:t>
      </w:r>
      <w:r>
        <w:t>apne bare mein to lage ke mera pride bhi kuch bhi nahin hai. kis base pe main pride karoon? kis base pe main fakhr karoon? woh sab ghubara hai. to soch kar aadmi apne aap ko mind cut to size banata hai aur koi tareeqa nahin hai. doosra koi tareeqa nahin hai. allah taala ne aadmi ke ke andar jazbat rakhe hain, yeh sahi hai, lekin aqal bhi to di hai. aqal se apne jazbat ko overcome kar sakta hai. aqal se apne jazbat ko</w:t>
      </w:r>
    </w:p>
    <w:p>
      <w:pPr>
        <w:jc w:val="right"/>
      </w:pPr>
      <w:r>
        <w:t>اپنے بارے میں تو لگے کہ میرا پرائیڈ بھی کچھ بھی نہیں ہے۔ کس بیس پہ میں پرائیڈ کروں؟ کس بیس پہ میں فخر کروں؟ وہ سب غبارہ ہے۔ تو سوچ کر آدمی اپنے آپ کو مائنڈ کٹ ٹو سائز بناتا ہے اور کوئی طریقہ نہیں ہے۔ دوسرا کوئی طریقہ نہیں ہے۔ اللہ تعالی نے آدمی کے کے اندر جذبات رکھے ہیں، یہ صحیح ہے، لیکن عقل بھی تو دی ہے۔ عقل سے اپنے جذبات کو اوورکم کر سکتا ہے۔ عقل سے اپنے جذبات کو</w:t>
      </w:r>
    </w:p>
    <w:p>
      <w:r>
        <w:rPr>
          <w:b/>
        </w:rPr>
        <w:t xml:space="preserve">[39:16] </w:t>
      </w:r>
      <w:r>
        <w:t>control kar sakta hai.</w:t>
      </w:r>
    </w:p>
    <w:p>
      <w:pPr>
        <w:jc w:val="right"/>
      </w:pPr>
      <w:r>
        <w:t>کنٹرول کر سکتا ہے۔</w:t>
      </w:r>
    </w:p>
    <w:p>
      <w:r>
        <w:rPr>
          <w:b/>
        </w:rPr>
        <w:t xml:space="preserve">[39:22] </w:t>
      </w:r>
      <w:r>
        <w:t>woh yeh yani apni aql ko ghalib karna jazbat ke oopar yeh hai insan ka test.</w:t>
      </w:r>
    </w:p>
    <w:p>
      <w:pPr>
        <w:jc w:val="right"/>
      </w:pPr>
      <w:r>
        <w:t>وہ یہ یعنی اپنی عقل کو غالب کرنا جذبات کے اوپر یہ ہے انسان کا ٹیسٹ۔</w:t>
      </w:r>
    </w:p>
    <w:p>
      <w:r>
        <w:rPr>
          <w:b/>
        </w:rPr>
        <w:t xml:space="preserve">[39:28] </w:t>
      </w:r>
      <w:r>
        <w:t>This question is from Mr. Riaz Ahmed from Delhi.</w:t>
      </w:r>
    </w:p>
    <w:p>
      <w:pPr>
        <w:jc w:val="right"/>
      </w:pPr>
      <w:r>
        <w:t>دس کوئسچن از فرام مسٹر ریاض احمد فرام ڈلی۔</w:t>
      </w:r>
    </w:p>
    <w:p>
      <w:r>
        <w:rPr>
          <w:b/>
        </w:rPr>
        <w:t xml:space="preserve">[39:34] </w:t>
      </w:r>
      <w:r>
        <w:t>hazrat ameer muawiya khalifa aur ameerul momineen thay.</w:t>
      </w:r>
    </w:p>
    <w:p>
      <w:pPr>
        <w:jc w:val="right"/>
      </w:pPr>
      <w:r>
        <w:t>حضرت امیر معاویہ خلیفہ اور امیرالمومن تھے۔</w:t>
      </w:r>
    </w:p>
    <w:p>
      <w:r>
        <w:rPr>
          <w:b/>
        </w:rPr>
        <w:t xml:space="preserve">[39:40] </w:t>
      </w:r>
      <w:r>
        <w:t>kya un ke larkay itnay zalim thay jinho nay ahle bait ke sath</w:t>
      </w:r>
    </w:p>
    <w:p>
      <w:pPr>
        <w:jc w:val="right"/>
      </w:pPr>
      <w:r>
        <w:t>کیا ان کے لڑکے اتنے ظالم تھے جنہوں نے اہل بیت کے ساتھ</w:t>
      </w:r>
    </w:p>
    <w:p>
      <w:r>
        <w:rPr>
          <w:b/>
        </w:rPr>
        <w:t xml:space="preserve">[39:46] </w:t>
      </w:r>
      <w:r>
        <w:t>tareeki zulm kiya ya yeh ijtihadi ghalti thi? log yazeed ko bura aur zalim kehtay hain.</w:t>
      </w:r>
    </w:p>
    <w:p>
      <w:pPr>
        <w:jc w:val="right"/>
      </w:pPr>
      <w:r>
        <w:t>تاریکی ظلم کیا یا یہ اجتہادی غلطی تھی؟ لوگ یزید کو برا اور ظالم کہتے ہیں۔</w:t>
      </w:r>
    </w:p>
    <w:p>
      <w:r>
        <w:rPr>
          <w:b/>
        </w:rPr>
        <w:t xml:space="preserve">[39:52] </w:t>
      </w:r>
      <w:r>
        <w:t>کیا ایسا کہنا درست ہے؟ دیکھیں، یہ historically is it not true.</w:t>
      </w:r>
    </w:p>
    <w:p>
      <w:pPr>
        <w:jc w:val="right"/>
      </w:pPr>
      <w:r>
        <w:t>کیا ایسا کہنا درست ہے؟ دیکھیں، یہ ہسٹوریکلی از اٹ ناٹ ٹرو۔</w:t>
      </w:r>
    </w:p>
    <w:p>
      <w:r>
        <w:rPr>
          <w:b/>
        </w:rPr>
        <w:t xml:space="preserve">[39:58] </w:t>
      </w:r>
      <w:r>
        <w:t>یزید کو جو آپ سنتے ہیں آج کل تقریروں میں، یزید کی historical picture نہیں ہے۔</w:t>
      </w:r>
    </w:p>
    <w:p>
      <w:pPr>
        <w:jc w:val="right"/>
      </w:pPr>
      <w:r>
        <w:t>یزید کو جو آپ سنتے ہیں آج کل تقریروں میں، یزید کی ہسٹوریکل پکچر نہیں ہے۔</w:t>
      </w:r>
    </w:p>
    <w:p>
      <w:r>
        <w:rPr>
          <w:b/>
        </w:rPr>
        <w:t xml:space="preserve">[40:04] </w:t>
      </w:r>
      <w:r>
        <w:t>woh bilkul nahi hai.</w:t>
      </w:r>
    </w:p>
    <w:p>
      <w:pPr>
        <w:jc w:val="right"/>
      </w:pPr>
      <w:r>
        <w:t>وہ بالکل نہیں ہے۔</w:t>
      </w:r>
    </w:p>
    <w:p>
      <w:r>
        <w:rPr>
          <w:b/>
        </w:rPr>
        <w:t xml:space="preserve">[40:10] </w:t>
      </w:r>
      <w:r>
        <w:t>Hussain ka bhi historical picture nahin hai. Jo aap</w:t>
      </w:r>
    </w:p>
    <w:p>
      <w:pPr>
        <w:jc w:val="right"/>
      </w:pPr>
      <w:r>
        <w:t>حسین کا بھی ہسٹوریکل پکچر نہیں ہے۔ جو آپ</w:t>
      </w:r>
    </w:p>
    <w:p>
      <w:r>
        <w:rPr>
          <w:b/>
        </w:rPr>
        <w:t xml:space="preserve">[40:16] </w:t>
      </w:r>
      <w:r>
        <w:t>stage pe suntay hain logon ki taqreerein, woh woh hussain nahi hotay.</w:t>
      </w:r>
    </w:p>
    <w:p>
      <w:pPr>
        <w:jc w:val="right"/>
      </w:pPr>
      <w:r>
        <w:t>اسٹیج پہ سنتے ہیں لوگوں کی تقریریں، وہ وہ حسین نہیں ہوتے۔</w:t>
      </w:r>
    </w:p>
    <w:p>
      <w:r>
        <w:rPr>
          <w:b/>
        </w:rPr>
        <w:t xml:space="preserve">[40:21] </w:t>
      </w:r>
      <w:r>
        <w:t>woh aik farzi hussain hotay hain aur yazeed, yazeed ko jo suntay hain, wahi farzi hussain, farzi yazeed hota hai.</w:t>
      </w:r>
    </w:p>
    <w:p>
      <w:pPr>
        <w:jc w:val="right"/>
      </w:pPr>
      <w:r>
        <w:t>وہ ایک فرضی حسین ہوتے ہیں اور یزید، یزید کو جو سنتے ہیں، وہی فرضی حسین، فرضی یزید ہوتا ہے۔</w:t>
      </w:r>
    </w:p>
    <w:p>
      <w:r>
        <w:rPr>
          <w:b/>
        </w:rPr>
        <w:t xml:space="preserve">[40:26] </w:t>
      </w:r>
      <w:r>
        <w:t>وہ یعنی historical Yazeed اور ہے، historical Hussain بھی اور ہے۔</w:t>
      </w:r>
    </w:p>
    <w:p>
      <w:pPr>
        <w:jc w:val="right"/>
      </w:pPr>
      <w:r>
        <w:t>وہ یعنی ہسٹوریکل یزید اور ہے، ہسٹوریکل حسین بھی اور ہے۔</w:t>
      </w:r>
    </w:p>
    <w:p>
      <w:r>
        <w:rPr>
          <w:b/>
        </w:rPr>
        <w:t xml:space="preserve">[40:32] </w:t>
      </w:r>
      <w:r>
        <w:t>is par mein nay likha hai, meri kitab hai zahoor-e-islam, is ko aap parh lijiyay.</w:t>
      </w:r>
    </w:p>
    <w:p>
      <w:pPr>
        <w:jc w:val="right"/>
      </w:pPr>
      <w:r>
        <w:t>اس پر میں نے لکھا ہے، میری کتاب ہے ظہور اسلام، اس کو آپ پڑھ لیجئے۔</w:t>
      </w:r>
    </w:p>
    <w:p>
      <w:r>
        <w:rPr>
          <w:b/>
        </w:rPr>
        <w:t xml:space="preserve">[40:37] </w:t>
      </w:r>
      <w:r>
        <w:t>yeh toh yeh jo jo taqreerein karnay walay hotay hain na, stage pe jo log josh se taqreerein</w:t>
      </w:r>
    </w:p>
    <w:p>
      <w:pPr>
        <w:jc w:val="right"/>
      </w:pPr>
      <w:r>
        <w:t>یہ تو یہ جو جو تقریریں کرنے والے ہوتے ہیں نا، اسٹیج پہ جو لوگ جوش سے تقریریں</w:t>
      </w:r>
    </w:p>
    <w:p>
      <w:r>
        <w:rPr>
          <w:b/>
        </w:rPr>
        <w:t xml:space="preserve">[40:42] </w:t>
      </w:r>
      <w:r>
        <w:t>kartay hain, woh aik farzi tasweer banatay hain.</w:t>
      </w:r>
    </w:p>
    <w:p>
      <w:pPr>
        <w:jc w:val="right"/>
      </w:pPr>
      <w:r>
        <w:t>کرتے ہیں، وہ ایک فرضی تصویر بناتے ہیں۔</w:t>
      </w:r>
    </w:p>
    <w:p>
      <w:r>
        <w:rPr>
          <w:b/>
        </w:rPr>
        <w:t xml:space="preserve">[40:48] </w:t>
      </w:r>
      <w:r>
        <w:t>jaisay aik sahab nay taqreer ki, kya kaha unhon nay? quran toh poora ka poora muhammad ka ki naat hai.</w:t>
      </w:r>
    </w:p>
    <w:p>
      <w:pPr>
        <w:jc w:val="right"/>
      </w:pPr>
      <w:r>
        <w:t>جیسے ایک صاحب نے تقریر کی، کیا کہا انہوں نے؟ قرآن تو پورا کا پورا محمد کا کی نعت ہے۔</w:t>
      </w:r>
    </w:p>
    <w:p>
      <w:r>
        <w:rPr>
          <w:b/>
        </w:rPr>
        <w:t xml:space="preserve">[40:52] </w:t>
      </w:r>
      <w:r>
        <w:t>ab kya yeh sab alfaaz hain? sirf arbitrary hai aur kuch bhi nahi.</w:t>
      </w:r>
    </w:p>
    <w:p>
      <w:pPr>
        <w:jc w:val="right"/>
      </w:pPr>
      <w:r>
        <w:t>اب کیا یہ سب الفاظ ہیں؟ صرف اریٹری ہے اور کچھ بھی نہیں۔</w:t>
      </w:r>
    </w:p>
    <w:p>
      <w:r>
        <w:rPr>
          <w:b/>
        </w:rPr>
        <w:t xml:space="preserve">[40:57] </w:t>
      </w:r>
      <w:r>
        <w:t>rhetoric hai, rhetoric.</w:t>
      </w:r>
    </w:p>
    <w:p>
      <w:pPr>
        <w:jc w:val="right"/>
      </w:pPr>
      <w:r>
        <w:t>ریٹرک ہے، ریٹرک۔</w:t>
      </w:r>
    </w:p>
    <w:p>
      <w:r>
        <w:rPr>
          <w:b/>
        </w:rPr>
        <w:t xml:space="preserve">[41:02] </w:t>
      </w:r>
      <w:r>
        <w:t>تو یہ سب rhetoric ہوتا ہے جو آپ سنتے ہیں جلسوں میں حسین کے بارے میں بھی، یزید</w:t>
      </w:r>
    </w:p>
    <w:p>
      <w:pPr>
        <w:jc w:val="right"/>
      </w:pPr>
      <w:r>
        <w:t>تو یہ سب ریٹرک ہوتا ہے جو آپ سنتے ہیں جلسوں میں حسین کے بارے میں بھی، یزید</w:t>
      </w:r>
    </w:p>
    <w:p>
      <w:r>
        <w:rPr>
          <w:b/>
        </w:rPr>
        <w:t xml:space="preserve">[41:07] </w:t>
      </w:r>
      <w:r>
        <w:t>ke baray mein bhi.</w:t>
      </w:r>
    </w:p>
    <w:p>
      <w:pPr>
        <w:jc w:val="right"/>
      </w:pPr>
      <w:r>
        <w:t>کے بارے میں بھی۔</w:t>
      </w:r>
    </w:p>
    <w:p>
      <w:r>
        <w:rPr>
          <w:b/>
        </w:rPr>
        <w:t xml:space="preserve">[41:12] </w:t>
      </w:r>
      <w:r>
        <w:t>toh mein nay history ke reference se bataya hai ke hussain kya hain aur yazeed kya hain.</w:t>
      </w:r>
    </w:p>
    <w:p>
      <w:pPr>
        <w:jc w:val="right"/>
      </w:pPr>
      <w:r>
        <w:t>تو میں نے ہسٹری کے ریفرنس سے بتایا ہے کہ حسین کیا ہیں اور یزید کیا ہیں۔</w:t>
      </w:r>
    </w:p>
    <w:p>
      <w:r>
        <w:rPr>
          <w:b/>
        </w:rPr>
        <w:t xml:space="preserve">[41:16] </w:t>
      </w:r>
      <w:r>
        <w:t>history ke reference mein woh aap parhiye, meri kitab zahoor-e-islam.</w:t>
      </w:r>
    </w:p>
    <w:p>
      <w:pPr>
        <w:jc w:val="right"/>
      </w:pPr>
      <w:r>
        <w:t>ہسٹری کے ریفرنس میں وہ آپ پڑھیے، میری کتاب ظہور اسلام۔</w:t>
      </w:r>
    </w:p>
    <w:p>
      <w:r>
        <w:rPr>
          <w:b/>
        </w:rPr>
        <w:t xml:space="preserve">[41:21] </w:t>
      </w:r>
      <w:r>
        <w:t>das question is from mr anwar ahmed from kanpur.</w:t>
      </w:r>
    </w:p>
    <w:p>
      <w:pPr>
        <w:jc w:val="right"/>
      </w:pPr>
      <w:r>
        <w:t>دس کوئسچن از فرام مسٹر انور احمد فرام کانپور۔</w:t>
      </w:r>
    </w:p>
    <w:p>
      <w:r>
        <w:rPr>
          <w:b/>
        </w:rPr>
        <w:t xml:space="preserve">[41:26] </w:t>
      </w:r>
      <w:r>
        <w:t>maulana sahib, mein kai saalon se al-risala ki agency chalta hoon.</w:t>
      </w:r>
    </w:p>
    <w:p>
      <w:pPr>
        <w:jc w:val="right"/>
      </w:pPr>
      <w:r>
        <w:t>مولانا صاحب، میں کئی سالوں سے الرسالہ کی ایجنسی چلاتا ہوں۔</w:t>
      </w:r>
    </w:p>
    <w:p>
      <w:r>
        <w:rPr>
          <w:b/>
        </w:rPr>
        <w:t xml:space="preserve">[41:31] </w:t>
      </w:r>
      <w:r>
        <w:t>mein nay suna hai ke jahan aurat ka sir khula ho, wahan farishtay nahi atay, jo ke hadith</w:t>
      </w:r>
    </w:p>
    <w:p>
      <w:pPr>
        <w:jc w:val="right"/>
      </w:pPr>
      <w:r>
        <w:t>میں نے سنا ہے کہ جہاں عورت کا سر کھلا ہو، وہاں فرشتے نہیں آتے، جو کہ حدیث</w:t>
      </w:r>
    </w:p>
    <w:p>
      <w:r>
        <w:rPr>
          <w:b/>
        </w:rPr>
        <w:t xml:space="preserve">[41:36] </w:t>
      </w:r>
      <w:r>
        <w:t>se sabit hai.</w:t>
      </w:r>
    </w:p>
    <w:p>
      <w:pPr>
        <w:jc w:val="right"/>
      </w:pPr>
      <w:r>
        <w:t>سے ثابت ہے۔</w:t>
      </w:r>
    </w:p>
    <w:p>
      <w:r>
        <w:rPr>
          <w:b/>
        </w:rPr>
        <w:t xml:space="preserve">[41:41] </w:t>
      </w:r>
      <w:r>
        <w:t>maulana, aap apni class ke baray mein kya kahain gay? in sab baton ki tafseel mein likh chuka</w:t>
      </w:r>
    </w:p>
    <w:p>
      <w:pPr>
        <w:jc w:val="right"/>
      </w:pPr>
      <w:r>
        <w:t>مولانا، آپ اپنی کلاس کے بارے میں کیا کہیں گے؟ ان سب باتوں کی تفصیل میں لکھ چکا</w:t>
      </w:r>
    </w:p>
    <w:p>
      <w:r>
        <w:rPr>
          <w:b/>
        </w:rPr>
        <w:t xml:space="preserve">[41:46] </w:t>
      </w:r>
      <w:r>
        <w:t>hoon apni kitab mein, woh parh lijiyay. kh</w:t>
      </w:r>
    </w:p>
    <w:p>
      <w:pPr>
        <w:jc w:val="right"/>
      </w:pPr>
      <w:r>
        <w:t>ہوں اپنی کتاب میں، وہ پڑھ لیجئے۔ خ</w:t>
      </w:r>
    </w:p>
    <w:p>
      <w:r>
        <w:rPr>
          <w:b/>
        </w:rPr>
        <w:t xml:space="preserve">[41:51] </w:t>
      </w:r>
      <w:r>
        <w:t>atoon islam, is kitab mein mein nay bohat baray arab scholar allama naseeruddin al-albani ki kitab hai,</w:t>
      </w:r>
    </w:p>
    <w:p>
      <w:pPr>
        <w:jc w:val="right"/>
      </w:pPr>
      <w:r>
        <w:t>اتون اسلام، اس کتاب میں میں نے بہت بڑے عرب اسکالر علامہ ناہ الدین الالبانی کی کتاب ہے،</w:t>
      </w:r>
    </w:p>
    <w:p>
      <w:r>
        <w:rPr>
          <w:b/>
        </w:rPr>
        <w:t xml:space="preserve">[41:56] </w:t>
      </w:r>
      <w:r>
        <w:t>is ka tarjuma shamil kiya.</w:t>
      </w:r>
    </w:p>
    <w:p>
      <w:pPr>
        <w:jc w:val="right"/>
      </w:pPr>
      <w:r>
        <w:t>اس کا ترجمہ شامل کیا۔</w:t>
      </w:r>
    </w:p>
    <w:p>
      <w:r>
        <w:rPr>
          <w:b/>
        </w:rPr>
        <w:t xml:space="preserve">[42:00] </w:t>
      </w:r>
      <w:r>
        <w:t>is mein hijab al-banat al-muslima, is ko aap parhiye.</w:t>
      </w:r>
    </w:p>
    <w:p>
      <w:pPr>
        <w:jc w:val="right"/>
      </w:pPr>
      <w:r>
        <w:t>اس میں حجاب البنات المسلمہ، اس کو آپ پڑھیے۔</w:t>
      </w:r>
    </w:p>
    <w:p>
      <w:r>
        <w:rPr>
          <w:b/>
        </w:rPr>
        <w:t xml:space="preserve">[42:04] </w:t>
      </w:r>
      <w:r>
        <w:t>jo aaj kal jo taqreerain karte hain log, masjidon mein jo fatway dete rehte hain, usay na samjhein</w:t>
      </w:r>
    </w:p>
    <w:p>
      <w:pPr>
        <w:jc w:val="right"/>
      </w:pPr>
      <w:r>
        <w:t>جو آج کل جو تقریریں کرتے ہیں لوگ، مسجدوں میں جو فتوے دیتے رہتے ہیں، اسے نہ سمجھیں</w:t>
      </w:r>
    </w:p>
    <w:p>
      <w:r>
        <w:rPr>
          <w:b/>
        </w:rPr>
        <w:t xml:space="preserve">[42:08] </w:t>
      </w:r>
      <w:r>
        <w:t>keh yeh islam hai.</w:t>
      </w:r>
    </w:p>
    <w:p>
      <w:pPr>
        <w:jc w:val="right"/>
      </w:pPr>
      <w:r>
        <w:t>کہ یہ اسلام ہے۔</w:t>
      </w:r>
    </w:p>
    <w:p>
      <w:r>
        <w:rPr>
          <w:b/>
        </w:rPr>
        <w:t xml:space="preserve">[42:13] </w:t>
      </w:r>
      <w:r>
        <w:t>asal islam jo hai, us ko samajhne ki koshish kijiye.</w:t>
      </w:r>
    </w:p>
    <w:p>
      <w:pPr>
        <w:jc w:val="right"/>
      </w:pPr>
      <w:r>
        <w:t>اصل اسلام جو ہے، اس کو سمجھنے کی کوشش کیجئے۔</w:t>
      </w:r>
    </w:p>
    <w:p>
      <w:r>
        <w:rPr>
          <w:b/>
        </w:rPr>
        <w:t xml:space="preserve">[42:17] </w:t>
      </w:r>
      <w:r>
        <w:t>to aap, mein aap agar arabi jante hain, aap to hijab al-banat al-muslima parhiye. Allama Alb</w:t>
      </w:r>
    </w:p>
    <w:p>
      <w:pPr>
        <w:jc w:val="right"/>
      </w:pPr>
      <w:r>
        <w:t>تو آپ، میں آپ اگر عربی جانتے ہیں، آپ تو حجاب البنات المسلمہ پڑھیے۔ علامہ الب</w:t>
      </w:r>
    </w:p>
    <w:p>
      <w:r>
        <w:rPr>
          <w:b/>
        </w:rPr>
        <w:t xml:space="preserve">[42:21] </w:t>
      </w:r>
      <w:r>
        <w:t>ani ki urdu jante hain to meri kitab khatoon-e-islam parhiye, jo urdu aur angrezi dono zabanen, arabi</w:t>
      </w:r>
    </w:p>
    <w:p>
      <w:pPr>
        <w:jc w:val="right"/>
      </w:pPr>
      <w:r>
        <w:t>انی کی اردو جانتے ہیں تو میری کتاب خاتون اسلام پڑھیے، جو اردو اور انگریزی دونوں زبانیں، عربی</w:t>
      </w:r>
    </w:p>
    <w:p>
      <w:r>
        <w:rPr>
          <w:b/>
        </w:rPr>
        <w:t xml:space="preserve">[42:28] </w:t>
      </w:r>
      <w:r>
        <w:t>bhi chhap chuki hai, arabi teen zabanon mein chhapi hai.</w:t>
      </w:r>
    </w:p>
    <w:p>
      <w:pPr>
        <w:jc w:val="right"/>
      </w:pPr>
      <w:r>
        <w:t>بھی چھپ چکی ہے، عربی تین زبانوں میں چھپی ہے۔</w:t>
      </w:r>
    </w:p>
    <w:p>
      <w:r>
        <w:rPr>
          <w:b/>
        </w:rPr>
        <w:t xml:space="preserve">[42:34] </w:t>
      </w:r>
      <w:r>
        <w:t>yeh kitab arabi, urdu, angrezi.</w:t>
      </w:r>
    </w:p>
    <w:p>
      <w:pPr>
        <w:jc w:val="right"/>
      </w:pPr>
      <w:r>
        <w:t>یہ کتاب عربی، اردو، انگریزی۔</w:t>
      </w:r>
    </w:p>
    <w:p>
      <w:r>
        <w:rPr>
          <w:b/>
        </w:rPr>
        <w:t xml:space="preserve">[42:41] </w:t>
      </w:r>
      <w:r>
        <w:t>to chahe khatoon-e-islam parhiye, chahe woh hijab al-banat al-muslima parhiye, is mein sari tafseel di hui hai is ki.</w:t>
      </w:r>
    </w:p>
    <w:p>
      <w:pPr>
        <w:jc w:val="right"/>
      </w:pPr>
      <w:r>
        <w:t>تو چاہے خاتون اسلام پڑھیے، چاہے وہ حجاب البنات المسلمہ پڑھیے، اس میں ساری تفصیل دی ہوئی ہے اس کی۔</w:t>
      </w:r>
    </w:p>
    <w:p>
      <w:r>
        <w:rPr>
          <w:b/>
        </w:rPr>
        <w:t xml:space="preserve">[42:47] </w:t>
      </w:r>
      <w:r>
        <w:t>This question is from Maulana Zakwan Nadwi from Delhi.</w:t>
      </w:r>
    </w:p>
    <w:p>
      <w:pPr>
        <w:jc w:val="right"/>
      </w:pPr>
      <w:r>
        <w:t>دس کوئسچن از فرام مولانا زکوان ندوی فرام ڈلی۔</w:t>
      </w:r>
    </w:p>
    <w:p>
      <w:r>
        <w:rPr>
          <w:b/>
        </w:rPr>
        <w:t xml:space="preserve">[42:53] </w:t>
      </w:r>
      <w:r>
        <w:t>Maulana, what is the role of istighfar in tazkiyah?</w:t>
      </w:r>
    </w:p>
    <w:p>
      <w:pPr>
        <w:jc w:val="right"/>
      </w:pPr>
      <w:r>
        <w:t>مولانا، واٹ از دا رول اف استغفار ان تزکیہ؟</w:t>
      </w:r>
    </w:p>
    <w:p>
      <w:r>
        <w:rPr>
          <w:b/>
        </w:rPr>
        <w:t xml:space="preserve">[43:00] </w:t>
      </w:r>
      <w:r>
        <w:t>istighfar ke baghair tazkiya nahi ho sakta.</w:t>
      </w:r>
    </w:p>
    <w:p>
      <w:pPr>
        <w:jc w:val="right"/>
      </w:pPr>
      <w:r>
        <w:t>استغفار کے بغیر تزکیہ نہیں ہو سکتا۔</w:t>
      </w:r>
    </w:p>
    <w:p>
      <w:r>
        <w:rPr>
          <w:b/>
        </w:rPr>
        <w:t xml:space="preserve">[43:05] </w:t>
      </w:r>
      <w:r>
        <w:t>استغفار ke bagair tazkiya kaise hoga? Yaani aadmi ya angrezi mein kaha tha, "To err is human" aur insaan</w:t>
      </w:r>
    </w:p>
    <w:p>
      <w:pPr>
        <w:jc w:val="right"/>
      </w:pPr>
      <w:r>
        <w:t>استغفار کے بغیر تزکیہ کیسے ہوگا؟ یعنی آدمی یا انگریزی میں کہا تھا "ٹوئر از ہیومن" اور "انسان</w:t>
      </w:r>
    </w:p>
    <w:p>
      <w:r>
        <w:rPr>
          <w:b/>
        </w:rPr>
        <w:t xml:space="preserve">[43:10] </w:t>
      </w:r>
      <w:r>
        <w:t>murakkab min al-khata wa al-nisyan" arabi mein kehte hain.</w:t>
      </w:r>
    </w:p>
    <w:p>
      <w:pPr>
        <w:jc w:val="right"/>
      </w:pPr>
      <w:r>
        <w:t>مرکب من الخطا والنسيان" عربی میں کہتے ہیں۔</w:t>
      </w:r>
    </w:p>
    <w:p>
      <w:r>
        <w:rPr>
          <w:b/>
        </w:rPr>
        <w:t xml:space="preserve">[43:15] </w:t>
      </w:r>
      <w:r>
        <w:t>yani insan se ghalti zaroor hoti hai.</w:t>
      </w:r>
    </w:p>
    <w:p>
      <w:pPr>
        <w:jc w:val="right"/>
      </w:pPr>
      <w:r>
        <w:t>یعنی انسان سے غلطی ضرور ہوتی ہے۔</w:t>
      </w:r>
    </w:p>
    <w:p>
      <w:r>
        <w:rPr>
          <w:b/>
        </w:rPr>
        <w:t xml:space="preserve">[43:20] </w:t>
      </w:r>
      <w:r>
        <w:t>to jo ghalti ho to us par tauba karna, istighfar karna, yahi to de-conditioning hai.</w:t>
      </w:r>
    </w:p>
    <w:p>
      <w:pPr>
        <w:jc w:val="right"/>
      </w:pPr>
      <w:r>
        <w:t>تو جو غلطی ہو تو اس پر توبہ کرنا، استغفار کرنا، یہی تو ڈی کنڈیشننگ ہے۔</w:t>
      </w:r>
    </w:p>
    <w:p>
      <w:r>
        <w:rPr>
          <w:b/>
        </w:rPr>
        <w:t xml:space="preserve">[43:25] </w:t>
      </w:r>
      <w:r>
        <w:t>kyunkeh aadmi is dunya mein jab</w:t>
      </w:r>
    </w:p>
    <w:p>
      <w:pPr>
        <w:jc w:val="right"/>
      </w:pPr>
      <w:r>
        <w:t>کیونکہ آدمی اس دنیا میں جب</w:t>
      </w:r>
    </w:p>
    <w:p>
      <w:r>
        <w:rPr>
          <w:b/>
        </w:rPr>
        <w:t xml:space="preserve">[43:30] </w:t>
      </w:r>
      <w:r>
        <w:t>jab rehta hai to beh-haal us ki conditioning hoti rehti hai, ghaltiyan hoti rehti hain.</w:t>
      </w:r>
    </w:p>
    <w:p>
      <w:pPr>
        <w:jc w:val="right"/>
      </w:pPr>
      <w:r>
        <w:t>جب رہتا ہے تو بہرحال اس کی کنڈیشننگ ہوتی رہتی ہے، غلطیاں ہوتی رہتی ہیں۔</w:t>
      </w:r>
    </w:p>
    <w:p>
      <w:r>
        <w:rPr>
          <w:b/>
        </w:rPr>
        <w:t xml:space="preserve">[43:35] </w:t>
      </w:r>
      <w:r>
        <w:t>to ghaltiyon ko janna, us par muhasaba karna, yahi to istighfar hai.</w:t>
      </w:r>
    </w:p>
    <w:p>
      <w:pPr>
        <w:jc w:val="right"/>
      </w:pPr>
      <w:r>
        <w:t>تو غلطیوں کو جاننا، اس پر محاسبہ کرنا، یہی تو استغفار ہے۔</w:t>
      </w:r>
    </w:p>
    <w:p>
      <w:r>
        <w:rPr>
          <w:b/>
        </w:rPr>
        <w:t xml:space="preserve">[43:40] </w:t>
      </w:r>
      <w:r>
        <w:t>Toh without istighfar, there is no deconditioning.</w:t>
      </w:r>
    </w:p>
    <w:p>
      <w:pPr>
        <w:jc w:val="right"/>
      </w:pPr>
      <w:r>
        <w:t>تو ودا آؤٹ استغفار، دیر از نو ڈی کنڈیشننگ۔</w:t>
      </w:r>
    </w:p>
    <w:p>
      <w:r>
        <w:rPr>
          <w:b/>
        </w:rPr>
        <w:t xml:space="preserve">[43:45] </w:t>
      </w:r>
      <w:r>
        <w:t>Without without istighfar, there is no tazkiyah.</w:t>
      </w:r>
    </w:p>
    <w:p>
      <w:pPr>
        <w:jc w:val="right"/>
      </w:pPr>
      <w:r>
        <w:t>ودا آؤٹ ودا آؤٹ استغفار، دیر از نو تزکیہ۔</w:t>
      </w:r>
    </w:p>
    <w:p>
      <w:r>
        <w:rPr>
          <w:b/>
        </w:rPr>
        <w:t xml:space="preserve">[43:50] </w:t>
      </w:r>
      <w:r>
        <w:t>is mein koi shakk nahi hai.</w:t>
      </w:r>
    </w:p>
    <w:p>
      <w:pPr>
        <w:jc w:val="right"/>
      </w:pPr>
      <w:r>
        <w:t>اس میں کوئی شک نہیں ہے۔</w:t>
      </w:r>
    </w:p>
    <w:p>
      <w:r>
        <w:rPr>
          <w:b/>
        </w:rPr>
        <w:t xml:space="preserve">[43:56] </w:t>
      </w:r>
      <w:r>
        <w:t>das question is from</w:t>
      </w:r>
    </w:p>
    <w:p>
      <w:pPr>
        <w:jc w:val="right"/>
      </w:pPr>
      <w:r>
        <w:t>دس کوئسچن از فرام</w:t>
      </w:r>
    </w:p>
    <w:p>
      <w:r>
        <w:rPr>
          <w:b/>
        </w:rPr>
        <w:t xml:space="preserve">[44:01] </w:t>
      </w:r>
      <w:r>
        <w:t>Mr. Nafees Shiraz from Delhi.</w:t>
      </w:r>
    </w:p>
    <w:p>
      <w:pPr>
        <w:jc w:val="right"/>
      </w:pPr>
      <w:r>
        <w:t>مسٹر نفیس شیراز فرام ڈلی۔</w:t>
      </w:r>
    </w:p>
    <w:p>
      <w:r>
        <w:rPr>
          <w:b/>
        </w:rPr>
        <w:t xml:space="preserve">[44:06] </w:t>
      </w:r>
      <w:r>
        <w:t>kya aap bata sakte hain keh Sai Baba kis dharam ke mannay walay thay aur un ka nazariya</w:t>
      </w:r>
    </w:p>
    <w:p>
      <w:pPr>
        <w:jc w:val="right"/>
      </w:pPr>
      <w:r>
        <w:t>کیا آپ بتا سکتے ہیں کہ سائی بابا کس دھرم کے ماننے والے تھے اور ان کا نظریہ</w:t>
      </w:r>
    </w:p>
    <w:p>
      <w:r>
        <w:rPr>
          <w:b/>
        </w:rPr>
        <w:t xml:space="preserve">[44:11] </w:t>
      </w:r>
      <w:r>
        <w:t>kya tha? bohat asar hain, un ko telephone kijiye, woh bata dain gay.</w:t>
      </w:r>
    </w:p>
    <w:p>
      <w:pPr>
        <w:jc w:val="right"/>
      </w:pPr>
      <w:r>
        <w:t>کیا تھا؟ بہت آثار ہیں، ان کو ٹیلی فون کیجئے، وہ بتا دیں گے۔</w:t>
      </w:r>
    </w:p>
    <w:p>
      <w:r>
        <w:rPr>
          <w:b/>
        </w:rPr>
        <w:t xml:space="preserve">[44:16] </w:t>
      </w:r>
      <w:r>
        <w:t>woh mein to un ka, un ka representative nahi hoon.</w:t>
      </w:r>
    </w:p>
    <w:p>
      <w:pPr>
        <w:jc w:val="right"/>
      </w:pPr>
      <w:r>
        <w:t>وہ میں تو ان کا، ان کا ریپریزنٹیٹیو نہیں ہوں۔</w:t>
      </w:r>
    </w:p>
    <w:p>
      <w:r>
        <w:rPr>
          <w:b/>
        </w:rPr>
        <w:t xml:space="preserve">[44:21] </w:t>
      </w:r>
      <w:r>
        <w:t>yahan un ke center bhi maujood hain Delhi mein.</w:t>
      </w:r>
    </w:p>
    <w:p>
      <w:pPr>
        <w:jc w:val="right"/>
      </w:pPr>
      <w:r>
        <w:t>یہاں ان کے سینٹر بھی موجود ہیں دلی میں۔</w:t>
      </w:r>
    </w:p>
    <w:p>
      <w:r>
        <w:rPr>
          <w:b/>
        </w:rPr>
        <w:t xml:space="preserve">[44:26] </w:t>
      </w:r>
      <w:r>
        <w:t>ya to Delhi ke center mein ja ke pooch lijiye ya direct telephone kar lijiye, un se pooch lijiye. Mein</w:t>
      </w:r>
    </w:p>
    <w:p>
      <w:pPr>
        <w:jc w:val="right"/>
      </w:pPr>
      <w:r>
        <w:t>یا تو دلی کے سینٹر میں جا کے پوچھ لیجئے یا ڈائریکٹ ٹیلی فون کر لیجئے، ان سے پوچھ لیجئے۔ میں</w:t>
      </w:r>
    </w:p>
    <w:p>
      <w:r>
        <w:rPr>
          <w:b/>
        </w:rPr>
        <w:t xml:space="preserve">[44:31] </w:t>
      </w:r>
      <w:r>
        <w:t>un ka koi numainda to nahi hoon keh mein bataoon un ke baray mein.</w:t>
      </w:r>
    </w:p>
    <w:p>
      <w:pPr>
        <w:jc w:val="right"/>
      </w:pPr>
      <w:r>
        <w:t>ان کا کوئی نمائندہ تو نہیں ہوں کہ میں بتاؤں ان کے بارے میں۔</w:t>
      </w:r>
    </w:p>
    <w:p>
      <w:r>
        <w:rPr>
          <w:b/>
        </w:rPr>
        <w:t xml:space="preserve">[44:37] </w:t>
      </w:r>
      <w:r>
        <w:t>This question is from Ms. Sadia from Delhi.</w:t>
      </w:r>
    </w:p>
    <w:p>
      <w:pPr>
        <w:jc w:val="right"/>
      </w:pPr>
      <w:r>
        <w:t>دس کوئسچن از فرام مس سعدیہ فرام ڈلی۔</w:t>
      </w:r>
    </w:p>
    <w:p>
      <w:r>
        <w:rPr>
          <w:b/>
        </w:rPr>
        <w:t xml:space="preserve">[44:43] </w:t>
      </w:r>
      <w:r>
        <w:t>Can somebody after discovering truth still remain in frustration? Or would his being in such a state mean</w:t>
      </w:r>
    </w:p>
    <w:p>
      <w:pPr>
        <w:jc w:val="right"/>
      </w:pPr>
      <w:r>
        <w:t>کین سمبڈی افٹر ڈسکورنگ ٹروتھ سٹل ریمین ان فرسٹریشن؟ اور وڈ ہز بینگ ان سچ ا سٹیٹ مین</w:t>
      </w:r>
    </w:p>
    <w:p>
      <w:r>
        <w:rPr>
          <w:b/>
        </w:rPr>
        <w:t xml:space="preserve">[44:50] </w:t>
      </w:r>
      <w:r>
        <w:t>that he has not realize the truth? bohat interesting question hai yeh.</w:t>
      </w:r>
    </w:p>
    <w:p>
      <w:pPr>
        <w:jc w:val="right"/>
      </w:pPr>
      <w:r>
        <w:t>دیٹ ہی ہیز ناٹ ریلائز دا ٹروتھ؟ بہت انٹرسٹنگ کوئسچن ہے یہ۔</w:t>
      </w:r>
    </w:p>
    <w:p>
      <w:r>
        <w:rPr>
          <w:b/>
        </w:rPr>
        <w:t xml:space="preserve">[44:56] </w:t>
      </w:r>
      <w:r>
        <w:t>phir se parhiye.</w:t>
      </w:r>
    </w:p>
    <w:p>
      <w:pPr>
        <w:jc w:val="right"/>
      </w:pPr>
      <w:r>
        <w:t>پھر سے پڑھیے۔</w:t>
      </w:r>
    </w:p>
    <w:p>
      <w:r>
        <w:rPr>
          <w:b/>
        </w:rPr>
        <w:t xml:space="preserve">[45:02] </w:t>
      </w:r>
      <w:r>
        <w:t>Can somebody after discovering truth still remain in frustration? Or would his being in such a state mean</w:t>
      </w:r>
    </w:p>
    <w:p>
      <w:pPr>
        <w:jc w:val="right"/>
      </w:pPr>
      <w:r>
        <w:t>کین سمبڈی افٹر ڈسکورنگ ٹروتھ سٹل ریمین ان فرسٹریشن؟ اور وڈ ہز بینگ ان سچ ا سٹیٹ مین</w:t>
      </w:r>
    </w:p>
    <w:p>
      <w:r>
        <w:rPr>
          <w:b/>
        </w:rPr>
        <w:t xml:space="preserve">[45:10] </w:t>
      </w:r>
      <w:r>
        <w:t>that he has not realize the truth? dekhiye, discovery ke baad bhi aadmi frustration mein reh sakta hai.</w:t>
      </w:r>
    </w:p>
    <w:p>
      <w:pPr>
        <w:jc w:val="right"/>
      </w:pPr>
      <w:r>
        <w:t>دیٹ ہی ہیز ناٹ ریلائز دا ٹروتھ؟ دیکھیں، ڈسکوری کے بعد بھی آدمی فرسٹریشن میں رہ سکتا ہے۔</w:t>
      </w:r>
    </w:p>
    <w:p>
      <w:r>
        <w:rPr>
          <w:b/>
        </w:rPr>
        <w:t xml:space="preserve">[45:17] </w:t>
      </w:r>
      <w:r>
        <w:t>kyun? is liye ke jo test ki jo jo situation hai, woh toh baqi rehti hai.</w:t>
      </w:r>
    </w:p>
    <w:p>
      <w:pPr>
        <w:jc w:val="right"/>
      </w:pPr>
      <w:r>
        <w:t>کیوں؟ اس لیے کہ جو ٹیسٹ کی جو جو سچوئیشن ہے، وہ تو باقی رہتی ہے۔</w:t>
      </w:r>
    </w:p>
    <w:p>
      <w:r>
        <w:rPr>
          <w:b/>
        </w:rPr>
        <w:t xml:space="preserve">[45:25] </w:t>
      </w:r>
      <w:r>
        <w:t>phir bhi ek taraf aap ne sachai ko daryaft kar liya ke zinda toh isi mein rehte hain,</w:t>
      </w:r>
    </w:p>
    <w:p>
      <w:pPr>
        <w:jc w:val="right"/>
      </w:pPr>
      <w:r>
        <w:t>پھر بھی ایک طرف آپ نے سچائی کو دریافت کر لیا کہ زندہ تو اسی میں رہتے ہیں،</w:t>
      </w:r>
    </w:p>
    <w:p>
      <w:r>
        <w:rPr>
          <w:b/>
        </w:rPr>
        <w:t xml:space="preserve">[45:32] </w:t>
      </w:r>
      <w:r>
        <w:t>chalte phirte isi mein hain, yeh duniya mein logon se milte julte hain.</w:t>
      </w:r>
    </w:p>
    <w:p>
      <w:pPr>
        <w:jc w:val="right"/>
      </w:pPr>
      <w:r>
        <w:t>چلتے پھرتے اسی میں ہیں، یہ دنیا میں لوگوں سے ملتے جلتے ہیں۔</w:t>
      </w:r>
    </w:p>
    <w:p>
      <w:r>
        <w:rPr>
          <w:b/>
        </w:rPr>
        <w:t xml:space="preserve">[45:37] </w:t>
      </w:r>
      <w:r>
        <w:t>toh ek taraf discovery, ek taraf sachai ko discover karna aur sath sath apne apne mahol se ladte</w:t>
      </w:r>
    </w:p>
    <w:p>
      <w:pPr>
        <w:jc w:val="right"/>
      </w:pPr>
      <w:r>
        <w:t>تو ایک طرف ڈسکوری، ایک طرف سچائی کو ڈسکور کرنا اور ساتھ ساتھ اپنے اپنے ماحول سے لڑتے</w:t>
      </w:r>
    </w:p>
    <w:p>
      <w:r>
        <w:rPr>
          <w:b/>
        </w:rPr>
        <w:t xml:space="preserve">[45:42] </w:t>
      </w:r>
      <w:r>
        <w:t>rehna, yeh bohat zaroori hai.</w:t>
      </w:r>
    </w:p>
    <w:p>
      <w:pPr>
        <w:jc w:val="right"/>
      </w:pPr>
      <w:r>
        <w:t>رہنا، یہ بہت ضروری ہے۔</w:t>
      </w:r>
    </w:p>
    <w:p>
      <w:r>
        <w:rPr>
          <w:b/>
        </w:rPr>
        <w:t xml:space="preserve">[45:47] </w:t>
      </w:r>
      <w:r>
        <w:t>mahol se ladne ka matlab yeh nahi ke talwar chalana.</w:t>
      </w:r>
    </w:p>
    <w:p>
      <w:pPr>
        <w:jc w:val="right"/>
      </w:pPr>
      <w:r>
        <w:t>ماحول سے لڑنے کا مطلب یہ نہیں کہ تلوار چلانا۔</w:t>
      </w:r>
    </w:p>
    <w:p>
      <w:r>
        <w:rPr>
          <w:b/>
        </w:rPr>
        <w:t xml:space="preserve">[45:52] </w:t>
      </w:r>
      <w:r>
        <w:t>ماحول سے لڑنے کا معنی ہے کہ بھئی ہر وقت اپنی deconditioning کرتے رہنا، ہر وقت ری</w:t>
      </w:r>
    </w:p>
    <w:p>
      <w:pPr>
        <w:jc w:val="right"/>
      </w:pPr>
      <w:r>
        <w:t>ماحول سے لڑنے کا معنی ہے کہ بھئی ہر وقت اپنی ڈی کنڈیشننگ کرتے رہنا، ہر وقت ری</w:t>
      </w:r>
    </w:p>
    <w:p>
      <w:r>
        <w:rPr>
          <w:b/>
        </w:rPr>
        <w:t xml:space="preserve">[45:57] </w:t>
      </w:r>
      <w:r>
        <w:t>ایسس کرتے رہنا، ہر وقت اپنے کو ریوائز کرتے رہنا، ہر وقت اپنا introspect</w:t>
      </w:r>
    </w:p>
    <w:p>
      <w:pPr>
        <w:jc w:val="right"/>
      </w:pPr>
      <w:r>
        <w:t>ایسس کرتے رہنا، ہر وقت اپنے کو ریوائز کرتے رہنا، ہر وقت اپنا انٹراسپیک</w:t>
      </w:r>
    </w:p>
    <w:p>
      <w:r>
        <w:rPr>
          <w:b/>
        </w:rPr>
        <w:t xml:space="preserve">[46:03] </w:t>
      </w:r>
      <w:r>
        <w:t>شن karte rehna.</w:t>
      </w:r>
    </w:p>
    <w:p>
      <w:pPr>
        <w:jc w:val="right"/>
      </w:pPr>
      <w:r>
        <w:t>شن کرتے رہنا۔</w:t>
      </w:r>
    </w:p>
    <w:p>
      <w:r>
        <w:rPr>
          <w:b/>
        </w:rPr>
        <w:t xml:space="preserve">[46:07] </w:t>
      </w:r>
      <w:r>
        <w:t>jo aadmi introspection kam karega toh phir woh frustration mein pad jayega.</w:t>
      </w:r>
    </w:p>
    <w:p>
      <w:pPr>
        <w:jc w:val="right"/>
      </w:pPr>
      <w:r>
        <w:t>جو آدمی انٹراسپیکشن کمی کرے گا تو پھر وہ فرسٹریشن میں پڑ جائے گا۔</w:t>
      </w:r>
    </w:p>
    <w:p>
      <w:r>
        <w:rPr>
          <w:b/>
        </w:rPr>
        <w:t xml:space="preserve">[46:11] </w:t>
      </w:r>
      <w:r>
        <w:t>woh toh discovery ke bawajood agar koi shakhs frustration mein hai toh is ka matlab yeh hai ke</w:t>
      </w:r>
    </w:p>
    <w:p>
      <w:pPr>
        <w:jc w:val="right"/>
      </w:pPr>
      <w:r>
        <w:t>وہ تو ڈسکوری کے باوجود اگر کوئی شخص فرسٹریشن میں ہے تو اس کا مطلب یہ ہے کہ</w:t>
      </w:r>
    </w:p>
    <w:p>
      <w:r>
        <w:rPr>
          <w:b/>
        </w:rPr>
        <w:t xml:space="preserve">[46:15] </w:t>
      </w:r>
      <w:r>
        <w:t>woh apna introspection nahi kar raha hai.</w:t>
      </w:r>
    </w:p>
    <w:p>
      <w:pPr>
        <w:jc w:val="right"/>
      </w:pPr>
      <w:r>
        <w:t>وہ اپنا انٹراسپیکشن نہیں کر رہا ہے۔</w:t>
      </w:r>
    </w:p>
    <w:p>
      <w:r>
        <w:rPr>
          <w:b/>
        </w:rPr>
        <w:t xml:space="preserve">[46:20] </w:t>
      </w:r>
      <w:r>
        <w:t>woh dono cheezein sath sath zaroori hain.</w:t>
      </w:r>
    </w:p>
    <w:p>
      <w:pPr>
        <w:jc w:val="right"/>
      </w:pPr>
      <w:r>
        <w:t>وہ دونوں چیزیں ساتھ ساتھ ضروری ہیں۔</w:t>
      </w:r>
    </w:p>
    <w:p>
      <w:r>
        <w:rPr>
          <w:b/>
        </w:rPr>
        <w:t xml:space="preserve">[46:24] </w:t>
      </w:r>
      <w:r>
        <w:t>dono cheezein sath sath zaroori hain.</w:t>
      </w:r>
    </w:p>
    <w:p>
      <w:pPr>
        <w:jc w:val="right"/>
      </w:pPr>
      <w:r>
        <w:t>دونوں چیزیں ساتھ ساتھ ضروری ہیں۔</w:t>
      </w:r>
    </w:p>
    <w:p>
      <w:r>
        <w:rPr>
          <w:b/>
        </w:rPr>
        <w:t xml:space="preserve">[46:28] </w:t>
      </w:r>
      <w:r>
        <w:t>this question is from Mr Athar Shamsi from Kirana. Maulana, wa</w:t>
      </w:r>
    </w:p>
    <w:p>
      <w:pPr>
        <w:jc w:val="right"/>
      </w:pPr>
      <w:r>
        <w:t>دس کوئسچن از فرام مسٹر اطہر شمسی فرام کیرانہ۔ مولانا، وا</w:t>
      </w:r>
    </w:p>
    <w:p>
      <w:r>
        <w:rPr>
          <w:b/>
        </w:rPr>
        <w:t xml:space="preserve">[46:33] </w:t>
      </w:r>
      <w:r>
        <w:t>t is the role of sabr in tazkiyah? sabr toh sahib, yani sabr toh main samajhta hoon ke</w:t>
      </w:r>
    </w:p>
    <w:p>
      <w:pPr>
        <w:jc w:val="right"/>
      </w:pPr>
      <w:r>
        <w:t>ٹ از دا رول اف صبر ان تزکیہ؟ صبر تو صاحب، یعنی صبر تو میں سمجھتا ہوں کہ</w:t>
      </w:r>
    </w:p>
    <w:p>
      <w:r>
        <w:rPr>
          <w:b/>
        </w:rPr>
        <w:t xml:space="preserve">[46:40] </w:t>
      </w:r>
      <w:r>
        <w:t>sab kuch hai.</w:t>
      </w:r>
    </w:p>
    <w:p>
      <w:pPr>
        <w:jc w:val="right"/>
      </w:pPr>
      <w:r>
        <w:t>سب کچھ ہے۔</w:t>
      </w:r>
    </w:p>
    <w:p>
      <w:r>
        <w:rPr>
          <w:b/>
        </w:rPr>
        <w:t xml:space="preserve">[46:48] </w:t>
      </w:r>
      <w:r>
        <w:t>sabr ke baghair na namaz hai sachi, na roza hai sacha, na tazkiyah hai, kuch bhi nahi ho sakta.</w:t>
      </w:r>
    </w:p>
    <w:p>
      <w:pPr>
        <w:jc w:val="right"/>
      </w:pPr>
      <w:r>
        <w:t>صبر کے بغیر نہ نماز ہے سچی، نہ روزہ ہے سچا، نہ تزکیہ ہے، کچھ بھی نہیں ہو سکتا۔</w:t>
      </w:r>
    </w:p>
    <w:p>
      <w:r>
        <w:rPr>
          <w:b/>
        </w:rPr>
        <w:t xml:space="preserve">[46:55] </w:t>
      </w:r>
      <w:r>
        <w:t>kyun ke hum jo jis duniya mein rehte hain, wahan har waqt humein sabr hi toh karna hai.</w:t>
      </w:r>
    </w:p>
    <w:p>
      <w:pPr>
        <w:jc w:val="right"/>
      </w:pPr>
      <w:r>
        <w:t>کیونکہ ہم جو جس دنیا میں رہتے ہیں، وہاں ہر وقت ہمیں صبر ہی تو کرنا ہے۔</w:t>
      </w:r>
    </w:p>
    <w:p>
      <w:r>
        <w:rPr>
          <w:b/>
        </w:rPr>
        <w:t xml:space="preserve">[47:03] </w:t>
      </w:r>
      <w:r>
        <w:t>sabr na karne ki qeemat kya hai? negative mind ban jana. aaj ki dunya mein sare amal is mind negative bane hue hain. kyun sabr nahi kar paate? misaal ke taur par Denmark ke akhbar mein chhap gaya hai cartoon, ab ladai shuru ho gayi, jhagda, hungama shuru kar diya. to is tarah ke waqeat har din, har subah sham hote rehte hain, jis mein hum bhadak uthte hain. wo honge, wo kaise nahi honge? wo jab insan ko azadi hai to wo kuch na k</w:t>
      </w:r>
    </w:p>
    <w:p>
      <w:pPr>
        <w:jc w:val="right"/>
      </w:pPr>
      <w:r>
        <w:t>صبر نہ کرنے کی قیمت کیا ہے؟ نیگیٹیو مائنڈ بن جانا۔ آج کی دنیا میں سارے عمل اس مائنڈ نیگیٹیو بنے ہوئے ہیں۔ کیوں صبر نہیں کر پاتے؟ مثال کے طور پر ڈنمارک کے اخبار میں چھپ گیا ہے کارٹون، اب لڑائی شروع ہوگئی، جھگڑا، ہنگامہ شروع کر دیا۔ تو اس طرح کے واقعات ہر دن، ہر صبح شام ہوتے رہتے ہیں، جس میں ہم بھڑک اٹھتے ہیں۔ وہ ہوں گے، وہ کیسے نہیں ہوں گے؟ وہ جب انسان کو آزادی ہے تو وہ کچھ نہ ک</w:t>
      </w:r>
    </w:p>
    <w:p>
      <w:r>
        <w:rPr>
          <w:b/>
        </w:rPr>
        <w:t xml:space="preserve">[47:33] </w:t>
      </w:r>
      <w:r>
        <w:t>ch toh karta rahega.</w:t>
      </w:r>
    </w:p>
    <w:p>
      <w:pPr>
        <w:jc w:val="right"/>
      </w:pPr>
      <w:r>
        <w:t>چھ تو کرتا رہے گا۔</w:t>
      </w:r>
    </w:p>
    <w:p>
      <w:r>
        <w:rPr>
          <w:b/>
        </w:rPr>
        <w:t xml:space="preserve">[47:38] </w:t>
      </w:r>
      <w:r>
        <w:t>woh woh toh kuch na kuch karega.</w:t>
      </w:r>
    </w:p>
    <w:p>
      <w:pPr>
        <w:jc w:val="right"/>
      </w:pPr>
      <w:r>
        <w:t>وہ وہ تو کچھ نہ کچھ کرے گا۔</w:t>
      </w:r>
    </w:p>
    <w:p>
      <w:r>
        <w:rPr>
          <w:b/>
        </w:rPr>
        <w:t xml:space="preserve">[47:43] </w:t>
      </w:r>
      <w:r>
        <w:t>woh toh Khuda ne jab duniya mein insaan ko azaad banaya hai, duniya mein imtehan wale mahol yahan</w:t>
      </w:r>
    </w:p>
    <w:p>
      <w:pPr>
        <w:jc w:val="right"/>
      </w:pPr>
      <w:r>
        <w:t>وہ تو خدا نے جب دنیا میں انسان کو آزاد بنایا ہے، دنیا میں امتحان والے ماحول یہاں</w:t>
      </w:r>
    </w:p>
    <w:p>
      <w:r>
        <w:rPr>
          <w:b/>
        </w:rPr>
        <w:t xml:space="preserve">[47:48] </w:t>
      </w:r>
      <w:r>
        <w:t>par hain toh lazman aisa hoga ke aisi cheezein pesh aayengi jo humare liye unpleasant hongi</w:t>
      </w:r>
    </w:p>
    <w:p>
      <w:pPr>
        <w:jc w:val="right"/>
      </w:pPr>
      <w:r>
        <w:t>پر ہیں تو لازماً ایسا ہوگا کہ ایسی چیزیں پیش آئیں گی جو ہمارے لیے ان پلیزنٹ ہوں</w:t>
      </w:r>
    </w:p>
    <w:p>
      <w:r>
        <w:rPr>
          <w:b/>
        </w:rPr>
        <w:t xml:space="preserve">[47:54] </w:t>
      </w:r>
      <w:r>
        <w:t>gi, hum ko pasand nahi aayengi, hum ko provoke karengi, humare jazbat ko bharkayengi.</w:t>
      </w:r>
    </w:p>
    <w:p>
      <w:pPr>
        <w:jc w:val="right"/>
      </w:pPr>
      <w:r>
        <w:t>گی، ہم کو پسند نہیں آئیں گی، ہم کو پرووک کریں گی، ہمارے جذبات کو بھڑکائیں گی۔</w:t>
      </w:r>
    </w:p>
    <w:p>
      <w:r>
        <w:rPr>
          <w:b/>
        </w:rPr>
        <w:t xml:space="preserve">[47:59] </w:t>
      </w:r>
      <w:r>
        <w:t>yeh to hota hi hota hai.</w:t>
      </w:r>
    </w:p>
    <w:p>
      <w:pPr>
        <w:jc w:val="right"/>
      </w:pPr>
      <w:r>
        <w:t>یہ تو ہوتا ہی ہوتا ہے۔</w:t>
      </w:r>
    </w:p>
    <w:p>
      <w:r>
        <w:rPr>
          <w:b/>
        </w:rPr>
        <w:t xml:space="preserve">[48:04] </w:t>
      </w:r>
      <w:r>
        <w:t>is ko overcome karna, is se oopar uthna, tab ja kar aadmi positive thinker banega, tab ja</w:t>
      </w:r>
    </w:p>
    <w:p>
      <w:pPr>
        <w:jc w:val="right"/>
      </w:pPr>
      <w:r>
        <w:t>اس کو اوورکم کرنا، اس سے اوپر اٹھنا، تب جا کر آدمی پازیٹیو تھنکر بنے گا، تب جا</w:t>
      </w:r>
    </w:p>
    <w:p>
      <w:r>
        <w:rPr>
          <w:b/>
        </w:rPr>
        <w:t xml:space="preserve">[48:08] </w:t>
      </w:r>
      <w:r>
        <w:t>kar aadmi is qabil hoga ke woh tazkiya kar sake.</w:t>
      </w:r>
    </w:p>
    <w:p>
      <w:pPr>
        <w:jc w:val="right"/>
      </w:pPr>
      <w:r>
        <w:t>کر آدمی اس قابل ہوگا کہ وہ تزکیہ کر سکے۔</w:t>
      </w:r>
    </w:p>
    <w:p>
      <w:r>
        <w:rPr>
          <w:b/>
        </w:rPr>
        <w:t xml:space="preserve">[48:12] </w:t>
      </w:r>
      <w:r>
        <w:t>to to is sab ke sab peechay sabr hai.</w:t>
      </w:r>
    </w:p>
    <w:p>
      <w:pPr>
        <w:jc w:val="right"/>
      </w:pPr>
      <w:r>
        <w:t>تو تو اس سب کے سب پیچھے صبر ہے۔</w:t>
      </w:r>
    </w:p>
    <w:p>
      <w:r>
        <w:rPr>
          <w:b/>
        </w:rPr>
        <w:t xml:space="preserve">[48:17] </w:t>
      </w:r>
      <w:r>
        <w:t>sabr to mein sunta hoon ke har subah shaam karna hai, har waqt sabr karna hai.</w:t>
      </w:r>
    </w:p>
    <w:p>
      <w:pPr>
        <w:jc w:val="right"/>
      </w:pPr>
      <w:r>
        <w:t>صبر تو میں سنتا ہوں کہ ہر صبح شام کرنا ہے، ہر وقت صبر کرنا ہے۔</w:t>
      </w:r>
    </w:p>
    <w:p>
      <w:r>
        <w:rPr>
          <w:b/>
        </w:rPr>
        <w:t xml:space="preserve">[48:21] </w:t>
      </w:r>
      <w:r>
        <w:t>isi liye quran majeed mein dekhiye: "inma yuhfaz sabirun ajrahum bi ghair hisab".</w:t>
      </w:r>
    </w:p>
    <w:p>
      <w:pPr>
        <w:jc w:val="right"/>
      </w:pPr>
      <w:r>
        <w:t>اسی لیے قرآن مجید میں دیکھیے: "إنما يحفظ صابرون أجرهم بغير حساب"۔</w:t>
      </w:r>
    </w:p>
    <w:p>
      <w:r>
        <w:rPr>
          <w:b/>
        </w:rPr>
        <w:t xml:space="preserve">[48:25] </w:t>
      </w:r>
      <w:r>
        <w:t>is sabr par allah taala ne farmaya ke unlimited reward diya jayega.</w:t>
      </w:r>
    </w:p>
    <w:p>
      <w:pPr>
        <w:jc w:val="right"/>
      </w:pPr>
      <w:r>
        <w:t>اس صبر پر اللہ تعالی نے فرمایا کہ ان لمیٹڈ ریوارڈ دیا جائے گا۔</w:t>
      </w:r>
    </w:p>
    <w:p>
      <w:r>
        <w:rPr>
          <w:b/>
        </w:rPr>
        <w:t xml:space="preserve">[48:30] </w:t>
      </w:r>
      <w:r>
        <w:t>kisi aur par nahi ke</w:t>
      </w:r>
    </w:p>
    <w:p>
      <w:pPr>
        <w:jc w:val="right"/>
      </w:pPr>
      <w:r>
        <w:t>کسی اور پر نہیں کہ</w:t>
      </w:r>
    </w:p>
    <w:p>
      <w:r>
        <w:rPr>
          <w:b/>
        </w:rPr>
        <w:t xml:space="preserve">[48:34] </w:t>
      </w:r>
      <w:r>
        <w:t>a is tareeqe se ke unlimited reward.</w:t>
      </w:r>
    </w:p>
    <w:p>
      <w:pPr>
        <w:jc w:val="right"/>
      </w:pPr>
      <w:r>
        <w:t>ا اس طریقے سے کہ ان لمیٹڈ ریوارڈ۔</w:t>
      </w:r>
    </w:p>
    <w:p>
      <w:r>
        <w:rPr>
          <w:b/>
        </w:rPr>
        <w:t xml:space="preserve">[48:37] </w:t>
      </w:r>
      <w:r>
        <w:t>dekho, sabr to bohat hi bari ibadat hai.</w:t>
      </w:r>
    </w:p>
    <w:p>
      <w:pPr>
        <w:jc w:val="right"/>
      </w:pPr>
      <w:r>
        <w:t>دیکھو، صبر تو بہت ہی بڑی عبادت ہے۔</w:t>
      </w:r>
    </w:p>
    <w:p>
      <w:r>
        <w:rPr>
          <w:b/>
        </w:rPr>
        <w:t xml:space="preserve">[48:39] </w:t>
      </w:r>
      <w:r>
        <w:t>har waqt sabr karna hai.</w:t>
      </w:r>
    </w:p>
    <w:p>
      <w:pPr>
        <w:jc w:val="right"/>
      </w:pPr>
      <w:r>
        <w:t>ہر وقت صبر کرنا ہے۔</w:t>
      </w:r>
    </w:p>
    <w:p>
      <w:r>
        <w:rPr>
          <w:b/>
        </w:rPr>
        <w:t xml:space="preserve">[48:42] </w:t>
      </w:r>
      <w:r>
        <w:t>sabr na karein ke aap to kya karein, har waqt ghusse mein rahenge.</w:t>
      </w:r>
    </w:p>
    <w:p>
      <w:pPr>
        <w:jc w:val="right"/>
      </w:pPr>
      <w:r>
        <w:t>صبر نہ کریں کہ آپ تو کیا کریں، ہر وقت غصے میں رہیں گے۔</w:t>
      </w:r>
    </w:p>
    <w:p>
      <w:r>
        <w:rPr>
          <w:b/>
        </w:rPr>
        <w:t xml:space="preserve">[48:45] </w:t>
      </w:r>
      <w:r>
        <w:t>har har waqt aap ke andar negativity aa jayegi.</w:t>
      </w:r>
    </w:p>
    <w:p>
      <w:pPr>
        <w:jc w:val="right"/>
      </w:pPr>
      <w:r>
        <w:t>ہر ہر وقت آپ کے اندر نیگیٹیوٹی آ جائے گی۔</w:t>
      </w:r>
    </w:p>
    <w:p>
      <w:r>
        <w:rPr>
          <w:b/>
        </w:rPr>
        <w:t xml:space="preserve">[48:47] </w:t>
      </w:r>
      <w:r>
        <w:t>har waqt aap provoke ho jayenge.</w:t>
      </w:r>
    </w:p>
    <w:p>
      <w:pPr>
        <w:jc w:val="right"/>
      </w:pPr>
      <w:r>
        <w:t>ہر وقت آپ پرووک ہو جائیں گے۔</w:t>
      </w:r>
    </w:p>
    <w:p>
      <w:r>
        <w:rPr>
          <w:b/>
        </w:rPr>
        <w:t xml:space="preserve">[48:50] </w:t>
      </w:r>
      <w:r>
        <w:t>har waqt aap bhadak ke ladne lagenge.</w:t>
      </w:r>
    </w:p>
    <w:p>
      <w:pPr>
        <w:jc w:val="right"/>
      </w:pPr>
      <w:r>
        <w:t>ہر وقت آپ بھڑک کے لڑنے لگیں گے۔</w:t>
      </w:r>
    </w:p>
    <w:p>
      <w:r>
        <w:rPr>
          <w:b/>
        </w:rPr>
        <w:t xml:space="preserve">[48:53] </w:t>
      </w:r>
      <w:r>
        <w:t>har waqt aap deviate karenge.</w:t>
      </w:r>
    </w:p>
    <w:p>
      <w:pPr>
        <w:jc w:val="right"/>
      </w:pPr>
      <w:r>
        <w:t>ہر وقت آپ ڈیویٹ کریں گے۔</w:t>
      </w:r>
    </w:p>
    <w:p>
      <w:r>
        <w:rPr>
          <w:b/>
        </w:rPr>
        <w:t xml:space="preserve">[48:56] </w:t>
      </w:r>
      <w:r>
        <w:t>har waqt distraction hoga aap ka.</w:t>
      </w:r>
    </w:p>
    <w:p>
      <w:pPr>
        <w:jc w:val="right"/>
      </w:pPr>
      <w:r>
        <w:t>ہر وقت ڈسٹریکشن ہوگا آپ کا۔</w:t>
      </w:r>
    </w:p>
    <w:p>
      <w:r>
        <w:rPr>
          <w:b/>
        </w:rPr>
        <w:t xml:space="preserve">[48:58] </w:t>
      </w:r>
      <w:r>
        <w:t>yeh sab hota hi hota hai.</w:t>
      </w:r>
    </w:p>
    <w:p>
      <w:pPr>
        <w:jc w:val="right"/>
      </w:pPr>
      <w:r>
        <w:t>یہ سب ہوتا ہی ہوتا ہے۔</w:t>
      </w:r>
    </w:p>
    <w:p>
      <w:r>
        <w:rPr>
          <w:b/>
        </w:rPr>
        <w:t xml:space="preserve">[49:01] </w:t>
      </w:r>
      <w:r>
        <w:t>to sabr to saare aamal ke peechay hai, sirf tazkiya ke peechay nahi. sabr</w:t>
      </w:r>
    </w:p>
    <w:p>
      <w:pPr>
        <w:jc w:val="right"/>
      </w:pPr>
      <w:r>
        <w:t>تو صبر تو سارے اعمال کے پیچھے ہے، صرف تزکیہ کے پیچھے نہیں۔ صبر</w:t>
      </w:r>
    </w:p>
    <w:p>
      <w:r>
        <w:rPr>
          <w:b/>
        </w:rPr>
        <w:t xml:space="preserve">[49:04] </w:t>
      </w:r>
      <w:r>
        <w:t>ke baghair koi amal insaan sahi tareeqe par ada nahi kar sakta hai.</w:t>
      </w:r>
    </w:p>
    <w:p>
      <w:pPr>
        <w:jc w:val="right"/>
      </w:pPr>
      <w:r>
        <w:t>کے بغیر کوئی عمل انسان صحیح طریقے پر ادا نہیں کر سکتا ہے۔</w:t>
      </w:r>
    </w:p>
    <w:p>
      <w:r>
        <w:rPr>
          <w:b/>
        </w:rPr>
        <w:t xml:space="preserve">[49:09] </w:t>
      </w:r>
      <w:r>
        <w:t>sabr aap ko, yaani jo yeh jo duniya mein jo imtehan ki wajah se jo baatein hain, un</w:t>
      </w:r>
    </w:p>
    <w:p>
      <w:pPr>
        <w:jc w:val="right"/>
      </w:pPr>
      <w:r>
        <w:t>صبر آپ کو، یعنی جو یہ جو دنیا میں جو امتحان کی وجہ سے جو باتیں ہیں، ان</w:t>
      </w:r>
    </w:p>
    <w:p>
      <w:r>
        <w:rPr>
          <w:b/>
        </w:rPr>
        <w:t xml:space="preserve">[49:14] </w:t>
      </w:r>
      <w:r>
        <w:t>se oopar uthata hai.</w:t>
      </w:r>
    </w:p>
    <w:p>
      <w:pPr>
        <w:jc w:val="right"/>
      </w:pPr>
      <w:r>
        <w:t>سے اوپر اٹھاتا ہے۔</w:t>
      </w:r>
    </w:p>
    <w:p>
      <w:r>
        <w:rPr>
          <w:b/>
        </w:rPr>
        <w:t xml:space="preserve">[49:20] </w:t>
      </w:r>
      <w:r>
        <w:t>یعنی صبر آپ کو، میں کہوں گا کہ آپ کو big bird thinker بناتا ہے۔</w:t>
      </w:r>
    </w:p>
    <w:p>
      <w:pPr>
        <w:jc w:val="right"/>
      </w:pPr>
      <w:r>
        <w:t>یعنی صبر آپ کو، میں کہوں گا کہ آپ کو بگ برڈ تھنکر بناتا ہے۔</w:t>
      </w:r>
    </w:p>
    <w:p>
      <w:r>
        <w:rPr>
          <w:b/>
        </w:rPr>
        <w:t xml:space="preserve">[49:25] </w:t>
      </w:r>
      <w:r>
        <w:t>log samajhte hain ke sabr koi passive cheez hai, buzdi ki baat hai.</w:t>
      </w:r>
    </w:p>
    <w:p>
      <w:pPr>
        <w:jc w:val="right"/>
      </w:pPr>
      <w:r>
        <w:t>لوگ سمجھتے ہیں کہ صبر کوئی پیسو چیز ہے، بزدلی کی بات ہے۔</w:t>
      </w:r>
    </w:p>
    <w:p>
      <w:r>
        <w:rPr>
          <w:b/>
        </w:rPr>
        <w:t xml:space="preserve">[49:30] </w:t>
      </w:r>
      <w:r>
        <w:t>nahi, sabr to sab se bara</w:t>
      </w:r>
    </w:p>
    <w:p>
      <w:pPr>
        <w:jc w:val="right"/>
      </w:pPr>
      <w:r>
        <w:t>نہیں، صبر تو سب سے بڑا</w:t>
      </w:r>
    </w:p>
    <w:p>
      <w:r>
        <w:rPr>
          <w:b/>
        </w:rPr>
        <w:t xml:space="preserve">[49:35] </w:t>
      </w:r>
      <w:r>
        <w:t>positive value hai. sabr sab se bari positive value sabr hai. sabr aap ko positive big bird thinker banata hai. halaat se uth kar sochna, jaise aap rasta ja rahe hain, farz kiya wahan kutte bhonke lage, ab aap bhi lage daant dapt lagane us ko, to aap ne react kiya. yeh yeh besabri hai. aap chale ja rahe hain, chale ja rahe hain, chale ja rahe hain, to aap ne sabr kiya. to behtareen formula hai ke kutte bhonkte rehte hain, hathi</w:t>
      </w:r>
    </w:p>
    <w:p>
      <w:pPr>
        <w:jc w:val="right"/>
      </w:pPr>
      <w:r>
        <w:t>پازیٹیو ویلیو ہے۔ صبر سب سے بڑی پازیٹیو ویلیو صبر ہے۔ صبر آپ کو پازیٹیو بگ برڈ تھنکر بناتا ہے۔ حالات سے اٹھ کر سوچنا، جیسے آپ راستہ جا رہے ہیں، فرض کیا وہاں کتے بھونکنے لگے، اب آپ بھی لگے ڈانٹ ڈپٹ لگانے اس کو، تو آپ نے ری ایکٹ کیا۔ یہ یہ بے صبری ہے۔ آپ چلے جا رہے ہیں، چلے جا رہے ہیں، چلے جا رہے ہیں، تو آپ نے صبر کیا۔ تو بہترین فارمولا ہے کہ کتے بھونکتے رہتے ہیں، ہاتھی</w:t>
      </w:r>
    </w:p>
    <w:p>
      <w:r>
        <w:rPr>
          <w:b/>
        </w:rPr>
        <w:t xml:space="preserve">[50:05] </w:t>
      </w:r>
      <w:r>
        <w:t>chalta rehta hai.</w:t>
      </w:r>
    </w:p>
    <w:p>
      <w:pPr>
        <w:jc w:val="right"/>
      </w:pPr>
      <w:r>
        <w:t>چلتا رہتا ہے۔</w:t>
      </w:r>
    </w:p>
    <w:p>
      <w:r>
        <w:rPr>
          <w:b/>
        </w:rPr>
        <w:t xml:space="preserve">[50:09] </w:t>
      </w:r>
      <w:r>
        <w:t>to hathi ka tareeqa sabr ka tareeqa hai.</w:t>
      </w:r>
    </w:p>
    <w:p>
      <w:pPr>
        <w:jc w:val="right"/>
      </w:pPr>
      <w:r>
        <w:t>تو ہاتھی کا طریقہ صبر کا طریقہ ہے۔</w:t>
      </w:r>
    </w:p>
    <w:p>
      <w:r>
        <w:rPr>
          <w:b/>
        </w:rPr>
        <w:t xml:space="preserve">[50:13] </w:t>
      </w:r>
      <w:r>
        <w:t>aur jo log kutte ke bhonkne par khud bhi lage, bolne dorne us ke peeche, unhon ne be</w:t>
      </w:r>
    </w:p>
    <w:p>
      <w:pPr>
        <w:jc w:val="right"/>
      </w:pPr>
      <w:r>
        <w:t>اور جو لوگ کتے کے بھونکنے پر خود بھی لگے، بولنے دوڑنے اس کے پیچھے، انہوں نے بے</w:t>
      </w:r>
    </w:p>
    <w:p>
      <w:r>
        <w:rPr>
          <w:b/>
        </w:rPr>
        <w:t xml:space="preserve">[50:16] </w:t>
      </w:r>
      <w:r>
        <w:t>sabri ka tareeqa ikhtiyar kiya.</w:t>
      </w:r>
    </w:p>
    <w:p>
      <w:pPr>
        <w:jc w:val="right"/>
      </w:pPr>
      <w:r>
        <w:t>صبری کا طریقہ اختیار کیا۔</w:t>
      </w:r>
    </w:p>
    <w:p>
      <w:r>
        <w:rPr>
          <w:b/>
        </w:rPr>
        <w:t xml:space="preserve">[50:20] </w:t>
      </w:r>
      <w:r>
        <w:t>to main samajhta hoon ke sabr jo hai, sab se bari ibadat hai.</w:t>
      </w:r>
    </w:p>
    <w:p>
      <w:pPr>
        <w:jc w:val="right"/>
      </w:pPr>
      <w:r>
        <w:t>تو میں سمجھتا ہوں کہ صبر جو ہے، سب سے بڑی عبادت ہے۔</w:t>
      </w:r>
    </w:p>
    <w:p>
      <w:r>
        <w:rPr>
          <w:b/>
        </w:rPr>
        <w:t xml:space="preserve">[50:24] </w:t>
      </w:r>
      <w:r>
        <w:t>sabr ka talluq tamam aap ke tamam soch se hai, tamam amal se hai.</w:t>
      </w:r>
    </w:p>
    <w:p>
      <w:pPr>
        <w:jc w:val="right"/>
      </w:pPr>
      <w:r>
        <w:t>صبر کا تعلق تمام آپ کے تمام سوچ سے ہے، تمام عمل سے ہے۔</w:t>
      </w:r>
    </w:p>
    <w:p>
      <w:r>
        <w:rPr>
          <w:b/>
        </w:rPr>
        <w:t xml:space="preserve">[50:28] </w:t>
      </w:r>
      <w:r>
        <w:t>sabr ke baghair aap is dunya mein koi bhi cheez mein kamyab nahi ho sakte.</w:t>
      </w:r>
    </w:p>
    <w:p>
      <w:pPr>
        <w:jc w:val="right"/>
      </w:pPr>
      <w:r>
        <w:t>صبر کے بغیر آپ اس دنیا میں کوئی بھی چیز میں کامیاب نہیں ہو سکتے۔</w:t>
      </w:r>
    </w:p>
    <w:p>
      <w:r>
        <w:rPr>
          <w:b/>
        </w:rPr>
        <w:t xml:space="preserve">[50:32] </w:t>
      </w:r>
      <w:r>
        <w:t>kisi bhi cheez mein</w:t>
      </w:r>
    </w:p>
    <w:p>
      <w:pPr>
        <w:jc w:val="right"/>
      </w:pPr>
      <w:r>
        <w:t>کسی بھی چیز میں</w:t>
      </w:r>
    </w:p>
    <w:p>
      <w:r>
        <w:rPr>
          <w:b/>
        </w:rPr>
        <w:t xml:space="preserve">[50:35] </w:t>
      </w:r>
      <w:r>
        <w:t>bghair sabr ke kamyabi mumkin nahi hai.</w:t>
      </w:r>
    </w:p>
    <w:p>
      <w:pPr>
        <w:jc w:val="right"/>
      </w:pPr>
      <w:r>
        <w:t>بغیر صبر کے کامیابی ممکن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