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Islam (In Conversation with Maulan) 15.5.2008</w:t>
      </w:r>
    </w:p>
    <w:p>
      <w:r>
        <w:t>https://www.youtube.com/watch?v=0SGSOPSun0E</w:t>
      </w:r>
    </w:p>
    <w:p>
      <w:r>
        <w:rPr>
          <w:b/>
        </w:rPr>
        <w:t xml:space="preserve">[00:11] </w:t>
      </w:r>
      <w:r>
        <w:t>ah, this question is from Musalma Siddiqui. Hazrat Musa ki qom ko Khuda ne man o salwa utara. is par Musa ki qom ne kaha: "hum ek khane par hargiz nahi rahenge.</w:t>
      </w:r>
    </w:p>
    <w:p>
      <w:pPr>
        <w:jc w:val="right"/>
      </w:pPr>
      <w:r>
        <w:t>اہ، this question is from مسلمہ صدیقی۔ حضرت موسیٰ کی قوم کو خدا نے منو سلوٰی اتارا۔ اس پر موسیٰ کی قوم نے کہا: "ہم ایک کھانے پر ہرگز نہیں رہیں گے۔</w:t>
      </w:r>
    </w:p>
    <w:p>
      <w:r>
        <w:rPr>
          <w:b/>
        </w:rPr>
        <w:t xml:space="preserve">[00:26] </w:t>
      </w:r>
      <w:r>
        <w:t>humein kisi shahar mein utarein, wahan hum ko sab tarah ke khane milenge." Musa ne kaha: "tum bari cheez ke badle mein choti cheez mang rahe ho." wo log nahi maane, to un par zillat utar di gayi.</w:t>
      </w:r>
    </w:p>
    <w:p>
      <w:pPr>
        <w:jc w:val="right"/>
      </w:pPr>
      <w:r>
        <w:t>ہمیں کسی شہر میں اتاریں، وہاں ہم کو سب طرح کے کھانے ملیں گے۔" موسیٰ نے کہا: "تم بڑی چیز کے بدلے میں چھوٹی چیز مانگ رہے ہو۔" وہ لوگ نہیں مانے، تو ان پر ذلت اتار دی گئی۔</w:t>
      </w:r>
    </w:p>
    <w:p>
      <w:r>
        <w:rPr>
          <w:b/>
        </w:rPr>
        <w:t xml:space="preserve">[00:43] </w:t>
      </w:r>
      <w:r>
        <w:t>aaj ke log bhi ek qism ke khane ko kai baar lene se inkar kar dete hain. is ke liye kya karein? Please explain.</w:t>
      </w:r>
    </w:p>
    <w:p>
      <w:pPr>
        <w:jc w:val="right"/>
      </w:pPr>
      <w:r>
        <w:t>آج کے لوگ بھی ایک قسم کے کھانے کو کئی بار لینے سے انکار کر دیتے ہیں۔ اس کے لیے کیا کریں؟ Please explain۔</w:t>
      </w:r>
    </w:p>
    <w:p>
      <w:r>
        <w:rPr>
          <w:b/>
        </w:rPr>
        <w:t xml:space="preserve">[00:58] </w:t>
      </w:r>
      <w:r>
        <w:t>pehle to yeh samajh lijiye ke unhon ne jo kaha tha ke "bari cheez ke badle tum choti cheez chah rahe ho", to bari cheez kya thi, choti cheez kya thi?</w:t>
      </w:r>
    </w:p>
    <w:p>
      <w:pPr>
        <w:jc w:val="right"/>
      </w:pPr>
      <w:r>
        <w:t>پہلے تو یہ سمجھ لیجیے کہ انہوں نے جو کہا تھا کہ "بڑی چیز کے بدلے تم چھوٹی چیز چاہ رہے ہو"، تو بڑی چیز کیا تھی، چھوٹی چیز کیا تھی؟</w:t>
      </w:r>
    </w:p>
    <w:p>
      <w:r>
        <w:rPr>
          <w:b/>
        </w:rPr>
        <w:t xml:space="preserve">[01:12] </w:t>
      </w:r>
      <w:r>
        <w:t>sab se important point jo hai wo yeh samajhna hai. dekhiye, bari cheez yeh thi ke un ko jab man o salwa provide kiya gaya to un ke un ke paas, yani apne time ko save karne ke liye tha wo.</w:t>
      </w:r>
    </w:p>
    <w:p>
      <w:pPr>
        <w:jc w:val="right"/>
      </w:pPr>
      <w:r>
        <w:t>سب سے important point جو ہے وہ یہ سمجھنا ہے۔ دیکھیے، بڑی چیز یہ تھی کہ ان کو جب من و سلوٰی provide کیا گیا تو ان کے ان کے پاس، یعنی اپنے ٹائم کو save کرنے کے لیے تھا وہ۔</w:t>
      </w:r>
    </w:p>
    <w:p>
      <w:r>
        <w:rPr>
          <w:b/>
        </w:rPr>
        <w:t xml:space="preserve">[01:41] </w:t>
      </w:r>
      <w:r>
        <w:t>ke aap jante hain ke is zamane mein sara time aadmi ka kamane mein lag jata hai, subah se sham tak.</w:t>
      </w:r>
    </w:p>
    <w:p>
      <w:pPr>
        <w:jc w:val="right"/>
      </w:pPr>
      <w:r>
        <w:t>کہ آپ جانتے ہیں کہ اس زمانے میں سارا ٹائم آدمی کا کمانے میں لگ جاتا ہے، صبح سے شام تک۔</w:t>
      </w:r>
    </w:p>
    <w:p>
      <w:r>
        <w:rPr>
          <w:b/>
        </w:rPr>
        <w:t xml:space="preserve">[01:50] </w:t>
      </w:r>
      <w:r>
        <w:t>jis se pooche to kahega: "bhai, per time nahi." time kis baat ke liye nahi hai ke khane kamane mein laga hua hai wo. to wahan par unhon ne na agriculture karna tha, na horticulture karna tha, kuch nahi.</w:t>
      </w:r>
    </w:p>
    <w:p>
      <w:pPr>
        <w:jc w:val="right"/>
      </w:pPr>
      <w:r>
        <w:t>جس سے پوچھے تو کہے گا: "بھئی، پر ٹائم نہیں۔" ٹائم کس بات کے لیے نہیں ہے کہ کھانے کمانے میں لگا ہوا ہے وہ۔ تو وہاں پر انہوں نے نہ ایگریکلچر کرنا تھا، نہ ہارٹیکلچر کرنا تھا، کچھ نہیں۔</w:t>
      </w:r>
    </w:p>
    <w:p>
      <w:r>
        <w:rPr>
          <w:b/>
        </w:rPr>
        <w:t xml:space="preserve">[02:02] </w:t>
      </w:r>
      <w:r>
        <w:t>un ko free mein man o salwa mil raha tha wo. to un ka matlab yeh tha ke tum ko Khuda ne itni asan kar diya tumhare liye livelihood ko, to ab ab Khuda wala kaam karo.</w:t>
      </w:r>
    </w:p>
    <w:p>
      <w:pPr>
        <w:jc w:val="right"/>
      </w:pPr>
      <w:r>
        <w:t>ان کو free میں من و سلوٰی مل رہا تھا وہ۔ تو ان کا مطلب یہ تھا کہ تم کو خدا نے اتنی آسان کر دیا تمہارے لیے livelihood کو، تو اب اب خدا والا کام کرو۔</w:t>
      </w:r>
    </w:p>
    <w:p>
      <w:r>
        <w:rPr>
          <w:b/>
        </w:rPr>
        <w:t xml:space="preserve">[02:17] </w:t>
      </w:r>
      <w:r>
        <w:t>time to wapas bach raha hai. is lihaaz se wo bari cheez thi ke sara time aap ka bach raha tha. distraction se bacha raha tha wo aap ko.</w:t>
      </w:r>
    </w:p>
    <w:p>
      <w:pPr>
        <w:jc w:val="right"/>
      </w:pPr>
      <w:r>
        <w:t>ٹائم تو واپس بچ رہا ہے۔ اس لحاظ سے وہ بڑی چیز تھی کہ سارا ٹائم آپ کا بچ رہا تھا۔ ڈسٹریکشن سے بچا رہا تھا وہ آپ کو۔</w:t>
      </w:r>
    </w:p>
    <w:p>
      <w:r>
        <w:rPr>
          <w:b/>
        </w:rPr>
        <w:t xml:space="preserve">[02:30] </w:t>
      </w:r>
      <w:r>
        <w:t>ab jo wo chah rahe the wo choti cheez is liye aati ke wo jate the ke humm, cities mein jayein, wahan par khoob mirch masala wala khana khayein, to din bhar isi mein lage rahenge.</w:t>
      </w:r>
    </w:p>
    <w:p>
      <w:pPr>
        <w:jc w:val="right"/>
      </w:pPr>
      <w:r>
        <w:t>اب جو وہ چاہ رہے تھے وہ چھوٹی چیز اس لیے آتی کہ وہ جاتے تھے کہ ہمم، cities میں جائیں، وہاں پر خوب مرچ مصالحہ والا کھانا کھائیں، تو دن بھر اسی میں لگے رہیں گے۔</w:t>
      </w:r>
    </w:p>
    <w:p>
      <w:r>
        <w:rPr>
          <w:b/>
        </w:rPr>
        <w:t xml:space="preserve">[02:43] </w:t>
      </w:r>
      <w:r>
        <w:t>jo log mirch masala wala khana khate hain, tarah tarah ka, to isi mein lage rehte hain wo. baqi yeh hai ke logon ko persuade karna ke bhai, is is cheez ko samjho, is ki value ko.</w:t>
      </w:r>
    </w:p>
    <w:p>
      <w:pPr>
        <w:jc w:val="right"/>
      </w:pPr>
      <w:r>
        <w:t>جو لوگ مرچ مصالحہ والا کھانا کھاتے ہیں، طرح طرح کا، تو اسی میں لگے رہتے ہیں وہ۔ باقی یہ ہے کہ لوگوں کو persuade کرنا کہ بھئی، اس اس چیز کو سمجھو، اس کی value کو۔</w:t>
      </w:r>
    </w:p>
    <w:p>
      <w:r>
        <w:rPr>
          <w:b/>
        </w:rPr>
        <w:t xml:space="preserve">[02:57] </w:t>
      </w:r>
      <w:r>
        <w:t>zahir hai ke koi samjhane bujhane se ho sakta hai. log samajhte hain ke Khuda ne humare humare taste buds diye hain, to hum is ko istemal karein, khoob yani enjoy karein khane se.</w:t>
      </w:r>
    </w:p>
    <w:p>
      <w:pPr>
        <w:jc w:val="right"/>
      </w:pPr>
      <w:r>
        <w:t>ظاہر ہے کہ کوئی سمجھانے بجانے سے ہو سکتا ہے۔ لوگ سمجھتے ہیں کہ خدا نے ہمارے ہمارے taste buds دیے ہیں، تو ہم اس کو استعمال کریں، خوب یعنی enjoy کریں کھانے سے۔</w:t>
      </w:r>
    </w:p>
    <w:p>
      <w:r>
        <w:rPr>
          <w:b/>
        </w:rPr>
        <w:t xml:space="preserve">[03:11] </w:t>
      </w:r>
      <w:r>
        <w:t>to yeh bohat bari fallacy hai. Taste buds to is liye hain ke taake aap samjhein ke jannat mein kitna acha hoga jahan wahan par cheezein milegi khane ke liye.</w:t>
      </w:r>
    </w:p>
    <w:p>
      <w:pPr>
        <w:jc w:val="right"/>
      </w:pPr>
      <w:r>
        <w:t>تو یہ بہت بڑی fallacy ہے۔ Taste buds تو اس لیے ہیں کہ تاکہ آپ سمجھیں کہ جنت میں کتنا اچھا ہوگا جہاں وہاں پر چیزیں ملیں گی کھانے کے لیے۔</w:t>
      </w:r>
    </w:p>
    <w:p>
      <w:r>
        <w:rPr>
          <w:b/>
        </w:rPr>
        <w:t xml:space="preserve">[03:24] </w:t>
      </w:r>
      <w:r>
        <w:t>yahan to phir zindagi guzarna hai, bas kam se kam waqt jis mein lage, wahi sab se acha job hai, wahi sab se acha tareeqa hai taake aap aur time mil jaye humein.</w:t>
      </w:r>
    </w:p>
    <w:p>
      <w:pPr>
        <w:jc w:val="right"/>
      </w:pPr>
      <w:r>
        <w:t>یہاں تو پھر زندگی گزارنا ہے، بس کم سے کم وقت جس میں لگے، وہی سب سے اچھا job ہے، وہی سب سے اچھا طریقہ ہے تاکہ آپ اور ٹائم مل جائے ہمیں۔</w:t>
      </w:r>
    </w:p>
    <w:p>
      <w:r>
        <w:rPr>
          <w:b/>
        </w:rPr>
        <w:t xml:space="preserve">[03:39] </w:t>
      </w:r>
      <w:r>
        <w:t>to simple khane ka sab se bara faida yeh hai ke aap ko distractions bachata hai wo. to jo logon ko yeh pata nahi ke koi aur higher goal hai un ka, to usi ko sab se bari cheez samajhte hain.</w:t>
      </w:r>
    </w:p>
    <w:p>
      <w:pPr>
        <w:jc w:val="right"/>
      </w:pPr>
      <w:r>
        <w:t>تو simple کھانا کا سب سے بڑا فائدہ یہ ہے کہ آپ کو distractions بچاتا ہے وہ۔ تو جو لوگوں کو یہ پتہ نہیں کہ کوئی اور higher goal ہے ان کا، تو اسی کو سب سے بڑی چیز سمجھتے ہیں۔</w:t>
      </w:r>
    </w:p>
    <w:p>
      <w:r>
        <w:rPr>
          <w:b/>
        </w:rPr>
        <w:t xml:space="preserve">[03:51] </w:t>
      </w:r>
      <w:r>
        <w:t>mein samajhta hoon ke jab tak yeh aap mind mein na dala jaye logon ke ke is se bara tumhara goal hai, is se bara tumhara purpose hai, jab tak woh yeh nahi janenge, woh tab tak woh isi mein phanse rahenge.</w:t>
      </w:r>
    </w:p>
    <w:p>
      <w:pPr>
        <w:jc w:val="right"/>
      </w:pPr>
      <w:r>
        <w:t>میں سمجھتا ہوں کہ جب تک یہ آپ mind میں نہ ڈالا جائے لوگوں کے کہ اس سے بڑا تمہارا goal ہے، اس سے بڑا تمہارا purpose ہے، جب تک وہ یہ نہیں جانیں گے، وہ تب تک وہ اسی میں پھنسے رہیں گے۔</w:t>
      </w:r>
    </w:p>
    <w:p>
      <w:r>
        <w:rPr>
          <w:b/>
        </w:rPr>
        <w:t xml:space="preserve">[04:07] </w:t>
      </w:r>
      <w:r>
        <w:t>This question is from Ramish. When all Muslims follow one and the same Quran, then why are there so many different schools of thought among Muslims?</w:t>
      </w:r>
    </w:p>
    <w:p>
      <w:pPr>
        <w:jc w:val="right"/>
      </w:pPr>
      <w:r>
        <w:t>This question is from رامش۔ When all مسلمs follow one and the same قرآن، then why are there so many different schools of thought among Muslims؟</w:t>
      </w:r>
    </w:p>
    <w:p>
      <w:r>
        <w:rPr>
          <w:b/>
        </w:rPr>
        <w:t xml:space="preserve">[04:23] </w:t>
      </w:r>
      <w:r>
        <w:t>dekhen, koi bhi book ho to text mein difference nahi hota. Difference hota hai interpretation mein.</w:t>
      </w:r>
    </w:p>
    <w:p>
      <w:pPr>
        <w:jc w:val="right"/>
      </w:pPr>
      <w:r>
        <w:t>دیکھیں، کوئی بھی book ہو تو ٹیکسٹ میں difference نہیں ہوتا۔ Difference ہوتا ہے interpretation میں۔</w:t>
      </w:r>
    </w:p>
    <w:p>
      <w:r>
        <w:rPr>
          <w:b/>
        </w:rPr>
        <w:t xml:space="preserve">[04:33] </w:t>
      </w:r>
      <w:r>
        <w:t>yeh har cheez ka mamla hai. Aap dekhen, Constitution of India jo hai, us ko different judge jo hain, different andaaz se interpretation karte hain, different judgment dete hain.</w:t>
      </w:r>
    </w:p>
    <w:p>
      <w:pPr>
        <w:jc w:val="right"/>
      </w:pPr>
      <w:r>
        <w:t>یہ ہر چیز کا معاملہ ہے۔ آپ دیکھیں، Constitution of India جو ہے، اس کو different judge جو ہیں، different انداز سے interpretation کرتے ہیں، different judgment دیتے ہیں۔</w:t>
      </w:r>
    </w:p>
    <w:p>
      <w:r>
        <w:rPr>
          <w:b/>
        </w:rPr>
        <w:t xml:space="preserve">[04:44] </w:t>
      </w:r>
      <w:r>
        <w:t>woh law jo hai, different andaaz se us ko explain karte hain log. To Quran ka mamla bhi yahi hai. Yeh yeh door to hamesha khula rahega ke different tareeqe se us ko explain kiya jaye.</w:t>
      </w:r>
    </w:p>
    <w:p>
      <w:pPr>
        <w:jc w:val="right"/>
      </w:pPr>
      <w:r>
        <w:t>وہ law جو ہے، different انداز سے اس کو explain کرتے ہیں لوگ۔ تو قرآن کا معاملہ بھی یہی ہے۔ یہ یہ door تو ہمیشہ کھلا رہے گا کہ different طریقے سے اس کو explain کیا جائے۔</w:t>
      </w:r>
    </w:p>
    <w:p>
      <w:r>
        <w:rPr>
          <w:b/>
        </w:rPr>
        <w:t xml:space="preserve">[05:01] </w:t>
      </w:r>
      <w:r>
        <w:t>ab yeh hai ke Quran mein hai ke ittaqullah Allah ke sahi interpretation jo hai, sahi explanation jo hai, woh kaun karega?</w:t>
      </w:r>
    </w:p>
    <w:p>
      <w:pPr>
        <w:jc w:val="right"/>
      </w:pPr>
      <w:r>
        <w:t>اب یہ ہے کہ قرآن میں ہے کہ اتق اللہ اللہ کہ صحیح interpretation جو ہے، صحیح explanation جو ہے، وہ کون کرے گا؟</w:t>
      </w:r>
    </w:p>
    <w:p>
      <w:r>
        <w:rPr>
          <w:b/>
        </w:rPr>
        <w:t xml:space="preserve">[05:10] </w:t>
      </w:r>
      <w:r>
        <w:t>jo Khuda se darne wala ho. Khuda se darne wala ho. Jaise court mein jo lawyers hote hain, woh law ko interpret karte hain.</w:t>
      </w:r>
    </w:p>
    <w:p>
      <w:pPr>
        <w:jc w:val="right"/>
      </w:pPr>
      <w:r>
        <w:t>جو خدا سے ڈرنے والا ہو۔ خدا سے ڈرنے والا ہو۔ جیسے court میں جو lawyers ہوتے ہیں، وہ law کو interpret کرتے ہیں۔</w:t>
      </w:r>
    </w:p>
    <w:p>
      <w:r>
        <w:rPr>
          <w:b/>
        </w:rPr>
        <w:t xml:space="preserve">[05:24] </w:t>
      </w:r>
      <w:r>
        <w:t>kis lehaz se? Un ka apna jo client hai, us ka case mazboot ho jaye. Bas yeh nahi ke sachai kya hai. To Quran ko jo aadmi, jo Allah se darne wala hoga, to woh us ko is tarah explain karna chahega ke jo sach mach sachai hai, woh woh mere janne mein aa jaye.</w:t>
      </w:r>
    </w:p>
    <w:p>
      <w:pPr>
        <w:jc w:val="right"/>
      </w:pPr>
      <w:r>
        <w:t>کس لحاظ سے؟ ان کا اپنا جو client ہے، اس کا case مضبوط ہو جائے۔ بس یہ نہیں کہ سچائی کیا ہے۔ تو قرآن کو جو آدمی، جو اللہ سے ڈرنے والا ہوگا، تو وہ اس کو اس طرح explain کرنا چاہے گا کہ جو سچ مچ سچائی ہے، وہ وہ میرے جاننے میں آ جائے۔</w:t>
      </w:r>
    </w:p>
    <w:p>
      <w:r>
        <w:rPr>
          <w:b/>
        </w:rPr>
        <w:t xml:space="preserve">[05:46] </w:t>
      </w:r>
      <w:r>
        <w:t>to yeh interpretation ka to darwaza hamesha khula rahega. Lekin right interpretation, wrong interpretation jo hai,</w:t>
      </w:r>
    </w:p>
    <w:p>
      <w:pPr>
        <w:jc w:val="right"/>
      </w:pPr>
      <w:r>
        <w:t>تو یہ interpretation کا تو دروازہ ہمیشہ کھلا رہے گا۔ لیکنright interpretation, wrong interpretation جو ہے،</w:t>
      </w:r>
    </w:p>
    <w:p>
      <w:r>
        <w:rPr>
          <w:b/>
        </w:rPr>
        <w:t xml:space="preserve">[05:59] </w:t>
      </w:r>
      <w:r>
        <w:t>is mein isi liye farq hota hai ke log jo Khuda se darne wale hote hain, woh to sacha explanation nikal lenge.</w:t>
      </w:r>
    </w:p>
    <w:p>
      <w:pPr>
        <w:jc w:val="right"/>
      </w:pPr>
      <w:r>
        <w:t>اس میں اسی لیے فرق ہوتا ہے کہ لوگ جو خدا سے ڈرنے والے ہوتے ہیں، وہ تو سچا explanation نکال لیں گے۔</w:t>
      </w:r>
    </w:p>
    <w:p>
      <w:r>
        <w:rPr>
          <w:b/>
        </w:rPr>
        <w:t xml:space="preserve">[06:07] </w:t>
      </w:r>
      <w:r>
        <w:t>us ko jo darne wala nahi hai, to apne matlab ke lehaz se nikalenge. To yeh to rahega hamesha, kyunke yeh test ke liye hai. To test to Khuda band karta nahi.</w:t>
      </w:r>
    </w:p>
    <w:p>
      <w:pPr>
        <w:jc w:val="right"/>
      </w:pPr>
      <w:r>
        <w:t>اس کو جو ڈرنے والا نہیں ہے، تو اپنے مطلب کے لحاظ سے نکالیں گے۔ تو یہ تو رہے گا ہمیشہ، کیونکہ یہ ٹیسٹ کے لیے ہے۔ تو ٹیسٹ تو خدا بند نہیں کرتا۔</w:t>
      </w:r>
    </w:p>
    <w:p>
      <w:r>
        <w:rPr>
          <w:b/>
        </w:rPr>
        <w:t xml:space="preserve">[06:18] </w:t>
      </w:r>
      <w:r>
        <w:t>to yeh test hai ke ke kis insaan ne sach mach sachai ko janne ke liye Quran ko parha, aur kis insaan ne apne matlab ki baat nikalne ke liye Quran ko parha.</w:t>
      </w:r>
    </w:p>
    <w:p>
      <w:pPr>
        <w:jc w:val="right"/>
      </w:pPr>
      <w:r>
        <w:t>تو یہ ٹیسٹ ہے کہ کہ کس انسان نے سچ مچ سچائی کو جاننے کے لیے قرآن کو پڑھا، اور کس انسان نے اپنے مطلب کی بات نکالنے کے لیے قرآن کو پڑھا۔</w:t>
      </w:r>
    </w:p>
    <w:p>
      <w:r>
        <w:rPr>
          <w:b/>
        </w:rPr>
        <w:t xml:space="preserve">[06:31] </w:t>
      </w:r>
      <w:r>
        <w:t>yeh to test rahega, aur isi ki buniyad par Khuda ke haan punishment bhi hai, aur reward bhi hai.</w:t>
      </w:r>
    </w:p>
    <w:p>
      <w:pPr>
        <w:jc w:val="right"/>
      </w:pPr>
      <w:r>
        <w:t>یہ تو ٹیسٹ رہے گا، اور اسی کی بنیاد پر خدا کے ہاں punishment بھی ہے، اور ریوارڈ بھی ہے۔</w:t>
      </w:r>
    </w:p>
    <w:p>
      <w:r>
        <w:rPr>
          <w:b/>
        </w:rPr>
        <w:t xml:space="preserve">[06:38] </w:t>
      </w:r>
      <w:r>
        <w:t>This question is from Miss Najma Siddiqui. The scientists who have helped in discovering and preparing the scientific data for understanding the glory of God have done this unknowingly as God's work.</w:t>
      </w:r>
    </w:p>
    <w:p>
      <w:pPr>
        <w:jc w:val="right"/>
      </w:pPr>
      <w:r>
        <w:t>This question is from مس نجمہ صدیقی۔ The scientists who have helped in discovering and preparing the scientific data for understanding the glory of God have done this unknowingly as God's work.</w:t>
      </w:r>
    </w:p>
    <w:p>
      <w:r>
        <w:rPr>
          <w:b/>
        </w:rPr>
        <w:t xml:space="preserve">[06:55] </w:t>
      </w:r>
      <w:r>
        <w:t>How would they be rewarded in the next world, in your opinion?</w:t>
      </w:r>
    </w:p>
    <w:p>
      <w:pPr>
        <w:jc w:val="right"/>
      </w:pPr>
      <w:r>
        <w:t>How would they be rewarded in the next world, in your opinion?</w:t>
      </w:r>
    </w:p>
    <w:p>
      <w:r>
        <w:rPr>
          <w:b/>
        </w:rPr>
        <w:t xml:space="preserve">[07:04] </w:t>
      </w:r>
      <w:r>
        <w:t>bhai, dekhen, is ka to mujhe bhi answer nahi maloom hai. Main bohat zyada un logon ko regard deta hoon jinhone yeh kaam kiya.</w:t>
      </w:r>
    </w:p>
    <w:p>
      <w:pPr>
        <w:jc w:val="right"/>
      </w:pPr>
      <w:r>
        <w:t>بھائی، دیکھیں، اس کا تو مجھے بھی answer نہیں معلوم ہے۔ میں بہت زیادہ ان لوگوں کو ریگارڈ دیتا ہوں جنہوں نے یہ کام کیا۔</w:t>
      </w:r>
    </w:p>
    <w:p>
      <w:r>
        <w:rPr>
          <w:b/>
        </w:rPr>
        <w:t xml:space="preserve">[07:15] </w:t>
      </w:r>
      <w:r>
        <w:t>ab Khuda un ko kya darja dega, is ka mujhe pata nahi. Kyunke waqea hai ke unhone, yani divine wisdom ka ek gate khol diya.</w:t>
      </w:r>
    </w:p>
    <w:p>
      <w:pPr>
        <w:jc w:val="right"/>
      </w:pPr>
      <w:r>
        <w:t>اب خدا ان کو کیا درجہ دے گا، اس کا مجھے پتہ نہیں۔ کیونکہ واقعہ ہے کہ انہوں نے، یعنی ڈیوائن وزڈم کا ایک گول گیٹ کھول دیا۔</w:t>
      </w:r>
    </w:p>
    <w:p>
      <w:r>
        <w:rPr>
          <w:b/>
        </w:rPr>
        <w:t xml:space="preserve">[07:28] </w:t>
      </w:r>
      <w:r>
        <w:t>itna bara kaam kiya, divine wisdom. Hum apne bachpan mein bhi suraj chand ko dekhte the, darakht ko us ko dekhte the, lekin woh thrill nahi aata tha hum ko jo ab aata hai jab hum ne science ko parha.</w:t>
      </w:r>
    </w:p>
    <w:p>
      <w:pPr>
        <w:jc w:val="right"/>
      </w:pPr>
      <w:r>
        <w:t>اتنا بڑا کام کیا، ڈیوائن وزڈم۔ ہم اپنے بچپن میں بھی سورج چاند کو دیکھتے تھے، درخت کو اس کو دیکھتے تھے، لیکن وہ تھرل نہیں آتا تھا ہم کو جو اب آتا ہے جب ہم نے سائنس کو پڑھا۔</w:t>
      </w:r>
    </w:p>
    <w:p>
      <w:r>
        <w:rPr>
          <w:b/>
        </w:rPr>
        <w:t xml:space="preserve">[07:43] </w:t>
      </w:r>
      <w:r>
        <w:t>ek ek ek cheez mein mujhe thrill aata hai. Ek cheez mein, ek pati mein bhi thrill aata hai dekh kar ke kaise pati banti hai. To is mein koi shaq nahi hai ke scientific community ne bohat hi bara kaam kiya hai.</w:t>
      </w:r>
    </w:p>
    <w:p>
      <w:pPr>
        <w:jc w:val="right"/>
      </w:pPr>
      <w:r>
        <w:t>ایک ایک ایک چیز میں مجھے تھرل آتا ہے۔ ایک چیز میں، ایک پتی میں بھی تھرل آتا ہے دیکھ کر کہ کیسے پتی بنتی ہے۔ تو اس میں کوئی شک نہیں ہے کہ سائنٹیفک کمیونٹی نے بہت ہی بڑا کام کیا ہے۔</w:t>
      </w:r>
    </w:p>
    <w:p>
      <w:r>
        <w:rPr>
          <w:b/>
        </w:rPr>
        <w:t xml:space="preserve">[07:57] </w:t>
      </w:r>
      <w:r>
        <w:t>ab Khuda is ka reward kya dega? Bhai, main is ko nahi janta. Yeh Khuda ka domain hai. Main nahi janta ke wahan kya hoga.</w:t>
      </w:r>
    </w:p>
    <w:p>
      <w:pPr>
        <w:jc w:val="right"/>
      </w:pPr>
      <w:r>
        <w:t>اب خدا اس کا ریوارڈ کیا دے گا؟ بھائی، میں اس کو نہیں جانتا۔ یہ خدا کا ڈومین ہے۔ میں نہیں جانتا کہ وہاں کیا ہوگا۔</w:t>
      </w:r>
    </w:p>
    <w:p>
      <w:r>
        <w:rPr>
          <w:b/>
        </w:rPr>
        <w:t xml:space="preserve">[08:08] </w:t>
      </w:r>
      <w:r>
        <w:t>is ka mujhe ilm nahi hai. Agarche kai scientist aise hain jo jinhone, yani openly kaha ke woh Khuda ko mante hain, jaise Sir James Jeans.</w:t>
      </w:r>
    </w:p>
    <w:p>
      <w:pPr>
        <w:jc w:val="right"/>
      </w:pPr>
      <w:r>
        <w:t>اس کا مجھے علم نہیں ہے۔ اگرچہ کئی سائنٹسٹ ایسے ہیں جو جنہوں نے، یعنی اوپنلی کہا کہ وہ خدا کو مانتے ہیں، جیسے سر جیمز جین۔</w:t>
      </w:r>
    </w:p>
    <w:p>
      <w:r>
        <w:rPr>
          <w:b/>
        </w:rPr>
        <w:t xml:space="preserve">[08:25] </w:t>
      </w:r>
      <w:r>
        <w:t>kuch scientist aise hain jo khamosh rahe. Mere khayal se koi pure scientist aisa nahi hai jis ne Khuda ka inkar kiya ho. Inkar karne wale log to doosre hain, woh philosophers hain.</w:t>
      </w:r>
    </w:p>
    <w:p>
      <w:pPr>
        <w:jc w:val="right"/>
      </w:pPr>
      <w:r>
        <w:t>کچھ سائنٹسٹ ایسے ہیں جو خاموش رہے۔ میرے خیال سے کوئی پیور سائنٹسٹ ایسا نہیں ہے جس نے خدا کا انکار کیا ہو۔ انکار کرنے والے لوگ تو دوسرے ہیں، وہ فلاسفرز ہیں۔</w:t>
      </w:r>
    </w:p>
    <w:p>
      <w:r>
        <w:rPr>
          <w:b/>
        </w:rPr>
        <w:t xml:space="preserve">[08:36] </w:t>
      </w:r>
      <w:r>
        <w:t>woh ghaleban koi bhi scientist aisa nahi hai jis ne Khuda ka inkar kiya ho. Lekin openly kehna ke main Khuda ko manta hoon, kuch aise bhi hain jaise Sir Arthur Eddington tha ya Sir James Jeans tha.</w:t>
      </w:r>
    </w:p>
    <w:p>
      <w:pPr>
        <w:jc w:val="right"/>
      </w:pPr>
      <w:r>
        <w:t>وہ غالباً کوئی بھی سائنٹسٹ ایسا نہیں ہے جس نے خدا کا انکار کیا ہو۔ لیکن اوپنلی کہنا کہ میں خدا کو مانتا ہوں، کچھ ایسے بھی ہیں جیسے سر آرٹھ ایڈنگٹن تھا یا سر جیمز جینز تھا۔</w:t>
      </w:r>
    </w:p>
    <w:p>
      <w:r>
        <w:rPr>
          <w:b/>
        </w:rPr>
        <w:t xml:space="preserve">[08:50] </w:t>
      </w:r>
      <w:r>
        <w:t>aise bhi kuch hain. Yeh to top ke hain, aur doosre darje ke logon mein to bohat sare scientist hain.</w:t>
      </w:r>
    </w:p>
    <w:p>
      <w:pPr>
        <w:jc w:val="right"/>
      </w:pPr>
      <w:r>
        <w:t>ایسے بھی کچھ ہیں۔ یہ تو ٹاپ کے ہیں، اور دوسرے درجے کے لوگوں میں تو بہت سارے سائنٹسٹ ہیں۔</w:t>
      </w:r>
    </w:p>
    <w:p>
      <w:r>
        <w:rPr>
          <w:b/>
        </w:rPr>
        <w:t xml:space="preserve">[09:01] </w:t>
      </w:r>
      <w:r>
        <w:t>to beharhaal, main is bare mein kuch nahi keh sakta ke Allah taala un ke sath kya mamla farmayenge.</w:t>
      </w:r>
    </w:p>
    <w:p>
      <w:pPr>
        <w:jc w:val="right"/>
      </w:pPr>
      <w:r>
        <w:t>تو بہرحال، میں اس بارے میں کچھ نہیں کہہ سکتا کہ اللہ تعالیٰ ان کے ساتھ کیا معاملہ فرمائیں گے۔</w:t>
      </w:r>
    </w:p>
    <w:p>
      <w:r>
        <w:rPr>
          <w:b/>
        </w:rPr>
        <w:t xml:space="preserve">[09:10] </w:t>
      </w:r>
      <w:r>
        <w:t>This question is from Maulana Zikraan. What is asnaaf? Kindly elaborate and explain. Kya?</w:t>
      </w:r>
    </w:p>
    <w:p>
      <w:pPr>
        <w:jc w:val="right"/>
      </w:pPr>
      <w:r>
        <w:t>This question is from مولانا زکوان۔ What is اسناف؟ Kindly elaborate and explain۔ کیا؟</w:t>
      </w:r>
    </w:p>
    <w:p>
      <w:r>
        <w:rPr>
          <w:b/>
        </w:rPr>
        <w:t xml:space="preserve">[09:18] </w:t>
      </w:r>
      <w:r>
        <w:t>What is asnaaf? Hmm, asnaaf kya cheez hai? Asnaaf aur isراف. As isراف. Okay, isراف.</w:t>
      </w:r>
    </w:p>
    <w:p>
      <w:pPr>
        <w:jc w:val="right"/>
      </w:pPr>
      <w:r>
        <w:t>What is اسناف؟ ہمم، اسناف کیا چیز ہے؟ اسناف اور اسراف۔ اس اسراف۔ اوکے، اسراف۔</w:t>
      </w:r>
    </w:p>
    <w:p>
      <w:r>
        <w:rPr>
          <w:b/>
        </w:rPr>
        <w:t xml:space="preserve">[09:27] </w:t>
      </w:r>
      <w:r>
        <w:t>Achha, isراف. What is isراف? Kindly elaborate and explain. Is spending money extravagantly isراف?</w:t>
      </w:r>
    </w:p>
    <w:p>
      <w:pPr>
        <w:jc w:val="right"/>
      </w:pPr>
      <w:r>
        <w:t>اچھا، اسراف۔ What is اسراف؟ Kindly elaborate and explain۔ Is spending money extravagantly اسراف؟</w:t>
      </w:r>
    </w:p>
    <w:p>
      <w:r>
        <w:rPr>
          <w:b/>
        </w:rPr>
        <w:t xml:space="preserve">[09:42] </w:t>
      </w:r>
      <w:r>
        <w:t>Dekhiye, isراف ke literal meaning tha waste karna, paise ko waste karna. To paise ko waste karna kya hai?</w:t>
      </w:r>
    </w:p>
    <w:p>
      <w:pPr>
        <w:jc w:val="right"/>
      </w:pPr>
      <w:r>
        <w:t>دیکھیے، اسراف کے لٹرل میننگ تھا ویسٹ کرنا، پیسے کو ویسٹ کرنا۔ تو پیسے کو ویسٹ کرنا کیا ہے؟</w:t>
      </w:r>
    </w:p>
    <w:p>
      <w:r>
        <w:rPr>
          <w:b/>
        </w:rPr>
        <w:t xml:space="preserve">[09:55] </w:t>
      </w:r>
      <w:r>
        <w:t>Dekhiye, paisa jo aap kharch karte hain to do tarike se kharch karte hain. Ek yeh hai ki aap apni need ke liye kharch karein, ek apni desire ke liye kharch karein.</w:t>
      </w:r>
    </w:p>
    <w:p>
      <w:pPr>
        <w:jc w:val="right"/>
      </w:pPr>
      <w:r>
        <w:t>دیکھیے، پیسہ جو آپ خرچ کرتے ہیں تو دو طریقے سے خرچ کرتے ہیں۔ ایک یہ ہے کہ آپ اپنی نیڈ کے لیے خرچ کریں، ایک اپنی ڈیزائر کے لیے خرچ کریں۔</w:t>
      </w:r>
    </w:p>
    <w:p>
      <w:r>
        <w:rPr>
          <w:b/>
        </w:rPr>
        <w:t xml:space="preserve">[10:10] </w:t>
      </w:r>
      <w:r>
        <w:t>To main jahan tak samajh paya hoon ki basic need jo hai, basic need is mein jab aap kharch karte hain to woh isراف nahi hai.</w:t>
      </w:r>
    </w:p>
    <w:p>
      <w:pPr>
        <w:jc w:val="right"/>
      </w:pPr>
      <w:r>
        <w:t>تو میں جہاں تک سمجھ پایا ہوں کہ بیسک نیڈ جو ہے، بیسک نیڈ اس میں جب آپ خرچ کرتے ہیں تو وہ اسراف نہیں ہے۔</w:t>
      </w:r>
    </w:p>
    <w:p>
      <w:r>
        <w:rPr>
          <w:b/>
        </w:rPr>
        <w:t xml:space="preserve">[10:21] </w:t>
      </w:r>
      <w:r>
        <w:t>Yaani money ko waste karna nahi hai woh. Aur jab aap desire par chalte hain aur desire ko le kar ke kharch karte hain to main samajhta hoon ki woh hai isراف.</w:t>
      </w:r>
    </w:p>
    <w:p>
      <w:pPr>
        <w:jc w:val="right"/>
      </w:pPr>
      <w:r>
        <w:t>یعنی منی کو ویسٹ کرنا نہیں ہے وہ۔ اور جب آپ ڈیزائر پر چلتے ہیں اور ڈیزائر کو لے کر کے خرچ کرتے ہیں تو میں سمجھتا ہوں کہ وہ ہے اسراف۔</w:t>
      </w:r>
    </w:p>
    <w:p>
      <w:r>
        <w:rPr>
          <w:b/>
        </w:rPr>
        <w:t xml:space="preserve">[10:34] </w:t>
      </w:r>
      <w:r>
        <w:t>Aur isراف ke bare mein Quran mein aur Hadees mein bahut bahut hi kade shabdon mein is ko condemn kiya gaya hai. Jaise Quran mein hai ki aise log shaitan ke bhai hain.</w:t>
      </w:r>
    </w:p>
    <w:p>
      <w:pPr>
        <w:jc w:val="right"/>
      </w:pPr>
      <w:r>
        <w:t>اور اسراف کے بارے میں قرآن میں اور حدیث میں بہت بہت ہی کڑے शब्दوں میں اس کو کنڈیم کیا گیا ہے۔ جیسے قرآن میں ہے کہ ایسے لوگ شیطان کے بھائی ہیں۔</w:t>
      </w:r>
    </w:p>
    <w:p>
      <w:r>
        <w:rPr>
          <w:b/>
        </w:rPr>
        <w:t xml:space="preserve">[10:46] </w:t>
      </w:r>
      <w:r>
        <w:t>Innal-budh-zireena ikhwaana shayaateen. Aise logon ko shaitan ke bhai bataya gaya hai. To main samajhta hoon ki is ko hum bilkul do do chaar ki tarah nahi bata sakte ki basic need kya hai aur khwahish wali baat kya hai.</w:t>
      </w:r>
    </w:p>
    <w:p>
      <w:pPr>
        <w:jc w:val="right"/>
      </w:pPr>
      <w:r>
        <w:t>ان البذریران اخوان شیاطین۔ ایسے لوگوں کو شیطان کے بھائی بتایا گیا ہے۔ تو میں سمجھتا ہوں کہ اس کو ہم بالکل دو دو چار کی طرح نہیں بتا سکتے کہ بیسک نیڈ کیا ہے اور خواہش والی بات کیا ہے۔</w:t>
      </w:r>
    </w:p>
    <w:p>
      <w:r>
        <w:rPr>
          <w:b/>
        </w:rPr>
        <w:t xml:space="preserve">[11:03] </w:t>
      </w:r>
      <w:r>
        <w:t>Bahut mushkil hai. Aadmi khud hi is ko judge kar sakta hai. Kyunki basic need ka koi ek hi yaani naap nahi ho sakta hai.</w:t>
      </w:r>
    </w:p>
    <w:p>
      <w:pPr>
        <w:jc w:val="right"/>
      </w:pPr>
      <w:r>
        <w:t>بہت مشکل ہے۔ آدمی خود ہی اس کو جج کر سکتا ہے۔ کیونکہ بیسک نیڈ کا کوئی ایک ہی یعنی ناپ نہیں ہو سکتا ہے۔</w:t>
      </w:r>
    </w:p>
    <w:p>
      <w:r>
        <w:rPr>
          <w:b/>
        </w:rPr>
        <w:t xml:space="preserve">[11:19] </w:t>
      </w:r>
      <w:r>
        <w:t>To main samajhta hoon ki har aadmi ko sochna chahiye ki woh Khuda ke haan jaane wala hai. Aur Hadees mein aata hai ki insaan ke qadam Khuda ke saamne se nahi hatenge jab tak woh do baaton ka jawab na de lete:</w:t>
      </w:r>
    </w:p>
    <w:p>
      <w:pPr>
        <w:jc w:val="right"/>
      </w:pPr>
      <w:r>
        <w:t>تو میں سمجھتا ہوں کہ ہر آدمی کو سوچنا چاہیے کہ وہ خدا کے ہاں جانے والا ہے۔ اور حدیث میں آتا ہے کہ انسان کے قدم خدا کے سامنے سے نہیں ہٹیں گے جب تک وہ دو باتوں کا جواب نہ دے لیتے:</w:t>
      </w:r>
    </w:p>
    <w:p>
      <w:r>
        <w:rPr>
          <w:b/>
        </w:rPr>
        <w:t xml:space="preserve">[11:33] </w:t>
      </w:r>
      <w:r>
        <w:t>Minka tasbah fi munfaqah. Kahan se kamaya aur kahan kharch kiya. Yeh soch rahe hain ki Khuda ke saamne mujhe batana hai ki maine kahan se kamaya, kahan kharch kiya.</w:t>
      </w:r>
    </w:p>
    <w:p>
      <w:pPr>
        <w:jc w:val="right"/>
      </w:pPr>
      <w:r>
        <w:t>منک تصبح فی منفقہ۔ کہاں سے کمایا اور کہاں خرچ کیا۔ یہ سوچ رہے ہیں کہ خدا کے سامنے مجھے بتانا ہے کہ میں نے کہاں سے کمایا، کہاں خرچ کیا۔</w:t>
      </w:r>
    </w:p>
    <w:p>
      <w:r>
        <w:rPr>
          <w:b/>
        </w:rPr>
        <w:t xml:space="preserve">[11:45] </w:t>
      </w:r>
      <w:r>
        <w:t>To yeh soche to woh apne aap hi is ke andar yeh baat aa jayegi ki woh jaan lega ki basic need kya hai aur desire ke peeche chalna kya hai.</w:t>
      </w:r>
    </w:p>
    <w:p>
      <w:pPr>
        <w:jc w:val="right"/>
      </w:pPr>
      <w:r>
        <w:t>تو یہ سوچے تو وہ اپنے آپ ہی اس کے اندر یہ بات آ جائے گی کہ وہ جان لے گا کہ بیسک نیڈ کیا ہے اور ڈیزائر کے پیچھے چلنا کیا ہے۔</w:t>
      </w:r>
    </w:p>
    <w:p>
      <w:r>
        <w:rPr>
          <w:b/>
        </w:rPr>
        <w:t xml:space="preserve">[11:55] </w:t>
      </w:r>
      <w:r>
        <w:t>Aur koi is ka koi yaani main samajhta hoon ki do do chaar ki tarah se hum nahi bata sakte ki yeh hai basic need aur yeh hai desire.</w:t>
      </w:r>
    </w:p>
    <w:p>
      <w:pPr>
        <w:jc w:val="right"/>
      </w:pPr>
      <w:r>
        <w:t>اور کوئی اس کا کوئی یعنی میں سمجھتا ہوں کہ دو دو چار کی طرح سے ہم نہیں بتا سکتے کہ یہ ہے بیسک نیڈ اور یہ ہے ڈیزائر۔</w:t>
      </w:r>
    </w:p>
    <w:p>
      <w:r>
        <w:rPr>
          <w:b/>
        </w:rPr>
        <w:t xml:space="preserve">[12:09] </w:t>
      </w:r>
      <w:r>
        <w:t>To</w:t>
      </w:r>
    </w:p>
    <w:p>
      <w:pPr>
        <w:jc w:val="right"/>
      </w:pPr>
      <w:r>
        <w:t>تو</w:t>
      </w:r>
    </w:p>
    <w:p>
      <w:r>
        <w:rPr>
          <w:b/>
        </w:rPr>
        <w:t xml:space="preserve">[12:12] </w:t>
      </w:r>
      <w:r>
        <w:t>Har aadmi ko khud hi sochna hai aur yeh dhyan mein rakhte hue ki Khuda ke saamne mujhe khada hona hai. To hamare baap jo the woh kaha karte the har har baat mein ki Khuda ko munh dikhana hai.</w:t>
      </w:r>
    </w:p>
    <w:p>
      <w:pPr>
        <w:jc w:val="right"/>
      </w:pPr>
      <w:r>
        <w:t>ہر آدمی کو خود ہی سوچنا ہے اور یہ دھیان میں رکھتے ہوئے کہ خدا کے سامنے مجھے کھڑا ہونا ہے۔ تو ہمارے باپ جو تھے وہ کہا کرتے تھے ہر ہر بات میں کہ خدا کو منہ دکھانا ہے۔</w:t>
      </w:r>
    </w:p>
    <w:p>
      <w:r>
        <w:rPr>
          <w:b/>
        </w:rPr>
        <w:t xml:space="preserve">[12:29] </w:t>
      </w:r>
      <w:r>
        <w:t>Bahut hi nek aadmi the. To har baat mein kehte the ki Khuda ko munh dikhana hai. To Khuda ko saamne jo khada hona hai hum sab ko us ko soch kar ke hum apne aap hi yeh tay karein ki yeh hai basic need aur yeh hai desire.</w:t>
      </w:r>
    </w:p>
    <w:p>
      <w:pPr>
        <w:jc w:val="right"/>
      </w:pPr>
      <w:r>
        <w:t>بہت ہی نیک آدمی تھے۔ تو ہر بات میں کہتے تھے کہ خدا کو منہ دکھانا ہے۔ تو خدا کو سامنے جو کھڑا ہونا ہے ہم سب کو اس کو سوچ کر کے ہم اپنے آپ ہی یہ طے کریں کہ یہ ہے بیسک نیڈ اور یہ ہے ڈیزائر۔</w:t>
      </w:r>
    </w:p>
    <w:p>
      <w:r>
        <w:rPr>
          <w:b/>
        </w:rPr>
        <w:t xml:space="preserve">[12:49] </w:t>
      </w:r>
      <w:r>
        <w:t>To desire mein kharch karega to samjhe ki main isراف kar raha hoon. Aur basic need mein agar kharch karega to woh Khuda ke nazdeek jaayaz hai.</w:t>
      </w:r>
    </w:p>
    <w:p>
      <w:pPr>
        <w:jc w:val="right"/>
      </w:pPr>
      <w:r>
        <w:t>تو ڈیزائر میں خرچ کرے گا تو سمجھے کہ میں اسراف کر رہا ہوں۔ اور بیسک نیڈ میں اگر خرچ کرے گا تو وہ خدا کے نزدیک جائز ہے۔</w:t>
      </w:r>
    </w:p>
    <w:p>
      <w:r>
        <w:rPr>
          <w:b/>
        </w:rPr>
        <w:t xml:space="preserve">[13:01] </w:t>
      </w:r>
      <w:r>
        <w:t>This question is from Miss Wahida. When we try to explain the non-Muslim about one Allah, they excuse themselves saying you have a different way of praying and we have a different way of praying.</w:t>
      </w:r>
    </w:p>
    <w:p>
      <w:pPr>
        <w:jc w:val="right"/>
      </w:pPr>
      <w:r>
        <w:t>This question is from مس وحیدہ۔ When we try to explain the non-Muslim about one اللہ، they excuse themselves saying you have a different way of praying and we have a different way of praying.</w:t>
      </w:r>
    </w:p>
    <w:p>
      <w:r>
        <w:rPr>
          <w:b/>
        </w:rPr>
        <w:t xml:space="preserve">[13:17] </w:t>
      </w:r>
      <w:r>
        <w:t>Kindly comment on this. Different way of pray? Praying. Ya pray? Pyare bhai, pray.</w:t>
      </w:r>
    </w:p>
    <w:p>
      <w:pPr>
        <w:jc w:val="right"/>
      </w:pPr>
      <w:r>
        <w:t>Kindly comment on this. Different way of pray؟ Praying۔ یا pray؟ پیارے بھائی، pray۔</w:t>
      </w:r>
    </w:p>
    <w:p>
      <w:r>
        <w:rPr>
          <w:b/>
        </w:rPr>
        <w:t xml:space="preserve">[13:26] </w:t>
      </w:r>
      <w:r>
        <w:t>Dekhein, asal cheez yeh hai ki yahan par jo kuch log yaani yeh do concepts hain religion ke.</w:t>
      </w:r>
    </w:p>
    <w:p>
      <w:pPr>
        <w:jc w:val="right"/>
      </w:pPr>
      <w:r>
        <w:t>دیکھیں، اصل چیز یہ ہے کہ یہاں پر جو کچھ لوگ یعنی یہ دو کانسیپٹ ہیں ریلیجن کے۔</w:t>
      </w:r>
    </w:p>
    <w:p>
      <w:r>
        <w:rPr>
          <w:b/>
        </w:rPr>
        <w:t xml:space="preserve">[13:37] </w:t>
      </w:r>
      <w:r>
        <w:t>Ek hai ki religion jo hai ya sachai. Sachai ek aisi cheez hai jis ko har aadmi alag alag discover karta hai. Yaani apni discovery ka naam hai sachai.</w:t>
      </w:r>
    </w:p>
    <w:p>
      <w:pPr>
        <w:jc w:val="right"/>
      </w:pPr>
      <w:r>
        <w:t>ایک ہے کہ ریلیجن جو ہے یا سچائی۔ سچائی ایک ایسی چیز ہے جس کو ہر آدمی الگ الگ ڈسکور کرتا ہے۔ یعنی اپنی ڈسکوری کا نام ہے سچائی۔</w:t>
      </w:r>
    </w:p>
    <w:p>
      <w:r>
        <w:rPr>
          <w:b/>
        </w:rPr>
        <w:t xml:space="preserve">[13:49] </w:t>
      </w:r>
      <w:r>
        <w:t>Yaani apne se bahar is ka koi aisi cheez nahi hai ki woh sab ke liye absolute truth ho. To do alag alag concepts hain.</w:t>
      </w:r>
    </w:p>
    <w:p>
      <w:pPr>
        <w:jc w:val="right"/>
      </w:pPr>
      <w:r>
        <w:t>یعنی اپنے سے باہر اس کا کوئی ایسی چیز نہیں ہے کہ وہ سب کے لیے ایبسولیوٹ ٹروتھ ہو۔ تو دو الگ الگ کانسیپٹ ہیں۔</w:t>
      </w:r>
    </w:p>
    <w:p>
      <w:r>
        <w:rPr>
          <w:b/>
        </w:rPr>
        <w:t xml:space="preserve">[13:58] </w:t>
      </w:r>
      <w:r>
        <w:t>Ek hai absolute truth ka concept aur ek hai ki ek relative cheez hai jis ko jahan sachai mil jaye wahi us ke liye sachai hai.</w:t>
      </w:r>
    </w:p>
    <w:p>
      <w:pPr>
        <w:jc w:val="right"/>
      </w:pPr>
      <w:r>
        <w:t>ایک ہے ایبسولیوٹ ٹروتھ کا کانسیپٹ اور ایک ہے کہ ایک ریلیٹو چیز ہے جس کو جہاں سچائی مل جائے وہی اس کے لیے سچائی ہے۔</w:t>
      </w:r>
    </w:p>
    <w:p>
      <w:r>
        <w:rPr>
          <w:b/>
        </w:rPr>
        <w:t xml:space="preserve">[14:11] </w:t>
      </w:r>
      <w:r>
        <w:t>To main samajhta hoon ki jo log yeh kehte hain ki sachai absolute nahi hai to woh sach poochho to denial hai sachai ka ki sachai agar absolute nahi hai to phir sachai nahi hai.</w:t>
      </w:r>
    </w:p>
    <w:p>
      <w:pPr>
        <w:jc w:val="right"/>
      </w:pPr>
      <w:r>
        <w:t>تو میں سمجھتا ہوں کہ جو لوگ یہ کہتے ہیں کہ سچائی ایبسولیوٹ نہیں ہے تو وہ سچ پوچھو تو ڈینائل ہے سچائی کا کہ سچائی اگر ایبسولیوٹ نہیں ہے تو پھر سچائی نہیں ہے۔</w:t>
      </w:r>
    </w:p>
    <w:p>
      <w:r>
        <w:rPr>
          <w:b/>
        </w:rPr>
        <w:t xml:space="preserve">[14:22] </w:t>
      </w:r>
      <w:r>
        <w:t>woh aap ghore kijiye ke sachai jo hai agar wohi wohi absolute na ho to phir kya hua?</w:t>
      </w:r>
    </w:p>
    <w:p>
      <w:pPr>
        <w:jc w:val="right"/>
      </w:pPr>
      <w:r>
        <w:t>وہ آپ غور کیجئے کہ سچائی جو ہے اگر وہی وہی ایبسولیوٹ نہ ہو تو پھر کیا ہوا؟</w:t>
      </w:r>
    </w:p>
    <w:p>
      <w:r>
        <w:rPr>
          <w:b/>
        </w:rPr>
        <w:t xml:space="preserve">[14:32] </w:t>
      </w:r>
      <w:r>
        <w:t>yani yani woh woh sachai thori hui. woh har aadmi ki apni yeh sachai alag alag ho to mein samajhta hoon ke woh sachai nahi hai.</w:t>
      </w:r>
    </w:p>
    <w:p>
      <w:pPr>
        <w:jc w:val="right"/>
      </w:pPr>
      <w:r>
        <w:t>یعنی یعنی وہ وہ سچائی تھوڑی ہوئی۔ وہ ہر آدمی کی اپنی یہ سچائی الگ الگ ہو تو میں سمجھتا ہوں کہ وہ سچائی نہیں ہے۔</w:t>
      </w:r>
    </w:p>
    <w:p>
      <w:r>
        <w:rPr>
          <w:b/>
        </w:rPr>
        <w:t xml:space="preserve">[14:41] </w:t>
      </w:r>
      <w:r>
        <w:t>woh woh selfishness hai. woh interest hai. woh apne hisab se aap ne ek cheez bana liya. aap kahenge yeh sachai hai. sachai nahi hai. woh aap ki apni desire pe chal rahe hain.</w:t>
      </w:r>
    </w:p>
    <w:p>
      <w:pPr>
        <w:jc w:val="right"/>
      </w:pPr>
      <w:r>
        <w:t>وہ وہ سیلفشنس ہے۔ وہ انٹرسٹ ہے۔ وہ اپنے حساب سے آپ نے ایک چیز بنا لیا۔ آپ کہیں گے یہ سچائی ہے۔ سچائی نہیں ہے۔ وہ آپ کی اپنی ڈیزائر پہ چل رہے ہیں۔</w:t>
      </w:r>
    </w:p>
    <w:p>
      <w:r>
        <w:rPr>
          <w:b/>
        </w:rPr>
        <w:t xml:space="preserve">[14:51] </w:t>
      </w:r>
      <w:r>
        <w:t>aap jis society mein aap hain us society se nibah karne ke liye aap ne ek baat ko maan liya. aap kehte hain ke yeh meri sachai hai. to aise aadmi ko yeh bolna chahiye ke mujhe is se koi matlab nahi.</w:t>
      </w:r>
    </w:p>
    <w:p>
      <w:pPr>
        <w:jc w:val="right"/>
      </w:pPr>
      <w:r>
        <w:t>آپ جس سوسائٹی میں آپ ہیں اس سوسائٹی سے نباہ کرنے کے لیے آپ نے ایک بات کو مان لیا۔ آپ کہتے ہیں کہ یہ میری سچائی ہے۔ تو ایسے آدمی کو یہ بولنا چاہیے کہ مجھے اس سے کوئی مطلب نہیں۔</w:t>
      </w:r>
    </w:p>
    <w:p>
      <w:r>
        <w:rPr>
          <w:b/>
        </w:rPr>
        <w:t xml:space="preserve">[15:02] </w:t>
      </w:r>
      <w:r>
        <w:t>sachai kya hai? mein to khane kamane ke liye zinda rahoon ga bas aur aur mujhe kuch rehna dena nahi hai. kyunke sachai agar hai to absolute hai.</w:t>
      </w:r>
    </w:p>
    <w:p>
      <w:pPr>
        <w:jc w:val="right"/>
      </w:pPr>
      <w:r>
        <w:t>سچائی کیا ہے؟ میں تو کھانے کمانے کے لیے زندہ رہوں گا بس اور اور مجھے کچھ رہنا دینا نہیں ہے۔ کیونکہ سچائی اگر ہے تو ایبسولیوٹ ہے۔</w:t>
      </w:r>
    </w:p>
    <w:p>
      <w:r>
        <w:rPr>
          <w:b/>
        </w:rPr>
        <w:t xml:space="preserve">[15:12] </w:t>
      </w:r>
      <w:r>
        <w:t>sachai kabhi bhi relative nahi ho sakti hai. mein is ko manne ko tayyar nahi hoon ke sachai relative ho sakti hai. to phir kya cheez aisa absolute hai duniya mein?</w:t>
      </w:r>
    </w:p>
    <w:p>
      <w:pPr>
        <w:jc w:val="right"/>
      </w:pPr>
      <w:r>
        <w:t>سچائی کبھی بھی ریلیٹو نہیں ہو سکتی ہے۔ میں اس کو ماننے کو تیار نہیں ہوں کہ سچائی ریلیٹو ہو سکتی ہے۔ تو پھر کیا چیز ایسا ایبسولیوٹ ہے دنیا میں؟</w:t>
      </w:r>
    </w:p>
    <w:p>
      <w:r>
        <w:rPr>
          <w:b/>
        </w:rPr>
        <w:t xml:space="preserve">[15:24] </w:t>
      </w:r>
      <w:r>
        <w:t>phir to sachai se har har doosri cheez sachai se kam hai. to sachai mein dekh bilashuba absolute cheez hai.</w:t>
      </w:r>
    </w:p>
    <w:p>
      <w:pPr>
        <w:jc w:val="right"/>
      </w:pPr>
      <w:r>
        <w:t>پھر تو سچائی سے ہر ہر دوسری چیز سچائی سے کم ہے۔ تو سچائی میں دیکھ بلاشبہ ایبسولیوٹ چیز ہے۔</w:t>
      </w:r>
    </w:p>
    <w:p>
      <w:r>
        <w:rPr>
          <w:b/>
        </w:rPr>
        <w:t xml:space="preserve">[15:35] </w:t>
      </w:r>
      <w:r>
        <w:t>woh ek hai. har ek ke liye wohi ek hi hai. har aadmi ka farz hai ke us sachai ko dhoondhe. woh us us sachai ko talash kare.</w:t>
      </w:r>
    </w:p>
    <w:p>
      <w:pPr>
        <w:jc w:val="right"/>
      </w:pPr>
      <w:r>
        <w:t>وہ ایک ہے۔ ہر ایک کے لیے وہی ایک ہی ہے۔ ہر آدمی کا فرض ہے کہ اس سچائی کو ڈھونڈے۔ وہ اس اس سچائی کو تلاش کرے۔</w:t>
      </w:r>
    </w:p>
    <w:p>
      <w:r>
        <w:rPr>
          <w:b/>
        </w:rPr>
        <w:t xml:space="preserve">[15:44] </w:t>
      </w:r>
      <w:r>
        <w:t>woh yeh farz hai. jo aisa nahi karega to Khuda ka pakda jayega. woh</w:t>
      </w:r>
    </w:p>
    <w:p>
      <w:pPr>
        <w:jc w:val="right"/>
      </w:pPr>
      <w:r>
        <w:t>وہ یہ فرض ہے۔ جو ایسا نہیں کرے گا تو خدا کا پکڑا جائے گا۔ وہ</w:t>
      </w:r>
    </w:p>
    <w:p>
      <w:r>
        <w:rPr>
          <w:b/>
        </w:rPr>
        <w:t xml:space="preserve">[15:52] </w:t>
      </w:r>
      <w:r>
        <w:t>This question is from Mr Farhan. Does Islam permit creation of works of art like a novel, a human portrait or a statue?</w:t>
      </w:r>
    </w:p>
    <w:p>
      <w:pPr>
        <w:jc w:val="right"/>
      </w:pPr>
      <w:r>
        <w:t>This question is from مسٹر فرحان۔ ڈز اسلام پرمٹ کریشن آف ورکس آف آرٹ لائک ا ناول، ا ہیومن پورٹریٹ اور ا سٹیچو؟</w:t>
      </w:r>
    </w:p>
    <w:p>
      <w:r>
        <w:rPr>
          <w:b/>
        </w:rPr>
        <w:t xml:space="preserve">[16:10] </w:t>
      </w:r>
      <w:r>
        <w:t>dekhiye, is mein bohat se ulama ne kuch cheezon ko haram bataya hai. lekin mein is ko haram halaal ka masla nahi samajhta.</w:t>
      </w:r>
    </w:p>
    <w:p>
      <w:pPr>
        <w:jc w:val="right"/>
      </w:pPr>
      <w:r>
        <w:t>دیکھیے، اس میں بہت سے علماء نے کچھ چیزوں کو حرام بتایا ہے۔ لیکن میں اس کو حرام حلال کا مسئلہ نہیں سمجھتا۔</w:t>
      </w:r>
    </w:p>
    <w:p>
      <w:r>
        <w:rPr>
          <w:b/>
        </w:rPr>
        <w:t xml:space="preserve">[16:21] </w:t>
      </w:r>
      <w:r>
        <w:t>mein is ko distraction ka masla samajhta hoon. yani agar aap apne aap ko yani in cheezon pe lagayein to mein chahoon ga ke aap apne aap ko distract kar rahe hain.</w:t>
      </w:r>
    </w:p>
    <w:p>
      <w:pPr>
        <w:jc w:val="right"/>
      </w:pPr>
      <w:r>
        <w:t>میں اس کو ڈسٹریکشن کا مسئلہ سمجھتا ہوں۔ یعنی اگر آپ اپنے آپ کو یعنی ان چیزوں پہ لگائیں تو میں چاہوں گا کہ آپ اپنے آپ کو ڈسٹریکٹ کر رہے ہیں۔</w:t>
      </w:r>
    </w:p>
    <w:p>
      <w:r>
        <w:rPr>
          <w:b/>
        </w:rPr>
        <w:t xml:space="preserve">[16:37] </w:t>
      </w:r>
      <w:r>
        <w:t>yani distraction ka matlab yeh hai ke bare kaam se chhod kar chhote kaam mein apne aap ko laga rahe hain.</w:t>
      </w:r>
    </w:p>
    <w:p>
      <w:pPr>
        <w:jc w:val="right"/>
      </w:pPr>
      <w:r>
        <w:t>یعنی ڈسٹریکشن کا مطلب یہ ہے کہ بڑے کام سے کو چھوڑ کر چھوٹے کام میں اپنے آپ کو لگا رہے ہیں۔</w:t>
      </w:r>
    </w:p>
    <w:p>
      <w:r>
        <w:rPr>
          <w:b/>
        </w:rPr>
        <w:t xml:space="preserve">[16:45] </w:t>
      </w:r>
      <w:r>
        <w:t>aap jo time aap ke paas hai is ka ek ek bara istemal bhi hai. to is is bare istemal ke aap lagayein to woh mere nazdeek sahi baat hai.</w:t>
      </w:r>
    </w:p>
    <w:p>
      <w:pPr>
        <w:jc w:val="right"/>
      </w:pPr>
      <w:r>
        <w:t>آپ جو ٹائم آپ کے پاس ہے اس کا ایک ایک بڑا استعمال بھی ہے۔ تو اس اس بڑے استعمال کے آپ لگائیں تو وہ میرے نزدیک صحیح بات ہے۔</w:t>
      </w:r>
    </w:p>
    <w:p>
      <w:r>
        <w:rPr>
          <w:b/>
        </w:rPr>
        <w:t xml:space="preserve">[16:58] </w:t>
      </w:r>
      <w:r>
        <w:t>aur agar aap kisi chhoti cheez mein apne aap ko laga rahe hain to aap to aap apne aap ko distract kar rahe hain chhoti cheezon ki taraf. to in cheezon ke mein mein samajhta hoon ke haram halaal ka yani maamla nahi hai.</w:t>
      </w:r>
    </w:p>
    <w:p>
      <w:pPr>
        <w:jc w:val="right"/>
      </w:pPr>
      <w:r>
        <w:t>اور اگر آپ کسی چھوٹی چیز میں اپنے آپ کو لگا رہے ہیں تو آپ تو آپ اپنے آپ کو ڈسٹریکٹ کر رہے ہیں چھوٹی چیزوں کی طرف۔ تو ان چیزوں کے میں میں سمجھتا ہوں کہ حرام حلال کا یعنی معاملہ نہیں ہے۔</w:t>
      </w:r>
    </w:p>
    <w:p>
      <w:r>
        <w:rPr>
          <w:b/>
        </w:rPr>
        <w:t xml:space="preserve">[17:11] </w:t>
      </w:r>
      <w:r>
        <w:t>yeh distraction ka maamla hai. ab aadmi ke apne upar hai ke kya woh distraction ko afford kar sakta hai. to mein to samajhta hoon ke bhai mein to afford nahi kar sakta distraction ko.</w:t>
      </w:r>
    </w:p>
    <w:p>
      <w:pPr>
        <w:jc w:val="right"/>
      </w:pPr>
      <w:r>
        <w:t>یہ ڈسٹریکشن کا معاملہ ہے۔ اب آدمی کے اپنے اوپر ہے کہ کیا وہ ڈسٹریکشن کو افورڈ کر سکتا ہے۔ تو میں تو سمجھتا ہوں کہ بھئی میں تو افورڈ نہیں کر سکتا ڈسٹریکشن کو۔</w:t>
      </w:r>
    </w:p>
    <w:p>
      <w:r>
        <w:rPr>
          <w:b/>
        </w:rPr>
        <w:t xml:space="preserve">[17:22] </w:t>
      </w:r>
      <w:r>
        <w:t>isi liye mein novel nahi parhta. ke novel parhna koi na aisa nahi ke woh Islam mein jaiz na ho, unlawful ho novel parhna.</w:t>
      </w:r>
    </w:p>
    <w:p>
      <w:pPr>
        <w:jc w:val="right"/>
      </w:pPr>
      <w:r>
        <w:t>اسی لیے میں ناول نہیں پڑھتا۔ کہ ناول پڑھنا کوئی نہ ایسا نہیں کہ وہ اسلام میں جائز نہ ہو، ان لافل ہو ناول پڑھنا۔</w:t>
      </w:r>
    </w:p>
    <w:p>
      <w:r>
        <w:rPr>
          <w:b/>
        </w:rPr>
        <w:t xml:space="preserve">[17:34] </w:t>
      </w:r>
      <w:r>
        <w:t>lekin novel parhne ke baad hai time waste karna. time waste karna. to mein time waste karoon kyun? woh subject parhoon jo is ka history parhoon, science parhoon to is se mujhe kuch mile gi,</w:t>
      </w:r>
    </w:p>
    <w:p>
      <w:pPr>
        <w:jc w:val="right"/>
      </w:pPr>
      <w:r>
        <w:t>لیکن ناول پڑھنے کے بعد ہے ٹائم ویسٹ کرنا۔ ٹائم ویسٹ کرنا۔ تو میں ٹائم ویسٹ کروں کیوں؟ وہ سبجیکٹ پڑھوں جو اس کا ہسٹری پڑھوں، سائنس پڑھوں تو اس سے مجھے کچھ ملے گی،</w:t>
      </w:r>
    </w:p>
    <w:p>
      <w:r>
        <w:rPr>
          <w:b/>
        </w:rPr>
        <w:t xml:space="preserve">[17:50] </w:t>
      </w:r>
      <w:r>
        <w:t>information mile gi. lekin novel to fiction par base karta hai. yani farzi kahaniyon par. is mein kya mujhe mile ga siwaye enjoy ke?</w:t>
      </w:r>
    </w:p>
    <w:p>
      <w:pPr>
        <w:jc w:val="right"/>
      </w:pPr>
      <w:r>
        <w:t>انفارمیشن ملے گی۔ لیکن ناول تو فکشن پر بیس کرتا ہے۔ یعنی فرضی کہانیوں پر۔ اس میں کیا مجھے ملے گا سوائے انجوائے کے؟</w:t>
      </w:r>
    </w:p>
    <w:p>
      <w:r>
        <w:rPr>
          <w:b/>
        </w:rPr>
        <w:t xml:space="preserve">[18:03] </w:t>
      </w:r>
      <w:r>
        <w:t>to behal mein novel ko ya art ko koi najayez cheez nahi samajhta. lekin mein is ko samajhta hoon ke yeh time ko waste kar raha hai.</w:t>
      </w:r>
    </w:p>
    <w:p>
      <w:pPr>
        <w:jc w:val="right"/>
      </w:pPr>
      <w:r>
        <w:t>تو بہرحال میں ناول کو یا آرٹ کو کوئی ناجائز چیز نہیں سمجھتا۔ لیکن میں اس کو سمجھتا ہوں کہ یہ ٹائم کو ویسٹ کر رہا ہے۔</w:t>
      </w:r>
    </w:p>
    <w:p>
      <w:r>
        <w:rPr>
          <w:b/>
        </w:rPr>
        <w:t xml:space="preserve">[18:13] </w:t>
      </w:r>
      <w:r>
        <w:t>is sense mein mein samajhta hoon ke aadmi ko sochna chahiye.</w:t>
      </w:r>
    </w:p>
    <w:p>
      <w:pPr>
        <w:jc w:val="right"/>
      </w:pPr>
      <w:r>
        <w:t>اس سینس میں میں سمجھتا ہوں کہ آدمی کو سوچنا چاہیے۔</w:t>
      </w:r>
    </w:p>
    <w:p>
      <w:r>
        <w:rPr>
          <w:b/>
        </w:rPr>
        <w:t xml:space="preserve">[18:17] </w:t>
      </w:r>
      <w:r>
        <w:t>Maulana, this next question is: is it true that people who die on Friday go directly to Jannah? nahi, nahi, yeh sab bilkul bogus baat hai, baseless baat hai.</w:t>
      </w:r>
    </w:p>
    <w:p>
      <w:pPr>
        <w:jc w:val="right"/>
      </w:pPr>
      <w:r>
        <w:t>مولانا، اس نیکسٹ کوسچن از: از اٹ ٹرو دیٹ پیپل ہو ڈائی ان فرائیڈے گو ڈائریکٹلی ٹو جنت؟ نہیں، نہیں، یہ سب بالکل بوگس بات ہے، بیسلیس بات ہے۔</w:t>
      </w:r>
    </w:p>
    <w:p>
      <w:r>
        <w:rPr>
          <w:b/>
        </w:rPr>
        <w:t xml:space="preserve">[18:29] </w:t>
      </w:r>
      <w:r>
        <w:t>Jannah ka taluq din se nahi hai. jo aisa kahe woh mein samajhta hoon ke is ko is mein mental hospital mein dakhil karna chahiye.</w:t>
      </w:r>
    </w:p>
    <w:p>
      <w:pPr>
        <w:jc w:val="right"/>
      </w:pPr>
      <w:r>
        <w:t>جنت کا تعلق دن سے نہیں ہے۔ جو ایسا کہے وہ میں سمجھتا ہوں کہ اس کو اس میں مینٹل ہاسپٹل میں داخل کرنا چاہیے۔</w:t>
      </w:r>
    </w:p>
    <w:p>
      <w:r>
        <w:rPr>
          <w:b/>
        </w:rPr>
        <w:t xml:space="preserve">[18:45] </w:t>
      </w:r>
      <w:r>
        <w:t>Ah, this question is from Mr Muhammad Sirajuddin. Modern science has not to my knowledge fixed any finite limit as to when the creation of the physical world has started or when it is expected to come to an</w:t>
      </w:r>
    </w:p>
    <w:p>
      <w:pPr>
        <w:jc w:val="right"/>
      </w:pPr>
      <w:r>
        <w:t>اہ، دس کوسچن از فرام مسٹر محمد سراج الدین۔ ماڈرن سائنس ہیز ناٹ ٹو مائی نالج فکسڈ اینی فائنائٹ لمٹ ایز ٹو وین دا کریشن آف دا فزیکل ورلڈ ہیز سٹارٹڈ اور وین اٹ از ایکسپیکٹڈ ٹو کم ٹو این</w:t>
      </w:r>
    </w:p>
    <w:p>
      <w:r>
        <w:rPr>
          <w:b/>
        </w:rPr>
        <w:t xml:space="preserve">[19:01] </w:t>
      </w:r>
      <w:r>
        <w:t>end. nahi, nahi, bilkul. aap yeh to purani baat aap keh rahe hain. Big Bang theory ab establish ho chuki hai. ab bilkul, ab to duniya mein maan liya gaya hai ke wohin se beginning hui.</w:t>
      </w:r>
    </w:p>
    <w:p>
      <w:pPr>
        <w:jc w:val="right"/>
      </w:pPr>
      <w:r>
        <w:t>اینڈ۔ نہیں، نہیں، بالکل۔ آپ یہ تو پرانی بات آپ کہہ رہے ہیں۔ بگ بینگ تھیوری اب اسٹیبلش ہو چکی ہے۔ اب بالکل، اب تو دنیا میں مان لیا گیا ہے کہ وہیں سے بگننگ ہوئی۔</w:t>
      </w:r>
    </w:p>
    <w:p>
      <w:r>
        <w:rPr>
          <w:b/>
        </w:rPr>
        <w:t xml:space="preserve">[19:15] </w:t>
      </w:r>
      <w:r>
        <w:t>is mein to rah nahin hai. baqi end ke baad jahan tak hai end ka koi date nahin fix hai. lekin beginning ka to date fix ho chuki hai.</w:t>
      </w:r>
    </w:p>
    <w:p>
      <w:pPr>
        <w:jc w:val="right"/>
      </w:pPr>
      <w:r>
        <w:t>اس میں تو راہ نہیں ہے۔ باقی اینڈ کے بعد جہاں تک ہے اینڈ کا کوئی ڈیٹ نہیں فکس ہے۔ لیکن بگننگ کا تو ڈیٹ فکس ہو چکی ہے۔</w:t>
      </w:r>
    </w:p>
    <w:p>
      <w:r>
        <w:rPr>
          <w:b/>
        </w:rPr>
        <w:t xml:space="preserve">[19:26] </w:t>
      </w:r>
      <w:r>
        <w:t>scientific community mein ab is par koi yani doubt nahin hai. abhi jo jo cosmic radiation jo yeh jo daryaft hui hai, yani cosmic radiation ka matlab yeh hai ke big bang jab hua tha to us se jo woh jo rays niklein, abhi bhi un ka kahin universe ke periphery mein maujood hain.</w:t>
      </w:r>
    </w:p>
    <w:p>
      <w:pPr>
        <w:jc w:val="right"/>
      </w:pPr>
      <w:r>
        <w:t>سائنٹیفک کمیونٹی میں اب اس پر کوئی یعنی ڈاؤٹ نہیں ہے۔ ابھی جو جو کاسمک ریڈی ایشن جو یہ جو دریافت ہوئی ہے، یعنی کاسمک ریڈی ایشن کا مطلب یہ ہے کہ بگ بینگ جب ہوا تھا تو اس سے جو وہ جو ریز نکلیں، ابھی بھی ان کا کہیں یونیورس کے پرفری میں موجود ہیں۔</w:t>
      </w:r>
    </w:p>
    <w:p>
      <w:r>
        <w:rPr>
          <w:b/>
        </w:rPr>
        <w:t xml:space="preserve">[19:53] </w:t>
      </w:r>
      <w:r>
        <w:t>woh un ko discover kiya gaya. to bohat sari baatein hain. to main samajhta hoon ke universe ki beginning to ab poori tarah se yani jani ja chuki hai.</w:t>
      </w:r>
    </w:p>
    <w:p>
      <w:pPr>
        <w:jc w:val="right"/>
      </w:pPr>
      <w:r>
        <w:t>وہ ان کو ڈسکور کیا گیا۔ تو بہت ساری باتیں ہیں۔ تو میں سمجھتا ہوں کہ یونیورس کی بگننگ تو اب پوری طرح سے یعنی جانی جا چکی ہے۔</w:t>
      </w:r>
    </w:p>
    <w:p>
      <w:r>
        <w:rPr>
          <w:b/>
        </w:rPr>
        <w:t xml:space="preserve">[20:05] </w:t>
      </w:r>
      <w:r>
        <w:t>is mein koi doubt nahin hai. ab baqi end ka mamla aisa kuch is ka kuch pata nahin kab end hogi. lekin global warming ne kam az kam yeh bataya hai global warming ne ke woh bohat qareeb aa chuka hai.</w:t>
      </w:r>
    </w:p>
    <w:p>
      <w:pPr>
        <w:jc w:val="right"/>
      </w:pPr>
      <w:r>
        <w:t>اس میں کوئی ڈاؤٹ نہیں ہے۔ اب باقی اینڈ کا معاملہ ایسا کچھ اس کا کچھ پتہ نہیں کب اینڈ ہوگی۔ لیکن گلوبل وارمنگ نے کم از کم یہ بتایا ہے گلوبل وارمنگ نے کہ وہ بہت قریب آ چکا ہے۔</w:t>
      </w:r>
    </w:p>
    <w:p>
      <w:r>
        <w:rPr>
          <w:b/>
        </w:rPr>
        <w:t xml:space="preserve">[20:19] </w:t>
      </w:r>
      <w:r>
        <w:t>ab der nahin hai is mein.</w:t>
      </w:r>
    </w:p>
    <w:p>
      <w:pPr>
        <w:jc w:val="right"/>
      </w:pPr>
      <w:r>
        <w:t>اب دیر نہیں ہے اس میں۔</w:t>
      </w:r>
    </w:p>
    <w:p>
      <w:r>
        <w:rPr>
          <w:b/>
        </w:rPr>
        <w:t xml:space="preserve">[20:26] </w:t>
      </w:r>
      <w:r>
        <w:t>das question is from mister op sikha. the fact of the matter is that we see god everywhere. maybe human life, animal world, plant rife, plant life,</w:t>
      </w:r>
    </w:p>
    <w:p>
      <w:pPr>
        <w:jc w:val="right"/>
      </w:pPr>
      <w:r>
        <w:t>دس کوسچن از فرام مسٹر او پی سکہ۔ دا فیکٹ آف دا میٹر از دیٹ وی سی گاڈ ایوری ویئر۔ می بی ہیومن لائف، اینیمل ورلڈ، پلانٹ رائف، پلانٹ لائف،</w:t>
      </w:r>
    </w:p>
    <w:p>
      <w:r>
        <w:rPr>
          <w:b/>
        </w:rPr>
        <w:t xml:space="preserve">[20:40] </w:t>
      </w:r>
      <w:r>
        <w:t>even in minerals, the blossoming of flowers, flowing of morning breeze, and so on. therefore, if we are still waiting for his appearance, then in what form?</w:t>
      </w:r>
    </w:p>
    <w:p>
      <w:pPr>
        <w:jc w:val="right"/>
      </w:pPr>
      <w:r>
        <w:t>ایون ان منرلز، دا بلوسمنگ آف فلاورز، فلوئنگ آف مارننگ بریز، اینڈ سو ان۔ دیر فور، اف وی آر سٹل ویٹنگ فار ہز اپیئرنس، دین ان واٹ فارم؟</w:t>
      </w:r>
    </w:p>
    <w:p>
      <w:r>
        <w:rPr>
          <w:b/>
        </w:rPr>
        <w:t xml:space="preserve">[20:53] </w:t>
      </w:r>
      <w:r>
        <w:t>what could be our perception of him sir?</w:t>
      </w:r>
    </w:p>
    <w:p>
      <w:pPr>
        <w:jc w:val="right"/>
      </w:pPr>
      <w:r>
        <w:t>واٹ کڈ بی اور پرسیپشن آف ہم سر؟</w:t>
      </w:r>
    </w:p>
    <w:p>
      <w:r>
        <w:rPr>
          <w:b/>
        </w:rPr>
        <w:t xml:space="preserve">[20:58] </w:t>
      </w:r>
      <w:r>
        <w:t>dekhein, yeh ek question jo hai bohat ambiguous question hai. is liye ke ke yeh is tarah ki baat woh log karte hain jo jin ke andar monistic thinking hoti hai.</w:t>
      </w:r>
    </w:p>
    <w:p>
      <w:pPr>
        <w:jc w:val="right"/>
      </w:pPr>
      <w:r>
        <w:t>دیکھیں، یہ ایک کوسچن جو ہے بہت ایمبیگوس کوسچن ہے۔ اس لیے کہ کہ یہ اس طرح کی بات وہ لوگ کرتے ہیں جو جن کے اندر مونسٹر تھنکنگ ہوتی ہے۔</w:t>
      </w:r>
    </w:p>
    <w:p>
      <w:r>
        <w:rPr>
          <w:b/>
        </w:rPr>
        <w:t xml:space="preserve">[21:12] </w:t>
      </w:r>
      <w:r>
        <w:t>monistic thinking ke har cheez god ka ansh hai. is sense mein to bilkul galat baat hai. yeh koi cheez god ka ansh nahin hai. to har cheez ansh hai.</w:t>
      </w:r>
    </w:p>
    <w:p>
      <w:pPr>
        <w:jc w:val="right"/>
      </w:pPr>
      <w:r>
        <w:t>مونسٹر تھنکنگ کہ ہر چیز گاڈ کا अंश ہے۔ اس سینس میں تو بالکل غلط بات ہے۔ یہ کوئی چیز گاڈ کا अंश نہیں ہے۔ تو ہر چیز अंश ہے۔</w:t>
      </w:r>
    </w:p>
    <w:p>
      <w:r>
        <w:rPr>
          <w:b/>
        </w:rPr>
        <w:t xml:space="preserve">[21:22] </w:t>
      </w:r>
      <w:r>
        <w:t>ansh mein hum god ko dekh rahe hain. to yeh to bilkul badi galat baat hai. koi cheez khuda ka ansh nahin hoti. to hum jo dekh rahe hain aaj, us se bhi hum dekh rahe hain ke creation mein hum jhalak paate hain creator ki.</w:t>
      </w:r>
    </w:p>
    <w:p>
      <w:pPr>
        <w:jc w:val="right"/>
      </w:pPr>
      <w:r>
        <w:t>अंश میں ہم گاڈ کو دیکھ رہے ہیں۔ تو یہ تو بالکل بے ردی غلط بات ہے۔ کوئی چیز خدا کا अंश نہیں ہوتی۔ تو ہم جو دیکھ رہے ہیں آج، اس سے بھی ہم دیکھ رہے ہیں کہ کریشن میں ہم جھلک پاتے ہیں کریٹر کی۔</w:t>
      </w:r>
    </w:p>
    <w:p>
      <w:r>
        <w:rPr>
          <w:b/>
        </w:rPr>
        <w:t xml:space="preserve">[21:37] </w:t>
      </w:r>
      <w:r>
        <w:t>bas to khuda ko hum wahan par khuda nahin hai. monistic concept mein hai ke khuda wahin maujood hai. khud woh flower jo hai, woh khuda manifest kiya hai.</w:t>
      </w:r>
    </w:p>
    <w:p>
      <w:pPr>
        <w:jc w:val="right"/>
      </w:pPr>
      <w:r>
        <w:t>بس تو خدا کو ہم وہاں پر خدا نہیں ہے۔ مانسٹک کانسیپٹ میں ہے کہ خدا وہیں موجود ہے۔ خود وہ فلاور جو ہے، وہ خدا مینیفیسٹ کیا ہے۔</w:t>
      </w:r>
    </w:p>
    <w:p>
      <w:r>
        <w:rPr>
          <w:b/>
        </w:rPr>
        <w:t xml:space="preserve">[21:46] </w:t>
      </w:r>
      <w:r>
        <w:t>khuda ne manifest kiya flower mein. khud khuda hi ka woh ansh hai. woh yeh to bilkul galat hai. theory mein is ko nahin manta. kai baar yahan baat ho chuki hai is ke upar.</w:t>
      </w:r>
    </w:p>
    <w:p>
      <w:pPr>
        <w:jc w:val="right"/>
      </w:pPr>
      <w:r>
        <w:t>خدا نے مینیفیسٹ کیا فلاور میں۔ خود خدا ہی کا وہ अंश ہے۔ وہ یہ تو بالکل غلط ہے۔ تھیوری میں اس کو نہیں مانتا۔ کئی بار یہاں بات ہو چکی ہے اس کے اوپر۔</w:t>
      </w:r>
    </w:p>
    <w:p>
      <w:r>
        <w:rPr>
          <w:b/>
        </w:rPr>
        <w:t xml:space="preserve">[21:57] </w:t>
      </w:r>
      <w:r>
        <w:t>to monistic concept jo hai ya wahid wajood jo hai, us ko main bilkul baseless manta hoon. khuda alag hai aur aur creation alag hai.</w:t>
      </w:r>
    </w:p>
    <w:p>
      <w:pPr>
        <w:jc w:val="right"/>
      </w:pPr>
      <w:r>
        <w:t>تو مانسٹک کانسیپٹ جو ہے یا واحد وجود جو ہے، اس کو میں بالکل بیسلیس مانتا ہوں۔ خدا الگ ہے اور اور کریشن الگ ہے۔</w:t>
      </w:r>
    </w:p>
    <w:p>
      <w:r>
        <w:rPr>
          <w:b/>
        </w:rPr>
        <w:t xml:space="preserve">[22:09] </w:t>
      </w:r>
      <w:r>
        <w:t>yani jis hindutva mein dwait vaad aur advait vaad, to advait vaad ko main bilkul baseless manta hoon. dwait vaad ko sahi manta hoon.</w:t>
      </w:r>
    </w:p>
    <w:p>
      <w:pPr>
        <w:jc w:val="right"/>
      </w:pPr>
      <w:r>
        <w:t>یعنی جس ہندوئت میں دوئت واد اور ادوئت واد، تو ادوئت واد کو میں بالکل بیسلیس مانتا ہوں۔ دوئت واد کو صحیح مانتا ہوں۔</w:t>
      </w:r>
    </w:p>
    <w:p>
      <w:r>
        <w:rPr>
          <w:b/>
        </w:rPr>
        <w:t xml:space="preserve">[22:17] </w:t>
      </w:r>
      <w:r>
        <w:t>yani khuda alag hai aur yani creator alag hai aur creation alag hai. to hum jab dekhte hain flower ko ya kisi cheez ko to hum khuda ko nahin dekhte.</w:t>
      </w:r>
    </w:p>
    <w:p>
      <w:pPr>
        <w:jc w:val="right"/>
      </w:pPr>
      <w:r>
        <w:t>یعنی خدا الگ ہے اور یعنی کریٹر الگ ہے اور کریشن الگ ہے۔ تو ہم جب دیکھتے ہیں فلاور کو یا کسی چیز کو تو ہم خدا کو نہیں دیکھتے۔</w:t>
      </w:r>
    </w:p>
    <w:p>
      <w:r>
        <w:rPr>
          <w:b/>
        </w:rPr>
        <w:t xml:space="preserve">[22:28] </w:t>
      </w:r>
      <w:r>
        <w:t>us se hum yeh infer karte hain ke bilashuba yeh creator hai jis ne use banai. agar creator na ho to kaisay aisi cheez ban jaye? to that is inference.</w:t>
      </w:r>
    </w:p>
    <w:p>
      <w:pPr>
        <w:jc w:val="right"/>
      </w:pPr>
      <w:r>
        <w:t>اس سے ہم یہ انفر کرتے ہیں کہ بلاشبہ یہ کریٹر ہے جس نے اسے بنائی۔ اگر کریٹر نہ ہو تو کیسے ایسی چیز بن جائے؟ تو دیٹ از انفرنس۔</w:t>
      </w:r>
    </w:p>
    <w:p>
      <w:r>
        <w:rPr>
          <w:b/>
        </w:rPr>
        <w:t xml:space="preserve">[22:39] </w:t>
      </w:r>
      <w:r>
        <w:t>hum observe nahin karte hain khuda ko wahan par. inference ke through hum khuda ke existence ko wahan par yani discover karte hain.</w:t>
      </w:r>
    </w:p>
    <w:p>
      <w:pPr>
        <w:jc w:val="right"/>
      </w:pPr>
      <w:r>
        <w:t>ہم ابزرو نہیں کرتے ہیں خدا کو وہاں پر۔ انفرنس کے تھرو ہم خدا کے ایگزسٹنس کو وہاں پر یعنی ڈسکور کرتے ہیں۔</w:t>
      </w:r>
    </w:p>
    <w:p>
      <w:r>
        <w:rPr>
          <w:b/>
        </w:rPr>
        <w:t xml:space="preserve">[22:50] </w:t>
      </w:r>
      <w:r>
        <w:t>yeh hai mamla.</w:t>
      </w:r>
    </w:p>
    <w:p>
      <w:pPr>
        <w:jc w:val="right"/>
      </w:pPr>
      <w:r>
        <w:t>یہ ہے معاملہ۔</w:t>
      </w:r>
    </w:p>
    <w:p>
      <w:r>
        <w:rPr>
          <w:b/>
        </w:rPr>
        <w:t xml:space="preserve">[22:54] </w:t>
      </w:r>
      <w:r>
        <w:t>das question is from maulana zakwan. what is ishq mizaj? kindly explain. it is referred in chapter 39, verse 45 of quran.</w:t>
      </w:r>
    </w:p>
    <w:p>
      <w:pPr>
        <w:jc w:val="right"/>
      </w:pPr>
      <w:r>
        <w:t>دس کوسچن از فرام مولانا زکوان۔ واٹ از عشق مزاج؟ کائنڈلی ایکسپلین۔ اٹ از ریفرڈ ان چیپٹر 39، ورس 45 آف قرآن۔</w:t>
      </w:r>
    </w:p>
    <w:p>
      <w:r>
        <w:rPr>
          <w:b/>
        </w:rPr>
        <w:t xml:space="preserve">[23:08] </w:t>
      </w:r>
      <w:r>
        <w:t>yeh quran mein ek jo hai yeh hai ke ke jab logon ke samne zikr kiya jata hai buton ka to bohat khush ho jate hain.</w:t>
      </w:r>
    </w:p>
    <w:p>
      <w:pPr>
        <w:jc w:val="right"/>
      </w:pPr>
      <w:r>
        <w:t>یہ قرآن میں ایک جو ہے یہ ہے کہ کہ جب لوگوں کے سامنے ذکر کیا جاتا ہے بتوں کا تو بہت خوش ہو جاتے ہیں۔</w:t>
      </w:r>
    </w:p>
    <w:p>
      <w:r>
        <w:rPr>
          <w:b/>
        </w:rPr>
        <w:t xml:space="preserve">[23:17] </w:t>
      </w:r>
      <w:r>
        <w:t>woh khuda ka zikr karte hain to un ke andar asmazaat paida hota hai. to wohi baat aaj maine kahi. theek wohi baat aaj hai logon mein.</w:t>
      </w:r>
    </w:p>
    <w:p>
      <w:pPr>
        <w:jc w:val="right"/>
      </w:pPr>
      <w:r>
        <w:t>وہ خدا کا ذکر کرتے ہیں تو ان کے اندر اسمزات پیدا ہوتا ہے۔ تو وہی بات آج میں نے کہی۔ ٹھیک وہی بات آج ہے لوگوں میں۔</w:t>
      </w:r>
    </w:p>
    <w:p>
      <w:r>
        <w:rPr>
          <w:b/>
        </w:rPr>
        <w:t xml:space="preserve">[23:27] </w:t>
      </w:r>
      <w:r>
        <w:t>aap kahin bhi chale jaiye, kisi masjid mein, madrasay mein, musalmanon ke jalsay mein, idhar udhar, agar aap khuda ka zikr karein to koi interest nahin lega koi.</w:t>
      </w:r>
    </w:p>
    <w:p>
      <w:pPr>
        <w:jc w:val="right"/>
      </w:pPr>
      <w:r>
        <w:t>آپ کہیں بھی چلے جائیے، کسی مسجد میں، مدرسے میں، مسلمانوں کے جلسے میں، ادھر ادھر، اگر آپ خدا کا ذکر کریں تو کوئی انٹرسٹ نہیں لے گا کوئی۔</w:t>
      </w:r>
    </w:p>
    <w:p>
      <w:r>
        <w:rPr>
          <w:b/>
        </w:rPr>
        <w:t xml:space="preserve">[23:38] </w:t>
      </w:r>
      <w:r>
        <w:t>lekin un ke jo buzurg hain, jo baray so called baray, us ka zikr karein to aap bari khushi logon ko hoti hai. hamare hazrat to aisay thay, hamare hazrat thay. woh yeh ishq mizaj, woh ishq mizaj mein aaj buri tarah mubtala hai.</w:t>
      </w:r>
    </w:p>
    <w:p>
      <w:pPr>
        <w:jc w:val="right"/>
      </w:pPr>
      <w:r>
        <w:t>لیکن ان کے جو بزرگ ہیں، جو بڑے سو کالڈ بڑے، اس کا ذکر کریں تو آپ بڑی خوشی لوگوں کو ہوتی ہے۔ ہمارے حضرت تو ایسے تھے، ہمارے حضرت تھے۔ وہ یہ عشق مزاج، وہ عشق مزاج میں آج بری طرح مبتلا ہے۔</w:t>
      </w:r>
    </w:p>
    <w:p>
      <w:r>
        <w:rPr>
          <w:b/>
        </w:rPr>
        <w:t xml:space="preserve">[23:50] </w:t>
      </w:r>
      <w:r>
        <w:t>buri tarah se mera personal experience yeh hai ke jab bhi main logon ke beech mein hota hoon aur main khuda ka zikr karta hoon to logon ko koi interest nahin, interest nahin aata is mein.</w:t>
      </w:r>
    </w:p>
    <w:p>
      <w:pPr>
        <w:jc w:val="right"/>
      </w:pPr>
      <w:r>
        <w:t>بری طرح سے میرا پرسنل ایکسپیرینس یہ ہے کہ جب بھی میں لوگوں کے بیچ میں ہوتا ہوں اور میں خدا کا ذکر کرتا ہوں تو لوگوں کو کوئی انٹرسٹ نہیں، انٹرسٹ نہیں آتا اس میں۔</w:t>
      </w:r>
    </w:p>
    <w:p>
      <w:r>
        <w:rPr>
          <w:b/>
        </w:rPr>
        <w:t xml:space="preserve">[24:02] </w:t>
      </w:r>
      <w:r>
        <w:t>lekin un ke baṛon ka jab zikr kiya jaye to bohat khush hotay hain. woh</w:t>
      </w:r>
    </w:p>
    <w:p>
      <w:pPr>
        <w:jc w:val="right"/>
      </w:pPr>
      <w:r>
        <w:t>لیکن ان کے بڑوں کا جب ذکر کیا جائے تو بہت خوش ہوتے ہیں۔ وہ</w:t>
      </w:r>
    </w:p>
    <w:p>
      <w:r>
        <w:rPr>
          <w:b/>
        </w:rPr>
        <w:t xml:space="preserve">[24:08] </w:t>
      </w:r>
      <w:r>
        <w:t>to yeh bohat hi bari burai hai jo aaj khud musalmanon mein bohat baray peymanay par aap dekh sakte hain. to quran mein hai ke khuda ke baray mein bohat dekhen, bohat hi aaj clear word mein hai ke kiya criteria hai ke aap ne khuda ko mana hai.</w:t>
      </w:r>
    </w:p>
    <w:p>
      <w:pPr>
        <w:jc w:val="right"/>
      </w:pPr>
      <w:r>
        <w:t>تو یہ بہت ہی بڑی برائی ہے جو آج خود مسلمانوں میں بہت بڑے پیمانے پر آپ دیکھ سکتے ہیں۔ تو قرآن میں ہے کہ خدا کے بارے میں بہت دیکھیں، بہت ہی آج کلیئر ورڈ میں ہے کہ کیا کرائٹیریا ہے کہ آپ نے خدا کو مانا ہے۔</w:t>
      </w:r>
    </w:p>
    <w:p>
      <w:r>
        <w:rPr>
          <w:b/>
        </w:rPr>
        <w:t xml:space="preserve">[24:28] </w:t>
      </w:r>
      <w:r>
        <w:t>to aik hai ke</w:t>
      </w:r>
    </w:p>
    <w:p>
      <w:pPr>
        <w:jc w:val="right"/>
      </w:pPr>
      <w:r>
        <w:t>تو ایک ہے کہ</w:t>
      </w:r>
    </w:p>
    <w:p>
      <w:r>
        <w:rPr>
          <w:b/>
        </w:rPr>
        <w:t xml:space="preserve">[24:34] </w:t>
      </w:r>
      <w:r>
        <w:t>woh aik hai ke woh</w:t>
      </w:r>
    </w:p>
    <w:p>
      <w:pPr>
        <w:jc w:val="right"/>
      </w:pPr>
      <w:r>
        <w:t>وہ ایک ہے کہ وہ</w:t>
      </w:r>
    </w:p>
    <w:p>
      <w:r>
        <w:rPr>
          <w:b/>
        </w:rPr>
        <w:t xml:space="preserve">[24:44] </w:t>
      </w:r>
      <w:r>
        <w:t>woh hai: "ya zikr Allah mujallal"</w:t>
      </w:r>
    </w:p>
    <w:p>
      <w:pPr>
        <w:jc w:val="right"/>
      </w:pPr>
      <w:r>
        <w:t>وہ ہے: "یا ذکر اللہ مجلل"</w:t>
      </w:r>
    </w:p>
    <w:p>
      <w:r>
        <w:rPr>
          <w:b/>
        </w:rPr>
        <w:t xml:space="preserve">[24:54] </w:t>
      </w:r>
      <w:r>
        <w:t>ashadd hub lil Allah, sab se ziyada mohabbat khuda se, aur "wa lam yakush illa Allah" sab se ziyada dar Allah se.</w:t>
      </w:r>
    </w:p>
    <w:p>
      <w:pPr>
        <w:jc w:val="right"/>
      </w:pPr>
      <w:r>
        <w:t>اشد حب للہ، سب سے زیادہ محبت خدا سے، اور "ولم یکش الا اللہ" سب سے زیادہ ڈر اللہ سے۔</w:t>
      </w:r>
    </w:p>
    <w:p>
      <w:r>
        <w:rPr>
          <w:b/>
        </w:rPr>
        <w:t xml:space="preserve">[25:04] </w:t>
      </w:r>
      <w:r>
        <w:t>mein samajhta hoon yeh criteria hai. agar aap ne khuda ko paya hai to aap ke andar yeh cheez ana chahiye ke aap ke jo mohabbat ke jo jazbat hain, woh sab ke sab khuda ki taraf chale jayen.</w:t>
      </w:r>
    </w:p>
    <w:p>
      <w:pPr>
        <w:jc w:val="right"/>
      </w:pPr>
      <w:r>
        <w:t>میں سمجھتا ہوں یہ کرائٹیریا ہے۔ اگر آپ نے خدا کو پایا ہے تو آپ کے اندر یہ چیز آنا چاہیے کہ آپ کے جو محبت کے جو جذبات ہیں، وہ سب کے سب خدا کی طرف چلے جائیں۔</w:t>
      </w:r>
    </w:p>
    <w:p>
      <w:r>
        <w:rPr>
          <w:b/>
        </w:rPr>
        <w:t xml:space="preserve">[25:20] </w:t>
      </w:r>
      <w:r>
        <w:t>aur dar walay jo jazbat hain, woh woh woh bhi khuda ki taraf se, yani khuda ki pakar se aap darne lagen hon. aur khuda ne aap ko paida kiya hai, is liye aap ke andar is ke liye mohabbat ke jazbat paida ho gaye hon.</w:t>
      </w:r>
    </w:p>
    <w:p>
      <w:pPr>
        <w:jc w:val="right"/>
      </w:pPr>
      <w:r>
        <w:t>اور ڈر والے جو جذبات ہیں، وہ وہ وہ بھی خدا کی طرف سے، یعنی خدا کی پکڑ سے آپ ڈرنے لگے ہوں۔ اور خدا نے آپ کو پیدا کیا ہے، اس لیے آپ کے اندر اس کے لیے محبت کے جذبات پیدا ہوگئے ہوں۔</w:t>
      </w:r>
    </w:p>
    <w:p>
      <w:r>
        <w:rPr>
          <w:b/>
        </w:rPr>
        <w:t xml:space="preserve">[25:34] </w:t>
      </w:r>
      <w:r>
        <w:t>to kiya hub shadid aur khauf shadid yeh hai pehchan? to chounke logon ke andar aisa hota nahi, to woh is is mizaj mein mubtala ho jatay hain.</w:t>
      </w:r>
    </w:p>
    <w:p>
      <w:pPr>
        <w:jc w:val="right"/>
      </w:pPr>
      <w:r>
        <w:t>تو کیا حب شدید اور خوف شدید یہ ہے پہچان؟ تو چونکہ لوگوں کے اندر ایسا ہوتا نہیں، تو وہ اس اس مزاج میں مبتلا ہو جاتے ہیں۔</w:t>
      </w:r>
    </w:p>
    <w:p>
      <w:r>
        <w:rPr>
          <w:b/>
        </w:rPr>
        <w:t xml:space="preserve">[25:45] </w:t>
      </w:r>
      <w:r>
        <w:t>woh</w:t>
      </w:r>
    </w:p>
    <w:p>
      <w:pPr>
        <w:jc w:val="right"/>
      </w:pPr>
      <w:r>
        <w:t>وہ</w:t>
      </w:r>
    </w:p>
    <w:p>
      <w:r>
        <w:rPr>
          <w:b/>
        </w:rPr>
        <w:t xml:space="preserve">[25:47] </w:t>
      </w:r>
      <w:r>
        <w:t>das question is from doctor fareeda khanoom. what is the key to understanding the quran? there are people who hold that the knowledge of nazm is important in the proper understanding of the quran.</w:t>
      </w:r>
    </w:p>
    <w:p>
      <w:pPr>
        <w:jc w:val="right"/>
      </w:pPr>
      <w:r>
        <w:t>دس کوسچن از فرام ڈاکٹر فریدہ خانم۔ واٹ از دا کی ٹو انڈرسٹینڈنگ دی قرآن؟ دیر آر پیپل ہو ہولڈ دیٹ دا نالج آف نظم از امپورٹنٹ ان دی پراپر انڈرسٹینڈنگ آف دا قرآن۔</w:t>
      </w:r>
    </w:p>
    <w:p>
      <w:r>
        <w:rPr>
          <w:b/>
        </w:rPr>
        <w:t xml:space="preserve">[26:03] </w:t>
      </w:r>
      <w:r>
        <w:t>kindly comment.</w:t>
      </w:r>
    </w:p>
    <w:p>
      <w:pPr>
        <w:jc w:val="right"/>
      </w:pPr>
      <w:r>
        <w:t>کائنڈلی کمنٹ۔</w:t>
      </w:r>
    </w:p>
    <w:p>
      <w:r>
        <w:rPr>
          <w:b/>
        </w:rPr>
        <w:t xml:space="preserve">[26:05] </w:t>
      </w:r>
      <w:r>
        <w:t>hmm, nazm ka matlab hai order. ayaton ke beech mein order. to woh kehte hain ke ayaton ke beech mein order jab tak nahi janen ge, aap quran ko yani is ki deep meaning tak nahi pahanchen ge.</w:t>
      </w:r>
    </w:p>
    <w:p>
      <w:pPr>
        <w:jc w:val="right"/>
      </w:pPr>
      <w:r>
        <w:t>ہمم، نظم کا مطلب ہے آرڈر۔ آیتوں کے بیچ میں آرڈر۔ تو وہ کہتے ہیں کہ آیتوں کے بیچ میں آرڈر جب تک نہیں جانیں گے، آپ قرآن کو یعنی اس کی ڈیپ میننگ تک نہیں پہنچیں گے۔</w:t>
      </w:r>
    </w:p>
    <w:p>
      <w:r>
        <w:rPr>
          <w:b/>
        </w:rPr>
        <w:t xml:space="preserve">[26:21] </w:t>
      </w:r>
      <w:r>
        <w:t>mein is ko bilkul bekar samajhta hoon. mein logon se poochta hoon jo log is ko mantay hain, is ko farah farai school kaha jata hai in logon ko ke ya</w:t>
      </w:r>
    </w:p>
    <w:p>
      <w:pPr>
        <w:jc w:val="right"/>
      </w:pPr>
      <w:r>
        <w:t>میں اس کو بالکل بیکار سمجھتا ہوں۔ میں لوگوں سے پوچھتا ہوں جو لوگ اس کو مانتے ہیں، اس کو فرح فرائی سکول کہا جاتا ہے ان لوگوں کو کہ یع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