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Quran Lessons (In Conversation with Maulana) 01 July, 2009</w:t>
      </w:r>
    </w:p>
    <w:p>
      <w:r>
        <w:t>https://www.youtube.com/watch?v=rj0r0Eq3o8M</w:t>
      </w:r>
    </w:p>
    <w:p>
      <w:r>
        <w:rPr>
          <w:b/>
        </w:rPr>
        <w:t xml:space="preserve">[00:11] </w:t>
      </w:r>
      <w:r>
        <w:t>ah, this question is from, ah, stuti. why is it said in the quran that spend thrifts are the brothers of the satan?</w:t>
      </w:r>
    </w:p>
    <w:p>
      <w:pPr>
        <w:jc w:val="right"/>
      </w:pPr>
      <w:r>
        <w:t>اہ، دس کوئسچن از فرام، اہ، ستوتی۔ وائی از اٹ سیڈ ان دا قرآن دیٹ سپینڈ تھریفٹس ار دی برادرز اف دا سیٹن؟</w:t>
      </w:r>
    </w:p>
    <w:p>
      <w:r>
        <w:rPr>
          <w:b/>
        </w:rPr>
        <w:t xml:space="preserve">[00:22] </w:t>
      </w:r>
      <w:r>
        <w:t>kindly ex</w:t>
      </w:r>
    </w:p>
    <w:p>
      <w:pPr>
        <w:jc w:val="right"/>
      </w:pPr>
      <w:r>
        <w:t>کائنڈلی ایکس</w:t>
      </w:r>
    </w:p>
    <w:p>
      <w:r>
        <w:rPr>
          <w:b/>
        </w:rPr>
        <w:t xml:space="preserve">[00:23] </w:t>
      </w:r>
      <w:r>
        <w:t>plain. okay, yahi jo quran mein word aya hai woh tabzeer ka word aya hai. tabzeer na karo, kyunke tabzeer karne walay shaitan ke bhai hain.</w:t>
      </w:r>
    </w:p>
    <w:p>
      <w:pPr>
        <w:jc w:val="right"/>
      </w:pPr>
      <w:r>
        <w:t>پلین۔ اوکے، یہی جو قرآن میں ورڈ آیا ہے وہ تبذیر کا ورڈ آیا ہے۔ تبذیر نہ کرو، کیونکہ تبذیر کرنے والے شیطان کے بھائی ہیں۔</w:t>
      </w:r>
    </w:p>
    <w:p>
      <w:r>
        <w:rPr>
          <w:b/>
        </w:rPr>
        <w:t xml:space="preserve">[00:36] </w:t>
      </w:r>
      <w:r>
        <w:t>to tabzeer ke literal matlab hota hai bikhairna, chheentna.</w:t>
      </w:r>
    </w:p>
    <w:p>
      <w:pPr>
        <w:jc w:val="right"/>
      </w:pPr>
      <w:r>
        <w:t>تو تبذیر کے لیٹرل مطلب ہوتا ہے بکھیرنا، چھینٹنا۔</w:t>
      </w:r>
    </w:p>
    <w:p>
      <w:r>
        <w:rPr>
          <w:b/>
        </w:rPr>
        <w:t xml:space="preserve">[00:45] </w:t>
      </w:r>
      <w:r>
        <w:t>agar aap ne kabhi dekha ho kisan ko, jab woh</w:t>
      </w:r>
    </w:p>
    <w:p>
      <w:pPr>
        <w:jc w:val="right"/>
      </w:pPr>
      <w:r>
        <w:t>اگر آپ نے کبھی دیکھا ہو کسان کو، جب وہ</w:t>
      </w:r>
    </w:p>
    <w:p>
      <w:r>
        <w:rPr>
          <w:b/>
        </w:rPr>
        <w:t xml:space="preserve">[00:52] </w:t>
      </w:r>
      <w:r>
        <w:t>b</w:t>
      </w:r>
    </w:p>
    <w:p>
      <w:pPr>
        <w:jc w:val="right"/>
      </w:pPr>
      <w:r>
        <w:t>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