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Speaking Truth (In conversation with Maulan)</w:t>
      </w:r>
    </w:p>
    <w:p>
      <w:r>
        <w:t>https://www.youtube.com/watch?v=Fi3Z0-JgBac</w:t>
      </w:r>
    </w:p>
    <w:p>
      <w:r>
        <w:rPr>
          <w:b/>
        </w:rPr>
        <w:t xml:space="preserve">[00:10] </w:t>
      </w:r>
      <w:r>
        <w:t>the first question is from dr. fareeda khanoom. she's asking, "how can we survive by speaking the truth in this world of falsehood?"</w:t>
      </w:r>
    </w:p>
    <w:p>
      <w:pPr>
        <w:jc w:val="right"/>
      </w:pPr>
      <w:r>
        <w:t>The first question is from Dr. Farida Khanum. She's asking, "How can we survive by speaking the truth in this world of falsehood?"</w:t>
      </w:r>
    </w:p>
    <w:p>
      <w:r>
        <w:rPr>
          <w:b/>
        </w:rPr>
        <w:t xml:space="preserve">[00:24] </w:t>
      </w:r>
      <w:r>
        <w:t>dekhiye, yeh question bohat asan to nahi hai, lekin mera aik tajurba hai. woh yeh hai ke</w:t>
      </w:r>
    </w:p>
    <w:p>
      <w:pPr>
        <w:jc w:val="right"/>
      </w:pPr>
      <w:r>
        <w:t>देखिए, यह question बहुत आसान तो नहीं है, लेकिन मेरा एक तजुर्बा है। वह यह है कि</w:t>
      </w:r>
    </w:p>
    <w:p>
      <w:r>
        <w:rPr>
          <w:b/>
        </w:rPr>
        <w:t xml:space="preserve">[00:39] </w:t>
      </w:r>
      <w:r>
        <w:t>door se dekhne mein to lagta hai ke bohat mushkil hai sach par rehna. lekin agar aadmi aik bar yeh decision le le ke mujhe to sachi par rehna hai,</w:t>
      </w:r>
    </w:p>
    <w:p>
      <w:pPr>
        <w:jc w:val="right"/>
      </w:pPr>
      <w:r>
        <w:t>दूर से देखने में तो लगता है कि बहुत मुश्किल है सच पर रहना। लेकिन अगर आदमी एक बार यह decision ले ले कि मुझे तो सच्ची पर रहना है,</w:t>
      </w:r>
    </w:p>
    <w:p>
      <w:r>
        <w:rPr>
          <w:b/>
        </w:rPr>
        <w:t xml:space="preserve">[00:54] </w:t>
      </w:r>
      <w:r>
        <w:t>is mein jo khushi milti hai, wohi sab se bari prize hai ke aap us se na haten. kyunke jo log, yani jhoot par jeetay hain, is liye ke dunya jhoot par khari hui hai, to hum jhoot bolen ge, tabhi to hamara kaam banega. nahi to kaam hi nahi banega. to un se aap qareeb ja kar ke dekhen,</w:t>
      </w:r>
    </w:p>
    <w:p>
      <w:pPr>
        <w:jc w:val="right"/>
      </w:pPr>
      <w:r>
        <w:t>इसमें जो खुशी मिलती है, वही सबसे बड़ी prize है कि आप उससे न हटें। क्योंकि जो लोग, यानी झूठ पर जीते हैं, इसलिए कि दुनिया झूठ पर खड़ी हुई है, तो हम झूठ बोलेंगे, तभी तो हमारा काम बनेगा। नहीं तो काम ही नहीं बनेगा। तो उनसे आप करीब जाकर के देखिए,</w:t>
      </w:r>
    </w:p>
    <w:p>
      <w:r>
        <w:rPr>
          <w:b/>
        </w:rPr>
        <w:t xml:space="preserve">[01:20] </w:t>
      </w:r>
      <w:r>
        <w:t>andar-andar woh tension mein aur hate mein aur negativity mein jeetay hain. lekin jo aadmi</w:t>
      </w:r>
    </w:p>
    <w:p>
      <w:pPr>
        <w:jc w:val="right"/>
      </w:pPr>
      <w:r>
        <w:t>अंदर-अंदर वह tension में और hate में और negativity में जीते हैं। लेकिन जो आदमी</w:t>
      </w:r>
    </w:p>
    <w:p>
      <w:r>
        <w:rPr>
          <w:b/>
        </w:rPr>
        <w:t xml:space="preserve">[01:34] </w:t>
      </w:r>
      <w:r>
        <w:t>yeh tay kar le ke mujhe to bhai sach par rehna hai, chahe kuch bhi ho, to woh khushi mein jeeta hai. main yeh nahi kahunga ke uske saare material benefit bhi poore hote rehte hain. kuch na kuch sacrifice to karni padti hai. to main yeh kahunga ke sacrifice woh log bhi karte hain,</w:t>
      </w:r>
    </w:p>
    <w:p>
      <w:pPr>
        <w:jc w:val="right"/>
      </w:pPr>
      <w:r>
        <w:t>यह तय कर ले कि मुझे तो भाई सच पर रहना है, चाहे कुछ भी हो, तो वह खुशी में जीता है। मैं यह नहीं कहूंगा कि उसके सारे material benefit भी पूरे होते रहते हैं। कुछ न कुछ sacrifice तो करनी पड़ती है। तो मैं यह कहूंगा कि sacrifice वो लोग भी करते हैं,</w:t>
      </w:r>
    </w:p>
    <w:p>
      <w:r>
        <w:rPr>
          <w:b/>
        </w:rPr>
        <w:t xml:space="preserve">[01:55] </w:t>
      </w:r>
      <w:r>
        <w:t>jo log jhoot bolkar apni zindagi banate hain.</w:t>
      </w:r>
    </w:p>
    <w:p>
      <w:pPr>
        <w:jc w:val="right"/>
      </w:pPr>
      <w:r>
        <w:t>जो लोग झूठ बोलकर अपनी जिंदगी बनाते हैं।</w:t>
      </w:r>
    </w:p>
    <w:p>
      <w:r>
        <w:rPr>
          <w:b/>
        </w:rPr>
        <w:t xml:space="preserve">[01:58] </w:t>
      </w:r>
      <w:r>
        <w:t>unhe bhi kahin na kahin sacrifice toh karni padti hai.</w:t>
      </w:r>
    </w:p>
    <w:p>
      <w:pPr>
        <w:jc w:val="right"/>
      </w:pPr>
      <w:r>
        <w:t>उन्हें भी कहीं न कहीं sacrifice तो करनी पड़ती है।</w:t>
      </w:r>
    </w:p>
    <w:p>
      <w:r>
        <w:rPr>
          <w:b/>
        </w:rPr>
        <w:t xml:space="preserve">[02:01] </w:t>
      </w:r>
      <w:r>
        <w:t>ki duniya mein, aap jante hain ki hamesha</w:t>
      </w:r>
    </w:p>
    <w:p>
      <w:pPr>
        <w:jc w:val="right"/>
      </w:pPr>
      <w:r>
        <w:t>कि दुनिया में, आप जानते हैं कि हमेशा</w:t>
      </w:r>
    </w:p>
    <w:p>
      <w:r>
        <w:rPr>
          <w:b/>
        </w:rPr>
        <w:t xml:space="preserve">[02:05] </w:t>
      </w:r>
      <w:r>
        <w:t>oonch-neech hota rehta hai.</w:t>
      </w:r>
    </w:p>
    <w:p>
      <w:pPr>
        <w:jc w:val="right"/>
      </w:pPr>
      <w:r>
        <w:t>ऊंच-नीच होता रहता है।</w:t>
      </w:r>
    </w:p>
    <w:p>
      <w:r>
        <w:rPr>
          <w:b/>
        </w:rPr>
        <w:t xml:space="preserve">[02:07] </w:t>
      </w:r>
      <w:r>
        <w:t>main samajhta hoon ki sacrifice dono taraf karni padti hai.</w:t>
      </w:r>
    </w:p>
    <w:p>
      <w:pPr>
        <w:jc w:val="right"/>
      </w:pPr>
      <w:r>
        <w:t>मैं समझता हूं कि sacrifice दोनों तरफ करनी पड़ती है।</w:t>
      </w:r>
    </w:p>
    <w:p>
      <w:r>
        <w:rPr>
          <w:b/>
        </w:rPr>
        <w:t xml:space="preserve">[02:12] </w:t>
      </w:r>
      <w:r>
        <w:t>ek baar jab main bombay mein gaya, toh ek doodh ki dukaan thi.</w:t>
      </w:r>
    </w:p>
    <w:p>
      <w:pPr>
        <w:jc w:val="right"/>
      </w:pPr>
      <w:r>
        <w:t>एक बार जब मैं बॉम्बे में गया, तो एक दूध की दुकान थी।</w:t>
      </w:r>
    </w:p>
    <w:p>
      <w:r>
        <w:rPr>
          <w:b/>
        </w:rPr>
        <w:t xml:space="preserve">[02:17] </w:t>
      </w:r>
      <w:r>
        <w:t>wahan badi bheed lagi hui thi.</w:t>
      </w:r>
    </w:p>
    <w:p>
      <w:pPr>
        <w:jc w:val="right"/>
      </w:pPr>
      <w:r>
        <w:t>वहां बड़ी भीड़ लगी हुई थी।</w:t>
      </w:r>
    </w:p>
    <w:p>
      <w:r>
        <w:rPr>
          <w:b/>
        </w:rPr>
        <w:t xml:space="preserve">[02:21] </w:t>
      </w:r>
      <w:r>
        <w:t>toh maine socha ki shayad yeh sasta bechte honge doodh.</w:t>
      </w:r>
    </w:p>
    <w:p>
      <w:pPr>
        <w:jc w:val="right"/>
      </w:pPr>
      <w:r>
        <w:t>तो मैंने सोचा कि शायद यह सस्ता बेचते होंगे दूध।</w:t>
      </w:r>
    </w:p>
    <w:p>
      <w:r>
        <w:rPr>
          <w:b/>
        </w:rPr>
        <w:t xml:space="preserve">[02:24] </w:t>
      </w:r>
      <w:r>
        <w:t>sasta hone ki bheed hai yahan.</w:t>
      </w:r>
    </w:p>
    <w:p>
      <w:pPr>
        <w:jc w:val="right"/>
      </w:pPr>
      <w:r>
        <w:t>सस्ता होने की भीड़ है यहां।</w:t>
      </w:r>
    </w:p>
    <w:p>
      <w:r>
        <w:rPr>
          <w:b/>
        </w:rPr>
        <w:t xml:space="preserve">[02:27] </w:t>
      </w:r>
      <w:r>
        <w:t>toh pata chala ki nahi, woh mehnga bech rahe the.</w:t>
      </w:r>
    </w:p>
    <w:p>
      <w:pPr>
        <w:jc w:val="right"/>
      </w:pPr>
      <w:r>
        <w:t>तो पता चला कि नहीं, वह महंगा बेच रहे थे।</w:t>
      </w:r>
    </w:p>
    <w:p>
      <w:r>
        <w:rPr>
          <w:b/>
        </w:rPr>
        <w:t xml:space="preserve">[02:29] </w:t>
      </w:r>
      <w:r>
        <w:t>woh yeh bombay ka qissa hai.</w:t>
      </w:r>
    </w:p>
    <w:p>
      <w:pPr>
        <w:jc w:val="right"/>
      </w:pPr>
      <w:r>
        <w:t>वह यह बॉम्बे का किस्सा है।</w:t>
      </w:r>
    </w:p>
    <w:p>
      <w:r>
        <w:rPr>
          <w:b/>
        </w:rPr>
        <w:t xml:space="preserve">[02:33] </w:t>
      </w:r>
      <w:r>
        <w:t>toh maine unse mila phir.</w:t>
      </w:r>
    </w:p>
    <w:p>
      <w:pPr>
        <w:jc w:val="right"/>
      </w:pPr>
      <w:r>
        <w:t>तो मैंने उनसे मिला फिर।</w:t>
      </w:r>
    </w:p>
    <w:p>
      <w:r>
        <w:rPr>
          <w:b/>
        </w:rPr>
        <w:t xml:space="preserve">[02:36] </w:t>
      </w:r>
      <w:r>
        <w:t>toh unhone kaha ke main</w:t>
      </w:r>
    </w:p>
    <w:p>
      <w:pPr>
        <w:jc w:val="right"/>
      </w:pPr>
      <w:r>
        <w:t>तो उन्होंने कहा कि मैं</w:t>
      </w:r>
    </w:p>
    <w:p>
      <w:r>
        <w:rPr>
          <w:b/>
        </w:rPr>
        <w:t xml:space="preserve">[02:39] </w:t>
      </w:r>
      <w:r>
        <w:t>pure milk supply</w:t>
      </w:r>
    </w:p>
    <w:p>
      <w:pPr>
        <w:jc w:val="right"/>
      </w:pPr>
      <w:r>
        <w:t>pure milk supply</w:t>
      </w:r>
    </w:p>
    <w:p>
      <w:r>
        <w:rPr>
          <w:b/>
        </w:rPr>
        <w:t xml:space="preserve">[02:40] </w:t>
      </w:r>
      <w:r>
        <w:t>karta hoon. Toh pure milk ki wajah se mujhe thodi daam badhana padta hai.</w:t>
      </w:r>
    </w:p>
    <w:p>
      <w:pPr>
        <w:jc w:val="right"/>
      </w:pPr>
      <w:r>
        <w:t>करता हूं। तो pure milk की वजह से मुझे थोड़ी दाम बढ़ाना पड़ता है।</w:t>
      </w:r>
    </w:p>
    <w:p>
      <w:r>
        <w:rPr>
          <w:b/>
        </w:rPr>
        <w:t xml:space="preserve">[02:47] </w:t>
      </w:r>
      <w:r>
        <w:t>toh unhone bataya ke shuru mein jab maine daam badhaya,</w:t>
      </w:r>
    </w:p>
    <w:p>
      <w:pPr>
        <w:jc w:val="right"/>
      </w:pPr>
      <w:r>
        <w:t>तो उन्होंने बताया कि शुरू में जब मैंने दाम बढ़ाया,</w:t>
      </w:r>
    </w:p>
    <w:p>
      <w:r>
        <w:rPr>
          <w:b/>
        </w:rPr>
        <w:t xml:space="preserve">[02:50] </w:t>
      </w:r>
      <w:r>
        <w:t>toh bahut kam grahak aate the mere paas.</w:t>
      </w:r>
    </w:p>
    <w:p>
      <w:pPr>
        <w:jc w:val="right"/>
      </w:pPr>
      <w:r>
        <w:t>तो बहुत कम ग्राहक आते थे मेरे पास।</w:t>
      </w:r>
    </w:p>
    <w:p>
      <w:r>
        <w:rPr>
          <w:b/>
        </w:rPr>
        <w:t xml:space="preserve">[02:54] </w:t>
      </w:r>
      <w:r>
        <w:t>dheere dheere, dheere dheere jab unki credibility ban gayi aur logon ko sachmuch</w:t>
      </w:r>
    </w:p>
    <w:p>
      <w:pPr>
        <w:jc w:val="right"/>
      </w:pPr>
      <w:r>
        <w:t>धीरे-धीरे, धीरे-धीरे जब उनकी credibility बन गई और लोगों को सचमुच</w:t>
      </w:r>
    </w:p>
    <w:p>
      <w:r>
        <w:rPr>
          <w:b/>
        </w:rPr>
        <w:t xml:space="preserve">[03:01] </w:t>
      </w:r>
      <w:r>
        <w:t>vishwas ho gaya ke yeh doodh jo inka hai, woh bilkul pure milk hai, shuddh milk hai, toh</w:t>
      </w:r>
    </w:p>
    <w:p>
      <w:pPr>
        <w:jc w:val="right"/>
      </w:pPr>
      <w:r>
        <w:t>विश्वास हो गया कि यह दूध जो इनका है, वह बिल्कुल pure milk है, शुद्ध milk है, तो</w:t>
      </w:r>
    </w:p>
    <w:p>
      <w:r>
        <w:rPr>
          <w:b/>
        </w:rPr>
        <w:t xml:space="preserve">[03:09] </w:t>
      </w:r>
      <w:r>
        <w:t>log bheed lagane lage wahan par.</w:t>
      </w:r>
    </w:p>
    <w:p>
      <w:pPr>
        <w:jc w:val="right"/>
      </w:pPr>
      <w:r>
        <w:t>लोग भीड़ लगाने लगे वहां पर।</w:t>
      </w:r>
    </w:p>
    <w:p>
      <w:r>
        <w:rPr>
          <w:b/>
        </w:rPr>
        <w:t xml:space="preserve">[03:12] </w:t>
      </w:r>
      <w:r>
        <w:t>toh main yeh kahunga ke agar kuch difference hai, toh sirf yeh hai ke jhoot bolne wale ko</w:t>
      </w:r>
    </w:p>
    <w:p>
      <w:pPr>
        <w:jc w:val="right"/>
      </w:pPr>
      <w:r>
        <w:t>तो मैं यह कहूंगा कि अगर कुछ difference है, तो सिर्फ यह है कि झूठ बोलने वाले को</w:t>
      </w:r>
    </w:p>
    <w:p>
      <w:r>
        <w:rPr>
          <w:b/>
        </w:rPr>
        <w:t xml:space="preserve">[03:20] </w:t>
      </w:r>
      <w:r>
        <w:t>immediate gain ho jata hai.</w:t>
      </w:r>
    </w:p>
    <w:p>
      <w:pPr>
        <w:jc w:val="right"/>
      </w:pPr>
      <w:r>
        <w:t>immediate gain हो जाता है।</w:t>
      </w:r>
    </w:p>
    <w:p>
      <w:r>
        <w:rPr>
          <w:b/>
        </w:rPr>
        <w:t xml:space="preserve">[03:22] </w:t>
      </w:r>
      <w:r>
        <w:t>baat ko chahe gadbad ho jaye toh.</w:t>
      </w:r>
    </w:p>
    <w:p>
      <w:pPr>
        <w:jc w:val="right"/>
      </w:pPr>
      <w:r>
        <w:t>बात को चाहे गड़बड़ हो जाए तो।</w:t>
      </w:r>
    </w:p>
    <w:p>
      <w:r>
        <w:rPr>
          <w:b/>
        </w:rPr>
        <w:t xml:space="preserve">[03:24] </w:t>
      </w:r>
      <w:r>
        <w:t>aur sach bolne wale ko</w:t>
      </w:r>
    </w:p>
    <w:p>
      <w:pPr>
        <w:jc w:val="right"/>
      </w:pPr>
      <w:r>
        <w:t>और सच बोलने वाले को</w:t>
      </w:r>
    </w:p>
    <w:p>
      <w:r>
        <w:rPr>
          <w:b/>
        </w:rPr>
        <w:t xml:space="preserve">[03:26] </w:t>
      </w:r>
      <w:r>
        <w:t>immediate gain nahi milta hai, lekin kuch der ke baad use aur bhi zyada faida milta hai usko.</w:t>
      </w:r>
    </w:p>
    <w:p>
      <w:pPr>
        <w:jc w:val="right"/>
      </w:pPr>
      <w:r>
        <w:t>immediate gain नहीं मिलता है, लेकिन कुछ देर के बाद उसे और भी ज्यादा फायदा मिलता है उसको।</w:t>
      </w:r>
    </w:p>
    <w:p>
      <w:r>
        <w:rPr>
          <w:b/>
        </w:rPr>
        <w:t xml:space="preserve">[03:33] </w:t>
      </w:r>
      <w:r>
        <w:t>main aise kai janta hoon qisse, jisme aadmi ne sach bolkar kaam karna chaha, toh shuru mein usko</w:t>
      </w:r>
    </w:p>
    <w:p>
      <w:pPr>
        <w:jc w:val="right"/>
      </w:pPr>
      <w:r>
        <w:t>मैं ऐसे कई जानता हूं किस्से, जिसमें आदमी ने सच बोलकर काम करना चाहा, तो शुरू में उसको</w:t>
      </w:r>
    </w:p>
    <w:p>
      <w:r>
        <w:rPr>
          <w:b/>
        </w:rPr>
        <w:t xml:space="preserve">[03:42] </w:t>
      </w:r>
      <w:r>
        <w:t>pareshani hui. Lekin dheere dheere</w:t>
      </w:r>
    </w:p>
    <w:p>
      <w:pPr>
        <w:jc w:val="right"/>
      </w:pPr>
      <w:r>
        <w:t>परेशानी हुई। लेकिन धीरे-धीरे</w:t>
      </w:r>
    </w:p>
    <w:p>
      <w:r>
        <w:rPr>
          <w:b/>
        </w:rPr>
        <w:t xml:space="preserve">[03:46] </w:t>
      </w:r>
      <w:r>
        <w:t>uska mamla aisa establish hua ke sab kaam uska banta chala gaya.</w:t>
      </w:r>
    </w:p>
    <w:p>
      <w:pPr>
        <w:jc w:val="right"/>
      </w:pPr>
      <w:r>
        <w:t>उसका मामला ऐसा establish हुआ कि सब काम उसका बनता चला गया।</w:t>
      </w:r>
    </w:p>
    <w:p>
      <w:r>
        <w:rPr>
          <w:b/>
        </w:rPr>
        <w:t xml:space="preserve">[03:53] </w:t>
      </w:r>
      <w:r>
        <w:t>toh mera toh tajurba yahi hai.</w:t>
      </w:r>
    </w:p>
    <w:p>
      <w:pPr>
        <w:jc w:val="right"/>
      </w:pPr>
      <w:r>
        <w:t>तो मेरा तो तजुर्बा यही है।</w:t>
      </w:r>
    </w:p>
    <w:p>
      <w:r>
        <w:rPr>
          <w:b/>
        </w:rPr>
        <w:t xml:space="preserve">[03:57] </w:t>
      </w:r>
      <w:r>
        <w:t>This question is from Razia. She says, "Sometimes to be able to follow the path of truth, lying has to be adhered to.</w:t>
      </w:r>
    </w:p>
    <w:p>
      <w:pPr>
        <w:jc w:val="right"/>
      </w:pPr>
      <w:r>
        <w:t>This question is from Razia. She says, "Sometimes to be able to follow the path of truth, lying has to be adhered to.</w:t>
      </w:r>
    </w:p>
    <w:p>
      <w:r>
        <w:rPr>
          <w:b/>
        </w:rPr>
        <w:t xml:space="preserve">[04:08] </w:t>
      </w:r>
      <w:r>
        <w:t>How can this be handled? Please explain." kya phir se padhiye? "Sometimes to be able to follow the path of truth, lying has to be adhered to.</w:t>
      </w:r>
    </w:p>
    <w:p>
      <w:pPr>
        <w:jc w:val="right"/>
      </w:pPr>
      <w:r>
        <w:t>How can this be handled? Please explain." क्या फिर से पढ़िए? "Sometimes to be able to follow the path of truth, lying has to be adhered to.</w:t>
      </w:r>
    </w:p>
    <w:p>
      <w:r>
        <w:rPr>
          <w:b/>
        </w:rPr>
        <w:t xml:space="preserve">[04:21] </w:t>
      </w:r>
      <w:r>
        <w:t>How can this be handled?"</w:t>
      </w:r>
    </w:p>
    <w:p>
      <w:pPr>
        <w:jc w:val="right"/>
      </w:pPr>
      <w:r>
        <w:t>How can this be handled?"</w:t>
      </w:r>
    </w:p>
    <w:p>
      <w:r>
        <w:rPr>
          <w:b/>
        </w:rPr>
        <w:t xml:space="preserve">[04:23] </w:t>
      </w:r>
      <w:r>
        <w:t>matlab yeh kehne ka inka hai ke sach, sachchi zindagi guzarnay ke liye kabhi-kabhi jhoot bolna padta hai. kya kiya jaye?</w:t>
      </w:r>
    </w:p>
    <w:p>
      <w:pPr>
        <w:jc w:val="right"/>
      </w:pPr>
      <w:r>
        <w:t>मतलब यह कहने का इनका है कि सच, सच्ची जिंदगी गुजारने के लिए कभी-कभी झूठ बोलना पड़ता है। क्या किया जाए?</w:t>
      </w:r>
    </w:p>
    <w:p>
      <w:r>
        <w:rPr>
          <w:b/>
        </w:rPr>
        <w:t xml:space="preserve">[04:34] </w:t>
      </w:r>
      <w:r>
        <w:t>dekhiye, main yahan kahunga ke</w:t>
      </w:r>
    </w:p>
    <w:p>
      <w:pPr>
        <w:jc w:val="right"/>
      </w:pPr>
      <w:r>
        <w:t>देखिए, मैं यहां कहूंगा कि</w:t>
      </w:r>
    </w:p>
    <w:p>
      <w:r>
        <w:rPr>
          <w:b/>
        </w:rPr>
        <w:t xml:space="preserve">[04:41] </w:t>
      </w:r>
      <w:r>
        <w:t>jhoot do qism ka hota hai. ek hai aap doosre ko exploit karne ke liye jhoot bolen. woh to kabhi nahi bolna chahiye. aapko dikhai padega, agar main yahan par aisa keh diya maine jhoot, jhooti baat, to zyada faida main gain kar sakta hoon. to exploit karne ke liye jhoot bolna, yeh to har haal mein bura hai. lekin jo system hai,</w:t>
      </w:r>
    </w:p>
    <w:p>
      <w:pPr>
        <w:jc w:val="right"/>
      </w:pPr>
      <w:r>
        <w:t>झूठ दो किस्म का होता है। एक है आप दूसरे को exploit करने के लिए झूठ बोलें। वह तो कभी नहीं बोलना चाहिए। आपको दिखाई पड़ेगा, अगर मैं यहां पर ऐसा कह दिया मैंने झूठ, झूठी बात, तो ज्यादा फायदा मैं gain कर सकता हूं। तो exploit करने के लिए झूठ बोलना, यह तो हर हाल में बुरा है। लेकिन जो system है,</w:t>
      </w:r>
    </w:p>
    <w:p>
      <w:r>
        <w:rPr>
          <w:b/>
        </w:rPr>
        <w:t xml:space="preserve">[05:10] </w:t>
      </w:r>
      <w:r>
        <w:t>us system ki wajah se kabhi compulsively aadmi ko jhoot bolna padta hai. to woh jaayaz hai.</w:t>
      </w:r>
    </w:p>
    <w:p>
      <w:pPr>
        <w:jc w:val="right"/>
      </w:pPr>
      <w:r>
        <w:t>उस system की वजह से कभी compulsively आदमी को झूठ बोलना पड़ता है। तो वह जायज है।</w:t>
      </w:r>
    </w:p>
    <w:p>
      <w:r>
        <w:rPr>
          <w:b/>
        </w:rPr>
        <w:t xml:space="preserve">[05:21] </w:t>
      </w:r>
      <w:r>
        <w:t>jaise ke humne ek ghar liya,</w:t>
      </w:r>
    </w:p>
    <w:p>
      <w:pPr>
        <w:jc w:val="right"/>
      </w:pPr>
      <w:r>
        <w:t>जैसे कि हमने एक घर लिया,</w:t>
      </w:r>
    </w:p>
    <w:p>
      <w:r>
        <w:rPr>
          <w:b/>
        </w:rPr>
        <w:t xml:space="preserve">[05:24] </w:t>
      </w:r>
      <w:r>
        <w:t>toh teen saal tak uska recession nahi hua.</w:t>
      </w:r>
    </w:p>
    <w:p>
      <w:pPr>
        <w:jc w:val="right"/>
      </w:pPr>
      <w:r>
        <w:t>तो तीन साल तक उसका recession नहीं हुआ।</w:t>
      </w:r>
    </w:p>
    <w:p>
      <w:r>
        <w:rPr>
          <w:b/>
        </w:rPr>
        <w:t xml:space="preserve">[05:29] </w:t>
      </w:r>
      <w:r>
        <w:t>toh ek saahab aaye, unhone kaha ke aap teen saal se daud rahe hain aur kitna is par</w:t>
      </w:r>
    </w:p>
    <w:p>
      <w:pPr>
        <w:jc w:val="right"/>
      </w:pPr>
      <w:r>
        <w:t>तो एक साहब आए, उन्होंने कहा कि आप तीन साल से दौड़ रहे हैं और कितना इस पर</w:t>
      </w:r>
    </w:p>
    <w:p>
      <w:r>
        <w:rPr>
          <w:b/>
        </w:rPr>
        <w:t xml:space="preserve">[05:34] </w:t>
      </w:r>
      <w:r>
        <w:t>paisa kharch kar diya hoga aap sawariyon mein, mujhe dijiye.</w:t>
      </w:r>
    </w:p>
    <w:p>
      <w:pPr>
        <w:jc w:val="right"/>
      </w:pPr>
      <w:r>
        <w:t>पैसा खर्च कर दिया होगा आप सवारियों में, मुझे दीजिए।</w:t>
      </w:r>
    </w:p>
    <w:p>
      <w:r>
        <w:rPr>
          <w:b/>
        </w:rPr>
        <w:t xml:space="preserve">[05:39] </w:t>
      </w:r>
      <w:r>
        <w:t>woh gaye aur unhone kuch sau-do sau rupaye diya aur recession karke chale aaye.</w:t>
      </w:r>
    </w:p>
    <w:p>
      <w:pPr>
        <w:jc w:val="right"/>
      </w:pPr>
      <w:r>
        <w:t>वह गए और उन्होंने कुछ सौ-दो सौ रुपये दिया और recession करके चले आए।</w:t>
      </w:r>
    </w:p>
    <w:p>
      <w:r>
        <w:rPr>
          <w:b/>
        </w:rPr>
        <w:t xml:space="preserve">[05:45] </w:t>
      </w:r>
      <w:r>
        <w:t>toh main samajhta hoon ke yeh jhoot toh jaayaz hai.</w:t>
      </w:r>
    </w:p>
    <w:p>
      <w:pPr>
        <w:jc w:val="right"/>
      </w:pPr>
      <w:r>
        <w:t>तो मैं समझता हूं कि यह झूठ तो जायज है।</w:t>
      </w:r>
    </w:p>
    <w:p>
      <w:r>
        <w:rPr>
          <w:b/>
        </w:rPr>
        <w:t xml:space="preserve">[05:49] </w:t>
      </w:r>
      <w:r>
        <w:t>yaani under compulsion jo jhoot bolna pade,</w:t>
      </w:r>
    </w:p>
    <w:p>
      <w:pPr>
        <w:jc w:val="right"/>
      </w:pPr>
      <w:r>
        <w:t>यानी under compulsion जो झूठ बोलना पड़े,</w:t>
      </w:r>
    </w:p>
    <w:p>
      <w:r>
        <w:rPr>
          <w:b/>
        </w:rPr>
        <w:t xml:space="preserve">[05:53] </w:t>
      </w:r>
      <w:r>
        <w:t>woh jaayaz hai. aur jo jhoot bolna pade exploitation ke liye, zyada faida lene ke liye, doosron ko bewakoof banane ke liye, woh jaayaz nahi hai. sheikh saadi ne kaha tha ke "daroghe maslahat aamez bih az raasti fitna angez."</w:t>
      </w:r>
    </w:p>
    <w:p>
      <w:pPr>
        <w:jc w:val="right"/>
      </w:pPr>
      <w:r>
        <w:t>वह जायज है। और जो झूठ बोलना पड़े exploitation के लिए, ज्यादा फायदा लेने के लिए, दूसरों को बेवकूफ बनाने के लिए, वह जायज नहीं है। شیخ سعدی ने कहा था कि "दरोघ मसलह तामेज़ बिह अज़ रास्ती फितना अंगेज़।"</w:t>
      </w:r>
    </w:p>
    <w:p>
      <w:r>
        <w:rPr>
          <w:b/>
        </w:rPr>
        <w:t xml:space="preserve">[06:21] </w:t>
      </w:r>
      <w:r>
        <w:t>aisa jhoot jisse</w:t>
      </w:r>
    </w:p>
    <w:p>
      <w:pPr>
        <w:jc w:val="right"/>
      </w:pPr>
      <w:r>
        <w:t>ऐसा झूठ जिससे</w:t>
      </w:r>
    </w:p>
    <w:p>
      <w:r>
        <w:rPr>
          <w:b/>
        </w:rPr>
        <w:t xml:space="preserve">[06:24] </w:t>
      </w:r>
      <w:r>
        <w:t>koi baat ban rahi ho, woh us sach se behtar hai jisse baat bigad jaaye.</w:t>
      </w:r>
    </w:p>
    <w:p>
      <w:pPr>
        <w:jc w:val="right"/>
      </w:pPr>
      <w:r>
        <w:t>कोई बात बन रही हो, वह उस सच से बेहतर है जिससे बात बिगड़ जाए।</w:t>
      </w:r>
    </w:p>
    <w:p>
      <w:r>
        <w:rPr>
          <w:b/>
        </w:rPr>
        <w:t xml:space="preserve">[06:30] </w:t>
      </w:r>
      <w:r>
        <w:t>aisa bhi kabhi hota hai.</w:t>
      </w:r>
    </w:p>
    <w:p>
      <w:pPr>
        <w:jc w:val="right"/>
      </w:pPr>
      <w:r>
        <w:t>ऐसा भी कभी होता है।</w:t>
      </w:r>
    </w:p>
    <w:p>
      <w:r>
        <w:rPr>
          <w:b/>
        </w:rPr>
        <w:t xml:space="preserve">[06:33] </w:t>
      </w:r>
      <w:r>
        <w:t>toh khamakha sach bolkar ke baat bigadna, yeh bhi galat hai.</w:t>
      </w:r>
    </w:p>
    <w:p>
      <w:pPr>
        <w:jc w:val="right"/>
      </w:pPr>
      <w:r>
        <w:t>तो खामखा सच बोलकर के बात बिगाड़ना, यह भी गलत है।</w:t>
      </w:r>
    </w:p>
    <w:p>
      <w:r>
        <w:rPr>
          <w:b/>
        </w:rPr>
        <w:t xml:space="preserve">[06:38] </w:t>
      </w:r>
      <w:r>
        <w:t>baaz mauqe par aapko chup rehna padta hai.</w:t>
      </w:r>
    </w:p>
    <w:p>
      <w:pPr>
        <w:jc w:val="right"/>
      </w:pPr>
      <w:r>
        <w:t>بعض मौके पर आपको चुप रहना पड़ता है।</w:t>
      </w:r>
    </w:p>
    <w:p>
      <w:r>
        <w:rPr>
          <w:b/>
        </w:rPr>
        <w:t xml:space="preserve">[06:41] </w:t>
      </w:r>
      <w:r>
        <w:t>ya kabhi jhoot bhi bol lena pad jaata hai.</w:t>
      </w:r>
    </w:p>
    <w:p>
      <w:pPr>
        <w:jc w:val="right"/>
      </w:pPr>
      <w:r>
        <w:t>या कभी झूठ भी बोल लेना पड़ जाता है।</w:t>
      </w:r>
    </w:p>
    <w:p>
      <w:r>
        <w:rPr>
          <w:b/>
        </w:rPr>
        <w:t xml:space="preserve">[06:44] </w:t>
      </w:r>
      <w:r>
        <w:t>kyunki koi baat bigad na paaye.</w:t>
      </w:r>
    </w:p>
    <w:p>
      <w:pPr>
        <w:jc w:val="right"/>
      </w:pPr>
      <w:r>
        <w:t>क्योंकि कोई बात बिगड़ न पाए।</w:t>
      </w:r>
    </w:p>
    <w:p>
      <w:r>
        <w:rPr>
          <w:b/>
        </w:rPr>
        <w:t xml:space="preserve">[06:47] </w:t>
      </w:r>
      <w:r>
        <w:t>toh main yahi keh sakta hoon ki</w:t>
      </w:r>
    </w:p>
    <w:p>
      <w:pPr>
        <w:jc w:val="right"/>
      </w:pPr>
      <w:r>
        <w:t>तो मैं यही कह सकता हूं कि</w:t>
      </w:r>
    </w:p>
    <w:p>
      <w:r>
        <w:rPr>
          <w:b/>
        </w:rPr>
        <w:t xml:space="preserve">[06:52] </w:t>
      </w:r>
      <w:r>
        <w:t>doosre ko exploit karne ke liye jhoot bolna, bila shubah, har haal mein bura hai.</w:t>
      </w:r>
    </w:p>
    <w:p>
      <w:pPr>
        <w:jc w:val="right"/>
      </w:pPr>
      <w:r>
        <w:t>दूसरे को exploit करने के लिए झूठ बोलना, बिला शुबह, हर हाल में बुरा है।</w:t>
      </w:r>
    </w:p>
    <w:p>
      <w:r>
        <w:rPr>
          <w:b/>
        </w:rPr>
        <w:t xml:space="preserve">[06:59] </w:t>
      </w:r>
      <w:r>
        <w:t>lekin system ke compulsion mein,</w:t>
      </w:r>
    </w:p>
    <w:p>
      <w:pPr>
        <w:jc w:val="right"/>
      </w:pPr>
      <w:r>
        <w:t>लेकिन system के compulsion में,</w:t>
      </w:r>
    </w:p>
    <w:p>
      <w:r>
        <w:rPr>
          <w:b/>
        </w:rPr>
        <w:t xml:space="preserve">[07:03] </w:t>
      </w:r>
      <w:r>
        <w:t>agar kabhi aisa ho</w:t>
      </w:r>
    </w:p>
    <w:p>
      <w:pPr>
        <w:jc w:val="right"/>
      </w:pPr>
      <w:r>
        <w:t>अगर कभी ऐसा हो</w:t>
      </w:r>
    </w:p>
    <w:p>
      <w:r>
        <w:rPr>
          <w:b/>
        </w:rPr>
        <w:t xml:space="preserve">[07:07] </w:t>
      </w:r>
      <w:r>
        <w:t>ki aap unintentionally bhi jhoot bolna pade, toh aisa jhoot bolna jaayaz hai.</w:t>
      </w:r>
    </w:p>
    <w:p>
      <w:pPr>
        <w:jc w:val="right"/>
      </w:pPr>
      <w:r>
        <w:t>कि आप unintentionally भी झूठ बोलना पड़े, तो ऐसा झूठ बोलना जायज है।</w:t>
      </w:r>
    </w:p>
    <w:p>
      <w:r>
        <w:rPr>
          <w:b/>
        </w:rPr>
        <w:t xml:space="preserve">[07:13] </w:t>
      </w:r>
      <w:r>
        <w:t>aur fiqh mein toh yahan tak masla hai ki yeh masla hai ki "ahmarul baliyatain."</w:t>
      </w:r>
    </w:p>
    <w:p>
      <w:pPr>
        <w:jc w:val="right"/>
      </w:pPr>
      <w:r>
        <w:t>और फ़िक़्ह में तो यहां तक मसला है कि यह मसला है कि "अहमरुल बलियतैन।"</w:t>
      </w:r>
    </w:p>
    <w:p>
      <w:r>
        <w:rPr>
          <w:b/>
        </w:rPr>
        <w:t xml:space="preserve">[07:21] </w:t>
      </w:r>
      <w:r>
        <w:t>isko kehte hain "ahmarul baliyatain."</w:t>
      </w:r>
    </w:p>
    <w:p>
      <w:pPr>
        <w:jc w:val="right"/>
      </w:pPr>
      <w:r>
        <w:t>इसको कहते हैं "अहमरुल बलियतैन।"</w:t>
      </w:r>
    </w:p>
    <w:p>
      <w:r>
        <w:rPr>
          <w:b/>
        </w:rPr>
        <w:t xml:space="preserve">[07:23] </w:t>
      </w:r>
      <w:r>
        <w:t>yaani lesser evil aur greater evil.</w:t>
      </w:r>
    </w:p>
    <w:p>
      <w:pPr>
        <w:jc w:val="right"/>
      </w:pPr>
      <w:r>
        <w:t>यानी lesser evil और greater evil।</w:t>
      </w:r>
    </w:p>
    <w:p>
      <w:r>
        <w:rPr>
          <w:b/>
        </w:rPr>
        <w:t xml:space="preserve">[07:26] </w:t>
      </w:r>
      <w:r>
        <w:t>yaani sach bolkar ke agar greater evil saamne aata ho, toh aise mauqe par jhoot bola jaayega taaki</w:t>
      </w:r>
    </w:p>
    <w:p>
      <w:pPr>
        <w:jc w:val="right"/>
      </w:pPr>
      <w:r>
        <w:t>यानी सच बोलकर के अगर greater evil सामने आता हो, तो ऐसे मौके पर झूठ बोला जाएगा ताकि</w:t>
      </w:r>
    </w:p>
    <w:p>
      <w:r>
        <w:rPr>
          <w:b/>
        </w:rPr>
        <w:t xml:space="preserve">[07:32] </w:t>
      </w:r>
      <w:r>
        <w:t>lesser evil par baat khatm ho jaaye.</w:t>
      </w:r>
    </w:p>
    <w:p>
      <w:pPr>
        <w:jc w:val="right"/>
      </w:pPr>
      <w:r>
        <w:t>lesser evil पर बात खत्म हो जाए।</w:t>
      </w:r>
    </w:p>
    <w:p>
      <w:r>
        <w:rPr>
          <w:b/>
        </w:rPr>
        <w:t xml:space="preserve">[07:35] </w:t>
      </w:r>
      <w:r>
        <w:t>yeh fiqh ka baqaayeda masla hai.</w:t>
      </w:r>
    </w:p>
    <w:p>
      <w:pPr>
        <w:jc w:val="right"/>
      </w:pPr>
      <w:r>
        <w:t>यह फ़िक़्ह का बाकायदा मसला है।</w:t>
      </w:r>
    </w:p>
    <w:p>
      <w:r>
        <w:rPr>
          <w:b/>
        </w:rPr>
        <w:t xml:space="preserve">[07:39] </w:t>
      </w:r>
      <w:r>
        <w:t>The next question is from Idris. He's asking, "It is said that paradise is a problem-free place.</w:t>
      </w:r>
    </w:p>
    <w:p>
      <w:pPr>
        <w:jc w:val="right"/>
      </w:pPr>
      <w:r>
        <w:t>The next question is from Idris. He's asking, "It is said that paradise is a problem-free place.</w:t>
      </w:r>
    </w:p>
    <w:p>
      <w:r>
        <w:rPr>
          <w:b/>
        </w:rPr>
        <w:t xml:space="preserve">[07:51] </w:t>
      </w:r>
      <w:r>
        <w:t>If so, then what will happen to the pleasure of sense of achievement, which comes from overcoming problems?"</w:t>
      </w:r>
    </w:p>
    <w:p>
      <w:pPr>
        <w:jc w:val="right"/>
      </w:pPr>
      <w:r>
        <w:t>If so, then what will happen to the pleasure of sense of achievement, which comes from overcoming problems?"</w:t>
      </w:r>
    </w:p>
    <w:p>
      <w:r>
        <w:rPr>
          <w:b/>
        </w:rPr>
        <w:t xml:space="preserve">[08:05] </w:t>
      </w:r>
      <w:r>
        <w:t>dekhiye, ek hai problem,</w:t>
      </w:r>
    </w:p>
    <w:p>
      <w:pPr>
        <w:jc w:val="right"/>
      </w:pPr>
      <w:r>
        <w:t>देखिए, एक है problem,</w:t>
      </w:r>
    </w:p>
    <w:p>
      <w:r>
        <w:rPr>
          <w:b/>
        </w:rPr>
        <w:t xml:space="preserve">[08:07] </w:t>
      </w:r>
      <w:r>
        <w:t>ek hai activities.</w:t>
      </w:r>
    </w:p>
    <w:p>
      <w:pPr>
        <w:jc w:val="right"/>
      </w:pPr>
      <w:r>
        <w:t>एक है activities।</w:t>
      </w:r>
    </w:p>
    <w:p>
      <w:r>
        <w:rPr>
          <w:b/>
        </w:rPr>
        <w:t xml:space="preserve">[08:11] </w:t>
      </w:r>
      <w:r>
        <w:t>problem ka matlab yeh hai ki hum</w:t>
      </w:r>
    </w:p>
    <w:p>
      <w:pPr>
        <w:jc w:val="right"/>
      </w:pPr>
      <w:r>
        <w:t>Problem का मतलब यह है कि हम</w:t>
      </w:r>
    </w:p>
    <w:p>
      <w:r>
        <w:rPr>
          <w:b/>
        </w:rPr>
        <w:t xml:space="preserve">[08:15] </w:t>
      </w:r>
      <w:r>
        <w:t>dar mein zindagi guzaren</w:t>
      </w:r>
    </w:p>
    <w:p>
      <w:pPr>
        <w:jc w:val="right"/>
      </w:pPr>
      <w:r>
        <w:t>डर में जिंदगी गुजारें</w:t>
      </w:r>
    </w:p>
    <w:p>
      <w:r>
        <w:rPr>
          <w:b/>
        </w:rPr>
        <w:t xml:space="preserve">[08:18] </w:t>
      </w:r>
      <w:r>
        <w:t>aur logon ke buraiyon se bachne ka khauf hamein laga hua ho.</w:t>
      </w:r>
    </w:p>
    <w:p>
      <w:pPr>
        <w:jc w:val="right"/>
      </w:pPr>
      <w:r>
        <w:t>और लोगों के बुराइयों से बचने का खौफ हमें लगा हुआ हो।</w:t>
      </w:r>
    </w:p>
    <w:p>
      <w:r>
        <w:rPr>
          <w:b/>
        </w:rPr>
        <w:t xml:space="preserve">[08:26] </w:t>
      </w:r>
      <w:r>
        <w:t>toh quran mein hai ki "la khaufun alaihim wala hum yahzaroon."</w:t>
      </w:r>
    </w:p>
    <w:p>
      <w:pPr>
        <w:jc w:val="right"/>
      </w:pPr>
      <w:r>
        <w:t>तो क़ुरआन में है कि "ला खौफ़ुन अलैहिम वलाहुम यहज़रून।"</w:t>
      </w:r>
    </w:p>
    <w:p>
      <w:r>
        <w:rPr>
          <w:b/>
        </w:rPr>
        <w:t xml:space="preserve">[08:32] </w:t>
      </w:r>
      <w:r>
        <w:t>unko na dar hoga aur na andesha hoga.</w:t>
      </w:r>
    </w:p>
    <w:p>
      <w:pPr>
        <w:jc w:val="right"/>
      </w:pPr>
      <w:r>
        <w:t>उनको न डर होगा और न अंदेशा होगा।</w:t>
      </w:r>
    </w:p>
    <w:p>
      <w:r>
        <w:rPr>
          <w:b/>
        </w:rPr>
        <w:t xml:space="preserve">[08:38] </w:t>
      </w:r>
      <w:r>
        <w:t>unhein na takleef hogi</w:t>
      </w:r>
    </w:p>
    <w:p>
      <w:pPr>
        <w:jc w:val="right"/>
      </w:pPr>
      <w:r>
        <w:t>उन्हें न तकलीफ़ होगी</w:t>
      </w:r>
    </w:p>
    <w:p>
      <w:r>
        <w:rPr>
          <w:b/>
        </w:rPr>
        <w:t xml:space="preserve">[08:40] </w:t>
      </w:r>
      <w:r>
        <w:t>aur na gham hoga.</w:t>
      </w:r>
    </w:p>
    <w:p>
      <w:pPr>
        <w:jc w:val="right"/>
      </w:pPr>
      <w:r>
        <w:t>और न ग़म होगा।</w:t>
      </w:r>
    </w:p>
    <w:p>
      <w:r>
        <w:rPr>
          <w:b/>
        </w:rPr>
        <w:t xml:space="preserve">[08:43] </w:t>
      </w:r>
      <w:r>
        <w:t>baqi jahan tak activities ki baat hai,</w:t>
      </w:r>
    </w:p>
    <w:p>
      <w:pPr>
        <w:jc w:val="right"/>
      </w:pPr>
      <w:r>
        <w:t>बाकी जहां तक activities की बात है,</w:t>
      </w:r>
    </w:p>
    <w:p>
      <w:r>
        <w:rPr>
          <w:b/>
        </w:rPr>
        <w:t xml:space="preserve">[08:46] </w:t>
      </w:r>
      <w:r>
        <w:t>to quran mein hai ke</w:t>
      </w:r>
    </w:p>
    <w:p>
      <w:pPr>
        <w:jc w:val="right"/>
      </w:pPr>
      <w:r>
        <w:t>तो क़ुरआन में है कि</w:t>
      </w:r>
    </w:p>
    <w:p>
      <w:r>
        <w:rPr>
          <w:b/>
        </w:rPr>
        <w:t xml:space="preserve">[08:49] </w:t>
      </w:r>
      <w:r>
        <w:t>"wuhum fi shughlin faaquhoon."</w:t>
      </w:r>
    </w:p>
    <w:p>
      <w:pPr>
        <w:jc w:val="right"/>
      </w:pPr>
      <w:r>
        <w:t>"वहुम फ़ी शुग्लिन फ़ाक़िहून।"</w:t>
      </w:r>
    </w:p>
    <w:p>
      <w:r>
        <w:rPr>
          <w:b/>
        </w:rPr>
        <w:t xml:space="preserve">[08:54] </w:t>
      </w:r>
      <w:r>
        <w:t>yaani bohat hi pleasant activities.</w:t>
      </w:r>
    </w:p>
    <w:p>
      <w:pPr>
        <w:jc w:val="right"/>
      </w:pPr>
      <w:r>
        <w:t>यानी बहुत ही pleasant activities।</w:t>
      </w:r>
    </w:p>
    <w:p>
      <w:r>
        <w:rPr>
          <w:b/>
        </w:rPr>
        <w:t xml:space="preserve">[09:01] </w:t>
      </w:r>
      <w:r>
        <w:t>saari activities hongi.</w:t>
      </w:r>
    </w:p>
    <w:p>
      <w:pPr>
        <w:jc w:val="right"/>
      </w:pPr>
      <w:r>
        <w:t>सारी activities होंगी।</w:t>
      </w:r>
    </w:p>
    <w:p>
      <w:r>
        <w:rPr>
          <w:b/>
        </w:rPr>
        <w:t xml:space="preserve">[09:03] </w:t>
      </w:r>
      <w:r>
        <w:t>jaise hum meeting karte hain, wahan bhi meeting hogi.</w:t>
      </w:r>
    </w:p>
    <w:p>
      <w:pPr>
        <w:jc w:val="right"/>
      </w:pPr>
      <w:r>
        <w:t>जैसे हम meeting करते हैं, वहां भी meeting होगी।</w:t>
      </w:r>
    </w:p>
    <w:p>
      <w:r>
        <w:rPr>
          <w:b/>
        </w:rPr>
        <w:t xml:space="preserve">[09:06] </w:t>
      </w:r>
      <w:r>
        <w:t>hum safar karte hain, wahan bhi safar hoga.</w:t>
      </w:r>
    </w:p>
    <w:p>
      <w:pPr>
        <w:jc w:val="right"/>
      </w:pPr>
      <w:r>
        <w:t>हम सफ़र करते हैं, वहां भी सफ़र होगा।</w:t>
      </w:r>
    </w:p>
    <w:p>
      <w:r>
        <w:rPr>
          <w:b/>
        </w:rPr>
        <w:t xml:space="preserve">[09:09] </w:t>
      </w:r>
      <w:r>
        <w:t>lekin wahan ke aeroplane mein jab hum baithenge, to up and down ka hamein experience nahi hoga.</w:t>
      </w:r>
    </w:p>
    <w:p>
      <w:pPr>
        <w:jc w:val="right"/>
      </w:pPr>
      <w:r>
        <w:t>लेकिन वहां के aeroplane में जब हम बैठेंगे, तो up and down का हमें experience नहीं होगा।</w:t>
      </w:r>
    </w:p>
    <w:p>
      <w:r>
        <w:rPr>
          <w:b/>
        </w:rPr>
        <w:t xml:space="preserve">[09:18] </w:t>
      </w:r>
      <w:r>
        <w:t>aap jante hain ke jahazon mein aksar aisa hota hai ke isko kehte hain down draft,</w:t>
      </w:r>
    </w:p>
    <w:p>
      <w:pPr>
        <w:jc w:val="right"/>
      </w:pPr>
      <w:r>
        <w:t>आप जानते हैं कि जहाज़ों में अक्सर ऐसा होता है कि इसको कहते हैं down draft,</w:t>
      </w:r>
    </w:p>
    <w:p>
      <w:r>
        <w:rPr>
          <w:b/>
        </w:rPr>
        <w:t xml:space="preserve">[09:24] </w:t>
      </w:r>
      <w:r>
        <w:t>up draft, down draft. isko kehte hain up draft, down draft. kyunke air ka dabav kahin ghat jata hai, kahin badh jata hai. kahin pocket hote hain. to jahaz achanak neeche aa jata hai.</w:t>
      </w:r>
    </w:p>
    <w:p>
      <w:pPr>
        <w:jc w:val="right"/>
      </w:pPr>
      <w:r>
        <w:t>up draft, down draft। इसको कहते हैं up draft, down draft। क्योंकि air का दबाव कहीं घट जाता है, कहीं बढ़ जाता है। कहीं pocket होते हैं। तो जहाज़ अचानक नीचे आ जाता है।</w:t>
      </w:r>
    </w:p>
    <w:p>
      <w:r>
        <w:rPr>
          <w:b/>
        </w:rPr>
        <w:t xml:space="preserve">[09:39] </w:t>
      </w:r>
      <w:r>
        <w:t>to yeh sab wahan nahi hoga. train hai to yahan aap jante hain ke accident ho jate hain. woh gaadi jo hai, derail ho jati hai. patri utar jati hai. to yeh sab challenge nahi hai. ek hai challenge, ek hai problem.</w:t>
      </w:r>
    </w:p>
    <w:p>
      <w:pPr>
        <w:jc w:val="right"/>
      </w:pPr>
      <w:r>
        <w:t>तो यह सब वहां नहीं होगा। ट्रेन है तो यहां आप जानते हैं कि accident हो जाते हैं। वह गाड़ी जो है, derail हो जाती है। पटरी उतर जाती है। तो यह सब challenge नहीं है। एक है challenge, एक है problem.</w:t>
      </w:r>
    </w:p>
    <w:p>
      <w:r>
        <w:rPr>
          <w:b/>
        </w:rPr>
        <w:t xml:space="preserve">[09:56] </w:t>
      </w:r>
      <w:r>
        <w:t>to wahan problem nahi hoga. baqi pleasant way mein har cheez hogi wahan par. pleasant way mein har cheez hogi.</w:t>
      </w:r>
    </w:p>
    <w:p>
      <w:pPr>
        <w:jc w:val="right"/>
      </w:pPr>
      <w:r>
        <w:t>तो वहां problem नहीं होगा। बाकी pleasant way में हर चीज़ होगी वहां पर। Pleasant way में हर चीज़ होगी।</w:t>
      </w:r>
    </w:p>
    <w:p>
      <w:r>
        <w:rPr>
          <w:b/>
        </w:rPr>
        <w:t xml:space="preserve">[10:09] </w:t>
      </w:r>
      <w:r>
        <w:t>har cheez hogi wahan par. discussion hoga, competition hoga, daud-dhoop hogi. saari pleasant activities wahan par hongi. lekin jo unnecessary problems jo hain, woh wahan par nahi honge.</w:t>
      </w:r>
    </w:p>
    <w:p>
      <w:pPr>
        <w:jc w:val="right"/>
      </w:pPr>
      <w:r>
        <w:t>हर चीज़ होगी वहां पर। Discussion होगा, competition होगा, दौड़-धूप होगी। सारी pleasant activities वहां पर होंगी। लेकिन जो unnecessary problems जो हैं, वह वहां पर नहीं होंगे।</w:t>
      </w:r>
    </w:p>
    <w:p>
      <w:r>
        <w:rPr>
          <w:b/>
        </w:rPr>
        <w:t xml:space="preserve">[10:26] </w:t>
      </w:r>
      <w:r>
        <w:t>This question is from Owais Siddiqui. He's asking, "If a person is asked about something and he doesn't want to tell it, then if he remains silent or he says, 'I can't tell you,' is this also a lie</w:t>
      </w:r>
    </w:p>
    <w:p>
      <w:pPr>
        <w:jc w:val="right"/>
      </w:pPr>
      <w:r>
        <w:t>This question is from Owais Siddiqui. He's asking, "If a person is asked about something and he doesn't want to tell it, then if he remains silent or he says, 'I can't tell you,' is this also a lie</w:t>
      </w:r>
    </w:p>
    <w:p>
      <w:r>
        <w:rPr>
          <w:b/>
        </w:rPr>
        <w:t xml:space="preserve">[10:45] </w:t>
      </w:r>
      <w:r>
        <w:t>?" nahi, kabhi nahi.</w:t>
      </w:r>
    </w:p>
    <w:p>
      <w:pPr>
        <w:jc w:val="right"/>
      </w:pPr>
      <w:r>
        <w:t>?" नहीं, कभी नहीं।</w:t>
      </w:r>
    </w:p>
    <w:p>
      <w:r>
        <w:rPr>
          <w:b/>
        </w:rPr>
        <w:t xml:space="preserve">[10:46] </w:t>
      </w:r>
      <w:r>
        <w:t>chup rehna jhoot nahi hai.</w:t>
      </w:r>
    </w:p>
    <w:p>
      <w:pPr>
        <w:jc w:val="right"/>
      </w:pPr>
      <w:r>
        <w:t>चुप रहना झूठ नहीं है।</w:t>
      </w:r>
    </w:p>
    <w:p>
      <w:r>
        <w:rPr>
          <w:b/>
        </w:rPr>
        <w:t xml:space="preserve">[10:49] </w:t>
      </w:r>
      <w:r>
        <w:t>chup rehna jhoot nahi hai.</w:t>
      </w:r>
    </w:p>
    <w:p>
      <w:pPr>
        <w:jc w:val="right"/>
      </w:pPr>
      <w:r>
        <w:t>चुप रहना झूठ नहीं है।</w:t>
      </w:r>
    </w:p>
    <w:p>
      <w:r>
        <w:rPr>
          <w:b/>
        </w:rPr>
        <w:t xml:space="preserve">[10:51] </w:t>
      </w:r>
      <w:r>
        <w:t>aap chupchap chup ho jaiye.</w:t>
      </w:r>
    </w:p>
    <w:p>
      <w:pPr>
        <w:jc w:val="right"/>
      </w:pPr>
      <w:r>
        <w:t>आप चुपचाप चुप हो जाइए।</w:t>
      </w:r>
    </w:p>
    <w:p>
      <w:r>
        <w:rPr>
          <w:b/>
        </w:rPr>
        <w:t xml:space="preserve">[10:53] </w:t>
      </w:r>
      <w:r>
        <w:t>chup rehna aapka choice hai.</w:t>
      </w:r>
    </w:p>
    <w:p>
      <w:pPr>
        <w:jc w:val="right"/>
      </w:pPr>
      <w:r>
        <w:t>चुप रहना आपका choice है।</w:t>
      </w:r>
    </w:p>
    <w:p>
      <w:r>
        <w:rPr>
          <w:b/>
        </w:rPr>
        <w:t xml:space="preserve">[10:57] </w:t>
      </w:r>
      <w:r>
        <w:t>chup rehna aapka choice hai.</w:t>
      </w:r>
    </w:p>
    <w:p>
      <w:pPr>
        <w:jc w:val="right"/>
      </w:pPr>
      <w:r>
        <w:t>चुप रहना आपका choice है।</w:t>
      </w:r>
    </w:p>
    <w:p>
      <w:r>
        <w:rPr>
          <w:b/>
        </w:rPr>
        <w:t xml:space="preserve">[11:00] </w:t>
      </w:r>
      <w:r>
        <w:t>koi compulsion nahi ke aap bolen.</w:t>
      </w:r>
    </w:p>
    <w:p>
      <w:pPr>
        <w:jc w:val="right"/>
      </w:pPr>
      <w:r>
        <w:t>कोई compulsion नहीं कि आप बोलें।</w:t>
      </w:r>
    </w:p>
    <w:p>
      <w:r>
        <w:rPr>
          <w:b/>
        </w:rPr>
        <w:t xml:space="preserve">[11:05] </w:t>
      </w:r>
      <w:r>
        <w:t>kai reason aise ho sakte hain ke aap bolna pasand na karte hon.</w:t>
      </w:r>
    </w:p>
    <w:p>
      <w:pPr>
        <w:jc w:val="right"/>
      </w:pPr>
      <w:r>
        <w:t>कई reason ऐसे हो सकते हैं कि आप बोलना पसंद न करते हों।</w:t>
      </w:r>
    </w:p>
    <w:p>
      <w:r>
        <w:rPr>
          <w:b/>
        </w:rPr>
        <w:t xml:space="preserve">[11:09] </w:t>
      </w:r>
      <w:r>
        <w:t>to aap mat boliye.</w:t>
      </w:r>
    </w:p>
    <w:p>
      <w:pPr>
        <w:jc w:val="right"/>
      </w:pPr>
      <w:r>
        <w:t>तो आप मत बोलिए।</w:t>
      </w:r>
    </w:p>
    <w:p>
      <w:r>
        <w:rPr>
          <w:b/>
        </w:rPr>
        <w:t xml:space="preserve">[11:11] </w:t>
      </w:r>
      <w:r>
        <w:t>yeh na to koi</w:t>
      </w:r>
    </w:p>
    <w:p>
      <w:pPr>
        <w:jc w:val="right"/>
      </w:pPr>
      <w:r>
        <w:t>यह न तो कोई</w:t>
      </w:r>
    </w:p>
    <w:p>
      <w:r>
        <w:rPr>
          <w:b/>
        </w:rPr>
        <w:t xml:space="preserve">[11:14] </w:t>
      </w:r>
      <w:r>
        <w:t>jhoot hai aur na koi is mein</w:t>
      </w:r>
    </w:p>
    <w:p>
      <w:pPr>
        <w:jc w:val="right"/>
      </w:pPr>
      <w:r>
        <w:t>झूठ है और न कोई इसमें</w:t>
      </w:r>
    </w:p>
    <w:p>
      <w:r>
        <w:rPr>
          <w:b/>
        </w:rPr>
        <w:t xml:space="preserve">[11:17] </w:t>
      </w:r>
      <w:r>
        <w:t>burai hai. lekin jab aap bolen, to sach bolen.</w:t>
      </w:r>
    </w:p>
    <w:p>
      <w:pPr>
        <w:jc w:val="right"/>
      </w:pPr>
      <w:r>
        <w:t>बुराई है। लेकिन जब आप बोलें, तो सच बोलें।</w:t>
      </w:r>
    </w:p>
    <w:p>
      <w:r>
        <w:rPr>
          <w:b/>
        </w:rPr>
        <w:t xml:space="preserve">[11:21] </w:t>
      </w:r>
      <w:r>
        <w:t>isiliye hadith mein hai ke "ad haddasa"</w:t>
      </w:r>
    </w:p>
    <w:p>
      <w:pPr>
        <w:jc w:val="right"/>
      </w:pPr>
      <w:r>
        <w:t>इसीलिए हदीस में है कि "अद हद्दसा"</w:t>
      </w:r>
    </w:p>
    <w:p>
      <w:r>
        <w:rPr>
          <w:b/>
        </w:rPr>
        <w:t xml:space="preserve">[11:25] </w:t>
      </w:r>
      <w:r>
        <w:t>us mein yeh lafz hai.</w:t>
      </w:r>
    </w:p>
    <w:p>
      <w:pPr>
        <w:jc w:val="right"/>
      </w:pPr>
      <w:r>
        <w:t>उसमें यह लफ़्ज़ है।</w:t>
      </w:r>
    </w:p>
    <w:p>
      <w:r>
        <w:rPr>
          <w:b/>
        </w:rPr>
        <w:t xml:space="preserve">[11:26] </w:t>
      </w:r>
      <w:r>
        <w:t>"ad haddasa" jab bolen, to sach bolen.</w:t>
      </w:r>
    </w:p>
    <w:p>
      <w:pPr>
        <w:jc w:val="right"/>
      </w:pPr>
      <w:r>
        <w:t>"अद हद्दसा" जब बोलें, तो सच बोलें।</w:t>
      </w:r>
    </w:p>
    <w:p>
      <w:r>
        <w:rPr>
          <w:b/>
        </w:rPr>
        <w:t xml:space="preserve">[11:29] </w:t>
      </w:r>
      <w:r>
        <w:t>bolen, to jhoot na bolen.</w:t>
      </w:r>
    </w:p>
    <w:p>
      <w:pPr>
        <w:jc w:val="right"/>
      </w:pPr>
      <w:r>
        <w:t>बोलें, तो झूठ न बोलें।</w:t>
      </w:r>
    </w:p>
    <w:p>
      <w:r>
        <w:rPr>
          <w:b/>
        </w:rPr>
        <w:t xml:space="preserve">[11:35] </w:t>
      </w:r>
      <w:r>
        <w:t>"fallaqul khairun wal yasbut." yaani jab bolen, to sach bolen. jab bolen, to jhoot na bolen. baqi chup rehna hai, to aap chup rahiye. to koi pakad hi nahin hai.</w:t>
      </w:r>
    </w:p>
    <w:p>
      <w:pPr>
        <w:jc w:val="right"/>
      </w:pPr>
      <w:r>
        <w:t>"फल्लकुल खैरन वल यस्बुत।" यानी जब बोलें, तो सच बोलें। जब बोलें, तो झूठ न बोलें। बाकी चुप रहना है, तो आप चुप रहिए। तो कोई पकड़ ही नहीं है।</w:t>
      </w:r>
    </w:p>
    <w:p>
      <w:r>
        <w:rPr>
          <w:b/>
        </w:rPr>
        <w:t xml:space="preserve">[11:48] </w:t>
      </w:r>
      <w:r>
        <w:t>This question is from Dr. S. Khanh. He wants to know the relationship between truth and wisdom.</w:t>
      </w:r>
    </w:p>
    <w:p>
      <w:pPr>
        <w:jc w:val="right"/>
      </w:pPr>
      <w:r>
        <w:t>This question is from Dr. S. Khanh. He wants to know the relationship between truth and wisdom.</w:t>
      </w:r>
    </w:p>
    <w:p>
      <w:r>
        <w:rPr>
          <w:b/>
        </w:rPr>
        <w:t xml:space="preserve">[11:56] </w:t>
      </w:r>
      <w:r>
        <w:t>Relationship between truth and wisdom.</w:t>
      </w:r>
    </w:p>
    <w:p>
      <w:pPr>
        <w:jc w:val="right"/>
      </w:pPr>
      <w:r>
        <w:t>Relationship between truth and wisdom.</w:t>
      </w:r>
    </w:p>
    <w:p>
      <w:r>
        <w:rPr>
          <w:b/>
        </w:rPr>
        <w:t xml:space="preserve">[12:08] </w:t>
      </w:r>
      <w:r>
        <w:t>dekhiye, truth to ek moral value hai. ek moral sense mein ek virtue ki baat hai. lekin wisdom jo hai, uska vah moral values ki baat nahin hai, basically.</w:t>
      </w:r>
    </w:p>
    <w:p>
      <w:pPr>
        <w:jc w:val="right"/>
      </w:pPr>
      <w:r>
        <w:t>देखिए, truth तो एक moral value है। एक moral sense में एक virtue की बात है। लेकिन wisdom जो है, उसका वह moral values की बात नहीं है, basically.</w:t>
      </w:r>
    </w:p>
    <w:p>
      <w:r>
        <w:rPr>
          <w:b/>
        </w:rPr>
        <w:t xml:space="preserve">[12:25] </w:t>
      </w:r>
      <w:r>
        <w:t>woh to aap ki, aap ke</w:t>
      </w:r>
    </w:p>
    <w:p>
      <w:pPr>
        <w:jc w:val="right"/>
      </w:pPr>
      <w:r>
        <w:t>वह तो आपकी, आपके</w:t>
      </w:r>
    </w:p>
    <w:p>
      <w:r>
        <w:rPr>
          <w:b/>
        </w:rPr>
        <w:t xml:space="preserve">[12:29] </w:t>
      </w:r>
      <w:r>
        <w:t>mind ki ek capacity hai ke aap baaton ko gehrai mein samajh lete hain.</w:t>
      </w:r>
    </w:p>
    <w:p>
      <w:pPr>
        <w:jc w:val="right"/>
      </w:pPr>
      <w:r>
        <w:t>mind की एक capacity है कि आप बातों को गहराई में समझ लेते हैं।</w:t>
      </w:r>
    </w:p>
    <w:p>
      <w:r>
        <w:rPr>
          <w:b/>
        </w:rPr>
        <w:t xml:space="preserve">[12:36] </w:t>
      </w:r>
      <w:r>
        <w:t>ek hai baaton ko</w:t>
      </w:r>
    </w:p>
    <w:p>
      <w:pPr>
        <w:jc w:val="right"/>
      </w:pPr>
      <w:r>
        <w:t>एक है बातों को</w:t>
      </w:r>
    </w:p>
    <w:p>
      <w:r>
        <w:rPr>
          <w:b/>
        </w:rPr>
        <w:t xml:space="preserve">[12:39] </w:t>
      </w:r>
      <w:r>
        <w:t>face value se aage ja kar ke.</w:t>
      </w:r>
    </w:p>
    <w:p>
      <w:pPr>
        <w:jc w:val="right"/>
      </w:pPr>
      <w:r>
        <w:t>face value से आगे जाकर के।</w:t>
      </w:r>
    </w:p>
    <w:p>
      <w:r>
        <w:rPr>
          <w:b/>
        </w:rPr>
        <w:t xml:space="preserve">[12:42] </w:t>
      </w:r>
      <w:r>
        <w:t>dekhiye, do qism ke log hote hain.</w:t>
      </w:r>
    </w:p>
    <w:p>
      <w:pPr>
        <w:jc w:val="right"/>
      </w:pPr>
      <w:r>
        <w:t>देखिए, दो किस्म के लोग होते हैं।</w:t>
      </w:r>
    </w:p>
    <w:p>
      <w:r>
        <w:rPr>
          <w:b/>
        </w:rPr>
        <w:t xml:space="preserve">[12:44] </w:t>
      </w:r>
      <w:r>
        <w:t>ek woh jo cheezon ko face value par le len.</w:t>
      </w:r>
    </w:p>
    <w:p>
      <w:pPr>
        <w:jc w:val="right"/>
      </w:pPr>
      <w:r>
        <w:t>एक वह जो चीज़ों को face value पर ले लें।</w:t>
      </w:r>
    </w:p>
    <w:p>
      <w:r>
        <w:rPr>
          <w:b/>
        </w:rPr>
        <w:t xml:space="preserve">[12:47] </w:t>
      </w:r>
      <w:r>
        <w:t>to woh woh log hain jo wise nahin kahe jayenge.</w:t>
      </w:r>
    </w:p>
    <w:p>
      <w:pPr>
        <w:jc w:val="right"/>
      </w:pPr>
      <w:r>
        <w:t>तो वह वह लोग हैं जो wise नहीं कहे जाएंगे।</w:t>
      </w:r>
    </w:p>
    <w:p>
      <w:r>
        <w:rPr>
          <w:b/>
        </w:rPr>
        <w:t xml:space="preserve">[12:51] </w:t>
      </w:r>
      <w:r>
        <w:t>ek woh log hain jo face value se aage ja kar baaton ko bohat deep mein ja kar ke samajh</w:t>
      </w:r>
    </w:p>
    <w:p>
      <w:pPr>
        <w:jc w:val="right"/>
      </w:pPr>
      <w:r>
        <w:t>एक वह लोग हैं जो face value से आगे जाकर बातों को बहुत deep में जाकर के समझ</w:t>
      </w:r>
    </w:p>
    <w:p>
      <w:r>
        <w:rPr>
          <w:b/>
        </w:rPr>
        <w:t xml:space="preserve">[12:55] </w:t>
      </w:r>
      <w:r>
        <w:t>saken us ko. to wohi woh log hain jo wise hain aur wohi woh log hain jinke andar wisdom</w:t>
      </w:r>
    </w:p>
    <w:p>
      <w:pPr>
        <w:jc w:val="right"/>
      </w:pPr>
      <w:r>
        <w:t>सकें उसको। तो वही वह लोग हैं जो wise हैं और वही वह लोग हैं जिनके अंदर wisdom</w:t>
      </w:r>
    </w:p>
    <w:p>
      <w:r>
        <w:rPr>
          <w:b/>
        </w:rPr>
        <w:t xml:space="preserve">[13:00] </w:t>
      </w:r>
      <w:r>
        <w:t>hai. to wisdom jo hai,</w:t>
      </w:r>
    </w:p>
    <w:p>
      <w:pPr>
        <w:jc w:val="right"/>
      </w:pPr>
      <w:r>
        <w:t>है। तो wisdom जो है,</w:t>
      </w:r>
    </w:p>
    <w:p>
      <w:r>
        <w:rPr>
          <w:b/>
        </w:rPr>
        <w:t xml:space="preserve">[13:04] </w:t>
      </w:r>
      <w:r>
        <w:t>uska taluq yaani intellectual development se hai. intellectual capacity se hai. aur jo jhoot bolna ya sach bolna, yah jo baat hai, yah to ek moral values ki baat hai.</w:t>
      </w:r>
    </w:p>
    <w:p>
      <w:pPr>
        <w:jc w:val="right"/>
      </w:pPr>
      <w:r>
        <w:t>उसका ताल्लुक यानी intellectual development से है। Intellectual capacity से है। और जो झूठ बोलना या सच बोलना, यह जो बात है, यह तो एक moral values की बात है।</w:t>
      </w:r>
    </w:p>
    <w:p>
      <w:r>
        <w:rPr>
          <w:b/>
        </w:rPr>
        <w:t xml:space="preserve">[13:25] </w:t>
      </w:r>
      <w:r>
        <w:t>relationship dono mein yeh hai, main kahunga ke agar aap ke andar gehri wisdom hai, to aap ki wisdom check</w:t>
      </w:r>
    </w:p>
    <w:p>
      <w:pPr>
        <w:jc w:val="right"/>
      </w:pPr>
      <w:r>
        <w:t>Relationship दोनों में यह है, मैं कहूंगा कि अगर आपके अंदर गहरी wisdom है, तो आपकी wisdom check</w:t>
      </w:r>
    </w:p>
    <w:p>
      <w:r>
        <w:rPr>
          <w:b/>
        </w:rPr>
        <w:t xml:space="preserve">[13:33] </w:t>
      </w:r>
      <w:r>
        <w:t>ban jayega. kam samajh ke log jo hain, woh samajhte hain ke jhoot bol lo, jhoote ko kaam</w:t>
      </w:r>
    </w:p>
    <w:p>
      <w:pPr>
        <w:jc w:val="right"/>
      </w:pPr>
      <w:r>
        <w:t>बन जाएगा। कम समझ के लोग जो हैं, वह समझते हैं कि झूठ बोल लो, झूठे को काम</w:t>
      </w:r>
    </w:p>
    <w:p>
      <w:r>
        <w:rPr>
          <w:b/>
        </w:rPr>
        <w:t xml:space="preserve">[13:39] </w:t>
      </w:r>
      <w:r>
        <w:t>bana lo. lekin zyada samajh wale log jo hain, woh samajhte hain ke jhoot bologe to ek aur</w:t>
      </w:r>
    </w:p>
    <w:p>
      <w:pPr>
        <w:jc w:val="right"/>
      </w:pPr>
      <w:r>
        <w:t>बना लो। लेकिन ज्यादा समझ वाले लोग जो हैं, वह समझते हैं कि झूठ बोलोगे तो एक और</w:t>
      </w:r>
    </w:p>
    <w:p>
      <w:r>
        <w:rPr>
          <w:b/>
        </w:rPr>
        <w:t xml:space="preserve">[13:43] </w:t>
      </w:r>
      <w:r>
        <w:t>problem bhi create ho sakta hai.</w:t>
      </w:r>
    </w:p>
    <w:p>
      <w:pPr>
        <w:jc w:val="right"/>
      </w:pPr>
      <w:r>
        <w:t>problem भी create हो सकता है।</w:t>
      </w:r>
    </w:p>
    <w:p>
      <w:r>
        <w:rPr>
          <w:b/>
        </w:rPr>
        <w:t xml:space="preserve">[13:47] </w:t>
      </w:r>
      <w:r>
        <w:t>jaise misaal ke taur par aap business karte hain aur account theek tareeqe se aap jab pesh karen government</w:t>
      </w:r>
    </w:p>
    <w:p>
      <w:pPr>
        <w:jc w:val="right"/>
      </w:pPr>
      <w:r>
        <w:t>जैसे मिसाल के तौर पर आप business करते हैं और accountठीक तरीके से आप जब पेश करें government</w:t>
      </w:r>
    </w:p>
    <w:p>
      <w:r>
        <w:rPr>
          <w:b/>
        </w:rPr>
        <w:t xml:space="preserve">[13:55] </w:t>
      </w:r>
      <w:r>
        <w:t>ko,</w:t>
      </w:r>
    </w:p>
    <w:p>
      <w:pPr>
        <w:jc w:val="right"/>
      </w:pPr>
      <w:r>
        <w:t>को,</w:t>
      </w:r>
    </w:p>
    <w:p>
      <w:r>
        <w:rPr>
          <w:b/>
        </w:rPr>
        <w:t xml:space="preserve">[13:56] </w:t>
      </w:r>
      <w:r>
        <w:t>to lagega ki main bada fayda utha raha hoon. inka interest bacha raha hoon. lekin wisdom yah nahin hai. wisdom aapko kahegi ki bhai, phans jao to kya karoge?</w:t>
      </w:r>
    </w:p>
    <w:p>
      <w:pPr>
        <w:jc w:val="right"/>
      </w:pPr>
      <w:r>
        <w:t>तो लगेगा कि मैं बड़ा फायदा उठा रहा हूँ। इनका interest बचा रहा हूँ। लेकिन wisdom यह नहीं है। Wisdom आपको कहेगी कि भाई, फँस जाओ तो क्या करोगे?</w:t>
      </w:r>
    </w:p>
    <w:p>
      <w:r>
        <w:rPr>
          <w:b/>
        </w:rPr>
        <w:t xml:space="preserve">[14:09] </w:t>
      </w:r>
      <w:r>
        <w:t>phir to jo jo kuch hai apne paas, vah bhi jayega. to main yahan tak samajhta hoon ki wisdom aadmi ke andar hai, to vah jhoot se bachayegi usko. uske saath check ban jayegi. aur agar wisdom nahin hai,</w:t>
      </w:r>
    </w:p>
    <w:p>
      <w:pPr>
        <w:jc w:val="right"/>
      </w:pPr>
      <w:r>
        <w:t>फिर तो जो जो कुछ है अपने पास, वह भी जाएगा। तो मैं यहां तक समझता हूँ कि wisdom आदमी के अंदर है, तो वह झूठ से बचाएगी उसको। उसके साथ check बन जाएगी। और अगर wisdom नहीं है,</w:t>
      </w:r>
    </w:p>
    <w:p>
      <w:r>
        <w:rPr>
          <w:b/>
        </w:rPr>
        <w:t xml:space="preserve">[14:28] </w:t>
      </w:r>
      <w:r>
        <w:t>to nadani mein vah aisi baaten bolega ki jo usko lagegi ki hum immediate gain mujhe mil raha hai ismein. lekin end mein jaakar ke vah zyada bade problem mein phans jayega. yah hai donon mein taluq.</w:t>
      </w:r>
    </w:p>
    <w:p>
      <w:pPr>
        <w:jc w:val="right"/>
      </w:pPr>
      <w:r>
        <w:t>तो नादानी में वह ऐसी बातें बोलेगा कि जो उसको लगेगी कि हम immediate gain मुझे मिल रहा है इसमें। लेकिन end में जाकर के वह ज्यादा बड़े problem में फँस जाएगा। यह है दोनों में ताल्लुक।</w:t>
      </w:r>
    </w:p>
    <w:p>
      <w:r>
        <w:rPr>
          <w:b/>
        </w:rPr>
        <w:t xml:space="preserve">[14:46] </w:t>
      </w:r>
      <w:r>
        <w:t>This question is from Maria. She is asking that one of the attributes of God, as in the Qurआन, is the truth.</w:t>
      </w:r>
    </w:p>
    <w:p>
      <w:pPr>
        <w:jc w:val="right"/>
      </w:pPr>
      <w:r>
        <w:t>This question is from Maria. She is asking that one of the attributes of God, as in the Qurआन, is the truth.</w:t>
      </w:r>
    </w:p>
    <w:p>
      <w:r>
        <w:rPr>
          <w:b/>
        </w:rPr>
        <w:t xml:space="preserve">[14:58] </w:t>
      </w:r>
      <w:r>
        <w:t>Please explain.</w:t>
      </w:r>
    </w:p>
    <w:p>
      <w:pPr>
        <w:jc w:val="right"/>
      </w:pPr>
      <w:r>
        <w:t>Please explain.</w:t>
      </w:r>
    </w:p>
    <w:p>
      <w:r>
        <w:rPr>
          <w:b/>
        </w:rPr>
        <w:t xml:space="preserve">[15:11] </w:t>
      </w:r>
      <w:r>
        <w:t>dekhiye, ek hai truth, ek hai the truth. with the capital T. to</w:t>
      </w:r>
    </w:p>
    <w:p>
      <w:pPr>
        <w:jc w:val="right"/>
      </w:pPr>
      <w:r>
        <w:t>देखिए, एक है truth, एक है the truth। With the capital T। तो</w:t>
      </w:r>
    </w:p>
    <w:p>
      <w:r>
        <w:rPr>
          <w:b/>
        </w:rPr>
        <w:t xml:space="preserve">[15:23] </w:t>
      </w:r>
      <w:r>
        <w:t>main samajhta hoon ki jo absolute truth hai, vah sirf khuda se milti hai humko. absolute truth dene ke liye aadmi ko jo</w:t>
      </w:r>
    </w:p>
    <w:p>
      <w:pPr>
        <w:jc w:val="right"/>
      </w:pPr>
      <w:r>
        <w:t>मैं समझता हूँ कि जो absolute truth है, वह सिर्फ ख़ुदा से मिलती है हमको। Absolute truth देने के लिए आदमी को जो</w:t>
      </w:r>
    </w:p>
    <w:p>
      <w:r>
        <w:rPr>
          <w:b/>
        </w:rPr>
        <w:t xml:space="preserve">[15:41] </w:t>
      </w:r>
      <w:r>
        <w:t>jitni zyada jankari chahiye, vah jankari sirf khuda ko hoti hai.</w:t>
      </w:r>
    </w:p>
    <w:p>
      <w:pPr>
        <w:jc w:val="right"/>
      </w:pPr>
      <w:r>
        <w:t>जितनी ज़्यादा जानकारी चाहिए, वह जानकारी सिर्फ ख़ुदा को होती है।</w:t>
      </w:r>
    </w:p>
    <w:p>
      <w:r>
        <w:rPr>
          <w:b/>
        </w:rPr>
        <w:t xml:space="preserve">[15:50] </w:t>
      </w:r>
      <w:r>
        <w:t>aur jo truth hai, woh kam jankari</w:t>
      </w:r>
    </w:p>
    <w:p>
      <w:pPr>
        <w:jc w:val="right"/>
      </w:pPr>
      <w:r>
        <w:t>और जो truth है, वह कम जानकारी</w:t>
      </w:r>
    </w:p>
    <w:p>
      <w:r>
        <w:rPr>
          <w:b/>
        </w:rPr>
        <w:t xml:space="preserve">[15:56] </w:t>
      </w:r>
      <w:r>
        <w:t>ki wajah se galat ho sakta hai woh.</w:t>
      </w:r>
    </w:p>
    <w:p>
      <w:pPr>
        <w:jc w:val="right"/>
      </w:pPr>
      <w:r>
        <w:t>की वजह से गलत हो सकता है वह।</w:t>
      </w:r>
    </w:p>
    <w:p>
      <w:r>
        <w:rPr>
          <w:b/>
        </w:rPr>
        <w:t xml:space="preserve">[15:58] </w:t>
      </w:r>
      <w:r>
        <w:t>khuda ki taraf se jo sachai aati hai, yani revealed truth, basically revealed truth ko the truth kaha</w:t>
      </w:r>
    </w:p>
    <w:p>
      <w:pPr>
        <w:jc w:val="right"/>
      </w:pPr>
      <w:r>
        <w:t>ख़ुदा की तरफ़ से जो सच्चाई आती है, यानी revealed truth, basically revealed truth को the truth कहा</w:t>
      </w:r>
    </w:p>
    <w:p>
      <w:r>
        <w:rPr>
          <w:b/>
        </w:rPr>
        <w:t xml:space="preserve">[16:05] </w:t>
      </w:r>
      <w:r>
        <w:t>gaya hai. to revealed truth jo hai, woh absolute truth hoti hai.</w:t>
      </w:r>
    </w:p>
    <w:p>
      <w:pPr>
        <w:jc w:val="right"/>
      </w:pPr>
      <w:r>
        <w:t>गया है। तो revealed truth जो है, वह absolute truth होती है।</w:t>
      </w:r>
    </w:p>
    <w:p>
      <w:r>
        <w:rPr>
          <w:b/>
        </w:rPr>
        <w:t xml:space="preserve">[16:12] </w:t>
      </w:r>
      <w:r>
        <w:t>us mein kisi galti ka shaiyba nahin hota.</w:t>
      </w:r>
    </w:p>
    <w:p>
      <w:pPr>
        <w:jc w:val="right"/>
      </w:pPr>
      <w:r>
        <w:t>उसमें किसी गलती का शायबा नहीं होता।</w:t>
      </w:r>
    </w:p>
    <w:p>
      <w:r>
        <w:rPr>
          <w:b/>
        </w:rPr>
        <w:t xml:space="preserve">[16:19] </w:t>
      </w:r>
      <w:r>
        <w:t>jaise main ek baat arz karoon ke quran mein hai ke "laqad khalaqnal insana fi taqwim."</w:t>
      </w:r>
    </w:p>
    <w:p>
      <w:pPr>
        <w:jc w:val="right"/>
      </w:pPr>
      <w:r>
        <w:t>जैसे मैं एक बात अर्ज़ करूँ कि क़ुरआन में है कि "लक़त ख़लकनल इन्सान फ़ी क़बद।"</w:t>
      </w:r>
    </w:p>
    <w:p>
      <w:r>
        <w:rPr>
          <w:b/>
        </w:rPr>
        <w:t xml:space="preserve">[16:26] </w:t>
      </w:r>
      <w:r>
        <w:t>insaan ko humne banaya hai mushkilon mein.</w:t>
      </w:r>
    </w:p>
    <w:p>
      <w:pPr>
        <w:jc w:val="right"/>
      </w:pPr>
      <w:r>
        <w:t>इंसान को हमने बनाया है मुश्किलों में।</w:t>
      </w:r>
    </w:p>
    <w:p>
      <w:r>
        <w:rPr>
          <w:b/>
        </w:rPr>
        <w:t xml:space="preserve">[16:31] </w:t>
      </w:r>
      <w:r>
        <w:t>ab yeh ek aisi baat hai jo aam aadmi samjhega nahin ki mushkilon mein kyon.</w:t>
      </w:r>
    </w:p>
    <w:p>
      <w:pPr>
        <w:jc w:val="right"/>
      </w:pPr>
      <w:r>
        <w:t>अब यह एक ऐसी बात है जो आम आदमी समझेगा नहीं कि मुश्किलों में क्यों।</w:t>
      </w:r>
    </w:p>
    <w:p>
      <w:r>
        <w:rPr>
          <w:b/>
        </w:rPr>
        <w:t xml:space="preserve">[16:35] </w:t>
      </w:r>
      <w:r>
        <w:t>to duniya ke bade-bade thinker, bade-bade philosopher ne chaha ki aisi society banayein jahan mushkilen na hon.</w:t>
      </w:r>
    </w:p>
    <w:p>
      <w:pPr>
        <w:jc w:val="right"/>
      </w:pPr>
      <w:r>
        <w:t>तो दुनिया के बड़े-बड़े thinker, बड़े-बड़े philosopher ने चाहा कि ऐसी society बनाएँ जहाँ मुश्किलें न हों।</w:t>
      </w:r>
    </w:p>
    <w:p>
      <w:r>
        <w:rPr>
          <w:b/>
        </w:rPr>
        <w:t xml:space="preserve">[16:44] </w:t>
      </w:r>
      <w:r>
        <w:t>jahan aadmi ko khoob har baat theek ho.</w:t>
      </w:r>
    </w:p>
    <w:p>
      <w:pPr>
        <w:jc w:val="right"/>
      </w:pPr>
      <w:r>
        <w:t>जहाँ आदमी को ख़ूब हर बातठीक हो।</w:t>
      </w:r>
    </w:p>
    <w:p>
      <w:r>
        <w:rPr>
          <w:b/>
        </w:rPr>
        <w:t xml:space="preserve">[16:47] </w:t>
      </w:r>
      <w:r>
        <w:t>ideal society, ideal government.</w:t>
      </w:r>
    </w:p>
    <w:p>
      <w:pPr>
        <w:jc w:val="right"/>
      </w:pPr>
      <w:r>
        <w:t>Ideal society, ideal government।</w:t>
      </w:r>
    </w:p>
    <w:p>
      <w:r>
        <w:rPr>
          <w:b/>
        </w:rPr>
        <w:t xml:space="preserve">[16:50] </w:t>
      </w:r>
      <w:r>
        <w:t>jaise Rousseau jo tha, usne ideal state banana chaha.</w:t>
      </w:r>
    </w:p>
    <w:p>
      <w:pPr>
        <w:jc w:val="right"/>
      </w:pPr>
      <w:r>
        <w:t>जैसे Rousseau जो था, उसने ideal state बनाना चाहा।</w:t>
      </w:r>
    </w:p>
    <w:p>
      <w:r>
        <w:rPr>
          <w:b/>
        </w:rPr>
        <w:t xml:space="preserve">[16:55] </w:t>
      </w:r>
      <w:r>
        <w:t>aur Marx jo tha, usne ideal society banana chaha.</w:t>
      </w:r>
    </w:p>
    <w:p>
      <w:pPr>
        <w:jc w:val="right"/>
      </w:pPr>
      <w:r>
        <w:t>और Marx जो था, उसने ideal society बनाना चाहा।</w:t>
      </w:r>
    </w:p>
    <w:p>
      <w:r>
        <w:rPr>
          <w:b/>
        </w:rPr>
        <w:t xml:space="preserve">[16:58] </w:t>
      </w:r>
      <w:r>
        <w:t>aise bahut se log.</w:t>
      </w:r>
    </w:p>
    <w:p>
      <w:pPr>
        <w:jc w:val="right"/>
      </w:pPr>
      <w:r>
        <w:t>ऐसे बहुत से लोग।</w:t>
      </w:r>
    </w:p>
    <w:p>
      <w:r>
        <w:rPr>
          <w:b/>
        </w:rPr>
        <w:t xml:space="preserve">[16:59] </w:t>
      </w:r>
      <w:r>
        <w:t>lekin har ek, har ek jo hai, fail ho gaya.</w:t>
      </w:r>
    </w:p>
    <w:p>
      <w:pPr>
        <w:jc w:val="right"/>
      </w:pPr>
      <w:r>
        <w:t>लेकिन हर एक, हर एक जो है, fail हो गया।</w:t>
      </w:r>
    </w:p>
    <w:p>
      <w:r>
        <w:rPr>
          <w:b/>
        </w:rPr>
        <w:t xml:space="preserve">[17:04] </w:t>
      </w:r>
      <w:r>
        <w:t>kyon</w:t>
      </w:r>
    </w:p>
    <w:p>
      <w:pPr>
        <w:jc w:val="right"/>
      </w:pPr>
      <w:r>
        <w:t>क्यों</w:t>
      </w:r>
    </w:p>
    <w:p>
      <w:r>
        <w:rPr>
          <w:b/>
        </w:rPr>
        <w:t xml:space="preserve">[17:05] </w:t>
      </w:r>
      <w:r>
        <w:t>? is duniya mein ideal society ban nahin sakti. to quran mein dekhiye, jo supreme wisdom jo khuda ki hai, uski wajah se khuda ne kaha ki tum duniya mein kitna hi chaho, ideal society, ideal state to bana nahin sakte vah. to kitna sach hua, poori history bata rahi hai ki sach nikla. yaani Aristotle jo tha,</w:t>
      </w:r>
    </w:p>
    <w:p>
      <w:pPr>
        <w:jc w:val="right"/>
      </w:pPr>
      <w:r>
        <w:t>? इस दुनिया में ideal society बन नहीं सकती। तो क़ुरआन में देखिए, जो supreme wisdom जो ख़ुदा की है, उसकी वजह से ख़ुदा ने कहा कि तुम दुनिया में कितना ही चाहो, ideal society, ideal state तो बना नहीं सकते वह। तो कितना सच हुआ, पूरी history बता रही है कि सच निकला। यानी Aristotle जो था,</w:t>
      </w:r>
    </w:p>
    <w:p>
      <w:r>
        <w:rPr>
          <w:b/>
        </w:rPr>
        <w:t xml:space="preserve">[17:33] </w:t>
      </w:r>
      <w:r>
        <w:t>uska disciple tha us zamane ka king, Alexander. Alexander the Great uska disciple tha. tab bhi vah fail ho gaya. Marx ke baad nivale jo the, unhone ek bahut bada empire banaya. jo superpower kaha jata tha ek zamane mein. lekin vah fail ho gaya. vah society nahin bana sake.</w:t>
      </w:r>
    </w:p>
    <w:p>
      <w:pPr>
        <w:jc w:val="right"/>
      </w:pPr>
      <w:r>
        <w:t>उसका disciple था उस ज़माने का king, Alexander। Alexander the Great उसका disciple था। तब भी वह fail हो गया। Marx के बाद निवाले जो थे, उन्होंने एक बहुत बड़ा empire बनाया। जो superpower कहा जाता था एक ज़माने में। लेकिन वह fail हो गया। वह society नहीं बना सके।</w:t>
      </w:r>
    </w:p>
    <w:p>
      <w:r>
        <w:rPr>
          <w:b/>
        </w:rPr>
        <w:t xml:space="preserve">[17:58] </w:t>
      </w:r>
      <w:r>
        <w:t>yaani ideal society nahin bana saka Marx aur uske saathi. to Tolstoy jo tha, unka ek saathi tha, uski kitab hai "Revolution Betrayed." vah samajhta tha ki jo Marx ke saathi the, Lenin aur Stalin wagairah, unhone gaddari ki, isliye nahin bana. halanki baat yah nahin hai. yah law of nature ke against mein tha ki hum duniya mein ideal society bana saken. kyon</w:t>
      </w:r>
    </w:p>
    <w:p>
      <w:pPr>
        <w:jc w:val="right"/>
      </w:pPr>
      <w:r>
        <w:t>यानी ideal society नहीं बना सका Marx और उसके साथी। तो Tolstoy जो था, उनका एक साथी था, उसकी किताब है "Revolution Betrayed।" वह समझता था कि जो Marx के साथी थे, Lenin और Stalin वगैरह, उन्होंने गद्दारी की, इसलिए नहीं बना। हालाँकि बात यह नहीं है। यह law of nature के against में था कि हम दुनिया में ideal society बना सकें। क्यों?</w:t>
      </w:r>
    </w:p>
    <w:p>
      <w:r>
        <w:rPr>
          <w:b/>
        </w:rPr>
        <w:t xml:space="preserve">[18:27] </w:t>
      </w:r>
      <w:r>
        <w:t>khuda ne duniya ko banaya trust ke liye.</w:t>
      </w:r>
    </w:p>
    <w:p>
      <w:pPr>
        <w:jc w:val="right"/>
      </w:pPr>
      <w:r>
        <w:t>ख़ुदा ने दुनिया को बनाया trust के लिए।</w:t>
      </w:r>
    </w:p>
    <w:p>
      <w:r>
        <w:rPr>
          <w:b/>
        </w:rPr>
        <w:t xml:space="preserve">[18:30] </w:t>
      </w:r>
      <w:r>
        <w:t>jab trust ke liye hai, to kuch na kuch hota rahega gadbad.</w:t>
      </w:r>
    </w:p>
    <w:p>
      <w:pPr>
        <w:jc w:val="right"/>
      </w:pPr>
      <w:r>
        <w:t>जब trust के लिए है, तो कुछ न कुछ होता रहेगा गड़बड़।</w:t>
      </w:r>
    </w:p>
    <w:p>
      <w:r>
        <w:rPr>
          <w:b/>
        </w:rPr>
        <w:t xml:space="preserve">[18:35] </w:t>
      </w:r>
      <w:r>
        <w:t>oonch-neech. logon ko aazadi di hai khuda ne, to aazadi ko misuse karenge wah.</w:t>
      </w:r>
    </w:p>
    <w:p>
      <w:pPr>
        <w:jc w:val="right"/>
      </w:pPr>
      <w:r>
        <w:t>ऊँच-नीच। लोगों को आज़ादी दी है ख़ुदा ने, तो आज़ादी को misuse करेंगे वह।</w:t>
      </w:r>
    </w:p>
    <w:p>
      <w:r>
        <w:rPr>
          <w:b/>
        </w:rPr>
        <w:t xml:space="preserve">[18:42] </w:t>
      </w:r>
      <w:r>
        <w:t>jaise Russia mein jo superpower bana tha wahan, to officers jo the, unko sari property unke kabze mein</w:t>
      </w:r>
    </w:p>
    <w:p>
      <w:pPr>
        <w:jc w:val="right"/>
      </w:pPr>
      <w:r>
        <w:t>जैसे रूसिया में जो superpower बना था वहां, तो officers जो थे, उनको सारी property उनके कब्ज़े में</w:t>
      </w:r>
    </w:p>
    <w:p>
      <w:r>
        <w:rPr>
          <w:b/>
        </w:rPr>
        <w:t xml:space="preserve">[18:49] </w:t>
      </w:r>
      <w:r>
        <w:t>aa gayi. logon se chheen liya.</w:t>
      </w:r>
    </w:p>
    <w:p>
      <w:pPr>
        <w:jc w:val="right"/>
      </w:pPr>
      <w:r>
        <w:t>आ गई। लोगों से छीन लिया।</w:t>
      </w:r>
    </w:p>
    <w:p>
      <w:r>
        <w:rPr>
          <w:b/>
        </w:rPr>
        <w:t xml:space="preserve">[18:52] </w:t>
      </w:r>
      <w:r>
        <w:t>private property ko khatm kar diya.</w:t>
      </w:r>
    </w:p>
    <w:p>
      <w:pPr>
        <w:jc w:val="right"/>
      </w:pPr>
      <w:r>
        <w:t>Private property को ख़त्म कर दिया।</w:t>
      </w:r>
    </w:p>
    <w:p>
      <w:r>
        <w:rPr>
          <w:b/>
        </w:rPr>
        <w:t xml:space="preserve">[18:55] </w:t>
      </w:r>
      <w:r>
        <w:t>aur state property ka system bana diya.</w:t>
      </w:r>
    </w:p>
    <w:p>
      <w:pPr>
        <w:jc w:val="right"/>
      </w:pPr>
      <w:r>
        <w:t>और state property का system बना दिया।</w:t>
      </w:r>
    </w:p>
    <w:p>
      <w:r>
        <w:rPr>
          <w:b/>
        </w:rPr>
        <w:t xml:space="preserve">[18:57] </w:t>
      </w:r>
      <w:r>
        <w:t>to jo officers the, to woh corruption karne lage.</w:t>
      </w:r>
    </w:p>
    <w:p>
      <w:pPr>
        <w:jc w:val="right"/>
      </w:pPr>
      <w:r>
        <w:t>तो जो officers थे, तो वह corruption करने लगे।</w:t>
      </w:r>
    </w:p>
    <w:p>
      <w:r>
        <w:rPr>
          <w:b/>
        </w:rPr>
        <w:t xml:space="preserve">[19:02] </w:t>
      </w:r>
      <w:r>
        <w:t>officer jo the, corruption karne lage woh.</w:t>
      </w:r>
    </w:p>
    <w:p>
      <w:pPr>
        <w:jc w:val="right"/>
      </w:pPr>
      <w:r>
        <w:t>Officer जो थे, corruption करने लगे वह।</w:t>
      </w:r>
    </w:p>
    <w:p>
      <w:r>
        <w:rPr>
          <w:b/>
        </w:rPr>
        <w:t xml:space="preserve">[19:05] </w:t>
      </w:r>
      <w:r>
        <w:t>kyon? logon ko azadi mili hui hai. to khuda ko yah pata tha ki is duniya ko banaya gaya hai ek testing ground ke taur par. yah isliye hai nahin ki yahan par ideal world bane. ise koi bana bhi nahin payega. ab aap wahan dekhiye ki khuda ka jo wisdom tha,</w:t>
      </w:r>
    </w:p>
    <w:p>
      <w:pPr>
        <w:jc w:val="right"/>
      </w:pPr>
      <w:r>
        <w:t>क्यों? लोगों को आज़ादी मिली हुई है। तो ख़ुदा को यह पता था कि इस दुनिया को बनाया गया है एक testing ground के तौर पर। यह इसलिए है नहीं कि यहां पर ideal world बने। इसे कोई बना भी नहीं पाएगा। अब आप वहां देखिए कि ख़ुदा का जो wisdom था,</w:t>
      </w:r>
    </w:p>
    <w:p>
      <w:r>
        <w:rPr>
          <w:b/>
        </w:rPr>
        <w:t xml:space="preserve">[19:25] </w:t>
      </w:r>
      <w:r>
        <w:t>woh wisdom sahi nikla.</w:t>
      </w:r>
    </w:p>
    <w:p>
      <w:pPr>
        <w:jc w:val="right"/>
      </w:pPr>
      <w:r>
        <w:t>वह wisdom सही निकला।</w:t>
      </w:r>
    </w:p>
    <w:p>
      <w:r>
        <w:rPr>
          <w:b/>
        </w:rPr>
        <w:t xml:space="preserve">[19:27] </w:t>
      </w:r>
      <w:r>
        <w:t>insanon ka jo wisdom tha ki hum ideal samaj banayenge, ideal society banayenge, ideal state banayenge, world government</w:t>
      </w:r>
    </w:p>
    <w:p>
      <w:pPr>
        <w:jc w:val="right"/>
      </w:pPr>
      <w:r>
        <w:t>इंसानों का जो wisdom था कि हम ideal समाज बनाएँगे, ideal society बनाएँगे, ideal state बनाएँगे, world government</w:t>
      </w:r>
    </w:p>
    <w:p>
      <w:r>
        <w:rPr>
          <w:b/>
        </w:rPr>
        <w:t xml:space="preserve">[19:36] </w:t>
      </w:r>
      <w:r>
        <w:t>banayenge, bade-bade top ke log yeh sab zindagi bhar koshishen karte rahe aur fail ho gaye.</w:t>
      </w:r>
    </w:p>
    <w:p>
      <w:pPr>
        <w:jc w:val="right"/>
      </w:pPr>
      <w:r>
        <w:t>बनाएँगे, बड़े-बड़े top के लोग यह सब ज़िंदगी भर कोशिशें करते रहे और fail हो गए।</w:t>
      </w:r>
    </w:p>
    <w:p>
      <w:r>
        <w:rPr>
          <w:b/>
        </w:rPr>
        <w:t xml:space="preserve">[19:43] </w:t>
      </w:r>
      <w:r>
        <w:t>to yeh duniya ban nahin sakta hai.</w:t>
      </w:r>
    </w:p>
    <w:p>
      <w:pPr>
        <w:jc w:val="right"/>
      </w:pPr>
      <w:r>
        <w:t>तो यह दुनिया बन नहीं सकता है।</w:t>
      </w:r>
    </w:p>
    <w:p>
      <w:r>
        <w:rPr>
          <w:b/>
        </w:rPr>
        <w:t xml:space="preserve">[19:45] </w:t>
      </w:r>
      <w:r>
        <w:t>yeh duniya naam hai less than ideal par raazi hone ka.</w:t>
      </w:r>
    </w:p>
    <w:p>
      <w:pPr>
        <w:jc w:val="right"/>
      </w:pPr>
      <w:r>
        <w:t>यह दुनिया नाम है less than ideal पर राज़ी होने का।</w:t>
      </w:r>
    </w:p>
    <w:p>
      <w:r>
        <w:rPr>
          <w:b/>
        </w:rPr>
        <w:t xml:space="preserve">[19:51] </w:t>
      </w:r>
      <w:r>
        <w:t>yeh duniya naam hai less than ideal par raazi hone ka.</w:t>
      </w:r>
    </w:p>
    <w:p>
      <w:pPr>
        <w:jc w:val="right"/>
      </w:pPr>
      <w:r>
        <w:t>यह दुनिया नाम है less than ideal पर राज़ी होने का।</w:t>
      </w:r>
    </w:p>
    <w:p>
      <w:r>
        <w:rPr>
          <w:b/>
        </w:rPr>
        <w:t xml:space="preserve">[19:55] </w:t>
      </w:r>
      <w:r>
        <w:t>yeh sirf khuda ne bataya.</w:t>
      </w:r>
    </w:p>
    <w:p>
      <w:pPr>
        <w:jc w:val="right"/>
      </w:pPr>
      <w:r>
        <w:t>यह सिर्फ ख़ुदा ने बताया।</w:t>
      </w:r>
    </w:p>
    <w:p>
      <w:r>
        <w:rPr>
          <w:b/>
        </w:rPr>
        <w:t xml:space="preserve">[19:57] </w:t>
      </w:r>
      <w:r>
        <w:t>yani revealed truth jo hai, usmein yeh baat milti hai.</w:t>
      </w:r>
    </w:p>
    <w:p>
      <w:pPr>
        <w:jc w:val="right"/>
      </w:pPr>
      <w:r>
        <w:t>यानी revealed truth जो है, उसमें यह बात मिलती है।</w:t>
      </w:r>
    </w:p>
    <w:p>
      <w:r>
        <w:rPr>
          <w:b/>
        </w:rPr>
        <w:t xml:space="preserve">[20:00] </w:t>
      </w:r>
      <w:r>
        <w:t>aur jo insano ne jo philosophy banai, jo ideology banai, usmein kisi ne bhi is baat ko pakda</w:t>
      </w:r>
    </w:p>
    <w:p>
      <w:pPr>
        <w:jc w:val="right"/>
      </w:pPr>
      <w:r>
        <w:t>और जो इंसानों ने जो philosophy बनाई, जो ideology बनाई, उसमें किसी ने भी इस बात को पकड़ा</w:t>
      </w:r>
    </w:p>
    <w:p>
      <w:r>
        <w:rPr>
          <w:b/>
        </w:rPr>
        <w:t xml:space="preserve">[20:06] </w:t>
      </w:r>
      <w:r>
        <w:t>nahin. is duniya mein less than ideal</w:t>
      </w:r>
    </w:p>
    <w:p>
      <w:pPr>
        <w:jc w:val="right"/>
      </w:pPr>
      <w:r>
        <w:t>नहीं। इस दुनिया में less than ideal</w:t>
      </w:r>
    </w:p>
    <w:p>
      <w:r>
        <w:rPr>
          <w:b/>
        </w:rPr>
        <w:t xml:space="preserve">[20:11] </w:t>
      </w:r>
      <w:r>
        <w:t>par raazi hona padega. kyonki vah ideal ban nahin sakta. yah hai naam hai. isi ko main kehta hoon the truth. to the truth vah de sakta hai jo isko sari knowledge ho. jo sari knowledge sirf khuda ko hai. isiliye jo khuda ne diya hai, vah hi the truth hai.</w:t>
      </w:r>
    </w:p>
    <w:p>
      <w:pPr>
        <w:jc w:val="right"/>
      </w:pPr>
      <w:r>
        <w:t>पर राज़ी होना पड़ेगा। क्योंकि वह ideal बन नहीं सकता। यह है नाम है। इसी को मैं कहता हूँ the truth। तो the truth वह दे सकता है जो इसको सारी knowledge हो। जो सारी knowledge सिर्फ ख़ुदा को है। इसीलिए जो ख़ुदा ने दिया है, वह ही the truth है।</w:t>
      </w:r>
    </w:p>
    <w:p>
      <w:r>
        <w:rPr>
          <w:b/>
        </w:rPr>
        <w:t xml:space="preserve">[20:34] </w:t>
      </w:r>
      <w:r>
        <w:t>This question is from Anwar Hussain. He's asking, "Is truth and huck same or different?\</w:t>
      </w:r>
    </w:p>
    <w:p>
      <w:pPr>
        <w:jc w:val="right"/>
      </w:pPr>
      <w:r>
        <w:t>This question is from Anwar Hussain. He's asking, "Is truth and huck same or different?</w:t>
      </w:r>
    </w:p>
    <w:p>
      <w:r>
        <w:rPr>
          <w:b/>
        </w:rPr>
        <w:t xml:space="preserve">[20:43] </w:t>
      </w:r>
      <w:r>
        <w:t>If different, what is the relation between truth and huck?</w:t>
      </w:r>
    </w:p>
    <w:p>
      <w:pPr>
        <w:jc w:val="right"/>
      </w:pPr>
      <w:r>
        <w:t>If different, what is the relation between truth and huck?"</w:t>
      </w:r>
    </w:p>
    <w:p>
      <w:r>
        <w:rPr>
          <w:b/>
        </w:rPr>
        <w:t xml:space="preserve">[20:48] </w:t>
      </w:r>
      <w:r>
        <w:t>main samajhta hoon ke is mein thoda sa difference hai. is waqt jo main truth par bola tha, to wah huck ke maayne mein nahin bola tha. ek hai sach bolna. ek aadmi ka moral behavior. jab hum bolte hain, jab hum kehte hain ki sach bolna,</w:t>
      </w:r>
    </w:p>
    <w:p>
      <w:pPr>
        <w:jc w:val="right"/>
      </w:pPr>
      <w:r>
        <w:t>मैं समझता हूँ कि इसमें थोड़ा सा difference है। इस वक्त जो मैं truth पर बोला था, तो वह huck के मायने में नहीं बोला था। एक है सच बोलना। एक आदमी का moral behavior। जब हम बोलते हैं, जब हम कहते हैं कि सच बोलना,</w:t>
      </w:r>
    </w:p>
    <w:p>
      <w:r>
        <w:rPr>
          <w:b/>
        </w:rPr>
        <w:t xml:space="preserve">[21:11] </w:t>
      </w:r>
      <w:r>
        <w:t>to hum aadmi ke moral behavior ko bata rahe hote hain.</w:t>
      </w:r>
    </w:p>
    <w:p>
      <w:pPr>
        <w:jc w:val="right"/>
      </w:pPr>
      <w:r>
        <w:t>तो हम आदमी के moral behavior को बता रहे होते हैं।</w:t>
      </w:r>
    </w:p>
    <w:p>
      <w:r>
        <w:rPr>
          <w:b/>
        </w:rPr>
        <w:t xml:space="preserve">[21:16] </w:t>
      </w:r>
      <w:r>
        <w:t>لیکن huck جو hai, huck جو hai, وہ</w:t>
      </w:r>
    </w:p>
    <w:p>
      <w:pPr>
        <w:jc w:val="right"/>
      </w:pPr>
      <w:r>
        <w:t>लेकिन huck जो है, huck जो है, वह</w:t>
      </w:r>
    </w:p>
    <w:p>
      <w:r>
        <w:rPr>
          <w:b/>
        </w:rPr>
        <w:t xml:space="preserve">[21:20] </w:t>
      </w:r>
      <w:r>
        <w:t>is se zyada comprehensive cheez hai.</w:t>
      </w:r>
    </w:p>
    <w:p>
      <w:pPr>
        <w:jc w:val="right"/>
      </w:pPr>
      <w:r>
        <w:t>इससे ज़्यादा comprehensive चीज़ है।</w:t>
      </w:r>
    </w:p>
    <w:p>
      <w:r>
        <w:rPr>
          <w:b/>
        </w:rPr>
        <w:t xml:space="preserve">[21:25] </w:t>
      </w:r>
      <w:r>
        <w:t>is se zyada comprehensive cheez hai.</w:t>
      </w:r>
    </w:p>
    <w:p>
      <w:pPr>
        <w:jc w:val="right"/>
      </w:pPr>
      <w:r>
        <w:t>इससे ज़्यादा comprehensive चीज़ है।</w:t>
      </w:r>
    </w:p>
    <w:p>
      <w:r>
        <w:rPr>
          <w:b/>
        </w:rPr>
        <w:t xml:space="preserve">[21:27] </w:t>
      </w:r>
      <w:r>
        <w:t>yani huck wah hai jo jo poori universe ko explain kare.</w:t>
      </w:r>
    </w:p>
    <w:p>
      <w:pPr>
        <w:jc w:val="right"/>
      </w:pPr>
      <w:r>
        <w:t>यानी huck वह है जो जो पूरी universe को explain करे।</w:t>
      </w:r>
    </w:p>
    <w:p>
      <w:r>
        <w:rPr>
          <w:b/>
        </w:rPr>
        <w:t xml:space="preserve">[21:33] </w:t>
      </w:r>
      <w:r>
        <w:t>huck wah hai jo krishn plan ko bataye.</w:t>
      </w:r>
    </w:p>
    <w:p>
      <w:pPr>
        <w:jc w:val="right"/>
      </w:pPr>
      <w:r>
        <w:t>Huck वह है जो कृष्ण प्लान को बताए।</w:t>
      </w:r>
    </w:p>
    <w:p>
      <w:r>
        <w:rPr>
          <w:b/>
        </w:rPr>
        <w:t xml:space="preserve">[21:36] </w:t>
      </w:r>
      <w:r>
        <w:t>yani sare universe ko lekar ke jo questions hain hamare mind mein, un sab ko jo explain kare right way</w:t>
      </w:r>
    </w:p>
    <w:p>
      <w:pPr>
        <w:jc w:val="right"/>
      </w:pPr>
      <w:r>
        <w:t>यानी सारे universe को लेकर के जो questions हैं हमारे mind में, उन सबको जो explain करेright way</w:t>
      </w:r>
    </w:p>
    <w:p>
      <w:r>
        <w:rPr>
          <w:b/>
        </w:rPr>
        <w:t xml:space="preserve">[21:43] </w:t>
      </w:r>
      <w:r>
        <w:t>mein, to wah huck kaha jayega.</w:t>
      </w:r>
    </w:p>
    <w:p>
      <w:pPr>
        <w:jc w:val="right"/>
      </w:pPr>
      <w:r>
        <w:t>में, तो वह huck कहा जाएगा।</w:t>
      </w:r>
    </w:p>
    <w:p>
      <w:r>
        <w:rPr>
          <w:b/>
        </w:rPr>
        <w:t xml:space="preserve">[21:46] </w:t>
      </w:r>
      <w:r>
        <w:t>lekin maine is waqt jo baat kahi thi, wah is sense mein ki aadmi ka jo moral behavior</w:t>
      </w:r>
    </w:p>
    <w:p>
      <w:pPr>
        <w:jc w:val="right"/>
      </w:pPr>
      <w:r>
        <w:t>लेकिन मैंने इस वक्त जो बात कही थी, वह इस sense में कि आदमी का जो moral behavior</w:t>
      </w:r>
    </w:p>
    <w:p>
      <w:r>
        <w:rPr>
          <w:b/>
        </w:rPr>
        <w:t xml:space="preserve">[21:52] </w:t>
      </w:r>
      <w:r>
        <w:t>hai, wah kya hona chahiye.</w:t>
      </w:r>
    </w:p>
    <w:p>
      <w:pPr>
        <w:jc w:val="right"/>
      </w:pPr>
      <w:r>
        <w:t>है, वह क्या होना चाहिए।</w:t>
      </w:r>
    </w:p>
    <w:p>
      <w:r>
        <w:rPr>
          <w:b/>
        </w:rPr>
        <w:t xml:space="preserve">[21:55] </w:t>
      </w:r>
      <w:r>
        <w:t>wah yeh hai ki wah hamesha sach bole.</w:t>
      </w:r>
    </w:p>
    <w:p>
      <w:pPr>
        <w:jc w:val="right"/>
      </w:pPr>
      <w:r>
        <w:t>वह यह है कि वह हमेशा सच बोले।</w:t>
      </w:r>
    </w:p>
    <w:p>
      <w:r>
        <w:rPr>
          <w:b/>
        </w:rPr>
        <w:t xml:space="preserve">[21:57] </w:t>
      </w:r>
      <w:r>
        <w:t>yaani personality development ke saath maine joda hai is ko. ki agar aap ne apni personality banayi hai, sachchi personality, to aap ko khuda ke pados mein jagah milegi bahut hi honorable seat par. nahin to nahin milegi. yeh hai mera dekh fark dono mein.</w:t>
      </w:r>
    </w:p>
    <w:p>
      <w:pPr>
        <w:jc w:val="right"/>
      </w:pPr>
      <w:r>
        <w:t>यानी personality development के साथ मैंने जोड़ा है इसको। कि अगर आपने अपनी personality बनाई है, सच्ची personality, तो आपको ख़ुदा के पड़ोस में जगह मिलेगी बहुत ही honorable seat पर। नहीं तो नहीं मिलेगी। यह है मेरा देख फर्क दोनों में।</w:t>
      </w:r>
    </w:p>
    <w:p>
      <w:r>
        <w:rPr>
          <w:b/>
        </w:rPr>
        <w:t xml:space="preserve">[22:20] </w:t>
      </w:r>
      <w:r>
        <w:t>This question is from Dr. Pradhan. He is asking, "Did Prophet of Islam ever tell a compulsive lie?"</w:t>
      </w:r>
    </w:p>
    <w:p>
      <w:pPr>
        <w:jc w:val="right"/>
      </w:pPr>
      <w:r>
        <w:t>This question is from Dr. Pradhan. He is asking, "Did Prophet of Islam ever tell a compulsive lie?</w:t>
      </w:r>
    </w:p>
    <w:p>
      <w:r>
        <w:rPr>
          <w:b/>
        </w:rPr>
        <w:t xml:space="preserve">[22:29] </w:t>
      </w:r>
      <w:r>
        <w:t>" mujhe to aisa koi example nahin maloom hai ki rasulullah ne aisa koi bola ho.</w:t>
      </w:r>
    </w:p>
    <w:p>
      <w:pPr>
        <w:jc w:val="right"/>
      </w:pPr>
      <w:r>
        <w:t>" मुझे तो ऐसा कोई example नहीं मालूम है कि रसूलुल्लाह ने ऐसा कोई बोला हो।</w:t>
      </w:r>
    </w:p>
    <w:p>
      <w:r>
        <w:rPr>
          <w:b/>
        </w:rPr>
        <w:t xml:space="preserve">[22:40] </w:t>
      </w:r>
      <w:r>
        <w:t>aisi koi mujhe example nahin maloom hai. lekin fiqh mein yeh masla hai baqayda ki is ko kehte hain ahamarul baliyatain. yaani jab choice aa jaye lesser evil aur greater evil ka. aur greater evil aur sach bol kar greater evil saamne aane wala ho,</w:t>
      </w:r>
    </w:p>
    <w:p>
      <w:pPr>
        <w:jc w:val="right"/>
      </w:pPr>
      <w:r>
        <w:t>ऐसी कोई मुझे example नहीं मालूम है। लेकिन फ़िक़ह में यह मसला है बाक़ायदा कि इसको कहते हैं अहमरुल बलियतैन। यानी जब choice आ जाए lesser evil और greater evil का। और greater evil और सच बोलकर greater evil सामने आने वाला हो,</w:t>
      </w:r>
    </w:p>
    <w:p>
      <w:r>
        <w:rPr>
          <w:b/>
        </w:rPr>
        <w:t xml:space="preserve">[23:03] </w:t>
      </w:r>
      <w:r>
        <w:t>to aapko jhoot bolna chahiye.</w:t>
      </w:r>
    </w:p>
    <w:p>
      <w:pPr>
        <w:jc w:val="right"/>
      </w:pPr>
      <w:r>
        <w:t>तो आपको झूठ बोलना चाहिए।</w:t>
      </w:r>
    </w:p>
    <w:p>
      <w:r>
        <w:rPr>
          <w:b/>
        </w:rPr>
        <w:t xml:space="preserve">[23:07] </w:t>
      </w:r>
      <w:r>
        <w:t>taaki lesser evil tak baat khatm ho jaye.</w:t>
      </w:r>
    </w:p>
    <w:p>
      <w:pPr>
        <w:jc w:val="right"/>
      </w:pPr>
      <w:r>
        <w:t>ताकि lesser evil तक बात ख़त्म हो जाए।</w:t>
      </w:r>
    </w:p>
    <w:p>
      <w:r>
        <w:rPr>
          <w:b/>
        </w:rPr>
        <w:t xml:space="preserve">[23:12] </w:t>
      </w:r>
      <w:r>
        <w:t>to prophet ka jahan taalluq hai, unke bare mein to aisi koi cheez mujhe nahin maloom hai.</w:t>
      </w:r>
    </w:p>
    <w:p>
      <w:pPr>
        <w:jc w:val="right"/>
      </w:pPr>
      <w:r>
        <w:t>तो Prophet का जहाँ ताल्लुक है, उनके बारे में तो ऐसी कोई चीज़ मुझे नहीं मालूम है।</w:t>
      </w:r>
    </w:p>
    <w:p>
      <w:r>
        <w:rPr>
          <w:b/>
        </w:rPr>
        <w:t xml:space="preserve">[23:17] </w:t>
      </w:r>
      <w:r>
        <w:t>lekin ek aur cheez usko kehte hain tauria.</w:t>
      </w:r>
    </w:p>
    <w:p>
      <w:pPr>
        <w:jc w:val="right"/>
      </w:pPr>
      <w:r>
        <w:t>लेकिन एक और चीज़ उसको कहते हैं तौरिया।</w:t>
      </w:r>
    </w:p>
    <w:p>
      <w:r>
        <w:rPr>
          <w:b/>
        </w:rPr>
        <w:t xml:space="preserve">[23:21] </w:t>
      </w:r>
      <w:r>
        <w:t>tauria ka misaal sahaba ke yahan milti hai.</w:t>
      </w:r>
    </w:p>
    <w:p>
      <w:pPr>
        <w:jc w:val="right"/>
      </w:pPr>
      <w:r>
        <w:t>तौरिया का मिसाल सहाबा के यहाँ मिलती है।</w:t>
      </w:r>
    </w:p>
    <w:p>
      <w:r>
        <w:rPr>
          <w:b/>
        </w:rPr>
        <w:t xml:space="preserve">[23:25] </w:t>
      </w:r>
      <w:r>
        <w:t>tauria jhoot nahin hota.</w:t>
      </w:r>
    </w:p>
    <w:p>
      <w:pPr>
        <w:jc w:val="right"/>
      </w:pPr>
      <w:r>
        <w:t>तौरिया झूठ नहीं होता।</w:t>
      </w:r>
    </w:p>
    <w:p>
      <w:r>
        <w:rPr>
          <w:b/>
        </w:rPr>
        <w:t xml:space="preserve">[23:29] </w:t>
      </w:r>
      <w:r>
        <w:t>lekin wah is qism ka hota hai.</w:t>
      </w:r>
    </w:p>
    <w:p>
      <w:pPr>
        <w:jc w:val="right"/>
      </w:pPr>
      <w:r>
        <w:t>लेकिन वह इस किस्म का होता है।</w:t>
      </w:r>
    </w:p>
    <w:p>
      <w:r>
        <w:rPr>
          <w:b/>
        </w:rPr>
        <w:t xml:space="preserve">[23:31] </w:t>
      </w:r>
      <w:r>
        <w:t>is se misaal deta hoon aapko.</w:t>
      </w:r>
    </w:p>
    <w:p>
      <w:pPr>
        <w:jc w:val="right"/>
      </w:pPr>
      <w:r>
        <w:t>इससे मिसाल देता हूँ आपको।</w:t>
      </w:r>
    </w:p>
    <w:p>
      <w:r>
        <w:rPr>
          <w:b/>
        </w:rPr>
        <w:t xml:space="preserve">[23:35] </w:t>
      </w:r>
      <w:r>
        <w:t>ki prophet aur aapke saathi abu bakr siddiq</w:t>
      </w:r>
    </w:p>
    <w:p>
      <w:pPr>
        <w:jc w:val="right"/>
      </w:pPr>
      <w:r>
        <w:t>कि Prophet और आपके साथी अबू बक्र सिद्दीक़</w:t>
      </w:r>
    </w:p>
    <w:p>
      <w:r>
        <w:rPr>
          <w:b/>
        </w:rPr>
        <w:t xml:space="preserve">[23:41] </w:t>
      </w:r>
      <w:r>
        <w:t>dono makka se madina gaye the ek saath migrate karke.</w:t>
      </w:r>
    </w:p>
    <w:p>
      <w:pPr>
        <w:jc w:val="right"/>
      </w:pPr>
      <w:r>
        <w:t>दोनों मक्का से मदीना गए थे एक साथ migrate करके।</w:t>
      </w:r>
    </w:p>
    <w:p>
      <w:r>
        <w:rPr>
          <w:b/>
        </w:rPr>
        <w:t xml:space="preserve">[23:46] </w:t>
      </w:r>
      <w:r>
        <w:t>to yeh jo safar</w:t>
      </w:r>
    </w:p>
    <w:p>
      <w:pPr>
        <w:jc w:val="right"/>
      </w:pPr>
      <w:r>
        <w:t>तो यह जो सफ़र</w:t>
      </w:r>
    </w:p>
    <w:p>
      <w:r>
        <w:rPr>
          <w:b/>
        </w:rPr>
        <w:t xml:space="preserve">[23:47] </w:t>
      </w:r>
      <w:r>
        <w:t>tha, bahut hi risky safar tha.</w:t>
      </w:r>
    </w:p>
    <w:p>
      <w:pPr>
        <w:jc w:val="right"/>
      </w:pPr>
      <w:r>
        <w:t>था, बहुत ही risky सफ़र था।</w:t>
      </w:r>
    </w:p>
    <w:p>
      <w:r>
        <w:rPr>
          <w:b/>
        </w:rPr>
        <w:t xml:space="preserve">[23:51] </w:t>
      </w:r>
      <w:r>
        <w:t>aur wah log aapko pakadna chahte the.</w:t>
      </w:r>
    </w:p>
    <w:p>
      <w:pPr>
        <w:jc w:val="right"/>
      </w:pPr>
      <w:r>
        <w:t>और वह लोग आपको पकड़ना चाहते थे।</w:t>
      </w:r>
    </w:p>
    <w:p>
      <w:r>
        <w:rPr>
          <w:b/>
        </w:rPr>
        <w:t xml:space="preserve">[23:54] </w:t>
      </w:r>
      <w:r>
        <w:t>aur unhone aadmi bheje ki pakad kar lao to humko itna tumko reward denge.</w:t>
      </w:r>
    </w:p>
    <w:p>
      <w:pPr>
        <w:jc w:val="right"/>
      </w:pPr>
      <w:r>
        <w:t>और उन्होंने आदमी भेजे कि पकड़ कर लाओ तो हमको इतना तुमको reward देंगे।</w:t>
      </w:r>
    </w:p>
    <w:p>
      <w:r>
        <w:rPr>
          <w:b/>
        </w:rPr>
        <w:t xml:space="preserve">[23:59] </w:t>
      </w:r>
      <w:r>
        <w:t>sau oont ka reward.</w:t>
      </w:r>
    </w:p>
    <w:p>
      <w:pPr>
        <w:jc w:val="right"/>
      </w:pPr>
      <w:r>
        <w:t>सौ ऊँट का reward।</w:t>
      </w:r>
    </w:p>
    <w:p>
      <w:r>
        <w:rPr>
          <w:b/>
        </w:rPr>
        <w:t xml:space="preserve">[24:02] </w:t>
      </w:r>
      <w:r>
        <w:t>to ek aadmi</w:t>
      </w:r>
    </w:p>
    <w:p>
      <w:pPr>
        <w:jc w:val="right"/>
      </w:pPr>
      <w:r>
        <w:t>तो एक आदमी</w:t>
      </w:r>
    </w:p>
    <w:p>
      <w:r>
        <w:rPr>
          <w:b/>
        </w:rPr>
        <w:t xml:space="preserve">[24:05] </w:t>
      </w:r>
      <w:r>
        <w:t>apna daudata hua apni sawari pahuncha aur dekha ki do aadmi ja rahe hain oont par.</w:t>
      </w:r>
    </w:p>
    <w:p>
      <w:pPr>
        <w:jc w:val="right"/>
      </w:pPr>
      <w:r>
        <w:t>अपना दौड़ाता हुआ अपनी सवारी पहुँचा और देखा कि दो आदमी जा रहे हैं ऊँट पर।</w:t>
      </w:r>
    </w:p>
    <w:p>
      <w:r>
        <w:rPr>
          <w:b/>
        </w:rPr>
        <w:t xml:space="preserve">[24:12] </w:t>
      </w:r>
      <w:r>
        <w:t>to wahan gaya.</w:t>
      </w:r>
    </w:p>
    <w:p>
      <w:pPr>
        <w:jc w:val="right"/>
      </w:pPr>
      <w:r>
        <w:t>तो वहां गया।</w:t>
      </w:r>
    </w:p>
    <w:p>
      <w:r>
        <w:rPr>
          <w:b/>
        </w:rPr>
        <w:t xml:space="preserve">[24:13] </w:t>
      </w:r>
      <w:r>
        <w:t>achha, wah aadmi pehchanta nahi tha.</w:t>
      </w:r>
    </w:p>
    <w:p>
      <w:pPr>
        <w:jc w:val="right"/>
      </w:pPr>
      <w:r>
        <w:t>अच्छा, वह आदमी पहचानता नहीं था।</w:t>
      </w:r>
    </w:p>
    <w:p>
      <w:r>
        <w:rPr>
          <w:b/>
        </w:rPr>
        <w:t xml:space="preserve">[24:16] </w:t>
      </w:r>
      <w:r>
        <w:t>to usko shak hua ki shayad yeh Muhammad hon.</w:t>
      </w:r>
    </w:p>
    <w:p>
      <w:pPr>
        <w:jc w:val="right"/>
      </w:pPr>
      <w:r>
        <w:t>तो उसको शक हुआ कि शायद यह Muhammad हों।</w:t>
      </w:r>
    </w:p>
    <w:p>
      <w:r>
        <w:rPr>
          <w:b/>
        </w:rPr>
        <w:t xml:space="preserve">[24:21] </w:t>
      </w:r>
      <w:r>
        <w:t>to Abu Bakr Siddiq se poochta hai wah ki yeh kaun hain?</w:t>
      </w:r>
    </w:p>
    <w:p>
      <w:pPr>
        <w:jc w:val="right"/>
      </w:pPr>
      <w:r>
        <w:t>तो अबू बक्र सिद्दीक़ से पूछता है वह कि यह कौन हैं?</w:t>
      </w:r>
    </w:p>
    <w:p>
      <w:r>
        <w:rPr>
          <w:b/>
        </w:rPr>
        <w:t xml:space="preserve">[24:26] </w:t>
      </w:r>
      <w:r>
        <w:t>to sawal to uska yeh tha ki yeh batao ki muhammad hain ya nahin muhammad hain? sawal to yeh tha. lekin unhon ne thoda sa tauria kiya, yaani baat ko thoda sa badal kar jawab diya. unhon ne kaha ki rajulun yahdeeni. yaani ek aadmi hai jo hum ko guide karta hai. ab dekhiye, guide ka word wahan jo tha,</w:t>
      </w:r>
    </w:p>
    <w:p>
      <w:pPr>
        <w:jc w:val="right"/>
      </w:pPr>
      <w:r>
        <w:t>तो सवाल तो उसका यह था कि यह बताओ कि Muhammad हैं या नहीं Muhammad हैं? सवाल तो यह था। लेकिन उन्होंने थोड़ा सा तौरिया किया, यानी बात को थोड़ा सा बदलकर जवाब दिया। उन्होंने कहा कि रजुलुन यहदीनी। यानी एक आदमी है जो हमको guide करता है। अब देखिए, guide का word वहां जो था,</w:t>
      </w:r>
    </w:p>
    <w:p>
      <w:r>
        <w:rPr>
          <w:b/>
        </w:rPr>
        <w:t xml:space="preserve">[24:47] </w:t>
      </w:r>
      <w:r>
        <w:t>wah tha ki desert mein wahan par road nahi hua karti thi.</w:t>
      </w:r>
    </w:p>
    <w:p>
      <w:pPr>
        <w:jc w:val="right"/>
      </w:pPr>
      <w:r>
        <w:t>वह था कि desert में वहां पर रोड नहीं हुआ करती थी।</w:t>
      </w:r>
    </w:p>
    <w:p>
      <w:r>
        <w:rPr>
          <w:b/>
        </w:rPr>
        <w:t xml:space="preserve">[24:51] </w:t>
      </w:r>
      <w:r>
        <w:t>aise raste nahi hua karte the.</w:t>
      </w:r>
    </w:p>
    <w:p>
      <w:pPr>
        <w:jc w:val="right"/>
      </w:pPr>
      <w:r>
        <w:t>ऐसे रास्ते नहीं हुआ करते थे।</w:t>
      </w:r>
    </w:p>
    <w:p>
      <w:r>
        <w:rPr>
          <w:b/>
        </w:rPr>
        <w:t xml:space="preserve">[24:53] </w:t>
      </w:r>
      <w:r>
        <w:t>to log aam taur par ek guide ko lekar chalte the.</w:t>
      </w:r>
    </w:p>
    <w:p>
      <w:pPr>
        <w:jc w:val="right"/>
      </w:pPr>
      <w:r>
        <w:t>तो लोग आमतौर पर एक guide को लेकर चलते थे।</w:t>
      </w:r>
    </w:p>
    <w:p>
      <w:r>
        <w:rPr>
          <w:b/>
        </w:rPr>
        <w:t xml:space="preserve">[24:57] </w:t>
      </w:r>
      <w:r>
        <w:t>to aap guide ke do mayne hain.</w:t>
      </w:r>
    </w:p>
    <w:p>
      <w:pPr>
        <w:jc w:val="right"/>
      </w:pPr>
      <w:r>
        <w:t>तो आप guide के दो मायने हैं।</w:t>
      </w:r>
    </w:p>
    <w:p>
      <w:r>
        <w:rPr>
          <w:b/>
        </w:rPr>
        <w:t xml:space="preserve">[24:59] </w:t>
      </w:r>
      <w:r>
        <w:t>ek to rasta batane wala.</w:t>
      </w:r>
    </w:p>
    <w:p>
      <w:pPr>
        <w:jc w:val="right"/>
      </w:pPr>
      <w:r>
        <w:t>एक तो रास्ता बताने वाला।</w:t>
      </w:r>
    </w:p>
    <w:p>
      <w:r>
        <w:rPr>
          <w:b/>
        </w:rPr>
        <w:t xml:space="preserve">[25:02] </w:t>
      </w:r>
      <w:r>
        <w:t>ek hai sachchai batane wala.</w:t>
      </w:r>
    </w:p>
    <w:p>
      <w:pPr>
        <w:jc w:val="right"/>
      </w:pPr>
      <w:r>
        <w:t>एक है सच्चाई बताने वाला।</w:t>
      </w:r>
    </w:p>
    <w:p>
      <w:r>
        <w:rPr>
          <w:b/>
        </w:rPr>
        <w:t xml:space="preserve">[25:05] </w:t>
      </w:r>
      <w:r>
        <w:t>to is mauqe par unhone tawriya ka jawab diya.</w:t>
      </w:r>
    </w:p>
    <w:p>
      <w:pPr>
        <w:jc w:val="right"/>
      </w:pPr>
      <w:r>
        <w:t>तो इस मौके पर उन्होंने तौरिया का जवाब दिया।</w:t>
      </w:r>
    </w:p>
    <w:p>
      <w:r>
        <w:rPr>
          <w:b/>
        </w:rPr>
        <w:t xml:space="preserve">[25:06] </w:t>
      </w:r>
      <w:r>
        <w:t>yaani ek aisa jawab jo bilkul jhoot to na ho, lekin</w:t>
      </w:r>
    </w:p>
    <w:p>
      <w:pPr>
        <w:jc w:val="right"/>
      </w:pPr>
      <w:r>
        <w:t>यानी एक ऐसा जवाब जो बिलकुल झूठ तो न हो, लेकिन</w:t>
      </w:r>
    </w:p>
    <w:p>
      <w:r>
        <w:rPr>
          <w:b/>
        </w:rPr>
        <w:t xml:space="preserve">[25:14] </w:t>
      </w:r>
      <w:r>
        <w:t>wah jo aadmi chahta hai ki humse pooch kar ke, to wah apna</w:t>
      </w:r>
    </w:p>
    <w:p>
      <w:pPr>
        <w:jc w:val="right"/>
      </w:pPr>
      <w:r>
        <w:t>वह जो आदमी चाहता है कि हमसे पूछ करके, तो वह अपना</w:t>
      </w:r>
    </w:p>
    <w:p>
      <w:r>
        <w:rPr>
          <w:b/>
        </w:rPr>
        <w:t xml:space="preserve">[25:22] </w:t>
      </w:r>
      <w:r>
        <w:t>kuch aur samajh le aur chala jaye.</w:t>
      </w:r>
    </w:p>
    <w:p>
      <w:pPr>
        <w:jc w:val="right"/>
      </w:pPr>
      <w:r>
        <w:t>कुछ और समझ ले और चला जाए।</w:t>
      </w:r>
    </w:p>
    <w:p>
      <w:r>
        <w:rPr>
          <w:b/>
        </w:rPr>
        <w:t xml:space="preserve">[25:24] </w:t>
      </w:r>
      <w:r>
        <w:t>kya hota hai, wah chala gaya wah.</w:t>
      </w:r>
    </w:p>
    <w:p>
      <w:pPr>
        <w:jc w:val="right"/>
      </w:pPr>
      <w:r>
        <w:t>क्या होता है, वह चला गया वह।</w:t>
      </w:r>
    </w:p>
    <w:p>
      <w:r>
        <w:rPr>
          <w:b/>
        </w:rPr>
        <w:t xml:space="preserve">[25:25] </w:t>
      </w:r>
      <w:r>
        <w:t>wah samjha ki bhai, yeh koi rasta batane wala aadmi hai, guide.</w:t>
      </w:r>
    </w:p>
    <w:p>
      <w:pPr>
        <w:jc w:val="right"/>
      </w:pPr>
      <w:r>
        <w:t>वह समझा कि भाई, यह कोई रास्ता बताने वाला आदमी है, guide।</w:t>
      </w:r>
    </w:p>
    <w:p>
      <w:r>
        <w:rPr>
          <w:b/>
        </w:rPr>
        <w:t xml:space="preserve">[25:28] </w:t>
      </w:r>
      <w:r>
        <w:t>to wah chhodkar chala gaya.</w:t>
      </w:r>
    </w:p>
    <w:p>
      <w:pPr>
        <w:jc w:val="right"/>
      </w:pPr>
      <w:r>
        <w:t>तो वह छोड़कर चला गया।</w:t>
      </w:r>
    </w:p>
    <w:p>
      <w:r>
        <w:rPr>
          <w:b/>
        </w:rPr>
        <w:t xml:space="preserve">[25:30] </w:t>
      </w:r>
      <w:r>
        <w:t>is ko kehte hain tawriya.</w:t>
      </w:r>
    </w:p>
    <w:p>
      <w:pPr>
        <w:jc w:val="right"/>
      </w:pPr>
      <w:r>
        <w:t>इसको कहते हैं तौरिया।</w:t>
      </w:r>
    </w:p>
    <w:p>
      <w:r>
        <w:rPr>
          <w:b/>
        </w:rPr>
        <w:t xml:space="preserve">[25:32] </w:t>
      </w:r>
      <w:r>
        <w:t>to</w:t>
      </w:r>
    </w:p>
    <w:p>
      <w:pPr>
        <w:jc w:val="right"/>
      </w:pPr>
      <w:r>
        <w:t>तो</w:t>
      </w:r>
    </w:p>
    <w:p>
      <w:r>
        <w:rPr>
          <w:b/>
        </w:rPr>
        <w:t xml:space="preserve">[25:33] </w:t>
      </w:r>
      <w:r>
        <w:t>tauria to bilkul jayaz hai. lekin fiqh mein yeh masla maujood hai ki seedhe seedhe jhoot bol kar bhi agar jaan bachane ka masla ho, jaise jaan bachana hai, to jaan bachane ke liye aap jhoot bol sakte hain. yeh masla fiqh mein maujood hai.</w:t>
      </w:r>
    </w:p>
    <w:p>
      <w:pPr>
        <w:jc w:val="right"/>
      </w:pPr>
      <w:r>
        <w:t>तौरिया तो बिलकुल जायज़ है। लेकिन फ़िक़ह में यह मसला मौजूद है कि सीधे-सीधे झूठ बोलकर भी अगर जान बचाने का मसला हो, जैसे जान बचाना है, तो जान बचाने के लिए आप झूठ बोल सकते हैं। यह मसला फ़िक़ह में मौजूद है।</w:t>
      </w:r>
    </w:p>
    <w:p>
      <w:r>
        <w:rPr>
          <w:b/>
        </w:rPr>
        <w:t xml:space="preserve">[25:53] </w:t>
      </w:r>
      <w:r>
        <w:t>The next question is from Tayyaba Rahmani. She says, "What should I understand by the word tasawwuf?"</w:t>
      </w:r>
    </w:p>
    <w:p>
      <w:pPr>
        <w:jc w:val="right"/>
      </w:pPr>
      <w:r>
        <w:t>The next question is from Tayyaba Rahmani. She says, "What should I understand by the word tasawwuf?"</w:t>
      </w:r>
    </w:p>
    <w:p>
      <w:r>
        <w:rPr>
          <w:b/>
        </w:rPr>
        <w:t xml:space="preserve">[26:04] </w:t>
      </w:r>
      <w:r>
        <w:t>achha. dekhiye, tasawwuf wah hi hai jisko hum kehte hain, yaani</w:t>
      </w:r>
    </w:p>
    <w:p>
      <w:pPr>
        <w:jc w:val="right"/>
      </w:pPr>
      <w:r>
        <w:t>अच्छा। देखिए, tasawwuf वही है जिसको हम कहते हैं, यानी</w:t>
      </w:r>
    </w:p>
    <w:p>
      <w:r>
        <w:rPr>
          <w:b/>
        </w:rPr>
        <w:t xml:space="preserve">[26:15] </w:t>
      </w:r>
      <w:r>
        <w:t>tasawwuf ka word na to quran mein hai, na hadith mein hai. yeh abbasi period ke baad bana. to tasawwuf asal mein kaha jata hai, is ke is ke meaning ke bare mein bhi kaafi, yaani kai meaning bataye jate hain. to</w:t>
      </w:r>
    </w:p>
    <w:p>
      <w:pPr>
        <w:jc w:val="right"/>
      </w:pPr>
      <w:r>
        <w:t>tasawwuf का word न तो क़ुरआन में है, न हदीस में है। यह अब्बासिद पीरियड के बाद बना। तो tasawwuf असल में कहा जाता है, इसके इसके meaning के बारे में भी काफी, यानी कई meaning बताए जाते हैं। तो</w:t>
      </w:r>
    </w:p>
    <w:p>
      <w:r>
        <w:rPr>
          <w:b/>
        </w:rPr>
        <w:t xml:space="preserve">[26:41] </w:t>
      </w:r>
      <w:r>
        <w:t>to ek meaning us ki yeh hai ki tasawwuf soof se bana hai. soof, soof maane oon. yaani ooni kapda pehanna. ooni kapda istemal karna. to is se tasawwuf bana hai. kyunki us zamane mein jo soofi log the,</w:t>
      </w:r>
    </w:p>
    <w:p>
      <w:pPr>
        <w:jc w:val="right"/>
      </w:pPr>
      <w:r>
        <w:t>तो एक meaning उसकी यह है कि tasawwuf सूफ़ से बना है। सूफ़, सूफ़ माने ऊन। यानी ऊनी कपड़ा पहनना। ऊनी कपड़ा इस्तेमाल करना। तो इससे tasawwuf बना है। क्योंकि उस ज़माने में जो सूफ़ी लोग थे,</w:t>
      </w:r>
    </w:p>
    <w:p>
      <w:r>
        <w:rPr>
          <w:b/>
        </w:rPr>
        <w:t xml:space="preserve">[26:58] </w:t>
      </w:r>
      <w:r>
        <w:t>jo yaani spirituality ko jinhon ne apna apna banaya tha, apna us mission, to wah us zamane mein mota kapda, rough kapda oon se banta tha. rough kapda. to tasawwuf ka maayne yeh hua ki rough kapda pehanne wala. rough kapda pehanne wala. lekin un ka mission kya</w:t>
      </w:r>
    </w:p>
    <w:p>
      <w:pPr>
        <w:jc w:val="right"/>
      </w:pPr>
      <w:r>
        <w:t>जो यानी spirituality को जिन्होंने अपना अपना बनाया था, अपना उस मिशन, तो वह उस ज़माने में मोटा कपड़ा, rough कपड़ा ऊन से बनता था। Rough कपड़ा। तो tasawwuf का मायने यह हुआ कि rough कपड़ा पहनने वाला। Rough कपड़ा पहनने वाला। लेकिन उनका मिशन क्या</w:t>
      </w:r>
    </w:p>
    <w:p>
      <w:r>
        <w:rPr>
          <w:b/>
        </w:rPr>
        <w:t xml:space="preserve">[27:27] </w:t>
      </w:r>
      <w:r>
        <w:t>tha? un ka mission yeh tha ki roohaniyat ya spirituality ko, yaani logon ko sikhana. khud spirituality wali zindagi bitana aur doosron ko us ki educate karna is is tarah se. to jahan tak main samajhta hoon, yeh word quran mein to nahin hai,</w:t>
      </w:r>
    </w:p>
    <w:p>
      <w:pPr>
        <w:jc w:val="right"/>
      </w:pPr>
      <w:r>
        <w:t>था? उनका मिशन यह था कि रूहानियत या spirituality को, यानी लोगों को सिखाना। ख़ुद spirituality वाली ज़िंदगी बिताना और दूसरों को उसकी educate करना इस इस तरीके से। तो जहाँ तक मैं समझता हूँ, यह word क़ुरआन में तो नहीं है,</w:t>
      </w:r>
    </w:p>
    <w:p>
      <w:r>
        <w:rPr>
          <w:b/>
        </w:rPr>
        <w:t xml:space="preserve">[27:50] </w:t>
      </w:r>
      <w:r>
        <w:t>lekin doosra word quran mein hai jisko main kahunga arrabbaniyah. kunu rabbanin se derive hota hai yeh lafz. to arrabbaniyah ka matlab hai rab wala banna. kunu rabbanin, tum log rab wale bano. to is sense mein main samajhta hoon ki yeh islam ke mutabiq hai. agarche uska naam jo hai,</w:t>
      </w:r>
    </w:p>
    <w:p>
      <w:pPr>
        <w:jc w:val="right"/>
      </w:pPr>
      <w:r>
        <w:t>लेकिन दूसरा word क़ुरआन में है जिसको मैं कहूँगा अर्रब्बानिया। कूनु रब्बानिन से derive होता है यह लफ़्ज़। तो अर्रब्बानिया का मतलब है रब वाला बनना। कूनु रब्बानिन, तुम लोग रब वाले बनो। तो इस sense में मैं समझता हूँ कि यह इस्लाम के मुताबिक़ है। अगरचे उसका नाम जो है,</w:t>
      </w:r>
    </w:p>
    <w:p>
      <w:r>
        <w:rPr>
          <w:b/>
        </w:rPr>
        <w:t xml:space="preserve">[28:17] </w:t>
      </w:r>
      <w:r>
        <w:t>soofi ya tasawwuf, yeh quran mein hai na hadees mein hai.</w:t>
      </w:r>
    </w:p>
    <w:p>
      <w:pPr>
        <w:jc w:val="right"/>
      </w:pPr>
      <w:r>
        <w:t>सूफ़ी या tasawwuf, यह क़ुरआन में है न हदीस में है।</w:t>
      </w:r>
    </w:p>
    <w:p>
      <w:r>
        <w:rPr>
          <w:b/>
        </w:rPr>
        <w:t xml:space="preserve">[28:21] </w:t>
      </w:r>
      <w:r>
        <w:t>yahan tak ke roohaniyat ka word bhi quran aur hadees mein nahi hai.</w:t>
      </w:r>
    </w:p>
    <w:p>
      <w:pPr>
        <w:jc w:val="right"/>
      </w:pPr>
      <w:r>
        <w:t>यहाँ तक कि रूहानियत का word भी क़ुरआन और हदीस में नहीं है।</w:t>
      </w:r>
    </w:p>
    <w:p>
      <w:r>
        <w:rPr>
          <w:b/>
        </w:rPr>
        <w:t xml:space="preserve">[28:25] </w:t>
      </w:r>
      <w:r>
        <w:t>roohaniyat ya soofi ya tasawwuf, yeh sab word quran aur hadees mein nahi hai.</w:t>
      </w:r>
    </w:p>
    <w:p>
      <w:pPr>
        <w:jc w:val="right"/>
      </w:pPr>
      <w:r>
        <w:t>रूहानियत या सूफ़ी या tasawwuf, यह सब word क़ुरआन और हदीस में नहीं है।</w:t>
      </w:r>
    </w:p>
    <w:p>
      <w:r>
        <w:rPr>
          <w:b/>
        </w:rPr>
        <w:t xml:space="preserve">[28:29] </w:t>
      </w:r>
      <w:r>
        <w:t>lekin woh hai.</w:t>
      </w:r>
    </w:p>
    <w:p>
      <w:pPr>
        <w:jc w:val="right"/>
      </w:pPr>
      <w:r>
        <w:t>लेकिन वह है।</w:t>
      </w:r>
    </w:p>
    <w:p>
      <w:r>
        <w:rPr>
          <w:b/>
        </w:rPr>
        <w:t xml:space="preserve">[28:32] </w:t>
      </w:r>
      <w:r>
        <w:t>yaani rab rabbania ka word is tareeqe se nahi hai, lekin kunu rabbanin, rab wale bano.</w:t>
      </w:r>
    </w:p>
    <w:p>
      <w:pPr>
        <w:jc w:val="right"/>
      </w:pPr>
      <w:r>
        <w:t>यानी रब रब्बानिया का word इस तरीके से नहीं है, लेकिन कूनु रब्बानिन, रब वाले बनो।</w:t>
      </w:r>
    </w:p>
    <w:p>
      <w:r>
        <w:rPr>
          <w:b/>
        </w:rPr>
        <w:t xml:space="preserve">[28:40] </w:t>
      </w:r>
      <w:r>
        <w:t>to isi se yeh derive hota hai arrabbania.</w:t>
      </w:r>
    </w:p>
    <w:p>
      <w:pPr>
        <w:jc w:val="right"/>
      </w:pPr>
      <w:r>
        <w:t>तो इसी से यह derive होता है अर्रब्बानिया।</w:t>
      </w:r>
    </w:p>
    <w:p>
      <w:r>
        <w:rPr>
          <w:b/>
        </w:rPr>
        <w:t xml:space="preserve">[28:46] </w:t>
      </w:r>
      <w:r>
        <w:t>to uska yeh sense to maujood hai islam mein, lekin yeh word maujood nahi hai.</w:t>
      </w:r>
    </w:p>
    <w:p>
      <w:pPr>
        <w:jc w:val="right"/>
      </w:pPr>
      <w:r>
        <w:t>तो उसका यह sense तो मौजूद है इस्लाम में, लेकिन यह word मौजूद नहीं है।</w:t>
      </w:r>
    </w:p>
    <w:p>
      <w:r>
        <w:rPr>
          <w:b/>
        </w:rPr>
        <w:t xml:space="preserve">[28:54] </w:t>
      </w:r>
      <w:r>
        <w:t>This question is from Dr. Farida Khanam. She's asking, "How can we make out that at which point Saturn has taken hold of us and what should we do to save ourselves from the temptations of Saturn?" dekhiye, quran mein yeh hai ki iza massahum, kya ayat hai sahib wah?</w:t>
      </w:r>
    </w:p>
    <w:p>
      <w:pPr>
        <w:jc w:val="right"/>
      </w:pPr>
      <w:r>
        <w:t>This question is from Dr. Farida Khanam. She's asking, "How can we make out that at which point Saturn has taken hold of us and what should we do to save ourselves from the temptations of Saturn?" देखिए, क़ुरआन में यह है कि इज़ा मस्सहुम, क्या आयत है साहब वह?</w:t>
      </w:r>
    </w:p>
    <w:p>
      <w:r>
        <w:rPr>
          <w:b/>
        </w:rPr>
        <w:t xml:space="preserve">[29:20] </w:t>
      </w:r>
      <w:r>
        <w:t>taifutub min shaitani tazakkaru. kya</w:t>
      </w:r>
    </w:p>
    <w:p>
      <w:pPr>
        <w:jc w:val="right"/>
      </w:pPr>
      <w:r>
        <w:t>तायफुतुब मिन शैतानी तज़क्कुरु। क्या</w:t>
      </w:r>
    </w:p>
    <w:p>
      <w:r>
        <w:rPr>
          <w:b/>
        </w:rPr>
        <w:t xml:space="preserve">[29:23] </w:t>
      </w:r>
      <w:r>
        <w:t>hai? yahi ayat hai. padhiye. iza massahum taifub min shaitani tazakkaru. haan. iza massahum taifub min shaitani tazakkaru. jab un ko touch karta hai shaitan ka koi group, to wah chaunkanna ho jate hain. is ka maayne yeh hua hai ki agar hum mentally alive hain,</w:t>
      </w:r>
    </w:p>
    <w:p>
      <w:pPr>
        <w:jc w:val="right"/>
      </w:pPr>
      <w:r>
        <w:t>है? यही आयत है। पढ़िए। इज़ा मस्सहुम तायफुब मिन शैतानी तज़क्कुरु। हाँ। इज़ा मस्सहुम तायफुब मिन शैतानी तज़क्कुरु। जब उनको touch करता है शैतान का कोई گروह, तो वह चौकन्ना हो जाते हैं। इसका मायने यह हुआ है कि अगर हम mentally alive हैं,</w:t>
      </w:r>
    </w:p>
    <w:p>
      <w:r>
        <w:rPr>
          <w:b/>
        </w:rPr>
        <w:t xml:space="preserve">[29:46] </w:t>
      </w:r>
      <w:r>
        <w:t>agar hamare andar soch jo hai woh zinda hai,</w:t>
      </w:r>
    </w:p>
    <w:p>
      <w:pPr>
        <w:jc w:val="right"/>
      </w:pPr>
      <w:r>
        <w:t>अगर हमारे अंदर सोच जो है वह ज़िंदा है,</w:t>
      </w:r>
    </w:p>
    <w:p>
      <w:r>
        <w:rPr>
          <w:b/>
        </w:rPr>
        <w:t xml:space="preserve">[29:52] </w:t>
      </w:r>
      <w:r>
        <w:t>to hum foran pakad lenge ke ab humko shaitan ne touch kar diya.</w:t>
      </w:r>
    </w:p>
    <w:p>
      <w:pPr>
        <w:jc w:val="right"/>
      </w:pPr>
      <w:r>
        <w:t>तो हम फौरन पकड़ लेंगे कि अब हमको शैतान ने touch कर दिया।</w:t>
      </w:r>
    </w:p>
    <w:p>
      <w:r>
        <w:rPr>
          <w:b/>
        </w:rPr>
        <w:t xml:space="preserve">[29:57] </w:t>
      </w:r>
      <w:r>
        <w:t>jaise aag mujhe chhue to mujhe pata chal jata hai.</w:t>
      </w:r>
    </w:p>
    <w:p>
      <w:pPr>
        <w:jc w:val="right"/>
      </w:pPr>
      <w:r>
        <w:t>जैसे आग मुझे छुए तो मुझे पता चल जाता है।</w:t>
      </w:r>
    </w:p>
    <w:p>
      <w:r>
        <w:rPr>
          <w:b/>
        </w:rPr>
        <w:t xml:space="preserve">[29:59] </w:t>
      </w:r>
      <w:r>
        <w:t>barf jo agar touch kare to pata chal jata hai.</w:t>
      </w:r>
    </w:p>
    <w:p>
      <w:pPr>
        <w:jc w:val="right"/>
      </w:pPr>
      <w:r>
        <w:t>बर्फ जो अगर touch करे तो पता चल जाता है।</w:t>
      </w:r>
    </w:p>
    <w:p>
      <w:r>
        <w:rPr>
          <w:b/>
        </w:rPr>
        <w:t xml:space="preserve">[30:02] </w:t>
      </w:r>
      <w:r>
        <w:t>aise hi agar spiritually hum alive hain, spiritually.</w:t>
      </w:r>
    </w:p>
    <w:p>
      <w:pPr>
        <w:jc w:val="right"/>
      </w:pPr>
      <w:r>
        <w:t>ऐसे ही अगर spiritually हम alive हैं, spiritually।</w:t>
      </w:r>
    </w:p>
    <w:p>
      <w:r>
        <w:rPr>
          <w:b/>
        </w:rPr>
        <w:t xml:space="preserve">[30:06] </w:t>
      </w:r>
      <w:r>
        <w:t>yaani physically hum alive hain, to isliye pata chal jata hai ke yahan par barf aa gaya.</w:t>
      </w:r>
    </w:p>
    <w:p>
      <w:pPr>
        <w:jc w:val="right"/>
      </w:pPr>
      <w:r>
        <w:t>यानी physically हम alive हैं, तो इसलिए पता चल जाता है कि यहाँ पर बर्फ आ गया।</w:t>
      </w:r>
    </w:p>
    <w:p>
      <w:r>
        <w:rPr>
          <w:b/>
        </w:rPr>
        <w:t xml:space="preserve">[30:10] </w:t>
      </w:r>
      <w:r>
        <w:t>yahan par aag kisi ne rakh diya.</w:t>
      </w:r>
    </w:p>
    <w:p>
      <w:pPr>
        <w:jc w:val="right"/>
      </w:pPr>
      <w:r>
        <w:t>यहाँ पर आग किसी ने रख दिया।</w:t>
      </w:r>
    </w:p>
    <w:p>
      <w:r>
        <w:rPr>
          <w:b/>
        </w:rPr>
        <w:t xml:space="preserve">[30:14] </w:t>
      </w:r>
      <w:r>
        <w:t>isi tareeqe se agar hum spiritually alive hain,</w:t>
      </w:r>
    </w:p>
    <w:p>
      <w:pPr>
        <w:jc w:val="right"/>
      </w:pPr>
      <w:r>
        <w:t>इसी तरीके से अगर हम spiritually alive हैं,</w:t>
      </w:r>
    </w:p>
    <w:p>
      <w:r>
        <w:rPr>
          <w:b/>
        </w:rPr>
        <w:t xml:space="preserve">[30:17] </w:t>
      </w:r>
      <w:r>
        <w:t>to shaitan jaise hi touch karega, humein pata chal jayega. aur pata is tarah chalega ki shaitan ne touch kiya to kya hoga?</w:t>
      </w:r>
    </w:p>
    <w:p>
      <w:pPr>
        <w:jc w:val="right"/>
      </w:pPr>
      <w:r>
        <w:t>तो शैतान जैसे ही touch करेगा, हमें पता चल जाएगा। और पता इस तरह चलेगा कि शैतान ने touch किया तो क्या होगा?</w:t>
      </w:r>
    </w:p>
    <w:p>
      <w:r>
        <w:rPr>
          <w:b/>
        </w:rPr>
        <w:t xml:space="preserve">[30:27] </w:t>
      </w:r>
      <w:r>
        <w:t>negative thought aayega.</w:t>
      </w:r>
    </w:p>
    <w:p>
      <w:pPr>
        <w:jc w:val="right"/>
      </w:pPr>
      <w:r>
        <w:t>Negative thought आएगा।</w:t>
      </w:r>
    </w:p>
    <w:p>
      <w:r>
        <w:rPr>
          <w:b/>
        </w:rPr>
        <w:t xml:space="preserve">[30:28] </w:t>
      </w:r>
      <w:r>
        <w:t>hate aayegi. revenge ka jazba bhadkega.</w:t>
      </w:r>
    </w:p>
    <w:p>
      <w:pPr>
        <w:jc w:val="right"/>
      </w:pPr>
      <w:r>
        <w:t>Hate आएगी। Revenge का जज़्बा भड़केगा।</w:t>
      </w:r>
    </w:p>
    <w:p>
      <w:r>
        <w:rPr>
          <w:b/>
        </w:rPr>
        <w:t xml:space="preserve">[30:32] </w:t>
      </w:r>
      <w:r>
        <w:t>jaise maine misaal di aapko jo un telephone kiya tha mujhe ke bhai chala gaya jail mein.</w:t>
      </w:r>
    </w:p>
    <w:p>
      <w:pPr>
        <w:jc w:val="right"/>
      </w:pPr>
      <w:r>
        <w:t>जैसे मैंने मिसाल दी आपको जो उन टेलिफोन किया था मुझे कि भाई चला गया जेल में।</w:t>
      </w:r>
    </w:p>
    <w:p>
      <w:r>
        <w:rPr>
          <w:b/>
        </w:rPr>
        <w:t xml:space="preserve">[30:36] </w:t>
      </w:r>
      <w:r>
        <w:t>ab unka to revenge bhadka.</w:t>
      </w:r>
    </w:p>
    <w:p>
      <w:pPr>
        <w:jc w:val="right"/>
      </w:pPr>
      <w:r>
        <w:t>अब उनका तो revenge भड़का।</w:t>
      </w:r>
    </w:p>
    <w:p>
      <w:r>
        <w:rPr>
          <w:b/>
        </w:rPr>
        <w:t xml:space="preserve">[30:39] </w:t>
      </w:r>
      <w:r>
        <w:t>maine samjhaya unko.</w:t>
      </w:r>
    </w:p>
    <w:p>
      <w:pPr>
        <w:jc w:val="right"/>
      </w:pPr>
      <w:r>
        <w:t>मैंने समझाया उनको।</w:t>
      </w:r>
    </w:p>
    <w:p>
      <w:r>
        <w:rPr>
          <w:b/>
        </w:rPr>
        <w:t xml:space="preserve">[30:40] </w:t>
      </w:r>
      <w:r>
        <w:t>to revenge jo bhadka tha, woh shaitan ne unko sikhaya tha.</w:t>
      </w:r>
    </w:p>
    <w:p>
      <w:pPr>
        <w:jc w:val="right"/>
      </w:pPr>
      <w:r>
        <w:t>तो revenge जो भड़का था, वह शैतान ने उनको सिखाया था।</w:t>
      </w:r>
    </w:p>
    <w:p>
      <w:r>
        <w:rPr>
          <w:b/>
        </w:rPr>
        <w:t xml:space="preserve">[30:45] </w:t>
      </w:r>
      <w:r>
        <w:t>to pehchan uski yeh hai ke jab</w:t>
      </w:r>
    </w:p>
    <w:p>
      <w:pPr>
        <w:jc w:val="right"/>
      </w:pPr>
      <w:r>
        <w:t>तो पहचान उसकी यह है कि जब</w:t>
      </w:r>
    </w:p>
    <w:p>
      <w:r>
        <w:rPr>
          <w:b/>
        </w:rPr>
        <w:t xml:space="preserve">[30:49] </w:t>
      </w:r>
      <w:r>
        <w:t>angel aapko aayenge aapke paas,</w:t>
      </w:r>
    </w:p>
    <w:p>
      <w:pPr>
        <w:jc w:val="right"/>
      </w:pPr>
      <w:r>
        <w:t>एंजल आपको आएँगे आपके पास,</w:t>
      </w:r>
    </w:p>
    <w:p>
      <w:r>
        <w:rPr>
          <w:b/>
        </w:rPr>
        <w:t xml:space="preserve">[30:54] </w:t>
      </w:r>
      <w:r>
        <w:t>to aapke andar positive sentiment jaagenge.</w:t>
      </w:r>
    </w:p>
    <w:p>
      <w:pPr>
        <w:jc w:val="right"/>
      </w:pPr>
      <w:r>
        <w:t>तो आपके अंदर positive sentiment जागेंगे।</w:t>
      </w:r>
    </w:p>
    <w:p>
      <w:r>
        <w:rPr>
          <w:b/>
        </w:rPr>
        <w:t xml:space="preserve">[30:59] </w:t>
      </w:r>
      <w:r>
        <w:t>aur agar saturn aapko touch karega, to negative sentiment jaagenge.</w:t>
      </w:r>
    </w:p>
    <w:p>
      <w:pPr>
        <w:jc w:val="right"/>
      </w:pPr>
      <w:r>
        <w:t>और अगर Saturn आपको touch करेगा, तो negative sentiment जागेंगे।</w:t>
      </w:r>
    </w:p>
    <w:p>
      <w:r>
        <w:rPr>
          <w:b/>
        </w:rPr>
        <w:t xml:space="preserve">[31:04] </w:t>
      </w:r>
      <w:r>
        <w:t>is tarah se aap pehchan sakte hain ke yeh yahan par main</w:t>
      </w:r>
    </w:p>
    <w:p>
      <w:pPr>
        <w:jc w:val="right"/>
      </w:pPr>
      <w:r>
        <w:t>इस तरह से आप पहचान सकते हैं कि यह यहाँ पर मैं</w:t>
      </w:r>
    </w:p>
    <w:p>
      <w:r>
        <w:rPr>
          <w:b/>
        </w:rPr>
        <w:t xml:space="preserve">[31:09] </w:t>
      </w:r>
      <w:r>
        <w:t>Saturn ke influence mein aa gaya hoon ya main angel</w:t>
      </w:r>
    </w:p>
    <w:p>
      <w:pPr>
        <w:jc w:val="right"/>
      </w:pPr>
      <w:r>
        <w:t>Saturn के influence में आ गया हूँ या मैं एंजल</w:t>
      </w:r>
    </w:p>
    <w:p>
      <w:r>
        <w:rPr>
          <w:b/>
        </w:rPr>
        <w:t xml:space="preserve">[31:13] </w:t>
      </w:r>
      <w:r>
        <w:t>ke influence mein aa gaya hoon. Main samajhta hoon ki yahi uski pehchan hai.</w:t>
      </w:r>
    </w:p>
    <w:p>
      <w:pPr>
        <w:jc w:val="right"/>
      </w:pPr>
      <w:r>
        <w:t>के influence में आ गया हूँ। मैं समझता हूँ कि यही उसकी पहचान है।</w:t>
      </w:r>
    </w:p>
    <w:p>
      <w:r>
        <w:rPr>
          <w:b/>
        </w:rPr>
        <w:t xml:space="preserve">[31:20] </w:t>
      </w:r>
      <w:r>
        <w:t>This question is from Kamzul Hudaa. He's asking, "That the Prophet of Islam and the Khalifahs established the system of justice and truth.</w:t>
      </w:r>
    </w:p>
    <w:p>
      <w:pPr>
        <w:jc w:val="right"/>
      </w:pPr>
      <w:r>
        <w:t>This question is from Kamzul Hudaa. He's asking, "That the Prophet of Islam and the Khalifahs established the system of justice and truth.</w:t>
      </w:r>
    </w:p>
    <w:p>
      <w:r>
        <w:rPr>
          <w:b/>
        </w:rPr>
        <w:t xml:space="preserve">[31:33] </w:t>
      </w:r>
      <w:r>
        <w:t>What should be our responsibility to establish this system in this present situation?"</w:t>
      </w:r>
    </w:p>
    <w:p>
      <w:pPr>
        <w:jc w:val="right"/>
      </w:pPr>
      <w:r>
        <w:t>What should be our responsibility to establish this system in this present situation?"</w:t>
      </w:r>
    </w:p>
    <w:p>
      <w:r>
        <w:rPr>
          <w:b/>
        </w:rPr>
        <w:t xml:space="preserve">[31:41] </w:t>
      </w:r>
      <w:r>
        <w:t>Dekhiye, system ko establish karna yeh hamari zimmedari nahi hai. Justice ko follow karna zimmedari hai. Yeh bahut badi fallacy hai. Quran mein hai, dekhiye, Surah Hadeed mein ki</w:t>
      </w:r>
    </w:p>
    <w:p>
      <w:pPr>
        <w:jc w:val="right"/>
      </w:pPr>
      <w:r>
        <w:t>देखिए, system को establish करना यह हमारी ज़िम्मेदारी नहीं है। Justice को follow करना ज़िम्मेदारी है। यह बहुत बड़ी fallacy है। क़ुरआन में है, देखिए, सूरह हदीद में कि</w:t>
      </w:r>
    </w:p>
    <w:p>
      <w:r>
        <w:rPr>
          <w:b/>
        </w:rPr>
        <w:t xml:space="preserve">[32:00] </w:t>
      </w:r>
      <w:r>
        <w:t>ke inna arsalna</w:t>
      </w:r>
    </w:p>
    <w:p>
      <w:pPr>
        <w:jc w:val="right"/>
      </w:pPr>
      <w:r>
        <w:t>कि इन्ना अरसलना</w:t>
      </w:r>
    </w:p>
    <w:p>
      <w:r>
        <w:rPr>
          <w:b/>
        </w:rPr>
        <w:t xml:space="preserve">[32:03] </w:t>
      </w:r>
      <w:r>
        <w:t>rasoolana bil bainat</w:t>
      </w:r>
    </w:p>
    <w:p>
      <w:pPr>
        <w:jc w:val="right"/>
      </w:pPr>
      <w:r>
        <w:t>रसूलना बिल बईनात</w:t>
      </w:r>
    </w:p>
    <w:p>
      <w:r>
        <w:rPr>
          <w:b/>
        </w:rPr>
        <w:t xml:space="preserve">[32:06] </w:t>
      </w:r>
      <w:r>
        <w:t>wa anzalna mahu bil kitab wa bil mizan le taqumat nasu bil qist.</w:t>
      </w:r>
    </w:p>
    <w:p>
      <w:pPr>
        <w:jc w:val="right"/>
      </w:pPr>
      <w:r>
        <w:t>व अंजलना माहु बिल किताब व बिल मीदान ले यकूमत नासु बिल क़िस्त।</w:t>
      </w:r>
    </w:p>
    <w:p>
      <w:r>
        <w:rPr>
          <w:b/>
        </w:rPr>
        <w:t xml:space="preserve">[32:13] </w:t>
      </w:r>
      <w:r>
        <w:t>le taqumat nasu bil qist.</w:t>
      </w:r>
    </w:p>
    <w:p>
      <w:pPr>
        <w:jc w:val="right"/>
      </w:pPr>
      <w:r>
        <w:t>ले यकूमत नासु बिल क़िस्त।</w:t>
      </w:r>
    </w:p>
    <w:p>
      <w:r>
        <w:rPr>
          <w:b/>
        </w:rPr>
        <w:t xml:space="preserve">[32:18] </w:t>
      </w:r>
      <w:r>
        <w:t>so that so that people follow the principle of justice.</w:t>
      </w:r>
    </w:p>
    <w:p>
      <w:pPr>
        <w:jc w:val="right"/>
      </w:pPr>
      <w:r>
        <w:t>सो दैट सो दैट पीपल फॉलो द प्रिंसिपल ऑफ जस्टिस।</w:t>
      </w:r>
    </w:p>
    <w:p>
      <w:r>
        <w:rPr>
          <w:b/>
        </w:rPr>
        <w:t xml:space="preserve">[32:24] </w:t>
      </w:r>
      <w:r>
        <w:t>yahan establish ki baat nahi hai.</w:t>
      </w:r>
    </w:p>
    <w:p>
      <w:pPr>
        <w:jc w:val="right"/>
      </w:pPr>
      <w:r>
        <w:t>यहाँ establish की बात नहीं है।</w:t>
      </w:r>
    </w:p>
    <w:p>
      <w:r>
        <w:rPr>
          <w:b/>
        </w:rPr>
        <w:t xml:space="preserve">[32:27] </w:t>
      </w:r>
      <w:r>
        <w:t>le taqumat nasu bil qist.</w:t>
      </w:r>
    </w:p>
    <w:p>
      <w:pPr>
        <w:jc w:val="right"/>
      </w:pPr>
      <w:r>
        <w:t>ले यकूमत नासु बिल क़िस्त।</w:t>
      </w:r>
    </w:p>
    <w:p>
      <w:r>
        <w:rPr>
          <w:b/>
        </w:rPr>
        <w:t xml:space="preserve">[32:29] </w:t>
      </w:r>
      <w:r>
        <w:t>taake log follow karen qist ko.</w:t>
      </w:r>
    </w:p>
    <w:p>
      <w:pPr>
        <w:jc w:val="right"/>
      </w:pPr>
      <w:r>
        <w:t>ताकि लोग follow करें क़िस्त को।</w:t>
      </w:r>
    </w:p>
    <w:p>
      <w:r>
        <w:rPr>
          <w:b/>
        </w:rPr>
        <w:t xml:space="preserve">[32:33] </w:t>
      </w:r>
      <w:r>
        <w:t>yeh bohat bari fallacy hai ke ayat mein to yeh hai ke follow karna aur usko bana diya</w:t>
      </w:r>
    </w:p>
    <w:p>
      <w:pPr>
        <w:jc w:val="right"/>
      </w:pPr>
      <w:r>
        <w:t>यह बहुत बड़ी fallacy है कि आयत में तो यह है कि follow करना और उसको बना दिया</w:t>
      </w:r>
    </w:p>
    <w:p>
      <w:r>
        <w:rPr>
          <w:b/>
        </w:rPr>
        <w:t xml:space="preserve">[32:39] </w:t>
      </w:r>
      <w:r>
        <w:t>kya establish karna.</w:t>
      </w:r>
    </w:p>
    <w:p>
      <w:pPr>
        <w:jc w:val="right"/>
      </w:pPr>
      <w:r>
        <w:t>क्या establish करना।</w:t>
      </w:r>
    </w:p>
    <w:p>
      <w:r>
        <w:rPr>
          <w:b/>
        </w:rPr>
        <w:t xml:space="preserve">[32:42] </w:t>
      </w:r>
      <w:r>
        <w:t>yeh bohat bari fallacy hai jo aajkal kuch logon ne paida kar rakhi hai.</w:t>
      </w:r>
    </w:p>
    <w:p>
      <w:pPr>
        <w:jc w:val="right"/>
      </w:pPr>
      <w:r>
        <w:t>यह बहुत बड़ी fallacy है जो आजकल कुछ लोगों ने पैदा कर रखी है।</w:t>
      </w:r>
    </w:p>
    <w:p>
      <w:r>
        <w:rPr>
          <w:b/>
        </w:rPr>
        <w:t xml:space="preserve">[32:46] </w:t>
      </w:r>
      <w:r>
        <w:t>to khuda ne justice ke principle bataye</w:t>
      </w:r>
    </w:p>
    <w:p>
      <w:pPr>
        <w:jc w:val="right"/>
      </w:pPr>
      <w:r>
        <w:t>तो ख़ुदा ने justice के प्रिंसिपल बताए</w:t>
      </w:r>
    </w:p>
    <w:p>
      <w:r>
        <w:rPr>
          <w:b/>
        </w:rPr>
        <w:t xml:space="preserve">[32:51] </w:t>
      </w:r>
      <w:r>
        <w:t>quran mein. rasoolullah ne hadisen batayi.</w:t>
      </w:r>
    </w:p>
    <w:p>
      <w:pPr>
        <w:jc w:val="right"/>
      </w:pPr>
      <w:r>
        <w:t>क़ुरआन में। रसूलुल्लाह ने हदीसें बताईं।</w:t>
      </w:r>
    </w:p>
    <w:p>
      <w:r>
        <w:rPr>
          <w:b/>
        </w:rPr>
        <w:t xml:space="preserve">[32:54] </w:t>
      </w:r>
      <w:r>
        <w:t>woh is liye hain ke hum unhein follow karen.</w:t>
      </w:r>
    </w:p>
    <w:p>
      <w:pPr>
        <w:jc w:val="right"/>
      </w:pPr>
      <w:r>
        <w:t>वह इसलिए हैं कि हम उन्हें follow करें।</w:t>
      </w:r>
    </w:p>
    <w:p>
      <w:r>
        <w:rPr>
          <w:b/>
        </w:rPr>
        <w:t xml:space="preserve">[32:57] </w:t>
      </w:r>
      <w:r>
        <w:t>na yeh ke naafiz karen.</w:t>
      </w:r>
    </w:p>
    <w:p>
      <w:pPr>
        <w:jc w:val="right"/>
      </w:pPr>
      <w:r>
        <w:t>न यह कि नाफ़िज़ करें।</w:t>
      </w:r>
    </w:p>
    <w:p>
      <w:r>
        <w:rPr>
          <w:b/>
        </w:rPr>
        <w:t xml:space="preserve">[32:59] </w:t>
      </w:r>
      <w:r>
        <w:t>hukumatun se laren.</w:t>
      </w:r>
    </w:p>
    <w:p>
      <w:pPr>
        <w:jc w:val="right"/>
      </w:pPr>
      <w:r>
        <w:t>हुकूमतों से लड़ें।</w:t>
      </w:r>
    </w:p>
    <w:p>
      <w:r>
        <w:rPr>
          <w:b/>
        </w:rPr>
        <w:t xml:space="preserve">[33:01] </w:t>
      </w:r>
      <w:r>
        <w:t>sangharsh chalayen. takrayen.</w:t>
      </w:r>
    </w:p>
    <w:p>
      <w:pPr>
        <w:jc w:val="right"/>
      </w:pPr>
      <w:r>
        <w:t>संघर्ष चलाएँ। टकराएँ।</w:t>
      </w:r>
    </w:p>
    <w:p>
      <w:r>
        <w:rPr>
          <w:b/>
        </w:rPr>
        <w:t xml:space="preserve">[33:03] </w:t>
      </w:r>
      <w:r>
        <w:t>yeh sab bila shubah haram hai.</w:t>
      </w:r>
    </w:p>
    <w:p>
      <w:pPr>
        <w:jc w:val="right"/>
      </w:pPr>
      <w:r>
        <w:t>यह सब बिला शुबह हराम है।</w:t>
      </w:r>
    </w:p>
    <w:p>
      <w:r>
        <w:rPr>
          <w:b/>
        </w:rPr>
        <w:t xml:space="preserve">[33:06] </w:t>
      </w:r>
      <w:r>
        <w:t>ab dekhiye, follow karne ki baat jo hai yeh hoti hai according to the situation.</w:t>
      </w:r>
    </w:p>
    <w:p>
      <w:pPr>
        <w:jc w:val="right"/>
      </w:pPr>
      <w:r>
        <w:t>अब देखिए, follow करने की बात जो है यह होती है according to the situation।</w:t>
      </w:r>
    </w:p>
    <w:p>
      <w:r>
        <w:rPr>
          <w:b/>
        </w:rPr>
        <w:t xml:space="preserve">[33:13] </w:t>
      </w:r>
      <w:r>
        <w:t>follow karna jo hai woh</w:t>
      </w:r>
    </w:p>
    <w:p>
      <w:pPr>
        <w:jc w:val="right"/>
      </w:pPr>
      <w:r>
        <w:t>follow करना जो है वह</w:t>
      </w:r>
    </w:p>
    <w:p>
      <w:r>
        <w:rPr>
          <w:b/>
        </w:rPr>
        <w:t xml:space="preserve">[33:15] </w:t>
      </w:r>
      <w:r>
        <w:t>according to the situation.</w:t>
      </w:r>
    </w:p>
    <w:p>
      <w:pPr>
        <w:jc w:val="right"/>
      </w:pPr>
      <w:r>
        <w:t>according to the situation।</w:t>
      </w:r>
    </w:p>
    <w:p>
      <w:r>
        <w:rPr>
          <w:b/>
        </w:rPr>
        <w:t xml:space="preserve">[33:17] </w:t>
      </w:r>
      <w:r>
        <w:t>quran mein hai ke istqullah mastata tum.</w:t>
      </w:r>
    </w:p>
    <w:p>
      <w:pPr>
        <w:jc w:val="right"/>
      </w:pPr>
      <w:r>
        <w:t>क़ुरआन में है कि इस्तक़ुल्लाह मस्ततातुम।</w:t>
      </w:r>
    </w:p>
    <w:p>
      <w:r>
        <w:rPr>
          <w:b/>
        </w:rPr>
        <w:t xml:space="preserve">[33:21] </w:t>
      </w:r>
      <w:r>
        <w:t>jaisi situation waisa follow karo tum.</w:t>
      </w:r>
    </w:p>
    <w:p>
      <w:pPr>
        <w:jc w:val="right"/>
      </w:pPr>
      <w:r>
        <w:t>जैसी situation वैसा follow करो तुम।</w:t>
      </w:r>
    </w:p>
    <w:p>
      <w:r>
        <w:rPr>
          <w:b/>
        </w:rPr>
        <w:t xml:space="preserve">[33:25] </w:t>
      </w:r>
      <w:r>
        <w:t>to</w:t>
      </w:r>
    </w:p>
    <w:p>
      <w:pPr>
        <w:jc w:val="right"/>
      </w:pPr>
      <w:r>
        <w:t>तो</w:t>
      </w:r>
    </w:p>
    <w:p>
      <w:r>
        <w:rPr>
          <w:b/>
        </w:rPr>
        <w:t xml:space="preserve">[33:25] </w:t>
      </w:r>
      <w:r>
        <w:t>agar hum kahin akele hain,</w:t>
      </w:r>
    </w:p>
    <w:p>
      <w:pPr>
        <w:jc w:val="right"/>
      </w:pPr>
      <w:r>
        <w:t>अगर हम कहीं अकेले हैं,</w:t>
      </w:r>
    </w:p>
    <w:p>
      <w:r>
        <w:rPr>
          <w:b/>
        </w:rPr>
        <w:t xml:space="preserve">[33:28] </w:t>
      </w:r>
      <w:r>
        <w:t>to hum akele jo samajh mein aayega uske mutabiq hum justice par chalenge.</w:t>
      </w:r>
    </w:p>
    <w:p>
      <w:pPr>
        <w:jc w:val="right"/>
      </w:pPr>
      <w:r>
        <w:t>तो हम अकेले जो समझ में आएगा उसके मुताबिक़ हम justice पर चलेंगे।</w:t>
      </w:r>
    </w:p>
    <w:p>
      <w:r>
        <w:rPr>
          <w:b/>
        </w:rPr>
        <w:t xml:space="preserve">[33:34] </w:t>
      </w:r>
      <w:r>
        <w:t>agar kahin hamara ek samaj hai jaise India hai, to India mein hamari kabhi bhi yeh nahi zimmedari</w:t>
      </w:r>
    </w:p>
    <w:p>
      <w:pPr>
        <w:jc w:val="right"/>
      </w:pPr>
      <w:r>
        <w:t>अगर कहीं हमारा एक समाज है जैसे इंडिया है, तो इंडिया में हमारी कभी भी यह नहीं ज़िम्मेदारी</w:t>
      </w:r>
    </w:p>
    <w:p>
      <w:r>
        <w:rPr>
          <w:b/>
        </w:rPr>
        <w:t xml:space="preserve">[33:40] </w:t>
      </w:r>
      <w:r>
        <w:t>ke hum yahan ki hukoomaton se takraen.</w:t>
      </w:r>
    </w:p>
    <w:p>
      <w:pPr>
        <w:jc w:val="right"/>
      </w:pPr>
      <w:r>
        <w:t>कि हम यहाँ की हुकूमतों से टकराएँ।</w:t>
      </w:r>
    </w:p>
    <w:p>
      <w:r>
        <w:rPr>
          <w:b/>
        </w:rPr>
        <w:t xml:space="preserve">[33:42] </w:t>
      </w:r>
      <w:r>
        <w:t>aur yahan par kahin ke humko justice yahan par establish karna hai.</w:t>
      </w:r>
    </w:p>
    <w:p>
      <w:pPr>
        <w:jc w:val="right"/>
      </w:pPr>
      <w:r>
        <w:t>और यहाँ पर कहीं कि हमको justice यहाँ पर establish करना है।</w:t>
      </w:r>
    </w:p>
    <w:p>
      <w:r>
        <w:rPr>
          <w:b/>
        </w:rPr>
        <w:t xml:space="preserve">[33:45] </w:t>
      </w:r>
      <w:r>
        <w:t>yeh jhoothi politics hai.</w:t>
      </w:r>
    </w:p>
    <w:p>
      <w:pPr>
        <w:jc w:val="right"/>
      </w:pPr>
      <w:r>
        <w:t>यह झूठी politics है।</w:t>
      </w:r>
    </w:p>
    <w:p>
      <w:r>
        <w:rPr>
          <w:b/>
        </w:rPr>
        <w:t xml:space="preserve">[33:47] </w:t>
      </w:r>
      <w:r>
        <w:t>nahi. India mein madarse hain, wahan ulma hain, taulifta hain.</w:t>
      </w:r>
    </w:p>
    <w:p>
      <w:pPr>
        <w:jc w:val="right"/>
      </w:pPr>
      <w:r>
        <w:t>नहीं। इंडिया में मदरसे हैं, वहाँ उलमा हैं, तौलिफ़ता हैं।</w:t>
      </w:r>
    </w:p>
    <w:p>
      <w:r>
        <w:rPr>
          <w:b/>
        </w:rPr>
        <w:t xml:space="preserve">[33:54] </w:t>
      </w:r>
      <w:r>
        <w:t>to hamein yeh karna chahiye ke pehle hum quran padh kar ke jaane ke khuda ne hukam kya diya</w:t>
      </w:r>
    </w:p>
    <w:p>
      <w:pPr>
        <w:jc w:val="right"/>
      </w:pPr>
      <w:r>
        <w:t>तो हमें यह करना चाहिए कि पहले हम क़ुरआन पढ़ करके जानें कि ख़ुदा ने हुकम क्या दिया</w:t>
      </w:r>
    </w:p>
    <w:p>
      <w:r>
        <w:rPr>
          <w:b/>
        </w:rPr>
        <w:t xml:space="preserve">[34:00] </w:t>
      </w:r>
      <w:r>
        <w:t>hai. to usko hum follow karen.</w:t>
      </w:r>
    </w:p>
    <w:p>
      <w:pPr>
        <w:jc w:val="right"/>
      </w:pPr>
      <w:r>
        <w:t>है। तो उसको हम follow करें।</w:t>
      </w:r>
    </w:p>
    <w:p>
      <w:r>
        <w:rPr>
          <w:b/>
        </w:rPr>
        <w:t xml:space="preserve">[34:04] </w:t>
      </w:r>
      <w:r>
        <w:t>samajh mein nahi aata hai to ulma ko refer karen.</w:t>
      </w:r>
    </w:p>
    <w:p>
      <w:pPr>
        <w:jc w:val="right"/>
      </w:pPr>
      <w:r>
        <w:t>समझ में नहीं आता है तो उलमा को refer करें।</w:t>
      </w:r>
    </w:p>
    <w:p>
      <w:r>
        <w:rPr>
          <w:b/>
        </w:rPr>
        <w:t xml:space="preserve">[34:07] </w:t>
      </w:r>
      <w:r>
        <w:t>taulifta ko refer karen.</w:t>
      </w:r>
    </w:p>
    <w:p>
      <w:pPr>
        <w:jc w:val="right"/>
      </w:pPr>
      <w:r>
        <w:t>तौलिफ़ता को refer करें।</w:t>
      </w:r>
    </w:p>
    <w:p>
      <w:r>
        <w:rPr>
          <w:b/>
        </w:rPr>
        <w:t xml:space="preserve">[34:08] </w:t>
      </w:r>
      <w:r>
        <w:t>woh jo batayen usko follow karen.</w:t>
      </w:r>
    </w:p>
    <w:p>
      <w:pPr>
        <w:jc w:val="right"/>
      </w:pPr>
      <w:r>
        <w:t>वह जो बताएँ उसको follow करें।</w:t>
      </w:r>
    </w:p>
    <w:p>
      <w:r>
        <w:rPr>
          <w:b/>
        </w:rPr>
        <w:t xml:space="preserve">[34:12] </w:t>
      </w:r>
      <w:r>
        <w:t>yaad</w:t>
      </w:r>
    </w:p>
    <w:p>
      <w:pPr>
        <w:jc w:val="right"/>
      </w:pPr>
      <w:r>
        <w:t>याद</w:t>
      </w:r>
    </w:p>
    <w:p>
      <w:r>
        <w:rPr>
          <w:b/>
        </w:rPr>
        <w:t xml:space="preserve">[34:12] </w:t>
      </w:r>
      <w:r>
        <w:t>rakhiye, asal cheez yeh hai ke maine apni aazadi ke sath kya kiya.</w:t>
      </w:r>
    </w:p>
    <w:p>
      <w:pPr>
        <w:jc w:val="right"/>
      </w:pPr>
      <w:r>
        <w:t>रखिए, असल चीज़ यह है कि मैंने अपनी आज़ादी के साथ क्या किया।</w:t>
      </w:r>
    </w:p>
    <w:p>
      <w:r>
        <w:rPr>
          <w:b/>
        </w:rPr>
        <w:t xml:space="preserve">[34:17] </w:t>
      </w:r>
      <w:r>
        <w:t>yeh nahi ke system ek impose kar diya gaya to main aisa karna pada mujhe.</w:t>
      </w:r>
    </w:p>
    <w:p>
      <w:pPr>
        <w:jc w:val="right"/>
      </w:pPr>
      <w:r>
        <w:t>यह नहीं कि system एक impose कर दिया गया तो मैं ऐसा करना पड़ा मुझे।</w:t>
      </w:r>
    </w:p>
    <w:p>
      <w:r>
        <w:rPr>
          <w:b/>
        </w:rPr>
        <w:t xml:space="preserve">[34:21] </w:t>
      </w:r>
      <w:r>
        <w:t>isme koi reward nahi hai.</w:t>
      </w:r>
    </w:p>
    <w:p>
      <w:pPr>
        <w:jc w:val="right"/>
      </w:pPr>
      <w:r>
        <w:t>इसमें कोई reward नहीं है।</w:t>
      </w:r>
    </w:p>
    <w:p>
      <w:r>
        <w:rPr>
          <w:b/>
        </w:rPr>
        <w:t xml:space="preserve">[34:25] </w:t>
      </w:r>
      <w:r>
        <w:t>yani system ek ban jaye usme aap impose karen logon ke upar justice.</w:t>
      </w:r>
    </w:p>
    <w:p>
      <w:pPr>
        <w:jc w:val="right"/>
      </w:pPr>
      <w:r>
        <w:t>यानी system एक बन जाए उसमें आप impose करें लोगों के ऊपर justice।</w:t>
      </w:r>
    </w:p>
    <w:p>
      <w:r>
        <w:rPr>
          <w:b/>
        </w:rPr>
        <w:t xml:space="preserve">[34:29] </w:t>
      </w:r>
      <w:r>
        <w:t>to iska koi bhi reward nahi hai.</w:t>
      </w:r>
    </w:p>
    <w:p>
      <w:pPr>
        <w:jc w:val="right"/>
      </w:pPr>
      <w:r>
        <w:t>तो इसका कोई भी reward नहीं है।</w:t>
      </w:r>
    </w:p>
    <w:p>
      <w:r>
        <w:rPr>
          <w:b/>
        </w:rPr>
        <w:t xml:space="preserve">[34:32] </w:t>
      </w:r>
      <w:r>
        <w:t>reward us par hai jo maine apni aazadi se</w:t>
      </w:r>
    </w:p>
    <w:p>
      <w:pPr>
        <w:jc w:val="right"/>
      </w:pPr>
      <w:r>
        <w:t>Reward उस पर है जो मैंने अपनी आज़ादी से</w:t>
      </w:r>
    </w:p>
    <w:p>
      <w:r>
        <w:rPr>
          <w:b/>
        </w:rPr>
        <w:t xml:space="preserve">[34:36] </w:t>
      </w:r>
      <w:r>
        <w:t>kiya ho. isi liye hai ke le yakoomat nasu bil qist.</w:t>
      </w:r>
    </w:p>
    <w:p>
      <w:pPr>
        <w:jc w:val="right"/>
      </w:pPr>
      <w:r>
        <w:t>किया हो। इसीलिए है कि ले यकूमत नासु बिल क़िस्त।</w:t>
      </w:r>
    </w:p>
    <w:p>
      <w:r>
        <w:rPr>
          <w:b/>
        </w:rPr>
        <w:t xml:space="preserve">[34:41] </w:t>
      </w:r>
      <w:r>
        <w:t>ke khuda ne justice ke principle bataye paighambaron ke zariye se.</w:t>
      </w:r>
    </w:p>
    <w:p>
      <w:pPr>
        <w:jc w:val="right"/>
      </w:pPr>
      <w:r>
        <w:t>कि ख़ुदा ने justice के प्रिंसिपल बताए पैग़ंबरों के ज़रिये से।</w:t>
      </w:r>
    </w:p>
    <w:p>
      <w:r>
        <w:rPr>
          <w:b/>
        </w:rPr>
        <w:t xml:space="preserve">[34:47] </w:t>
      </w:r>
      <w:r>
        <w:t>kyun?</w:t>
      </w:r>
    </w:p>
    <w:p>
      <w:pPr>
        <w:jc w:val="right"/>
      </w:pPr>
      <w:r>
        <w:t>क्यों?</w:t>
      </w:r>
    </w:p>
    <w:p>
      <w:r>
        <w:rPr>
          <w:b/>
        </w:rPr>
        <w:t xml:space="preserve">[34:48] </w:t>
      </w:r>
      <w:r>
        <w:t>taake log justice ko follow karen.</w:t>
      </w:r>
    </w:p>
    <w:p>
      <w:pPr>
        <w:jc w:val="right"/>
      </w:pPr>
      <w:r>
        <w:t>ताकि लोग justice को follow करें।</w:t>
      </w:r>
    </w:p>
    <w:p>
      <w:r>
        <w:rPr>
          <w:b/>
        </w:rPr>
        <w:t xml:space="preserve">[34:51] </w:t>
      </w:r>
      <w:r>
        <w:t>yani apni aazadi se, apne choice se follow karen.</w:t>
      </w:r>
    </w:p>
    <w:p>
      <w:pPr>
        <w:jc w:val="right"/>
      </w:pPr>
      <w:r>
        <w:t>यानी अपनी आज़ादी से, अपने choice से follow करें।</w:t>
      </w:r>
    </w:p>
    <w:p>
      <w:r>
        <w:rPr>
          <w:b/>
        </w:rPr>
        <w:t xml:space="preserve">[34:57] </w:t>
      </w:r>
      <w:r>
        <w:t>तो according to the situation ہوگا।</w:t>
      </w:r>
    </w:p>
    <w:p>
      <w:pPr>
        <w:jc w:val="right"/>
      </w:pPr>
      <w:r>
        <w:t>तो according to the situation होगा।</w:t>
      </w:r>
    </w:p>
    <w:p>
      <w:r>
        <w:rPr>
          <w:b/>
        </w:rPr>
        <w:t xml:space="preserve">[35:00] </w:t>
      </w:r>
      <w:r>
        <w:t>aam agar aadmi akela hai to akela follow karega.</w:t>
      </w:r>
    </w:p>
    <w:p>
      <w:pPr>
        <w:jc w:val="right"/>
      </w:pPr>
      <w:r>
        <w:t>आम अगर आदमी अकेला है तो अकेला follow करेगा।</w:t>
      </w:r>
    </w:p>
    <w:p>
      <w:r>
        <w:rPr>
          <w:b/>
        </w:rPr>
        <w:t xml:space="preserve">[35:03] </w:t>
      </w:r>
      <w:r>
        <w:t>samaj hai to samaj mein jaise india mein hum ulma ke advice lekar follow karein.</w:t>
      </w:r>
    </w:p>
    <w:p>
      <w:pPr>
        <w:jc w:val="right"/>
      </w:pPr>
      <w:r>
        <w:t>समाज है तो समाज में जैसे इंडिया में हम उलमा के advice लेकर follow करें।</w:t>
      </w:r>
    </w:p>
    <w:p>
      <w:r>
        <w:rPr>
          <w:b/>
        </w:rPr>
        <w:t xml:space="preserve">[35:11] </w:t>
      </w:r>
      <w:r>
        <w:t>agar kahin aisa hai ke wahan par aapki</w:t>
      </w:r>
    </w:p>
    <w:p>
      <w:pPr>
        <w:jc w:val="right"/>
      </w:pPr>
      <w:r>
        <w:t>अगर कहीं ऐसा है कि वहाँ पर आपकी</w:t>
      </w:r>
    </w:p>
    <w:p>
      <w:r>
        <w:rPr>
          <w:b/>
        </w:rPr>
        <w:t xml:space="preserve">[35:15] </w:t>
      </w:r>
      <w:r>
        <w:t>government hai to wahan government bhi usko follow karegi.</w:t>
      </w:r>
    </w:p>
    <w:p>
      <w:pPr>
        <w:jc w:val="right"/>
      </w:pPr>
      <w:r>
        <w:t>government है तो वहाँ government भी उसको follow करेगी।</w:t>
      </w:r>
    </w:p>
    <w:p>
      <w:r>
        <w:rPr>
          <w:b/>
        </w:rPr>
        <w:t xml:space="preserve">[35:21] </w:t>
      </w:r>
      <w:r>
        <w:t>to according to the situation yeh hukam hai.</w:t>
      </w:r>
    </w:p>
    <w:p>
      <w:pPr>
        <w:jc w:val="right"/>
      </w:pPr>
      <w:r>
        <w:t>तो according to the situation यह हुकम है।</w:t>
      </w:r>
    </w:p>
    <w:p>
      <w:r>
        <w:rPr>
          <w:b/>
        </w:rPr>
        <w:t xml:space="preserve">[35:23] </w:t>
      </w:r>
      <w:r>
        <w:t>na ke ek absolute aisa koi khuda ne nahi hukam de diya ke system ko tod tod karke</w:t>
      </w:r>
    </w:p>
    <w:p>
      <w:pPr>
        <w:jc w:val="right"/>
      </w:pPr>
      <w:r>
        <w:t>न कि एक absolute ऐसा कोई ख़ुदा ने नहीं हुकम दे दिया कि system को तोड़ तोड़ करके</w:t>
      </w:r>
    </w:p>
    <w:p>
      <w:r>
        <w:rPr>
          <w:b/>
        </w:rPr>
        <w:t xml:space="preserve">[35:30] </w:t>
      </w:r>
      <w:r>
        <w:t>har jagah justice qaim karo.</w:t>
      </w:r>
    </w:p>
    <w:p>
      <w:pPr>
        <w:jc w:val="right"/>
      </w:pPr>
      <w:r>
        <w:t>हर जगह justice कायम करो।</w:t>
      </w:r>
    </w:p>
    <w:p>
      <w:r>
        <w:rPr>
          <w:b/>
        </w:rPr>
        <w:t xml:space="preserve">[35:32] </w:t>
      </w:r>
      <w:r>
        <w:t>yeh jhootha nazariya hai.</w:t>
      </w:r>
    </w:p>
    <w:p>
      <w:pPr>
        <w:jc w:val="right"/>
      </w:pPr>
      <w:r>
        <w:t>यह झूठा नज़रिया है।</w:t>
      </w:r>
    </w:p>
    <w:p>
      <w:r>
        <w:rPr>
          <w:b/>
        </w:rPr>
        <w:t xml:space="preserve">[35:33] </w:t>
      </w:r>
      <w:r>
        <w:t>aur bila</w:t>
      </w:r>
    </w:p>
    <w:p>
      <w:pPr>
        <w:jc w:val="right"/>
      </w:pPr>
      <w:r>
        <w:t>और बिला</w:t>
      </w:r>
    </w:p>
    <w:p>
      <w:r>
        <w:rPr>
          <w:b/>
        </w:rPr>
        <w:t xml:space="preserve">[35:34] </w:t>
      </w:r>
      <w:r>
        <w:t>shubah main isko haram samajhta hoon aisi politics ko. Iska Quran Hadees se koi talluq nahi hai. Follow karna justice ko yeh hai Islam. Na ki justice ko impose karna. Justice ko establish karna woh Islam nahi hai. Woh to woh hai. Woh to woh hai kya kehte hain usko.</w:t>
      </w:r>
    </w:p>
    <w:p>
      <w:pPr>
        <w:jc w:val="right"/>
      </w:pPr>
      <w:r>
        <w:t>शुबह मैं इसको हराम समझता हूँ ऐसी politics को। इसका क़ुरआन हदीस से कोई ताल्लुक़ नहीं है। follow करना justice को यह है इस्लाम। न कि justice को impose करना। Justice को establish करना वह इस्लाम नहीं है। वह तो वह है। वह तो वह है क्या कहते हैं उसको।</w:t>
      </w:r>
    </w:p>
    <w:p>
      <w:r>
        <w:rPr>
          <w:b/>
        </w:rPr>
        <w:t xml:space="preserve">[35:52] </w:t>
      </w:r>
      <w:r>
        <w:t>Fasad hai woh. Kai Muslim countries mein sab ho raha hai. Magar lad rahe hain log justice kayam karne ke liye. Pakistan mein, Sudan mein,</w:t>
      </w:r>
    </w:p>
    <w:p>
      <w:pPr>
        <w:jc w:val="right"/>
      </w:pPr>
      <w:r>
        <w:t>फसाद है वह। कई मुस्लिम countries में सब हो रहा है। मगर लड़ रहे हैं लोग justice कायम करने के लिए। पाकिस्तान में, सूडान में,</w:t>
      </w:r>
    </w:p>
    <w:p>
      <w:r>
        <w:rPr>
          <w:b/>
        </w:rPr>
        <w:t xml:space="preserve">[36:06] </w:t>
      </w:r>
      <w:r>
        <w:t>aur Egypt mein, aur Syria mein har jagah. Takhriban har Muslim country mein. Aur kya ho raha hai?</w:t>
      </w:r>
    </w:p>
    <w:p>
      <w:pPr>
        <w:jc w:val="right"/>
      </w:pPr>
      <w:r>
        <w:t>और इजिप्ट में, और सीरिया में हर जगह। तकरीबन हर मुस्लिम country में। और क्या हो रहा है?</w:t>
      </w:r>
    </w:p>
    <w:p>
      <w:r>
        <w:rPr>
          <w:b/>
        </w:rPr>
        <w:t xml:space="preserve">[36:14] </w:t>
      </w:r>
      <w:r>
        <w:t>Aapas mein maar rahe hain. Aapas mein kaat rahe hain. Yaani masjidon mein bomb chal rahe hain. Maqbaron mein bomb chal rahe hain. Madarson mein goliyan chal rahi hain. Yeh koi justice hai?</w:t>
      </w:r>
    </w:p>
    <w:p>
      <w:pPr>
        <w:jc w:val="right"/>
      </w:pPr>
      <w:r>
        <w:t>आपस में मार रहे हैं। आपस में काट रहे हैं। यानी मस्जिदों में बम चल रहे हैं। मकबरों में बम चल रहे हैं। मदरसों में गोलियाँ चल रही हैं। यह कोई justice है?</w:t>
      </w:r>
    </w:p>
    <w:p>
      <w:r>
        <w:rPr>
          <w:b/>
        </w:rPr>
        <w:t xml:space="preserve">[36:29] </w:t>
      </w:r>
      <w:r>
        <w:t>Yaad rakhiye, Quran mein hukam diya gaya hai le yaqumat nasu bil qist ka. Yaani log qist ko follow karein apni choice se, apni aazadi se. Yeh nahi hai kahin bhi Quran Majeed mein ki tum log system ko tod kar ke hukumat kayam karo. Taaki justice ko naafiz karo. Yeh bilkul absurd baat hai. Iska Islam se koi talluq nahi hai. Yeh jhoothi politics hai.</w:t>
      </w:r>
    </w:p>
    <w:p>
      <w:pPr>
        <w:jc w:val="right"/>
      </w:pPr>
      <w:r>
        <w:t>याद रखिए, क़ुरआन में हुकम दिया गया है ले यकूमत नासु बिल क़िस्त का। यानी लोग क़िस्त को follow करें अपनी choice से, अपनी आज़ादी से। यह नहीं है कहीं भी क़ुरआन मजीद में कि तुम लोग system को तोड़ करके हुकूमत कायम करो। ताकि justice को नाफ़िज़ करो। यह बिल्कुल absurd बात है। इसका इस्लाम से कोई ताल्लुक़ नहीं है। यह झूठी politics है।</w:t>
      </w:r>
    </w:p>
    <w:p>
      <w:r>
        <w:rPr>
          <w:b/>
        </w:rPr>
        <w:t xml:space="preserve">[36:57] </w:t>
      </w:r>
      <w:r>
        <w:t>This question is from Hamid Hussain. He says, "When we are allowed to tell a lie on the ground of avoiding a greater evil, we may commit a mistake in evaluating the impact of telling a lie and telling the truth.</w:t>
      </w:r>
    </w:p>
    <w:p>
      <w:pPr>
        <w:jc w:val="right"/>
      </w:pPr>
      <w:r>
        <w:t>This question is from Hamid Hussain. He says, "When we are allowed to tell a lie on the ground of avoiding a greater evil, we may commit a mistake in evaluating the impact of telling a lie and telling the truth.</w:t>
      </w:r>
    </w:p>
    <w:p>
      <w:r>
        <w:rPr>
          <w:b/>
        </w:rPr>
        <w:t xml:space="preserve">[37:15] </w:t>
      </w:r>
      <w:r>
        <w:t>Therefore, don't you think it is best to tell the truth or keep quiet unless by telling a lie you are able to save a life?"</w:t>
      </w:r>
    </w:p>
    <w:p>
      <w:pPr>
        <w:jc w:val="right"/>
      </w:pPr>
      <w:r>
        <w:t>Therefore, don't you think it is best to tell the truth or keep quiet unless by telling a lie you are able to save a life?"</w:t>
      </w:r>
    </w:p>
    <w:p>
      <w:r>
        <w:rPr>
          <w:b/>
        </w:rPr>
        <w:t xml:space="preserve">[37:26] </w:t>
      </w:r>
      <w:r>
        <w:t>Dekhiye, yeh koi obligatory nahi hai ki aap khamakha jhoot bolein aisi situation mein. Yeh hai ek allowance, ek ijazat. Yaani ek situation aisi create hui ki ek aadmi gun lekar khada hua hai. Mera naam poochta hai. To agar main apna naam bata doon, mujhe pata hai ki woh trigger daba dega.</w:t>
      </w:r>
    </w:p>
    <w:p>
      <w:pPr>
        <w:jc w:val="right"/>
      </w:pPr>
      <w:r>
        <w:t>देखिए, यह कोई obligatory नहीं है कि आप ख़ामख़ा झूठ बोलें ऐसी situation में। यह है एक allowance, एक इजाज़त। यानी एक situation ऐसी create हुई कि एक आदमी gun लेकर खड़ा हुआ है। मेरा नाम पूछता है। तो अगर मैं अपना नाम बता दूँ, मुझे पता है कि वह trigger दबा देगा।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