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Believers and Non-Belivers (In Conversation with Maulana)</w:t>
      </w:r>
    </w:p>
    <w:p>
      <w:r>
        <w:t>https://www.youtube.com/watch?v=a5IoCo05gaw</w:t>
      </w:r>
    </w:p>
    <w:p>
      <w:r>
        <w:rPr>
          <w:b/>
        </w:rPr>
        <w:t xml:space="preserve">[00:11] </w:t>
      </w:r>
      <w:r>
        <w:t>Okay, we will be starting with the question-answer session now. All the online viewers are requested to send their questions on info@cpsglobal.org.</w:t>
      </w:r>
    </w:p>
    <w:p>
      <w:pPr>
        <w:jc w:val="right"/>
      </w:pPr>
      <w:r>
        <w:t>ओके, वी विल बी स्टार्टिंग विद द क्वेश्चन-आंसर सेशन नाउ। ऑल द ऑनलाइन व्यूअर्स आर रिक्वेस्टेड टू सेंड देयर क्वेश्चंस ऑन info@cpsglobal.org।</w:t>
      </w:r>
    </w:p>
    <w:p>
      <w:r>
        <w:rPr>
          <w:b/>
        </w:rPr>
        <w:t xml:space="preserve">[00:24] </w:t>
      </w:r>
      <w:r>
        <w:t>maulana, yeh sawal pune se kiya hai, mister vikas mehra ne.</w:t>
      </w:r>
    </w:p>
    <w:p>
      <w:pPr>
        <w:jc w:val="right"/>
      </w:pPr>
      <w:r>
        <w:t>मौलाना, यह सवाल पुणे से किया है, मिस्टर विकास मेहरा ने।</w:t>
      </w:r>
    </w:p>
    <w:p>
      <w:r>
        <w:rPr>
          <w:b/>
        </w:rPr>
        <w:t xml:space="preserve">[00:31] </w:t>
      </w:r>
      <w:r>
        <w:t>unhone likha hai,</w:t>
      </w:r>
    </w:p>
    <w:p>
      <w:pPr>
        <w:jc w:val="right"/>
      </w:pPr>
      <w:r>
        <w:t>उन्होंने लिखा है,</w:t>
      </w:r>
    </w:p>
    <w:p>
      <w:r>
        <w:rPr>
          <w:b/>
        </w:rPr>
        <w:t xml:space="preserve">[00:34] </w:t>
      </w:r>
      <w:r>
        <w:t>"Maulana, I have been meaning to ask this question for a long time."</w:t>
      </w:r>
    </w:p>
    <w:p>
      <w:pPr>
        <w:jc w:val="right"/>
      </w:pPr>
      <w:r>
        <w:t>"मौलाना, आई हैव बीन मीनिंग टू आस्क दिस क्वेश्चन फॉर अ लॉन्ग टाइम।"</w:t>
      </w:r>
    </w:p>
    <w:p>
      <w:r>
        <w:rPr>
          <w:b/>
        </w:rPr>
        <w:t xml:space="preserve">[00:41] </w:t>
      </w:r>
      <w:r>
        <w:t>There are two words frequently used in Islam that are very distorted and almost abusive, which is kafir</w:t>
      </w:r>
    </w:p>
    <w:p>
      <w:pPr>
        <w:jc w:val="right"/>
      </w:pPr>
      <w:r>
        <w:t>देयर आर टू वर्ड्स फ्रीक्वेंटली यूज्ड इन इस्लाम दैट आर वेरी डिस्टोर्टेड एंड ऑलमोस्ट अब्यूसिव, व्हिच इज काफिर</w:t>
      </w:r>
    </w:p>
    <w:p>
      <w:r>
        <w:rPr>
          <w:b/>
        </w:rPr>
        <w:t xml:space="preserve">[00:49] </w:t>
      </w:r>
      <w:r>
        <w:t>and jihad. As I understand it, kafir means a non-believer, and was used by the Prophet at</w:t>
      </w:r>
    </w:p>
    <w:p>
      <w:pPr>
        <w:jc w:val="right"/>
      </w:pPr>
      <w:r>
        <w:t>एंड जिहाद। एज आई अंडरस्टैंड इट, काफिर मींस अ नॉन बिलीवर, एंड वाज यूज्ड बाय द प्रॉफेट एट</w:t>
      </w:r>
    </w:p>
    <w:p>
      <w:r>
        <w:rPr>
          <w:b/>
        </w:rPr>
        <w:t xml:space="preserve">[00:57] </w:t>
      </w:r>
      <w:r>
        <w:t>a time when there were large number of non believers, when he was trying to spread his teachings</w:t>
      </w:r>
    </w:p>
    <w:p>
      <w:pPr>
        <w:jc w:val="right"/>
      </w:pPr>
      <w:r>
        <w:t>अ टाइम व्हेन देयर वर लार्ज नंबर ऑफ नॉन बिलीवर्स, व्हेन ही वाज ट्राइम टू स्प्रेड हिज टीचिंग्स</w:t>
      </w:r>
    </w:p>
    <w:p>
      <w:r>
        <w:rPr>
          <w:b/>
        </w:rPr>
        <w:t xml:space="preserve">[01:04] </w:t>
      </w:r>
      <w:r>
        <w:t>in arabia. question is, if it was a context</w:t>
      </w:r>
    </w:p>
    <w:p>
      <w:pPr>
        <w:jc w:val="right"/>
      </w:pPr>
      <w:r>
        <w:t>इन अरेबिया। क्वेश्चन इज, इफ इट वाज अ कंटेक्स्ट</w:t>
      </w:r>
    </w:p>
    <w:p>
      <w:r>
        <w:rPr>
          <w:b/>
        </w:rPr>
        <w:t xml:space="preserve">[01:10] </w:t>
      </w:r>
      <w:r>
        <w:t>term, why is it being so freely used today in our society, especially when it is like to hurt sentiments of non Muslim people, Hindu in particular?</w:t>
      </w:r>
    </w:p>
    <w:p>
      <w:pPr>
        <w:jc w:val="right"/>
      </w:pPr>
      <w:r>
        <w:t>टर्म, व्हाई इज इट बीइंग सो फ्रीली यूज्ड टुडे इन आवर सोसाइटी, स्पेशली व्हेन इट इज लाइक टू हर्ट सेंटीमेंट्स ऑफ नॉन मुस्लिम पीपल, हिंदू इन पर्टिकुलर?</w:t>
      </w:r>
    </w:p>
    <w:p>
      <w:r>
        <w:rPr>
          <w:b/>
        </w:rPr>
        <w:t xml:space="preserve">[01:23] </w:t>
      </w:r>
      <w:r>
        <w:t>And its wrong use is also giving a wrong interpretation of Islam, which as a religion is all inclusive. Should the word not be kept out of daily usage, or on the other hand, does it actually really mean to show idol worshippers of today, mainly Hindu, also in bad light?</w:t>
      </w:r>
    </w:p>
    <w:p>
      <w:pPr>
        <w:jc w:val="right"/>
      </w:pPr>
      <w:r>
        <w:t>एंड इट्स रंग यूज इज आल्सो गिविंग अ रंग इंटरप्रिटेशन ऑफ इस्लाम, व्हिच एज अ रिलीजन इज ऑल इंक्लूसिव। शुड द वर्ड नॉट बी केप्ट आउट ऑफ डेली यूसेज, और ऑन द अदर हैंड, डज इट एक्चुअली रियली मीन टू शो आइडल वरशिपर्स ऑफ टुडे, मेनली हिंदू, आल्सो इन बैड लाइट?</w:t>
      </w:r>
    </w:p>
    <w:p>
      <w:r>
        <w:rPr>
          <w:b/>
        </w:rPr>
        <w:t xml:space="preserve">[01:48] </w:t>
      </w:r>
      <w:r>
        <w:t>I shall appreciate your views. Dekhiye, is par maine bahut tafsir se likha hai. Aap usko padh sakte hain. Aam taur par Musalman yeh samajhte hain ki duniya mein do qaumein hain:</w:t>
      </w:r>
    </w:p>
    <w:p>
      <w:pPr>
        <w:jc w:val="right"/>
      </w:pPr>
      <w:r>
        <w:t>आई शैल अप्रिशिएट योर व्यूज। देखिए, इस पर मैंने बहुत तफसीर से लिखा है। आप उसको पढ़ सकते हैं। आमतौर पर मुसलमान यह समझते हैं कि दुनिया में दो कौमें हैं:</w:t>
      </w:r>
    </w:p>
    <w:p>
      <w:r>
        <w:rPr>
          <w:b/>
        </w:rPr>
        <w:t xml:space="preserve">[02:06] </w:t>
      </w:r>
      <w:r>
        <w:t>Ek kafir qaum, ek Muslim qaum. Yeh bilkul hi baseless hai. Hargiz, hargiz yeh sahi nahi hai.</w:t>
      </w:r>
    </w:p>
    <w:p>
      <w:pPr>
        <w:jc w:val="right"/>
      </w:pPr>
      <w:r>
        <w:t>एक काफिर कौम, एक मुस्लिम कौम। यह बिल्कुल ही बेसलेस है। हरगिज, हरगिज यह सही नहीं है।</w:t>
      </w:r>
    </w:p>
    <w:p>
      <w:r>
        <w:rPr>
          <w:b/>
        </w:rPr>
        <w:t xml:space="preserve">[02:18] </w:t>
      </w:r>
      <w:r>
        <w:t>Koi Islam ka talluq qaum se nahi hai.</w:t>
      </w:r>
    </w:p>
    <w:p>
      <w:pPr>
        <w:jc w:val="right"/>
      </w:pPr>
      <w:r>
        <w:t>कोई इस्लाम का ताल्लुक कौम से नहीं है।</w:t>
      </w:r>
    </w:p>
    <w:p>
      <w:r>
        <w:rPr>
          <w:b/>
        </w:rPr>
        <w:t xml:space="preserve">[02:27] </w:t>
      </w:r>
      <w:r>
        <w:t>is tarah kafir ka talluq kisi qaum se nahi hai. yeh aadmi ka apna aik behavior hai, jis se koi shakhs momin banta hai ya kafir banta hai. yeh individual word hai, individual. to kafir ke lafzi maane hain inkaar karne wala,</w:t>
      </w:r>
    </w:p>
    <w:p>
      <w:pPr>
        <w:jc w:val="right"/>
      </w:pPr>
      <w:r>
        <w:t>इस तरह काफिर का ताल्लुक किसी कौम से नहीं है। यह आदमी का अपना एक बिहेवियर है, जिससे कोई शख्स मोमिन बनता है या काफिर बनता है। यह इंडिविजुअल वर्ड है, इंडिविजुअल। तो काफिर के लफ्जी माने हैं इंकार करने वाला,</w:t>
      </w:r>
    </w:p>
    <w:p>
      <w:r>
        <w:rPr>
          <w:b/>
        </w:rPr>
        <w:t xml:space="preserve">[02:46] </w:t>
      </w:r>
      <w:r>
        <w:t>khuda ke baaton ka inkar karne wala.</w:t>
      </w:r>
    </w:p>
    <w:p>
      <w:pPr>
        <w:jc w:val="right"/>
      </w:pPr>
      <w:r>
        <w:t>खुदा के बातों का इंकार करने वाला।</w:t>
      </w:r>
    </w:p>
    <w:p>
      <w:r>
        <w:rPr>
          <w:b/>
        </w:rPr>
        <w:t xml:space="preserve">[02:48] </w:t>
      </w:r>
      <w:r>
        <w:t>koi bhi shakhs jo inkar kare, woh kafir ho jayega allah ki nazar mein.</w:t>
      </w:r>
    </w:p>
    <w:p>
      <w:pPr>
        <w:jc w:val="right"/>
      </w:pPr>
      <w:r>
        <w:t>कोई भी शख्स जो इंकार करे, वह काफिर हो जाएगा अल्लाह की नजर में।</w:t>
      </w:r>
    </w:p>
    <w:p>
      <w:r>
        <w:rPr>
          <w:b/>
        </w:rPr>
        <w:t xml:space="preserve">[02:52] </w:t>
      </w:r>
      <w:r>
        <w:t>hamare kisi ko yeh haq nahi ke fatwa de ke mister so and so kafir hai.</w:t>
      </w:r>
    </w:p>
    <w:p>
      <w:pPr>
        <w:jc w:val="right"/>
      </w:pPr>
      <w:r>
        <w:t>हमारे किसी को यह हक नहीं कि फतवा दे कि मिस्टर सो एंड सो काफिर है।</w:t>
      </w:r>
    </w:p>
    <w:p>
      <w:r>
        <w:rPr>
          <w:b/>
        </w:rPr>
        <w:t xml:space="preserve">[02:58] </w:t>
      </w:r>
      <w:r>
        <w:t>agar koi fatwa de, to woh bhi galat kaam hai.</w:t>
      </w:r>
    </w:p>
    <w:p>
      <w:pPr>
        <w:jc w:val="right"/>
      </w:pPr>
      <w:r>
        <w:t>अगर कोई फतवा दे, तो वह भी गलत काम है।</w:t>
      </w:r>
    </w:p>
    <w:p>
      <w:r>
        <w:rPr>
          <w:b/>
        </w:rPr>
        <w:t xml:space="preserve">[03:01] </w:t>
      </w:r>
      <w:r>
        <w:t>kisi ko yeh right nahi hai ke fatwa de ke mister so and so is kafir.</w:t>
      </w:r>
    </w:p>
    <w:p>
      <w:pPr>
        <w:jc w:val="right"/>
      </w:pPr>
      <w:r>
        <w:t>किसी को यह राइट नहीं है कि फतवा दे कि मिस्टर सो एंड सो इज काफिर।</w:t>
      </w:r>
    </w:p>
    <w:p>
      <w:r>
        <w:rPr>
          <w:b/>
        </w:rPr>
        <w:t xml:space="preserve">[03:06] </w:t>
      </w:r>
      <w:r>
        <w:t>yahan tak ke khud musalmanon ke bare mein yeh lafz istemal hua hai hadith mein.</w:t>
      </w:r>
    </w:p>
    <w:p>
      <w:pPr>
        <w:jc w:val="right"/>
      </w:pPr>
      <w:r>
        <w:t>यहां तक कि खुद मुसलमानों के बारे में यह लफ्ज इस्तेमाल हुआ है हदीस में।</w:t>
      </w:r>
    </w:p>
    <w:p>
      <w:r>
        <w:rPr>
          <w:b/>
        </w:rPr>
        <w:t xml:space="preserve">[03:11] </w:t>
      </w:r>
      <w:r>
        <w:t>hadith mein istemal hua hai, "la tarjoo ba'di kuffara yadbaj rahk baaj"</w:t>
      </w:r>
    </w:p>
    <w:p>
      <w:pPr>
        <w:jc w:val="right"/>
      </w:pPr>
      <w:r>
        <w:t>हदीस में इस्तेमाल हुआ है, "ला तर्ज बादी कुफर यद बाज रखा बाज"</w:t>
      </w:r>
    </w:p>
    <w:p>
      <w:r>
        <w:rPr>
          <w:b/>
        </w:rPr>
        <w:t xml:space="preserve">[03:19] </w:t>
      </w:r>
      <w:r>
        <w:t>ke mere baad tum kafir na ho jana.</w:t>
      </w:r>
    </w:p>
    <w:p>
      <w:pPr>
        <w:jc w:val="right"/>
      </w:pPr>
      <w:r>
        <w:t>कि मेरे बाद तुम काफिर ना हो जाना।</w:t>
      </w:r>
    </w:p>
    <w:p>
      <w:r>
        <w:rPr>
          <w:b/>
        </w:rPr>
        <w:t xml:space="preserve">[03:24] </w:t>
      </w:r>
      <w:r>
        <w:t>musalmanon ke bare mein allah taala ne farmaya.</w:t>
      </w:r>
    </w:p>
    <w:p>
      <w:pPr>
        <w:jc w:val="right"/>
      </w:pPr>
      <w:r>
        <w:t>मुसलमानों के बारे में अल्लाह ताला ने फरमाया।</w:t>
      </w:r>
    </w:p>
    <w:p>
      <w:r>
        <w:rPr>
          <w:b/>
        </w:rPr>
        <w:t xml:space="preserve">[03:26] </w:t>
      </w:r>
      <w:r>
        <w:t>wo musalmanon ko rasool allah salm ne farmaya, "la tarjoo ba'di kuffara yadb</w:t>
      </w:r>
    </w:p>
    <w:p>
      <w:pPr>
        <w:jc w:val="right"/>
      </w:pPr>
      <w:r>
        <w:t>वो मुसलमानों को रसूल अल्लाह सलम ने फरमाया, "ला तर्ज बादी कुफर यद</w:t>
      </w:r>
    </w:p>
    <w:p>
      <w:r>
        <w:rPr>
          <w:b/>
        </w:rPr>
        <w:t xml:space="preserve">[03:32] </w:t>
      </w:r>
      <w:r>
        <w:t>baz rakha baz" ke tum rasool ne farmaya ke tum log mere baad kafir na ho jana. ke aapas mein aik doosre ko qadar karne lago. ya to musalmanon ko mein bataya ke musalman bhi kafir ho sakte hain. to kafir na koi qaum hai, na musalman koi qaum hai. aadmi ka apna jo,</w:t>
      </w:r>
    </w:p>
    <w:p>
      <w:pPr>
        <w:jc w:val="right"/>
      </w:pPr>
      <w:r>
        <w:t>बाज रखा बाज" कि तुम रसूल ने फरमाया कि तुम लोग मेरे बाद काफिर ना हो जाना। कि आपस में एक दूसरे को कदर करने लगो। या तो मुसलमानों को में बताया कि मुसलमान भी काफिर हो सकते हैं। तो काफिर ना कोई कौम है, ना मुसलमान कोई कौम है। आदमी का अपना जो,</w:t>
      </w:r>
    </w:p>
    <w:p>
      <w:r>
        <w:rPr>
          <w:b/>
        </w:rPr>
        <w:t xml:space="preserve">[03:59] </w:t>
      </w:r>
      <w:r>
        <w:t>uski jo, uski jo apni ideology hai, uska jo life style hai, uska jo behavior hai, uska</w:t>
      </w:r>
    </w:p>
    <w:p>
      <w:pPr>
        <w:jc w:val="right"/>
      </w:pPr>
      <w:r>
        <w:t>उसकी जो, उसकी जो अपनी आइडल जी है, उसका जो लाइफ स्टाइल है, उसका जो बिहेवियर है, उसका</w:t>
      </w:r>
    </w:p>
    <w:p>
      <w:r>
        <w:rPr>
          <w:b/>
        </w:rPr>
        <w:t xml:space="preserve">[04:07] </w:t>
      </w:r>
      <w:r>
        <w:t>jo jis barcode ko ikhtiyar karta hai, woh un sab se milkar koi shakhs muslim banta hai</w:t>
      </w:r>
    </w:p>
    <w:p>
      <w:pPr>
        <w:jc w:val="right"/>
      </w:pPr>
      <w:r>
        <w:t>जो जिस बार कोड को इख्तियार करता है, वह उन सब से मिलकर कोई शख्स मुस्लिम बनता है</w:t>
      </w:r>
    </w:p>
    <w:p>
      <w:r>
        <w:rPr>
          <w:b/>
        </w:rPr>
        <w:t xml:space="preserve">[04:14] </w:t>
      </w:r>
      <w:r>
        <w:t>ya kafir banta hai.</w:t>
      </w:r>
    </w:p>
    <w:p>
      <w:pPr>
        <w:jc w:val="right"/>
      </w:pPr>
      <w:r>
        <w:t>या काफिर बनता है।</w:t>
      </w:r>
    </w:p>
    <w:p>
      <w:r>
        <w:rPr>
          <w:b/>
        </w:rPr>
        <w:t xml:space="preserve">[04:15] </w:t>
      </w:r>
      <w:r>
        <w:t>wah bhi allah ki nazar mein, duniya mein nahin.</w:t>
      </w:r>
    </w:p>
    <w:p>
      <w:pPr>
        <w:jc w:val="right"/>
      </w:pPr>
      <w:r>
        <w:t>वह भी अल्लाह की नजर में, दुनिया में नहीं।</w:t>
      </w:r>
    </w:p>
    <w:p>
      <w:r>
        <w:rPr>
          <w:b/>
        </w:rPr>
        <w:t xml:space="preserve">[04:19] </w:t>
      </w:r>
      <w:r>
        <w:t>duniya mein to sab insaan hain.</w:t>
      </w:r>
    </w:p>
    <w:p>
      <w:pPr>
        <w:jc w:val="right"/>
      </w:pPr>
      <w:r>
        <w:t>दुनिया में तो सब इंसान हैं।</w:t>
      </w:r>
    </w:p>
    <w:p>
      <w:r>
        <w:rPr>
          <w:b/>
        </w:rPr>
        <w:t xml:space="preserve">[04:21] </w:t>
      </w:r>
      <w:r>
        <w:t>dekhiye, duniya ke hisab se har insaan insaan hai.</w:t>
      </w:r>
    </w:p>
    <w:p>
      <w:pPr>
        <w:jc w:val="right"/>
      </w:pPr>
      <w:r>
        <w:t>देखिए, दुनिया के हिसाब से हर इंसान इंसान है।</w:t>
      </w:r>
    </w:p>
    <w:p>
      <w:r>
        <w:rPr>
          <w:b/>
        </w:rPr>
        <w:t xml:space="preserve">[04:25] </w:t>
      </w:r>
      <w:r>
        <w:t>bas isliye yeh jo lafz banaya gaya hai, baat ko banaya gaya hai ki darul harb, darul kufr,</w:t>
      </w:r>
    </w:p>
    <w:p>
      <w:pPr>
        <w:jc w:val="right"/>
      </w:pPr>
      <w:r>
        <w:t>बस इसलिए यह जो लफ्ज बनाया गया है, बात को बनाया गया है कि दारुल हर्ब, दारुल कुफर,</w:t>
      </w:r>
    </w:p>
    <w:p>
      <w:r>
        <w:rPr>
          <w:b/>
        </w:rPr>
        <w:t xml:space="preserve">[04:31] </w:t>
      </w:r>
      <w:r>
        <w:t>is ko main galat samajhta hoon.</w:t>
      </w:r>
    </w:p>
    <w:p>
      <w:pPr>
        <w:jc w:val="right"/>
      </w:pPr>
      <w:r>
        <w:t>इसको मैं गलत समझता हूं।</w:t>
      </w:r>
    </w:p>
    <w:p>
      <w:r>
        <w:rPr>
          <w:b/>
        </w:rPr>
        <w:t xml:space="preserve">[04:35] </w:t>
      </w:r>
      <w:r>
        <w:t>darul islam, darul kufr ka term ko main bilkul galat samajhta hoon.</w:t>
      </w:r>
    </w:p>
    <w:p>
      <w:pPr>
        <w:jc w:val="right"/>
      </w:pPr>
      <w:r>
        <w:t>दारुल इस्लाम, दारुल कुफर का टर्म को मैं बिल्कुल गलत समझता हूं।</w:t>
      </w:r>
    </w:p>
    <w:p>
      <w:r>
        <w:rPr>
          <w:b/>
        </w:rPr>
        <w:t xml:space="preserve">[04:40] </w:t>
      </w:r>
      <w:r>
        <w:t>yeh baat ko banaya gaya hai.</w:t>
      </w:r>
    </w:p>
    <w:p>
      <w:pPr>
        <w:jc w:val="right"/>
      </w:pPr>
      <w:r>
        <w:t>यह बात को बनाया गया है।</w:t>
      </w:r>
    </w:p>
    <w:p>
      <w:r>
        <w:rPr>
          <w:b/>
        </w:rPr>
        <w:t xml:space="preserve">[04:42] </w:t>
      </w:r>
      <w:r>
        <w:t>sahi term yeh hai ki darul insaan.</w:t>
      </w:r>
    </w:p>
    <w:p>
      <w:pPr>
        <w:jc w:val="right"/>
      </w:pPr>
      <w:r>
        <w:t>सही टर्म यह है कि दारुल इंसान।</w:t>
      </w:r>
    </w:p>
    <w:p>
      <w:r>
        <w:rPr>
          <w:b/>
        </w:rPr>
        <w:t xml:space="preserve">[04:45] </w:t>
      </w:r>
      <w:r>
        <w:t>puri duniya darul insaan hai, bas aur kuch nahi hai.</w:t>
      </w:r>
    </w:p>
    <w:p>
      <w:pPr>
        <w:jc w:val="right"/>
      </w:pPr>
      <w:r>
        <w:t>पूरी दुनिया दारुल इंसान है, बस और कुछ नहीं है।</w:t>
      </w:r>
    </w:p>
    <w:p>
      <w:r>
        <w:rPr>
          <w:b/>
        </w:rPr>
        <w:t xml:space="preserve">[04:51] </w:t>
      </w:r>
      <w:r>
        <w:t>to inke zehan mein jo sawal hai, wah musalmanon ko lekar, unhone jo khud se jo bana liya,</w:t>
      </w:r>
    </w:p>
    <w:p>
      <w:pPr>
        <w:jc w:val="right"/>
      </w:pPr>
      <w:r>
        <w:t>तो इनके जहन में जो सवाल है, वह मुसलमानों को लेकर, उन्होंने जो खुद से जो बना लिया,</w:t>
      </w:r>
    </w:p>
    <w:p>
      <w:r>
        <w:rPr>
          <w:b/>
        </w:rPr>
        <w:t xml:space="preserve">[04:56] </w:t>
      </w:r>
      <w:r>
        <w:t>us ko lekar ke jahan tak quran aur hadees ka talluq hai, aisa hargiz nahin hai.</w:t>
      </w:r>
    </w:p>
    <w:p>
      <w:pPr>
        <w:jc w:val="right"/>
      </w:pPr>
      <w:r>
        <w:t>उसको लेकर के जहां तक कुरान और हदीस का ताल्लुक है, ऐसा हरगिज नहीं है।</w:t>
      </w:r>
    </w:p>
    <w:p>
      <w:r>
        <w:rPr>
          <w:b/>
        </w:rPr>
        <w:t xml:space="preserve">[05:02] </w:t>
      </w:r>
      <w:r>
        <w:t>har insaan bas insaan hai.</w:t>
      </w:r>
    </w:p>
    <w:p>
      <w:pPr>
        <w:jc w:val="right"/>
      </w:pPr>
      <w:r>
        <w:t>हर इंसान बस इंसान है।</w:t>
      </w:r>
    </w:p>
    <w:p>
      <w:r>
        <w:rPr>
          <w:b/>
        </w:rPr>
        <w:t xml:space="preserve">[05:05] </w:t>
      </w:r>
      <w:r>
        <w:t>aur yeh duniya na to darul islam hai, na darul kufr hai.</w:t>
      </w:r>
    </w:p>
    <w:p>
      <w:pPr>
        <w:jc w:val="right"/>
      </w:pPr>
      <w:r>
        <w:t>और यह दुनिया ना तो दारुल इस्लाम है, ना दारुल कुफर है।</w:t>
      </w:r>
    </w:p>
    <w:p>
      <w:r>
        <w:rPr>
          <w:b/>
        </w:rPr>
        <w:t xml:space="preserve">[05:08] </w:t>
      </w:r>
      <w:r>
        <w:t>yeh duniya darul insaan hai.</w:t>
      </w:r>
    </w:p>
    <w:p>
      <w:pPr>
        <w:jc w:val="right"/>
      </w:pPr>
      <w:r>
        <w:t>यह दुनिया दारुल इंसान है।</w:t>
      </w:r>
    </w:p>
    <w:p>
      <w:r>
        <w:rPr>
          <w:b/>
        </w:rPr>
        <w:t xml:space="preserve">[05:11] </w:t>
      </w:r>
      <w:r>
        <w:t>quran mein dekhiye, dekhiye aap bar bar, "ayyuha al insaan, ayyuha al insaan, ayyuha al insaan" ke khitab ki ayat hai.</w:t>
      </w:r>
    </w:p>
    <w:p>
      <w:pPr>
        <w:jc w:val="right"/>
      </w:pPr>
      <w:r>
        <w:t>कुरान में देखिए, देखिए आप बार-बार, "अय्युल इंसान, अय्युल इंसान, अय्युल इंसान" के खिताब की आयत है।</w:t>
      </w:r>
    </w:p>
    <w:p>
      <w:r>
        <w:rPr>
          <w:b/>
        </w:rPr>
        <w:t xml:space="preserve">[05:19] </w:t>
      </w:r>
      <w:r>
        <w:t>to poori duniya mere nazdeek darul insaan hai.</w:t>
      </w:r>
    </w:p>
    <w:p>
      <w:pPr>
        <w:jc w:val="right"/>
      </w:pPr>
      <w:r>
        <w:t>तो पूरी दुनिया मेरे नजदीक दारुल इंसान है।</w:t>
      </w:r>
    </w:p>
    <w:p>
      <w:r>
        <w:rPr>
          <w:b/>
        </w:rPr>
        <w:t xml:space="preserve">[05:22] </w:t>
      </w:r>
      <w:r>
        <w:t>bas is ka sawal kuch nahin hai.</w:t>
      </w:r>
    </w:p>
    <w:p>
      <w:pPr>
        <w:jc w:val="right"/>
      </w:pPr>
      <w:r>
        <w:t>बस इसका सवाल कुछ नहीं है।</w:t>
      </w:r>
    </w:p>
    <w:p>
      <w:r>
        <w:rPr>
          <w:b/>
        </w:rPr>
        <w:t xml:space="preserve">[05:23] </w:t>
      </w:r>
      <w:r>
        <w:t>baqi jo kuch hai, wah allah taala se hai.</w:t>
      </w:r>
    </w:p>
    <w:p>
      <w:pPr>
        <w:jc w:val="right"/>
      </w:pPr>
      <w:r>
        <w:t>बाकी जो कुछ है, वह अल्लाह ताला से है।</w:t>
      </w:r>
    </w:p>
    <w:p>
      <w:r>
        <w:rPr>
          <w:b/>
        </w:rPr>
        <w:t xml:space="preserve">[05:26] </w:t>
      </w:r>
      <w:r>
        <w:t>kya faisla hone wala hai duniya mein</w:t>
      </w:r>
    </w:p>
    <w:p>
      <w:pPr>
        <w:jc w:val="right"/>
      </w:pPr>
      <w:r>
        <w:t>क्या फैसला होने वाला है दुनिया में</w:t>
      </w:r>
    </w:p>
    <w:p>
      <w:r>
        <w:rPr>
          <w:b/>
        </w:rPr>
        <w:t xml:space="preserve">[05:28] </w:t>
      </w:r>
      <w:r>
        <w:t>? nahin. maulana, un ka ek aur sawal hai.</w:t>
      </w:r>
    </w:p>
    <w:p>
      <w:pPr>
        <w:jc w:val="right"/>
      </w:pPr>
      <w:r>
        <w:t>? नहीं। मौलाना, उनका एक और सवाल है।</w:t>
      </w:r>
    </w:p>
    <w:p>
      <w:r>
        <w:rPr>
          <w:b/>
        </w:rPr>
        <w:t xml:space="preserve">[05:32] </w:t>
      </w:r>
      <w:r>
        <w:t>انہوں نے لکھا ہے، "As I understand, jihad is a war within myself to change myself, not a</w:t>
      </w:r>
    </w:p>
    <w:p>
      <w:pPr>
        <w:jc w:val="right"/>
      </w:pPr>
      <w:r>
        <w:t>उन्होंने लिखा है, "एज आई अंडरस्टैंड, जिहाद इट्स अ वॉर विद इन माइसेल्फ टू चेंज माइसेल्फ, नॉट अ</w:t>
      </w:r>
    </w:p>
    <w:p>
      <w:r>
        <w:rPr>
          <w:b/>
        </w:rPr>
        <w:t xml:space="preserve">[05:42] </w:t>
      </w:r>
      <w:r>
        <w:t>real war of destruction.</w:t>
      </w:r>
    </w:p>
    <w:p>
      <w:pPr>
        <w:jc w:val="right"/>
      </w:pPr>
      <w:r>
        <w:t>रियल वॉर ऑफ डिस्ट्रक्शन।</w:t>
      </w:r>
    </w:p>
    <w:p>
      <w:r>
        <w:rPr>
          <w:b/>
        </w:rPr>
        <w:t xml:space="preserve">[05:44] </w:t>
      </w:r>
      <w:r>
        <w:t>It cannot be a harmful term if it's in any holy book, but that's not how the</w:t>
      </w:r>
    </w:p>
    <w:p>
      <w:pPr>
        <w:jc w:val="right"/>
      </w:pPr>
      <w:r>
        <w:t>इट कैन नॉट बी अ हार्मफुल टर्म इफ इट्स इन एनी होली बुक, बट ट्स नॉट हाउ द</w:t>
      </w:r>
    </w:p>
    <w:p>
      <w:r>
        <w:rPr>
          <w:b/>
        </w:rPr>
        <w:t xml:space="preserve">[05:51] </w:t>
      </w:r>
      <w:r>
        <w:t>word is being used today.</w:t>
      </w:r>
    </w:p>
    <w:p>
      <w:pPr>
        <w:jc w:val="right"/>
      </w:pPr>
      <w:r>
        <w:t>वर्ड इज बीइंग यूज्ड टुडे।</w:t>
      </w:r>
    </w:p>
    <w:p>
      <w:r>
        <w:rPr>
          <w:b/>
        </w:rPr>
        <w:t xml:space="preserve">[05:54] </w:t>
      </w:r>
      <w:r>
        <w:t>It has been distorted, thus bringing a bad name to Islam.</w:t>
      </w:r>
    </w:p>
    <w:p>
      <w:pPr>
        <w:jc w:val="right"/>
      </w:pPr>
      <w:r>
        <w:t>इट हैज बीन डिस्टोर्टेड, थस ब्रिंगिंग अ बैड नेम टू इस्लाम।</w:t>
      </w:r>
    </w:p>
    <w:p>
      <w:r>
        <w:rPr>
          <w:b/>
        </w:rPr>
        <w:t xml:space="preserve">[05:59] </w:t>
      </w:r>
      <w:r>
        <w:t>How can a peaceful word that talks of self-inquiry be distorted so much in today's times?</w:t>
      </w:r>
    </w:p>
    <w:p>
      <w:pPr>
        <w:jc w:val="right"/>
      </w:pPr>
      <w:r>
        <w:t>हाउ कैन अ पीसफुल वर्ड दैट टॉक्स ऑफ सेल्फ इंक्वायरी बी डिस्टोर्टेड सो मच इन टुडेज टाइम्स?</w:t>
      </w:r>
    </w:p>
    <w:p>
      <w:r>
        <w:rPr>
          <w:b/>
        </w:rPr>
        <w:t xml:space="preserve">[06:07] </w:t>
      </w:r>
      <w:r>
        <w:t>and why is no one making an attempt to stop this distortion of words? what is your interpretation of this much misinterpreted word?"</w:t>
      </w:r>
    </w:p>
    <w:p>
      <w:pPr>
        <w:jc w:val="right"/>
      </w:pPr>
      <w:r>
        <w:t>एंड व्हाई इज नो वन मेकिंग एन अटेंप्ट टू स्टॉप दिस डिस्टॉर्शन ऑफ वर्ड्स? व्हाट इज योर इंटरप्रिटेशन ऑफ दिस मच मिसइंटरप्रिटेड वर्ड?"</w:t>
      </w:r>
    </w:p>
    <w:p>
      <w:r>
        <w:rPr>
          <w:b/>
        </w:rPr>
        <w:t xml:space="preserve">[06:18] </w:t>
      </w:r>
      <w:r>
        <w:t>dekhiye, aajkal jihad ka lafz bola jata hai ladai bharai ke liye. yeh bilkul galat hai. yeh dekhiye, jihad ke lafzi matlab hai koshish, to strive, to struggle. bas</w:t>
      </w:r>
    </w:p>
    <w:p>
      <w:pPr>
        <w:jc w:val="right"/>
      </w:pPr>
      <w:r>
        <w:t>देखिए, आजकल जिहाद का लफ्ज बोला जाता है लड़ाई भड़ाई के लिए। यह बिल्कुल गलत है। यह देखिए, जिहाद के लफ्जी मतलब है कोशिश, टू स्ट्राइव, टू स्ट्रगल। बस</w:t>
      </w:r>
    </w:p>
    <w:p>
      <w:r>
        <w:rPr>
          <w:b/>
        </w:rPr>
        <w:t xml:space="preserve">[06:35] </w:t>
      </w:r>
      <w:r>
        <w:t>to jihad ka matlab sirf itna hi hai,</w:t>
      </w:r>
    </w:p>
    <w:p>
      <w:pPr>
        <w:jc w:val="right"/>
      </w:pPr>
      <w:r>
        <w:t>तो जिहाद का मतलब सिर्फ इतना ही है,</w:t>
      </w:r>
    </w:p>
    <w:p>
      <w:r>
        <w:rPr>
          <w:b/>
        </w:rPr>
        <w:t xml:space="preserve">[06:38] </w:t>
      </w:r>
      <w:r>
        <w:t>kisi achhe kaam ke liye koshish karna.</w:t>
      </w:r>
    </w:p>
    <w:p>
      <w:pPr>
        <w:jc w:val="right"/>
      </w:pPr>
      <w:r>
        <w:t>किसी अच्छे काम के लिए कोशिश करना।</w:t>
      </w:r>
    </w:p>
    <w:p>
      <w:r>
        <w:rPr>
          <w:b/>
        </w:rPr>
        <w:t xml:space="preserve">[06:40] </w:t>
      </w:r>
      <w:r>
        <w:t>apni islah ke liye koshish karen to wah bhi jihad hai.</w:t>
      </w:r>
    </w:p>
    <w:p>
      <w:pPr>
        <w:jc w:val="right"/>
      </w:pPr>
      <w:r>
        <w:t>अपनी इस्लाह के लिए कोशिश करें तो वह भी जिहाद है।</w:t>
      </w:r>
    </w:p>
    <w:p>
      <w:r>
        <w:rPr>
          <w:b/>
        </w:rPr>
        <w:t xml:space="preserve">[06:44] </w:t>
      </w:r>
      <w:r>
        <w:t>aap samaj mein islaah ke liye kuch karen to woh bhi jihad hai.</w:t>
      </w:r>
    </w:p>
    <w:p>
      <w:pPr>
        <w:jc w:val="right"/>
      </w:pPr>
      <w:r>
        <w:t>आप समाज में इस्लाह के लिए कुछ करें तो वह भी जिहाद है।</w:t>
      </w:r>
    </w:p>
    <w:p>
      <w:r>
        <w:rPr>
          <w:b/>
        </w:rPr>
        <w:t xml:space="preserve">[06:47] </w:t>
      </w:r>
      <w:r>
        <w:t>to jihad sirf koshish ka naam hai.</w:t>
      </w:r>
    </w:p>
    <w:p>
      <w:pPr>
        <w:jc w:val="right"/>
      </w:pPr>
      <w:r>
        <w:t>तो जिहाद सिर्फ कोशिश का नाम है।</w:t>
      </w:r>
    </w:p>
    <w:p>
      <w:r>
        <w:rPr>
          <w:b/>
        </w:rPr>
        <w:t xml:space="preserve">[06:51] </w:t>
      </w:r>
      <w:r>
        <w:t>aur albatta ismein ejreshan hai, yaani bahut zyada koshish karna.</w:t>
      </w:r>
    </w:p>
    <w:p>
      <w:pPr>
        <w:jc w:val="right"/>
      </w:pPr>
      <w:r>
        <w:t>और अलबत्ता इसमें एजरेशन है, यानी बहुत ज्यादा कोशिश करना।</w:t>
      </w:r>
    </w:p>
    <w:p>
      <w:r>
        <w:rPr>
          <w:b/>
        </w:rPr>
        <w:t xml:space="preserve">[06:56] </w:t>
      </w:r>
      <w:r>
        <w:t>bahut zyada koshish karna, yeh matlab hai iska.</w:t>
      </w:r>
    </w:p>
    <w:p>
      <w:pPr>
        <w:jc w:val="right"/>
      </w:pPr>
      <w:r>
        <w:t>बहुत ज्यादा कोशिश करना, यह मतलब है इसका।</w:t>
      </w:r>
    </w:p>
    <w:p>
      <w:r>
        <w:rPr>
          <w:b/>
        </w:rPr>
        <w:t xml:space="preserve">[07:01] </w:t>
      </w:r>
      <w:r>
        <w:t>baqi jihad ka koi ladai bhadai se nahin.</w:t>
      </w:r>
    </w:p>
    <w:p>
      <w:pPr>
        <w:jc w:val="right"/>
      </w:pPr>
      <w:r>
        <w:t>बाकी जिहाद का कोई लड़ाई भड़ाई से नहीं।</w:t>
      </w:r>
    </w:p>
    <w:p>
      <w:r>
        <w:rPr>
          <w:b/>
        </w:rPr>
        <w:t xml:space="preserve">[07:04] </w:t>
      </w:r>
      <w:r>
        <w:t>uske liye quran mein lafz qatal aaya hai.</w:t>
      </w:r>
    </w:p>
    <w:p>
      <w:pPr>
        <w:jc w:val="right"/>
      </w:pPr>
      <w:r>
        <w:t>उसके लिए कुरान में लफ्ज कताल आया है।</w:t>
      </w:r>
    </w:p>
    <w:p>
      <w:r>
        <w:rPr>
          <w:b/>
        </w:rPr>
        <w:t xml:space="preserve">[07:07] </w:t>
      </w:r>
      <w:r>
        <w:t>qatal ke maane ladai hote hain.</w:t>
      </w:r>
    </w:p>
    <w:p>
      <w:pPr>
        <w:jc w:val="right"/>
      </w:pPr>
      <w:r>
        <w:t>कताल के माने लड़ाई होते हैं।</w:t>
      </w:r>
    </w:p>
    <w:p>
      <w:r>
        <w:rPr>
          <w:b/>
        </w:rPr>
        <w:t xml:space="preserve">[07:08] </w:t>
      </w:r>
      <w:r>
        <w:t>lekin islam mein qatal sirf</w:t>
      </w:r>
    </w:p>
    <w:p>
      <w:pPr>
        <w:jc w:val="right"/>
      </w:pPr>
      <w:r>
        <w:t>लेकिन इस्लाम में कताल सिर्फ</w:t>
      </w:r>
    </w:p>
    <w:p>
      <w:r>
        <w:rPr>
          <w:b/>
        </w:rPr>
        <w:t xml:space="preserve">[07:12] </w:t>
      </w:r>
      <w:r>
        <w:t>defense ke liye hai.</w:t>
      </w:r>
    </w:p>
    <w:p>
      <w:pPr>
        <w:jc w:val="right"/>
      </w:pPr>
      <w:r>
        <w:t>डिफेंस के लिए है।</w:t>
      </w:r>
    </w:p>
    <w:p>
      <w:r>
        <w:rPr>
          <w:b/>
        </w:rPr>
        <w:t xml:space="preserve">[07:13] </w:t>
      </w:r>
      <w:r>
        <w:t>Other than defense, other than defense, there is no war in Islam.</w:t>
      </w:r>
    </w:p>
    <w:p>
      <w:pPr>
        <w:jc w:val="right"/>
      </w:pPr>
      <w:r>
        <w:t>अदर द डिफेंस, अदर द डिफेंस, देर इज नो वार इन इस्लाम।</w:t>
      </w:r>
    </w:p>
    <w:p>
      <w:r>
        <w:rPr>
          <w:b/>
        </w:rPr>
        <w:t xml:space="preserve">[07:19] </w:t>
      </w:r>
      <w:r>
        <w:t>offensive war islam</w:t>
      </w:r>
    </w:p>
    <w:p>
      <w:pPr>
        <w:jc w:val="right"/>
      </w:pPr>
      <w:r>
        <w:t>ऑफेंसिव वार इस्लाम</w:t>
      </w:r>
    </w:p>
    <w:p>
      <w:r>
        <w:rPr>
          <w:b/>
        </w:rPr>
        <w:t xml:space="preserve">[07:21] </w:t>
      </w:r>
      <w:r>
        <w:t>mein bilkul hai hi nahi. offensive war islam mein nahi hai. aur gorilla war nahi hai. aur proxy war nahi. yeh sari war islam mein nahi hai. koi state agar qayam hai, us state par koi attack karta hai,</w:t>
      </w:r>
    </w:p>
    <w:p>
      <w:pPr>
        <w:jc w:val="right"/>
      </w:pPr>
      <w:r>
        <w:t>में बिल्कुल है ही नहीं। ऑफेंसिव वार इस्लाम में नहीं है। और गोरिला वार नहीं है। और प्रॉक्सी वार नहीं। यह सारी वार इस्लाम में नहीं है। कोई स्टेट अगर कायम है, उस स्टेट पर कोई अटैक करता है,</w:t>
      </w:r>
    </w:p>
    <w:p>
      <w:r>
        <w:rPr>
          <w:b/>
        </w:rPr>
        <w:t xml:space="preserve">[07:39] </w:t>
      </w:r>
      <w:r>
        <w:t>to in that situation state is allowed to go to war. otherwise not. bas itna hi matlab hai jihad ka.</w:t>
      </w:r>
    </w:p>
    <w:p>
      <w:pPr>
        <w:jc w:val="right"/>
      </w:pPr>
      <w:r>
        <w:t>तो इन दैट सिचुएशन स्टेट इज अलाउड टू गो टू वार। अदर वाइज नॉट। बस इतना ही मतलब है जिहाद का।</w:t>
      </w:r>
    </w:p>
    <w:p>
      <w:r>
        <w:rPr>
          <w:b/>
        </w:rPr>
        <w:t xml:space="preserve">[07:50] </w:t>
      </w:r>
      <w:r>
        <w:t>maulana, agla sawal lene se pehle ek comment padhna chahenge, jo maulana iqbal umri ne bheja hai chennai</w:t>
      </w:r>
    </w:p>
    <w:p>
      <w:pPr>
        <w:jc w:val="right"/>
      </w:pPr>
      <w:r>
        <w:t>मौलाना, अगला सवाल लेने से पहले एक कमेंट पढ़ना चाहेंगे, जो मौलाना इकबाल उमरी ने भेजा है चेन्नई</w:t>
      </w:r>
    </w:p>
    <w:p>
      <w:r>
        <w:rPr>
          <w:b/>
        </w:rPr>
        <w:t xml:space="preserve">[07:57] </w:t>
      </w:r>
      <w:r>
        <w:t>سے انہوں نے لکھا ہے، "مولانا، آج کا ٹاک آئی اوپنر تھا۔</w:t>
      </w:r>
    </w:p>
    <w:p>
      <w:pPr>
        <w:jc w:val="right"/>
      </w:pPr>
      <w:r>
        <w:t>से। उन्होंने लिखा है, "मौलाना, आज का टॉक आई ओपनर था।</w:t>
      </w:r>
    </w:p>
    <w:p>
      <w:r>
        <w:rPr>
          <w:b/>
        </w:rPr>
        <w:t xml:space="preserve">[08:04] </w:t>
      </w:r>
      <w:r>
        <w:t>aapne aakhri khair khwahi ki hai musalmanon ke saath, jabki koi musalman sachche dil se aapki khair khwahi</w:t>
      </w:r>
    </w:p>
    <w:p>
      <w:pPr>
        <w:jc w:val="right"/>
      </w:pPr>
      <w:r>
        <w:t>आपने आखिरी खैर ख्वाई की है मुसलमानों के साथ, जबकि कोई मुसलमान सच्चे दिल से आपकी खैर ख्वाई</w:t>
      </w:r>
    </w:p>
    <w:p>
      <w:r>
        <w:rPr>
          <w:b/>
        </w:rPr>
        <w:t xml:space="preserve">[08:12] </w:t>
      </w:r>
      <w:r>
        <w:t>ka etraf nahin karta.</w:t>
      </w:r>
    </w:p>
    <w:p>
      <w:pPr>
        <w:jc w:val="right"/>
      </w:pPr>
      <w:r>
        <w:t>का एतराफ नहीं करता।</w:t>
      </w:r>
    </w:p>
    <w:p>
      <w:r>
        <w:rPr>
          <w:b/>
        </w:rPr>
        <w:t xml:space="preserve">[08:15] </w:t>
      </w:r>
      <w:r>
        <w:t>jazakallah. maulana, allah mission walon ko mazeed hausla de aur allah ki madad par 100% yaqeen karen."</w:t>
      </w:r>
    </w:p>
    <w:p>
      <w:pPr>
        <w:jc w:val="right"/>
      </w:pPr>
      <w:r>
        <w:t>जजाकल्लाह। मौलाना, अल्लाह मिशन वालों को मजीद हौसला दे और अल्लाह की मदद पर 100% यकीन करें।"</w:t>
      </w:r>
    </w:p>
    <w:p>
      <w:r>
        <w:rPr>
          <w:b/>
        </w:rPr>
        <w:t xml:space="preserve">[08:27] </w:t>
      </w:r>
      <w:r>
        <w:t>maulana, agla sawal kashmir se hai. aamir jan sahab ne kiya hai. unhon ne likha hai, "we are living in a world of, we are living in a world where desires of a person increases with the time. when a person tests one desire, he develops a feeling of testing another desire,</w:t>
      </w:r>
    </w:p>
    <w:p>
      <w:pPr>
        <w:jc w:val="right"/>
      </w:pPr>
      <w:r>
        <w:t>मौलाना, अगला सवाल कश्मीर से है। आमिर जन साहब ने किया है। उन्होंने लिखा है, "वी आर लिविंग इन अ वर्ल्ड ऑफ, वी आर लिविंग इन अ वर्ल्ड वेर डिजायर्स ऑफ अ पर्सन इंक्रीजस विद द टाइम। व्हेन अ पर्सन टेस्ट्स वन डिजायर, ही डेवलप्स अ फीलिंग ऑफ टेस्टिंग अनदर डिजायर,</w:t>
      </w:r>
    </w:p>
    <w:p>
      <w:r>
        <w:rPr>
          <w:b/>
        </w:rPr>
        <w:t xml:space="preserve">[08:50] </w:t>
      </w:r>
      <w:r>
        <w:t>and it goes on. there is no end to to his desires. maulana, please guide us how to manage our desire."</w:t>
      </w:r>
    </w:p>
    <w:p>
      <w:pPr>
        <w:jc w:val="right"/>
      </w:pPr>
      <w:r>
        <w:t>एंड इट गोज ऑन। देयर इज नो एंड टू टू हिज डिजायर्स। मौलाना, प्लीज गाइड अस हाउ टू मैनेज आवर डिजायर।"</w:t>
      </w:r>
    </w:p>
    <w:p>
      <w:r>
        <w:rPr>
          <w:b/>
        </w:rPr>
        <w:t xml:space="preserve">[09:01] </w:t>
      </w:r>
      <w:r>
        <w:t>hamari aik kitab hai, uska naam hai "islami zindagi." us ko padhein, inshallah, us mein un ko poora jawab mil jayega. aur doosri cheez yeh hai ke "tasawwur quran," jo hamari kitab hai, quran ki commentary, us ko padhein.</w:t>
      </w:r>
    </w:p>
    <w:p>
      <w:pPr>
        <w:jc w:val="right"/>
      </w:pPr>
      <w:r>
        <w:t>हमारी एक किताब है, उसका नाम है "इस्लामी जिंदगी।" उसको पढ़ें, इंशाल्लाह, उसमें उनको पूरा जवाब मिल जाएगा। और दूसरी चीज यह है कि "तस्कुर कुरान," जो हमारी किताब है, कुरान की कमेंट्री, उसको पढ़ें।</w:t>
      </w:r>
    </w:p>
    <w:p>
      <w:r>
        <w:rPr>
          <w:b/>
        </w:rPr>
        <w:t xml:space="preserve">[09:22] </w:t>
      </w:r>
      <w:r>
        <w:t>baghair study ke in baaton ka islah nahi ho sakti. sirf sawal aur jawab se yeh baat clear nahi ho sakti. aap ko study karni padegi. to main do cheezon ko padhne ke liye kahunga: aik "islami zindagi," jo kitab hai, woh aur doosre "tasawwur quran," jo quran ki commentary hai.</w:t>
      </w:r>
    </w:p>
    <w:p>
      <w:pPr>
        <w:jc w:val="right"/>
      </w:pPr>
      <w:r>
        <w:t>बगैर स्टडी के इन बातों का इस्लाह नहीं हो सकती। सिर्फ सवाल और जवाब से यह बात क्लियर नहीं हो सकती। आपको स्टडी करनी पड़ेगी। तो मैं दो चीजों को पढ़ने के लिए कहूंगा: एक "इस्लामी जिंदगी," जो किताब है, वह और दूसरे "तस्कुर कुरान," जो कुरान की कमेंट्री है।</w:t>
      </w:r>
    </w:p>
    <w:p>
      <w:r>
        <w:rPr>
          <w:b/>
        </w:rPr>
        <w:t xml:space="preserve">[09:46] </w:t>
      </w:r>
      <w:r>
        <w:t>maulana, agla sawal delhi se kiya hai danish fazal sahab ne. unhon ne likha hai, "maulana, in one of the sunday lecture, the story of prophet yusuf, you mention about taqwa and sabr. maulana, please explain with an example, what is taqwa, how i can lead a life of taqwa,</w:t>
      </w:r>
    </w:p>
    <w:p>
      <w:pPr>
        <w:jc w:val="right"/>
      </w:pPr>
      <w:r>
        <w:t>मौलाना, अगला सवाल दिल्ली से किया है दानिश फजल साहब ने। उन्होंने लिखा है, "मौलाना, इन वन ऑफ द संडेज लेक्चर, द स्टोरी ऑफ प्रॉफेट यूसुफ, यू मेंशन अबाउट तकवा एंड सब्र। मौलाना, प्लीज एक्सप्लेन विद एन एग्जांपल, व्हाट इज तकवा, हाउ आई कैन लीड अ लाइफ ऑफ तकवा,</w:t>
      </w:r>
    </w:p>
    <w:p>
      <w:r>
        <w:rPr>
          <w:b/>
        </w:rPr>
        <w:t xml:space="preserve">[10:10] </w:t>
      </w:r>
      <w:r>
        <w:t>and also what is positive attitude, and how we can achieve positive attitude."</w:t>
      </w:r>
    </w:p>
    <w:p>
      <w:pPr>
        <w:jc w:val="right"/>
      </w:pPr>
      <w:r>
        <w:t>एंड आल्सो व्हाट इज पॉजिटिव एटीट्यूड, एंड हाउ वी कैन अचीव पॉजिटिव एटीट्यूड।"</w:t>
      </w:r>
    </w:p>
    <w:p>
      <w:r>
        <w:rPr>
          <w:b/>
        </w:rPr>
        <w:t xml:space="preserve">[10:17] </w:t>
      </w:r>
      <w:r>
        <w:t>main is par ab bohat zyada likh chuke hain. kitabon ko padhiye. maine bar bar kaha hai aap logon se ke kitab ko padh kar ke jo point us mein reh gaye, woh bataiye. ye general andaaz mein question mat kijiye. bohat zyada likh chuke hain hum. un kitabon ko padhiye aur padh kar ke bataiye ke wahan kaun si baat</w:t>
      </w:r>
    </w:p>
    <w:p>
      <w:pPr>
        <w:jc w:val="right"/>
      </w:pPr>
      <w:r>
        <w:t>मैं इस पर अब बहुत ज्यादा लिख चुके हैं। किताबों को पढ़िए। मैंने बार-बार कहा है आप लोगों से कि किताब को पढ़कर के जो पॉइंट उसमें रह गए, वह बताइए। य जनरल अंदाज में क्वेश्चन मत कीजिए। बहुत ज्यादा लिख चुके हैं हम। उन किताबों को पढ़िए और पढ़कर के बताइए कि वहां कौन सी बात</w:t>
      </w:r>
    </w:p>
    <w:p>
      <w:r>
        <w:rPr>
          <w:b/>
        </w:rPr>
        <w:t xml:space="preserve">[10:43] </w:t>
      </w:r>
      <w:r>
        <w:t>clear nahi hui hai. to us par inshallah main arz karunga.</w:t>
      </w:r>
    </w:p>
    <w:p>
      <w:pPr>
        <w:jc w:val="right"/>
      </w:pPr>
      <w:r>
        <w:t>क्लियर नहीं हुई है। तो उस पर इंशाल्लाह मैं आर्ज करूंगा।</w:t>
      </w:r>
    </w:p>
    <w:p>
      <w:r>
        <w:rPr>
          <w:b/>
        </w:rPr>
        <w:t xml:space="preserve">[10:50] </w:t>
      </w:r>
      <w:r>
        <w:t>maulana, agla sawal ahmad sahab ne kiya hai japan se. unhon ne likha hai,</w:t>
      </w:r>
    </w:p>
    <w:p>
      <w:pPr>
        <w:jc w:val="right"/>
      </w:pPr>
      <w:r>
        <w:t>मौलाना, अगला सवाल अहमद साहब ने किया है जापान से। उन्होंने लिखा है,</w:t>
      </w:r>
    </w:p>
    <w:p>
      <w:r>
        <w:rPr>
          <w:b/>
        </w:rPr>
        <w:t xml:space="preserve">[10:57] </w:t>
      </w:r>
      <w:r>
        <w:t>"quran talks about satan in serious ways, that it is, it is an open enemy of muslim. what does satan stands for in todays scientific literature, or is there any scientific evidence regarding the existence of satan in the modern age?</w:t>
      </w:r>
    </w:p>
    <w:p>
      <w:pPr>
        <w:jc w:val="right"/>
      </w:pPr>
      <w:r>
        <w:t>"कुरान टॉक्स अबाउट सैटर्न इन सीरियस वेज, दैट इट इज, इट इज एन ओपन एनिमी ऑफ मुस्लिम। व्हाट डज सैटर्न स्टैंड्स फॉर इन टुडेज साइंटिफिक लिटरेचर, और इज देयर एनी साइंटिफिक एविडेंस रिगार्डिंग द एक्जिस्टेंस ऑफ सैटर्न इन द मॉडर्न एज?</w:t>
      </w:r>
    </w:p>
    <w:p>
      <w:r>
        <w:rPr>
          <w:b/>
        </w:rPr>
        <w:t xml:space="preserve">[11:19] </w:t>
      </w:r>
      <w:r>
        <w:t>please comment." Kya matlab hai Satan's existence? Ji, Maulana, aaj ke daur par woh janna chahte hain. Bhai, daur jo hai,</w:t>
      </w:r>
    </w:p>
    <w:p>
      <w:pPr>
        <w:jc w:val="right"/>
      </w:pPr>
      <w:r>
        <w:t>प्लीज कमेंट।" क्या मतलब है सैटर्न का एक्जिस्टेंस? जी, मौलाना, आज के दौर पर वह जानना चाहते हैं। भाई, दौर जो है,</w:t>
      </w:r>
    </w:p>
    <w:p>
      <w:r>
        <w:rPr>
          <w:b/>
        </w:rPr>
        <w:t xml:space="preserve">[11:33] </w:t>
      </w:r>
      <w:r>
        <w:t>kis cheez ka existence aap science se, kya aap ki soul ka existence bata sakte hain? science se mind jo hai, mind ka existence bata sakte hain?</w:t>
      </w:r>
    </w:p>
    <w:p>
      <w:pPr>
        <w:jc w:val="right"/>
      </w:pPr>
      <w:r>
        <w:t>किस चीज का एक्जिस्टेंस आप साइंस से, क्या आपकी सोल का एक्जिस्टेंस बता सकते हैं? साइंस से माइंड जो है, माइंड का एक्जिस्टेंस बता सकते हैं?</w:t>
      </w:r>
    </w:p>
    <w:p>
      <w:r>
        <w:rPr>
          <w:b/>
        </w:rPr>
        <w:t xml:space="preserve">[11:42] </w:t>
      </w:r>
      <w:r>
        <w:t>science se</w:t>
      </w:r>
    </w:p>
    <w:p>
      <w:pPr>
        <w:jc w:val="right"/>
      </w:pPr>
      <w:r>
        <w:t>साइंस से</w:t>
      </w:r>
    </w:p>
    <w:p>
      <w:r>
        <w:rPr>
          <w:b/>
        </w:rPr>
        <w:t xml:space="preserve">[11:44] </w:t>
      </w:r>
      <w:r>
        <w:t>to science to jo, yaani jo cheezein measure ki jaati hain, jo observe ki jaati hain, usi ke baare mein statement deti hai. Lekin woh toh one person se bhi kam hai. Baaqi cheezein jo hain,</w:t>
      </w:r>
    </w:p>
    <w:p>
      <w:pPr>
        <w:jc w:val="right"/>
      </w:pPr>
      <w:r>
        <w:t>तो साइंस तो जो, यानी जो चीजें मेजर की आती हैं, जो ऑब्जर्व की आती हैं, उसी के बारे में स्टेटमेंट देती है। लेकिन वह तो वन पर्सन से भी कम है। बाकी चीजें जो हैं,</w:t>
      </w:r>
    </w:p>
    <w:p>
      <w:r>
        <w:rPr>
          <w:b/>
        </w:rPr>
        <w:t xml:space="preserve">[11:59] </w:t>
      </w:r>
      <w:r>
        <w:t>jo science ke, yaani telescope ya microscope se detect nahi hoti, woh toh bohat hi zyada hai. Usi mein se ek Saturn bhi hai. Main toh nahi bata ki ismein koi koi doubt hai.</w:t>
      </w:r>
    </w:p>
    <w:p>
      <w:pPr>
        <w:jc w:val="right"/>
      </w:pPr>
      <w:r>
        <w:t>जो साइंस के, यानी टेलीस्कोप या माइक्रोब से डिटेक्ट नहीं होती, वह तो बहुत ही ज्यादा है। उसी में से एक सैटर्न भी है। मैं तो नहीं बता कि इसमें कोई कोई डाउट है।</w:t>
      </w:r>
    </w:p>
    <w:p>
      <w:r>
        <w:rPr>
          <w:b/>
        </w:rPr>
        <w:t xml:space="preserve">[12:19] </w:t>
      </w:r>
      <w:r>
        <w:t>Science ne khud maan liya hai ki science gives us but a partial knowledge of reality. Jab sirf partial knowledge of reality de sakti hai science, toh aap kyun ummeed kar sakte hain ki woh har cheez ke baare mein bataye?</w:t>
      </w:r>
    </w:p>
    <w:p>
      <w:pPr>
        <w:jc w:val="right"/>
      </w:pPr>
      <w:r>
        <w:t>साइंस ने खुद मान लिया है कि साइंस गिव्स अस बट ए पार्शियल नॉलेज ऑफ रियलिटी। जब सिर्फ पार्शियल नॉलेज ऑफ रियलिटी दे सकती है साइंस, तो आप क्यों उम्मीद कर सकते हैं कि वह हर चीज के बारे में बताए?</w:t>
      </w:r>
    </w:p>
    <w:p>
      <w:r>
        <w:rPr>
          <w:b/>
        </w:rPr>
        <w:t xml:space="preserve">[12:36] </w:t>
      </w:r>
      <w:r>
        <w:t>Main samajhta hoon ki Satan ka existence jo hai, har aadmi apne aap ko lekar samajh sakta hai. Aap mehsoos karte hain ki baar baar aapko khud aisa hoga ki set aapke andar nafrat jaagti hai. Yeh nafrat kisne jagai?</w:t>
      </w:r>
    </w:p>
    <w:p>
      <w:pPr>
        <w:jc w:val="right"/>
      </w:pPr>
      <w:r>
        <w:t>मैं समझता हूं कि सैटर्न का एक्जिस्टेंस जो है, हर आदमी अपने आप को लेकर समझ सकता है। आप महसूस करते हैं कि बार-बार आपको खुद ऐसा होगा कि सेट आपके अंदर नफरत जागती है। यह नफरत किसने जगाई?</w:t>
      </w:r>
    </w:p>
    <w:p>
      <w:r>
        <w:rPr>
          <w:b/>
        </w:rPr>
        <w:t xml:space="preserve">[12:54] </w:t>
      </w:r>
      <w:r>
        <w:t>revenge jaagta hai. Yeh kisne jagaya? Aapko lagta hai lust aata hai. Woh kisne paida kiya? Negative thoughts aate hain. Woh kisne pa</w:t>
      </w:r>
    </w:p>
    <w:p>
      <w:pPr>
        <w:jc w:val="right"/>
      </w:pPr>
      <w:r>
        <w:t>रिवेंज जागता है। यह किसने जगाया? आपको लगता है लस्ट आता है। वह किसने पैदा किया? नेगेटिव थॉट आते हैं। वह किसने पै</w:t>
      </w:r>
    </w:p>
    <w:p>
      <w:r>
        <w:rPr>
          <w:b/>
        </w:rPr>
        <w:t xml:space="preserve">[13:03] </w:t>
      </w:r>
      <w:r>
        <w:t>ida kiya? Yeh that is inner internal evidence. Yeh jo, yeh jo aap har aadmi, har aadmi ka yeh tajurba hai, woh Saturn, Saturn ke existence ka internal evidence hai. Mujhe toh ismein kuch shak nahi hai,</w:t>
      </w:r>
    </w:p>
    <w:p>
      <w:pPr>
        <w:jc w:val="right"/>
      </w:pPr>
      <w:r>
        <w:t>दा किया? यह दैट इ इनर इंटरनल एविडेंस। यह जो, यह जो आप हर आदमी, हर आदमी का यह तजुर्बा है, वह सैटर्न, सैटर्न के एक्जिस्टेंस का इंटरनल एविडेंस है। मुझे तो इसमें कुछ शक नहीं है,</w:t>
      </w:r>
    </w:p>
    <w:p>
      <w:r>
        <w:rPr>
          <w:b/>
        </w:rPr>
        <w:t xml:space="preserve">[13:23] </w:t>
      </w:r>
      <w:r>
        <w:t>kyunki agar agar Saturn ko na maane, sab kaise aa gaya?</w:t>
      </w:r>
    </w:p>
    <w:p>
      <w:pPr>
        <w:jc w:val="right"/>
      </w:pPr>
      <w:r>
        <w:t>क्योंकि अगर अगर सैटर्न को ना माने, सब कैसे आ गया?</w:t>
      </w:r>
    </w:p>
    <w:p>
      <w:r>
        <w:rPr>
          <w:b/>
        </w:rPr>
        <w:t xml:space="preserve">[13:27] </w:t>
      </w:r>
      <w:r>
        <w:t>Ek evil, ek ek koi evil hai, Mr. Evil. Usko jab maaneinge ki koi Mr. Evil hai, tab in cheezon ka explain kar painge aap. Kyunki aap dekhiye, aadmi jab bachcha hota hai, chhota, toh uske andar kuch bhi aisa baat nahi hoti. Ek bachche ke andar na koi hate hai, na koi revenge hai, na koi violence hai, kuch bhi nahi. Toh bada hone ke baad kahan se aa gaya?</w:t>
      </w:r>
    </w:p>
    <w:p>
      <w:pPr>
        <w:jc w:val="right"/>
      </w:pPr>
      <w:r>
        <w:t>एक इविल, एक एक कोई इविल है, मिस्टर इविल। उसको जब मानेंगे कि कोई मिस्टर इविल है, तब इन चीजों का एक्सप्लेन कर पाएंगे आप। क्योंकि आप देखिए, आदमी जब बच्चा होता है, छोटा, तो उसके अंदर कुछ भी ऐसा बात नहीं होती। एक बच्चे के अंदर ना कोई हेट है, ना कोई रिवेंज है, ना कोई वायलेंस है, कुछ भी नहीं। तो बड़ा होने के बाद कहां से आ गया?</w:t>
      </w:r>
    </w:p>
    <w:p>
      <w:r>
        <w:rPr>
          <w:b/>
        </w:rPr>
        <w:t xml:space="preserve">[13:57] </w:t>
      </w:r>
      <w:r>
        <w:t>Yeh bachcha lekar paida nahi hua tha, toh yeh kahan se aa gaya? Toh ek Mr. Evil hai, koi woh humko bakata hai. Usi ka naam Satan hai.</w:t>
      </w:r>
    </w:p>
    <w:p>
      <w:pPr>
        <w:jc w:val="right"/>
      </w:pPr>
      <w:r>
        <w:t>यह बच्चा लेकर पैदा नहीं हुआ था, तो यह कहां से आ गया? तो एक मिस्टर इविल है, कोई वह हमको बकाता है। उसी का नाम सैटर्न है।</w:t>
      </w:r>
    </w:p>
    <w:p>
      <w:r>
        <w:rPr>
          <w:b/>
        </w:rPr>
        <w:t xml:space="preserve">[14:10] </w:t>
      </w:r>
      <w:r>
        <w:t>maulana, unka ek aur sawal hai.</w:t>
      </w:r>
    </w:p>
    <w:p>
      <w:pPr>
        <w:jc w:val="right"/>
      </w:pPr>
      <w:r>
        <w:t>मौलाना, उनका एक और सवाल है।</w:t>
      </w:r>
    </w:p>
    <w:p>
      <w:r>
        <w:rPr>
          <w:b/>
        </w:rPr>
        <w:t xml:space="preserve">[14:12] </w:t>
      </w:r>
      <w:r>
        <w:t>उन्होंने लिखा है, "Some people seem to have prejudice about Arabic Quran and Arabic Prophet."</w:t>
      </w:r>
    </w:p>
    <w:p>
      <w:pPr>
        <w:jc w:val="right"/>
      </w:pPr>
      <w:r>
        <w:t>उन्होंने लिखा है, "सम पीपल सीम टू हैव प्रेजुड अबाउट अरेबिक कुरान एंड अरेबिक प्रॉफिट।</w:t>
      </w:r>
    </w:p>
    <w:p>
      <w:r>
        <w:rPr>
          <w:b/>
        </w:rPr>
        <w:t xml:space="preserve">[14:20] </w:t>
      </w:r>
      <w:r>
        <w:t>Some have argued with me in this way, that Middle East is a region where all known prophets</w:t>
      </w:r>
    </w:p>
    <w:p>
      <w:pPr>
        <w:jc w:val="right"/>
      </w:pPr>
      <w:r>
        <w:t>सम हैव आर्गुड विद मी इन दिस वे, दैट मिडिल ईस्ट इज अ रीजन वेर ऑल नोन प्रॉफिट्स</w:t>
      </w:r>
    </w:p>
    <w:p>
      <w:r>
        <w:rPr>
          <w:b/>
        </w:rPr>
        <w:t xml:space="preserve">[14:27] </w:t>
      </w:r>
      <w:r>
        <w:t>came. So it seems as if it's in their genes to follow prophets and prophets emerging out of</w:t>
      </w:r>
    </w:p>
    <w:p>
      <w:pPr>
        <w:jc w:val="right"/>
      </w:pPr>
      <w:r>
        <w:t>केम। सो इट सीम्स एज इफ इट्स इन देयर जींस टू फॉलो प्रॉफिट्स एंड प्रॉफिट्स इमर्जिंग आउट ऑफ</w:t>
      </w:r>
    </w:p>
    <w:p>
      <w:r>
        <w:rPr>
          <w:b/>
        </w:rPr>
        <w:t xml:space="preserve">[14:35] </w:t>
      </w:r>
      <w:r>
        <w:t>that reason. But why is it that they want other reasons to follow them as learning and understanding</w:t>
      </w:r>
    </w:p>
    <w:p>
      <w:pPr>
        <w:jc w:val="right"/>
      </w:pPr>
      <w:r>
        <w:t>दैट रीजन। बट व्हाई इज इट दैट दे वांट अदर रीजंस टू फॉलो देम एज लर्निंग एंड अंडरस्टैंडिंग</w:t>
      </w:r>
    </w:p>
    <w:p>
      <w:r>
        <w:rPr>
          <w:b/>
        </w:rPr>
        <w:t xml:space="preserve">[14:43] </w:t>
      </w:r>
      <w:r>
        <w:t>arabic quran?</w:t>
      </w:r>
    </w:p>
    <w:p>
      <w:pPr>
        <w:jc w:val="right"/>
      </w:pPr>
      <w:r>
        <w:t>अरेबिक कुरान?</w:t>
      </w:r>
    </w:p>
    <w:p>
      <w:r>
        <w:rPr>
          <w:b/>
        </w:rPr>
        <w:t xml:space="preserve">[14:45] </w:t>
      </w:r>
      <w:r>
        <w:t>Promotion of Arabic Quran means bringing the world under the sway of Arabic nationalism. Maulana, what is your comment on this?" Dekhiye, yeh sab isko kehte hain table talk. Aap is tarah ko sochte hain. Aap sochte hain ki mera purpose of life kya hai?</w:t>
      </w:r>
    </w:p>
    <w:p>
      <w:pPr>
        <w:jc w:val="right"/>
      </w:pPr>
      <w:r>
        <w:t>प्रमोशन ऑफ अरेबिक कुरान मींस ब्रिंगिंग द वर्ल्ड अंडर द स्वे ऑफ अरेबिक नेशनलिज्म। मौलाना, व्हाट इज योर कमेंट ऑन दिस?" देखिए, यह सब इसको कहते हैं टेबल टॉक। आप इस तरह को सोचते हैं। आप सोचते हैं कि मेरा पर्पस ऑफ लाइफ क्या है?</w:t>
      </w:r>
    </w:p>
    <w:p>
      <w:r>
        <w:rPr>
          <w:b/>
        </w:rPr>
        <w:t xml:space="preserve">[15:04] </w:t>
      </w:r>
      <w:r>
        <w:t>Main kyun paida hua? Post death kya hai? Pre death q</w:t>
      </w:r>
    </w:p>
    <w:p>
      <w:pPr>
        <w:jc w:val="right"/>
      </w:pPr>
      <w:r>
        <w:t>मैं क्यों पैदा हुआ? पोस्ट डेथ क्या है? प्री डेथ क</w:t>
      </w:r>
    </w:p>
    <w:p>
      <w:r>
        <w:rPr>
          <w:b/>
        </w:rPr>
        <w:t xml:space="preserve">[15:10] </w:t>
      </w:r>
      <w:r>
        <w:t>ya hai? Yeh sab jo question hai, usko jaanane ki koshish karenge, tab aapko samajh mein aayega iski ahmiyat kya hai. Yeh sab irrelevant, irrelevant question. Irrelevant, yeh sab, yeh sab relevant question nahi hai. Relevant question toh yeh hai ki main apne baare mein jaanoon. Toh jab main jaanane ki koshish karta hoon, toh mujhe lagta hai ki sirf Qurani mein iska jawab hai aur kahin iska jawab hi nahi.</w:t>
      </w:r>
    </w:p>
    <w:p>
      <w:pPr>
        <w:jc w:val="right"/>
      </w:pPr>
      <w:r>
        <w:t>्या है? यह सब जो क्वेश्चन है, उसको जानने की कोशिश करेंगे, तब आपको समझ में आएगा इसकी अहमियत क्या है। यह सब इरेलेवेंट, इरेलेवेंट क्वेश्चन। इरेलेवेंट, य सब, य सब रेलेवेंट क्वेश्चन नहीं है। रेलेवेंट क्वेश्चन तो यह है कि मैं अपने बारे में जानूं। तो जब मैं जानने की कोशिश करता हूं, तो मुझे लगता है कि सिर्फ कुरानी में इसका जवाब है और कहीं इसका जवाब ही नहीं।</w:t>
      </w:r>
    </w:p>
    <w:p>
      <w:r>
        <w:rPr>
          <w:b/>
        </w:rPr>
        <w:t xml:space="preserve">[15:36] </w:t>
      </w:r>
      <w:r>
        <w:t>Yeh Khuda ne, yaani Quran mein toh bataya ki har jagah Khuda bhejhe apne paighambar, lekin history mein toh kisi paighambar ka record hi nahi hai. Rasoolullah sallallahu alaihi wasallam ke siwa kisi paighambar ka history mein koi record hi nahi hai. Toh aap kaise keh sakte hain ki woh doosre jo hum paighambar nahi aaye?</w:t>
      </w:r>
    </w:p>
    <w:p>
      <w:pPr>
        <w:jc w:val="right"/>
      </w:pPr>
      <w:r>
        <w:t>यह खुदा ने, यानी कुरान में तो बताया कि हर जगह खुदा भेजे अपने पैगंबर, लेकिन हिस्ट्री में तो किसी पैगंबर का रिकॉर्ड ही नहीं है। रसूलल्लाह सल्लल्लाहु अलैहि वसल्लम के सिवा किसी पैगंबर का हिस्ट्री में कोई रिकॉर्ड ही नहीं है। तो आप कैसे कह सकते हैं कि वो दूसरे जो हम पैगंबर नहीं आए?</w:t>
      </w:r>
    </w:p>
    <w:p>
      <w:r>
        <w:rPr>
          <w:b/>
        </w:rPr>
        <w:t xml:space="preserve">[15:58] </w:t>
      </w:r>
      <w:r>
        <w:t>Jabki aap jaante hain ki Jesus Christ, jo qareebi zamane ke paighambar hain, unke baare mein likha hai but sir ne ki historically it is called doubtful whether Christ ever existed at all. Toh history ne jab record hi nahi kiya hai paighambaron ko, toh aap kaise keh sakte hain ki paighambar wahin aaye aur nahi kahin aaye?</w:t>
      </w:r>
    </w:p>
    <w:p>
      <w:pPr>
        <w:jc w:val="right"/>
      </w:pPr>
      <w:r>
        <w:t>जबकि आप जानते हैं कि जीसस क्राइस्ट, जो करीबी जमाने के पैगंबर हैं, उनके बारे में लिखा है बट सर ने कि हिस्टोरिकली इट इज कॉल्ड डाउटफुल वेदर क्राइस्ट एवर एक्जिस्टेड एट ऑल। तो हिस्ट्री ने जब रिकॉर्ड ही नहीं किया है पैगंबरों को, तो आप कैसे कह सकते हैं कि पैगंबर वहीं आए और नहीं कहीं आए?</w:t>
      </w:r>
    </w:p>
    <w:p>
      <w:r>
        <w:rPr>
          <w:b/>
        </w:rPr>
        <w:t xml:space="preserve">[16:21] </w:t>
      </w:r>
      <w:r>
        <w:t>Kis basis ke, yaani, yaani kis basis par aap keh sakte hain aisa?</w:t>
      </w:r>
    </w:p>
    <w:p>
      <w:pPr>
        <w:jc w:val="right"/>
      </w:pPr>
      <w:r>
        <w:t>किस वृत्त के, यानी, यानी किस बेस पर आप कह सकते हैं ऐसा?</w:t>
      </w:r>
    </w:p>
    <w:p>
      <w:r>
        <w:rPr>
          <w:b/>
        </w:rPr>
        <w:t xml:space="preserve">[16:26] </w:t>
      </w:r>
      <w:r>
        <w:t>Jab history mein record nahi hai, toh aapke paas yeh kehne ke liye koi basis nahi hai. Ho sakta hai ki har jagah paighambar aaye ho, lekin kyunki history mein record nahi hua, isliye aap jaante nahi unko.</w:t>
      </w:r>
    </w:p>
    <w:p>
      <w:pPr>
        <w:jc w:val="right"/>
      </w:pPr>
      <w:r>
        <w:t>जब हिस्ट्री में रिकॉर्ड नहीं है, तो आपके पास यह कहने के लिए कोई बेस नहीं है। हो सकता है कि हर जगह पैगंबर आए हो, लेकिन क्योंकि हिस्ट्री में रिकॉर्ड नहीं हुआ, इसलिए आप जानते नहीं उनको।</w:t>
      </w:r>
    </w:p>
    <w:p>
      <w:r>
        <w:rPr>
          <w:b/>
        </w:rPr>
        <w:t xml:space="preserve">[16:39] </w:t>
      </w:r>
      <w:r>
        <w:t>isko yaad rakhiye ki jitne paigambar aaye hain, unmein ek hi paigambar hai jisko historical purash rashi de,</w:t>
      </w:r>
    </w:p>
    <w:p>
      <w:pPr>
        <w:jc w:val="right"/>
      </w:pPr>
      <w:r>
        <w:t>इसको याद रखिए कि जितने पैगंबर आए हैं, उनमें एक ही पैगंबर है जिसको हिस्टोरिकल पुरुष राशि दे,</w:t>
      </w:r>
    </w:p>
    <w:p>
      <w:r>
        <w:rPr>
          <w:b/>
        </w:rPr>
        <w:t xml:space="preserve">[16:45] </w:t>
      </w:r>
      <w:r>
        <w:t>woh mohammad sallallahu alaihi wasallam.</w:t>
      </w:r>
    </w:p>
    <w:p>
      <w:pPr>
        <w:jc w:val="right"/>
      </w:pPr>
      <w:r>
        <w:t>वह मोहम्मद सल्लल्लाहु अलैहि वसल्लम।</w:t>
      </w:r>
    </w:p>
    <w:p>
      <w:r>
        <w:rPr>
          <w:b/>
        </w:rPr>
        <w:t xml:space="preserve">[16:48] </w:t>
      </w:r>
      <w:r>
        <w:t>आपके बारे में एक लिखा है, एक एक स्कॉलर ने कि Muhammad was born within a full</w:t>
      </w:r>
    </w:p>
    <w:p>
      <w:pPr>
        <w:jc w:val="right"/>
      </w:pPr>
      <w:r>
        <w:t>आपके बारे में एक लिखा है, एक एक स्कॉलर ने कि मोहम्मद वाज बर्न विद इन अ फुल</w:t>
      </w:r>
    </w:p>
    <w:p>
      <w:r>
        <w:rPr>
          <w:b/>
        </w:rPr>
        <w:t xml:space="preserve">[16:55] </w:t>
      </w:r>
      <w:r>
        <w:t>out of history.</w:t>
      </w:r>
    </w:p>
    <w:p>
      <w:pPr>
        <w:jc w:val="right"/>
      </w:pPr>
      <w:r>
        <w:t>आइट ऑफ हिस्ट्री।</w:t>
      </w:r>
    </w:p>
    <w:p>
      <w:r>
        <w:rPr>
          <w:b/>
        </w:rPr>
        <w:t xml:space="preserve">[16:57] </w:t>
      </w:r>
      <w:r>
        <w:t>to yeh ek exception tha.</w:t>
      </w:r>
    </w:p>
    <w:p>
      <w:pPr>
        <w:jc w:val="right"/>
      </w:pPr>
      <w:r>
        <w:t>तो यह एक एक्सेप्शन था।</w:t>
      </w:r>
    </w:p>
    <w:p>
      <w:r>
        <w:rPr>
          <w:b/>
        </w:rPr>
        <w:t xml:space="preserve">[16:59] </w:t>
      </w:r>
      <w:r>
        <w:t>to sawal hai ki history se to aap jante hain</w:t>
      </w:r>
    </w:p>
    <w:p>
      <w:pPr>
        <w:jc w:val="right"/>
      </w:pPr>
      <w:r>
        <w:t>तो सवाल है कि हिस्ट्री से तो आप जानते हैं</w:t>
      </w:r>
    </w:p>
    <w:p>
      <w:r>
        <w:rPr>
          <w:b/>
        </w:rPr>
        <w:t xml:space="preserve">[17:04] </w:t>
      </w:r>
      <w:r>
        <w:t>paigambaron ke bare mein aur history mein record hi nahin hai.</w:t>
      </w:r>
    </w:p>
    <w:p>
      <w:pPr>
        <w:jc w:val="right"/>
      </w:pPr>
      <w:r>
        <w:t>पैगंबरों के बारे में और हिस्ट्री में रिकॉर्ड ही नहीं है।</w:t>
      </w:r>
    </w:p>
    <w:p>
      <w:r>
        <w:rPr>
          <w:b/>
        </w:rPr>
        <w:t xml:space="preserve">[17:07] </w:t>
      </w:r>
      <w:r>
        <w:t>to kis base par aap kahenge ki doosre jagah paigambar nahin aaye?</w:t>
      </w:r>
    </w:p>
    <w:p>
      <w:pPr>
        <w:jc w:val="right"/>
      </w:pPr>
      <w:r>
        <w:t>तो किस बेस पर आप कहेंगे कि दूसरे जगह पैगंबर नहीं आए?</w:t>
      </w:r>
    </w:p>
    <w:p>
      <w:r>
        <w:rPr>
          <w:b/>
        </w:rPr>
        <w:t xml:space="preserve">[17:12] </w:t>
      </w:r>
      <w:r>
        <w:t>Toh bal, yeh iski, yaani, yeh yeh koi koi scientific question nahi. Maine dekhiye,</w:t>
      </w:r>
    </w:p>
    <w:p>
      <w:pPr>
        <w:jc w:val="right"/>
      </w:pPr>
      <w:r>
        <w:t>तो बल, यह इसकी, यानी, यह यह कोई कोई साइंटिफिक क्वेश्चन नहीं। मैंने देखिए,</w:t>
      </w:r>
    </w:p>
    <w:p>
      <w:r>
        <w:rPr>
          <w:b/>
        </w:rPr>
        <w:t xml:space="preserve">[17:23] </w:t>
      </w:r>
      <w:r>
        <w:t>maulana, agla sawal lete hain jo pakistan se bheja hai abdul latif sahab ne.</w:t>
      </w:r>
    </w:p>
    <w:p>
      <w:pPr>
        <w:jc w:val="right"/>
      </w:pPr>
      <w:r>
        <w:t>मौलाना, अगला सवाल लेते हैं जो पाकिस्तान से भेजा है अब्दुल लतीफ साहब ने।</w:t>
      </w:r>
    </w:p>
    <w:p>
      <w:r>
        <w:rPr>
          <w:b/>
        </w:rPr>
        <w:t xml:space="preserve">[17:29] </w:t>
      </w:r>
      <w:r>
        <w:t>unhone likha hai,</w:t>
      </w:r>
    </w:p>
    <w:p>
      <w:pPr>
        <w:jc w:val="right"/>
      </w:pPr>
      <w:r>
        <w:t>उन्होंने लिखा है,</w:t>
      </w:r>
    </w:p>
    <w:p>
      <w:r>
        <w:rPr>
          <w:b/>
        </w:rPr>
        <w:t xml:space="preserve">[17:31] </w:t>
      </w:r>
      <w:r>
        <w:t>ek shakhs apni azadi ka galat istemal karke hamein gussa dilata hai, to hamein gussa nahi hona chahiye,</w:t>
      </w:r>
    </w:p>
    <w:p>
      <w:pPr>
        <w:jc w:val="right"/>
      </w:pPr>
      <w:r>
        <w:t>"एक शख्स अपनी आजादी का गलत इस्तेमाल करके हमें गुस्सा दिलाता है, तो हमें गुस्सा नहीं होना चाहिए,</w:t>
      </w:r>
    </w:p>
    <w:p>
      <w:r>
        <w:rPr>
          <w:b/>
        </w:rPr>
        <w:t xml:space="preserve">[17:40] </w:t>
      </w:r>
      <w:r>
        <w:t>kyunki uska hamein gussa dilana allah ke takleefi mansoobe ke bina par hai.</w:t>
      </w:r>
    </w:p>
    <w:p>
      <w:pPr>
        <w:jc w:val="right"/>
      </w:pPr>
      <w:r>
        <w:t>क्योंकि उसका हमें गुस्सा दिलाना अल्लाह के तकलीफी मंसूबे के बिना पर है।</w:t>
      </w:r>
    </w:p>
    <w:p>
      <w:r>
        <w:rPr>
          <w:b/>
        </w:rPr>
        <w:t xml:space="preserve">[17:46] </w:t>
      </w:r>
      <w:r>
        <w:t>lekin rasool allah sallallahu alaihi wasallam basa auqat gussa ho jate the.</w:t>
      </w:r>
    </w:p>
    <w:p>
      <w:pPr>
        <w:jc w:val="right"/>
      </w:pPr>
      <w:r>
        <w:t>लेकिन रसूल अल्लाह सल्लल्लाहु अलैहि वसल्लम बसा औकात गुस्सा हो जाते थे।</w:t>
      </w:r>
    </w:p>
    <w:p>
      <w:r>
        <w:rPr>
          <w:b/>
        </w:rPr>
        <w:t xml:space="preserve">[17:54] </w:t>
      </w:r>
      <w:r>
        <w:t>to aapki is amal ki tauji ka hum kya karein</w:t>
      </w:r>
    </w:p>
    <w:p>
      <w:pPr>
        <w:jc w:val="right"/>
      </w:pPr>
      <w:r>
        <w:t>तो आपकी इस अमल की तौजी का हम क्या करें</w:t>
      </w:r>
    </w:p>
    <w:p>
      <w:r>
        <w:rPr>
          <w:b/>
        </w:rPr>
        <w:t xml:space="preserve">[17:58] </w:t>
      </w:r>
      <w:r>
        <w:t>ge?" dekhiye, rasoolullah ka jo gussa hota tha, apni zaat ke liye hi hota tha.</w:t>
      </w:r>
    </w:p>
    <w:p>
      <w:pPr>
        <w:jc w:val="right"/>
      </w:pPr>
      <w:r>
        <w:t>गे?" देखिए, रसूलल्लाह का जो गुस्सा होता था, अपनी जात के लिए ही होता था।</w:t>
      </w:r>
    </w:p>
    <w:p>
      <w:r>
        <w:rPr>
          <w:b/>
        </w:rPr>
        <w:t xml:space="preserve">[18:03] </w:t>
      </w:r>
      <w:r>
        <w:t>yeh hadis mein aaya hai, woh principal par hota tha.</w:t>
      </w:r>
    </w:p>
    <w:p>
      <w:pPr>
        <w:jc w:val="right"/>
      </w:pPr>
      <w:r>
        <w:t>यह हदीस में आया है, वह प्रिंसिपल पर होता था।</w:t>
      </w:r>
    </w:p>
    <w:p>
      <w:r>
        <w:rPr>
          <w:b/>
        </w:rPr>
        <w:t xml:space="preserve">[18:07] </w:t>
      </w:r>
      <w:r>
        <w:t>woh wo gussa hakat mein wahi hai jisko main kehta hoon language of hammering.</w:t>
      </w:r>
    </w:p>
    <w:p>
      <w:pPr>
        <w:jc w:val="right"/>
      </w:pPr>
      <w:r>
        <w:t>वह वो गुस्सा हकत में वही है जिसको मैं कहता हूं लैंग्वेज ऑफ हैमरिंग।</w:t>
      </w:r>
    </w:p>
    <w:p>
      <w:r>
        <w:rPr>
          <w:b/>
        </w:rPr>
        <w:t xml:space="preserve">[18:13] </w:t>
      </w:r>
      <w:r>
        <w:t>usko gussa mat kahiye.</w:t>
      </w:r>
    </w:p>
    <w:p>
      <w:pPr>
        <w:jc w:val="right"/>
      </w:pPr>
      <w:r>
        <w:t>उसको गुस्सा मत कहिए।</w:t>
      </w:r>
    </w:p>
    <w:p>
      <w:r>
        <w:rPr>
          <w:b/>
        </w:rPr>
        <w:t xml:space="preserve">[18:16] </w:t>
      </w:r>
      <w:r>
        <w:t>yaani, jaise aaj main bola hoon, main yeh yeh koi keh sakta hai ki aap gusse mein bole,</w:t>
      </w:r>
    </w:p>
    <w:p>
      <w:pPr>
        <w:jc w:val="right"/>
      </w:pPr>
      <w:r>
        <w:t>यानी, जैसे आज मैं बोला हूं, मैं यह यह कोई कह सकता है कि आप गुस्से में बोले,</w:t>
      </w:r>
    </w:p>
    <w:p>
      <w:r>
        <w:rPr>
          <w:b/>
        </w:rPr>
        <w:t xml:space="preserve">[18:21] </w:t>
      </w:r>
      <w:r>
        <w:t>gussa nahi bole.</w:t>
      </w:r>
    </w:p>
    <w:p>
      <w:pPr>
        <w:jc w:val="right"/>
      </w:pPr>
      <w:r>
        <w:t>गुस्सा नहीं बोले।</w:t>
      </w:r>
    </w:p>
    <w:p>
      <w:r>
        <w:rPr>
          <w:b/>
        </w:rPr>
        <w:t xml:space="preserve">[18:22] </w:t>
      </w:r>
      <w:r>
        <w:t>وہ لینگویج، that was language of hammering.</w:t>
      </w:r>
    </w:p>
    <w:p>
      <w:pPr>
        <w:jc w:val="right"/>
      </w:pPr>
      <w:r>
        <w:t>वो लैंग्वेज, दैट वाज लैंग्वेज ऑफ हैमरिंग।</w:t>
      </w:r>
    </w:p>
    <w:p>
      <w:r>
        <w:rPr>
          <w:b/>
        </w:rPr>
        <w:t xml:space="preserve">[18:25] </w:t>
      </w:r>
      <w:r>
        <w:t>to rasoolullah is tarah bolte the.</w:t>
      </w:r>
    </w:p>
    <w:p>
      <w:pPr>
        <w:jc w:val="right"/>
      </w:pPr>
      <w:r>
        <w:t>तो रसूलल्लाह इस तरह बोलते थे।</w:t>
      </w:r>
    </w:p>
    <w:p>
      <w:r>
        <w:rPr>
          <w:b/>
        </w:rPr>
        <w:t xml:space="preserve">[18:27] </w:t>
      </w:r>
      <w:r>
        <w:t>aata tha ita takzab.</w:t>
      </w:r>
    </w:p>
    <w:p>
      <w:pPr>
        <w:jc w:val="right"/>
      </w:pPr>
      <w:r>
        <w:t>आता था इता तकजब।</w:t>
      </w:r>
    </w:p>
    <w:p>
      <w:r>
        <w:rPr>
          <w:b/>
        </w:rPr>
        <w:t xml:space="preserve">[18:31] </w:t>
      </w:r>
      <w:r>
        <w:t>yumar tana. hadis mein aata hai ki k mujar jash is tarah bolte the aap kisi se ki</w:t>
      </w:r>
    </w:p>
    <w:p>
      <w:pPr>
        <w:jc w:val="right"/>
      </w:pPr>
      <w:r>
        <w:t>यमर तना। हदीस में आता है कि क मुजर जश इस तरह बोलते थे आप किसी से कि</w:t>
      </w:r>
    </w:p>
    <w:p>
      <w:r>
        <w:rPr>
          <w:b/>
        </w:rPr>
        <w:t xml:space="preserve">[18:38] </w:t>
      </w:r>
      <w:r>
        <w:t>koi fauj hamla karne wali, uski khabar de rahe ho aap.</w:t>
      </w:r>
    </w:p>
    <w:p>
      <w:pPr>
        <w:jc w:val="right"/>
      </w:pPr>
      <w:r>
        <w:t>कोई फौज हमला करने वाली, उसकी खबर दे रहे हो आप।</w:t>
      </w:r>
    </w:p>
    <w:p>
      <w:r>
        <w:rPr>
          <w:b/>
        </w:rPr>
        <w:t xml:space="preserve">[18:43] </w:t>
      </w:r>
      <w:r>
        <w:t>to</w:t>
      </w:r>
    </w:p>
    <w:p>
      <w:pPr>
        <w:jc w:val="right"/>
      </w:pPr>
      <w:r>
        <w:t>तो</w:t>
      </w:r>
    </w:p>
    <w:p>
      <w:r>
        <w:rPr>
          <w:b/>
        </w:rPr>
        <w:t xml:space="preserve">[18:43] </w:t>
      </w:r>
      <w:r>
        <w:t>rasoolullah ka jo gazab hota tha, usi bare mein hota tha.</w:t>
      </w:r>
    </w:p>
    <w:p>
      <w:pPr>
        <w:jc w:val="right"/>
      </w:pPr>
      <w:r>
        <w:t>रसूलल्लाह का जो गजब होता था, उसी बारे में होता था।</w:t>
      </w:r>
    </w:p>
    <w:p>
      <w:r>
        <w:rPr>
          <w:b/>
        </w:rPr>
        <w:t xml:space="preserve">[18:47] </w:t>
      </w:r>
      <w:r>
        <w:t>aaj main bola hoon, isi tarah ka hota tha.</w:t>
      </w:r>
    </w:p>
    <w:p>
      <w:pPr>
        <w:jc w:val="right"/>
      </w:pPr>
      <w:r>
        <w:t>आज मैं बोला हूं, इसी तरह का होता था।</w:t>
      </w:r>
    </w:p>
    <w:p>
      <w:r>
        <w:rPr>
          <w:b/>
        </w:rPr>
        <w:t xml:space="preserve">[18:51] </w:t>
      </w:r>
      <w:r>
        <w:t>is shiddat, yaani shiddat kalam.</w:t>
      </w:r>
    </w:p>
    <w:p>
      <w:pPr>
        <w:jc w:val="right"/>
      </w:pPr>
      <w:r>
        <w:t>इस शिद्दत, यानी शिद्दत कलाम।</w:t>
      </w:r>
    </w:p>
    <w:p>
      <w:r>
        <w:rPr>
          <w:b/>
        </w:rPr>
        <w:t xml:space="preserve">[18:56] </w:t>
      </w:r>
      <w:r>
        <w:t>jab aap, jab aap bahut zyada mehsoos karein kisi baat ko, to aapke andar shiddat aa jayegi.</w:t>
      </w:r>
    </w:p>
    <w:p>
      <w:pPr>
        <w:jc w:val="right"/>
      </w:pPr>
      <w:r>
        <w:t>जब आप, जब आप बहुत ज्यादा महसूस करें किसी बात को, तो आपके अंदर शिद्दत आ जाएगी।</w:t>
      </w:r>
    </w:p>
    <w:p>
      <w:r>
        <w:rPr>
          <w:b/>
        </w:rPr>
        <w:t xml:space="preserve">[19:01] </w:t>
      </w:r>
      <w:r>
        <w:t>usi ko aap log kahenge, sahab, gusse mein bole.</w:t>
      </w:r>
    </w:p>
    <w:p>
      <w:pPr>
        <w:jc w:val="right"/>
      </w:pPr>
      <w:r>
        <w:t>उसी को आप लोग कहेंगे, साहब, गुस्से में बोले।</w:t>
      </w:r>
    </w:p>
    <w:p>
      <w:r>
        <w:rPr>
          <w:b/>
        </w:rPr>
        <w:t xml:space="preserve">[19:04] </w:t>
      </w:r>
      <w:r>
        <w:t>main jo kuch bola, aaj gusse mein nahi bola hoon.</w:t>
      </w:r>
    </w:p>
    <w:p>
      <w:pPr>
        <w:jc w:val="right"/>
      </w:pPr>
      <w:r>
        <w:t>मैं जो कुछ बोला, आज गुस्से में नहीं बोला हूं।</w:t>
      </w:r>
    </w:p>
    <w:p>
      <w:r>
        <w:rPr>
          <w:b/>
        </w:rPr>
        <w:t xml:space="preserve">[19:07] </w:t>
      </w:r>
      <w:r>
        <w:t>main is shiddat ehsaas tha jo ubal pada.</w:t>
      </w:r>
    </w:p>
    <w:p>
      <w:pPr>
        <w:jc w:val="right"/>
      </w:pPr>
      <w:r>
        <w:t>मैं इस शिद्दत एहसास था जो उबल पड़ा।</w:t>
      </w:r>
    </w:p>
    <w:p>
      <w:r>
        <w:rPr>
          <w:b/>
        </w:rPr>
        <w:t xml:space="preserve">[19:12] </w:t>
      </w:r>
      <w:r>
        <w:t>yaad rakhiye, rasoolullah ke bare mein jo gazab ka lafz aata hai, woh shiddat izhaar ke maane mein</w:t>
      </w:r>
    </w:p>
    <w:p>
      <w:pPr>
        <w:jc w:val="right"/>
      </w:pPr>
      <w:r>
        <w:t>याद रखिए, रसूलल्लाह के बारे में जो गजब का लफ्ज आता है, वह शिद्दत इजहार के माने में</w:t>
      </w:r>
    </w:p>
    <w:p>
      <w:r>
        <w:rPr>
          <w:b/>
        </w:rPr>
        <w:t xml:space="preserve">[19:17] </w:t>
      </w:r>
      <w:r>
        <w:t>hai. woh shiddat izhaar.</w:t>
      </w:r>
    </w:p>
    <w:p>
      <w:pPr>
        <w:jc w:val="right"/>
      </w:pPr>
      <w:r>
        <w:t>है। वह शिद्दत इजहार।</w:t>
      </w:r>
    </w:p>
    <w:p>
      <w:r>
        <w:rPr>
          <w:b/>
        </w:rPr>
        <w:t xml:space="preserve">[19:21] </w:t>
      </w:r>
      <w:r>
        <w:t>aur aaj main bola hoon, wahi mera mamla tha ki maine jo bola hoon, woh woh shiddat izhaar</w:t>
      </w:r>
    </w:p>
    <w:p>
      <w:pPr>
        <w:jc w:val="right"/>
      </w:pPr>
      <w:r>
        <w:t>और आज मैं बोला हूं, वही मेरा मामला था कि मैंने जो बोला हूं, वो वो शिद्दत इजहार</w:t>
      </w:r>
    </w:p>
    <w:p>
      <w:r>
        <w:rPr>
          <w:b/>
        </w:rPr>
        <w:t xml:space="preserve">[19:26] </w:t>
      </w:r>
      <w:r>
        <w:t>tha. wo gussa nahi tha.</w:t>
      </w:r>
    </w:p>
    <w:p>
      <w:pPr>
        <w:jc w:val="right"/>
      </w:pPr>
      <w:r>
        <w:t>था। वो गुस्सा नहीं था।</w:t>
      </w:r>
    </w:p>
    <w:p>
      <w:r>
        <w:rPr>
          <w:b/>
        </w:rPr>
        <w:t xml:space="preserve">[19:32] </w:t>
      </w:r>
      <w:r>
        <w:t>Isko aap nafs yaati tawar se gaur kiye, toh yeh baat clear ho jayegi.</w:t>
      </w:r>
    </w:p>
    <w:p>
      <w:pPr>
        <w:jc w:val="right"/>
      </w:pPr>
      <w:r>
        <w:t>इसको आप नफ्स याती तवार से गौर किए, तो यह बात क्लियर हो जाएगी।</w:t>
      </w:r>
    </w:p>
    <w:p>
      <w:r>
        <w:rPr>
          <w:b/>
        </w:rPr>
        <w:t xml:space="preserve">[19:39] </w:t>
      </w:r>
      <w:r>
        <w:t>Maulana, agla sawal Roorkee se kiya hai Sajid Anwar sahab ne. Unhone likha hai, "Maulana, what is the root cause of Muslims failure to recognize the age of democracy and the age of science?"</w:t>
      </w:r>
    </w:p>
    <w:p>
      <w:pPr>
        <w:jc w:val="right"/>
      </w:pPr>
      <w:r>
        <w:t>मौलाना, अगला सवाल रुड़की से किया है साजिद अनवर साहब ने। उन्होंने लिखा है, "मौलाना, व्हाट इज द रूट कॉज ऑफ मुस्लिम्स फेलियर टू रिकॉग्नाइज द एज ऑफ डेमोक्रेसी एंड द एज ऑफ साइंस?</w:t>
      </w:r>
    </w:p>
    <w:p>
      <w:r>
        <w:rPr>
          <w:b/>
        </w:rPr>
        <w:t xml:space="preserve">[19:54] </w:t>
      </w:r>
      <w:r>
        <w:t>and how can they replan their activities?" dekhiye, allah taala ne musalmanon ko ikt daar diya. unhone empire banaya. woh tha</w:t>
      </w:r>
    </w:p>
    <w:p>
      <w:pPr>
        <w:jc w:val="right"/>
      </w:pPr>
      <w:r>
        <w:t>एंड हाउ कैन दे रिप्लान देयर एक्टिविटीज?" देखिए, अल्लाह ताला ने मुसलमानों को इक्त दार दिया। उन्होंने एंपायर बनाया। वह था</w:t>
      </w:r>
    </w:p>
    <w:p>
      <w:r>
        <w:rPr>
          <w:b/>
        </w:rPr>
        <w:t xml:space="preserve">[20:06] </w:t>
      </w:r>
      <w:r>
        <w:t>kis liye? woh tha quran ki hifazat ke liye. tareekh batati hai ki pichhli kitabein jo allah ki kitab aayi, woh mehfooz nahi rahi. iski wajah kya thi?</w:t>
      </w:r>
    </w:p>
    <w:p>
      <w:pPr>
        <w:jc w:val="right"/>
      </w:pPr>
      <w:r>
        <w:t>किसलिए? वह था कुरान की हिफाजत के लिए। तारीख बताती है कि पिछली किताबें जो अल्लाह की किताब आई, वह महफूज नहीं रही। इसकी वजह क्या थी?</w:t>
      </w:r>
    </w:p>
    <w:p>
      <w:r>
        <w:rPr>
          <w:b/>
        </w:rPr>
        <w:t xml:space="preserve">[20:16] </w:t>
      </w:r>
      <w:r>
        <w:t>ki pichhle jo ambia the, jo unke saathi the, unko power nahi mila.</w:t>
      </w:r>
    </w:p>
    <w:p>
      <w:pPr>
        <w:jc w:val="right"/>
      </w:pPr>
      <w:r>
        <w:t>कि पिछले जो अंबिया थे, जो उनके साथी थे, उनको पावर नहीं मिला।</w:t>
      </w:r>
    </w:p>
    <w:p>
      <w:r>
        <w:rPr>
          <w:b/>
        </w:rPr>
        <w:t xml:space="preserve">[20:22] </w:t>
      </w:r>
      <w:r>
        <w:t>political power nahi mila.</w:t>
      </w:r>
    </w:p>
    <w:p>
      <w:pPr>
        <w:jc w:val="right"/>
      </w:pPr>
      <w:r>
        <w:t>पॉलिटिकल पावर नहीं मिला।</w:t>
      </w:r>
    </w:p>
    <w:p>
      <w:r>
        <w:rPr>
          <w:b/>
        </w:rPr>
        <w:t xml:space="preserve">[20:25] </w:t>
      </w:r>
      <w:r>
        <w:t>to main aapse arz kar chuka hoon ki pichhle zamane mein dissent allowed nahi tha.</w:t>
      </w:r>
    </w:p>
    <w:p>
      <w:pPr>
        <w:jc w:val="right"/>
      </w:pPr>
      <w:r>
        <w:t>तो मैं आपसे अर्ज कर चुका हूं कि पिछले जमाने में डिसेंट अलाउड नहीं था।</w:t>
      </w:r>
    </w:p>
    <w:p>
      <w:r>
        <w:rPr>
          <w:b/>
        </w:rPr>
        <w:t xml:space="preserve">[20:31] </w:t>
      </w:r>
      <w:r>
        <w:t>poora jo daur hai democracy ke pehle ka, usmein dissent allowed nahi tha.</w:t>
      </w:r>
    </w:p>
    <w:p>
      <w:pPr>
        <w:jc w:val="right"/>
      </w:pPr>
      <w:r>
        <w:t>पूरा जो दौर है डेमोक्रेसी के पहले का, उसमें डिसेंट अलाउड नहीं था।</w:t>
      </w:r>
    </w:p>
    <w:p>
      <w:r>
        <w:rPr>
          <w:b/>
        </w:rPr>
        <w:t xml:space="preserve">[20:36] </w:t>
      </w:r>
      <w:r>
        <w:t>isliye usko khatm kar dete the.</w:t>
      </w:r>
    </w:p>
    <w:p>
      <w:pPr>
        <w:jc w:val="right"/>
      </w:pPr>
      <w:r>
        <w:t>इसलिए उसको खत्म कर देते थे।</w:t>
      </w:r>
    </w:p>
    <w:p>
      <w:r>
        <w:rPr>
          <w:b/>
        </w:rPr>
        <w:t xml:space="preserve">[20:38] </w:t>
      </w:r>
      <w:r>
        <w:t>wo to allah taala ne musalmanon ko political power diya taaki quran ko mehfooz kar sake.</w:t>
      </w:r>
    </w:p>
    <w:p>
      <w:pPr>
        <w:jc w:val="right"/>
      </w:pPr>
      <w:r>
        <w:t>वो तो अल्लाह ताला ने मुसलमानों को पॉलिटिकल पावर दिया ताकि कुरान को महफूज कर सके।</w:t>
      </w:r>
    </w:p>
    <w:p>
      <w:r>
        <w:rPr>
          <w:b/>
        </w:rPr>
        <w:t xml:space="preserve">[20:46] </w:t>
      </w:r>
      <w:r>
        <w:t>lekin ek lambe muddat tak, yaani press ka daur aane tak baqi raha.</w:t>
      </w:r>
    </w:p>
    <w:p>
      <w:pPr>
        <w:jc w:val="right"/>
      </w:pPr>
      <w:r>
        <w:t>लेकिन एक लंबे मुद्दत तक, यानी प्रेस का दौर आने तक बाकी रहा।</w:t>
      </w:r>
    </w:p>
    <w:p>
      <w:r>
        <w:rPr>
          <w:b/>
        </w:rPr>
        <w:t xml:space="preserve">[20:50] </w:t>
      </w:r>
      <w:r>
        <w:t>yeh to musalman ka obsession ban gaya power.</w:t>
      </w:r>
    </w:p>
    <w:p>
      <w:pPr>
        <w:jc w:val="right"/>
      </w:pPr>
      <w:r>
        <w:t>यह तो मुसलमान का ऑब्सेशन बन गया पावर।</w:t>
      </w:r>
    </w:p>
    <w:p>
      <w:r>
        <w:rPr>
          <w:b/>
        </w:rPr>
        <w:t xml:space="preserve">[20:55] </w:t>
      </w:r>
      <w:r>
        <w:t>ab wo usi bare mein jee rahe hain.</w:t>
      </w:r>
    </w:p>
    <w:p>
      <w:pPr>
        <w:jc w:val="right"/>
      </w:pPr>
      <w:r>
        <w:t>अब वह उसी बारे में जी रहे हैं।</w:t>
      </w:r>
    </w:p>
    <w:p>
      <w:r>
        <w:rPr>
          <w:b/>
        </w:rPr>
        <w:t xml:space="preserve">[20:57] </w:t>
      </w:r>
      <w:r>
        <w:t>wohi political model, kingship model basa hua unke dimagh mein.</w:t>
      </w:r>
    </w:p>
    <w:p>
      <w:pPr>
        <w:jc w:val="right"/>
      </w:pPr>
      <w:r>
        <w:t>वही पॉलिटिकल मॉडल, किंगशिप मॉडल बसा हुआ उनके दिमाग में।</w:t>
      </w:r>
    </w:p>
    <w:p>
      <w:r>
        <w:rPr>
          <w:b/>
        </w:rPr>
        <w:t xml:space="preserve">[21:02] </w:t>
      </w:r>
      <w:r>
        <w:t>ab unko nayi soch aana chahiye ki ab woh daur khatm ho gaya. jab quran mehfooz ho gaya, toh ab hum uski zaroorat nahi hai.</w:t>
      </w:r>
    </w:p>
    <w:p>
      <w:pPr>
        <w:jc w:val="right"/>
      </w:pPr>
      <w:r>
        <w:t>अब उनको नई सोच आना चाहिए कि अब वो दौर खत्म हो गया। जब कुरान महफूज हो गया, तो अब हम उसकी जरूरत नहीं है।</w:t>
      </w:r>
    </w:p>
    <w:p>
      <w:r>
        <w:rPr>
          <w:b/>
        </w:rPr>
        <w:t xml:space="preserve">[21:12] </w:t>
      </w:r>
      <w:r>
        <w:t>toh rethink jab tak nahi karenge, jab tak apni galti ko daryaft nahi karenge, iski mere khayal se islah nahi ho sakti hai.</w:t>
      </w:r>
    </w:p>
    <w:p>
      <w:pPr>
        <w:jc w:val="right"/>
      </w:pPr>
      <w:r>
        <w:t>तो रिथिंक जब तक नहीं करेंगे, जब तक अपनी गलती को दरयाफ्त नहीं करेंगे, इसकी मेरे ख्याल से इस्लाह नहीं हो सकती है।</w:t>
      </w:r>
    </w:p>
    <w:p>
      <w:r>
        <w:rPr>
          <w:b/>
        </w:rPr>
        <w:t xml:space="preserve">[21:23] </w:t>
      </w:r>
      <w:r>
        <w:t>yeh musalmanon ko daryaft karna padega ki yeh maujoodgi ke obsession mein jee rahe hain. maujoodgi ka jo border tha, us border ko ki ab zaroorat hi nahi rahi. woh border khatm chuka. woh ab model doosra aa gaya. kyunki hamare jitne likhne wale hain, jitne hamare bolne wale hain, unhone usi ko pakka kiya hai. one to all, jitne bhi likhne wale hain, chahe arab se paida hue ho, india mein paida hue ho,</w:t>
      </w:r>
    </w:p>
    <w:p>
      <w:pPr>
        <w:jc w:val="right"/>
      </w:pPr>
      <w:r>
        <w:t>यह मुसलमानों को दरयाफ्त करना पड़ेगा कि यह मौजूदगी के ऑब्सेशन में जी रहे हैं। मौजूदगी का जो बॉर्डर था, उस बॉर्डर को कि अब जरूरत ही नहीं रही। वो बॉर्डर खत्म हो चुका। वो अब मॉडल दूसरा आ गया। क्योंकि हमारे जितने लिखने वाले हैं, जितने हमारे बोलने वाले हैं, उन्होंने उसी को पक्का किया है। वन टू ऑल, जितने भी लिखने वाले हैं, चाहे अरब से पैदा हुए हो, इंडिया में पैदा हुए हो,</w:t>
      </w:r>
    </w:p>
    <w:p>
      <w:r>
        <w:rPr>
          <w:b/>
        </w:rPr>
        <w:t xml:space="preserve">[21:49] </w:t>
      </w:r>
      <w:r>
        <w:t>sab usi usi model ko pakka kiye chale ja rahe hain.</w:t>
      </w:r>
    </w:p>
    <w:p>
      <w:pPr>
        <w:jc w:val="right"/>
      </w:pPr>
      <w:r>
        <w:t>सब उसी उसी मॉडल को पक्का किए चले जा रहे हैं।</w:t>
      </w:r>
    </w:p>
    <w:p>
      <w:r>
        <w:rPr>
          <w:b/>
        </w:rPr>
        <w:t xml:space="preserve">[21:54] </w:t>
      </w:r>
      <w:r>
        <w:t>toh awam kya kare</w:t>
      </w:r>
    </w:p>
    <w:p>
      <w:pPr>
        <w:jc w:val="right"/>
      </w:pPr>
      <w:r>
        <w:t>तो आवाम क्या करे</w:t>
      </w:r>
    </w:p>
    <w:p>
      <w:r>
        <w:rPr>
          <w:b/>
        </w:rPr>
        <w:t xml:space="preserve">[21:56] </w:t>
      </w:r>
      <w:r>
        <w:t>? masses ko toh aqal khud khud toh hoti nahi. aur jo likhne wala, bolne wala tabqa hai, woh usi ko pakka kar raha hai. usi ko pakka kar raha hai.</w:t>
      </w:r>
    </w:p>
    <w:p>
      <w:pPr>
        <w:jc w:val="right"/>
      </w:pPr>
      <w:r>
        <w:t>? मासस को तो अकल खुद खुद तो होती नहीं। और जो लिखने वाला, बोलने वाला तबका है, वह उसी को पक्का कर रहा है। उसी को पक्का कर रहा है।</w:t>
      </w:r>
    </w:p>
    <w:p>
      <w:r>
        <w:rPr>
          <w:b/>
        </w:rPr>
        <w:t xml:space="preserve">[22:06] </w:t>
      </w:r>
      <w:r>
        <w:t>misal ke taur par dekhiye, amir sharq barzan ki kitab hai. uska title hai ki "lamaza takhar musalman kyu pichhad gaye</w:t>
      </w:r>
    </w:p>
    <w:p>
      <w:pPr>
        <w:jc w:val="right"/>
      </w:pPr>
      <w:r>
        <w:t>मिसाल के तौर पर देखिए, अमीर शरके बरसान की किताब है। उसका टाइटल है कि "लमाज ताखर मुसलमान क्यों पिछड़ गए</w:t>
      </w:r>
    </w:p>
    <w:p>
      <w:r>
        <w:rPr>
          <w:b/>
        </w:rPr>
        <w:t xml:space="preserve">[22:20] </w:t>
      </w:r>
      <w:r>
        <w:t>? doosre log aage ho gaye." toh usmein kehte hain jihad. jihad bare qatl. yeh yeh isliye ki woh jaan, unhone yeh yahi jante hain ki main lad lad kar ke hukoomat qaim karoon. yeh jante hi nahi ki democracy mein toh ladne ki zaroorat hi nahi hai. saare opportunity khuli hui hai har ek aadmi ke liye.</w:t>
      </w:r>
    </w:p>
    <w:p>
      <w:pPr>
        <w:jc w:val="right"/>
      </w:pPr>
      <w:r>
        <w:t>? दूसरे लोग आगे हो गए।" तो उसमें कहते हैं जिहाद। जिहाद बारे कतल। यह यह इसलिए कि वो जान, उन्होंने यह यही जानते हैं कि मैं लड़ लड़ कर के हुकूमत कायम करूं। यह जानते ही नहीं कि डेमोक्रेसी में तो लड़ने की जरूरत ही नहीं है। सारे अपॉर्चुनिटी खुली हुई है हर एक आदमी के लिए।</w:t>
      </w:r>
    </w:p>
    <w:p>
      <w:r>
        <w:rPr>
          <w:b/>
        </w:rPr>
        <w:t xml:space="preserve">[22:40] </w:t>
      </w:r>
      <w:r>
        <w:t>toh rethink musalmanon mein nahi aayi. is wajah se woh kisi cheez ko daryaft nahi kar sake.</w:t>
      </w:r>
    </w:p>
    <w:p>
      <w:pPr>
        <w:jc w:val="right"/>
      </w:pPr>
      <w:r>
        <w:t>तो रिथिंक मुसलमानों में नहीं आई। इस वजह से वो किसी चीज को दरयाफ्त नहीं कर सके।</w:t>
      </w:r>
    </w:p>
    <w:p>
      <w:r>
        <w:rPr>
          <w:b/>
        </w:rPr>
        <w:t xml:space="preserve">[22:49] </w:t>
      </w:r>
      <w:r>
        <w:t>maulana, agla sawal kiya hai muhammad faisal sahib ne pakistan se. unhone likha hai, "maulana, as you know, that yesterday pakistan prime minister mr nawaz sharif has accepted the invitation for the oath ceremony of the new indian prime minister mr narendra modi. maulana, i want to know what is your view on this new development."</w:t>
      </w:r>
    </w:p>
    <w:p>
      <w:pPr>
        <w:jc w:val="right"/>
      </w:pPr>
      <w:r>
        <w:t>मौलाना, अगला सवाल किया है मोहम्मद फैसल साहब ने पाकिस्तान से। उन्होंने लिखा है, "मौलाना, एज यू नो, दैट यस्टरडे पाकिस्तान प्राइम मिनिस्टर मिस्टर नवाज शरीफ हैज एक्सेप्टेड द इन्विटेशन फॉर द ओथ सेरेमनी ऑफ द न्यू इंडियन प्राइम मिनिस्टर मिस्टर नरेंद्र मोदी। मौलाना, आई वांट टू नो व्हाट इज योर व्यू ऑन दिस न्यू डेवलपमेंट।"</w:t>
      </w:r>
    </w:p>
    <w:p>
      <w:r>
        <w:rPr>
          <w:b/>
        </w:rPr>
        <w:t xml:space="preserve">[23:19] </w:t>
      </w:r>
      <w:r>
        <w:t>bhai, yeh toh dono nevar country hain aur usi country hain. aapas mein achhe taluqat hone hi chahiye. ise sochna kya hai? in india aur pakistan, jab dono possible hain, toh achhe taluqat hone hi chahiye. unmein yeh toh koi, ismein koi do rai ho nahi sakti hai. main sochta hoon ki achhi baat hai. mau</w:t>
      </w:r>
    </w:p>
    <w:p>
      <w:pPr>
        <w:jc w:val="right"/>
      </w:pPr>
      <w:r>
        <w:t>भाई, यह तो दोनों नेवर कंट्री हैं और उसी कंट्री हैं। आपस में अच्छे ताल्लुकात होने ही चाहिए। इसे सोचना क्या है? इन इंडिया और पाकिस्तान, जब दोनों पोसिबल हैं, तो अच्छे ताल्लुकात होने ही चाहिए। उनमें यह तो कोई, इसमें कोई दो राय हो नहीं सकती है। मैं सोचता हूं कि अच्छी बात है। मौ</w:t>
      </w:r>
    </w:p>
    <w:p>
      <w:r>
        <w:rPr>
          <w:b/>
        </w:rPr>
        <w:t xml:space="preserve">[23:47] </w:t>
      </w:r>
      <w:r>
        <w:t>lana, agla sawal lene se pehle ek comment padhna chahenge jo mehtab ahmed sahib ne dhampur se bheja hai. unhone likha hai, "maulana, inshallah, your new book 'izhar deen' will grow iman and conviction of all the readers." masha allah.</w:t>
      </w:r>
    </w:p>
    <w:p>
      <w:pPr>
        <w:jc w:val="right"/>
      </w:pPr>
      <w:r>
        <w:t>लाना, अगला सवाल लेने से पहले एक कमेंट पढ़ना चाहेंगे जो मेहताब अहमद साहब ने धामपुर से भेजा है। उन्होंने लिखा है, "मौलाना, इंशा अल्लाह, योर न्यू बुक 'इजहार दीन' विल ग्रो ईमान एंड कन्विक्शन ऑफ ऑल द रीडर्स।" माशाल्लाह।</w:t>
      </w:r>
    </w:p>
    <w:p>
      <w:r>
        <w:rPr>
          <w:b/>
        </w:rPr>
        <w:t xml:space="preserve">[24:10] </w:t>
      </w:r>
      <w:r>
        <w:t>maulana, agla sawal kiya hai aamir jan sahib ne kashmir se. unhone likha hai, "if it is a fact that there is no war or qatl in islam against established governments, then what was in the regime of earlier times of islam, where countries like egypt or iran were conquered by the muslims?" plea</w:t>
      </w:r>
    </w:p>
    <w:p>
      <w:pPr>
        <w:jc w:val="right"/>
      </w:pPr>
      <w:r>
        <w:t>मौलाना, अगला सवाल किया है आमिर जन साहब ने कश्मीर से। उन्होंने लिखा है, "इफ इट इज अ फैक्ट दैट देयर इज नो वॉर और कताल इन इस्लाम अगेंस्ट एस्टेब्लिश गवर्नमेंट्स, देन व्हाट वाज इन द रेजीम ऑफ अर्लिया टाइम्स ऑफ इस्लाम, वेयर कंट्री लाइक इजिप्ट और ईरान वर कंकड बाय द मुस्लिम्स?" प्ली</w:t>
      </w:r>
    </w:p>
    <w:p>
      <w:r>
        <w:rPr>
          <w:b/>
        </w:rPr>
        <w:t xml:space="preserve">[24:35] </w:t>
      </w:r>
      <w:r>
        <w:t>j comment kar.</w:t>
      </w:r>
    </w:p>
    <w:p>
      <w:pPr>
        <w:jc w:val="right"/>
      </w:pPr>
      <w:r>
        <w:t>ज कमेंट कर।</w:t>
      </w:r>
    </w:p>
    <w:p>
      <w:r>
        <w:rPr>
          <w:b/>
        </w:rPr>
        <w:t xml:space="preserve">[24:35] </w:t>
      </w:r>
      <w:r>
        <w:t>dekhiye, main bahut achhi tarah se tafseel se likh chuka hoon ki wo islam ke rule ko establish</w:t>
      </w:r>
    </w:p>
    <w:p>
      <w:pPr>
        <w:jc w:val="right"/>
      </w:pPr>
      <w:r>
        <w:t>देखिए, मैं बहुत अच्छी तरह से तफसील से लिख चुका हूं कि वो इस्लाम के रूल को एस्टेब्लिश</w:t>
      </w:r>
    </w:p>
    <w:p>
      <w:r>
        <w:rPr>
          <w:b/>
        </w:rPr>
        <w:t xml:space="preserve">[24:41] </w:t>
      </w:r>
      <w:r>
        <w:t>karne ke liye nahi hua tha.</w:t>
      </w:r>
    </w:p>
    <w:p>
      <w:pPr>
        <w:jc w:val="right"/>
      </w:pPr>
      <w:r>
        <w:t>करने के लिए नहीं हुआ था।</w:t>
      </w:r>
    </w:p>
    <w:p>
      <w:r>
        <w:rPr>
          <w:b/>
        </w:rPr>
        <w:t xml:space="preserve">[24:42] </w:t>
      </w:r>
      <w:r>
        <w:t>wo maine arz kiya ki wo ek divine operation tha ki duniya mein kingship ka jo nizam tha,</w:t>
      </w:r>
    </w:p>
    <w:p>
      <w:pPr>
        <w:jc w:val="right"/>
      </w:pPr>
      <w:r>
        <w:t>वो मैंने अर्ज किया कि वो एक डिवाइन ऑपरेशन था कि दुनिया में किंगशिप का जो निजाम था,</w:t>
      </w:r>
    </w:p>
    <w:p>
      <w:r>
        <w:rPr>
          <w:b/>
        </w:rPr>
        <w:t xml:space="preserve">[24:51] </w:t>
      </w:r>
      <w:r>
        <w:t>usne dissent ko khatm kar rakha tha.</w:t>
      </w:r>
    </w:p>
    <w:p>
      <w:pPr>
        <w:jc w:val="right"/>
      </w:pPr>
      <w:r>
        <w:t>उसने डिसेंट को खत्म कर रखा था।</w:t>
      </w:r>
    </w:p>
    <w:p>
      <w:r>
        <w:rPr>
          <w:b/>
        </w:rPr>
        <w:t xml:space="preserve">[24:53] </w:t>
      </w:r>
      <w:r>
        <w:t>That was against the creation plan of God.</w:t>
      </w:r>
    </w:p>
    <w:p>
      <w:pPr>
        <w:jc w:val="right"/>
      </w:pPr>
      <w:r>
        <w:t>दैट वाज अगेंस्ट द क्रिएशन प्लान ऑफ गॉड।</w:t>
      </w:r>
    </w:p>
    <w:p>
      <w:r>
        <w:rPr>
          <w:b/>
        </w:rPr>
        <w:t xml:space="preserve">[24:56] </w:t>
      </w:r>
      <w:r>
        <w:t>khuda ko manzoor hai ki log azaad ho, logon ko freedom of choice ho.</w:t>
      </w:r>
    </w:p>
    <w:p>
      <w:pPr>
        <w:jc w:val="right"/>
      </w:pPr>
      <w:r>
        <w:t>खुदा को मंजूर है कि लोग आजाद हो, लोगों को फ्रीडम ऑफ चॉइस हो।</w:t>
      </w:r>
    </w:p>
    <w:p>
      <w:r>
        <w:rPr>
          <w:b/>
        </w:rPr>
        <w:t xml:space="preserve">[25:02] </w:t>
      </w:r>
      <w:r>
        <w:t>تو تبھی ہوگا جبکہ dissent کی آزادی ہو۔</w:t>
      </w:r>
    </w:p>
    <w:p>
      <w:pPr>
        <w:jc w:val="right"/>
      </w:pPr>
      <w:r>
        <w:t>तो तभी होगा जबकि डिसेंट की आजादी हो।</w:t>
      </w:r>
    </w:p>
    <w:p>
      <w:r>
        <w:rPr>
          <w:b/>
        </w:rPr>
        <w:t xml:space="preserve">[25:05] </w:t>
      </w:r>
      <w:r>
        <w:t>isko khatm karne ke liye yeh hua.</w:t>
      </w:r>
    </w:p>
    <w:p>
      <w:pPr>
        <w:jc w:val="right"/>
      </w:pPr>
      <w:r>
        <w:t>इसको खत्म करने के लिए यह हुआ।</w:t>
      </w:r>
    </w:p>
    <w:p>
      <w:r>
        <w:rPr>
          <w:b/>
        </w:rPr>
        <w:t xml:space="preserve">[25:07] </w:t>
      </w:r>
      <w:r>
        <w:t>yeh nahi ki koi qanoon hai, usko naaf karna hai.</w:t>
      </w:r>
    </w:p>
    <w:p>
      <w:pPr>
        <w:jc w:val="right"/>
      </w:pPr>
      <w:r>
        <w:t>यह नहीं कि कोई कानून है, उसको नाफ करना है।</w:t>
      </w:r>
    </w:p>
    <w:p>
      <w:r>
        <w:rPr>
          <w:b/>
        </w:rPr>
        <w:t xml:space="preserve">[25:10] </w:t>
      </w:r>
      <w:r>
        <w:t>yeh to musalman is zamane mein kuch aise paida hue, kuch aise log y nikala inhone ki islam</w:t>
      </w:r>
    </w:p>
    <w:p>
      <w:pPr>
        <w:jc w:val="right"/>
      </w:pPr>
      <w:r>
        <w:t>यह तो मुसलमान इस जमाने में कुछ ऐसे पैदा हुए, कुछ ऐसे लोग य निकाला इन्होंने कि इस्लाम</w:t>
      </w:r>
    </w:p>
    <w:p>
      <w:r>
        <w:rPr>
          <w:b/>
        </w:rPr>
        <w:t xml:space="preserve">[25:16] </w:t>
      </w:r>
      <w:r>
        <w:t>ke qanoon ko naaf karne ke liye nahi.</w:t>
      </w:r>
    </w:p>
    <w:p>
      <w:pPr>
        <w:jc w:val="right"/>
      </w:pPr>
      <w:r>
        <w:t>के कानून को नाफ करने के लिए नहीं।</w:t>
      </w:r>
    </w:p>
    <w:p>
      <w:r>
        <w:rPr>
          <w:b/>
        </w:rPr>
        <w:t xml:space="preserve">[25:21] </w:t>
      </w:r>
      <w:r>
        <w:t>kingship</w:t>
      </w:r>
    </w:p>
    <w:p>
      <w:pPr>
        <w:jc w:val="right"/>
      </w:pPr>
      <w:r>
        <w:t>किंगशिप</w:t>
      </w:r>
    </w:p>
    <w:p>
      <w:r>
        <w:rPr>
          <w:b/>
        </w:rPr>
        <w:t xml:space="preserve">[25:22] </w:t>
      </w:r>
      <w:r>
        <w:t>ne allah ke kisi plan ko muttar karna chaha tha, dissent ko taboo bana kar ke. toh woh khatm ho gaya. ab ab duniya mein azaadi hai. ab dissent par koi pabandi nahi hai. toh bas ab woh waqt khatm ho gaya. ab ladne ki koi zaroorat hi nahi. ab ladna toh, yaani,</w:t>
      </w:r>
    </w:p>
    <w:p>
      <w:pPr>
        <w:jc w:val="right"/>
      </w:pPr>
      <w:r>
        <w:t>ने अल्लाह के किसी प्लान को मुत्तर करना चाहा था, डिसेंट को टैबू बना कर के। तो वह खत्म हो गया। अब अब दुनिया में आजादी है। अब डिसेंट पर कोई पाबंदी नहीं है। तो बस अब वो वक्त खत्म हो गया। अब लड़ने की कोई जरूरत ही नहीं। अब लड़ना तो, यानी,</w:t>
      </w:r>
    </w:p>
    <w:p>
      <w:r>
        <w:rPr>
          <w:b/>
        </w:rPr>
        <w:t xml:space="preserve">[25:45] </w:t>
      </w:r>
      <w:r>
        <w:t>yaani koi uska koi islamic pehlu se uski value nahi. uski koi.</w:t>
      </w:r>
    </w:p>
    <w:p>
      <w:pPr>
        <w:jc w:val="right"/>
      </w:pPr>
      <w:r>
        <w:t>यानी कोई उसका कोई इस्लामिक पहलू से उसकी वैल्यू नहीं। उसकी कोई।</w:t>
      </w:r>
    </w:p>
    <w:p>
      <w:r>
        <w:rPr>
          <w:b/>
        </w:rPr>
        <w:t xml:space="preserve">[25:55] </w:t>
      </w:r>
      <w:r>
        <w:t>maulana, agla sawal delhi se hai. miss priya malik ne kiya hai. unhone likha hai, "what is the magical formula to live in present without thinking about past setbacks and future uncertainties?" bhai, bahut hi philosophical question hai. haan, bataiye, kya matlab iska hai?</w:t>
      </w:r>
    </w:p>
    <w:p>
      <w:pPr>
        <w:jc w:val="right"/>
      </w:pPr>
      <w:r>
        <w:t>मौलाना, अगला सवाल दिल्ली से है। मिस प्रिया मलिक ने किया है। उन्होंने लिखा है, "व्हाट इज द मैजिकल फार्मूला टू लिव इन प्रेजेंट विदाउट थिंकिंग अबाउट पास्ट सेटबैक्स एंड फ्यूचर अनसर्टेनटीज?" भाई, बहुत ही फिलोसॉफिकल क्वेश्चन है। हां, बताइए, क्या मतलब इसका है?</w:t>
      </w:r>
    </w:p>
    <w:p>
      <w:r>
        <w:rPr>
          <w:b/>
        </w:rPr>
        <w:t xml:space="preserve">[26:17] </w:t>
      </w:r>
      <w:r>
        <w:t>bahut hi. maulana, aksar log jo hain past mein jeete hain ya future ko lekar pareshan hote hain. toh woh aapse jaanna chahti hain ki kya formula hai ki aaj mein jiye insaan, future ki chinta na kare aur past ko lekar pareshan na ho. yeh poochna chah r</w:t>
      </w:r>
    </w:p>
    <w:p>
      <w:pPr>
        <w:jc w:val="right"/>
      </w:pPr>
      <w:r>
        <w:t>बहुत ही। मौलाना, अक्सर लोग जो हैं पास्ट में जीते हैं या फ्यूचर को लेकर परेशान होते हैं। तो वह आपसे जानना चाहती हैं कि क्या फार्मूला है कि आज में जिए इंसान, फ्यूचर की चिंता ना करें और पास्ट को लेकर परेशान ना हो। यह पूछना चाह र</w:t>
      </w:r>
    </w:p>
    <w:p>
      <w:r>
        <w:rPr>
          <w:b/>
        </w:rPr>
        <w:t xml:space="preserve">[26:37] </w:t>
      </w:r>
      <w:r>
        <w:t>hi hain woh. meri ek kitab padh lijiye, "simple wisdom." inshallah, ismein aapko jawab mil jayega. agar phir bhi na mile, toh aap bataiye ki usmein kaun si baat clear nahi hai. ji, "simply wisdom" mein kaun si baat clear nahi hai. phir uske baad, inshallah, thank you. ji,</w:t>
      </w:r>
    </w:p>
    <w:p>
      <w:pPr>
        <w:jc w:val="right"/>
      </w:pPr>
      <w:r>
        <w:t>ही हैं वो। मेरी एक किताब पढ़ लीजिए, "सिंपल विजडम।" इंशाल्लाह, इसमें आपको जवाब मिल जाएगा। अगर फिर भी ना मिले, तो आप बताइए कि उसमें कौन सी बात क्लियर नहीं है। जी, "सिंपली विजडम" में कौन सी बात क्लियर नहीं है। फिर उसके बाद, इंशाल्लाह, थैंक यू। जी,</w:t>
      </w:r>
    </w:p>
    <w:p>
      <w:r>
        <w:rPr>
          <w:b/>
        </w:rPr>
        <w:t xml:space="preserve">[26:57] </w:t>
      </w:r>
      <w:r>
        <w:t>maulana, agla sawal delhi se kiya hai jameel akhtar sahib ne. unhone likha hai ki jab islam ke mool srot quran aur hadees apni asal halat mein hain, toh tarah tarah ke firqe kis tarah ban gaye,</w:t>
      </w:r>
    </w:p>
    <w:p>
      <w:pPr>
        <w:jc w:val="right"/>
      </w:pPr>
      <w:r>
        <w:t>मौलाना, अगला सवाल दिल्ली से किया है जमील अख्तर साहब ने। उन्होंने लिखा है कि जब इस्लाम के मूल स्त्रोत कुरान और हदीस अपनी असल हालत में हैं, तो तरह-तरह के फिरके किस तरह बन गए,</w:t>
      </w:r>
    </w:p>
    <w:p>
      <w:r>
        <w:rPr>
          <w:b/>
        </w:rPr>
        <w:t xml:space="preserve">[27:14] </w:t>
      </w:r>
      <w:r>
        <w:t>iske bare mein bataein.</w:t>
      </w:r>
    </w:p>
    <w:p>
      <w:pPr>
        <w:jc w:val="right"/>
      </w:pPr>
      <w:r>
        <w:t>इसके बारे में बताएं।</w:t>
      </w:r>
    </w:p>
    <w:p>
      <w:r>
        <w:rPr>
          <w:b/>
        </w:rPr>
        <w:t xml:space="preserve">[27:17] </w:t>
      </w:r>
      <w:r>
        <w:t>dekhiye, quran ko mehfooz karne ka matlab yeh nahi hai ki insaan ki azaadi ko wapas kar diya</w:t>
      </w:r>
    </w:p>
    <w:p>
      <w:pPr>
        <w:jc w:val="right"/>
      </w:pPr>
      <w:r>
        <w:t>देखिए, कुरान को महफूज करने का मतलब यह नहीं है कि इंसान की आजादी को वापस कर दिया</w:t>
      </w:r>
    </w:p>
    <w:p>
      <w:r>
        <w:rPr>
          <w:b/>
        </w:rPr>
        <w:t xml:space="preserve">[27:21] </w:t>
      </w:r>
      <w:r>
        <w:t>gaya. insaan ki azaadi bas surat mein jo qaim hai.</w:t>
      </w:r>
    </w:p>
    <w:p>
      <w:pPr>
        <w:jc w:val="right"/>
      </w:pPr>
      <w:r>
        <w:t>गया। इंसान की आजादी बस सूरत में जो कायम है।</w:t>
      </w:r>
    </w:p>
    <w:p>
      <w:r>
        <w:rPr>
          <w:b/>
        </w:rPr>
        <w:t xml:space="preserve">[27:28] </w:t>
      </w:r>
      <w:r>
        <w:t>quran bila shubah mehfooz hai, lekin insaan ko azaadi phir bhi hai, freedom of choice phir bhi hai.</w:t>
      </w:r>
    </w:p>
    <w:p>
      <w:pPr>
        <w:jc w:val="right"/>
      </w:pPr>
      <w:r>
        <w:t>कुरान बिला शुभ महफूज है, लेकिन इंसान को आजादी फिर भी है, फ्रीडम ऑफ चॉइस फिर भी है।</w:t>
      </w:r>
    </w:p>
    <w:p>
      <w:r>
        <w:rPr>
          <w:b/>
        </w:rPr>
        <w:t xml:space="preserve">[27:34] </w:t>
      </w:r>
      <w:r>
        <w:t>to islam ka andar bhi hai, islam ke bahar bhi hai.</w:t>
      </w:r>
    </w:p>
    <w:p>
      <w:pPr>
        <w:jc w:val="right"/>
      </w:pPr>
      <w:r>
        <w:t>तो इस्लाम का अंदर भी है, इस्लाम के बाहर भी है।</w:t>
      </w:r>
    </w:p>
    <w:p>
      <w:r>
        <w:rPr>
          <w:b/>
        </w:rPr>
        <w:t xml:space="preserve">[27:39] </w:t>
      </w:r>
      <w:r>
        <w:t>islam ke bahar bhi aadmi apni aazadi ko mehsoos kar sakta hai aur muslim community ke andar bhi</w:t>
      </w:r>
    </w:p>
    <w:p>
      <w:pPr>
        <w:jc w:val="right"/>
      </w:pPr>
      <w:r>
        <w:t>इस्लाम के बाहर भी आदमी अपनी आजादी को महसूस कर सकता है और मुस्लिम कम्युनिटी के अंदर भी</w:t>
      </w:r>
    </w:p>
    <w:p>
      <w:r>
        <w:rPr>
          <w:b/>
        </w:rPr>
        <w:t xml:space="preserve">[27:45] </w:t>
      </w:r>
      <w:r>
        <w:t>mehsoos kar sakta hai.</w:t>
      </w:r>
    </w:p>
    <w:p>
      <w:pPr>
        <w:jc w:val="right"/>
      </w:pPr>
      <w:r>
        <w:t>महसूस कर सकता है।</w:t>
      </w:r>
    </w:p>
    <w:p>
      <w:r>
        <w:rPr>
          <w:b/>
        </w:rPr>
        <w:t xml:space="preserve">[27:47] </w:t>
      </w:r>
      <w:r>
        <w:t>to ye firqa bandiyan jo hain,</w:t>
      </w:r>
    </w:p>
    <w:p>
      <w:pPr>
        <w:jc w:val="right"/>
      </w:pPr>
      <w:r>
        <w:t>तो ये फिरका बंदियां जो हैं,</w:t>
      </w:r>
    </w:p>
    <w:p>
      <w:r>
        <w:rPr>
          <w:b/>
        </w:rPr>
        <w:t xml:space="preserve">[27:49] </w:t>
      </w:r>
      <w:r>
        <w:t>musalmanon ka apni azadi ko mehsoos karna hai,</w:t>
      </w:r>
    </w:p>
    <w:p>
      <w:pPr>
        <w:jc w:val="right"/>
      </w:pPr>
      <w:r>
        <w:t>मुसलमानों का अपनी आजादी को महसूस करना है,</w:t>
      </w:r>
    </w:p>
    <w:p>
      <w:r>
        <w:rPr>
          <w:b/>
        </w:rPr>
        <w:t xml:space="preserve">[27:57] </w:t>
      </w:r>
      <w:r>
        <w:t>bahut hi saada baat hai. that is phenomena of misuse of freedom.</w:t>
      </w:r>
    </w:p>
    <w:p>
      <w:pPr>
        <w:jc w:val="right"/>
      </w:pPr>
      <w:r>
        <w:t>बहुत ही सादा बात है। दैट इज फिनोमिना ऑफ मिसयूज ऑफ फ्रीडम।</w:t>
      </w:r>
    </w:p>
    <w:p>
      <w:r>
        <w:rPr>
          <w:b/>
        </w:rPr>
        <w:t xml:space="preserve">[28:10] </w:t>
      </w:r>
      <w:r>
        <w:t>maulana, unka doosra sawal is tarah hai. unhone likha hai ke duniya mein saikadon naye purane mazhab hain. aisi halat mein woh kaun sa peymana hai jis se sachche mazhab ko parkha ja sake?</w:t>
      </w:r>
    </w:p>
    <w:p>
      <w:pPr>
        <w:jc w:val="right"/>
      </w:pPr>
      <w:r>
        <w:t>मौलाना, उनका दूसरा सवाल इस तरह है। उन्होंने लिखा है कि दुनिया में सैकड़ों नए पुराने मजहब हैं। ऐसी हालत में वह कौन सा पैमाना है जिससे सच्चे मजहब को परखा जा सके?</w:t>
      </w:r>
    </w:p>
    <w:p>
      <w:r>
        <w:rPr>
          <w:b/>
        </w:rPr>
        <w:t xml:space="preserve">[28:28] </w:t>
      </w:r>
      <w:r>
        <w:t>duniya mein major religion to sirf ek darjan hai, ek darjan se zyada nahi hai. major religion. aur agar aap sachche teacher hain,</w:t>
      </w:r>
    </w:p>
    <w:p>
      <w:pPr>
        <w:jc w:val="right"/>
      </w:pPr>
      <w:r>
        <w:t>दुनिया में मेजर रिलीजन तो सिर्फ एक दर्जन है, एक दर्जन से ज्यादा नहीं है। मेजर रिलीजन। और अगर आप सच्चे टीचर हैं,</w:t>
      </w:r>
    </w:p>
    <w:p>
      <w:r>
        <w:rPr>
          <w:b/>
        </w:rPr>
        <w:t xml:space="preserve">[28:46] </w:t>
      </w:r>
      <w:r>
        <w:t>to bahut aasan hai pata karna. aur main aapko misaal deta hoon, doctor rishi kanch abadiah ki. doctor rishi kanch abadiah the, sachche seeker the. woh ek bangali, bengal mein hindu family mein paida hue. woh to</w:t>
      </w:r>
    </w:p>
    <w:p>
      <w:pPr>
        <w:jc w:val="right"/>
      </w:pPr>
      <w:r>
        <w:t>तो बहुत आसान है पता करना। और मैं आपको मिसाल देता हूं, डॉक्टर ऋषि कांच अबादिया की। डॉक्टर ऋषि कांच अबादिया थे, सच्चे सीकर थे। वो एक बंगाली, बंगाल में हिंदू फैमिली में पैदा हुए। वो तो</w:t>
      </w:r>
    </w:p>
    <w:p>
      <w:r>
        <w:rPr>
          <w:b/>
        </w:rPr>
        <w:t xml:space="preserve">[29:09] </w:t>
      </w:r>
      <w:r>
        <w:t>aur bahut padhe-likhe aadmi the, bahut well educated aadmi the. kai language jante the. to unhone</w:t>
      </w:r>
    </w:p>
    <w:p>
      <w:pPr>
        <w:jc w:val="right"/>
      </w:pPr>
      <w:r>
        <w:t>और बहुत पढ़े-लिखे आदमी थे, बहुत वेल एजुकेटेड आदमी थे। कई लैंग्वेज जानते थे। तो उन्होंने</w:t>
      </w:r>
    </w:p>
    <w:p>
      <w:r>
        <w:rPr>
          <w:b/>
        </w:rPr>
        <w:t xml:space="preserve">[29:15] </w:t>
      </w:r>
      <w:r>
        <w:t>kya kiya? ke sachchai ko talash shuru ki. unhone philosophy ko padha, legend ko padha, history ko padha, doosre mazhab ko padha. lekin unhein kahin woh cheez nahi mili jo woh chahte the. aakhir mein islam ko padha,</w:t>
      </w:r>
    </w:p>
    <w:p>
      <w:pPr>
        <w:jc w:val="right"/>
      </w:pPr>
      <w:r>
        <w:t>क्या किया? कि सच्चाई को तलाश शुरू की। उन्होंने फिलॉसफी को पढ़ा, लेजेंड को पढ़ा, हिस्ट्री को पढ़ा, दूसरे मजहब को पढ़ा। लेकिन उन्हें कहीं वो चीज नहीं मिली जो वो चाहते थे। आखिर में इस्लाम को पढ़ा,</w:t>
      </w:r>
    </w:p>
    <w:p>
      <w:r>
        <w:rPr>
          <w:b/>
        </w:rPr>
        <w:t xml:space="preserve">[29:35] </w:t>
      </w:r>
      <w:r>
        <w:t>to unhein mil gayi. woh kya</w:t>
      </w:r>
    </w:p>
    <w:p>
      <w:pPr>
        <w:jc w:val="right"/>
      </w:pPr>
      <w:r>
        <w:t>तो उन्हें मिल गई। वह क्या</w:t>
      </w:r>
    </w:p>
    <w:p>
      <w:r>
        <w:rPr>
          <w:b/>
        </w:rPr>
        <w:t xml:space="preserve">[29:37] </w:t>
      </w:r>
      <w:r>
        <w:t>? woh chahte the ke aisa koi prophet jisko historical credibility hasil ho. hum keh sakein ke yeh aadmi ek aisa ek insaan tha jo paida hua falah date ko, falah date ko uski vafat hui. yeh uska mission tha. aisa usne kiya. to aap jante hain ke jitne bhi major religion hain,</w:t>
      </w:r>
    </w:p>
    <w:p>
      <w:pPr>
        <w:jc w:val="right"/>
      </w:pPr>
      <w:r>
        <w:t>? वह चाहते थे कि ऐसा कोई प्रॉफिट जिसको हिस्टोरिकल क्रेडिबिलिटी हासिल हो। हम कह सकें कि यह आदमी एक ऐसा एक इंसान था जो पैदा हुआ फला डेट को, फला डेट को उसकी वफात हुई। यह उसका मिशन था। ऐसा उसने किया। तो आप जानते हैं कि जितने भी मेजर रिलीजन हैं,</w:t>
      </w:r>
    </w:p>
    <w:p>
      <w:r>
        <w:rPr>
          <w:b/>
        </w:rPr>
        <w:t xml:space="preserve">[30:00] </w:t>
      </w:r>
      <w:r>
        <w:t>unmein kisi ki bhi history nahi hai, kisi ki bhi nahi hai.</w:t>
      </w:r>
    </w:p>
    <w:p>
      <w:pPr>
        <w:jc w:val="right"/>
      </w:pPr>
      <w:r>
        <w:t>उनमें किसी की भी हिस्ट्री नहीं है, किसी की भी नहीं है।</w:t>
      </w:r>
    </w:p>
    <w:p>
      <w:r>
        <w:rPr>
          <w:b/>
        </w:rPr>
        <w:t xml:space="preserve">[30:08] </w:t>
      </w:r>
      <w:r>
        <w:t>to jab unhone islam ko padha aur rasoola ko padha, to us waqt unhone ek kitab likhi hai.</w:t>
      </w:r>
    </w:p>
    <w:p>
      <w:pPr>
        <w:jc w:val="right"/>
      </w:pPr>
      <w:r>
        <w:t>तो जब उन्होंने इस्लाम को पढ़ा और रसूला को पढ़ा, तो उस वक्त उन्होंने एक किताब लिखी है।</w:t>
      </w:r>
    </w:p>
    <w:p>
      <w:r>
        <w:rPr>
          <w:b/>
        </w:rPr>
        <w:t xml:space="preserve">[30:13] </w:t>
      </w:r>
      <w:r>
        <w:t>is par aap, us par aap padh sakte hain.</w:t>
      </w:r>
    </w:p>
    <w:p>
      <w:pPr>
        <w:jc w:val="right"/>
      </w:pPr>
      <w:r>
        <w:t>इस पर आप, उस पर आप पढ़ सकते हैं।</w:t>
      </w:r>
    </w:p>
    <w:p>
      <w:r>
        <w:rPr>
          <w:b/>
        </w:rPr>
        <w:t xml:space="preserve">[30:16] </w:t>
      </w:r>
      <w:r>
        <w:t>उन्होंने उसमें लिखा है कि "Oh, what a relief to find after all, a truly historical prophet to</w:t>
      </w:r>
    </w:p>
    <w:p>
      <w:pPr>
        <w:jc w:val="right"/>
      </w:pPr>
      <w:r>
        <w:t>उन्होंने उसमें लिखा है कि "ओ, व्हाट ए रिलीफ टू फाइंड आफ्टर ऑल, अ ट्रूली हिस्टोरिकल प्रॉफिट टू</w:t>
      </w:r>
    </w:p>
    <w:p>
      <w:r>
        <w:rPr>
          <w:b/>
        </w:rPr>
        <w:t xml:space="preserve">[30:23] </w:t>
      </w:r>
      <w:r>
        <w:t>believe in. to meri kitab hai, uska naam hai "islam read discovered."</w:t>
      </w:r>
    </w:p>
    <w:p>
      <w:pPr>
        <w:jc w:val="right"/>
      </w:pPr>
      <w:r>
        <w:t>बिलीव इन।" तो मेरी किताब है, उसका नाम है "इस्लाम रीड डिस्कवर्ड।"</w:t>
      </w:r>
    </w:p>
    <w:p>
      <w:r>
        <w:rPr>
          <w:b/>
        </w:rPr>
        <w:t xml:space="preserve">[30:29] </w:t>
      </w:r>
      <w:r>
        <w:t>isme maine inke case ko nakal kiya hai.</w:t>
      </w:r>
    </w:p>
    <w:p>
      <w:pPr>
        <w:jc w:val="right"/>
      </w:pPr>
      <w:r>
        <w:t>इसमें मैंने इनके केस को नकल किया है।</w:t>
      </w:r>
    </w:p>
    <w:p>
      <w:r>
        <w:rPr>
          <w:b/>
        </w:rPr>
        <w:t xml:space="preserve">[30:31] </w:t>
      </w:r>
      <w:r>
        <w:t>us ek chapter hi ke bare mein hai, doctor rishi conte abadia ka.</w:t>
      </w:r>
    </w:p>
    <w:p>
      <w:pPr>
        <w:jc w:val="right"/>
      </w:pPr>
      <w:r>
        <w:t>उस एक चैप्टर ही के बारे में है, डॉक्टर ऋषि कांटे अबादिया का।</w:t>
      </w:r>
    </w:p>
    <w:p>
      <w:r>
        <w:rPr>
          <w:b/>
        </w:rPr>
        <w:t xml:space="preserve">[30:36] </w:t>
      </w:r>
      <w:r>
        <w:t>usko aap padhiye.</w:t>
      </w:r>
    </w:p>
    <w:p>
      <w:pPr>
        <w:jc w:val="right"/>
      </w:pPr>
      <w:r>
        <w:t>उसको आप पढ़िए।</w:t>
      </w:r>
    </w:p>
    <w:p>
      <w:r>
        <w:rPr>
          <w:b/>
        </w:rPr>
        <w:t xml:space="preserve">[30:38] </w:t>
      </w:r>
      <w:r>
        <w:t>"islam read discovered" ka ek pura chapter isi par hai.</w:t>
      </w:r>
    </w:p>
    <w:p>
      <w:pPr>
        <w:jc w:val="right"/>
      </w:pPr>
      <w:r>
        <w:t>"इस्लाम रीड डिस्कवर्ड" का एक पूरा चैप्टर इसी पर है।</w:t>
      </w:r>
    </w:p>
    <w:p>
      <w:r>
        <w:rPr>
          <w:b/>
        </w:rPr>
        <w:t xml:space="preserve">[30:42] </w:t>
      </w:r>
      <w:r>
        <w:t>usko aap padhenge to inshallah is masle ki wajahat ho jayegi.</w:t>
      </w:r>
    </w:p>
    <w:p>
      <w:pPr>
        <w:jc w:val="right"/>
      </w:pPr>
      <w:r>
        <w:t>उसको आप पढ़ेंगे तो इंशाल्लाह इस मसले की वजाहत हो जाएगी।</w:t>
      </w:r>
    </w:p>
    <w:p>
      <w:r>
        <w:rPr>
          <w:b/>
        </w:rPr>
        <w:t xml:space="preserve">[30:49] </w:t>
      </w:r>
      <w:r>
        <w:t>maulana, agla sawal raipur se kiya hai idrees sahab ne.</w:t>
      </w:r>
    </w:p>
    <w:p>
      <w:pPr>
        <w:jc w:val="right"/>
      </w:pPr>
      <w:r>
        <w:t>मौलाना, अगला सवाल रायपुर से किया है इदरीस साहब ने।</w:t>
      </w:r>
    </w:p>
    <w:p>
      <w:r>
        <w:rPr>
          <w:b/>
        </w:rPr>
        <w:t xml:space="preserve">[30:54] </w:t>
      </w:r>
      <w:r>
        <w:t>انہوں نے لکھا ہے، "Over 200 years of failure of Muslim can be easily changed to success if they</w:t>
      </w:r>
    </w:p>
    <w:p>
      <w:pPr>
        <w:jc w:val="right"/>
      </w:pPr>
      <w:r>
        <w:t>उन्होंने लिखा है, "ओवर 200 इयर्स ऑफ फेलियर ऑफ मुस्लिम कैन बी इजली चेंज टू सक्सेस इफ दे</w:t>
      </w:r>
    </w:p>
    <w:p>
      <w:r>
        <w:rPr>
          <w:b/>
        </w:rPr>
        <w:t xml:space="preserve">[31:03] </w:t>
      </w:r>
      <w:r>
        <w:t>acknowledge the reality.</w:t>
      </w:r>
    </w:p>
    <w:p>
      <w:pPr>
        <w:jc w:val="right"/>
      </w:pPr>
      <w:r>
        <w:t>एक्नॉलेज द रियलिटी।</w:t>
      </w:r>
    </w:p>
    <w:p>
      <w:r>
        <w:rPr>
          <w:b/>
        </w:rPr>
        <w:t xml:space="preserve">[31:05] </w:t>
      </w:r>
      <w:r>
        <w:t>If anyone with objective mind considers today's lecture, it is very easy to say, it is very</w:t>
      </w:r>
    </w:p>
    <w:p>
      <w:pPr>
        <w:jc w:val="right"/>
      </w:pPr>
      <w:r>
        <w:t>इफ एनी वन विद ऑब्जेक्टिव माइंड कंसीडर्स टुडेज लेक्चर, इट इज वेरी इजी टू से, इट इज वेरी</w:t>
      </w:r>
    </w:p>
    <w:p>
      <w:r>
        <w:rPr>
          <w:b/>
        </w:rPr>
        <w:t xml:space="preserve">[31:13] </w:t>
      </w:r>
      <w:r>
        <w:t>easy to see that what you presented is the reality.</w:t>
      </w:r>
    </w:p>
    <w:p>
      <w:pPr>
        <w:jc w:val="right"/>
      </w:pPr>
      <w:r>
        <w:t>इजी टू सी दैट व्हाट यू प्रेजेंटेड इज द रियलिटी।</w:t>
      </w:r>
    </w:p>
    <w:p>
      <w:r>
        <w:rPr>
          <w:b/>
        </w:rPr>
        <w:t xml:space="preserve">[31:17] </w:t>
      </w:r>
      <w:r>
        <w:t>But whenever reality about religion is presented, people fail to consider it objectively and discard it.</w:t>
      </w:r>
    </w:p>
    <w:p>
      <w:pPr>
        <w:jc w:val="right"/>
      </w:pPr>
      <w:r>
        <w:t>बट व्हेन एवर रियलिटी अबाउट रिलीजन इज प्रेजेंटेड, पीपल फेल टू कंसीडर इट ऑब्जेक्टिवली एंड डिसर इट।</w:t>
      </w:r>
    </w:p>
    <w:p>
      <w:r>
        <w:rPr>
          <w:b/>
        </w:rPr>
        <w:t xml:space="preserve">[31:27] </w:t>
      </w:r>
      <w:r>
        <w:t>However, the same people adopt objective approach for their personal and economical issues.</w:t>
      </w:r>
    </w:p>
    <w:p>
      <w:pPr>
        <w:jc w:val="right"/>
      </w:pPr>
      <w:r>
        <w:t>हाउ एवर, द सेम पीपल अडॉप्ट ऑब्जेक्टिव अप्रोच फॉर देयर पर्सनल एंड इकोनॉमिकल इश्यूज।</w:t>
      </w:r>
    </w:p>
    <w:p>
      <w:r>
        <w:rPr>
          <w:b/>
        </w:rPr>
        <w:t xml:space="preserve">[31:34] </w:t>
      </w:r>
      <w:r>
        <w:t>Maulana, why is there this diff</w:t>
      </w:r>
    </w:p>
    <w:p>
      <w:pPr>
        <w:jc w:val="right"/>
      </w:pPr>
      <w:r>
        <w:t>मौलाना, व्हाई इज देयर दिस डिफ</w:t>
      </w:r>
    </w:p>
    <w:p>
      <w:r>
        <w:rPr>
          <w:b/>
        </w:rPr>
        <w:t xml:space="preserve">[31:37] </w:t>
      </w:r>
      <w:r>
        <w:t>rens? kya matlab hai?</w:t>
      </w:r>
    </w:p>
    <w:p>
      <w:pPr>
        <w:jc w:val="right"/>
      </w:pPr>
      <w:r>
        <w:t>रेंस? क्या मतलब है?</w:t>
      </w:r>
    </w:p>
    <w:p>
      <w:r>
        <w:rPr>
          <w:b/>
        </w:rPr>
        <w:t xml:space="preserve">[31:41] </w:t>
      </w:r>
      <w:r>
        <w:t>कि मौलाना, अगर जो Muslims हैं, वह reality को accept करें after looking at things objectively, जैसे जो</w:t>
      </w:r>
    </w:p>
    <w:p>
      <w:pPr>
        <w:jc w:val="right"/>
      </w:pPr>
      <w:r>
        <w:t>कि मौलाना, अगर जो मुस्लिम्स हैं, वह रियलिटी को एक्सेप्ट करें आफ्टर लुकिंग एट थिंग्स ऑब्जेक्टिवली, जैसे जो</w:t>
      </w:r>
    </w:p>
    <w:p>
      <w:r>
        <w:rPr>
          <w:b/>
        </w:rPr>
        <w:t xml:space="preserve">[31:48] </w:t>
      </w:r>
      <w:r>
        <w:t>aaj ka aapka lecture tha, maulana, woh keh rahe hain ki woh reality ko present karta hai.</w:t>
      </w:r>
    </w:p>
    <w:p>
      <w:pPr>
        <w:jc w:val="right"/>
      </w:pPr>
      <w:r>
        <w:t>आज का आपका लेक्चर था, मौलाना, वह कह रहे हैं कि वह रियलिटी को प्रेजेंट करता है।</w:t>
      </w:r>
    </w:p>
    <w:p>
      <w:r>
        <w:rPr>
          <w:b/>
        </w:rPr>
        <w:t xml:space="preserve">[31:54] </w:t>
      </w:r>
      <w:r>
        <w:t>لیکن جب بھی ہم اس reality کو مسلمانوں کے سامنے لے کر جاتے ہیں، تو وہ اس کو disown it</w:t>
      </w:r>
    </w:p>
    <w:p>
      <w:pPr>
        <w:jc w:val="right"/>
      </w:pPr>
      <w:r>
        <w:t>लेकिन जब भी हम इस रियलिटी को मुसलमानों के सामने लेकर जाते हैं, तो वह उसको डिसर इट</w:t>
      </w:r>
    </w:p>
    <w:p>
      <w:r>
        <w:rPr>
          <w:b/>
        </w:rPr>
        <w:t xml:space="preserve">[32:00] </w:t>
      </w:r>
      <w:r>
        <w:t>karte hain, usko objectively nahin dekhte.</w:t>
      </w:r>
    </w:p>
    <w:p>
      <w:pPr>
        <w:jc w:val="right"/>
      </w:pPr>
      <w:r>
        <w:t>करते हैं, उसको ऑब्जेक्टिवली नहीं देखते।</w:t>
      </w:r>
    </w:p>
    <w:p>
      <w:r>
        <w:rPr>
          <w:b/>
        </w:rPr>
        <w:t xml:space="preserve">[32:02] </w:t>
      </w:r>
      <w:r>
        <w:t>لیکن اپنے آفس کے کام یا پرسنل ایشوز میں بہت آبجیکٹیوٹی دکھاتے ہیں۔</w:t>
      </w:r>
    </w:p>
    <w:p>
      <w:pPr>
        <w:jc w:val="right"/>
      </w:pPr>
      <w:r>
        <w:t>लेकिन अपने ऑफिस के काम या पर्सनल इश्यूज में बहुत ऑब्जेक्टिविटी दिखाते हैं।</w:t>
      </w:r>
    </w:p>
    <w:p>
      <w:r>
        <w:rPr>
          <w:b/>
        </w:rPr>
        <w:t xml:space="preserve">[32:07] </w:t>
      </w:r>
      <w:r>
        <w:t>to ye fark kyon hai dono mein,</w:t>
      </w:r>
    </w:p>
    <w:p>
      <w:pPr>
        <w:jc w:val="right"/>
      </w:pPr>
      <w:r>
        <w:t>तो यह फर्क क्यों है दोनों में,</w:t>
      </w:r>
    </w:p>
    <w:p>
      <w:r>
        <w:rPr>
          <w:b/>
        </w:rPr>
        <w:t xml:space="preserve">[32:10] </w:t>
      </w:r>
      <w:r>
        <w:t>dono approach mein?</w:t>
      </w:r>
    </w:p>
    <w:p>
      <w:pPr>
        <w:jc w:val="right"/>
      </w:pPr>
      <w:r>
        <w:t>दोनों अप्रोच में?</w:t>
      </w:r>
    </w:p>
    <w:p>
      <w:r>
        <w:rPr>
          <w:b/>
        </w:rPr>
        <w:t xml:space="preserve">[32:16] </w:t>
      </w:r>
      <w:r>
        <w:t>इसलिए کہ ایک compulsion ہے، دوسری compulsion نہیں ہے۔</w:t>
      </w:r>
    </w:p>
    <w:p>
      <w:pPr>
        <w:jc w:val="right"/>
      </w:pPr>
      <w:r>
        <w:t>इसलिए कि एक कंपर्शन है, दूसरी कंपर्शन नहीं है।</w:t>
      </w:r>
    </w:p>
    <w:p>
      <w:r>
        <w:rPr>
          <w:b/>
        </w:rPr>
        <w:t xml:space="preserve">[32:22] </w:t>
      </w:r>
      <w:r>
        <w:t>یعنی جاب کے معاملے میں، اگر وہ ایسا نہ کرے، تو وہاں وہ جاب ختم ہو جائے گا۔</w:t>
      </w:r>
    </w:p>
    <w:p>
      <w:pPr>
        <w:jc w:val="right"/>
      </w:pPr>
      <w:r>
        <w:t>यानी जॉब के मामले में, अगर वह ऐसा न करे, तो वहां वो जॉब खत्म हो जाएगा।</w:t>
      </w:r>
    </w:p>
    <w:p>
      <w:r>
        <w:rPr>
          <w:b/>
        </w:rPr>
        <w:t xml:space="preserve">[32:28] </w:t>
      </w:r>
      <w:r>
        <w:t>business ka na kare, to business khatm ho jayega.</w:t>
      </w:r>
    </w:p>
    <w:p>
      <w:pPr>
        <w:jc w:val="right"/>
      </w:pPr>
      <w:r>
        <w:t>बिजनेस का न करे, तो बिजनेस खत्म हो जाएगा।</w:t>
      </w:r>
    </w:p>
    <w:p>
      <w:r>
        <w:rPr>
          <w:b/>
        </w:rPr>
        <w:t xml:space="preserve">[32:31] </w:t>
      </w:r>
      <w:r>
        <w:t>اس کمپلشن کی وجہ سے وہاں پر ٹھیک ٹھاک رہتے ہیں۔</w:t>
      </w:r>
    </w:p>
    <w:p>
      <w:pPr>
        <w:jc w:val="right"/>
      </w:pPr>
      <w:r>
        <w:t>उस कंपर्शन की वजह से वहां परठीक-ठाक रहते हैं।</w:t>
      </w:r>
    </w:p>
    <w:p>
      <w:r>
        <w:rPr>
          <w:b/>
        </w:rPr>
        <w:t xml:space="preserve">[32:33] </w:t>
      </w:r>
      <w:r>
        <w:t>lekin sachchai ko manne na manne mein comparsion nahi hai.</w:t>
      </w:r>
    </w:p>
    <w:p>
      <w:pPr>
        <w:jc w:val="right"/>
      </w:pPr>
      <w:r>
        <w:t>लेकिन सच्चाई को मानने ना मानने में कंपर्शन नहीं है।</w:t>
      </w:r>
    </w:p>
    <w:p>
      <w:r>
        <w:rPr>
          <w:b/>
        </w:rPr>
        <w:t xml:space="preserve">[32:40] </w:t>
      </w:r>
      <w:r>
        <w:t>is wajah se woh utna sincere nahi hote uske mamle mein.</w:t>
      </w:r>
    </w:p>
    <w:p>
      <w:pPr>
        <w:jc w:val="right"/>
      </w:pPr>
      <w:r>
        <w:t>इस वजह से वो उतना सिंसियर नहीं होते उसके मामले में।</w:t>
      </w:r>
    </w:p>
    <w:p>
      <w:r>
        <w:rPr>
          <w:b/>
        </w:rPr>
        <w:t xml:space="preserve">[32:43] </w:t>
      </w:r>
      <w:r>
        <w:t>sada si baat mere nazdeek hai ki jahan comparsion hai, wahan to fauran maan lete hain.</w:t>
      </w:r>
    </w:p>
    <w:p>
      <w:pPr>
        <w:jc w:val="right"/>
      </w:pPr>
      <w:r>
        <w:t>सादा सी बात मेरे नजदीक है कि जहां कंपर्शन है, वहां तो फौरन मान लेते हैं।</w:t>
      </w:r>
    </w:p>
    <w:p>
      <w:r>
        <w:rPr>
          <w:b/>
        </w:rPr>
        <w:t xml:space="preserve">[32:47] </w:t>
      </w:r>
      <w:r>
        <w:t>wo jahan comparsion nahi hai,</w:t>
      </w:r>
    </w:p>
    <w:p>
      <w:pPr>
        <w:jc w:val="right"/>
      </w:pPr>
      <w:r>
        <w:t>वो जहां कंपर्शन नहीं है,</w:t>
      </w:r>
    </w:p>
    <w:p>
      <w:r>
        <w:rPr>
          <w:b/>
        </w:rPr>
        <w:t xml:space="preserve">[32:51] </w:t>
      </w:r>
      <w:r>
        <w:t>to</w:t>
      </w:r>
    </w:p>
    <w:p>
      <w:pPr>
        <w:jc w:val="right"/>
      </w:pPr>
      <w:r>
        <w:t>तो</w:t>
      </w:r>
    </w:p>
    <w:p>
      <w:r>
        <w:rPr>
          <w:b/>
        </w:rPr>
        <w:t xml:space="preserve">[32:55] </w:t>
      </w:r>
      <w:r>
        <w:t>jahan ye hai ki soch karke aur apni aazadi ke tehat usko ikhtiyar karna, jahan ye baat hoti</w:t>
      </w:r>
    </w:p>
    <w:p>
      <w:pPr>
        <w:jc w:val="right"/>
      </w:pPr>
      <w:r>
        <w:t>जहां यह है कि सोच करके और अपनी आजादी के तहत उसको इख्तियार करना, जहां यह बात होती</w:t>
      </w:r>
    </w:p>
    <w:p>
      <w:r>
        <w:rPr>
          <w:b/>
        </w:rPr>
        <w:t xml:space="preserve">[33:01] </w:t>
      </w:r>
      <w:r>
        <w:t>ہے، تو وہاں پر اس کو brush aside کر دیتے ہیں۔</w:t>
      </w:r>
    </w:p>
    <w:p>
      <w:pPr>
        <w:jc w:val="right"/>
      </w:pPr>
      <w:r>
        <w:t>है, तो वहां पर उसको ब्रश साइड कर देते हैं।</w:t>
      </w:r>
    </w:p>
    <w:p>
      <w:r>
        <w:rPr>
          <w:b/>
        </w:rPr>
        <w:t xml:space="preserve">[33:05] </w:t>
      </w:r>
      <w:r>
        <w:t>to main sochta hoon ki ye aisa hona bilkul fitri hai, kyunki allah taala</w:t>
      </w:r>
    </w:p>
    <w:p>
      <w:pPr>
        <w:jc w:val="right"/>
      </w:pPr>
      <w:r>
        <w:t>तो मैं सोचता हूं कि यह ऐसा होना बिल्कुल फितरी है, क्योंकि अल्लाह ताला</w:t>
      </w:r>
    </w:p>
    <w:p>
      <w:r>
        <w:rPr>
          <w:b/>
        </w:rPr>
        <w:t xml:space="preserve">[33:11] </w:t>
      </w:r>
      <w:r>
        <w:t>comparsion ke tehat ikhtiyar ki hui sachchai ka koi aitbaar nahi hai.</w:t>
      </w:r>
    </w:p>
    <w:p>
      <w:pPr>
        <w:jc w:val="right"/>
      </w:pPr>
      <w:r>
        <w:t>कंपर्शन के तहत इख्तियार की हुई सच्चाई का कोई एतबार नहीं है।</w:t>
      </w:r>
    </w:p>
    <w:p>
      <w:r>
        <w:rPr>
          <w:b/>
        </w:rPr>
        <w:t xml:space="preserve">[33:14] </w:t>
      </w:r>
      <w:r>
        <w:t>allah ke yahan, agar allah taala comparsion daal dein sachchai ke mamle mein bhi, to us usko manne</w:t>
      </w:r>
    </w:p>
    <w:p>
      <w:pPr>
        <w:jc w:val="right"/>
      </w:pPr>
      <w:r>
        <w:t>अल्लाह के यहां, अगर अल्लाह ताला कंपर्शन डाल दें सच्चाई के मामले में भी, तो उस उसको मानने</w:t>
      </w:r>
    </w:p>
    <w:p>
      <w:r>
        <w:rPr>
          <w:b/>
        </w:rPr>
        <w:t xml:space="preserve">[33:22] </w:t>
      </w:r>
      <w:r>
        <w:t>ka koi aitbaar nahi hoga.</w:t>
      </w:r>
    </w:p>
    <w:p>
      <w:pPr>
        <w:jc w:val="right"/>
      </w:pPr>
      <w:r>
        <w:t>का कोई एतबार नहीं होगा।</w:t>
      </w:r>
    </w:p>
    <w:p>
      <w:r>
        <w:rPr>
          <w:b/>
        </w:rPr>
        <w:t xml:space="preserve">[33:24] </w:t>
      </w:r>
      <w:r>
        <w:t>sachchai ko manna us waqt qabil aitbaar hai,</w:t>
      </w:r>
    </w:p>
    <w:p>
      <w:pPr>
        <w:jc w:val="right"/>
      </w:pPr>
      <w:r>
        <w:t>सच्चाई को मानना उस वक्त काबिल एतबार है,</w:t>
      </w:r>
    </w:p>
    <w:p>
      <w:r>
        <w:rPr>
          <w:b/>
        </w:rPr>
        <w:t xml:space="preserve">[33:28] </w:t>
      </w:r>
      <w:r>
        <w:t>jabki aapko freedom ho aur aapko koi compulsion na ho, phir bhi aap usko maane. yeh to creation plan of god ke mutabiq hai, isko kharab nahi ho sakta.</w:t>
      </w:r>
    </w:p>
    <w:p>
      <w:pPr>
        <w:jc w:val="right"/>
      </w:pPr>
      <w:r>
        <w:t>जबकि आपको फ्रीडम हो और आपको कोई कंपर्शन ना हो, फिर भी आप उसको मानें। यह तो क्रिएशन प्लान ऑफ गॉड के मुताबिक है, इसको खराब नहीं हो सकता।</w:t>
      </w:r>
    </w:p>
    <w:p>
      <w:r>
        <w:rPr>
          <w:b/>
        </w:rPr>
        <w:t xml:space="preserve">[33:46] </w:t>
      </w:r>
      <w:r>
        <w:t>maulana, agla sawal miss naghma siddiqui ne kiya hai delhi se. unhone aapse poocha hai ke "is it right to say that age of democracy is age of reason, freedom, opportunity and peace?" what is your comment?</w:t>
      </w:r>
    </w:p>
    <w:p>
      <w:pPr>
        <w:jc w:val="right"/>
      </w:pPr>
      <w:r>
        <w:t>मौलाना, अगला सवाल मिस नगमा सिद्दीकी ने किया है दिल्ली से। उन्होंने आपसे पूछा है कि "इज इट राइट टू से दैट एज ऑफ डेमोक्रेसी इज एज ऑफ रीजन, फ्रीडम, अपॉर्चुनिटी एंड पीस?" व्हाट इज योर कमेंट?</w:t>
      </w:r>
    </w:p>
    <w:p>
      <w:r>
        <w:rPr>
          <w:b/>
        </w:rPr>
        <w:t xml:space="preserve">[34:04] </w:t>
      </w:r>
      <w:r>
        <w:t>sahi, sahi baat hai, theek baat hai.</w:t>
      </w:r>
    </w:p>
    <w:p>
      <w:pPr>
        <w:jc w:val="right"/>
      </w:pPr>
      <w:r>
        <w:t>सही, सही बात है,ठीक बात है।</w:t>
      </w:r>
    </w:p>
    <w:p>
      <w:r>
        <w:rPr>
          <w:b/>
        </w:rPr>
        <w:t xml:space="preserve">[34:10] </w:t>
      </w:r>
      <w:r>
        <w:t>maulana, agla sawal ajay ne kiya hai delhi se. unhone likha hai ke "maulana, is it correct that lack of modern education and negative leadership has been responsible for today's muslim mindset?" haan, to maine khud hi keh diya ke negative leadership sari zimmedari hai. mass ki kya zimmedari hai</w:t>
      </w:r>
    </w:p>
    <w:p>
      <w:pPr>
        <w:jc w:val="right"/>
      </w:pPr>
      <w:r>
        <w:t>मौलाना, अगला सवाल अजय ने किया है दिल्ली से। उन्होंने लिखा है कि "मौलाना, इज इट करेक्ट दैट लैक ऑफ मॉडर्न एजुकेशन एंड नेगेटिव लीडरशिप हैज बीन रिस्पांसिबल फॉर टुडेज मुस्लिम माइंडसेट?" हां, तो मैंने खुद ही कह दिया कि नेगेटिव लीडरशिप सारी जिम्मेदारी है। मासज की क्या जिम्मेदारी है</w:t>
      </w:r>
    </w:p>
    <w:p>
      <w:r>
        <w:rPr>
          <w:b/>
        </w:rPr>
        <w:t xml:space="preserve">[34:33] </w:t>
      </w:r>
      <w:r>
        <w:t>? mass to samajhte nahi baaton ko. mass saaton baaton ko samajhte nahi. jaise, jaise ke aaj hi jo maine bataya aapko, ek top ke arab ka yeh article hai. ab aam log padhenge to kahenge, "wah, badi achhi baat likhi. moosa ne jo kiya tha, wahi humein karna chahiye. yeh to firaun hai." yeh bhi likhne bilkul galat baat hai, baseless hai. hazrat moosa ne kab ladai ki thi firaun se?</w:t>
      </w:r>
    </w:p>
    <w:p>
      <w:pPr>
        <w:jc w:val="right"/>
      </w:pPr>
      <w:r>
        <w:t>? बास तो समझते नहीं बातों को। मासज सातों बातों को समझते नहीं। जैसे, जैसे कि आज ही जो मैंने बताया आपको, एक टॉप के अरब का यह आर्टिकल है। अब आम लोग पढ़ेंगे तो कहेंगे, "वाह, बड़ी अच्छी बात लिखी। मूसा ने जो किया था, वही हमें करना चाहिए। यह तो फिराउन है।" यह भी लिखने बिल्कुल गलत बात है, बेसलेस है। हजरत मूसा ने कब लड़ाई की थी फिराउन से?</w:t>
      </w:r>
    </w:p>
    <w:p>
      <w:r>
        <w:rPr>
          <w:b/>
        </w:rPr>
        <w:t xml:space="preserve">[34:57] </w:t>
      </w:r>
      <w:r>
        <w:t>to mass cheezon ko explore nahi kar paate. jo intellectuals hain, jo leaders hain, woh unki zimmedari hai ke aisi kai logon ko misguide kar rahe hain.</w:t>
      </w:r>
    </w:p>
    <w:p>
      <w:pPr>
        <w:jc w:val="right"/>
      </w:pPr>
      <w:r>
        <w:t>तो मासज चीजों को एक्सप्लोर नहीं कर पाते। जो इंटेलेक्चुअल्स हैं, जो लीडर्स हैं, वो उनकी जिम्मेदारी है कि ऐसी कई लोगों को मिसली कर रहे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