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Response August 11, 2018</w:t>
      </w:r>
    </w:p>
    <w:p>
      <w:r>
        <w:t>https://www.youtube.com/watch?v=W9oH8kJHTWg</w:t>
      </w:r>
    </w:p>
    <w:p>
      <w:r>
        <w:rPr>
          <w:b/>
        </w:rPr>
        <w:t xml:space="preserve">[00:13] </w:t>
      </w:r>
      <w:r>
        <w:t>bismillah-ir-rehman-ir-rahim,</w:t>
      </w:r>
    </w:p>
    <w:p>
      <w:pPr>
        <w:jc w:val="right"/>
      </w:pPr>
      <w:r>
        <w:t>بسم اللہ الرحمن الرحیم،</w:t>
      </w:r>
    </w:p>
    <w:p>
      <w:r>
        <w:rPr>
          <w:b/>
        </w:rPr>
        <w:t xml:space="preserve">[00:19] </w:t>
      </w:r>
      <w:r>
        <w:t>wa salla Allahu 'ala nabiyyil kareem.</w:t>
      </w:r>
    </w:p>
    <w:p>
      <w:pPr>
        <w:jc w:val="right"/>
      </w:pPr>
      <w:r>
        <w:t>و صلی اللہ علی نبی کریم۔</w:t>
      </w:r>
    </w:p>
    <w:p>
      <w:r>
        <w:rPr>
          <w:b/>
        </w:rPr>
        <w:t xml:space="preserve">[00:25] </w:t>
      </w:r>
      <w:r>
        <w:t>11 aghast</w:t>
      </w:r>
    </w:p>
    <w:p>
      <w:pPr>
        <w:jc w:val="right"/>
      </w:pPr>
      <w:r>
        <w:t>11 اگست</w:t>
      </w:r>
    </w:p>
    <w:p>
      <w:r>
        <w:rPr>
          <w:b/>
        </w:rPr>
        <w:t xml:space="preserve">[00:29] </w:t>
      </w:r>
      <w:r>
        <w:t>2018.</w:t>
      </w:r>
    </w:p>
    <w:p>
      <w:pPr>
        <w:jc w:val="right"/>
      </w:pPr>
      <w:r>
        <w:t>2018۔</w:t>
      </w:r>
    </w:p>
    <w:p>
      <w:r>
        <w:rPr>
          <w:b/>
        </w:rPr>
        <w:t xml:space="preserve">[00:36] </w:t>
      </w:r>
      <w:r>
        <w:t>aaj ek hadith ki roshni mein kuch baat karna hai.</w:t>
      </w:r>
    </w:p>
    <w:p>
      <w:pPr>
        <w:jc w:val="right"/>
      </w:pPr>
      <w:r>
        <w:t>آج ایک حدیث کی روشنی میں کچھ بات کرنا ہے۔</w:t>
      </w:r>
    </w:p>
    <w:p>
      <w:r>
        <w:rPr>
          <w:b/>
        </w:rPr>
        <w:t xml:space="preserve">[00:46] </w:t>
      </w:r>
      <w:r>
        <w:t>wo hadith aap ke samne padhi jayegi, phir is par inshallah kuch baat kahi jayegi.</w:t>
      </w:r>
    </w:p>
    <w:p>
      <w:pPr>
        <w:jc w:val="right"/>
      </w:pPr>
      <w:r>
        <w:t>وہ حدیث آپ کے سامنے پڑھی جائے گی، پھر اس پر انشاءاللہ کچھ بات کہی جائے گی۔</w:t>
      </w:r>
    </w:p>
    <w:p>
      <w:r>
        <w:rPr>
          <w:b/>
        </w:rPr>
        <w:t xml:space="preserve">[01:00] </w:t>
      </w:r>
      <w:r>
        <w:t>an suhaib qala: qala rasoolullahi salla Allahu 'alayhi wa sallam: 'ajaban li-amril mu'min! inna amrahu kulluhu khayrun, wa laysa zaka li-ahadin illa lil mu'min. in asābathu sarra'u shakar, fa kāna khayran lah. wa in asābathu ḍarrā'u ṣabara, fa kāna khayran lah. sahih Muslim hadith number 299.</w:t>
      </w:r>
    </w:p>
    <w:p>
      <w:pPr>
        <w:jc w:val="right"/>
      </w:pPr>
      <w:r>
        <w:t>عن صہیب قال: قال رسول اللہ صلی اللہ علیہ وسلم: "عجبا لامر المومن! ان امرہ کل خیر، ولیس ذاک لاحد الا للمومن۔</w:t>
      </w:r>
    </w:p>
    <w:p>
      <w:r>
        <w:rPr>
          <w:b/>
        </w:rPr>
        <w:t xml:space="preserve">[01:13] </w:t>
      </w:r>
      <w:r>
        <w:t>suhaib riwayat karte hain: rasool Allah salla Allahu 'alayhi wa sallam ne kaha: 'momin ka muamla ajib hai. yaqinan is ke har muamle mein khair hai, aur aisa muamla sirf momin ka hota hai.</w:t>
      </w:r>
    </w:p>
    <w:p>
      <w:pPr>
        <w:jc w:val="right"/>
      </w:pPr>
      <w:r>
        <w:t>ان اصابت سرا شکرا، فکان خیرا لہ۔ وان اصابت ضرا صبرا، فکان خیرا لہ۔" صحیح مسلم حدیث نمبر 299۔</w:t>
      </w:r>
    </w:p>
    <w:p>
      <w:r>
        <w:rPr>
          <w:b/>
        </w:rPr>
        <w:t xml:space="preserve">[01:30] </w:t>
      </w:r>
      <w:r>
        <w:t>agar is ko achhai pahunchti hai to us ne shukr kiya, to yeh us ke liye khair hai. aur agar is ko burai pahunchi, us ne sabr kiya, to yeh us ke liye khair hai.'</w:t>
      </w:r>
    </w:p>
    <w:p>
      <w:pPr>
        <w:jc w:val="right"/>
      </w:pPr>
      <w:r>
        <w:t>صہیب روایت کرتے ہیں: رسول اللہ صلی اللہ علیہ وسلم نے کہا: "مومن کا معاملہ عجیب ہے۔ یقینا اس کے ہر معاملے میں خیر ہے، اور ایسا معاملہ صرف مومن کا ہوتا ہے۔</w:t>
      </w:r>
    </w:p>
    <w:p>
      <w:r>
        <w:rPr>
          <w:b/>
        </w:rPr>
        <w:t xml:space="preserve">[01:46] </w:t>
      </w:r>
      <w:r>
        <w:t>dekhiye,</w:t>
      </w:r>
    </w:p>
    <w:p>
      <w:pPr>
        <w:jc w:val="right"/>
      </w:pPr>
      <w:r>
        <w:t>اگر اس کو اچھائی پہنچتی ہے تو اس نے صبر کیا، تو یہ اس کے لیے خیر ہے۔ اور اگر اس کو برائی پہنچی، اس نے صبر کیا، تو یہ اس کے لیے خیر ہے۔"</w:t>
      </w:r>
    </w:p>
    <w:p>
      <w:r>
        <w:rPr>
          <w:b/>
        </w:rPr>
        <w:t xml:space="preserve">[02:04] </w:t>
      </w:r>
      <w:r>
        <w:t>is hadith par gaur kijiye</w:t>
      </w:r>
    </w:p>
    <w:p>
      <w:pPr>
        <w:jc w:val="right"/>
      </w:pPr>
      <w:r>
        <w:t>دیکھیے،</w:t>
      </w:r>
    </w:p>
    <w:p>
      <w:r>
        <w:rPr>
          <w:b/>
        </w:rPr>
        <w:t xml:space="preserve">[02:10] </w:t>
      </w:r>
      <w:r>
        <w:t>ke kyun aisa farmaya ke jo iman wala wala hai, us ke liye har cheez khair hoti hai.</w:t>
      </w:r>
    </w:p>
    <w:p>
      <w:pPr>
        <w:jc w:val="right"/>
      </w:pPr>
      <w:r>
        <w:t>اس حدیث پر غور کیجئے</w:t>
      </w:r>
    </w:p>
    <w:p>
      <w:r>
        <w:rPr>
          <w:b/>
        </w:rPr>
        <w:t xml:space="preserve">[02:17] </w:t>
      </w:r>
      <w:r>
        <w:t>keh kyon aisa فرمایا keh jo iman wala wala hai, us ke liye har cheez khair hoti hai.</w:t>
      </w:r>
    </w:p>
    <w:p>
      <w:pPr>
        <w:jc w:val="right"/>
      </w:pPr>
      <w:r>
        <w:t>کہ کیوں ایسا فرمایا کہ جو ایمان والا والا ہے، اس کے لیے ہر چیز خیر ہوتی ہے۔</w:t>
      </w:r>
    </w:p>
    <w:p>
      <w:r>
        <w:rPr>
          <w:b/>
        </w:rPr>
        <w:t xml:space="preserve">[02:30] </w:t>
      </w:r>
      <w:r>
        <w:t>yani is ka sabab yeh hai ke</w:t>
      </w:r>
    </w:p>
    <w:p>
      <w:pPr>
        <w:jc w:val="right"/>
      </w:pPr>
      <w:r>
        <w:t>یعنی اس کا سبب یہ ہے کہ</w:t>
      </w:r>
    </w:p>
    <w:p>
      <w:r>
        <w:rPr>
          <w:b/>
        </w:rPr>
        <w:t xml:space="preserve">[02:43] </w:t>
      </w:r>
      <w:r>
        <w:t>response sab sab kuch depend karta hai response par.</w:t>
      </w:r>
    </w:p>
    <w:p>
      <w:pPr>
        <w:jc w:val="right"/>
      </w:pPr>
      <w:r>
        <w:t>رسپانس سب سب کچھ ڈیپینڈ کرتا ہے رسپانس پر۔</w:t>
      </w:r>
    </w:p>
    <w:p>
      <w:r>
        <w:rPr>
          <w:b/>
        </w:rPr>
        <w:t xml:space="preserve">[02:54] </w:t>
      </w:r>
      <w:r>
        <w:t>sab kuch sab kuch depend karta hai response par. yani jo aap par guzra, acha ya bura, ya koi bhi jo experience hua aap ko,</w:t>
      </w:r>
    </w:p>
    <w:p>
      <w:pPr>
        <w:jc w:val="right"/>
      </w:pPr>
      <w:r>
        <w:t>سب کچھ سب کچھ ڈیپینڈ کرتا ہے رسپانس پر۔ یعنی جو آپ پر گزرا، اچھا یا برا، یا کوئی بھی جو ایکسپیرینس ہوا آپ کو،</w:t>
      </w:r>
    </w:p>
    <w:p>
      <w:r>
        <w:rPr>
          <w:b/>
        </w:rPr>
        <w:t xml:space="preserve">[03:12] </w:t>
      </w:r>
      <w:r>
        <w:t>to</w:t>
      </w:r>
    </w:p>
    <w:p>
      <w:pPr>
        <w:jc w:val="right"/>
      </w:pPr>
      <w:r>
        <w:t>تو</w:t>
      </w:r>
    </w:p>
    <w:p>
      <w:r>
        <w:rPr>
          <w:b/>
        </w:rPr>
        <w:t xml:space="preserve">[03:16] </w:t>
      </w:r>
      <w:r>
        <w:t>rab ul alameen ke rishte mein aap ka response darj hota hai. is ka matlab kya hua ke waqiat jo paish aate hain ya tajrobat jo paish aate hain,</w:t>
      </w:r>
    </w:p>
    <w:p>
      <w:pPr>
        <w:jc w:val="right"/>
      </w:pPr>
      <w:r>
        <w:t>رب العالمین کے رشتے میں آپ کا رسپانس درج ہوتا ہے۔ اس کا مطلب کیا ہوا کہ واقعات جو پیش آتے ہیں یا تجربات جو پیش آتے ہیں،</w:t>
      </w:r>
    </w:p>
    <w:p>
      <w:r>
        <w:rPr>
          <w:b/>
        </w:rPr>
        <w:t xml:space="preserve">[03:32] </w:t>
      </w:r>
      <w:r>
        <w:t>wo is liye hote hain ke dikha jaye, yeh dekh yeh dekha jaye ke aadmi ne kis mauqe par kaisa response diya.</w:t>
      </w:r>
    </w:p>
    <w:p>
      <w:pPr>
        <w:jc w:val="right"/>
      </w:pPr>
      <w:r>
        <w:t>وہ اس لیے ہوتے ہیں کہ دکھا جائے، یہ دیکھ یہ دیکھا جائے کہ آدمی نے کس موقع پر کیسا رسپانس دیا۔</w:t>
      </w:r>
    </w:p>
    <w:p>
      <w:r>
        <w:rPr>
          <w:b/>
        </w:rPr>
        <w:t xml:space="preserve">[03:48] </w:t>
      </w:r>
      <w:r>
        <w:t>aadmi ne kis mauqe par kaisa response diya.</w:t>
      </w:r>
    </w:p>
    <w:p>
      <w:pPr>
        <w:jc w:val="right"/>
      </w:pPr>
      <w:r>
        <w:t>آدمی نے کس موقع پر کیسا رسپانس دیا۔</w:t>
      </w:r>
    </w:p>
    <w:p>
      <w:r>
        <w:rPr>
          <w:b/>
        </w:rPr>
        <w:t xml:space="preserve">[03:58] </w:t>
      </w:r>
      <w:r>
        <w:t>matlab yeh hai ke agar koi takleef pohnchi to ghabraya nahi, balkeh is par sabr kiya. ya agar koi achi baat hui to is par is ko koi fakhr nahi paida hua, balkeh shukr paida hua.</w:t>
      </w:r>
    </w:p>
    <w:p>
      <w:pPr>
        <w:jc w:val="right"/>
      </w:pPr>
      <w:r>
        <w:t>مطلب یہ ہے کہ اگر کوئی تکلیف پہنچی تو گھبرایا نہیں، بلکہ اس پر صبر کیا۔ یا اگر کوئی اچھی بات ہوئی تو اس پر اس کو کوئی فخر نہیں پیدا ہوا، بلکہ شکر پیدا ہوا۔</w:t>
      </w:r>
    </w:p>
    <w:p>
      <w:r>
        <w:rPr>
          <w:b/>
        </w:rPr>
        <w:t xml:space="preserve">[04:23] </w:t>
      </w:r>
      <w:r>
        <w:t>to dekhiye, yeh yeh saada baat nahi hai, yeh personality development ka baat mamla hai. jo waqiat paish aate hain to aap ke</w:t>
      </w:r>
    </w:p>
    <w:p>
      <w:pPr>
        <w:jc w:val="right"/>
      </w:pPr>
      <w:r>
        <w:t>تو دیکھیے، یہ یہ سادہ بات نہیں ہے، یہ پرسنیلٹی ڈیولپمنٹ کا بات معاملہ ہے۔ جو واقعات پیش آتے ہیں تو آپ کے</w:t>
      </w:r>
    </w:p>
    <w:p>
      <w:r>
        <w:rPr>
          <w:b/>
        </w:rPr>
        <w:t xml:space="preserve">[04:40] </w:t>
      </w:r>
      <w:r>
        <w:t>to farishte yeh dekhte hain ke aap ne kis mauqe par kaisa response diya.</w:t>
      </w:r>
    </w:p>
    <w:p>
      <w:pPr>
        <w:jc w:val="right"/>
      </w:pPr>
      <w:r>
        <w:t>تو فرشتے یہ دیکھتے ہیں کہ آپ نے کس موقع پر کیسا رسپانس دیا۔</w:t>
      </w:r>
    </w:p>
    <w:p>
      <w:r>
        <w:rPr>
          <w:b/>
        </w:rPr>
        <w:t xml:space="preserve">[04:52] </w:t>
      </w:r>
      <w:r>
        <w:t>is liye yeh response hi to woh cheez hai</w:t>
      </w:r>
    </w:p>
    <w:p>
      <w:pPr>
        <w:jc w:val="right"/>
      </w:pPr>
      <w:r>
        <w:t>اس لیے یہ رسپانس ہی تو وہ چیز ہے</w:t>
      </w:r>
    </w:p>
    <w:p>
      <w:r>
        <w:rPr>
          <w:b/>
        </w:rPr>
        <w:t xml:space="preserve">[04:59] </w:t>
      </w:r>
      <w:r>
        <w:t>jo is process ko control karta hai, jis ke zariye aap ki personality banti hai.</w:t>
      </w:r>
    </w:p>
    <w:p>
      <w:pPr>
        <w:jc w:val="right"/>
      </w:pPr>
      <w:r>
        <w:t>جو اس پروسیس کو کنٹرول کرتا ہے، جس کے ذریعے آپ کی پرسنیلٹی بنتی ہے۔</w:t>
      </w:r>
    </w:p>
    <w:p>
      <w:r>
        <w:rPr>
          <w:b/>
        </w:rPr>
        <w:t xml:space="preserve">[05:13] </w:t>
      </w:r>
      <w:r>
        <w:t>dekhiye, is ka raaz yeh hai ke jo bhi guzarta hai aap ke sath, kuch bhi, to aap ke</w:t>
      </w:r>
    </w:p>
    <w:p>
      <w:pPr>
        <w:jc w:val="right"/>
      </w:pPr>
      <w:r>
        <w:t>دیکھیے، اس کا راز یہ ہے کہ جو بھی گزرتا ہے آپ کے ساتھ، کچھ بھی، تو آپ کے</w:t>
      </w:r>
    </w:p>
    <w:p>
      <w:r>
        <w:rPr>
          <w:b/>
        </w:rPr>
        <w:t xml:space="preserve">[05:28] </w:t>
      </w:r>
      <w:r>
        <w:t>mind ko woh strike karta hai, jhanjhorta hai.</w:t>
      </w:r>
    </w:p>
    <w:p>
      <w:pPr>
        <w:jc w:val="right"/>
      </w:pPr>
      <w:r>
        <w:t>مائنڈ کو وہ اسٹرائیک کرتا ہے، جھجوڑتا ہے۔</w:t>
      </w:r>
    </w:p>
    <w:p>
      <w:r>
        <w:rPr>
          <w:b/>
        </w:rPr>
        <w:t xml:space="preserve">[05:39] </w:t>
      </w:r>
      <w:r>
        <w:t>ab agar aap ko</w:t>
      </w:r>
    </w:p>
    <w:p>
      <w:pPr>
        <w:jc w:val="right"/>
      </w:pPr>
      <w:r>
        <w:t>اب اگر آپ کو</w:t>
      </w:r>
    </w:p>
    <w:p>
      <w:r>
        <w:rPr>
          <w:b/>
        </w:rPr>
        <w:t xml:space="preserve">[05:45] </w:t>
      </w:r>
      <w:r>
        <w:t>agar aap ne negative response diya to aap ki personality ka development negative andaaz mein hoga.</w:t>
      </w:r>
    </w:p>
    <w:p>
      <w:pPr>
        <w:jc w:val="right"/>
      </w:pPr>
      <w:r>
        <w:t>اگر آپ نے نیگیٹیو رسپانس دیا تو آپ کی پرسنیلٹی کا ڈیولپمنٹ نیگیٹیو انداز میں ہوگا۔</w:t>
      </w:r>
    </w:p>
    <w:p>
      <w:r>
        <w:rPr>
          <w:b/>
        </w:rPr>
        <w:t xml:space="preserve">[05:56] </w:t>
      </w:r>
      <w:r>
        <w:t>agar aap ne positive response diya to aap ki personality ka ka development positive andaaz mein hoga.</w:t>
      </w:r>
    </w:p>
    <w:p>
      <w:pPr>
        <w:jc w:val="right"/>
      </w:pPr>
      <w:r>
        <w:t>اگر آپ نے پازیٹیو رسپانس دیا تو آپ کی پرسنیلٹی کا کا ڈیولپمنٹ پازیٹیو انداز میں ہوگا۔</w:t>
      </w:r>
    </w:p>
    <w:p>
      <w:r>
        <w:rPr>
          <w:b/>
        </w:rPr>
        <w:t xml:space="preserve">[06:08] </w:t>
      </w:r>
      <w:r>
        <w:t>to har cheez par insaan ka koi response hota hai. isi response se</w:t>
      </w:r>
    </w:p>
    <w:p>
      <w:pPr>
        <w:jc w:val="right"/>
      </w:pPr>
      <w:r>
        <w:t>تو ہر چیز پر انسان کا کوئی رسپانس ہوتا ہے۔ اسی رسپانس سے</w:t>
      </w:r>
    </w:p>
    <w:p>
      <w:r>
        <w:rPr>
          <w:b/>
        </w:rPr>
        <w:t xml:space="preserve">[06:23] </w:t>
      </w:r>
      <w:r>
        <w:t>yeh maloom hota hai ke aap ne apni personality ko kya food diya,</w:t>
      </w:r>
    </w:p>
    <w:p>
      <w:pPr>
        <w:jc w:val="right"/>
      </w:pPr>
      <w:r>
        <w:t>یہ معلوم ہوتا ہے کہ آپ نے اپنی پرسنیلٹی کو کیا فوڈ دیا،</w:t>
      </w:r>
    </w:p>
    <w:p>
      <w:r>
        <w:rPr>
          <w:b/>
        </w:rPr>
        <w:t xml:space="preserve">[06:34] </w:t>
      </w:r>
      <w:r>
        <w:t>kis qism ka</w:t>
      </w:r>
    </w:p>
    <w:p>
      <w:pPr>
        <w:jc w:val="right"/>
      </w:pPr>
      <w:r>
        <w:t>کس قسم کا</w:t>
      </w:r>
    </w:p>
    <w:p>
      <w:r>
        <w:rPr>
          <w:b/>
        </w:rPr>
        <w:t xml:space="preserve">[06:39] </w:t>
      </w:r>
      <w:r>
        <w:t>process dala aap ne apni personality mein.</w:t>
      </w:r>
    </w:p>
    <w:p>
      <w:pPr>
        <w:jc w:val="right"/>
      </w:pPr>
      <w:r>
        <w:t>پروسیس ڈالا آپ نے اپنی پرسنیلٹی میں۔</w:t>
      </w:r>
    </w:p>
    <w:p>
      <w:r>
        <w:rPr>
          <w:b/>
        </w:rPr>
        <w:t xml:space="preserve">[06:46] </w:t>
      </w:r>
      <w:r>
        <w:t>yeh ek daily process hai. daily daily daily.</w:t>
      </w:r>
    </w:p>
    <w:p>
      <w:pPr>
        <w:jc w:val="right"/>
      </w:pPr>
      <w:r>
        <w:t>یہ ایک ڈیلی پروسیس ہے۔ ڈیلی ڈیلی ڈیلی۔</w:t>
      </w:r>
    </w:p>
    <w:p>
      <w:r>
        <w:rPr>
          <w:b/>
        </w:rPr>
        <w:t xml:space="preserve">[06:57] </w:t>
      </w:r>
      <w:r>
        <w:t>misalan dekhiye, aap ek company mein job karte hain,</w:t>
      </w:r>
    </w:p>
    <w:p>
      <w:pPr>
        <w:jc w:val="right"/>
      </w:pPr>
      <w:r>
        <w:t>مثلاً دیکھیے، آپ ایک کمپنی میں جاب کرتے ہیں،</w:t>
      </w:r>
    </w:p>
    <w:p>
      <w:r>
        <w:rPr>
          <w:b/>
        </w:rPr>
        <w:t xml:space="preserve">[07:08] </w:t>
      </w:r>
      <w:r>
        <w:t>wahan aap ko koi</w:t>
      </w:r>
    </w:p>
    <w:p>
      <w:pPr>
        <w:jc w:val="right"/>
      </w:pPr>
      <w:r>
        <w:t>وہاں آپ کو کوئی</w:t>
      </w:r>
    </w:p>
    <w:p>
      <w:r>
        <w:rPr>
          <w:b/>
        </w:rPr>
        <w:t xml:space="preserve">[07:15] </w:t>
      </w:r>
      <w:r>
        <w:t>koi experience guzra</w:t>
      </w:r>
    </w:p>
    <w:p>
      <w:pPr>
        <w:jc w:val="right"/>
      </w:pPr>
      <w:r>
        <w:t>کوئی ایکسپیرینس گزرا</w:t>
      </w:r>
    </w:p>
    <w:p>
      <w:r>
        <w:rPr>
          <w:b/>
        </w:rPr>
        <w:t xml:space="preserve">[07:22] </w:t>
      </w:r>
      <w:r>
        <w:t>to aap is experience ko positive andaaz mein liya, negative andaaz mein nahin liya.</w:t>
      </w:r>
    </w:p>
    <w:p>
      <w:pPr>
        <w:jc w:val="right"/>
      </w:pPr>
      <w:r>
        <w:t>تو آپ اس ایکسپیرینس کو پازیٹیو انداز میں لیا، نیگیٹیو انداز میں نہیں لیا۔</w:t>
      </w:r>
    </w:p>
    <w:p>
      <w:r>
        <w:rPr>
          <w:b/>
        </w:rPr>
        <w:t xml:space="preserve">[07:32] </w:t>
      </w:r>
      <w:r>
        <w:t>aise aap rasta chal rahe hain, aap business karte hain, kuch bhi kar rahe hain, har mauqa par aap ko</w:t>
      </w:r>
    </w:p>
    <w:p>
      <w:pPr>
        <w:jc w:val="right"/>
      </w:pPr>
      <w:r>
        <w:t>ایسے آپ راستہ چل رہے ہیں، آپ بزنس کرتے ہیں، کچھ بھی کر رہے ہیں، ہر موقع پر آپ کو</w:t>
      </w:r>
    </w:p>
    <w:p>
      <w:r>
        <w:rPr>
          <w:b/>
        </w:rPr>
        <w:t xml:space="preserve">[07:43] </w:t>
      </w:r>
      <w:r>
        <w:t>kuch na kuch pesh aata hai.</w:t>
      </w:r>
    </w:p>
    <w:p>
      <w:pPr>
        <w:jc w:val="right"/>
      </w:pPr>
      <w:r>
        <w:t>کچھ نہ کچھ پیش آتا ہے۔</w:t>
      </w:r>
    </w:p>
    <w:p>
      <w:r>
        <w:rPr>
          <w:b/>
        </w:rPr>
        <w:t xml:space="preserve">[07:51] </w:t>
      </w:r>
      <w:r>
        <w:t>misalan farz keejiye keh aap ko chheenk aa gayi.</w:t>
      </w:r>
    </w:p>
    <w:p>
      <w:pPr>
        <w:jc w:val="right"/>
      </w:pPr>
      <w:r>
        <w:t>مثلاً فرض کیجیے کہ آپ کو چھینک آ گئی۔</w:t>
      </w:r>
    </w:p>
    <w:p>
      <w:r>
        <w:rPr>
          <w:b/>
        </w:rPr>
        <w:t xml:space="preserve">[07:58] </w:t>
      </w:r>
      <w:r>
        <w:t>chheenk aa gayi to chheenk ek reminder hai keh aap ke body mein ek mechanism hai jo jis se chheenk aati hai aap ko.</w:t>
      </w:r>
    </w:p>
    <w:p>
      <w:pPr>
        <w:jc w:val="right"/>
      </w:pPr>
      <w:r>
        <w:t>چھینک آ گئی تو چھینک ایک ریمائنڈر ہے کہ آپ کے باڈی میں ایک میکنزم ہے جو جس سے چھینک آتی ہے آپ کو۔</w:t>
      </w:r>
    </w:p>
    <w:p>
      <w:r>
        <w:rPr>
          <w:b/>
        </w:rPr>
        <w:t xml:space="preserve">[08:18] </w:t>
      </w:r>
      <w:r>
        <w:t>to chheenk ek healthy healthy phenomena hai.</w:t>
      </w:r>
    </w:p>
    <w:p>
      <w:pPr>
        <w:jc w:val="right"/>
      </w:pPr>
      <w:r>
        <w:t>تو چھینک ایک ہیلدی ایک ہیلدی فیناومینا ہے۔</w:t>
      </w:r>
    </w:p>
    <w:p>
      <w:r>
        <w:rPr>
          <w:b/>
        </w:rPr>
        <w:t xml:space="preserve">[08:28] </w:t>
      </w:r>
      <w:r>
        <w:t>is par bhi aap ne Alhamdulillah kaha keh body ka jo mechanism hai, us ne aisa rakha gaya hai, creator ne is tarah rakha hai keh aap ke andar</w:t>
      </w:r>
    </w:p>
    <w:p>
      <w:pPr>
        <w:jc w:val="right"/>
      </w:pPr>
      <w:r>
        <w:t>اس پر بھی آپ نے الحمدللہ کہا کہ باڈی کا جو میکنزم ہے، اس نے ایسا رکھا گیا ہے، کریٹر نے اس طرح رکھا ہے کہ آپ کے اندر</w:t>
      </w:r>
    </w:p>
    <w:p>
      <w:r>
        <w:rPr>
          <w:b/>
        </w:rPr>
        <w:t xml:space="preserve">[08:43] </w:t>
      </w:r>
      <w:r>
        <w:t>chheenk ka waqea pesh aaye aur aap ke body mein healthy process jo hai, theek tareeqe se chalta rahe.</w:t>
      </w:r>
    </w:p>
    <w:p>
      <w:pPr>
        <w:jc w:val="right"/>
      </w:pPr>
      <w:r>
        <w:t>چھینک کا واقعہ پیش آئے اور آپ کے باڈی میں ہیلدی پروسیس جو ہے، ٹھیک طریقے سے چلتا رہے۔</w:t>
      </w:r>
    </w:p>
    <w:p>
      <w:r>
        <w:rPr>
          <w:b/>
        </w:rPr>
        <w:t xml:space="preserve">[08:54] </w:t>
      </w:r>
      <w:r>
        <w:t>to kuch bhi aap ke paas, aap ke saath ho</w:t>
      </w:r>
    </w:p>
    <w:p>
      <w:pPr>
        <w:jc w:val="right"/>
      </w:pPr>
      <w:r>
        <w:t>تو کچھ بھی آپ کے پاس، آپ کے ساتھ ہو</w:t>
      </w:r>
    </w:p>
    <w:p>
      <w:r>
        <w:rPr>
          <w:b/>
        </w:rPr>
        <w:t xml:space="preserve">[09:00] </w:t>
      </w:r>
      <w:r>
        <w:t>to woh hamesha ek reminder hota hai. hamesha ek ek reminder hota hai. is reminder ko aap positive andaaz mein len,</w:t>
      </w:r>
    </w:p>
    <w:p>
      <w:pPr>
        <w:jc w:val="right"/>
      </w:pPr>
      <w:r>
        <w:t>تو وہ ہمیشہ ایک ریمائنڈر ہوتا ہے۔ ہمیشہ ایک ایک ریمائنڈر ہوتا ہے۔ اس ریمائنڈر کو آپ پازیٹیو انداز میں لیں،</w:t>
      </w:r>
    </w:p>
    <w:p>
      <w:r>
        <w:rPr>
          <w:b/>
        </w:rPr>
        <w:t xml:space="preserve">[09:14] </w:t>
      </w:r>
      <w:r>
        <w:t>negative andaaz mein na len.</w:t>
      </w:r>
    </w:p>
    <w:p>
      <w:pPr>
        <w:jc w:val="right"/>
      </w:pPr>
      <w:r>
        <w:t>نیگیٹیو انداز میں نہ لیں۔</w:t>
      </w:r>
    </w:p>
    <w:p>
      <w:r>
        <w:rPr>
          <w:b/>
        </w:rPr>
        <w:t xml:space="preserve">[09:22] </w:t>
      </w:r>
      <w:r>
        <w:t>to yahi aap ki personality development ka ka process hai. yeh saare waqeaat jo aap ki zindagi mein pesh aate hain, us ko process ke roop mein leejiye.</w:t>
      </w:r>
    </w:p>
    <w:p>
      <w:pPr>
        <w:jc w:val="right"/>
      </w:pPr>
      <w:r>
        <w:t>تو یہی آپ کی پرسنیلٹی ڈیولپمنٹ کا کا پروسیس ہے۔ یہ سارے واقعات جو آپ کی زندگی میں پیش آتے ہیں، اس کو پروسیس کے روپ میں لیجئے۔</w:t>
      </w:r>
    </w:p>
    <w:p>
      <w:r>
        <w:rPr>
          <w:b/>
        </w:rPr>
        <w:t xml:space="preserve">[09:38] </w:t>
      </w:r>
      <w:r>
        <w:t>is process ko avail keejiye.</w:t>
      </w:r>
    </w:p>
    <w:p>
      <w:pPr>
        <w:jc w:val="right"/>
      </w:pPr>
      <w:r>
        <w:t>اس پروسیس کو اویل کیجئے۔</w:t>
      </w:r>
    </w:p>
    <w:p>
      <w:r>
        <w:rPr>
          <w:b/>
        </w:rPr>
        <w:t xml:space="preserve">[09:45] </w:t>
      </w:r>
      <w:r>
        <w:t>is ko avail keejiye, yani is ko aap badal deejiye</w:t>
      </w:r>
    </w:p>
    <w:p>
      <w:pPr>
        <w:jc w:val="right"/>
      </w:pPr>
      <w:r>
        <w:t>اس کو اویل کیجئے، یعنی اس کو آپ بدل دیجئے</w:t>
      </w:r>
    </w:p>
    <w:p>
      <w:r>
        <w:rPr>
          <w:b/>
        </w:rPr>
        <w:t xml:space="preserve">[09:52] </w:t>
      </w:r>
      <w:r>
        <w:t>opportunity mein. koi bhi jo waqea pesh aaya, us ko aap ek opportunity ke roop mein leejiye.</w:t>
      </w:r>
    </w:p>
    <w:p>
      <w:pPr>
        <w:jc w:val="right"/>
      </w:pPr>
      <w:r>
        <w:t>اپرچونیٹی میں۔ کوئی بھی جو واقعہ پیش آیا، اس کو آپ ایک اپرچونیٹی کے روپ میں لیجئے۔</w:t>
      </w:r>
    </w:p>
    <w:p>
      <w:r>
        <w:rPr>
          <w:b/>
        </w:rPr>
        <w:t xml:space="preserve">[10:03] </w:t>
      </w:r>
      <w:r>
        <w:t>is opportunity ko avail keejiye apni personality development ke liye.</w:t>
      </w:r>
    </w:p>
    <w:p>
      <w:pPr>
        <w:jc w:val="right"/>
      </w:pPr>
      <w:r>
        <w:t>اس پرچ اپرچونیٹی کو اویل کیجئے اپنی پرسنیلٹی ڈیولپمنٹ کے لیے۔</w:t>
      </w:r>
    </w:p>
    <w:p>
      <w:r>
        <w:rPr>
          <w:b/>
        </w:rPr>
        <w:t xml:space="preserve">[10:14] </w:t>
      </w:r>
      <w:r>
        <w:t>main samajhta hoon keh yeh is ki koi list nahin hai, is ki koi ginti nahin hai. har lamha, subah shaam ka har tajurba, har waqea aap ko remind karta hai kuch na kuch.</w:t>
      </w:r>
    </w:p>
    <w:p>
      <w:pPr>
        <w:jc w:val="right"/>
      </w:pPr>
      <w:r>
        <w:t>میں سمجھتا ہوں کہ یہ اس کی کوئی لسٹ نہیں ہے، اس کی کوئی گنتی نہیں ہے۔ ہر لمحہ، صبح شام کا ہر تجربہ، ہر واقعہ آپ کو ریمائنڈ کرتا ہے کچھ نہ کچھ۔</w:t>
      </w:r>
    </w:p>
    <w:p>
      <w:r>
        <w:rPr>
          <w:b/>
        </w:rPr>
        <w:t xml:space="preserve">[10:36] </w:t>
      </w:r>
      <w:r>
        <w:t>is is reminder ko suniye, is reminder se sabak leejiye.</w:t>
      </w:r>
    </w:p>
    <w:p>
      <w:pPr>
        <w:jc w:val="right"/>
      </w:pPr>
      <w:r>
        <w:t>اس اس ریمائنڈر کو سنیے، اس ریمائنڈر سے سبق لیجئے۔</w:t>
      </w:r>
    </w:p>
    <w:p>
      <w:r>
        <w:rPr>
          <w:b/>
        </w:rPr>
        <w:t xml:space="preserve">[10:50] </w:t>
      </w:r>
      <w:r>
        <w:t>is reminder se sabak leejiye aur is ko positive response mein</w:t>
      </w:r>
    </w:p>
    <w:p>
      <w:pPr>
        <w:jc w:val="right"/>
      </w:pPr>
      <w:r>
        <w:t>اس ریمائنڈر سے سبق لیجئے اور اس کو پازیٹیو رسپانس میں</w:t>
      </w:r>
    </w:p>
    <w:p>
      <w:r>
        <w:rPr>
          <w:b/>
        </w:rPr>
        <w:t xml:space="preserve">[11:01] </w:t>
      </w:r>
      <w:r>
        <w:t>badal deejiye, positive response mein.</w:t>
      </w:r>
    </w:p>
    <w:p>
      <w:pPr>
        <w:jc w:val="right"/>
      </w:pPr>
      <w:r>
        <w:t>بدل دیجئے، پازیٹیو رسپانس میں۔</w:t>
      </w:r>
    </w:p>
    <w:p>
      <w:r>
        <w:rPr>
          <w:b/>
        </w:rPr>
        <w:t xml:space="preserve">[11:09] </w:t>
      </w:r>
      <w:r>
        <w:t>main samajhta hoon keh yahi natural course hai personality development ka.</w:t>
      </w:r>
    </w:p>
    <w:p>
      <w:pPr>
        <w:jc w:val="right"/>
      </w:pPr>
      <w:r>
        <w:t>میں سمجھتا ہوں کہ یہی نیچرل کورس ہے پرسنیلٹی ڈیولپمنٹ کا۔</w:t>
      </w:r>
    </w:p>
    <w:p>
      <w:r>
        <w:rPr>
          <w:b/>
        </w:rPr>
        <w:t xml:space="preserve">[11:19] </w:t>
      </w:r>
      <w:r>
        <w:t>personality development ka yahi natural course hai. dekhiye,</w:t>
      </w:r>
    </w:p>
    <w:p>
      <w:pPr>
        <w:jc w:val="right"/>
      </w:pPr>
      <w:r>
        <w:t>پرسنیلٹی ڈیولپمنٹ کا یہی نیچرل کورس ہے۔ دیکھیے،</w:t>
      </w:r>
    </w:p>
    <w:p>
      <w:r>
        <w:rPr>
          <w:b/>
        </w:rPr>
        <w:t xml:space="preserve">[11:29] </w:t>
      </w:r>
      <w:r>
        <w:t>personality development is tarah nahin hota keh aap</w:t>
      </w:r>
    </w:p>
    <w:p>
      <w:pPr>
        <w:jc w:val="right"/>
      </w:pPr>
      <w:r>
        <w:t>پرسنیلٹی ڈیولپمنٹ اس طرح نہیں ہوتا کہ آپ</w:t>
      </w:r>
    </w:p>
    <w:p>
      <w:r>
        <w:rPr>
          <w:b/>
        </w:rPr>
        <w:t xml:space="preserve">[11:37] </w:t>
      </w:r>
      <w:r>
        <w:t>koi prescribed course hai, is prescribed course ka aap ko repeat karna hai.</w:t>
      </w:r>
    </w:p>
    <w:p>
      <w:pPr>
        <w:jc w:val="right"/>
      </w:pPr>
      <w:r>
        <w:t>کوئی پریسکرائبڈ کورس ہے، اس پریسکرائبڈ کورس کا آپ کو ریپیٹ کرنا ہے۔</w:t>
      </w:r>
    </w:p>
    <w:p>
      <w:r>
        <w:rPr>
          <w:b/>
        </w:rPr>
        <w:t xml:space="preserve">[11:53] </w:t>
      </w:r>
      <w:r>
        <w:t>mein aik martaba, bohat pehle ki baat hai, aik aik group tha. is group ne training camp lagaya, training camp</w:t>
      </w:r>
    </w:p>
    <w:p>
      <w:pPr>
        <w:jc w:val="right"/>
      </w:pPr>
      <w:r>
        <w:t>میں ایک مرتبہ، بہت پہلے کی بات ہے، ایک ایک گروپ تھا۔ اس گروپ نے ٹریننگ کیمپ لگایا، ٹریننگ کیمپ</w:t>
      </w:r>
    </w:p>
    <w:p>
      <w:r>
        <w:rPr>
          <w:b/>
        </w:rPr>
        <w:t xml:space="preserve">[12:12] </w:t>
      </w:r>
      <w:r>
        <w:t>15 din ka.</w:t>
      </w:r>
    </w:p>
    <w:p>
      <w:pPr>
        <w:jc w:val="right"/>
      </w:pPr>
      <w:r>
        <w:t>15 دن کا۔</w:t>
      </w:r>
    </w:p>
    <w:p>
      <w:r>
        <w:rPr>
          <w:b/>
        </w:rPr>
        <w:t xml:space="preserve">[12:17] </w:t>
      </w:r>
      <w:r>
        <w:t>to is waqt mein rehta tha adam garh mein.</w:t>
      </w:r>
    </w:p>
    <w:p>
      <w:pPr>
        <w:jc w:val="right"/>
      </w:pPr>
      <w:r>
        <w:t>تو اس وقت میں رہتا تھا آدم گڑھ میں۔</w:t>
      </w:r>
    </w:p>
    <w:p>
      <w:r>
        <w:rPr>
          <w:b/>
        </w:rPr>
        <w:t xml:space="preserve">[12:23] </w:t>
      </w:r>
      <w:r>
        <w:t>to mein bhi is mein gaya, 15 din bataya. lekin jab khatam hua woh to mein ne dekha ke na mere paas koi take away tha,</w:t>
      </w:r>
    </w:p>
    <w:p>
      <w:pPr>
        <w:jc w:val="right"/>
      </w:pPr>
      <w:r>
        <w:t>تو میں بھی اس میں گیا، 15 دن بتایا۔ لیکن جب ختم ہوا وہ تو میں نے دیکھا کہ نہ میرے پاس کوئی ٹیک اوے تھا،</w:t>
      </w:r>
    </w:p>
    <w:p>
      <w:r>
        <w:rPr>
          <w:b/>
        </w:rPr>
        <w:t xml:space="preserve">[12:39] </w:t>
      </w:r>
      <w:r>
        <w:t>na doosron ke paas koi take away tha.</w:t>
      </w:r>
    </w:p>
    <w:p>
      <w:pPr>
        <w:jc w:val="right"/>
      </w:pPr>
      <w:r>
        <w:t>نہ دوسروں کے پاس کوئی ٹیک اوے تھا۔</w:t>
      </w:r>
    </w:p>
    <w:p>
      <w:r>
        <w:rPr>
          <w:b/>
        </w:rPr>
        <w:t xml:space="preserve">[12:45] </w:t>
      </w:r>
      <w:r>
        <w:t>koi take away kisi ke paas nahi tha kyunke jo logon ne apne ta'asurat, jo invite kiye gaye ke bataiye, to is mein koi creative baat woh kar nahi paye.</w:t>
      </w:r>
    </w:p>
    <w:p>
      <w:pPr>
        <w:jc w:val="right"/>
      </w:pPr>
      <w:r>
        <w:t>کوئی ٹیک اوے کسی کے پاس نہیں تھا کیونکہ جو لوگوں نے اپنے تاثرات، جو انوائٹ کیے گئے کہ بتائیے، تو اس میں کوئی کریٹیو بات وہ کر نہیں پائے۔</w:t>
      </w:r>
    </w:p>
    <w:p>
      <w:r>
        <w:rPr>
          <w:b/>
        </w:rPr>
        <w:t xml:space="preserve">[12:58] </w:t>
      </w:r>
      <w:r>
        <w:t>to mein ne socha ke aisa kyun hai? is ki wajah thi ke unhon ne alag se chand aadmiyon ne aik aik aik aik nisaab banaya hai, aik course banaya hai ke aik shakhs hoga jo falan aayat padh dega,</w:t>
      </w:r>
    </w:p>
    <w:p>
      <w:pPr>
        <w:jc w:val="right"/>
      </w:pPr>
      <w:r>
        <w:t>تو میں نے سوچا کہ ایسا کیوں ہے؟ اس کی وجہ تھی کہ انہوں نے الگ سے چند آدمیوں نے ایک ایک ایک ایک نصاب بنایا ہے، ایک کورس بنایا ہے کہ ایک شخص ہوگا جو فلاں آیتیں پڑھ دے گا،</w:t>
      </w:r>
    </w:p>
    <w:p>
      <w:r>
        <w:rPr>
          <w:b/>
        </w:rPr>
        <w:t xml:space="preserve">[13:18] </w:t>
      </w:r>
      <w:r>
        <w:t>falan hadith padh dega aur tahajjud ki namaz padhayega. ya'ani is tarah kuch course. to dekhiye, koi prescribed course ke zariye se koi development nahi hota hai.</w:t>
      </w:r>
    </w:p>
    <w:p>
      <w:pPr>
        <w:jc w:val="right"/>
      </w:pPr>
      <w:r>
        <w:t>فلاں حدیث پڑھ دے گا اور تہجد کی نماز پڑھائے گا۔ یعنی اس طرح کچھ کورس۔ تو دیکھیں، کوئی پریسکرائبڈ کورس کے ذریعے سے کوئی ڈیولپمنٹ نہیں ہوتا ہے۔</w:t>
      </w:r>
    </w:p>
    <w:p>
      <w:r>
        <w:rPr>
          <w:b/>
        </w:rPr>
        <w:t xml:space="preserve">[13:38] </w:t>
      </w:r>
      <w:r>
        <w:t>koi bhi aap prescribed course aap ka ho to us se development nahi hoga, balkeh natural natural course ke tehat aap ko jo tajrubaat hote hain,</w:t>
      </w:r>
    </w:p>
    <w:p>
      <w:pPr>
        <w:jc w:val="right"/>
      </w:pPr>
      <w:r>
        <w:t>کوئی بھی آپ پریسکرائبڈ کورس آپ کا ہو تو اس سے ڈیولپمنٹ نہیں ہوگا، بلکہ نیچرل نیچرل کورس کے تحت آپ کو جو تجربات ہوتے ہیں،</w:t>
      </w:r>
    </w:p>
    <w:p>
      <w:r>
        <w:rPr>
          <w:b/>
        </w:rPr>
        <w:t xml:space="preserve">[14:00] </w:t>
      </w:r>
      <w:r>
        <w:t>natural course ke tehat us waqt aap kya response dete hain, us se aap ka</w:t>
      </w:r>
    </w:p>
    <w:p>
      <w:pPr>
        <w:jc w:val="right"/>
      </w:pPr>
      <w:r>
        <w:t>نیچرل کورس کے تحت اس وقت آپ کیا رسپانس دیتے ہیں، اس سے آپ کا</w:t>
      </w:r>
    </w:p>
    <w:p>
      <w:r>
        <w:rPr>
          <w:b/>
        </w:rPr>
        <w:t xml:space="preserve">[14:12] </w:t>
      </w:r>
      <w:r>
        <w:t>development hota hai. maslan newton ko aap jante hain ke us ke sir par woh bagh bagh mein baitha tha, us ke sir par</w:t>
      </w:r>
    </w:p>
    <w:p>
      <w:pPr>
        <w:jc w:val="right"/>
      </w:pPr>
      <w:r>
        <w:t>ڈیولپمنٹ ہوتا ہے۔ مثلاً نیوٹن کو آپ جانتے ہیں کہ اس کے سر پر وہ باغ باغ میں بیٹھا تھا، اس کے سر پر</w:t>
      </w:r>
    </w:p>
    <w:p>
      <w:r>
        <w:rPr>
          <w:b/>
        </w:rPr>
        <w:t xml:space="preserve">[14:29] </w:t>
      </w:r>
      <w:r>
        <w:t>seb gira. to us ko mein kahunga ke apple shock. to us par woh laga sochne.</w:t>
      </w:r>
    </w:p>
    <w:p>
      <w:pPr>
        <w:jc w:val="right"/>
      </w:pPr>
      <w:r>
        <w:t>سیب گرا۔ تو اس کو میں کہوں گا کہ ایپل شاک۔ تو اس پر وہ لگا سوچنے۔</w:t>
      </w:r>
    </w:p>
    <w:p>
      <w:r>
        <w:rPr>
          <w:b/>
        </w:rPr>
        <w:t xml:space="preserve">[14:41] </w:t>
      </w:r>
      <w:r>
        <w:t>farz kijiye ke us ko aap kai khushi bed par bithate aur wahan aap aate, aik seb le kar ke, us seb ko us ke sir par girate to us se kuch nahi ho sakta tha.</w:t>
      </w:r>
    </w:p>
    <w:p>
      <w:pPr>
        <w:jc w:val="right"/>
      </w:pPr>
      <w:r>
        <w:t>فرض کیجیے کہ اس کو آپ کئی خوشی بیڈ پر بٹھاتے اور وہاں آپ آتے، ایک سیب لے کر کے، اس سیب کو اس کے سر پر گراتے تو اس سے کچھ نہیں ہو سکتا تھا۔</w:t>
      </w:r>
    </w:p>
    <w:p>
      <w:r>
        <w:rPr>
          <w:b/>
        </w:rPr>
        <w:t xml:space="preserve">[14:58] </w:t>
      </w:r>
      <w:r>
        <w:t>aik well organized. aik aik aik waqea aap karein ke wahan bed bithayein, kursi par bithayein, koi aadmi aaye, sir le kar ke sir par giraye.</w:t>
      </w:r>
    </w:p>
    <w:p>
      <w:pPr>
        <w:jc w:val="right"/>
      </w:pPr>
      <w:r>
        <w:t>ایک ویل اگنائزڈ۔ ایک ایک ایک واقعہ آپ کریں کہ وہاں بیڈ بٹھائیں، کرسی پر بٹھائیں، کوئی آدمی آئے، سر لے کر کے سر پر گرائے۔</w:t>
      </w:r>
    </w:p>
    <w:p>
      <w:r>
        <w:rPr>
          <w:b/>
        </w:rPr>
        <w:t xml:space="preserve">[15:15] </w:t>
      </w:r>
      <w:r>
        <w:t>us se nahi kuch hoga, lekin suddenly us ke sir par jo aik seb gira, us waqt jo response diya us ne, us response se us ko aik discovery hogi.</w:t>
      </w:r>
    </w:p>
    <w:p>
      <w:pPr>
        <w:jc w:val="right"/>
      </w:pPr>
      <w:r>
        <w:t>اس سے نہیں کچھ ہوگا، لیکن سڈنلی اس کے سر پر جو ایک سیب گرا، اس وقت جو رسپانس دیا اس نے، اس رسپانس سے اس کو ایک ڈسکوری ہوگی۔</w:t>
      </w:r>
    </w:p>
    <w:p>
      <w:r>
        <w:rPr>
          <w:b/>
        </w:rPr>
        <w:t xml:space="preserve">[15:34] </w:t>
      </w:r>
      <w:r>
        <w:t>to yaad rakhiye, koi prescribed course se insaan ki personality mein develop nahi aata.</w:t>
      </w:r>
    </w:p>
    <w:p>
      <w:pPr>
        <w:jc w:val="right"/>
      </w:pPr>
      <w:r>
        <w:t>تو یاد رکھیے، کوئی پریسکرائبڈ کورس سے انسان کی پرسنیلٹی میں ڈیولپ نہیں آتا۔</w:t>
      </w:r>
    </w:p>
    <w:p>
      <w:r>
        <w:rPr>
          <w:b/>
        </w:rPr>
        <w:t xml:space="preserve">[15:46] </w:t>
      </w:r>
      <w:r>
        <w:t>apne aap jo waqeaat hote hain, apne aap.</w:t>
      </w:r>
    </w:p>
    <w:p>
      <w:pPr>
        <w:jc w:val="right"/>
      </w:pPr>
      <w:r>
        <w:t>اپنے آپ جو واقعات ہوتے ہیں، اپنے آپ۔</w:t>
      </w:r>
    </w:p>
    <w:p>
      <w:r>
        <w:rPr>
          <w:b/>
        </w:rPr>
        <w:t xml:space="preserve">[15:51] </w:t>
      </w:r>
      <w:r>
        <w:t>farz kijiye aap khana kha rahe hain, jis had o door ka waqea hai ke woh khana kha rahe the, aik chawal zameen pe gir pada.</w:t>
      </w:r>
    </w:p>
    <w:p>
      <w:pPr>
        <w:jc w:val="right"/>
      </w:pPr>
      <w:r>
        <w:t>فرض کیجیے آپ کھانا کھا رہے ہیں، جس حد و دور کا واقعہ ہے کہ وہ کھانا کھا رہے تھے، ایک چاول زمین پہ گر پڑا۔</w:t>
      </w:r>
    </w:p>
    <w:p>
      <w:r>
        <w:rPr>
          <w:b/>
        </w:rPr>
        <w:t xml:space="preserve">[16:07] </w:t>
      </w:r>
      <w:r>
        <w:t>zameen ke ma'ani saaf dastar khwan par nahi, aisi mitti ki zameen par kyunke wahan dastar khwan aur table to hote nahi the.</w:t>
      </w:r>
    </w:p>
    <w:p>
      <w:pPr>
        <w:jc w:val="right"/>
      </w:pPr>
      <w:r>
        <w:t>زمین کے معنی صاف دسترخوان پر نہیں، ایسی مٹی کی زمین پر کیونکہ وہاں دسترخوان اور ٹیبل تو ہوتے نہیں تھے۔</w:t>
      </w:r>
    </w:p>
    <w:p>
      <w:r>
        <w:rPr>
          <w:b/>
        </w:rPr>
        <w:t xml:space="preserve">[16:23] </w:t>
      </w:r>
      <w:r>
        <w:t>to hatim ne jab is chawal ko uthaya, jis mein kuch gand bhi lag gayi thi, to us ko phenka nahi.</w:t>
      </w:r>
    </w:p>
    <w:p>
      <w:pPr>
        <w:jc w:val="right"/>
      </w:pPr>
      <w:r>
        <w:t>تو حاتم نے جب اس چاول کو اٹھایا، جس میں کچھ گند بھی لگ گئی تھی، تو اس کو پھینکا نہیں۔</w:t>
      </w:r>
    </w:p>
    <w:p>
      <w:r>
        <w:rPr>
          <w:b/>
        </w:rPr>
        <w:t xml:space="preserve">[16:34] </w:t>
      </w:r>
      <w:r>
        <w:t>phenka nahi, us ko utha kar ke munh mein daal liya aur yeh kaha ke yeh yeh aik chawal bhi Allah ki nemat hai.</w:t>
      </w:r>
    </w:p>
    <w:p>
      <w:pPr>
        <w:jc w:val="right"/>
      </w:pPr>
      <w:r>
        <w:t>پھینکا نہیں، اس کو اٹھا کر کے منہ میں ڈال لیا اور یہ کہا کہ یہ یہ ایک چاول بھی اللہ کی نعمت ہے۔</w:t>
      </w:r>
    </w:p>
    <w:p>
      <w:r>
        <w:rPr>
          <w:b/>
        </w:rPr>
        <w:t xml:space="preserve">[16:47] </w:t>
      </w:r>
      <w:r>
        <w:t>jis tarah sara chawal jo hai, Allah ki nemat hai, waise yeh aik chawal bhi hai.</w:t>
      </w:r>
    </w:p>
    <w:p>
      <w:pPr>
        <w:jc w:val="right"/>
      </w:pPr>
      <w:r>
        <w:t>جس طرح سارا چاول جو ہے، اللہ کی نعمت ہے، ویسے یہ ایک چاول بھی ہے۔</w:t>
      </w:r>
    </w:p>
    <w:p>
      <w:r>
        <w:rPr>
          <w:b/>
        </w:rPr>
        <w:t xml:space="preserve">[16:58] </w:t>
      </w:r>
      <w:r>
        <w:t>to yahi waqea organized way mein kiya jaye. organized way mein kuch log baithe hain, samne plate aaye aur by intention aik aik aik chawal zameen pe giraya jaye to us se un ka impact nahi aayega.</w:t>
      </w:r>
    </w:p>
    <w:p>
      <w:pPr>
        <w:jc w:val="right"/>
      </w:pPr>
      <w:r>
        <w:t>تو یہی واقعہ اگنائزڈ وے میں کیا جائے۔ اگنائزڈ وے میں کچھ لوگ بیٹھے ہیں، سامنے پلیٹ آئے اور بال انٹینشنلی ایک ایک ایک چاول زمین پہ گرایا جائے تو اس سے ان کا امپیکٹ نہیں آئے گا۔</w:t>
      </w:r>
    </w:p>
    <w:p>
      <w:r>
        <w:rPr>
          <w:b/>
        </w:rPr>
        <w:t xml:space="preserve">[17:17] </w:t>
      </w:r>
      <w:r>
        <w:t>to log jo mein jo mere sath jo waqea guzra ke adam garh mein jab mein tha ke aik press pehle se banaya gaya tha, aik course, aik bane banaye course ko wahan pe repeat kiya gaya.</w:t>
      </w:r>
    </w:p>
    <w:p>
      <w:pPr>
        <w:jc w:val="right"/>
      </w:pPr>
      <w:r>
        <w:t>تو لوگ جو میں جو میرے ساتھ جو واقعہ گزرا کہ آدم گڑھ میں جب میں تھا کہ ایک پریس پہلے سے بنایا گیا تھا، ایک کورس، ایک بنے بنائے کورس کو وہاں پہ ریپیٹ کیا گیا۔</w:t>
      </w:r>
    </w:p>
    <w:p>
      <w:r>
        <w:rPr>
          <w:b/>
        </w:rPr>
        <w:t xml:space="preserve">[17:35] </w:t>
      </w:r>
      <w:r>
        <w:t>bane banaye course ko repeat kiya gaya to 15 din tak woh repeat hota raha.</w:t>
      </w:r>
    </w:p>
    <w:p>
      <w:pPr>
        <w:jc w:val="right"/>
      </w:pPr>
      <w:r>
        <w:t>بنے بنائے کورس کو ریپیٹ کیا گیا تو 15 دن تک وہ ریپیٹ ہوتا رہا۔</w:t>
      </w:r>
    </w:p>
    <w:p>
      <w:r>
        <w:rPr>
          <w:b/>
        </w:rPr>
        <w:t xml:space="preserve">[17:47] </w:t>
      </w:r>
      <w:r>
        <w:t>kuchh quran, kuchh hadith, koi tahajjud, koi roza, is tarah ki cheezen thin is mein. to aakhiri din jab woh course khatm hua aur logon se poochha gaya</w:t>
      </w:r>
    </w:p>
    <w:p>
      <w:pPr>
        <w:jc w:val="right"/>
      </w:pPr>
      <w:r>
        <w:t>کچھ قرآن، کچھ حدیث، کوئی تہجد، کوئی روزہ، اس طرح کی چیزیں تھیں اس میں۔ تو آخری دن جب وہ کورس ختم ہوا اور لوگوں سے پوچھا گیا</w:t>
      </w:r>
    </w:p>
    <w:p>
      <w:r>
        <w:rPr>
          <w:b/>
        </w:rPr>
        <w:t xml:space="preserve">[18:06] </w:t>
      </w:r>
      <w:r>
        <w:t>to kisi ke paas koi khaas creative qism ka take away nahin tha. aisi rasmi to woh kuchh kar diya.</w:t>
      </w:r>
    </w:p>
    <w:p>
      <w:pPr>
        <w:jc w:val="right"/>
      </w:pPr>
      <w:r>
        <w:t>تو کسی کے پاس کوئی خاص کریٹیو قسم کا ٹیک اوے نہیں تھا۔ ایسی رسمی تو وہ کچھ کر دیا۔</w:t>
      </w:r>
    </w:p>
    <w:p>
      <w:r>
        <w:rPr>
          <w:b/>
        </w:rPr>
        <w:t xml:space="preserve">[18:18] </w:t>
      </w:r>
      <w:r>
        <w:t>is se maine natija nikala ke training jo hoti hai insan, insan ki</w:t>
      </w:r>
    </w:p>
    <w:p>
      <w:pPr>
        <w:jc w:val="right"/>
      </w:pPr>
      <w:r>
        <w:t>اس سے میں نے نتیجہ نکالا کہ ٹریننگ جو ہوتی ہے انسان، انسان کی</w:t>
      </w:r>
    </w:p>
    <w:p>
      <w:r>
        <w:rPr>
          <w:b/>
        </w:rPr>
        <w:t xml:space="preserve">[18:28] </w:t>
      </w:r>
      <w:r>
        <w:t>personality building jo hoti hai, woh kisi prescribed course se nahin hoti.</w:t>
      </w:r>
    </w:p>
    <w:p>
      <w:pPr>
        <w:jc w:val="right"/>
      </w:pPr>
      <w:r>
        <w:t>پرسنیلٹی بلڈنگ جو ہوتی ہے، وہ کسی پریسکرائبڈ کورس سے نہیں ہوتی۔</w:t>
      </w:r>
    </w:p>
    <w:p>
      <w:r>
        <w:rPr>
          <w:b/>
        </w:rPr>
        <w:t xml:space="preserve">[18:38] </w:t>
      </w:r>
      <w:r>
        <w:t>balkeh rozmarra ki zindagi mein jo waqeat paish aate hain, wahan par aap kya response dete hain, wahan par aap ko kuchh take away milta hai aur is se phir aap ki shakhsiyat banti hai.</w:t>
      </w:r>
    </w:p>
    <w:p>
      <w:pPr>
        <w:jc w:val="right"/>
      </w:pPr>
      <w:r>
        <w:t>بلکہ روزمرہ کی زندگی میں جو واقعات پیش آتے ہیں، وہاں پر آپ کیا رسپانس دیتے ہیں، وہاں پر آپ کو کچھ ٹیک اوے ملتا ہے اور اس سے پھر آپ کی شخصیت بنتی ہے۔</w:t>
      </w:r>
    </w:p>
    <w:p>
      <w:r>
        <w:rPr>
          <w:b/>
        </w:rPr>
        <w:t xml:space="preserve">[18:58] </w:t>
      </w:r>
      <w:r>
        <w:t>chunanche aap dekhiye, rasool Allah sal Allah alih wasallam ki sohbaton mein dekhiye, rasool Allah sal Allah alih wasallam ki sohbaton ka koi</w:t>
      </w:r>
    </w:p>
    <w:p>
      <w:pPr>
        <w:jc w:val="right"/>
      </w:pPr>
      <w:r>
        <w:t>چنانچہ آپ دیکھیے، رسول اللہ صلی اللہ علیہ وسلم کی صحبتوں میں دیکھیے، رسول اللہ صلی اللہ علیہ وسلم کی صحبتوں کا کوئی</w:t>
      </w:r>
    </w:p>
    <w:p>
      <w:r>
        <w:rPr>
          <w:b/>
        </w:rPr>
        <w:t xml:space="preserve">[19:16] </w:t>
      </w:r>
      <w:r>
        <w:t>prescribed course nahin hota tha.</w:t>
      </w:r>
    </w:p>
    <w:p>
      <w:pPr>
        <w:jc w:val="right"/>
      </w:pPr>
      <w:r>
        <w:t>پریسکرائبڈ کورس نہیں ہوتا تھا۔</w:t>
      </w:r>
    </w:p>
    <w:p>
      <w:r>
        <w:rPr>
          <w:b/>
        </w:rPr>
        <w:t xml:space="preserve">[19:21] </w:t>
      </w:r>
      <w:r>
        <w:t>ek bana banaya socha samjha aur muqarrar kiya hua course ho, us ko dohraya jae. log baithe hain, us ko dohraien.</w:t>
      </w:r>
    </w:p>
    <w:p>
      <w:pPr>
        <w:jc w:val="right"/>
      </w:pPr>
      <w:r>
        <w:t>ایک بنا بنایا سوچا سمجھا اور مقرر کیا ہوا کورس ہو، اس کو دہرایا جائے۔ لوگ بیٹھے ہیں، اس کو دہرائیں۔</w:t>
      </w:r>
    </w:p>
    <w:p>
      <w:r>
        <w:rPr>
          <w:b/>
        </w:rPr>
        <w:t xml:space="preserve">[19:35] </w:t>
      </w:r>
      <w:r>
        <w:t>to aisa nahin ke mislan yeh ke kaha jae ke bhai dekho, kal aap sab log aa jaen aur Ayat al Kursi padhi jaegi to sab log aaien, baithen aur sau sau bar Ayat al Kursi padhen.</w:t>
      </w:r>
    </w:p>
    <w:p>
      <w:pPr>
        <w:jc w:val="right"/>
      </w:pPr>
      <w:r>
        <w:t>تو ایسا نہیں کہ مثلاً یہ کہ کہا جائے کہ بھئی دیکھو، کل آپ سب لوگ آ جائیں اور آیت الکرسی پڑھی جائے گی تو سب لوگ آئیں، بیٹھیں اور سو سو بار آیت الکرسی پڑھیں۔</w:t>
      </w:r>
    </w:p>
    <w:p>
      <w:r>
        <w:rPr>
          <w:b/>
        </w:rPr>
        <w:t xml:space="preserve">[19:53] </w:t>
      </w:r>
      <w:r>
        <w:t>to is se kuchh nahin hoga. yeh saare log baithe hue hain, Ayat al Kursi padh rahe hain, sau sau bar, is mein unhein koi take away nahin milega, koi food nahin milega.</w:t>
      </w:r>
    </w:p>
    <w:p>
      <w:pPr>
        <w:jc w:val="right"/>
      </w:pPr>
      <w:r>
        <w:t>تو اس سے کچھ نہیں ہوگا۔ یہ سارے لوگ بیٹھے ہوئے ہیں، آیت الکرسی پڑھ رہے ہیں، سو سو بار، اس میں انہیں کوئی ٹیک اوے نہیں ملے گا، کوئی فوڈ نہیں ملے گا۔</w:t>
      </w:r>
    </w:p>
    <w:p>
      <w:r>
        <w:rPr>
          <w:b/>
        </w:rPr>
        <w:t xml:space="preserve">[20:10] </w:t>
      </w:r>
      <w:r>
        <w:t>unki unki personality mein koi development nahin hoga.</w:t>
      </w:r>
    </w:p>
    <w:p>
      <w:pPr>
        <w:jc w:val="right"/>
      </w:pPr>
      <w:r>
        <w:t>ان کی ان کی پرسنیلٹی میں کوئی ڈیولپمنٹ نہیں ہوگا۔</w:t>
      </w:r>
    </w:p>
    <w:p>
      <w:r>
        <w:rPr>
          <w:b/>
        </w:rPr>
        <w:t xml:space="preserve">[20:17] </w:t>
      </w:r>
      <w:r>
        <w:t>balkeh ek bedaar zehn aap ke andar ho, ek thinking mind ho</w:t>
      </w:r>
    </w:p>
    <w:p>
      <w:pPr>
        <w:jc w:val="right"/>
      </w:pPr>
      <w:r>
        <w:t>بلکہ ایک بیدار ذہن آپ کے اندر ہو، ایک تھنکنگ مائنڈ ہو</w:t>
      </w:r>
    </w:p>
    <w:p>
      <w:r>
        <w:rPr>
          <w:b/>
        </w:rPr>
        <w:t xml:space="preserve">[20:27] </w:t>
      </w:r>
      <w:r>
        <w:t>aur aap rozmarra ki zindagi guzaren, kahin aa rahe hain, ja rahe hain, baith rahe hain, uth rahe hain, is mein jo tajrubaat hote hain, un tajrubaat se aap ko jo milta hai, jo take away milta hai,</w:t>
      </w:r>
    </w:p>
    <w:p>
      <w:pPr>
        <w:jc w:val="right"/>
      </w:pPr>
      <w:r>
        <w:t>اور آپ روزمرہ کی زندگی گزاریں، کہیں آ رہے ہیں، جا رہے ہیں، بیٹھ رہے ہیں، اٹھ رہے ہیں، اس میں جو تجربات ہوتے ہیں، ان تجربات سے آپ کو جو ملتا ہے، جو ٹیک اوے ملتا ہے،</w:t>
      </w:r>
    </w:p>
    <w:p>
      <w:r>
        <w:rPr>
          <w:b/>
        </w:rPr>
        <w:t xml:space="preserve">[20:46] </w:t>
      </w:r>
      <w:r>
        <w:t>woh aap ki personality ko banata hai.</w:t>
      </w:r>
    </w:p>
    <w:p>
      <w:pPr>
        <w:jc w:val="right"/>
      </w:pPr>
      <w:r>
        <w:t>وہ آپ کی پرسنیلٹی کو بناتا ہے۔</w:t>
      </w:r>
    </w:p>
    <w:p>
      <w:r>
        <w:rPr>
          <w:b/>
        </w:rPr>
        <w:t xml:space="preserve">[20:52] </w:t>
      </w:r>
      <w:r>
        <w:t>prescribed course se kuchh nahin hota.</w:t>
      </w:r>
    </w:p>
    <w:p>
      <w:pPr>
        <w:jc w:val="right"/>
      </w:pPr>
      <w:r>
        <w:t>پریسکرائبڈ کورس سے کچھ نہیں ہوتا۔</w:t>
      </w:r>
    </w:p>
    <w:p>
      <w:r>
        <w:rPr>
          <w:b/>
        </w:rPr>
        <w:t xml:space="preserve">[20:57] </w:t>
      </w:r>
      <w:r>
        <w:t>to yeh tajrubaat safar mein aap baithe hain, chal rahe hain, raat hai, din hai, har mauqe par hota rehta hai. har mauqe par.</w:t>
      </w:r>
    </w:p>
    <w:p>
      <w:pPr>
        <w:jc w:val="right"/>
      </w:pPr>
      <w:r>
        <w:t>تو یہ تجربات سفر میں آپ بیٹھے ہیں، چل رہے ہیں، رات ہے، دن ہے، ہر موقع پر ہوتا رہتا ہے۔ ہر موقع پر۔</w:t>
      </w:r>
    </w:p>
    <w:p>
      <w:r>
        <w:rPr>
          <w:b/>
        </w:rPr>
        <w:t xml:space="preserve">[21:14] </w:t>
      </w:r>
      <w:r>
        <w:t>mislan abhi chand din ki baat hai, raat ko kisi wajah se mujhe neend neend nahin aai. raat ko jugta raha, jugta raha, jugta raha.</w:t>
      </w:r>
    </w:p>
    <w:p>
      <w:pPr>
        <w:jc w:val="right"/>
      </w:pPr>
      <w:r>
        <w:t>مثلاً ابھی چند دن کی بات ہے، رات کو کسی وجہ سے مجھے نیند نیند نہیں آئی۔ رات کو جگتا رہا، جگتا رہا، جگتا رہا۔</w:t>
      </w:r>
    </w:p>
    <w:p>
      <w:r>
        <w:rPr>
          <w:b/>
        </w:rPr>
        <w:t xml:space="preserve">[21:27] </w:t>
      </w:r>
      <w:r>
        <w:t>isi wajah se aisa hua. to jab subah ka waqt hua to maine socha ke agar roz aise hone lage, roz roz aise hi mera system bigad jae.</w:t>
      </w:r>
    </w:p>
    <w:p>
      <w:pPr>
        <w:jc w:val="right"/>
      </w:pPr>
      <w:r>
        <w:t>اسی وجہ سے ایسا ہوا۔ تو جب صبح کا وقت ہوا تو میں نے سوچا کہ اگر روز ایسے ہونے لگے، روزے روز ایسے ہی میرا سسٹم بگڑ جائے۔</w:t>
      </w:r>
    </w:p>
    <w:p>
      <w:r>
        <w:rPr>
          <w:b/>
        </w:rPr>
        <w:t xml:space="preserve">[21:45] </w:t>
      </w:r>
      <w:r>
        <w:t>shayad aisa tha ke main raat ko maghrib baad chai nahin peeta. to maine ghalati se maghrib baad chai pi liya.</w:t>
      </w:r>
    </w:p>
    <w:p>
      <w:pPr>
        <w:jc w:val="right"/>
      </w:pPr>
      <w:r>
        <w:t>شاید ایسا تھا کہ میں رات کو مغرب بعد چائے نہیں پیتا۔ تو میں نے غلطی سے مغرب بعد چائے پی لیا۔</w:t>
      </w:r>
    </w:p>
    <w:p>
      <w:r>
        <w:rPr>
          <w:b/>
        </w:rPr>
        <w:t xml:space="preserve">[21:59] </w:t>
      </w:r>
      <w:r>
        <w:t>to raat bhar neend hi nahin aai. to maine socha ke farz kijiye ke pani peene se aisa ho jae. aaj to chai peene se neend kharab ho gai.</w:t>
      </w:r>
    </w:p>
    <w:p>
      <w:pPr>
        <w:jc w:val="right"/>
      </w:pPr>
      <w:r>
        <w:t>تو رات بھر نیند ہی نہیں آئی۔ تو میں نے سوچا کہ فرض کیجیے کہ پانی پینے سے ایسا ہو جائے۔ آج تو چائے پینے سے نیند خراب ہو گئی۔</w:t>
      </w:r>
    </w:p>
    <w:p>
      <w:r>
        <w:rPr>
          <w:b/>
        </w:rPr>
        <w:t xml:space="preserve">[22:11] </w:t>
      </w:r>
      <w:r>
        <w:t>farz kijiye pani peene se neend kharab ho to kya ho? to kaise jiyenge hum? zindagi zindagi mushkil ho jaegi.</w:t>
      </w:r>
    </w:p>
    <w:p>
      <w:pPr>
        <w:jc w:val="right"/>
      </w:pPr>
      <w:r>
        <w:t>فرض کیجیے پانی پینے سے نیند خراب ہو تو کیا ہو؟ تو کیسے جئیں گے ہم؟ زندگی زندگی مشکل ہو جائے گی۔</w:t>
      </w:r>
    </w:p>
    <w:p>
      <w:r>
        <w:rPr>
          <w:b/>
        </w:rPr>
        <w:t xml:space="preserve">[22:23] </w:t>
      </w:r>
      <w:r>
        <w:t>to yeh achaanak jo hota hai, apne aap fitri taur par jo hota hai, woh woh hamare liye shakhsiyat saazi mein madadgar hota hai.</w:t>
      </w:r>
    </w:p>
    <w:p>
      <w:pPr>
        <w:jc w:val="right"/>
      </w:pPr>
      <w:r>
        <w:t>تو یہ اچانک جو ہوتا ہے، اپنے آپ فطری طور پر جو ہوتا ہے، وہ وہ ہمارے لیے شخصیت سازی میں مددگار ہوتا ہے۔</w:t>
      </w:r>
    </w:p>
    <w:p>
      <w:r>
        <w:rPr>
          <w:b/>
        </w:rPr>
        <w:t xml:space="preserve">[22:38] </w:t>
      </w:r>
      <w:r>
        <w:t>to hum ko karna yeh hai ke apne ek mind ko khoob alive rakhen, mind ko mind ko zinda rakhen, apni soch ko,</w:t>
      </w:r>
    </w:p>
    <w:p>
      <w:pPr>
        <w:jc w:val="right"/>
      </w:pPr>
      <w:r>
        <w:t>تو ہم کو کرنا یہ ہے کہ اپنے ایک مائنڈ کو خوب الائیو رکھیں، مائنڈ کو مائنڈ کو زندہ رکھیں، اپنی سوچ کو،</w:t>
      </w:r>
    </w:p>
    <w:p>
      <w:r>
        <w:rPr>
          <w:b/>
        </w:rPr>
        <w:t xml:space="preserve">[22:53] </w:t>
      </w:r>
      <w:r>
        <w:t>soch ka jo amal hai, mind mein us ko zinda rakhen. tab tab aisa hoga ke hamari rozmarra ki zindagi mein shakhsiyat ki taameer hone lagegi,</w:t>
      </w:r>
    </w:p>
    <w:p>
      <w:pPr>
        <w:jc w:val="right"/>
      </w:pPr>
      <w:r>
        <w:t>سوچ کا جو عمل ہے، مائنڈ میں اس کو زندہ رکھیں۔ تب تب ایسا ہوگا کہ ہماری روزمرہ کی زندگی میں شخصیت کی تعمیر ہونے لگے گی،</w:t>
      </w:r>
    </w:p>
    <w:p>
      <w:r>
        <w:rPr>
          <w:b/>
        </w:rPr>
        <w:t xml:space="preserve">[23:09] </w:t>
      </w:r>
      <w:r>
        <w:t>inshallah. Assalam o alaikum wa rehmatullah.</w:t>
      </w:r>
    </w:p>
    <w:p>
      <w:pPr>
        <w:jc w:val="right"/>
      </w:pPr>
      <w:r>
        <w:t>انشاءاللہ۔ السلام علیکم ورحمۃ اللہ۔</w:t>
      </w:r>
    </w:p>
    <w:p>
      <w:r>
        <w:rPr>
          <w:b/>
        </w:rPr>
        <w:t xml:space="preserve">[23:24] </w:t>
      </w:r>
      <w:r>
        <w:t>maulana, abhi jo hadith bayan ki gayi, is se yeh maloom hota hai ke momin ke liye</w:t>
      </w:r>
    </w:p>
    <w:p>
      <w:pPr>
        <w:jc w:val="right"/>
      </w:pPr>
      <w:r>
        <w:t>مولانا، ابھی جو حدیث بیان کی گئی، اس سے یہ معلوم ہوتا ہے کہ مومن کے لیے</w:t>
      </w:r>
    </w:p>
    <w:p>
      <w:r>
        <w:rPr>
          <w:b/>
        </w:rPr>
        <w:t xml:space="preserve">[23:33] </w:t>
      </w:r>
      <w:r>
        <w:t>ah khair ka mauqa ho ya museebat ka mauqa, dono mein bhalai hai. Lekin sahaba kiram ke bare mein aata hai aur rasool Allah ke bare mein bhi aata hai ke woh logon ko yeh ubhara karte the ke aap afiyat ki dua karo.</w:t>
      </w:r>
    </w:p>
    <w:p>
      <w:pPr>
        <w:jc w:val="right"/>
      </w:pPr>
      <w:r>
        <w:t>اہ خیر کا موقع ہو یا مصیبت کا موقع، دونوں میں بھلائی ہے۔ لیکن صحابہ کرام کے بارے میں آتا ہے اور رسول اللہ کے بارے میں بھی آتا ہے کہ وہ لوگوں کو یہ ابھارا کرتے تھے کہ آپ عافیت کی دعا کرو۔</w:t>
      </w:r>
    </w:p>
    <w:p>
      <w:r>
        <w:rPr>
          <w:b/>
        </w:rPr>
        <w:t xml:space="preserve">[23:49] </w:t>
      </w:r>
      <w:r>
        <w:t>aur ek sahabi ghaliban abu darda ya mutarrif bin abdullah shaikhheer kehte hain: "lan ayya ahba ilay min an ahba ilay an ashkar" ke mein mein afiyat ke sath rahoon aur shukr ada karoon.</w:t>
      </w:r>
    </w:p>
    <w:p>
      <w:pPr>
        <w:jc w:val="right"/>
      </w:pPr>
      <w:r>
        <w:t>اور ایک صحابی غالباً ابو دردہ یا مطرف بن عبداللہ شیخیر کہتے ہیں: "لان عافی احبا الی من ان احبا الی ان اشکر" کہ میں میں عافیت کے ساتھ رہوں اور شکر ادا کروں۔</w:t>
      </w:r>
    </w:p>
    <w:p>
      <w:r>
        <w:rPr>
          <w:b/>
        </w:rPr>
        <w:t xml:space="preserve">[24:05] </w:t>
      </w:r>
      <w:r>
        <w:t>yeh mere liye behtar hai ke mein museebat mein pahunchon aur sabr karoon. To is bare mein aap kya kehte hain? Dekhiye,</w:t>
      </w:r>
    </w:p>
    <w:p>
      <w:pPr>
        <w:jc w:val="right"/>
      </w:pPr>
      <w:r>
        <w:t>یہ میرے لیے بہتر ہے کہ میں مصیبت میں پہنچوں اور صبر کروں۔ تو اس بارے میں آپ کیا کہتے ہیں؟ دیکھیے،</w:t>
      </w:r>
    </w:p>
    <w:p>
      <w:r>
        <w:rPr>
          <w:b/>
        </w:rPr>
        <w:t xml:space="preserve">[24:18] </w:t>
      </w:r>
      <w:r>
        <w:t>Allah se mangna chahiye, kabhi bhi museebat nahi is liye nikla.</w:t>
      </w:r>
    </w:p>
    <w:p>
      <w:pPr>
        <w:jc w:val="right"/>
      </w:pPr>
      <w:r>
        <w:t>اللہ سے مانگنا چاہیے، کبھی بھی مصیبت نہیں اس لیے نکلا۔</w:t>
      </w:r>
    </w:p>
    <w:p>
      <w:r>
        <w:rPr>
          <w:b/>
        </w:rPr>
        <w:t xml:space="preserve">[24:27] </w:t>
      </w:r>
      <w:r>
        <w:t>ek hai ke halaat ke darmiyan kuch aap ko kuch baatein pesh aa jayen. Kahin chal rasta chal rahe hain, thokar lag gayi.</w:t>
      </w:r>
    </w:p>
    <w:p>
      <w:pPr>
        <w:jc w:val="right"/>
      </w:pPr>
      <w:r>
        <w:t>ایک ہے کہ حالات کے دوران کچھ آپ کو کچھ باتیں پیش آ جائیں۔ کہیں چل راستہ چل رہے ہیں، ٹھوکر لگ گئی۔</w:t>
      </w:r>
    </w:p>
    <w:p>
      <w:r>
        <w:rPr>
          <w:b/>
        </w:rPr>
        <w:t xml:space="preserve">[24:40] </w:t>
      </w:r>
      <w:r>
        <w:t>kahin rasta chalte rahe hain, gaadha chhip gaya. Kahin rasta chal rahe hain, kisi bachche ne patthar phenk diya.</w:t>
      </w:r>
    </w:p>
    <w:p>
      <w:pPr>
        <w:jc w:val="right"/>
      </w:pPr>
      <w:r>
        <w:t>کہیں راستہ چلتے رہے ہیں، گاڑھا چھپ گیا۔ کہیں راستہ چل رہے ہیں، کسی بچے نے پتھر پھینک دیا۔</w:t>
      </w:r>
    </w:p>
    <w:p>
      <w:r>
        <w:rPr>
          <w:b/>
        </w:rPr>
        <w:t xml:space="preserve">[24:49] </w:t>
      </w:r>
      <w:r>
        <w:t>to is tarah se jo aakhir mein jo baatein hoti hain, woh woh woh aap ko strike karti hain aap ke mind ki.</w:t>
      </w:r>
    </w:p>
    <w:p>
      <w:pPr>
        <w:jc w:val="right"/>
      </w:pPr>
      <w:r>
        <w:t>تو اس طرح سے جو آخر میں جو باتیں ہوتی ہیں، وہ وہ وہ آپ کو اسٹرائیک کرتی ہیں آپ کے مائنڈ کی۔</w:t>
      </w:r>
    </w:p>
    <w:p>
      <w:r>
        <w:rPr>
          <w:b/>
        </w:rPr>
        <w:t xml:space="preserve">[25:00] </w:t>
      </w:r>
      <w:r>
        <w:t>lekin aap Allah se mangen to Allah se hamesha mangna chahiye. Afiyat hi museebat nahi banni chahiye.</w:t>
      </w:r>
    </w:p>
    <w:p>
      <w:pPr>
        <w:jc w:val="right"/>
      </w:pPr>
      <w:r>
        <w:t>لیکن آپ اللہ سے مانگیں تو اللہ سے ہمیشہ مانگنا چاہیے۔ عافیت ہی مصیبت نہیں بننی چاہیے۔</w:t>
      </w:r>
    </w:p>
    <w:p>
      <w:r>
        <w:rPr>
          <w:b/>
        </w:rPr>
        <w:t xml:space="preserve">[25:11] </w:t>
      </w:r>
      <w:r>
        <w:t>jo dene wala hai, us se afiyat mangi jayegi, museebat nahi mangi jayegi. Lekin jo nizam banaya gaya Allah taala ne duniya mein, is nizam ke ke tehat kabhi yeh hota hai, kabhi woh hota hai.</w:t>
      </w:r>
    </w:p>
    <w:p>
      <w:pPr>
        <w:jc w:val="right"/>
      </w:pPr>
      <w:r>
        <w:t>جو دینے والا ہے، اس سے عافیت مانگی جائے گی، مصیبت نہیں مانگی جائے گی۔ لیکن جو نظام بنایا گیا اللہ تعالی نے دنیا میں، اس نظام کے کے تحت کبھی یہ ہوتا ہے، کبھی وہ ہوتا ہے۔</w:t>
      </w:r>
    </w:p>
    <w:p>
      <w:r>
        <w:rPr>
          <w:b/>
        </w:rPr>
        <w:t xml:space="preserve">[25:26] </w:t>
      </w:r>
      <w:r>
        <w:t>to hone dijiye, is mauqe par bahut response dijiye. Kyun ke nizam aap ki khatir badla nahi jayega. Aap ki khatir nizam badla nahi jayega.</w:t>
      </w:r>
    </w:p>
    <w:p>
      <w:pPr>
        <w:jc w:val="right"/>
      </w:pPr>
      <w:r>
        <w:t>تو ہونے دیجیے، اس موقع پر بہت رسپانس دیجیے۔ کیونکہ نظام آپ کی خاطر بدلا نہیں جائے گا۔ آپ کی خاطر نظام بدلا نہیں جائے گا۔</w:t>
      </w:r>
    </w:p>
    <w:p>
      <w:r>
        <w:rPr>
          <w:b/>
        </w:rPr>
        <w:t xml:space="preserve">[25:40] </w:t>
      </w:r>
      <w:r>
        <w:t>to ek hai fitri nizam ke tehat kuch waqeat pesh aana, ek hai Allah se mangna.</w:t>
      </w:r>
    </w:p>
    <w:p>
      <w:pPr>
        <w:jc w:val="right"/>
      </w:pPr>
      <w:r>
        <w:t>تو ایک ہے فطری نظام کے تحت کچھ واقعات پیش آنا، ایک ہے اللہ سے مانگنا۔</w:t>
      </w:r>
    </w:p>
    <w:p>
      <w:r>
        <w:rPr>
          <w:b/>
        </w:rPr>
        <w:t xml:space="preserve">[25:50] </w:t>
      </w:r>
      <w:r>
        <w:t>to Allah se to zaroor yahi hoga ke khair manga jayega, kabhi bhi museebat nahi mangi jayegi.</w:t>
      </w:r>
    </w:p>
    <w:p>
      <w:pPr>
        <w:jc w:val="right"/>
      </w:pPr>
      <w:r>
        <w:t>تو اللہ سے تو ضرور یہی ہوگا کہ خیر مانگا جائے گا، کبھی بھی مصیبت نہیں مانگی جائے گی۔</w:t>
      </w:r>
    </w:p>
    <w:p>
      <w:r>
        <w:rPr>
          <w:b/>
        </w:rPr>
        <w:t xml:space="preserve">[26:02] </w:t>
      </w:r>
      <w:r>
        <w:t>maulana, ek question yeh hai ke kai baar aisa hota hai ke ah despite knowing that we should be positive in every situation and that ah we should be patient, but still mind does not remain as alive as you pointed out ke hamesha apne mind ko alive rakhiye.</w:t>
      </w:r>
    </w:p>
    <w:p>
      <w:pPr>
        <w:jc w:val="right"/>
      </w:pPr>
      <w:r>
        <w:t>مولانا، ایک کوئسچن یہ ہے کہ کئی بار ایسا ہوتا ہے کہ اہ ڈسپائٹ نوئنگ دیٹ وی شوڈ بی پوزیٹیو ان ایوری سچویشن اینڈ دیٹ اہ وی شوڈ بی پیشنٹ، بٹ سٹل مائنڈ ڈز ناٹ ریمین ایز الائیو ایز یو پوائنٹڈ آؤٹ کہ ہمیشہ اپنے مائنڈ کو الائیو رکھیے۔</w:t>
      </w:r>
    </w:p>
    <w:p>
      <w:r>
        <w:rPr>
          <w:b/>
        </w:rPr>
        <w:t xml:space="preserve">[26:23] </w:t>
      </w:r>
      <w:r>
        <w:t>dull ho jata hai mind maulana. To is ko kaise manage karein? Maulana, yeh dullness of mind ko ke alive rahe hamesha mind mein.</w:t>
      </w:r>
    </w:p>
    <w:p>
      <w:pPr>
        <w:jc w:val="right"/>
      </w:pPr>
      <w:r>
        <w:t>ڈل ہو جاتا ہے مائنڈ مولانا۔ تو اس کو کیسے مینج کریں؟ مولانا، یہ ڈلنس آف مائنڈ کو کہ الائیو رہے ہمیشہ مائنڈ میں۔</w:t>
      </w:r>
    </w:p>
    <w:p>
      <w:r>
        <w:rPr>
          <w:b/>
        </w:rPr>
        <w:t xml:space="preserve">[26:34] </w:t>
      </w:r>
      <w:r>
        <w:t>to yeh to nizam fitrat ka hai ke hamesha is halaat bilkul smooth nahi rehte. Yeh nizam banaya Allah taala ne, yahi ise utaar charha hoga, kabhi kam, kabhi zyada.</w:t>
      </w:r>
    </w:p>
    <w:p>
      <w:pPr>
        <w:jc w:val="right"/>
      </w:pPr>
      <w:r>
        <w:t>تو یہ تو نظام فطرت کا ہے کہ ہمیشہ اس حالات بالکل اسموٹ نہیں رہتے۔ یہ نظام بنایا اللہ تعالی نے، یہی اسے اتار چڑھا ہوگا، کبھی کم، کبھی زیادہ۔</w:t>
      </w:r>
    </w:p>
    <w:p>
      <w:r>
        <w:rPr>
          <w:b/>
        </w:rPr>
        <w:t xml:space="preserve">[26:51] </w:t>
      </w:r>
      <w:r>
        <w:t>aur yeh hadith mein aata hai ke baaz sahabi sahib sahib ne kaha jo chahte the ke hamesha yaksaan rahe, to aap ne farmaya ke nahi, aisa nahi ho sakta.</w:t>
      </w:r>
    </w:p>
    <w:p>
      <w:pPr>
        <w:jc w:val="right"/>
      </w:pPr>
      <w:r>
        <w:t>اور یہ حدیث میں آتا ہے کہ بعض صحابی صاحب صاحب نے کہا جو چاہتے تھے کہ ہمیشہ یکساں رہے، تو آپ نے فرمایا کہ نہیں، ایسا نہیں ہو سکتا۔</w:t>
      </w:r>
    </w:p>
    <w:p>
      <w:r>
        <w:rPr>
          <w:b/>
        </w:rPr>
        <w:t xml:space="preserve">[27:04] </w:t>
      </w:r>
      <w:r>
        <w:t>balkeh ahyaanan, woh kya hai? Ahyaanan wali hadith. Walakin ya hanzala sa'at wa sa'at.</w:t>
      </w:r>
    </w:p>
    <w:p>
      <w:pPr>
        <w:jc w:val="right"/>
      </w:pPr>
      <w:r>
        <w:t>بلکہ احیانا، وہ کیا ہے؟ احیانا والی حدیث۔ ولیکن یا حنزلت ساعت وساعت۔</w:t>
      </w:r>
    </w:p>
    <w:p>
      <w:r>
        <w:rPr>
          <w:b/>
        </w:rPr>
        <w:t xml:space="preserve">[27:13] </w:t>
      </w:r>
      <w:r>
        <w:t>haan, sa'at wa sa'at. Is is liye ke kisi ek shakhs ke hisab se nizam nahi banaya jayega. Woh to nizam jo banaya jayega, system to system to poori sare insano ke sath banaye banega.</w:t>
      </w:r>
    </w:p>
    <w:p>
      <w:pPr>
        <w:jc w:val="right"/>
      </w:pPr>
      <w:r>
        <w:t>ہاں، ساعت وساعت۔ اس اس لیے کہ کسی ایک شخص کے حساب سے نظام نہیں بنایا جائے گا۔ وہ تو نظام جو بنایا جائے گا، سسٹم تو سسٹم تو پوری سارے انسانوں کے ساتھ بنائے بنے گا۔</w:t>
      </w:r>
    </w:p>
    <w:p>
      <w:r>
        <w:rPr>
          <w:b/>
        </w:rPr>
        <w:t xml:space="preserve">[27:32] </w:t>
      </w:r>
      <w:r>
        <w:t>woh to kabhi aisa hoga, kabhi waisa hoga. To aap apne ko adjust kijiye.</w:t>
      </w:r>
    </w:p>
    <w:p>
      <w:pPr>
        <w:jc w:val="right"/>
      </w:pPr>
      <w:r>
        <w:t>وہ تو کبھی ایسا ہوگا، کبھی ویسا ہوگا۔ تو آپ اپنے کو ایڈجسٹ کیجیے۔</w:t>
      </w:r>
    </w:p>
    <w:p>
      <w:r>
        <w:rPr>
          <w:b/>
        </w:rPr>
        <w:t xml:space="preserve">[27:42] </w:t>
      </w:r>
      <w:r>
        <w:t>to chunke system ka jo</w:t>
      </w:r>
    </w:p>
    <w:p>
      <w:pPr>
        <w:jc w:val="right"/>
      </w:pPr>
      <w:r>
        <w:t>تو چونکہ سسٹم کا جو</w:t>
      </w:r>
    </w:p>
    <w:p>
      <w:r>
        <w:rPr>
          <w:b/>
        </w:rPr>
        <w:t xml:space="preserve">[27:50] </w:t>
      </w:r>
      <w:r>
        <w:t>jo principle hai, woh wahi hai ke kabhi aisa hoga, kabhi waisa hoga. To insaan ko chahiye ke</w:t>
      </w:r>
    </w:p>
    <w:p>
      <w:pPr>
        <w:jc w:val="right"/>
      </w:pPr>
      <w:r>
        <w:t>جو پرنسپل ہے، وہ وہی ہے کہ کبھی ایسا ہوگا، کبھی ویسا ہوگا۔ تو انسان کو چاہیے کہ</w:t>
      </w:r>
    </w:p>
    <w:p>
      <w:r>
        <w:rPr>
          <w:b/>
        </w:rPr>
        <w:t xml:space="preserve">[28:04] </w:t>
      </w:r>
      <w:r>
        <w:t>system ke mutabiq dua kare, system ke against mein dua na kare.</w:t>
      </w:r>
    </w:p>
    <w:p>
      <w:pPr>
        <w:jc w:val="right"/>
      </w:pPr>
      <w:r>
        <w:t>سسٹم کے مطابق دعا کرے، سسٹم کے اگینسٹ میں دعا نہ کرے۔</w:t>
      </w:r>
    </w:p>
    <w:p>
      <w:r>
        <w:rPr>
          <w:b/>
        </w:rPr>
        <w:t xml:space="preserve">[28:20] </w:t>
      </w:r>
      <w:r>
        <w:t>maulana,</w:t>
      </w:r>
    </w:p>
    <w:p>
      <w:pPr>
        <w:jc w:val="right"/>
      </w:pPr>
      <w:r>
        <w:t>مولانا،</w:t>
      </w:r>
    </w:p>
    <w:p>
      <w:r>
        <w:rPr>
          <w:b/>
        </w:rPr>
        <w:t xml:space="preserve">[28:28] </w:t>
      </w:r>
      <w:r>
        <w:t>maulana, aap ne abhi bataya ke positive response dena is very important for a personality development.</w:t>
      </w:r>
    </w:p>
    <w:p>
      <w:pPr>
        <w:jc w:val="right"/>
      </w:pPr>
      <w:r>
        <w:t>مولانا، آپ نے ابھی بتایا کہ پوزیٹیو رسپانس دینا از ویری امپورٹنٹ فار ا پرسنیلٹی ڈیویلپمنٹ۔</w:t>
      </w:r>
    </w:p>
    <w:p>
      <w:r>
        <w:rPr>
          <w:b/>
        </w:rPr>
        <w:t xml:space="preserve">[28:37] </w:t>
      </w:r>
      <w:r>
        <w:t>mola, hum yeh aap ka kia view hai? abhi aaj kal medical science bhi yahi bata rahi hai ke not only for your personality development, sari jo lifestyle diseases hain, woh kahin na kahin positivity aur negativity ko le kar hain.</w:t>
      </w:r>
    </w:p>
    <w:p>
      <w:pPr>
        <w:jc w:val="right"/>
      </w:pPr>
      <w:r>
        <w:t>مولا، ہم یہ آپ کا کیا ویو ہے؟ ابھی آج کل میڈیکل سائنس بھی یہی بتا رہی ہے کہ ناٹ اونلی فار یور پرسنیلٹی ڈیویلپمنٹ، ساری جو لائف سٹائل ڈیزیزز ہیں، وہ کہیں نہ کہیں پوزیٹیوٹی اور نیگیٹیوٹی کو لے کر ہیں۔</w:t>
      </w:r>
    </w:p>
    <w:p>
      <w:r>
        <w:rPr>
          <w:b/>
        </w:rPr>
        <w:t xml:space="preserve">[28:55] </w:t>
      </w:r>
      <w:r>
        <w:t>insan sare jo medical, sare jo disease aa rahi hain aaj kal, ulcer ho, jo bhi hai, yeh sab bhi related hain aap ke mind ki positivity ya negativity.</w:t>
      </w:r>
    </w:p>
    <w:p>
      <w:pPr>
        <w:jc w:val="right"/>
      </w:pPr>
      <w:r>
        <w:t>انسان سارے جو میڈیکل، سارے جو ڈیزیز آ رہی ہیں آج کل، السر ہو، جو بھی ہے، یہ سب بھی ریلیٹڈ ہیں آپ کے مائنڈ کی پوزیٹیوٹی یا نیگیٹیوٹی۔</w:t>
      </w:r>
    </w:p>
    <w:p>
      <w:r>
        <w:rPr>
          <w:b/>
        </w:rPr>
        <w:t xml:space="preserve">[29:05] </w:t>
      </w:r>
      <w:r>
        <w:t>to aap ka Maulana sahib is pe kia view hai? kidhar aap ka hai? Maulana, yeh aik yeh sawal yeh hai ke aaj kal ki medical science ki research hai ke jitni bhi museebat aati hai, jitni bhi bimariyan aa rahi hain, koi bhi bimari ho, woh aap ke mind se related hai ke aap kaisa response dete hain, positive ya negative.</w:t>
      </w:r>
    </w:p>
    <w:p>
      <w:pPr>
        <w:jc w:val="right"/>
      </w:pPr>
      <w:r>
        <w:t>تو آپ کا مولانا صاحب اس پہ کیا ویو ہے؟ کدھر آپ کا ہے؟ مولانا، یہ ایک یہ سوال یہ ہے کہ آج کل کی میڈیکل سائنس کی ریسرچ ہے کہ جتنی بھی مصیبت آتی ہے، جتنی بھی بیماریاں آ رہی ہیں، کوئی بھی بیماری ہو، وہ آپ کے مائنڈ سے ریلیٹڈ ہے کہ آپ کیسا رسپانس دیتے ہیں، پوزیٹیو یا نیگیٹیو۔</w:t>
      </w:r>
    </w:p>
    <w:p>
      <w:r>
        <w:rPr>
          <w:b/>
        </w:rPr>
        <w:t xml:space="preserve">[29:31] </w:t>
      </w:r>
      <w:r>
        <w:t>to is par aap ka kia khayal hai?</w:t>
      </w:r>
    </w:p>
    <w:p>
      <w:pPr>
        <w:jc w:val="right"/>
      </w:pPr>
      <w:r>
        <w:t>تو اس پر آپ کا کیا خیال ہے؟</w:t>
      </w:r>
    </w:p>
    <w:p>
      <w:r>
        <w:rPr>
          <w:b/>
        </w:rPr>
        <w:t xml:space="preserve">[29:43] </w:t>
      </w:r>
      <w:r>
        <w:t>bhai, mujhe is is is research ka ilm nahi hai.</w:t>
      </w:r>
    </w:p>
    <w:p>
      <w:pPr>
        <w:jc w:val="right"/>
      </w:pPr>
      <w:r>
        <w:t>بھئی، مجھے اس اس اس ریسرچ کا علم نہیں ہے۔</w:t>
      </w:r>
    </w:p>
    <w:p>
      <w:r>
        <w:rPr>
          <w:b/>
        </w:rPr>
        <w:t xml:space="preserve">[29:50] </w:t>
      </w:r>
      <w:r>
        <w:t>lekin mera to yahi manna hai ke mind by nature perfect banaya.</w:t>
      </w:r>
    </w:p>
    <w:p>
      <w:pPr>
        <w:jc w:val="right"/>
      </w:pPr>
      <w:r>
        <w:t>لیکن میرا تو یہی ماننا ہے کہ مائنڈ بائی نیچر پرفیکٹ بنایا۔</w:t>
      </w:r>
    </w:p>
    <w:p>
      <w:r>
        <w:rPr>
          <w:b/>
        </w:rPr>
        <w:t xml:space="preserve">[29:59] </w:t>
      </w:r>
      <w:r>
        <w:t>to khud mind ke internal system se nahi bimariyan nikalti hain, balkeh hum dunya mein rehte hain, pressure ki zindagi hai, corruption ki zindagi hai, tarah tarah ke halaat hain.</w:t>
      </w:r>
    </w:p>
    <w:p>
      <w:pPr>
        <w:jc w:val="right"/>
      </w:pPr>
      <w:r>
        <w:t>تو خود مائنڈ کے انٹرنل سسٹم سے نہیں بیماریاں نکلتی ہیں، بلکہ ہم دنیا میں رہتے ہیں، پروشر کی زندگی ہے، کرپشن کی زندگی ہے، طرح طرح کے حالات ہیں۔</w:t>
      </w:r>
    </w:p>
    <w:p>
      <w:r>
        <w:rPr>
          <w:b/>
        </w:rPr>
        <w:t xml:space="preserve">[30:15] </w:t>
      </w:r>
      <w:r>
        <w:t>to external halaat se hota hai, yeh to main manta hoon. lekin jo banawat hai mind ki, woh banawat hi yeh paida karti hai.</w:t>
      </w:r>
    </w:p>
    <w:p>
      <w:pPr>
        <w:jc w:val="right"/>
      </w:pPr>
      <w:r>
        <w:t>تو ایکسٹرنل حالات سے ہوتا ہے، یہ تو میں مانتا ہوں۔ لیکن جو بناوٹ ہے مائنڈ کی، وہ بناوٹ ہی یہ پیدا کرتی ہے۔</w:t>
      </w:r>
    </w:p>
    <w:p>
      <w:r>
        <w:rPr>
          <w:b/>
        </w:rPr>
        <w:t xml:space="preserve">[30:28] </w:t>
      </w:r>
      <w:r>
        <w:t>yeh to mere ilm mein nahi, main janta nahi aisi research ko, is maine parha nahi hai. Maulana, jaise stress hai, anxiety hai, yeh aise anxiety kyun hoti hai?</w:t>
      </w:r>
    </w:p>
    <w:p>
      <w:pPr>
        <w:jc w:val="right"/>
      </w:pPr>
      <w:r>
        <w:t>یہ تو میرے علم میں نہیں، میں جانتا نہیں ایسی ریسرچ کو، اس میں نے پڑھا نہیں ہے۔ مولانا، جیسے سٹریس ہے، اینگزائٹی ہے، یہ ایسے اینگزائٹی کیوں ہوتی ہے؟</w:t>
      </w:r>
    </w:p>
    <w:p>
      <w:r>
        <w:rPr>
          <w:b/>
        </w:rPr>
        <w:t xml:space="preserve">[30:39] </w:t>
      </w:r>
      <w:r>
        <w:t>insan negative sochta hai. anxiety translate karti hai into multiple problems. nahi, dekhiye, anxiety natural nahi hai.</w:t>
      </w:r>
    </w:p>
    <w:p>
      <w:pPr>
        <w:jc w:val="right"/>
      </w:pPr>
      <w:r>
        <w:t>انسان نیگیٹیو سوچتا ہے۔ اینگزائٹی ٹرانسلیٹ کرتی ہے انٹو ملٹیپل پرابلمز۔ نہیں، دیکھیے، اینگزائٹی نیچرل نہیں ہے۔</w:t>
      </w:r>
    </w:p>
    <w:p>
      <w:r>
        <w:rPr>
          <w:b/>
        </w:rPr>
        <w:t xml:space="preserve">[30:51] </w:t>
      </w:r>
      <w:r>
        <w:t>main nahi manta ke anxiety natural hai. hota yeh hai ke hum more and more chahte hain.</w:t>
      </w:r>
    </w:p>
    <w:p>
      <w:pPr>
        <w:jc w:val="right"/>
      </w:pPr>
      <w:r>
        <w:t>میں نہیں مانتا کہ اینگزائٹی نیچرل ہے۔ ہوتا یہ ہے کہ ہم مور اینڈ مور چاہتے ہیں۔</w:t>
      </w:r>
    </w:p>
    <w:p>
      <w:r>
        <w:rPr>
          <w:b/>
        </w:rPr>
        <w:t xml:space="preserve">[31:03] </w:t>
      </w:r>
      <w:r>
        <w:t>har insan jo hai, more and more chahta hai, lekin milta hai kam. milta hai</w:t>
      </w:r>
    </w:p>
    <w:p>
      <w:pPr>
        <w:jc w:val="right"/>
      </w:pPr>
      <w:r>
        <w:t>ہر انسان جو ہے، مور اینڈ مور چاہتا ہے، لیکن ملتا ہے کم۔ ملتا ہے</w:t>
      </w:r>
    </w:p>
    <w:p>
      <w:r>
        <w:rPr>
          <w:b/>
        </w:rPr>
        <w:t xml:space="preserve">[31:12] </w:t>
      </w:r>
      <w:r>
        <w:t>yeh is ki wajah se anxiety aati hai. agar hum yeh manen ke zyada hamari chah ke mutabiq nahi milega, balkeh jo system hai,</w:t>
      </w:r>
    </w:p>
    <w:p>
      <w:pPr>
        <w:jc w:val="right"/>
      </w:pPr>
      <w:r>
        <w:t>یہ اس کی وجہ سے اینگزائٹی آتی ہے۔ اگر ہم یہ مانیں کہ زیادہ ہماری چاہ کے مطابق نہیں ملے گا، بلکہ جو سسٹم ہے،</w:t>
      </w:r>
    </w:p>
    <w:p>
      <w:r>
        <w:rPr>
          <w:b/>
        </w:rPr>
        <w:t xml:space="preserve">[31:28] </w:t>
      </w:r>
      <w:r>
        <w:t>is mein hum hamara jo share hai, wahi milega hum ko. to anxiety nahi honi chahiye.</w:t>
      </w:r>
    </w:p>
    <w:p>
      <w:pPr>
        <w:jc w:val="right"/>
      </w:pPr>
      <w:r>
        <w:t>اس میں ہم ہمارا جو شیئر ہے، وہی ملے گا ہم کو۔ تو اینگزائٹی نہیں ہونی چاہیے۔</w:t>
      </w:r>
    </w:p>
    <w:p>
      <w:r>
        <w:rPr>
          <w:b/>
        </w:rPr>
        <w:t xml:space="preserve">[31:37] </w:t>
      </w:r>
      <w:r>
        <w:t>isi liye dekhiye, contentment pe bohat zor diya gaya hai Islam mein. contentment bohat bohat zyada hai, yani jis ko kehte hain arabi mein qanaat.</w:t>
      </w:r>
    </w:p>
    <w:p>
      <w:pPr>
        <w:jc w:val="right"/>
      </w:pPr>
      <w:r>
        <w:t>اسی لیے دیکھیے، کنٹینمنٹ پہ بہت زور دیا گیا ہے اسلام میں۔ کنٹینمنٹ بہت بہت زیادہ ہے، یعنی جس کو کہتے ہیں عربی میں قناعت۔</w:t>
      </w:r>
    </w:p>
    <w:p>
      <w:r>
        <w:rPr>
          <w:b/>
        </w:rPr>
        <w:t xml:space="preserve">[31:53] </w:t>
      </w:r>
      <w:r>
        <w:t>qanaat!</w:t>
      </w:r>
    </w:p>
    <w:p>
      <w:pPr>
        <w:jc w:val="right"/>
      </w:pPr>
      <w:r>
        <w:t>قناعت!</w:t>
      </w:r>
    </w:p>
    <w:p>
      <w:r>
        <w:rPr>
          <w:b/>
        </w:rPr>
        <w:t xml:space="preserve">[31:54] </w:t>
      </w:r>
      <w:r>
        <w:t>acha, to main sochta hoon ke anxiety due to natural system nahi hai. nahi, anxiety is liye hai ke hum raazi nahi hote jo natural system ke tehat hamein mil raha hai.</w:t>
      </w:r>
    </w:p>
    <w:p>
      <w:pPr>
        <w:jc w:val="right"/>
      </w:pPr>
      <w:r>
        <w:t>اچھا، تو میں سوچتا ہوں کہ اینگزائٹی ڈیو ٹو نیچرل سسٹم نہیں ہے۔ نہیں، اینگزائٹی اس لیے ہے کہ ہم راضی نہیں ہوتے جو نیچرل سسٹم کے تحت ہمیں مل رہا ہے۔</w:t>
      </w:r>
    </w:p>
    <w:p>
      <w:r>
        <w:rPr>
          <w:b/>
        </w:rPr>
        <w:t xml:space="preserve">[32:12] </w:t>
      </w:r>
      <w:r>
        <w:t>yani hamara discontentment anxiety paida karta hai, na ke khud mind ka inner, yani inner</w:t>
      </w:r>
    </w:p>
    <w:p>
      <w:pPr>
        <w:jc w:val="right"/>
      </w:pPr>
      <w:r>
        <w:t>یعنی ہمارا ڈس کنٹینمنٹ اینگزائٹی پیدا کرتا ہے، نہ کہ خود مائنڈ کا انر، یعنی انر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