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Death and The Sense of Urgency September 15, 2018</w:t>
      </w:r>
    </w:p>
    <w:p>
      <w:r>
        <w:t>https://www.youtube.com/watch?v=XDP_1Q8dE18</w:t>
      </w:r>
    </w:p>
    <w:p>
      <w:r>
        <w:rPr>
          <w:b/>
        </w:rPr>
        <w:t xml:space="preserve">[00:14] </w:t>
      </w:r>
      <w:r>
        <w:t>bismillah rahman rahim.</w:t>
      </w:r>
    </w:p>
    <w:p>
      <w:pPr>
        <w:jc w:val="right"/>
      </w:pPr>
      <w:r>
        <w:t>بسم اللہ الرحمن الرحیم۔</w:t>
      </w:r>
    </w:p>
    <w:p>
      <w:r>
        <w:rPr>
          <w:b/>
        </w:rPr>
        <w:t xml:space="preserve">[00:19] </w:t>
      </w:r>
      <w:r>
        <w:t>15 September 2018.</w:t>
      </w:r>
    </w:p>
    <w:p>
      <w:pPr>
        <w:jc w:val="right"/>
      </w:pPr>
      <w:r>
        <w:t>15 ستمبر 2018۔</w:t>
      </w:r>
    </w:p>
    <w:p>
      <w:r>
        <w:rPr>
          <w:b/>
        </w:rPr>
        <w:t xml:space="preserve">[00:26] </w:t>
      </w:r>
      <w:r>
        <w:t>aaj mujhe maloom hua ke chand din pehle aik waqia hua TV par. Kashmir ki aik lady writer interview de rahi theen,</w:t>
      </w:r>
    </w:p>
    <w:p>
      <w:pPr>
        <w:jc w:val="right"/>
      </w:pPr>
      <w:r>
        <w:t>آج مجھے معلوم ہوا کہ چند دن پہلے ایک واقعہ ہوا ٹی وی پر۔ کشمیر کی ایک لیڈی رائٹر انٹرویو دے رہی تھیں،</w:t>
      </w:r>
    </w:p>
    <w:p>
      <w:r>
        <w:rPr>
          <w:b/>
        </w:rPr>
        <w:t xml:space="preserve">[00:43] </w:t>
      </w:r>
      <w:r>
        <w:t>aur interviewer un ko suggest kar raha tha ke aap kia likhein. to us ne kaha ke aap drama likhiye.</w:t>
      </w:r>
    </w:p>
    <w:p>
      <w:pPr>
        <w:jc w:val="right"/>
      </w:pPr>
      <w:r>
        <w:t>اور انٹرویوئر ان کو سجیسٹ کر رہا تھا کہ آپ کیا لکھیں۔ تو اس نے کہا کہ آپ ڈرامہ لکھیے۔</w:t>
      </w:r>
    </w:p>
    <w:p>
      <w:r>
        <w:rPr>
          <w:b/>
        </w:rPr>
        <w:t xml:space="preserve">[01:00] </w:t>
      </w:r>
      <w:r>
        <w:t>to woh kuch bolen, phir chup ho gayeen, phir gharghare ki awaz aai, aur phir khatm.</w:t>
      </w:r>
    </w:p>
    <w:p>
      <w:pPr>
        <w:jc w:val="right"/>
      </w:pPr>
      <w:r>
        <w:t>تو وہ کچھ بولیں، پھر چپ ہو گئیں، پھر غرغرے کی آواز آئی، اور پھر ختم۔</w:t>
      </w:r>
    </w:p>
    <w:p>
      <w:r>
        <w:rPr>
          <w:b/>
        </w:rPr>
        <w:t xml:space="preserve">[01:13] </w:t>
      </w:r>
      <w:r>
        <w:t>yeh jo gharghara ka lafz hai, to pehli bar maine gharghare ka lafz hadith mein parha tha. Ek hadith hai: "in allaha yaqbalu al-tawbah ma lam yugharghar".</w:t>
      </w:r>
    </w:p>
    <w:p>
      <w:pPr>
        <w:jc w:val="right"/>
      </w:pPr>
      <w:r>
        <w:t>یہ جو غرغرہ کا لفظ ہے، تو پہلی بار میں نے غرغرے کا لفظ حدیث میں پڑھا تھا۔ ایک حدیث ہے: "إن الله يقبل التوبة ما لم يغرغر"۔</w:t>
      </w:r>
    </w:p>
    <w:p>
      <w:r>
        <w:rPr>
          <w:b/>
        </w:rPr>
        <w:t xml:space="preserve">[01:31] </w:t>
      </w:r>
      <w:r>
        <w:t>Allah toba qabool karta hai us waqt tak jab tak aadmi par gharghara na ho jaye.</w:t>
      </w:r>
    </w:p>
    <w:p>
      <w:pPr>
        <w:jc w:val="right"/>
      </w:pPr>
      <w:r>
        <w:t>اللہ توبہ قبول کرتا ہے اس وقت تک جب تک آدمی پر غرغرہ نہ ہو جائے۔</w:t>
      </w:r>
    </w:p>
    <w:p>
      <w:r>
        <w:rPr>
          <w:b/>
        </w:rPr>
        <w:t xml:space="preserve">[01:42] </w:t>
      </w:r>
      <w:r>
        <w:t>yeh maine hadith mein parha tha. Lekin ek bar zindagi mein mujhe aisa pesh aaya ke maine is sound ko suna.</w:t>
      </w:r>
    </w:p>
    <w:p>
      <w:pPr>
        <w:jc w:val="right"/>
      </w:pPr>
      <w:r>
        <w:t>یہ میں نے حدیث میں پڑھا تھا۔ لیکن ایک بار زندگی میں مجھے ایسا پیش آیا کہ میں نے اس ساؤنڈ کو سنا۔</w:t>
      </w:r>
    </w:p>
    <w:p>
      <w:r>
        <w:rPr>
          <w:b/>
        </w:rPr>
        <w:t xml:space="preserve">[01:58] </w:t>
      </w:r>
      <w:r>
        <w:t>isi ghar mein hamari mother theen, peechay ek kamray mein. To yahin unki death hui thi.</w:t>
      </w:r>
    </w:p>
    <w:p>
      <w:pPr>
        <w:jc w:val="right"/>
      </w:pPr>
      <w:r>
        <w:t>اسی گھر میں ہماری مدر تھیں، پیچھے ایک کمرے میں۔ تو یہیں ان کی ڈیتھ ہوئی تھی۔</w:t>
      </w:r>
    </w:p>
    <w:p>
      <w:r>
        <w:rPr>
          <w:b/>
        </w:rPr>
        <w:t xml:space="preserve">[02:08] </w:t>
      </w:r>
      <w:r>
        <w:t>aakhir waqt mein main unke paas tha.</w:t>
      </w:r>
    </w:p>
    <w:p>
      <w:pPr>
        <w:jc w:val="right"/>
      </w:pPr>
      <w:r>
        <w:t>آخر وقت میں میں ان کے پاس تھا۔</w:t>
      </w:r>
    </w:p>
    <w:p>
      <w:r>
        <w:rPr>
          <w:b/>
        </w:rPr>
        <w:t xml:space="preserve">[02:16] </w:t>
      </w:r>
      <w:r>
        <w:t>to achaanak maine dekha ke unki awaz band ho gayi, phir gharghare ki awaz aai.</w:t>
      </w:r>
    </w:p>
    <w:p>
      <w:pPr>
        <w:jc w:val="right"/>
      </w:pPr>
      <w:r>
        <w:t>تو اچانک میں نے دیکھا کہ ان کی آواز بند ہو گئی، پھر غرغرے کی آواز آئی۔</w:t>
      </w:r>
    </w:p>
    <w:p>
      <w:r>
        <w:rPr>
          <w:b/>
        </w:rPr>
        <w:t xml:space="preserve">[02:27] </w:t>
      </w:r>
      <w:r>
        <w:t>yani khar-khar ki awaz aai.</w:t>
      </w:r>
    </w:p>
    <w:p>
      <w:pPr>
        <w:jc w:val="right"/>
      </w:pPr>
      <w:r>
        <w:t>یعنی خرخر کی آواز آئی۔</w:t>
      </w:r>
    </w:p>
    <w:p>
      <w:r>
        <w:rPr>
          <w:b/>
        </w:rPr>
        <w:t xml:space="preserve">[02:33] </w:t>
      </w:r>
      <w:r>
        <w:t>chand bar awaz aai thi, uske baad awaz band ho gayi aur khatm ho gayi woh.</w:t>
      </w:r>
    </w:p>
    <w:p>
      <w:pPr>
        <w:jc w:val="right"/>
      </w:pPr>
      <w:r>
        <w:t>چند بار آواز آئی تھی، اس کے بعد آواز بند ہو گئی اور ختم ہو گئی وہ۔</w:t>
      </w:r>
    </w:p>
    <w:p>
      <w:r>
        <w:rPr>
          <w:b/>
        </w:rPr>
        <w:t xml:space="preserve">[02:45] </w:t>
      </w:r>
      <w:r>
        <w:t>to maine socha ke Allah Rab ul Alameen kitna zyada meherban hai insaan ke liye</w:t>
      </w:r>
    </w:p>
    <w:p>
      <w:pPr>
        <w:jc w:val="right"/>
      </w:pPr>
      <w:r>
        <w:t>تو میں نے سوچا کہ اللہ رب العالمین کتنا زیادہ مہربان ہے انسان کے لیے</w:t>
      </w:r>
    </w:p>
    <w:p>
      <w:r>
        <w:rPr>
          <w:b/>
        </w:rPr>
        <w:t xml:space="preserve">[03:01] </w:t>
      </w:r>
      <w:r>
        <w:t>ke woh aakhri waqt jab ke aadmi khatm ho jata hai, jab gharghara taari hota hai us par, tab tak woh toba qabool karta hai.</w:t>
      </w:r>
    </w:p>
    <w:p>
      <w:pPr>
        <w:jc w:val="right"/>
      </w:pPr>
      <w:r>
        <w:t>کہ وہ آخری وقت جب کہ آدمی ختم ہو جاتا ہے، جب غرغرہ طاری ہوتا ہے اس پر، تب تک وہ توبہ قبول کرتا ہے۔</w:t>
      </w:r>
    </w:p>
    <w:p>
      <w:r>
        <w:rPr>
          <w:b/>
        </w:rPr>
        <w:t xml:space="preserve">[03:14] </w:t>
      </w:r>
      <w:r>
        <w:t>tab tak woh toba qabool karta hai.</w:t>
      </w:r>
    </w:p>
    <w:p>
      <w:pPr>
        <w:jc w:val="right"/>
      </w:pPr>
      <w:r>
        <w:t>تب تک وہ توبہ قبول کرتا ہے۔</w:t>
      </w:r>
    </w:p>
    <w:p>
      <w:r>
        <w:rPr>
          <w:b/>
        </w:rPr>
        <w:t xml:space="preserve">[03:21] </w:t>
      </w:r>
      <w:r>
        <w:t>is mein daaiyon ke liye yeh khushkhabri hai ke kabhi bhi unhein kisi ke baray mein mayoos nahi hona chahiye.</w:t>
      </w:r>
    </w:p>
    <w:p>
      <w:pPr>
        <w:jc w:val="right"/>
      </w:pPr>
      <w:r>
        <w:t>اس میں داعیوں کے لیے یہ خوشخبری ہے کہ کبھی بھی انہیں کسی کے بارے میں مایوس نہیں ہونا چاہیے۔</w:t>
      </w:r>
    </w:p>
    <w:p>
      <w:r>
        <w:rPr>
          <w:b/>
        </w:rPr>
        <w:t xml:space="preserve">[03:35] </w:t>
      </w:r>
      <w:r>
        <w:t>kyun ke kya maloom gharghare ke waqt us ko tofeeq ho jaye.</w:t>
      </w:r>
    </w:p>
    <w:p>
      <w:pPr>
        <w:jc w:val="right"/>
      </w:pPr>
      <w:r>
        <w:t>کیونکہ کیا معلوم غرغرے کے وقت اس کو توفیق ہو جائے۔</w:t>
      </w:r>
    </w:p>
    <w:p>
      <w:r>
        <w:rPr>
          <w:b/>
        </w:rPr>
        <w:t xml:space="preserve">[03:43] </w:t>
      </w:r>
      <w:r>
        <w:t>us waqt tofeeq ho jaye us ko. To ek to yeh pehlu hai. Doosray khud insaan ke liye yeh pehlu hai ke Allah kitni zyada door tak insaan ko mauqa deta hai.</w:t>
      </w:r>
    </w:p>
    <w:p>
      <w:pPr>
        <w:jc w:val="right"/>
      </w:pPr>
      <w:r>
        <w:t>اس وقت توفیق ہو جائے اس کو۔ تو ایک تو یہ پہلو ہے۔ دوسرے خود انسان کے لیے یہ پہلو ہے کہ اللہ کتنی زیادہ دور تک انسان کو موقع دیتا ہے۔</w:t>
      </w:r>
    </w:p>
    <w:p>
      <w:r>
        <w:rPr>
          <w:b/>
        </w:rPr>
        <w:t xml:space="preserve">[04:07] </w:t>
      </w:r>
      <w:r>
        <w:t>mauqa hi mauqa, wahan tak ke gharghara taari ho jaye. Kyun ke gharghara taari ho jata hai, uske baad aadmi khatm ho jata hai.</w:t>
      </w:r>
    </w:p>
    <w:p>
      <w:pPr>
        <w:jc w:val="right"/>
      </w:pPr>
      <w:r>
        <w:t>موقع ہی موقع، وہاں تک کہ غرغرہ طاری ہو جائے۔ کیونکہ غرغرہ طاری ہو جاتا ہے، اس کے بعد آدمی ختم ہو جاتا ہے۔</w:t>
      </w:r>
    </w:p>
    <w:p>
      <w:r>
        <w:rPr>
          <w:b/>
        </w:rPr>
        <w:t xml:space="preserve">[04:21] </w:t>
      </w:r>
      <w:r>
        <w:t>to jo aadmi interview le raha tha, woh itna hi soch paya, itna hi soch paya ke aap drama likhiye.</w:t>
      </w:r>
    </w:p>
    <w:p>
      <w:pPr>
        <w:jc w:val="right"/>
      </w:pPr>
      <w:r>
        <w:t>تو جو آدمی انٹرویو لے رہا تھا، وہ اتنا ہی سوچ پایا، اتنا ہی سوچ پایا کہ آپ ڈرامہ لکھیے۔</w:t>
      </w:r>
    </w:p>
    <w:p>
      <w:r>
        <w:rPr>
          <w:b/>
        </w:rPr>
        <w:t xml:space="preserve">[04:37] </w:t>
      </w:r>
      <w:r>
        <w:t>ho sakta hai ke koi doosra aadmi hota to woh kehta ke apni kahani likhiye, apne tajrubaat bayan kijiye.</w:t>
      </w:r>
    </w:p>
    <w:p>
      <w:pPr>
        <w:jc w:val="right"/>
      </w:pPr>
      <w:r>
        <w:t>ہو سکتا ہے کہ کوئی دوسرا آدمی ہوتا تو وہ کہتا کہ اپنی کہانی لکھیے، اپنے تجربات بیان کیجیے۔</w:t>
      </w:r>
    </w:p>
    <w:p>
      <w:r>
        <w:rPr>
          <w:b/>
        </w:rPr>
        <w:t xml:space="preserve">[04:55] </w:t>
      </w:r>
      <w:r>
        <w:t>kya maloom aap ko agla waqt doosri duniya mein guzre to kuch duniya walon ke liye chhod jaiye, koi apni, koi apni baat.</w:t>
      </w:r>
    </w:p>
    <w:p>
      <w:pPr>
        <w:jc w:val="right"/>
      </w:pPr>
      <w:r>
        <w:t>کیا معلوم آپ کو اگلا وقت دوسری دنیا میں گزرے تو کچھ دنیا والوں کے لیے چھوڑ جائیے، کوئی اپنی، کوئی اپنی بات۔</w:t>
      </w:r>
    </w:p>
    <w:p>
      <w:r>
        <w:rPr>
          <w:b/>
        </w:rPr>
        <w:t xml:space="preserve">[05:14] </w:t>
      </w:r>
      <w:r>
        <w:t>misal ke taur par aaj main soch raha tha maut ke baray mein. Ek article maine parhwaya</w:t>
      </w:r>
    </w:p>
    <w:p>
      <w:pPr>
        <w:jc w:val="right"/>
      </w:pPr>
      <w:r>
        <w:t>مثلاً آج میں سوچ رہا تھا موت کے بارے میں۔ ایک آرٹیکل میں نے پڑھوایا</w:t>
      </w:r>
    </w:p>
    <w:p>
      <w:r>
        <w:rPr>
          <w:b/>
        </w:rPr>
        <w:t xml:space="preserve">[05:24] </w:t>
      </w:r>
      <w:r>
        <w:t>jo maut par tha.</w:t>
      </w:r>
    </w:p>
    <w:p>
      <w:pPr>
        <w:jc w:val="right"/>
      </w:pPr>
      <w:r>
        <w:t>جو موت پر تھا۔</w:t>
      </w:r>
    </w:p>
    <w:p>
      <w:r>
        <w:rPr>
          <w:b/>
        </w:rPr>
        <w:t xml:space="preserve">[05:30] </w:t>
      </w:r>
      <w:r>
        <w:t>maut par. To mujhe yaad aaya hai ke maut par shayad poori tareekh mein mere ilm ke mutabiq ek hi shakhs hai, main jaanta hoon, jisne itna gehra remark diya hai jo maine doosre kisi ko suna nahi.</w:t>
      </w:r>
    </w:p>
    <w:p>
      <w:pPr>
        <w:jc w:val="right"/>
      </w:pPr>
      <w:r>
        <w:t>موت پر۔ تو مجھے یاد آیا ہے کہ موت پر شاید پوری تاریخ میں میرے علم کے مطابق ایک ہی شخص ہے، میں جانتا ہوں، جس نے اتنا گہرا ریمارک دیا ہے جو میں نے دوسرے کسی کو سنا نہیں۔</w:t>
      </w:r>
    </w:p>
    <w:p>
      <w:r>
        <w:rPr>
          <w:b/>
        </w:rPr>
        <w:t xml:space="preserve">[05:50] </w:t>
      </w:r>
      <w:r>
        <w:t>Billy Graham ki umar bohat lambi hui thi, 90 saal se zyada.</w:t>
      </w:r>
    </w:p>
    <w:p>
      <w:pPr>
        <w:jc w:val="right"/>
      </w:pPr>
      <w:r>
        <w:t>بلی گرہم کی عمر بہت لمبی ہوئی تھی، 90 سال سے زیادہ۔</w:t>
      </w:r>
    </w:p>
    <w:p>
      <w:r>
        <w:rPr>
          <w:b/>
        </w:rPr>
        <w:t xml:space="preserve">[05:59] </w:t>
      </w:r>
      <w:r>
        <w:t>to Billy Graham ki ek kitaab hai jis mein uski yaadain hain, tajrubaat hain.</w:t>
      </w:r>
    </w:p>
    <w:p>
      <w:pPr>
        <w:jc w:val="right"/>
      </w:pPr>
      <w:r>
        <w:t>تو بلی گرہم کی ایک کتاب ہے جس میں اس کی یادیں ہیں، تجربات ہیں۔</w:t>
      </w:r>
    </w:p>
    <w:p>
      <w:r>
        <w:rPr>
          <w:b/>
        </w:rPr>
        <w:t xml:space="preserve">[06:14] </w:t>
      </w:r>
      <w:r>
        <w:t>is mein usne likha tha, ab to Billy Graham ki death ho gayi, ke ek bar woh safar mein tha to us ko ek urgent message mila,</w:t>
      </w:r>
    </w:p>
    <w:p>
      <w:pPr>
        <w:jc w:val="right"/>
      </w:pPr>
      <w:r>
        <w:t>اس میں اس نے لکھا تھا، اب تو بلی گرہم کی ڈیتھ ہو گئی، کہ ایک بار وہ سفر میں تھا تو اس کو ایک ارجنٹ میسج ملا،</w:t>
      </w:r>
    </w:p>
    <w:p>
      <w:r>
        <w:rPr>
          <w:b/>
        </w:rPr>
        <w:t xml:space="preserve">[06:29] </w:t>
      </w:r>
      <w:r>
        <w:t>kisi top ke aadmi ka, jo bohat hi intelligent, mashhoor tha, us ka.</w:t>
      </w:r>
    </w:p>
    <w:p>
      <w:pPr>
        <w:jc w:val="right"/>
      </w:pPr>
      <w:r>
        <w:t>کسی ٹاپ کے آدمی کا، جو بہت ہی انٹیلیجنٹ، مشہور تھا، اس کا۔</w:t>
      </w:r>
    </w:p>
    <w:p>
      <w:r>
        <w:rPr>
          <w:b/>
        </w:rPr>
        <w:t xml:space="preserve">[06:40] </w:t>
      </w:r>
      <w:r>
        <w:t>us ne is ko kaha tha ke foran mere paas aao. to woh top ka aadmi tha.</w:t>
      </w:r>
    </w:p>
    <w:p>
      <w:pPr>
        <w:jc w:val="right"/>
      </w:pPr>
      <w:r>
        <w:t>اس نے اس کو کہا تھا کہ فوراً میرے پاس آؤ۔ تو وہ ٹاپ کا آدمی تھا۔</w:t>
      </w:r>
    </w:p>
    <w:p>
      <w:r>
        <w:rPr>
          <w:b/>
        </w:rPr>
        <w:t xml:space="preserve">[06:51] </w:t>
      </w:r>
      <w:r>
        <w:t>billi graham ne apne safar ko cut kiya aur seedha woh wapas gaya wahan jahan woh aadmi rehta tha.</w:t>
      </w:r>
    </w:p>
    <w:p>
      <w:pPr>
        <w:jc w:val="right"/>
      </w:pPr>
      <w:r>
        <w:t>بلی گرہم نے اپنے سفر کو کٹ کیا اور سیدھا وہ واپس گیا وہاں جہاں وہ آدمی رہتا تھا۔</w:t>
      </w:r>
    </w:p>
    <w:p>
      <w:r>
        <w:rPr>
          <w:b/>
        </w:rPr>
        <w:t xml:space="preserve">[07:09] </w:t>
      </w:r>
      <w:r>
        <w:t>to jab woh wahan pahuncha to us ko ek kamre mein le jaya gaya jahan woh tha aur woh aadmi. woh do aadmi the.</w:t>
      </w:r>
    </w:p>
    <w:p>
      <w:pPr>
        <w:jc w:val="right"/>
      </w:pPr>
      <w:r>
        <w:t>تو جب وہ وہاں پہنچا تو اس کو ایک کمرے میں لے جایا گیا جہاں وہ تھا اور وہ آدمی۔ وہ دو آدمی تھے۔</w:t>
      </w:r>
    </w:p>
    <w:p>
      <w:r>
        <w:rPr>
          <w:b/>
        </w:rPr>
        <w:t xml:space="preserve">[07:23] </w:t>
      </w:r>
      <w:r>
        <w:t>ek kursi pe yeh, doosri kursi par woh.</w:t>
      </w:r>
    </w:p>
    <w:p>
      <w:pPr>
        <w:jc w:val="right"/>
      </w:pPr>
      <w:r>
        <w:t>ایک کرسی پہ یہ، دوسری کرسی پر وہ۔</w:t>
      </w:r>
    </w:p>
    <w:p>
      <w:r>
        <w:rPr>
          <w:b/>
        </w:rPr>
        <w:t xml:space="preserve">[07:30] </w:t>
      </w:r>
      <w:r>
        <w:t>to is aadmi ka jo naqal kiya tha is ne, billi graham ne,</w:t>
      </w:r>
    </w:p>
    <w:p>
      <w:pPr>
        <w:jc w:val="right"/>
      </w:pPr>
      <w:r>
        <w:t>تو اس آدمی کا جو نقل کیا تھا اس نے، بلی گرہم نے،</w:t>
      </w:r>
    </w:p>
    <w:p>
      <w:r>
        <w:rPr>
          <w:b/>
        </w:rPr>
        <w:t xml:space="preserve">[07:38] </w:t>
      </w:r>
      <w:r>
        <w:t>is aadmi ka jab face to face yeh dono, to is aadmi ne kaha</w:t>
      </w:r>
    </w:p>
    <w:p>
      <w:pPr>
        <w:jc w:val="right"/>
      </w:pPr>
      <w:r>
        <w:t>اس آدمی کا جب فیس ٹو فیس یہ دونوں، تو اس آدمی نے کہا</w:t>
      </w:r>
    </w:p>
    <w:p>
      <w:r>
        <w:rPr>
          <w:b/>
        </w:rPr>
        <w:t xml:space="preserve">[07:47] </w:t>
      </w:r>
      <w:r>
        <w:t>kisi tamheed ke baghair:</w:t>
      </w:r>
    </w:p>
    <w:p>
      <w:pPr>
        <w:jc w:val="right"/>
      </w:pPr>
      <w:r>
        <w:t>کسی تمہید کے بغیر:</w:t>
      </w:r>
    </w:p>
    <w:p>
      <w:r>
        <w:rPr>
          <w:b/>
        </w:rPr>
        <w:t xml:space="preserve">[07:53] </w:t>
      </w:r>
      <w:r>
        <w:t>"you see, I am, I know, a man.</w:t>
      </w:r>
    </w:p>
    <w:p>
      <w:pPr>
        <w:jc w:val="right"/>
      </w:pPr>
      <w:r>
        <w:t>"یو سی، آئی ایم، آئی نو، المین۔</w:t>
      </w:r>
    </w:p>
    <w:p>
      <w:r>
        <w:rPr>
          <w:b/>
        </w:rPr>
        <w:t xml:space="preserve">[08:01] </w:t>
      </w:r>
      <w:r>
        <w:t>life has lost all meanings.</w:t>
      </w:r>
    </w:p>
    <w:p>
      <w:pPr>
        <w:jc w:val="right"/>
      </w:pPr>
      <w:r>
        <w:t>لائف ہیز لاسٹ آل میننگز۔</w:t>
      </w:r>
    </w:p>
    <w:p>
      <w:r>
        <w:rPr>
          <w:b/>
        </w:rPr>
        <w:t xml:space="preserve">[08:08] </w:t>
      </w:r>
      <w:r>
        <w:t>i am going to take a fateful leap into the unknown.</w:t>
      </w:r>
    </w:p>
    <w:p>
      <w:pPr>
        <w:jc w:val="right"/>
      </w:pPr>
      <w:r>
        <w:t>آئی ایم گوئنگ ٹو ٹیک ا فیٹ فل لیپ انٹو دا ان نون۔</w:t>
      </w:r>
    </w:p>
    <w:p>
      <w:r>
        <w:rPr>
          <w:b/>
        </w:rPr>
        <w:t xml:space="preserve">[08:16] </w:t>
      </w:r>
      <w:r>
        <w:t>young man, can you give me a ray of hope?" phir main dohraunga ke jab woh aadmi pahuncha us ke haan,</w:t>
      </w:r>
    </w:p>
    <w:p>
      <w:pPr>
        <w:jc w:val="right"/>
      </w:pPr>
      <w:r>
        <w:t>ینگ مین، کین یو گیو می ا رے اف ہوپ؟" پھر میں دہراؤں گا کہ جب وہ آدمی پہنچا اس کے ہاں،</w:t>
      </w:r>
    </w:p>
    <w:p>
      <w:r>
        <w:rPr>
          <w:b/>
        </w:rPr>
        <w:t xml:space="preserve">[08:31] </w:t>
      </w:r>
      <w:r>
        <w:t>us ko face to face baitha woh ek alag kamre mein, to kisi tamheed ke baghair us ne kaha:</w:t>
      </w:r>
    </w:p>
    <w:p>
      <w:pPr>
        <w:jc w:val="right"/>
      </w:pPr>
      <w:r>
        <w:t>اس کو فیس ٹو فیس بیٹھا وہ ایک الگ کمرے میں، تو کسی تمہید کے بغیر اس نے کہا:</w:t>
      </w:r>
    </w:p>
    <w:p>
      <w:r>
        <w:rPr>
          <w:b/>
        </w:rPr>
        <w:t xml:space="preserve">[08:44] </w:t>
      </w:r>
      <w:r>
        <w:t>"you see, i am, i end old man.</w:t>
      </w:r>
    </w:p>
    <w:p>
      <w:pPr>
        <w:jc w:val="right"/>
      </w:pPr>
      <w:r>
        <w:t>"یو سی، آئی ایم، آئی اینڈ اولڈ مین۔</w:t>
      </w:r>
    </w:p>
    <w:p>
      <w:r>
        <w:rPr>
          <w:b/>
        </w:rPr>
        <w:t xml:space="preserve">[08:51] </w:t>
      </w:r>
      <w:r>
        <w:t>life has lost all meaning.</w:t>
      </w:r>
    </w:p>
    <w:p>
      <w:pPr>
        <w:jc w:val="right"/>
      </w:pPr>
      <w:r>
        <w:t>لائف ہیز لاسٹ آل میننگ۔</w:t>
      </w:r>
    </w:p>
    <w:p>
      <w:r>
        <w:rPr>
          <w:b/>
        </w:rPr>
        <w:t xml:space="preserve">[08:58] </w:t>
      </w:r>
      <w:r>
        <w:t>i am going to take a fateful leap into the unknown.</w:t>
      </w:r>
    </w:p>
    <w:p>
      <w:pPr>
        <w:jc w:val="right"/>
      </w:pPr>
      <w:r>
        <w:t>آئی ایم گوئنگ ٹو ٹیک ا فیٹ فل لیپ انٹو دا ان نون۔</w:t>
      </w:r>
    </w:p>
    <w:p>
      <w:r>
        <w:rPr>
          <w:b/>
        </w:rPr>
        <w:t xml:space="preserve">[09:06] </w:t>
      </w:r>
      <w:r>
        <w:t>young man, can you give me a ray of hope?" itna zyada jo us ke andar yani deep, deep</w:t>
      </w:r>
    </w:p>
    <w:p>
      <w:pPr>
        <w:jc w:val="right"/>
      </w:pPr>
      <w:r>
        <w:t>ینگ مین، کین یو گیو می ا رے اف ہوپ؟" اتنا زیادہ جو اس کے اندر یعنی ڈیپ، ڈیپ</w:t>
      </w:r>
    </w:p>
    <w:p>
      <w:r>
        <w:rPr>
          <w:b/>
        </w:rPr>
        <w:t xml:space="preserve">[09:24] </w:t>
      </w:r>
      <w:r>
        <w:t>sense hai, deep adrak hai maut ka, woh kam az kam mein ne kahin aur parha nahi jitna is ka.</w:t>
      </w:r>
    </w:p>
    <w:p>
      <w:pPr>
        <w:jc w:val="right"/>
      </w:pPr>
      <w:r>
        <w:t>سینس ہے، ڈیپ ادراک ہے موت کا، وہ کم از کم میں نے کہیں اور پڑھا نہیں جتنا اس کا۔</w:t>
      </w:r>
    </w:p>
    <w:p>
      <w:r>
        <w:rPr>
          <w:b/>
        </w:rPr>
        <w:t xml:space="preserve">[09:34] </w:t>
      </w:r>
      <w:r>
        <w:t>halankeh woh zahir hai ek secular aadmi tha. lekin us ne kitni gehrai ke sath barhaape ko aur maut ko samjha tha ke us ki zuban se aisa nikla.</w:t>
      </w:r>
    </w:p>
    <w:p>
      <w:pPr>
        <w:jc w:val="right"/>
      </w:pPr>
      <w:r>
        <w:t>حالانکہ وہ ظاہر ہے ایک سیکولر آدمی تھا۔ لیکن اس نے کتنی گہرائی کے ساتھ بڑھاپے کو اور موت کو سمجھا تھا کہ اس کی زبان سے ایسا نکلا۔</w:t>
      </w:r>
    </w:p>
    <w:p>
      <w:r>
        <w:rPr>
          <w:b/>
        </w:rPr>
        <w:t xml:space="preserve">[09:53] </w:t>
      </w:r>
      <w:r>
        <w:t>ajeeb baat hai ke aaj bhi mein yeh un ki jo kis khatoon ki jo story hai, us se pehle aaj hi mein ne is ko phir aksar mein is ko dohrata hoon,</w:t>
      </w:r>
    </w:p>
    <w:p>
      <w:pPr>
        <w:jc w:val="right"/>
      </w:pPr>
      <w:r>
        <w:t>عجیب بات ہے کہ آج بھی میں یہ ان کی جو کس خاتون کی جو اسٹوری ہے، اس سے پہلے آج ہی میں نے اس کو پھر اکثر میں اس کو دہراتا ہوں،</w:t>
      </w:r>
    </w:p>
    <w:p>
      <w:r>
        <w:rPr>
          <w:b/>
        </w:rPr>
        <w:t xml:space="preserve">[10:06] </w:t>
      </w:r>
      <w:r>
        <w:t>aaj bhi dohrata mein ne,</w:t>
      </w:r>
    </w:p>
    <w:p>
      <w:pPr>
        <w:jc w:val="right"/>
      </w:pPr>
      <w:r>
        <w:t>آج بھی دہرایا میں نے،</w:t>
      </w:r>
    </w:p>
    <w:p>
      <w:r>
        <w:rPr>
          <w:b/>
        </w:rPr>
        <w:t xml:space="preserve">[10:12] </w:t>
      </w:r>
      <w:r>
        <w:t>aaj bhi mein ne dohrata un ke is qaul ko.</w:t>
      </w:r>
    </w:p>
    <w:p>
      <w:pPr>
        <w:jc w:val="right"/>
      </w:pPr>
      <w:r>
        <w:t>آج بھی میں نے دہرایا ان کے اس قول کو۔</w:t>
      </w:r>
    </w:p>
    <w:p>
      <w:r>
        <w:rPr>
          <w:b/>
        </w:rPr>
        <w:t xml:space="preserve">[10:20] </w:t>
      </w:r>
      <w:r>
        <w:t>to haqeeqat yeh hai ke har aadmi ko yeh baat samajhni hai ke barhaape ki wajah se "i am an old man" yeh barhaape ki baat sachi baat ek hai nahi.</w:t>
      </w:r>
    </w:p>
    <w:p>
      <w:pPr>
        <w:jc w:val="right"/>
      </w:pPr>
      <w:r>
        <w:t>تو حقیقت یہ ہے کہ ہر آدمی کو یہ بات سمجھنی ہے کہ بڑھاپے کی وجہ سے "آئی ایم این اولڈ مین" یہ بڑھاپے کی بات سچی بات ایک ہے نہیں۔</w:t>
      </w:r>
    </w:p>
    <w:p>
      <w:r>
        <w:rPr>
          <w:b/>
        </w:rPr>
        <w:t xml:space="preserve">[10:34] </w:t>
      </w:r>
      <w:r>
        <w:t>kyun ke aap jante hain ke kisi bhi umar mein aadmi ki maut aati hai, chahe bachpan ho, jawani ho, koi bhi umar ho,</w:t>
      </w:r>
    </w:p>
    <w:p>
      <w:pPr>
        <w:jc w:val="right"/>
      </w:pPr>
      <w:r>
        <w:t>کیونکہ آپ جانتے ہیں کہ کسی بھی عمر میں آدمی کی موت آتی ہے، چاہے بچپن ہو، جوانی ہو، کوئی بھی عمر ہو،</w:t>
      </w:r>
    </w:p>
    <w:p>
      <w:r>
        <w:rPr>
          <w:b/>
        </w:rPr>
        <w:t xml:space="preserve">[10:48] </w:t>
      </w:r>
      <w:r>
        <w:t>barhaapa ho. to mein to haqeeqat yeh hai ke har din yeh taqreeban hi mein is ko is ko sochta hoon.</w:t>
      </w:r>
    </w:p>
    <w:p>
      <w:pPr>
        <w:jc w:val="right"/>
      </w:pPr>
      <w:r>
        <w:t>بڑھاپا ہو۔ تو میں تو حقیقت یہ ہے کہ ہر دن یہ تقریباً ہی میں اس کو اس کو سوچتا ہوں۔</w:t>
      </w:r>
    </w:p>
    <w:p>
      <w:r>
        <w:rPr>
          <w:b/>
        </w:rPr>
        <w:t xml:space="preserve">[11:00] </w:t>
      </w:r>
      <w:r>
        <w:t>har din mujhe nazar aata hai ke shayad woh woh din aaj hi ho,</w:t>
      </w:r>
    </w:p>
    <w:p>
      <w:pPr>
        <w:jc w:val="right"/>
      </w:pPr>
      <w:r>
        <w:t>ہر دن مجھے نظر آتا ہے کہ شاید وہ وہ دن آج ہی ہو،</w:t>
      </w:r>
    </w:p>
    <w:p>
      <w:r>
        <w:rPr>
          <w:b/>
        </w:rPr>
        <w:t xml:space="preserve">[11:08] </w:t>
      </w:r>
      <w:r>
        <w:t>shayad woh din aaj hi ho. kaun jaane? kaun jaane ke aaj ka din nahin hoga, kabhi aur ka din hoga.</w:t>
      </w:r>
    </w:p>
    <w:p>
      <w:pPr>
        <w:jc w:val="right"/>
      </w:pPr>
      <w:r>
        <w:t>شاید وہ دن آج ہی ہو۔ کون جانے؟ کون جانے کہ آج کا دن نہیں ہوگا، کبھی اور کا دن ہوگا۔</w:t>
      </w:r>
    </w:p>
    <w:p>
      <w:r>
        <w:rPr>
          <w:b/>
        </w:rPr>
        <w:t xml:space="preserve">[11:21] </w:t>
      </w:r>
      <w:r>
        <w:t>ain mumkin hai ke woh aaj hi ka din ho.</w:t>
      </w:r>
    </w:p>
    <w:p>
      <w:pPr>
        <w:jc w:val="right"/>
      </w:pPr>
      <w:r>
        <w:t>عین ممکن ہے کہ وہ آج ہی کا دن ہو۔</w:t>
      </w:r>
    </w:p>
    <w:p>
      <w:r>
        <w:rPr>
          <w:b/>
        </w:rPr>
        <w:t xml:space="preserve">[11:28] </w:t>
      </w:r>
      <w:r>
        <w:t>to yeh soch jo hai, is aadmi ko to sirf</w:t>
      </w:r>
    </w:p>
    <w:p>
      <w:pPr>
        <w:jc w:val="right"/>
      </w:pPr>
      <w:r>
        <w:t>تو یہ سوچ جو ہے، اس آدمی کو تو صرف</w:t>
      </w:r>
    </w:p>
    <w:p>
      <w:r>
        <w:rPr>
          <w:b/>
        </w:rPr>
        <w:t xml:space="preserve">[11:37] </w:t>
      </w:r>
      <w:r>
        <w:t>yaani question tak woh soch paaya. woh jo aadmi tha America ka, woh sirf question tak soch paaya.</w:t>
      </w:r>
    </w:p>
    <w:p>
      <w:pPr>
        <w:jc w:val="right"/>
      </w:pPr>
      <w:r>
        <w:t>یعنی کوئسچن تک وہ سوچ پایا۔ وہ جو آدمی تھا امریکہ کا، وہ صرف کوئسچن تک سوچ پایا۔</w:t>
      </w:r>
    </w:p>
    <w:p>
      <w:r>
        <w:rPr>
          <w:b/>
        </w:rPr>
        <w:t xml:space="preserve">[11:53] </w:t>
      </w:r>
      <w:r>
        <w:t>agar woh aur door tak soch paata to shayad koi aur badi baat kehta ho.</w:t>
      </w:r>
    </w:p>
    <w:p>
      <w:pPr>
        <w:jc w:val="right"/>
      </w:pPr>
      <w:r>
        <w:t>اگر وہ اور دور تک سوچ پاتا تو شاید کوئی اور بڑی بات کہتا ہو۔</w:t>
      </w:r>
    </w:p>
    <w:p>
      <w:r>
        <w:rPr>
          <w:b/>
        </w:rPr>
        <w:t xml:space="preserve">[12:06] </w:t>
      </w:r>
      <w:r>
        <w:t>shayad koi aur badi baat kehta ho.</w:t>
      </w:r>
    </w:p>
    <w:p>
      <w:pPr>
        <w:jc w:val="right"/>
      </w:pPr>
      <w:r>
        <w:t>شاید کوئی اور بڑی بات کہتا ہو۔</w:t>
      </w:r>
    </w:p>
    <w:p>
      <w:r>
        <w:rPr>
          <w:b/>
        </w:rPr>
        <w:t xml:space="preserve">[12:12] </w:t>
      </w:r>
      <w:r>
        <w:t>to aaj mein soch raha tha</w:t>
      </w:r>
    </w:p>
    <w:p>
      <w:pPr>
        <w:jc w:val="right"/>
      </w:pPr>
      <w:r>
        <w:t>تو آج میں سوچ رہا تھا</w:t>
      </w:r>
    </w:p>
    <w:p>
      <w:r>
        <w:rPr>
          <w:b/>
        </w:rPr>
        <w:t xml:space="preserve">[12:18] </w:t>
      </w:r>
      <w:r>
        <w:t>ke maut kya cheez hai.</w:t>
      </w:r>
    </w:p>
    <w:p>
      <w:pPr>
        <w:jc w:val="right"/>
      </w:pPr>
      <w:r>
        <w:t>کہ موت کیا چیز ہے۔</w:t>
      </w:r>
    </w:p>
    <w:p>
      <w:r>
        <w:rPr>
          <w:b/>
        </w:rPr>
        <w:t xml:space="preserve">[12:24] </w:t>
      </w:r>
      <w:r>
        <w:t>maut ek aisa ajeeb waqea hai ke kisi bhi aadmi ko, hatta ke paighambar ko bhi, maut ke aage ka jo marhala hai, us ke bare mein kuch bhi pata nahin hai.</w:t>
      </w:r>
    </w:p>
    <w:p>
      <w:pPr>
        <w:jc w:val="right"/>
      </w:pPr>
      <w:r>
        <w:t>موت ایک ایسا عجیب واقعہ ہے کہ کسی بھی آدمی کو، حتیٰ کہ پیغمبر کو بھی، موت کے آگے کا جو مرحلہ ہے، اس کے بارے میں کچھ بھی پتہ نہیں ہے۔</w:t>
      </w:r>
    </w:p>
    <w:p>
      <w:r>
        <w:rPr>
          <w:b/>
        </w:rPr>
        <w:t xml:space="preserve">[12:41] </w:t>
      </w:r>
      <w:r>
        <w:t>misalan ek hi hadith mein aata hai Bukhari mein ke "wallah la adri, wallah la adri, wallah la adri, wa ana rasool Allah, ma yafal bi wa la bikn".</w:t>
      </w:r>
    </w:p>
    <w:p>
      <w:pPr>
        <w:jc w:val="right"/>
      </w:pPr>
      <w:r>
        <w:t>مثلاً ایک ہی حدیث میں آتا ہے بخاری میں کہ "واللہ لا ادری، واللہ لا ادری، واللہ لا ادری، وانا رسول اللہ، ما یفعل بی ولا بکن"۔</w:t>
      </w:r>
    </w:p>
    <w:p>
      <w:r>
        <w:rPr>
          <w:b/>
        </w:rPr>
        <w:t xml:space="preserve">[12:59] </w:t>
      </w:r>
      <w:r>
        <w:t>yahan par maut ka lafz nahin hai, lekin matlab moti ke baad ki baat hai ke maut ke baad mere sath kya hoga, tumhare sath kya hoga.</w:t>
      </w:r>
    </w:p>
    <w:p>
      <w:pPr>
        <w:jc w:val="right"/>
      </w:pPr>
      <w:r>
        <w:t>یہاں پر موت کا لفظ نہیں ہے، لیکن مطلب موتی کے بعد کی بات ہے کہ موت کے بعد میرے ساتھ کیا ہوگا، تمہارے ساتھ کیا ہوگا۔</w:t>
      </w:r>
    </w:p>
    <w:p>
      <w:r>
        <w:rPr>
          <w:b/>
        </w:rPr>
        <w:t xml:space="preserve">[13:12] </w:t>
      </w:r>
      <w:r>
        <w:t>to sahib, is ki sharah maine parhi to sharah mujhe pasand nahin aayi. ek top ke aalim ki sharah hai woh.</w:t>
      </w:r>
    </w:p>
    <w:p>
      <w:pPr>
        <w:jc w:val="right"/>
      </w:pPr>
      <w:r>
        <w:t>تو صاحب، اس کی شرح میں نے پڑھی تو شرح مجھے پسند نہیں آئی۔ ایک ٹاپ کے عالم کی شرح ہے وہ۔</w:t>
      </w:r>
    </w:p>
    <w:p>
      <w:r>
        <w:rPr>
          <w:b/>
        </w:rPr>
        <w:t xml:space="preserve">[13:23] </w:t>
      </w:r>
      <w:r>
        <w:t>unhon ne kaha ke yeh Rasool Allah ne is waqt kaha tha jab un ko is ka ilm nahin tha ke un ke sare maaf ho chuke hain.</w:t>
      </w:r>
    </w:p>
    <w:p>
      <w:pPr>
        <w:jc w:val="right"/>
      </w:pPr>
      <w:r>
        <w:t>انہوں نے کہا کہ یہ رسول اللہ نے اس وقت کہا تھا جب ان کو اس کا علم نہیں تھا کہ ان کے سارے معاف ہو چکے ہیں۔</w:t>
      </w:r>
    </w:p>
    <w:p>
      <w:r>
        <w:rPr>
          <w:b/>
        </w:rPr>
        <w:t xml:space="preserve">[13:34] </w:t>
      </w:r>
      <w:r>
        <w:t>Surah Fatah mein jo aaya hai, kya alfaaz hain Surah Fatah mein?</w:t>
      </w:r>
    </w:p>
    <w:p>
      <w:pPr>
        <w:jc w:val="right"/>
      </w:pPr>
      <w:r>
        <w:t>سورہ فتح میں جو آیا ہے، کیا الفاظ ہیں سورہ فتح میں؟</w:t>
      </w:r>
    </w:p>
    <w:p>
      <w:r>
        <w:rPr>
          <w:b/>
        </w:rPr>
        <w:t xml:space="preserve">[13:46] </w:t>
      </w:r>
      <w:r>
        <w:t>dekhiye, yeh yeh Allah Rab ul Alameen ko address statement karna hai. woh jo aaya hai na Quran mein ke "ma qadar Allah haq qadrahu".</w:t>
      </w:r>
    </w:p>
    <w:p>
      <w:pPr>
        <w:jc w:val="right"/>
      </w:pPr>
      <w:r>
        <w:t>دیکھیے، یہ یہ اللہ رب العالمین کو ایڈریس سٹیٹمنٹ کرنا ہے۔ وہ جو آیا ہے نا قرآن میں کہ "ما قدر اللہ حق قدرہ"۔</w:t>
      </w:r>
    </w:p>
    <w:p>
      <w:r>
        <w:rPr>
          <w:b/>
        </w:rPr>
        <w:t xml:space="preserve">[14:07] </w:t>
      </w:r>
      <w:r>
        <w:t>logon ne Allah ko underestimate kiya.</w:t>
      </w:r>
    </w:p>
    <w:p>
      <w:pPr>
        <w:jc w:val="right"/>
      </w:pPr>
      <w:r>
        <w:t>لوگوں نے اللہ کو انڈر ایسٹیمیٹ کیا۔</w:t>
      </w:r>
    </w:p>
    <w:p>
      <w:r>
        <w:rPr>
          <w:b/>
        </w:rPr>
        <w:t xml:space="preserve">[14:15] </w:t>
      </w:r>
      <w:r>
        <w:t>logon ne Allah ko underestimate kiya. dekhiye, agar aap sahi maanon mein</w:t>
      </w:r>
    </w:p>
    <w:p>
      <w:pPr>
        <w:jc w:val="right"/>
      </w:pPr>
      <w:r>
        <w:t>لوگوں نے اللہ کو انڈر ایسٹیمیٹ کیا۔ دیکھیے، اگر آپ صحیح معنوں میں</w:t>
      </w:r>
    </w:p>
    <w:p>
      <w:r>
        <w:rPr>
          <w:b/>
        </w:rPr>
        <w:t xml:space="preserve">[14:25] </w:t>
      </w:r>
      <w:r>
        <w:t>Allah ki marifat aap ko hasil hui ho, itni badi kainat bana raha ho Khuda, aisi kainat jis ki koi had hi nahin hai, aur is ko manage karne wala bahut hi perfect management, kitna zabardast control hai.</w:t>
      </w:r>
    </w:p>
    <w:p>
      <w:pPr>
        <w:jc w:val="right"/>
      </w:pPr>
      <w:r>
        <w:t>اللہ کی معرفت آپ کو حاصل ہوئی ہو، اتنی بڑی کائنات بنا رہا ہو خدا، ایسی کائنات جس کی کوئی حد ہی نہیں ہے، اور اس کو مینج کرنے والا بہت ہی پرفیکٹ مینجمنٹ، کتنا زبردست کنٹرول ہے۔</w:t>
      </w:r>
    </w:p>
    <w:p>
      <w:r>
        <w:rPr>
          <w:b/>
        </w:rPr>
        <w:t xml:space="preserve">[14:48] </w:t>
      </w:r>
      <w:r>
        <w:t>to aisa khallaq, aisa razzaq, aisa aalim Khuda,</w:t>
      </w:r>
    </w:p>
    <w:p>
      <w:pPr>
        <w:jc w:val="right"/>
      </w:pPr>
      <w:r>
        <w:t>تو ایسا خلاق، ایسا رزاق، ایسا علام خدا،</w:t>
      </w:r>
    </w:p>
    <w:p>
      <w:r>
        <w:rPr>
          <w:b/>
        </w:rPr>
        <w:t xml:space="preserve">[14:57] </w:t>
      </w:r>
      <w:r>
        <w:t>kya aap sochte hain Khuda khud agar aap se keh de ke "ae bande, maine tujh ko maaf kiya", tab bhi aap ke hawass bakhta rahenge?</w:t>
      </w:r>
    </w:p>
    <w:p>
      <w:pPr>
        <w:jc w:val="right"/>
      </w:pPr>
      <w:r>
        <w:t>کیا آپ سوچتے ہیں خدا خود اگر آپ سے کہہ دے کہ "اے بندے، میں نے تجھ کو معاف کیا"، تب بھی آپ کے حواس باختہ رہیں گے؟</w:t>
      </w:r>
    </w:p>
    <w:p>
      <w:r>
        <w:rPr>
          <w:b/>
        </w:rPr>
        <w:t xml:space="preserve">[15:12] </w:t>
      </w:r>
      <w:r>
        <w:t>yaani farishte ke zariye nahin, Allah Rab ul Alameen khud hi keh de.</w:t>
      </w:r>
    </w:p>
    <w:p>
      <w:pPr>
        <w:jc w:val="right"/>
      </w:pPr>
      <w:r>
        <w:t>یعنی فرشتے کے ذریعے نہیں، اللہ رب العالمین خود ہی کہہ دے۔</w:t>
      </w:r>
    </w:p>
    <w:p>
      <w:r>
        <w:rPr>
          <w:b/>
        </w:rPr>
        <w:t xml:space="preserve">[15:21] </w:t>
      </w:r>
      <w:r>
        <w:t>to chounke sari taqat Khuda ke hath mein hai, kisi bhi second ke fraction mein woh apne faisle ko badal sakta hai.</w:t>
      </w:r>
    </w:p>
    <w:p>
      <w:pPr>
        <w:jc w:val="right"/>
      </w:pPr>
      <w:r>
        <w:t>تو چونکہ ساری طاقت خدا کے ہاتھ میں ہے، کسی بھی سیکنڈ کے فریکشن میں وہ اپنے فیصلے کو بدل سکتا ہے۔</w:t>
      </w:r>
    </w:p>
    <w:p>
      <w:r>
        <w:rPr>
          <w:b/>
        </w:rPr>
        <w:t xml:space="preserve">[15:32] </w:t>
      </w:r>
      <w:r>
        <w:t>kisi bhi second ke fraction mein woh apne faisle ko badal sakta hai. aise qadir mutlaq Khuda ke bare mein yeh kehna hai ke pehle ka hukum batao, baad ka hukum batao, yeh sab bilkul yaani Khuda ko underestimate karna hai.</w:t>
      </w:r>
    </w:p>
    <w:p>
      <w:pPr>
        <w:jc w:val="right"/>
      </w:pPr>
      <w:r>
        <w:t>کسی بھی سیکنڈ کے فریکشن میں وہ اپنے فیصلے کو بدل سکتا ہے۔ ایسے قادر مطلق خدا کے بارے میں یہ کہنا ہے کہ پہلے کا حکم بتاؤ، بعد کا حکم بتاؤ، یہ سب بالکل یعنی خدا کو انڈر ایسٹیمیٹ کرنا ہے۔</w:t>
      </w:r>
    </w:p>
    <w:p>
      <w:r>
        <w:rPr>
          <w:b/>
        </w:rPr>
        <w:t xml:space="preserve">[15:58] </w:t>
      </w:r>
      <w:r>
        <w:t>to Rasool Allah ne jo baat kahi hai hadith mein, sach poochhen to woh</w:t>
      </w:r>
    </w:p>
    <w:p>
      <w:pPr>
        <w:jc w:val="right"/>
      </w:pPr>
      <w:r>
        <w:t>تو رسول اللہ نے جو بات کہی ہے حدیث میں، سچ پوچھیں تو وہ</w:t>
      </w:r>
    </w:p>
    <w:p>
      <w:r>
        <w:rPr>
          <w:b/>
        </w:rPr>
        <w:t xml:space="preserve">[16:06] </w:t>
      </w:r>
      <w:r>
        <w:t>is ko le kar nahin hai jo surah fatah mein hai. bhai, is ko le kar hai ke Allah kitna azeem hai. woh azmat khodawandi ko le kar kaha unhon ne.</w:t>
      </w:r>
    </w:p>
    <w:p>
      <w:pPr>
        <w:jc w:val="right"/>
      </w:pPr>
      <w:r>
        <w:t>اس کو لے کر نہیں ہے جو سورہ فتح میں ہے۔ بھئی، اس کو لے کر ہے کہ اللہ کتنا عظیم ہے۔ وہ عظمت خداوندی کو لے کر کہا انہوں نے۔</w:t>
      </w:r>
    </w:p>
    <w:p>
      <w:r>
        <w:rPr>
          <w:b/>
        </w:rPr>
        <w:t xml:space="preserve">[16:19] </w:t>
      </w:r>
      <w:r>
        <w:t>aur jab azmat khodawandi aap ko aap ke mind pe chha jaye to aap ko kuch yaad yaad hoga, kuch aap ko yaad nahin rahega.</w:t>
      </w:r>
    </w:p>
    <w:p>
      <w:pPr>
        <w:jc w:val="right"/>
      </w:pPr>
      <w:r>
        <w:t>اور جب عظمت خداوندی آپ کو آپ کے مائنڈ پہ چھا جائے تو آپ کو کچھ یاد یاد ہوگا، کچھ آپ کو یاد نہیں رہے گا۔</w:t>
      </w:r>
    </w:p>
    <w:p>
      <w:r>
        <w:rPr>
          <w:b/>
        </w:rPr>
        <w:t xml:space="preserve">[16:40] </w:t>
      </w:r>
      <w:r>
        <w:t>aur doosri baat yeh hai ke agar bil farz yahi muamla ho to woh to ek hi aadmi ke liye hai, rasool Allah ke liye, sari ummat ke liye thodi hai ke is ko aap aisa keh kar apne ko bhi aap shamil kar lo.</w:t>
      </w:r>
    </w:p>
    <w:p>
      <w:pPr>
        <w:jc w:val="right"/>
      </w:pPr>
      <w:r>
        <w:t>اور دوسری بات یہ ہے کہ اگر بالفرض یہی معاملہ ہو تو وہ تو ایک ہی آدمی کے لیے ہے، رسول اللہ کے لیے، ساری امت کے لیے تھوڑی ہے کہ اس کو آپ ایسا کہہ کر اپنے کو بھی آپ شامل کر لیں۔</w:t>
      </w:r>
    </w:p>
    <w:p>
      <w:r>
        <w:rPr>
          <w:b/>
        </w:rPr>
        <w:t xml:space="preserve">[16:55] </w:t>
      </w:r>
      <w:r>
        <w:t>aap ka muamla to phir bhi yeh rahega har lamha.</w:t>
      </w:r>
    </w:p>
    <w:p>
      <w:pPr>
        <w:jc w:val="right"/>
      </w:pPr>
      <w:r>
        <w:t>آپ کا معاملہ تو پھر بھی یہ رہے گا ہر لمحہ۔</w:t>
      </w:r>
    </w:p>
    <w:p>
      <w:r>
        <w:rPr>
          <w:b/>
        </w:rPr>
        <w:t xml:space="preserve">[17:05] </w:t>
      </w:r>
      <w:r>
        <w:t>to behal yeh jo cheez hai,</w:t>
      </w:r>
    </w:p>
    <w:p>
      <w:pPr>
        <w:jc w:val="right"/>
      </w:pPr>
      <w:r>
        <w:t>تو بہرحال یہ جو چیز ہے،</w:t>
      </w:r>
    </w:p>
    <w:p>
      <w:r>
        <w:rPr>
          <w:b/>
        </w:rPr>
        <w:t xml:space="preserve">[17:12] </w:t>
      </w:r>
      <w:r>
        <w:t>"I am going to take a fateful leap into the unknown", yeh har aadmi ki baat hai, chahe woh paighambar hi kyun na ho.</w:t>
      </w:r>
    </w:p>
    <w:p>
      <w:pPr>
        <w:jc w:val="right"/>
      </w:pPr>
      <w:r>
        <w:t>"آئی ایم گوئنگ ٹو ٹیک ا فیٹ فل لیپ انٹو دا ان نون"، یہ ہر آدمی کی بات ہے، چاہے وہ پیغمبر ہی کیوں نہ ہو۔</w:t>
      </w:r>
    </w:p>
    <w:p>
      <w:r>
        <w:rPr>
          <w:b/>
        </w:rPr>
        <w:t xml:space="preserve">[17:22] </w:t>
      </w:r>
      <w:r>
        <w:t>kyunki masla Allah rab ul alameen ka hai.</w:t>
      </w:r>
    </w:p>
    <w:p>
      <w:pPr>
        <w:jc w:val="right"/>
      </w:pPr>
      <w:r>
        <w:t>کیونکہ مسئلہ اللہ رب العالمین کا ہے۔</w:t>
      </w:r>
    </w:p>
    <w:p>
      <w:r>
        <w:rPr>
          <w:b/>
        </w:rPr>
        <w:t xml:space="preserve">[17:31] </w:t>
      </w:r>
      <w:r>
        <w:t>is jis alfaaz ko sochiye aap, "I am going to take a fateful leap into the unknown".</w:t>
      </w:r>
    </w:p>
    <w:p>
      <w:pPr>
        <w:jc w:val="right"/>
      </w:pPr>
      <w:r>
        <w:t>اس جس الفاظ کو سوچیے آپ، "آئی ایم گوئنگ ٹو ٹیک ا فیٹ فل لیپ انٹو دا ان نون"۔</w:t>
      </w:r>
    </w:p>
    <w:p>
      <w:r>
        <w:rPr>
          <w:b/>
        </w:rPr>
        <w:t xml:space="preserve">[17:43] </w:t>
      </w:r>
      <w:r>
        <w:t>into the unknown.</w:t>
      </w:r>
    </w:p>
    <w:p>
      <w:pPr>
        <w:jc w:val="right"/>
      </w:pPr>
      <w:r>
        <w:t>انٹو دا ان نون۔</w:t>
      </w:r>
    </w:p>
    <w:p>
      <w:r>
        <w:rPr>
          <w:b/>
        </w:rPr>
        <w:t xml:space="preserve">[17:48] </w:t>
      </w:r>
      <w:r>
        <w:t>to yeh yeh jo yeh jo baat hai,</w:t>
      </w:r>
    </w:p>
    <w:p>
      <w:pPr>
        <w:jc w:val="right"/>
      </w:pPr>
      <w:r>
        <w:t>تو یہ یہ جو یہ جو بات ہے،</w:t>
      </w:r>
    </w:p>
    <w:p>
      <w:r>
        <w:rPr>
          <w:b/>
        </w:rPr>
        <w:t xml:space="preserve">[17:54] </w:t>
      </w:r>
      <w:r>
        <w:t>yeh baat agar sahi maano mein insaan ke mind pe chha chha jaye, jis ko urdu mein kehte hain idraak, realization, to kya hoga?</w:t>
      </w:r>
    </w:p>
    <w:p>
      <w:pPr>
        <w:jc w:val="right"/>
      </w:pPr>
      <w:r>
        <w:t>یہ بات اگر صحیح معنوں میں انسان کے مائنڈ پہ چھا چھا جائے، جس کو اردو میں کہتے ہیں ادراک، ریلائزیشن، تو کیا ہوگا؟</w:t>
      </w:r>
    </w:p>
    <w:p>
      <w:r>
        <w:rPr>
          <w:b/>
        </w:rPr>
        <w:t xml:space="preserve">[18:06] </w:t>
      </w:r>
      <w:r>
        <w:t>har lamha woh jeega urgency se, sab urgency mein. har lamha woh barhega seesa wajah se.</w:t>
      </w:r>
    </w:p>
    <w:p>
      <w:pPr>
        <w:jc w:val="right"/>
      </w:pPr>
      <w:r>
        <w:t>ہر لمحہ وہ جیے گا ارجنسی سے، سب ارجنسی میں۔ ہر لمحہ وہ بڑھے گا سیسا وجہ سے۔</w:t>
      </w:r>
    </w:p>
    <w:p>
      <w:r>
        <w:rPr>
          <w:b/>
        </w:rPr>
        <w:t xml:space="preserve">[18:16] </w:t>
      </w:r>
      <w:r>
        <w:t>kyun? kyunki maut ka koi time nahin, na koi umar hai is ka. to is ke aane ke kisi bhi lamha jab maut aayegi to aadmi ke liye woh</w:t>
      </w:r>
    </w:p>
    <w:p>
      <w:pPr>
        <w:jc w:val="right"/>
      </w:pPr>
      <w:r>
        <w:t>کیوں؟ کیونکہ موت کا کوئی ٹائم نہیں، نہ کوئی عمر ہے اس کا۔ تو اس کے آنے کے کسی بھی لمحہ جب موت آئے گی تو آدمی کے لیے وہ</w:t>
      </w:r>
    </w:p>
    <w:p>
      <w:r>
        <w:rPr>
          <w:b/>
        </w:rPr>
        <w:t xml:space="preserve">[18:36] </w:t>
      </w:r>
      <w:r>
        <w:t>point of no return payegi.</w:t>
      </w:r>
    </w:p>
    <w:p>
      <w:pPr>
        <w:jc w:val="right"/>
      </w:pPr>
      <w:r>
        <w:t>پوائنٹ آف نو ریٹرن پائے گی۔</w:t>
      </w:r>
    </w:p>
    <w:p>
      <w:r>
        <w:rPr>
          <w:b/>
        </w:rPr>
        <w:t xml:space="preserve">[18:41] </w:t>
      </w:r>
      <w:r>
        <w:t>point of no return payegi.</w:t>
      </w:r>
    </w:p>
    <w:p>
      <w:pPr>
        <w:jc w:val="right"/>
      </w:pPr>
      <w:r>
        <w:t>پوائنٹ آف نو ریٹرن پائے گی۔</w:t>
      </w:r>
    </w:p>
    <w:p>
      <w:r>
        <w:rPr>
          <w:b/>
        </w:rPr>
        <w:t xml:space="preserve">[18:47] </w:t>
      </w:r>
      <w:r>
        <w:t>na ek second aage, na ek second peechhe.</w:t>
      </w:r>
    </w:p>
    <w:p>
      <w:pPr>
        <w:jc w:val="right"/>
      </w:pPr>
      <w:r>
        <w:t>لا استغفرالصلاۃ استغفرون۔ نہ ایک سیکنڈ آگے، نہ ایک سیکنڈ پیچھے۔</w:t>
      </w:r>
    </w:p>
    <w:p>
      <w:r>
        <w:rPr>
          <w:b/>
        </w:rPr>
        <w:t xml:space="preserve">[18:59] </w:t>
      </w:r>
      <w:r>
        <w:t>na ek second aage, na ek second peechhe.</w:t>
      </w:r>
    </w:p>
    <w:p>
      <w:pPr>
        <w:jc w:val="right"/>
      </w:pPr>
      <w:r>
        <w:t>نہ ایک سیکنڈ آگے، نہ ایک سیکنڈ پیچھے۔</w:t>
      </w:r>
    </w:p>
    <w:p>
      <w:r>
        <w:rPr>
          <w:b/>
        </w:rPr>
        <w:t xml:space="preserve">[19:05] </w:t>
      </w:r>
      <w:r>
        <w:t>mein sochta hoon ke is se bada koi waqea nahin hai ke aadmi ke andar seesa urgency paida kare.</w:t>
      </w:r>
    </w:p>
    <w:p>
      <w:pPr>
        <w:jc w:val="right"/>
      </w:pPr>
      <w:r>
        <w:t>میں سوچتا ہوں کہ اس سے بڑا کوئی واقعہ نہیں ہے کہ آدمی کے اندر سیسا ارجنسی پیدا کرے۔</w:t>
      </w:r>
    </w:p>
    <w:p>
      <w:r>
        <w:rPr>
          <w:b/>
        </w:rPr>
        <w:t xml:space="preserve">[19:17] </w:t>
      </w:r>
      <w:r>
        <w:t>phir har aadmi ka wahi haal hoga jo ek qissa mein ne parha tha Hazrat Umar bin Abdul Aziz ka. Hazrat Umar bin Al Aziz jo the, woh Bani Umayyah ke khaleefa the</w:t>
      </w:r>
    </w:p>
    <w:p>
      <w:pPr>
        <w:jc w:val="right"/>
      </w:pPr>
      <w:r>
        <w:t>پھر ہر آدمی کا وہی حال ہوگا جو ایک قصہ میں نے پڑھا تھا حضرت عمر ابن عبدالعزیز کا۔ حضرت عمر ابن العزیز جو تھے، وہ بنی امیہ کے خلیفہ تھے</w:t>
      </w:r>
    </w:p>
    <w:p>
      <w:r>
        <w:rPr>
          <w:b/>
        </w:rPr>
        <w:t xml:space="preserve">[19:33] </w:t>
      </w:r>
      <w:r>
        <w:t>aur bohat hi paye shaan aadmi the. bohat hi paye shaan aadmi the. to jis din un ki bai'at hui, woh jummah ka din tha.</w:t>
      </w:r>
    </w:p>
    <w:p>
      <w:pPr>
        <w:jc w:val="right"/>
      </w:pPr>
      <w:r>
        <w:t>اور بہت ہی پائے شان آدمی تھے۔ بہت ہی پائے شان آدمی تھے۔ تو جس دن ان کی بیعت ہوئی، وہ جمعہ کا دن تھا۔</w:t>
      </w:r>
    </w:p>
    <w:p>
      <w:r>
        <w:rPr>
          <w:b/>
        </w:rPr>
        <w:t xml:space="preserve">[19:48] </w:t>
      </w:r>
      <w:r>
        <w:t>to jummah ki namaz ke baad bai'at shuru hui to maghrib ka waqt ho gaya. maghrib ki namaz parh kar ke woh apne ghar wapas aaye.</w:t>
      </w:r>
    </w:p>
    <w:p>
      <w:pPr>
        <w:jc w:val="right"/>
      </w:pPr>
      <w:r>
        <w:t>تو جمعہ کی نماز کے بعد بیعت شروع ہوئی تو مغرب کا وقت ہو گیا۔ مغرب کی نماز پڑھ کر کے وہ اپنے گھر واپس آئے۔</w:t>
      </w:r>
    </w:p>
    <w:p>
      <w:r>
        <w:rPr>
          <w:b/>
        </w:rPr>
        <w:t xml:space="preserve">[20:01] </w:t>
      </w:r>
      <w:r>
        <w:t>to zahir hai ke thak gaye the woh.</w:t>
      </w:r>
    </w:p>
    <w:p>
      <w:pPr>
        <w:jc w:val="right"/>
      </w:pPr>
      <w:r>
        <w:t>تو ظاہر ہے کہ تھک گئے تھے وہ۔</w:t>
      </w:r>
    </w:p>
    <w:p>
      <w:r>
        <w:rPr>
          <w:b/>
        </w:rPr>
        <w:t xml:space="preserve">[20:07] </w:t>
      </w:r>
      <w:r>
        <w:t>to apne sone ke kamre mein chale gaye aur let gaye. achha, chunke woh bohat mashhoor tha ke baais justice wale aadmi hain,</w:t>
      </w:r>
    </w:p>
    <w:p>
      <w:pPr>
        <w:jc w:val="right"/>
      </w:pPr>
      <w:r>
        <w:t>تو اپنے سونے کے کمرے میں چلے گئے اور لیٹ گئے۔ اچھا، چونکہ وہ بہت مشہور تھا کہ باعث جسٹس والے آدمی ہیں،</w:t>
      </w:r>
    </w:p>
    <w:p>
      <w:r>
        <w:rPr>
          <w:b/>
        </w:rPr>
        <w:t xml:space="preserve">[20:23] </w:t>
      </w:r>
      <w:r>
        <w:t>to log un ke paas un ke bheed laga diya un ke ghar par ke bhai humein apni shikayaton ko le kar ke humein yeh justice mil chahiye, falan woh justice chahiye,</w:t>
      </w:r>
    </w:p>
    <w:p>
      <w:pPr>
        <w:jc w:val="right"/>
      </w:pPr>
      <w:r>
        <w:t>تو لوگ ان کے پاس ان کے بھیڑ لگا دیا ان کے گھر پر کہ بھئی ہمیں اپنی شکایتوں کو لے کر کہ ہمیں یہ جسٹس مل چاہیے، فلاں وہ جسٹس چاہیے،</w:t>
      </w:r>
    </w:p>
    <w:p>
      <w:r>
        <w:rPr>
          <w:b/>
        </w:rPr>
        <w:t xml:space="preserve">[20:38] </w:t>
      </w:r>
      <w:r>
        <w:t>jaisa ke insano ka mizaj hota hai.</w:t>
      </w:r>
    </w:p>
    <w:p>
      <w:pPr>
        <w:jc w:val="right"/>
      </w:pPr>
      <w:r>
        <w:t>جیسا کہ انسانوں کا مزاج ہوتا ہے۔</w:t>
      </w:r>
    </w:p>
    <w:p>
      <w:r>
        <w:rPr>
          <w:b/>
        </w:rPr>
        <w:t xml:space="preserve">[20:45] </w:t>
      </w:r>
      <w:r>
        <w:t>to un ka beta tha, is ka naam qaaroon abdulllah tha.</w:t>
      </w:r>
    </w:p>
    <w:p>
      <w:pPr>
        <w:jc w:val="right"/>
      </w:pPr>
      <w:r>
        <w:t>تو ان کا بیٹا تھا، اس کا نام قارون عبداللہ تھا۔</w:t>
      </w:r>
    </w:p>
    <w:p>
      <w:r>
        <w:rPr>
          <w:b/>
        </w:rPr>
        <w:t xml:space="preserve">[20:51] </w:t>
      </w:r>
      <w:r>
        <w:t>woh un ke sone ke kamre mein gaya. kaha, us ne kaha ke aap yahan lety hain aur wahan bohat se log aaye hain aap se khaleefa hone ke baad aap se baat karne ke liye.</w:t>
      </w:r>
    </w:p>
    <w:p>
      <w:pPr>
        <w:jc w:val="right"/>
      </w:pPr>
      <w:r>
        <w:t>وہ ان کے سونے کے کمرے میں گیا۔ کہا، اس نے کہا کہ آپ یہاں لیٹے ہیں اور وہاں بہت سے لوگ آئے ہیں آپ سے خلیفہ ہونے کے بعد آپ سے بات کرنے کے لیے۔</w:t>
      </w:r>
    </w:p>
    <w:p>
      <w:r>
        <w:rPr>
          <w:b/>
        </w:rPr>
        <w:t xml:space="preserve">[21:13] </w:t>
      </w:r>
      <w:r>
        <w:t>to</w:t>
      </w:r>
    </w:p>
    <w:p>
      <w:pPr>
        <w:jc w:val="right"/>
      </w:pPr>
      <w:r>
        <w:t>تو</w:t>
      </w:r>
    </w:p>
    <w:p>
      <w:r>
        <w:rPr>
          <w:b/>
        </w:rPr>
        <w:t xml:space="preserve">[21:18] </w:t>
      </w:r>
      <w:r>
        <w:t>umar bin abdul aziz, jo bohat hi top ke aadmi thay islam ki tareekh mein,</w:t>
      </w:r>
    </w:p>
    <w:p>
      <w:pPr>
        <w:jc w:val="right"/>
      </w:pPr>
      <w:r>
        <w:t>عمر بن عبدالعزیز، جو بہت ہی ٹاپ کے آدمی تھے اسلام کی تاریخ میں،</w:t>
      </w:r>
    </w:p>
    <w:p>
      <w:r>
        <w:rPr>
          <w:b/>
        </w:rPr>
        <w:t xml:space="preserve">[21:26] </w:t>
      </w:r>
      <w:r>
        <w:t>unhon ne kaha ke ab aaj in ko lauta do, ab kal hum un ki baatein sunenge, ab mein thaka hua hoon.</w:t>
      </w:r>
    </w:p>
    <w:p>
      <w:pPr>
        <w:jc w:val="right"/>
      </w:pPr>
      <w:r>
        <w:t>انہوں نے کہا کہ اب آج ان کو لوٹا دو، اب کل ہم ان کی باتیں سنیں گے، اب میں تھکا ہوا ہوں۔</w:t>
      </w:r>
    </w:p>
    <w:p>
      <w:r>
        <w:rPr>
          <w:b/>
        </w:rPr>
        <w:t xml:space="preserve">[21:38] </w:t>
      </w:r>
      <w:r>
        <w:t>to un ka beta bohat hi, woh bhi bohat hi pious beta tha.</w:t>
      </w:r>
    </w:p>
    <w:p>
      <w:pPr>
        <w:jc w:val="right"/>
      </w:pPr>
      <w:r>
        <w:t>تو ان کا بیٹا بہت ہی، وہ بھی بہت ہی پائس بیٹا تھا۔</w:t>
      </w:r>
    </w:p>
    <w:p>
      <w:r>
        <w:rPr>
          <w:b/>
        </w:rPr>
        <w:t xml:space="preserve">[21:49] </w:t>
      </w:r>
      <w:r>
        <w:t>us ne kaha apne baap se us waqt aik jumla. to kaha ke kya aap ko, kya aap ko yaqeen hai ke aap kal tak zinda rahenge?</w:t>
      </w:r>
    </w:p>
    <w:p>
      <w:pPr>
        <w:jc w:val="right"/>
      </w:pPr>
      <w:r>
        <w:t>اس نے کہا اپنے باپ سے اس وقت ایک جملہ۔ تو کہا کہ کیا آپ کو، کیا آپ کو یقین ہے کہ آپ کل تک زندہ رہیں گے؟</w:t>
      </w:r>
    </w:p>
    <w:p>
      <w:r>
        <w:rPr>
          <w:b/>
        </w:rPr>
        <w:t xml:space="preserve">[22:05] </w:t>
      </w:r>
      <w:r>
        <w:t>beta baap se kehta hai.</w:t>
      </w:r>
    </w:p>
    <w:p>
      <w:pPr>
        <w:jc w:val="right"/>
      </w:pPr>
      <w:r>
        <w:t>بیٹا باپ سے کہتا ہے۔</w:t>
      </w:r>
    </w:p>
    <w:p>
      <w:r>
        <w:rPr>
          <w:b/>
        </w:rPr>
        <w:t xml:space="preserve">[22:09] </w:t>
      </w:r>
      <w:r>
        <w:t>beta baap se kehta hai</w:t>
      </w:r>
    </w:p>
    <w:p>
      <w:pPr>
        <w:jc w:val="right"/>
      </w:pPr>
      <w:r>
        <w:t>بیٹا باپ سے کہتا ہے</w:t>
      </w:r>
    </w:p>
    <w:p>
      <w:r>
        <w:rPr>
          <w:b/>
        </w:rPr>
        <w:t xml:space="preserve">[22:15] </w:t>
      </w:r>
      <w:r>
        <w:t>ke aap, kya aap ko yaqeen hai ke aap kal tak un ke un se milne ke liye zinda rahenge?</w:t>
      </w:r>
    </w:p>
    <w:p>
      <w:pPr>
        <w:jc w:val="right"/>
      </w:pPr>
      <w:r>
        <w:t>کہ آپ، کیا آپ کو یقین ہے کہ آپ کل تک ان کے ان سے ملنے کے لیے زندہ رہیں گے؟</w:t>
      </w:r>
    </w:p>
    <w:p>
      <w:r>
        <w:rPr>
          <w:b/>
        </w:rPr>
        <w:t xml:space="preserve">[22:27] </w:t>
      </w:r>
      <w:r>
        <w:t>to kitab mein mein ne parha tha ke woh uth kar ke is bete ko gale se laga liya, embrace kiya unhon ne aur kaha ke bohat shukar hai ke Allah ne mujhe tumhare jaisa beta diya hai.</w:t>
      </w:r>
    </w:p>
    <w:p>
      <w:pPr>
        <w:jc w:val="right"/>
      </w:pPr>
      <w:r>
        <w:t>تو کتاب میں میں نے پڑھا تھا کہ وہ اٹھ کر کے اس بیٹے کو گلے سے لگا لیا، ایمبریس کیا انہوں نے اور کہا کہ بہت شکر ہے کہ اللہ نے مجھے تمہارے جیسا بیٹا دیا ہے۔</w:t>
      </w:r>
    </w:p>
    <w:p>
      <w:r>
        <w:rPr>
          <w:b/>
        </w:rPr>
        <w:t xml:space="preserve">[22:42] </w:t>
      </w:r>
      <w:r>
        <w:t>aur phir bistar chhod kar woh gaye bahar aur logon se mile, un ki baatein sunen. yeh hai sense of urgency.</w:t>
      </w:r>
    </w:p>
    <w:p>
      <w:pPr>
        <w:jc w:val="right"/>
      </w:pPr>
      <w:r>
        <w:t>اور پھر بستر چھوڑ کر وہ گئے باہر اور لوگوں سے ملے، ان کی باتیں سنیں۔ یہ ہے سینس آف ارجنسی۔</w:t>
      </w:r>
    </w:p>
    <w:p>
      <w:r>
        <w:rPr>
          <w:b/>
        </w:rPr>
        <w:t xml:space="preserve">[22:55] </w:t>
      </w:r>
      <w:r>
        <w:t>sense of urgency.</w:t>
      </w:r>
    </w:p>
    <w:p>
      <w:pPr>
        <w:jc w:val="right"/>
      </w:pPr>
      <w:r>
        <w:t>سینس آف ارجنسی۔</w:t>
      </w:r>
    </w:p>
    <w:p>
      <w:r>
        <w:rPr>
          <w:b/>
        </w:rPr>
        <w:t xml:space="preserve">[23:03] </w:t>
      </w:r>
      <w:r>
        <w:t>to mein samajhta hoon ke insaan ki zindagi mein koi bhi doosri cheez itna zyada powerful andaaz mein sense of urgency paida karne wali nahi hai.</w:t>
      </w:r>
    </w:p>
    <w:p>
      <w:pPr>
        <w:jc w:val="right"/>
      </w:pPr>
      <w:r>
        <w:t>تو میں سمجھتا ہوں کہ انسان کی زندگی میں کوئی بھی دوسری چیز اتنا زیادہ پاور فل انداز میں سیسا ورجنسی پیدا کرنے والی نہیں ہے۔</w:t>
      </w:r>
    </w:p>
    <w:p>
      <w:r>
        <w:rPr>
          <w:b/>
        </w:rPr>
        <w:t xml:space="preserve">[23:25] </w:t>
      </w:r>
      <w:r>
        <w:t>acha, dekhiye, sense of urgency kisi aik baat ka naam nahi hota.</w:t>
      </w:r>
    </w:p>
    <w:p>
      <w:pPr>
        <w:jc w:val="right"/>
      </w:pPr>
      <w:r>
        <w:t>اچھا، دیکھیے، سیسا ورجنسی کسی ایک بات کا نام نہیں ہوتا۔</w:t>
      </w:r>
    </w:p>
    <w:p>
      <w:r>
        <w:rPr>
          <w:b/>
        </w:rPr>
        <w:t xml:space="preserve">[23:35] </w:t>
      </w:r>
      <w:r>
        <w:t>kisi aik baat ka naam nahi hota. agar aap maut ke baray mein, maut ki yaad ke baray mein aap ke andar sense of urgency paida ho jaye to kya aap samajhte hain ke aik hi cheez ke baray mein hogi?</w:t>
      </w:r>
    </w:p>
    <w:p>
      <w:pPr>
        <w:jc w:val="right"/>
      </w:pPr>
      <w:r>
        <w:t>کسی ایک بات کا نام نہیں ہوتا۔ اگر آپ موت کے بارے میں، موت کی یاد کے بارے میں آپ کے اندر سینس آف ارجنسی پیدا ہو جائے تو کیا آپ سمجھتے ہیں کہ ایک ہی چیز کے بارے میں ہوگی؟</w:t>
      </w:r>
    </w:p>
    <w:p>
      <w:r>
        <w:rPr>
          <w:b/>
        </w:rPr>
        <w:t xml:space="preserve">[23:54] </w:t>
      </w:r>
      <w:r>
        <w:t>woh aap ki poori shakhsiyat ke liye woh just like earthquake hogi, woh hila degi aap ko har pehlu se.</w:t>
      </w:r>
    </w:p>
    <w:p>
      <w:pPr>
        <w:jc w:val="right"/>
      </w:pPr>
      <w:r>
        <w:t>وہ آپ کی پوری شخصیت کے لیے وہ جسٹ لائک ارتھ کویک ہوگی، وہ ہلا دے گی آپ کو ہر پہلو سے۔</w:t>
      </w:r>
    </w:p>
    <w:p>
      <w:r>
        <w:rPr>
          <w:b/>
        </w:rPr>
        <w:t xml:space="preserve">[24:10] </w:t>
      </w:r>
      <w:r>
        <w:t>aur chunke yeh pata nahi kab aayegi maut, to musalsal tor par aap lage jiyen sense of urgency mein. yaani aaj aap kehte hain ya yaad aayi to kya hum maloom aap ki umer abhi das saal ho?</w:t>
      </w:r>
    </w:p>
    <w:p>
      <w:pPr>
        <w:jc w:val="right"/>
      </w:pPr>
      <w:r>
        <w:t>اور چونکہ یہ پتہ نہیں کب آئے گی موت، تو مسلسل طور پر آپ لگے جیئیں سیسا ورجنسی میں۔ یعنی آج آپ کہتے ہیں یا یاد آئی تو کیا ہم معلوم آپ کی عمر ابھی دس سال ہو؟</w:t>
      </w:r>
    </w:p>
    <w:p>
      <w:r>
        <w:rPr>
          <w:b/>
        </w:rPr>
        <w:t xml:space="preserve">[24:26] </w:t>
      </w:r>
      <w:r>
        <w:t>to das saal tak aap jiyenge sense of urgency mein.</w:t>
      </w:r>
    </w:p>
    <w:p>
      <w:pPr>
        <w:jc w:val="right"/>
      </w:pPr>
      <w:r>
        <w:t>تو دس سال تک آپ جیئیں گے سینس آف ارجنسی میں۔</w:t>
      </w:r>
    </w:p>
    <w:p>
      <w:r>
        <w:rPr>
          <w:b/>
        </w:rPr>
        <w:t xml:space="preserve">[24:34] </w:t>
      </w:r>
      <w:r>
        <w:t>aap ghor kijiye ke jo aadmi das saal tak sense of urgency mein jiye, woh to aik pahaad hoga.</w:t>
      </w:r>
    </w:p>
    <w:p>
      <w:pPr>
        <w:jc w:val="right"/>
      </w:pPr>
      <w:r>
        <w:t>آپ غور کیجئے کہ جو آدمی دس سال تک سیسا ورجنسی میں جیے، وہ تو ایک پہاڑ ہوگا۔</w:t>
      </w:r>
    </w:p>
    <w:p>
      <w:r>
        <w:rPr>
          <w:b/>
        </w:rPr>
        <w:t xml:space="preserve">[24:44] </w:t>
      </w:r>
      <w:r>
        <w:t>woh aadmi</w:t>
      </w:r>
    </w:p>
    <w:p>
      <w:pPr>
        <w:jc w:val="right"/>
      </w:pPr>
      <w:r>
        <w:t>وہ آدمی</w:t>
      </w:r>
    </w:p>
    <w:p>
      <w:r>
        <w:rPr>
          <w:b/>
        </w:rPr>
        <w:t xml:space="preserve">[24:48] </w:t>
      </w:r>
      <w:r>
        <w:t>jo kaam karega, yeh samajh karega ke shayad mera aakhri time ho, bharpoor apna takht laga dega.</w:t>
      </w:r>
    </w:p>
    <w:p>
      <w:pPr>
        <w:jc w:val="right"/>
      </w:pPr>
      <w:r>
        <w:t>جو کام کرے گا، یہ سمجھ کرے گا کہ شاید میرا آخری ٹائم ہو، بھرپور اپنا تخت لگا دے گا۔</w:t>
      </w:r>
    </w:p>
    <w:p>
      <w:r>
        <w:rPr>
          <w:b/>
        </w:rPr>
        <w:t xml:space="preserve">[25:00] </w:t>
      </w:r>
      <w:r>
        <w:t>bharpoor.</w:t>
      </w:r>
    </w:p>
    <w:p>
      <w:pPr>
        <w:jc w:val="right"/>
      </w:pPr>
      <w:r>
        <w:t>بھرپور۔</w:t>
      </w:r>
    </w:p>
    <w:p>
      <w:r>
        <w:rPr>
          <w:b/>
        </w:rPr>
        <w:t xml:space="preserve">[25:08] </w:t>
      </w:r>
      <w:r>
        <w:t>to dekhiye,</w:t>
      </w:r>
    </w:p>
    <w:p>
      <w:pPr>
        <w:jc w:val="right"/>
      </w:pPr>
      <w:r>
        <w:t>تو دیکھیے،</w:t>
      </w:r>
    </w:p>
    <w:p>
      <w:r>
        <w:rPr>
          <w:b/>
        </w:rPr>
        <w:t xml:space="preserve">[25:13] </w:t>
      </w:r>
      <w:r>
        <w:t>maut jo hadees mein aata hai ke aks maut ko bojh azaad karo.</w:t>
      </w:r>
    </w:p>
    <w:p>
      <w:pPr>
        <w:jc w:val="right"/>
      </w:pPr>
      <w:r>
        <w:t>موت جو حدیث میں آتا ہے کہ عکس موت کو بوجھ آزاد کرو۔</w:t>
      </w:r>
    </w:p>
    <w:p>
      <w:r>
        <w:rPr>
          <w:b/>
        </w:rPr>
        <w:t xml:space="preserve">[25:21] </w:t>
      </w:r>
      <w:r>
        <w:t>to mot ko bojh aazad karo ke koi negative baat nahi hai.</w:t>
      </w:r>
    </w:p>
    <w:p>
      <w:pPr>
        <w:jc w:val="right"/>
      </w:pPr>
      <w:r>
        <w:t>تو موت کو بوجھ آزاد کرو کہ کوئی نیگیٹیو بات نہیں ہے۔</w:t>
      </w:r>
    </w:p>
    <w:p>
      <w:r>
        <w:rPr>
          <w:b/>
        </w:rPr>
        <w:t xml:space="preserve">[25:30] </w:t>
      </w:r>
      <w:r>
        <w:t>is ka maqsad yeh hai ke har waqt sisal vargency mein jiyo. har waqt apne mind ko active rakho.</w:t>
      </w:r>
    </w:p>
    <w:p>
      <w:pPr>
        <w:jc w:val="right"/>
      </w:pPr>
      <w:r>
        <w:t>اس کا مقصد یہ ہے کہ ہر وقت سیسا ورجنسی میں جیو۔ ہر وقت اپنے مائنڈ کو ایکٹیو رکھو۔</w:t>
      </w:r>
    </w:p>
    <w:p>
      <w:r>
        <w:rPr>
          <w:b/>
        </w:rPr>
        <w:t xml:space="preserve">[25:43] </w:t>
      </w:r>
      <w:r>
        <w:t>har waqt socho ke mujhe apne kaam ko aaj hi poora karna hai, kal ka din mujhe mile ke nahi mile.</w:t>
      </w:r>
    </w:p>
    <w:p>
      <w:pPr>
        <w:jc w:val="right"/>
      </w:pPr>
      <w:r>
        <w:t>ہر وقت سوچو کہ مجھے اپنے کام کو آج ہی پورا کرنا ہے، کل کا دن مجھے ملے کہ نہیں ملے۔</w:t>
      </w:r>
    </w:p>
    <w:p>
      <w:r>
        <w:rPr>
          <w:b/>
        </w:rPr>
        <w:t xml:space="preserve">[25:53] </w:t>
      </w:r>
      <w:r>
        <w:t>is mani ke yeh aadmi aap ko pahad ban jaye ga, aap ko pahad bana de ga. yeh aadmi aap ko pahad bana de ga, bana de ga.</w:t>
      </w:r>
    </w:p>
    <w:p>
      <w:pPr>
        <w:jc w:val="right"/>
      </w:pPr>
      <w:r>
        <w:t>اس معنی کہ یہ آدمی آپ کو پہاڑ بن جائے گا، آپ کو پہاڑ بنا دے گا۔ یہ آدمی آپ کو پہاڑ بنا دے گا، بنا دے گا۔</w:t>
      </w:r>
    </w:p>
    <w:p>
      <w:r>
        <w:rPr>
          <w:b/>
        </w:rPr>
        <w:t xml:space="preserve">[26:10] </w:t>
      </w:r>
      <w:r>
        <w:t>hamare bare bhai jo the, un ka ek, un ka Adam bird mein ek cottage industry thi, un ki cottage industry.</w:t>
      </w:r>
    </w:p>
    <w:p>
      <w:pPr>
        <w:jc w:val="right"/>
      </w:pPr>
      <w:r>
        <w:t>ہمارے بڑے بھائی جو تھے، ان کا ایک، ان کا آدم برڈ میں ایک کاٹیج انڈسٹری تھی، ان کی کاٹیج انڈسٹری۔</w:t>
      </w:r>
    </w:p>
    <w:p>
      <w:r>
        <w:rPr>
          <w:b/>
        </w:rPr>
        <w:t xml:space="preserve">[26:29] </w:t>
      </w:r>
      <w:r>
        <w:t>to un ke haan jo kaam karne wale the, is mein ek tha, is ka naam tha Abu Alhasnat.</w:t>
      </w:r>
    </w:p>
    <w:p>
      <w:pPr>
        <w:jc w:val="right"/>
      </w:pPr>
      <w:r>
        <w:t>تو ان کے ہاں جو کام کرنے والے تھے، اس میں ایک تھا، اس کا نام تھا ابو الحسنات۔</w:t>
      </w:r>
    </w:p>
    <w:p>
      <w:r>
        <w:rPr>
          <w:b/>
        </w:rPr>
        <w:t xml:space="preserve">[26:42] </w:t>
      </w:r>
      <w:r>
        <w:t>Abu Alhasnat. to mein isi is ghar mein kuch dinon tak rehta tha. to us zamane ki baat hai.</w:t>
      </w:r>
    </w:p>
    <w:p>
      <w:pPr>
        <w:jc w:val="right"/>
      </w:pPr>
      <w:r>
        <w:t>ابو الحسنات۔ تو میں اسی اس گھر میں کچھ دنوں تک رہتا تھا۔ تو اس زمانے کی بات ہے۔</w:t>
      </w:r>
    </w:p>
    <w:p>
      <w:r>
        <w:rPr>
          <w:b/>
        </w:rPr>
        <w:t xml:space="preserve">[26:54] </w:t>
      </w:r>
      <w:r>
        <w:t>to mein oopar tha. to mujhe mehsoos hua ke raat ke ek baje tak light jal rahi hai neeche.</w:t>
      </w:r>
    </w:p>
    <w:p>
      <w:pPr>
        <w:jc w:val="right"/>
      </w:pPr>
      <w:r>
        <w:t>تو میں اوپر تھا۔ تو مجھے محسوس ہوا کہ رات کے ایک بجے تک لائٹ جل رہی ہے نیچے۔</w:t>
      </w:r>
    </w:p>
    <w:p>
      <w:r>
        <w:rPr>
          <w:b/>
        </w:rPr>
        <w:t xml:space="preserve">[27:06] </w:t>
      </w:r>
      <w:r>
        <w:t>raat ke ek baje tak. to mein ne socha ke aakhir raat ke ek baje tak light kyun jal rahi hai? kya ho raha hai?</w:t>
      </w:r>
    </w:p>
    <w:p>
      <w:pPr>
        <w:jc w:val="right"/>
      </w:pPr>
      <w:r>
        <w:t>رات کے ایک بجے تک۔ تو میں نے سوچا کہ آخر رات کے ایک بجے تک لائٹ کیوں جل رہی ہے؟ کیا ہو رہا ہے؟</w:t>
      </w:r>
    </w:p>
    <w:p>
      <w:r>
        <w:rPr>
          <w:b/>
        </w:rPr>
        <w:t xml:space="preserve">[27:16] </w:t>
      </w:r>
      <w:r>
        <w:t>lekin mein neeche nahi gaya, phir so gaya. din ko maloom hua ke woh jo ladka tha, Abu Alhasnat, woh bohat hi zyada duty,</w:t>
      </w:r>
    </w:p>
    <w:p>
      <w:pPr>
        <w:jc w:val="right"/>
      </w:pPr>
      <w:r>
        <w:t>لیکن میں نیچے نہیں گیا، پھر سو گیا۔ دن کو معلوم ہوا کہ وہ جو لڑکا تھا، ابو الحسنات، وہ بہت ہی زیادہ ڈیوٹی،</w:t>
      </w:r>
    </w:p>
    <w:p>
      <w:r>
        <w:rPr>
          <w:b/>
        </w:rPr>
        <w:t xml:space="preserve">[27:29] </w:t>
      </w:r>
      <w:r>
        <w:t>sense of duty is ke andar tha. bohat zyada, bohat zyada sense of duty, yani duty conscious, bohat zyada.</w:t>
      </w:r>
    </w:p>
    <w:p>
      <w:pPr>
        <w:jc w:val="right"/>
      </w:pPr>
      <w:r>
        <w:t>سینس آف ڈیوٹی اس کے اندر تھا۔ بہت زیادہ، بہت زیادہ سینس آف ڈیوٹی، یعنی ڈیوٹی کانشیس، بہت زیادہ۔</w:t>
      </w:r>
    </w:p>
    <w:p>
      <w:r>
        <w:rPr>
          <w:b/>
        </w:rPr>
        <w:t xml:space="preserve">[27:39] </w:t>
      </w:r>
      <w:r>
        <w:t>to agle din woh hamare bhai ka kaam chhodne wala tha. woh chhod ke ja raha tha Mumbai.</w:t>
      </w:r>
    </w:p>
    <w:p>
      <w:pPr>
        <w:jc w:val="right"/>
      </w:pPr>
      <w:r>
        <w:t>تو اگلے دن وہ ہمارے بھائی کا کام چھوڑنے والا تھا۔ وہ چھوڑ کے جا رہا تھا ممبئی۔</w:t>
      </w:r>
    </w:p>
    <w:p>
      <w:r>
        <w:rPr>
          <w:b/>
        </w:rPr>
        <w:t xml:space="preserve">[27:51] </w:t>
      </w:r>
      <w:r>
        <w:t>wahan kisi ko kaam mil gaya tha shayad us ko. to woh jo kaam karta tha hamare bhai ke yahan, woh kuch kaam aisa tha jo isi se taluq tha is ka.</w:t>
      </w:r>
    </w:p>
    <w:p>
      <w:pPr>
        <w:jc w:val="right"/>
      </w:pPr>
      <w:r>
        <w:t>وہاں کسی کو کام مل گیا تھا شاید اس کو۔ تو وہ جو کام کرتا تھا ہمارے بھائی کے یہاں، وہ کچھ کام ایسا تھا جو اسی سے تعلق تھا اس کا۔</w:t>
      </w:r>
    </w:p>
    <w:p>
      <w:r>
        <w:rPr>
          <w:b/>
        </w:rPr>
        <w:t xml:space="preserve">[28:10] </w:t>
      </w:r>
      <w:r>
        <w:t>yani woh agar na poora kare to poora hi nahi hoga. to jab us ne socha ke kal subah ko mein Mumbai jana hoon, aaj raat ko der tak, shayad ek baje tak ya aur der tak, woh kaam karta raha, kaam karta raha, kaam karta raha.</w:t>
      </w:r>
    </w:p>
    <w:p>
      <w:pPr>
        <w:jc w:val="right"/>
      </w:pPr>
      <w:r>
        <w:t>یعنی وہ اگر نہ پورا کرے تو پورا ہی نہیں ہوگا۔ تو جب اس نے سوچا کہ کل صبح کو میں ممبئی جانا ہوں، آج رات کو دیر تک، شاید ایک بجے تک یا اور دیر تک، وہ کام کرتا رہا، کام کرتا رہا، کام کرتا رہا۔</w:t>
      </w:r>
    </w:p>
    <w:p>
      <w:r>
        <w:rPr>
          <w:b/>
        </w:rPr>
        <w:t xml:space="preserve">[28:29] </w:t>
      </w:r>
      <w:r>
        <w:t>apne hisse ka ek ek kaam bilkul theek theek kar ke, register mein likh kar ke,</w:t>
      </w:r>
    </w:p>
    <w:p>
      <w:pPr>
        <w:jc w:val="right"/>
      </w:pPr>
      <w:r>
        <w:t>اپنے حصے کا ایک ایک کام بالکل ٹھیک ٹھیک کر کے، رجسٹر میں لکھ کر کے،</w:t>
      </w:r>
    </w:p>
    <w:p>
      <w:r>
        <w:rPr>
          <w:b/>
        </w:rPr>
        <w:t xml:space="preserve">[28:39] </w:t>
      </w:r>
      <w:r>
        <w:t>aisa bana kar ke kal yahan par koi doosra baitha hai is mez par, to us ko pata ho ke kahaan kaam khatam hua hai, kahaan se kaam shuru karna hai.</w:t>
      </w:r>
    </w:p>
    <w:p>
      <w:pPr>
        <w:jc w:val="right"/>
      </w:pPr>
      <w:r>
        <w:t>ایسا بنا کر کہ کل یہاں پر کوئی دوسرا بیٹھا ہے اس میز پر، تو اس کو پتہ ہو کہ کہ کہاں کام ختم ہوا ہے، کہاں سے کام شروع کرنا ہے۔</w:t>
      </w:r>
    </w:p>
    <w:p>
      <w:r>
        <w:rPr>
          <w:b/>
        </w:rPr>
        <w:t xml:space="preserve">[28:53] </w:t>
      </w:r>
      <w:r>
        <w:t>aisa insaan mujhe abhi zindagi mein ek hi mila hai.</w:t>
      </w:r>
    </w:p>
    <w:p>
      <w:pPr>
        <w:jc w:val="right"/>
      </w:pPr>
      <w:r>
        <w:t>ایسا انسان مجھے ابھی زندگی میں ایک ہی ملا ہے۔</w:t>
      </w:r>
    </w:p>
    <w:p>
      <w:r>
        <w:rPr>
          <w:b/>
        </w:rPr>
        <w:t xml:space="preserve">[29:00] </w:t>
      </w:r>
      <w:r>
        <w:t>to subah ko maloom hua ke woh to chala gaya. phir pata kiya gaya ke us ke kaam ka kya hua. to maloom hua ke apne kaam ko aakhri had tak poora kar ke tab woh nikla tha.</w:t>
      </w:r>
    </w:p>
    <w:p>
      <w:pPr>
        <w:jc w:val="right"/>
      </w:pPr>
      <w:r>
        <w:t>تو صبح کو معلوم ہوا کہ وہ تو چلا گیا۔ پھر پتہ کیا گیا کہ اس کے کام کا کیا ہوا۔ تو معلوم ہوا کہ اپنے کام کو آخری حد تک پورا کر کے تب وہ نکلا تھا۔</w:t>
      </w:r>
    </w:p>
    <w:p>
      <w:r>
        <w:rPr>
          <w:b/>
        </w:rPr>
        <w:t xml:space="preserve">[29:20] </w:t>
      </w:r>
      <w:r>
        <w:t>aur woh aadmi mujhe itna yaad aata hai aaj tak ke sochta hoon ke dobara miloon mujh se. mein mein ne pata kiya to jaane ke baad phir us ko kuch pata hi nahi chala kahan gaya, kahan gaya woh.</w:t>
      </w:r>
    </w:p>
    <w:p>
      <w:pPr>
        <w:jc w:val="right"/>
      </w:pPr>
      <w:r>
        <w:t>اور وہ آدمی مجھے اتنا یاد آتا ہے آج تک کہ سوچتا ہوں کہ دوبارہ ملوں مجھ سے۔ میں میں نے پتہ کیا تو جانے کے بعد پھر اس کو کچھ پتہ ہی نہیں چلا کہاں گیا، کہاں گیا وہ۔</w:t>
      </w:r>
    </w:p>
    <w:p>
      <w:r>
        <w:rPr>
          <w:b/>
        </w:rPr>
        <w:t xml:space="preserve">[29:36] </w:t>
      </w:r>
      <w:r>
        <w:t>khair to mein yeh keh raha tha ke</w:t>
      </w:r>
    </w:p>
    <w:p>
      <w:pPr>
        <w:jc w:val="right"/>
      </w:pPr>
      <w:r>
        <w:t>خیر تو میں یہ کہہ رہا تھا کہ</w:t>
      </w:r>
    </w:p>
    <w:p>
      <w:r>
        <w:rPr>
          <w:b/>
        </w:rPr>
        <w:t xml:space="preserve">[29:44] </w:t>
      </w:r>
      <w:r>
        <w:t>maut jo hai koi negative cheez nahi hai, bohat zyada positive cheez hai kyunke aap ke andar woh sense of urgency paida karti hai.</w:t>
      </w:r>
    </w:p>
    <w:p>
      <w:pPr>
        <w:jc w:val="right"/>
      </w:pPr>
      <w:r>
        <w:t>موت جو ہے کوئی نیگیٹیو چیز نہیں ہے، بہت زیادہ پازیٹیو چیز ہے کیونکہ آپ کے اندر وہ سینس آف ارجنسی پیدا کرتی ہے۔</w:t>
      </w:r>
    </w:p>
    <w:p>
      <w:r>
        <w:rPr>
          <w:b/>
        </w:rPr>
        <w:t xml:space="preserve">[29:57] </w:t>
      </w:r>
      <w:r>
        <w:t>ek din ke liye nahi, zindagi bhar ke liye continuously.</w:t>
      </w:r>
    </w:p>
    <w:p>
      <w:pPr>
        <w:jc w:val="right"/>
      </w:pPr>
      <w:r>
        <w:t>ایک دن کے لیے نہیں، زندگی بھر کے لیے کنٹینیوسلی۔</w:t>
      </w:r>
    </w:p>
    <w:p>
      <w:r>
        <w:rPr>
          <w:b/>
        </w:rPr>
        <w:t xml:space="preserve">[30:09] </w:t>
      </w:r>
      <w:r>
        <w:t>to yeh sun kar ke yeh jo qissa hai TV wala, mujhe yeh sab baatein yaad aayin. Allah Rabbul Alameen hum sab ko tofeeq de ke hum is se sabak lein aur waqai hum waise banein jaisa ke Allah Rabbul Alameen chahta hai ke hum banein.</w:t>
      </w:r>
    </w:p>
    <w:p>
      <w:pPr>
        <w:jc w:val="right"/>
      </w:pPr>
      <w:r>
        <w:t>تو یہ سن کر کے یہ جو قصہ ہے ٹی وی والا، مجھے یہ سب باتیں یاد آئیں۔ اللہ رب العالمین ہم سب کو توفیق دے کہ ہم اس سے سبق لیں اور واقعی ہم ویسے بنیں جیسا کہ اللہ رب العالمین چاہتا ہے کہ ہم بنیں۔</w:t>
      </w:r>
    </w:p>
    <w:p>
      <w:r>
        <w:rPr>
          <w:b/>
        </w:rPr>
        <w:t xml:space="preserve">[30:31] </w:t>
      </w:r>
      <w:r>
        <w:t>Assalam o Alaikum wa Rahmatullahi.</w:t>
      </w:r>
    </w:p>
    <w:p>
      <w:pPr>
        <w:jc w:val="right"/>
      </w:pPr>
      <w:r>
        <w:t>السلام علیکم ورحمۃ اللہ۔</w:t>
      </w:r>
    </w:p>
    <w:p>
      <w:r>
        <w:rPr>
          <w:b/>
        </w:rPr>
        <w:t xml:space="preserve">[30:43] </w:t>
      </w:r>
      <w:r>
        <w:t>Maulana, jis tarah aap pani peete hain, yeh prophet ki sunnat hai. ah, jaldi jaldi peena hi hai, yeh sunnat ke khilaf hai. haan, bada acha.</w:t>
      </w:r>
    </w:p>
    <w:p>
      <w:pPr>
        <w:jc w:val="right"/>
      </w:pPr>
      <w:r>
        <w:t>مولانا، جس طرح آپ پانی پیتے ہیں، یہ پرافٹ کی سنت ہے۔ اہ، جلدی جلدی پینا ہی ہے، یہ سنت کے خلاف ہے۔ ہاں، بڑا اچھا۔</w:t>
      </w:r>
    </w:p>
    <w:p>
      <w:r>
        <w:rPr>
          <w:b/>
        </w:rPr>
        <w:t xml:space="preserve">[30:55] </w:t>
      </w:r>
      <w:r>
        <w:t>achha molana, hamara question hai jo pichhli baar bhi aap ne yahi topic tha, do teen haftay pehle. My question is the same: what is the difference in the state of mind of a believer and a non-believer in death?</w:t>
      </w:r>
    </w:p>
    <w:p>
      <w:pPr>
        <w:jc w:val="right"/>
      </w:pPr>
      <w:r>
        <w:t>اچھا مولانا، ہمارا کوئسچن ہے جو پچھلی بار بھی آپ نے یہی ٹاپک تھا، دو تین ہفتے پہلے۔ مائی کوئسچن از دا سیم: واٹ از دا ڈیفرنس ان دا سٹیٹ آف مائنڈ آف ا بیلیور اینڈ ا نان بیلیور ان ڈیتھ؟</w:t>
      </w:r>
    </w:p>
    <w:p>
      <w:r>
        <w:rPr>
          <w:b/>
        </w:rPr>
        <w:t xml:space="preserve">[31:11] </w:t>
      </w:r>
      <w:r>
        <w:t>are they not both in the state of uncertainty? aaj maine ittifaq se aaj hi internet par parhvaya.</w:t>
      </w:r>
    </w:p>
    <w:p>
      <w:pPr>
        <w:jc w:val="right"/>
      </w:pPr>
      <w:r>
        <w:t>ار دے ناٹ بوتھ ان دا سٹیٹ آف انسرٹینٹی؟ آج میں نے اتفاق سے آج ہی انٹرنیٹ پر پڑھوایا۔</w:t>
      </w:r>
    </w:p>
    <w:p>
      <w:r>
        <w:rPr>
          <w:b/>
        </w:rPr>
        <w:t xml:space="preserve">[31:21] </w:t>
      </w:r>
      <w:r>
        <w:t>haan ji, death ke bare mein. hmm, aaj hi. to non non bro, matlab secular. haan ji, secular logon ka jo is mein tha, is mein koi baat nahi mili.</w:t>
      </w:r>
    </w:p>
    <w:p>
      <w:pPr>
        <w:jc w:val="right"/>
      </w:pPr>
      <w:r>
        <w:t>ہاں جی، ڈیتھ کے بارے میں۔ ہمم، آج ہی۔ تو نان نان برو، مطلب سیکولر۔ ہاں جی، سیکولر لوگوں کا جو اس میں تھا، اس میں کوئی بات نہیں ملی۔</w:t>
      </w:r>
    </w:p>
    <w:p>
      <w:r>
        <w:rPr>
          <w:b/>
        </w:rPr>
        <w:t xml:space="preserve">[31:36] </w:t>
      </w:r>
      <w:r>
        <w:t>bas yani koi doubts se kuch nahi hua, koi wisdom ki baat nahi mili.</w:t>
      </w:r>
    </w:p>
    <w:p>
      <w:pPr>
        <w:jc w:val="right"/>
      </w:pPr>
      <w:r>
        <w:t>بس یعنی کوئی ڈاؤٹس سے کچھ نہیں ہوا، کوئی وزڈم کی بات نہیں ملی۔</w:t>
      </w:r>
    </w:p>
    <w:p>
      <w:r>
        <w:rPr>
          <w:b/>
        </w:rPr>
        <w:t xml:space="preserve">[31:46] </w:t>
      </w:r>
      <w:r>
        <w:t>secular logon ke haan koi wisdom ki baat nahi mili. mujhe bohat zyada parh liya to shayad mil jaye wisdom ki baat.</w:t>
      </w:r>
    </w:p>
    <w:p>
      <w:pPr>
        <w:jc w:val="right"/>
      </w:pPr>
      <w:r>
        <w:t>سیکولر لوگوں کے ہاں کوئی وزڈم کی بات نہیں ملی۔ مجھے بہت زیادہ پڑھ لیا تو شاید مل جائے وزڈم کی بات۔</w:t>
      </w:r>
    </w:p>
    <w:p>
      <w:r>
        <w:rPr>
          <w:b/>
        </w:rPr>
        <w:t xml:space="preserve">[31:56] </w:t>
      </w:r>
      <w:r>
        <w:t>bas yeh jo maine kaha ke maut aap ko</w:t>
      </w:r>
    </w:p>
    <w:p>
      <w:pPr>
        <w:jc w:val="right"/>
      </w:pPr>
      <w:r>
        <w:t>بس یہ جو میں نے کہا کہ موت آپ کو</w:t>
      </w:r>
    </w:p>
    <w:p>
      <w:r>
        <w:rPr>
          <w:b/>
        </w:rPr>
        <w:t xml:space="preserve">[32:02] </w:t>
      </w:r>
      <w:r>
        <w:t>sense of urgency mein jeene wala banati hai. aur chunke humein pata nahi ke aaj maut hai, kal maut hai, parson maut hai, to continuously aap usay jeene lagte hain.</w:t>
      </w:r>
    </w:p>
    <w:p>
      <w:pPr>
        <w:jc w:val="right"/>
      </w:pPr>
      <w:r>
        <w:t>سینس آف ارجنسی میں جینے والا بناتی ہے۔ اور چونکہ ہمیں پتہ نہیں کہ آج موت ہے، کل موت ہے، پرسوں موت ہے، تو کنٹینیوسلی آپ اسے جینے لگتے ہیں۔</w:t>
      </w:r>
    </w:p>
    <w:p>
      <w:r>
        <w:rPr>
          <w:b/>
        </w:rPr>
        <w:t xml:space="preserve">[32:13] </w:t>
      </w:r>
      <w:r>
        <w:t>continuously sense of urgency mein. ab yeh ek wisdom ki baat hai. to aisi koi baat mujhe nahi mili.</w:t>
      </w:r>
    </w:p>
    <w:p>
      <w:pPr>
        <w:jc w:val="right"/>
      </w:pPr>
      <w:r>
        <w:t>کنٹینیوسلی سینس آف ارجنسی میں۔ اب یہ ایک وزڈم کی بات ہے۔ تو ایسی کوئی بات مجھے نہیں ملی۔</w:t>
      </w:r>
    </w:p>
    <w:p>
      <w:r>
        <w:rPr>
          <w:b/>
        </w:rPr>
        <w:t xml:space="preserve">[32:22] </w:t>
      </w:r>
      <w:r>
        <w:t>molana, yeh to sahi hai ke sense of urgency remains. magar molana sahab, jaise aap ne kaha, woh Billy Graham ka article abhi bataya, to us mein bhi molana sahab ne bola ke "I am going to take a leap into the unknown".</w:t>
      </w:r>
    </w:p>
    <w:p>
      <w:pPr>
        <w:jc w:val="right"/>
      </w:pPr>
      <w:r>
        <w:t>مولانا، یہ تو صحیح ہے کہ سینس آف ارجنسی ریمینز۔ مگر مولانا صاحب، جیسے آپ نے کہا، وہ بیلی گریہم کا آرٹیکل ابھی بتایا، تو اس میں بھی مولانا صاحب نے بولا کہ "آئی ایم گون ٹیک ا لیپ انٹو دی ان نون"۔</w:t>
      </w:r>
    </w:p>
    <w:p>
      <w:r>
        <w:rPr>
          <w:b/>
        </w:rPr>
        <w:t xml:space="preserve">[32:36] </w:t>
      </w:r>
      <w:r>
        <w:t>to jaisa woh secular aadmi ke liye unknown hai, waisa humare liye bhi to unknown hai. aage ki, aage ki life, death ke baad ke hum kahan jayenge</w:t>
      </w:r>
    </w:p>
    <w:p>
      <w:pPr>
        <w:jc w:val="right"/>
      </w:pPr>
      <w:r>
        <w:t>تو جیسا وہ سیکولر آدمی کے لیے ان نون ہے، ویسا ہمارے لیے بھی تو ان نون ہے۔ آگے کی، آگے کی لائف، ڈیتھ کے بعد کہ ہم کہاں جائیں گے</w:t>
      </w:r>
    </w:p>
    <w:p>
      <w:r>
        <w:rPr>
          <w:b/>
        </w:rPr>
        <w:t xml:space="preserve">[32:46] </w:t>
      </w:r>
      <w:r>
        <w:t>? nahi, farq to bohat hi bara hai. hmm, farq bohat hi bara hai.</w:t>
      </w:r>
    </w:p>
    <w:p>
      <w:pPr>
        <w:jc w:val="right"/>
      </w:pPr>
      <w:r>
        <w:t>؟ نہیں، فرق تو بہت ہی بڑا ہے۔ ہمم، فرق بہت ہی بڑا ہے۔</w:t>
      </w:r>
    </w:p>
    <w:p>
      <w:r>
        <w:rPr>
          <w:b/>
        </w:rPr>
        <w:t xml:space="preserve">[32:54] </w:t>
      </w:r>
      <w:r>
        <w:t>bohat hi zyada bara hai.</w:t>
      </w:r>
    </w:p>
    <w:p>
      <w:pPr>
        <w:jc w:val="right"/>
      </w:pPr>
      <w:r>
        <w:t>بہت ہی زیادہ بڑا ہے۔</w:t>
      </w:r>
    </w:p>
    <w:p>
      <w:r>
        <w:rPr>
          <w:b/>
        </w:rPr>
        <w:t xml:space="preserve">[32:59] </w:t>
      </w:r>
      <w:r>
        <w:t>kyunke real sense mein kya hai? woh to bazahir unknown hai, lekin jo believer hai, us ko yeh pata pata hai ke is ke baad do mein se ek hona hai ya hai hell ya paradise.</w:t>
      </w:r>
    </w:p>
    <w:p>
      <w:pPr>
        <w:jc w:val="right"/>
      </w:pPr>
      <w:r>
        <w:t>کیونکہ ریئل سینس میں کیا ہے؟ وہ تو بظاہر ان نون ہے، لیکن جو بیلیور ہے، اس کو یہ پتہ پتہ ہے کہ اس کے بعد دو میں سے ایک ہونا ہے یا ہے ہیل یا پارائیڈائز۔</w:t>
      </w:r>
    </w:p>
    <w:p>
      <w:r>
        <w:rPr>
          <w:b/>
        </w:rPr>
        <w:t xml:space="preserve">[33:17] </w:t>
      </w:r>
      <w:r>
        <w:t>yeh non-believer nahi jaanta. yeh to bohat bara farq is se ho jata hai.</w:t>
      </w:r>
    </w:p>
    <w:p>
      <w:pPr>
        <w:jc w:val="right"/>
      </w:pPr>
      <w:r>
        <w:t>یہ نان بیلیور نہیں جانتا۔ یہ تو بہت بڑا فرق اس سے ہو جاتا ہے۔</w:t>
      </w:r>
    </w:p>
    <w:p>
      <w:r>
        <w:rPr>
          <w:b/>
        </w:rPr>
        <w:t xml:space="preserve">[33:27] </w:t>
      </w:r>
      <w:r>
        <w:t>yani believer ki jo</w:t>
      </w:r>
    </w:p>
    <w:p>
      <w:pPr>
        <w:jc w:val="right"/>
      </w:pPr>
      <w:r>
        <w:t>یعنی بیلیور کی جو</w:t>
      </w:r>
    </w:p>
    <w:p>
      <w:r>
        <w:rPr>
          <w:b/>
        </w:rPr>
        <w:t xml:space="preserve">[33:32] </w:t>
      </w:r>
      <w:r>
        <w:t>uncertainty hai, phir bhi us ke paas ek goal hota hai. uncertainty for what? lekin non-believer ke paas sirf uncertainty hai, goal kuch bhi nahi.</w:t>
      </w:r>
    </w:p>
    <w:p>
      <w:pPr>
        <w:jc w:val="right"/>
      </w:pPr>
      <w:r>
        <w:t>انسرٹینٹی ہے، پھر بھی اس کے پاس ایک گول ہوتا ہے۔ انسرٹینٹی فار واٹ؟ لیکن نان بیلیور کے پاس صرف انسرٹینٹی ہے، گول کچھ بھی نہیں۔</w:t>
      </w:r>
    </w:p>
    <w:p>
      <w:r>
        <w:rPr>
          <w:b/>
        </w:rPr>
        <w:t xml:space="preserve">[33:50] </w:t>
      </w:r>
      <w:r>
        <w:t>hope, hope kuch kuch bhi nahi. na hope hai, na goal hai. to is wajah se believer ki jo uncertainty hai, woh to bohat hi bari cheez hai.</w:t>
      </w:r>
    </w:p>
    <w:p>
      <w:pPr>
        <w:jc w:val="right"/>
      </w:pPr>
      <w:r>
        <w:t>ہوپ، ہوپ کچھ کچھ بھی نہیں۔ نہ ہوپ ہے، نہ گول ہے۔ تو اس وجہ سے بیلیور کی جو انسرٹینٹی ہے، وہ تو بہت ہی بڑی چیز ہے۔</w:t>
      </w:r>
    </w:p>
    <w:p>
      <w:r>
        <w:rPr>
          <w:b/>
        </w:rPr>
        <w:t xml:space="preserve">[34:06] </w:t>
      </w:r>
      <w:r>
        <w:t>jaise maine ek qissa bataya aap ko over bird of the Aziz ka ke thake hue the, lekin uth ke baith gaye aur ja kar apna jo jo kaam tha sara hukoomat ka, woh raat ko anjaam diya.</w:t>
      </w:r>
    </w:p>
    <w:p>
      <w:pPr>
        <w:jc w:val="right"/>
      </w:pPr>
      <w:r>
        <w:t>جیسے میں نے ایک قصہ بتایا آپ کو اوور برڈ اف دی عزیز کا کہ تھکے ہوئے تھے، لیکن اٹھ کے بیٹھ گئے اور جا کر اپنا جو جو کام تھا سارا حکومت کا، وہ رات کو انجام دیا۔</w:t>
      </w:r>
    </w:p>
    <w:p>
      <w:r>
        <w:rPr>
          <w:b/>
        </w:rPr>
        <w:t xml:space="preserve">[34:26] </w:t>
      </w:r>
      <w:r>
        <w:t>kyunke unhein jaante the ke kal ka din mere liye aa sakta hai jab ke mera saamna Allah Rabb ul Alameen se ho jaye.</w:t>
      </w:r>
    </w:p>
    <w:p>
      <w:pPr>
        <w:jc w:val="right"/>
      </w:pPr>
      <w:r>
        <w:t>کیونکہ انہیں جانتے تھے کہ کل کا دن میرے لیے آ سکتا ہے جب کہ میرا سامنا اللہ رب العالمین سے ہو جائے۔</w:t>
      </w:r>
    </w:p>
    <w:p>
      <w:r>
        <w:rPr>
          <w:b/>
        </w:rPr>
        <w:t xml:space="preserve">[34:36] </w:t>
      </w:r>
      <w:r>
        <w:t>to yeh yeh non-believer ke paas kahan hota hai?</w:t>
      </w:r>
    </w:p>
    <w:p>
      <w:pPr>
        <w:jc w:val="right"/>
      </w:pPr>
      <w:r>
        <w:t>تو یہ یہ نان بیلیور کے پاس کہاں ہوتا ہے؟</w:t>
      </w:r>
    </w:p>
    <w:p>
      <w:r>
        <w:rPr>
          <w:b/>
        </w:rPr>
        <w:t xml:space="preserve">[34:53] </w:t>
      </w:r>
      <w:r>
        <w:t>misal ke taur par dekhiye, haan ji, aaj jab main soch raha tha, sochte sochte ek baat dimagh mein aayi. woh yeh hai ke aksar aap jaante hain is baat ko ke insaan dua karta hai, dua karta hai to dua qubooliyat mein aksar der hoti hai ya hoti hi nahi.</w:t>
      </w:r>
    </w:p>
    <w:p>
      <w:pPr>
        <w:jc w:val="right"/>
      </w:pPr>
      <w:r>
        <w:t>مثلاً دیکھیے، ہاں جی، آج جب میں سوچ رہا تھا، سوچتے سوچتے ایک بات دماغ میں آئی۔ وہ یہ ہے کہ اکثر آپ جانتے ہیں اس بات کو کہ انسان دعا کرتا ہے، دعا کرتا ہے تو دعا قبولیت میں اکثر دیر ہوتی ہے یا ہوتی ہی نہیں۔</w:t>
      </w:r>
    </w:p>
    <w:p>
      <w:r>
        <w:rPr>
          <w:b/>
        </w:rPr>
        <w:t xml:space="preserve">[35:18] </w:t>
      </w:r>
      <w:r>
        <w:t>dua kar raha hai lekin ya to qubool hi nahi hui ya der mein hui. to aisa kyun? aisa kyun?</w:t>
      </w:r>
    </w:p>
    <w:p>
      <w:pPr>
        <w:jc w:val="right"/>
      </w:pPr>
      <w:r>
        <w:t>دعا کر رہا ہے لیکن یا تو قبول ہی نہیں ہوئی یا دیر میں ہوئی۔ تو ایسا کیوں؟ ایسا کیوں؟</w:t>
      </w:r>
    </w:p>
    <w:p>
      <w:r>
        <w:rPr>
          <w:b/>
        </w:rPr>
        <w:t xml:space="preserve">[35:30] </w:t>
      </w:r>
      <w:r>
        <w:t>to woh meri samajh mein aaya ke is liye hai ke aap ko mind ko zyada se zyada trigger karne ke liye, zyada active karne ke liye</w:t>
      </w:r>
    </w:p>
    <w:p>
      <w:pPr>
        <w:jc w:val="right"/>
      </w:pPr>
      <w:r>
        <w:t>تو وہ میری سمجھ میں آیا کہ اس لیے ہے کہ آپ کو مائنڈ کو زیادہ سے زیادہ ٹریگر کرنے کے لیے، زیادہ ایکٹیو کرنے کے لیے</w:t>
      </w:r>
    </w:p>
    <w:p>
      <w:r>
        <w:rPr>
          <w:b/>
        </w:rPr>
        <w:t xml:space="preserve">[35:41] </w:t>
      </w:r>
      <w:r>
        <w:t>aur zyada aap ko creativity barhane ke liye</w:t>
      </w:r>
    </w:p>
    <w:p>
      <w:pPr>
        <w:jc w:val="right"/>
      </w:pPr>
      <w:r>
        <w:t>اور زیادہ آپ کو کریٹیوٹی بڑھانے کے لیے</w:t>
      </w:r>
    </w:p>
    <w:p>
      <w:r>
        <w:rPr>
          <w:b/>
        </w:rPr>
        <w:t xml:space="preserve">[35:47] </w:t>
      </w:r>
      <w:r>
        <w:t>jab poori intensity ke sath aap kisi cheez ke liye dua karen. dekhiye, jab sach much aadmi koi aisi dua karta hai to woh us ki zindagi mein aisa waqt hota hai jo sab se zyada uska mind active hota hai.</w:t>
      </w:r>
    </w:p>
    <w:p>
      <w:pPr>
        <w:jc w:val="right"/>
      </w:pPr>
      <w:r>
        <w:t>جب پوری انٹینسٹی کے ساتھ آپ کسی چیز کے لیے دعا کریں۔ دیکھیے، جب سچ مچ آدمی کوئی ایسی دعا کرتا ہے تو وہ اس کی زندگی میں ایسا وقت ہوتا ہے جو سب سے زیادہ اس کا مائنڈ ایکٹیو ہوتا ہے۔</w:t>
      </w:r>
    </w:p>
    <w:p>
      <w:r>
        <w:rPr>
          <w:b/>
        </w:rPr>
        <w:t xml:space="preserve">[36:08] </w:t>
      </w:r>
      <w:r>
        <w:t>agar hum dua na kar rahe hon to hamara mind ziyada nahi ikattha hoga. lekin koi khaas baat hai jaise aap ko daant mein pat ke dard hai, aap dua karein to us waqt jitna ziyada aap ka mind active hoga, kisi aur waqt nahi ho sakta.</w:t>
      </w:r>
    </w:p>
    <w:p>
      <w:pPr>
        <w:jc w:val="right"/>
      </w:pPr>
      <w:r>
        <w:t>اگر ہم دعا نہ کر رہے ہوں تو ہمارا مائنڈ زیادہ نہیں اکٹھا ہوگا۔ لیکن کوئی خاص بات ہے جیسے آپ کو دانت میں پٹ کے درد ہے، آپ دعا کریں تو اس وقت جتنا زیادہ آپ کا مائنڈ ایکٹیو ہوگا، کسی اور وقت نہیں ہو سکتا۔</w:t>
      </w:r>
    </w:p>
    <w:p>
      <w:r>
        <w:rPr>
          <w:b/>
        </w:rPr>
        <w:t xml:space="preserve">[36:27] </w:t>
      </w:r>
      <w:r>
        <w:t>to is active mind ki haalat mein kya kya sochen ge aap? kitne creative khayalat aap ke mind mein aayenge?</w:t>
      </w:r>
    </w:p>
    <w:p>
      <w:pPr>
        <w:jc w:val="right"/>
      </w:pPr>
      <w:r>
        <w:t>تو اس ایکٹیو مائنڈ کی حالت میں کیا کیا سوچیں گے آپ؟ کتنے کریٹیو خیالات آپ کے مائنڈ میں آئیں گے؟</w:t>
      </w:r>
    </w:p>
    <w:p>
      <w:r>
        <w:rPr>
          <w:b/>
        </w:rPr>
        <w:t xml:space="preserve">[36:38] </w:t>
      </w:r>
      <w:r>
        <w:t>is liye der hoti hai dua ki qubooliyat mein. der hoti hai.</w:t>
      </w:r>
    </w:p>
    <w:p>
      <w:pPr>
        <w:jc w:val="right"/>
      </w:pPr>
      <w:r>
        <w:t>اس لیے دیر ہوتی ہے دعا کی قبولیت میں۔ دیر ہوتی ہے۔</w:t>
      </w:r>
    </w:p>
    <w:p>
      <w:r>
        <w:rPr>
          <w:b/>
        </w:rPr>
        <w:t xml:space="preserve">[36:43] </w:t>
      </w:r>
      <w:r>
        <w:t>ji, assalam o alaikum Hazrat. main rehne wala Assam ka hoon, Assam se aaya hua hoon. to aap ki maine kitabein pehle bhi padh chuka hoon.</w:t>
      </w:r>
    </w:p>
    <w:p>
      <w:pPr>
        <w:jc w:val="right"/>
      </w:pPr>
      <w:r>
        <w:t>جی، السلام علیکم حضرت۔ میں رہنے والا آسام کا ہوں، آسام سے آیا ہوا ہوں۔ تو آپ کی میں نے کتابیں پہلے بھی پڑھ چکا ہوں۔</w:t>
      </w:r>
    </w:p>
    <w:p>
      <w:r>
        <w:rPr>
          <w:b/>
        </w:rPr>
        <w:t xml:space="preserve">[36:53] </w:t>
      </w:r>
      <w:r>
        <w:t>to is silsile mein aaj maloom hua ke aap ka yeh taqreer ka silsila rehta hai, to is liye aaya hoon. lekin mera sawal jo hai aaj ki taqreer ke related se nahi hai, mera alag ek sawal hai.</w:t>
      </w:r>
    </w:p>
    <w:p>
      <w:pPr>
        <w:jc w:val="right"/>
      </w:pPr>
      <w:r>
        <w:t>تو اس سلسلے میں آج معلوم ہوا کہ آپ کا یہ تقریر کا سلسلہ رہتا ہے، تو اس لیے آیا ہوں۔ لیکن میرا سوال جو ہے آج کی تقریر کے ریلیٹڈ سے نہیں ہے، میرا الگ ایک سوال ہے۔</w:t>
      </w:r>
    </w:p>
    <w:p>
      <w:r>
        <w:rPr>
          <w:b/>
        </w:rPr>
        <w:t xml:space="preserve">[37:07] </w:t>
      </w:r>
      <w:r>
        <w:t>sawal yeh hai ke kya jinat insaan ko nazar aa sakta hai? ya jinat insaan ko nuqsaan pohncha sakta hai?</w:t>
      </w:r>
    </w:p>
    <w:p>
      <w:pPr>
        <w:jc w:val="right"/>
      </w:pPr>
      <w:r>
        <w:t>سوال یہ ہے کہ کیا جنات انسان کو نظر آ سکتا ہے؟ یا جنات انسان کو نقصان پہنچا سکتا ہے؟</w:t>
      </w:r>
    </w:p>
    <w:p>
      <w:r>
        <w:rPr>
          <w:b/>
        </w:rPr>
        <w:t xml:space="preserve">[37:15] </w:t>
      </w:r>
      <w:r>
        <w:t>ya insaan ke andar jinat ghus ke is insaan insaan se ajeeb ajeeb harkat karwa sakta hai? yeh is yeh insaan ki bas ki baat hai?</w:t>
      </w:r>
    </w:p>
    <w:p>
      <w:pPr>
        <w:jc w:val="right"/>
      </w:pPr>
      <w:r>
        <w:t>یا انسان کے اندر جنات گھس کے اس انسان انسان سے عجیب عجیب حرکت کروا سکتا ہے؟ یہ اس یہ انسان کی بس کی بات ہے؟</w:t>
      </w:r>
    </w:p>
    <w:p>
      <w:r>
        <w:rPr>
          <w:b/>
        </w:rPr>
        <w:t xml:space="preserve">[37:26] </w:t>
      </w:r>
      <w:r>
        <w:t>quran aur hadith ki rooh se.</w:t>
      </w:r>
    </w:p>
    <w:p>
      <w:pPr>
        <w:jc w:val="right"/>
      </w:pPr>
      <w:r>
        <w:t>قرآن اور حدیث کی روح سے۔</w:t>
      </w:r>
    </w:p>
    <w:p>
      <w:r>
        <w:rPr>
          <w:b/>
        </w:rPr>
        <w:t xml:space="preserve">[37:29] </w:t>
      </w:r>
      <w:r>
        <w:t>to quran mein hai woh kya hai?</w:t>
      </w:r>
    </w:p>
    <w:p>
      <w:pPr>
        <w:jc w:val="right"/>
      </w:pPr>
      <w:r>
        <w:t>تو قرآن میں ہے وہ کیا ہے؟</w:t>
      </w:r>
    </w:p>
    <w:p>
      <w:r>
        <w:rPr>
          <w:b/>
        </w:rPr>
        <w:t xml:space="preserve">[37:35] </w:t>
      </w:r>
      <w:r>
        <w:t>haan,</w:t>
      </w:r>
    </w:p>
    <w:p>
      <w:pPr>
        <w:jc w:val="right"/>
      </w:pPr>
      <w:r>
        <w:t>ہاں،</w:t>
      </w:r>
    </w:p>
    <w:p>
      <w:r>
        <w:rPr>
          <w:b/>
        </w:rPr>
        <w:t xml:space="preserve">[37:39] </w:t>
      </w:r>
      <w:r>
        <w:t>yeh jinati ke bare mein to hai yeh ke jin jo hain aap ko to dekhte hain, woh aap un ko nahi dekh sakte.</w:t>
      </w:r>
    </w:p>
    <w:p>
      <w:pPr>
        <w:jc w:val="right"/>
      </w:pPr>
      <w:r>
        <w:t>یہ جناتی کے بارے میں تو ہے یہ کہ جن جو ہیں آپ کو تو دیکھتے ہیں، وہ آپ ان کو نہیں دیکھ سکتے۔</w:t>
      </w:r>
    </w:p>
    <w:p>
      <w:r>
        <w:rPr>
          <w:b/>
        </w:rPr>
        <w:t xml:space="preserve">[37:55] </w:t>
      </w:r>
      <w:r>
        <w:t>aap ko woh dekhte hain lekin aap un ko nahi dekh sakte. yeh to sabit hai quran se</w:t>
      </w:r>
    </w:p>
    <w:p>
      <w:pPr>
        <w:jc w:val="right"/>
      </w:pPr>
      <w:r>
        <w:t>آپ کو وہ دیکھتے ہیں لیکن آپ ان کو نہیں دیکھ سکتے۔ یہ تو ثابت ہے قرآن سے</w:t>
      </w:r>
    </w:p>
    <w:p>
      <w:r>
        <w:rPr>
          <w:b/>
        </w:rPr>
        <w:t xml:space="preserve">[38:04] </w:t>
      </w:r>
      <w:r>
        <w:t>। Maulana, kya nuqsaan pohncha sakte hain? woh un ka un ke sawal ka doosre hisse yeh tha ke kya woh humein nuqsaan pohncha sakte hain ya insaan ke andar?</w:t>
      </w:r>
    </w:p>
    <w:p>
      <w:pPr>
        <w:jc w:val="right"/>
      </w:pPr>
      <w:r>
        <w:t>۔ مولانا، کیا نقصان پہنچا سکتے ہیں؟ وہ ان کا ان کے سوال کا دوسرے حصہ یہ تھا کہ کیا وہ ہمیں نقصان پہنچا سکتے ہیں یا انسان کے اندر؟</w:t>
      </w:r>
    </w:p>
    <w:p>
      <w:r>
        <w:rPr>
          <w:b/>
        </w:rPr>
        <w:t xml:space="preserve">[38:13] </w:t>
      </w:r>
      <w:r>
        <w:t>nahi, nuqsaan nahi. woh bhi quran mein hai. nuqsaan nahi. is mein quran mein hai ke "لیس لک علیہم من سلطان".</w:t>
      </w:r>
    </w:p>
    <w:p>
      <w:pPr>
        <w:jc w:val="right"/>
      </w:pPr>
      <w:r>
        <w:t>نہیں، نقصان نہیں۔ وہ بھی قرآن میں ہے۔ نقصان نہیں۔ اس میں قرآن میں ہے کہ "لیس لک علیہم من سلطان"۔</w:t>
      </w:r>
    </w:p>
    <w:p>
      <w:r>
        <w:rPr>
          <w:b/>
        </w:rPr>
        <w:t xml:space="preserve">[38:26] </w:t>
      </w:r>
      <w:r>
        <w:t>tumhare par woh koi power nahi hasil hai. dono dono baatein quraani mein hain.</w:t>
      </w:r>
    </w:p>
    <w:p>
      <w:pPr>
        <w:jc w:val="right"/>
      </w:pPr>
      <w:r>
        <w:t>تمہارے پر وہ کوئی پاور نہیں حاصل ہے۔ دونوں دونوں باتیں قرآنی میں ہیں۔</w:t>
      </w:r>
    </w:p>
    <w:p>
      <w:r>
        <w:rPr>
          <w:b/>
        </w:rPr>
        <w:t xml:space="preserve">[38:34] </w:t>
      </w:r>
      <w:r>
        <w:t>aur insaan ke andar ghus kar is insaan se ajeeb ajeeb harkatein karwa sakta hai? insaan ke andar ghus ke insaan se ajeeb ajeeb harkatein karwa sakta hai ke</w:t>
      </w:r>
    </w:p>
    <w:p>
      <w:pPr>
        <w:jc w:val="right"/>
      </w:pPr>
      <w:r>
        <w:t>اور انسان کے اندر گھس کر اس انسان سے عجیب عجیب حرکتیں کروا سکتا ہے؟ انسان کے اندر گھس کے انسان سے عجیب عجیب حرکتیں کروا سکتا ہے کہ</w:t>
      </w:r>
    </w:p>
    <w:p>
      <w:r>
        <w:rPr>
          <w:b/>
        </w:rPr>
        <w:t xml:space="preserve">[38:46] </w:t>
      </w:r>
      <w:r>
        <w:t>ajeeb? haan, karvata hi hai. karvata hi hai.</w:t>
      </w:r>
    </w:p>
    <w:p>
      <w:pPr>
        <w:jc w:val="right"/>
      </w:pPr>
      <w:r>
        <w:t>عجیب؟ ہاں، کرواتا ہی ہے۔ کرواتا ہی ہے۔</w:t>
      </w:r>
    </w:p>
    <w:p>
      <w:r>
        <w:rPr>
          <w:b/>
        </w:rPr>
        <w:t xml:space="preserve">[38:53] </w:t>
      </w:r>
      <w:r>
        <w:t>karvata hi hai. karwane ke liye ke woh woh quran ke mutabiq woh tazeen karta hai.</w:t>
      </w:r>
    </w:p>
    <w:p>
      <w:pPr>
        <w:jc w:val="right"/>
      </w:pPr>
      <w:r>
        <w:t>کرواتا ہی ہے۔ کروانے کے لیے کہ وہ وہ قرآن کے مطابق وہ تزئین کرتا ہے۔</w:t>
      </w:r>
    </w:p>
    <w:p>
      <w:r>
        <w:rPr>
          <w:b/>
        </w:rPr>
        <w:t xml:space="preserve">[39:02] </w:t>
      </w:r>
      <w:r>
        <w:t>ghalat kaam ko beautify karta hai. tazeen.</w:t>
      </w:r>
    </w:p>
    <w:p>
      <w:pPr>
        <w:jc w:val="right"/>
      </w:pPr>
      <w:r>
        <w:t>غلط کام کو بیوٹیفائی کرتا ہے۔ تزئین۔</w:t>
      </w:r>
    </w:p>
    <w:p>
      <w:r>
        <w:rPr>
          <w:b/>
        </w:rPr>
        <w:t xml:space="preserve">[39:11] </w:t>
      </w:r>
      <w:r>
        <w:t>maslan woh aap pathar marein ge, woh aap ko bataye ga yeh to jahaz hai ke bohat bara sawab hai is mein pathar marne mein.</w:t>
      </w:r>
    </w:p>
    <w:p>
      <w:pPr>
        <w:jc w:val="right"/>
      </w:pPr>
      <w:r>
        <w:t>مثلاً وہ آپ پتھر ماریں گے، وہ آپ کو بتائے گا یہ تو جہاز ہے کہ بہت بڑا ثواب ہے اس میں پتھر مارنے میں۔</w:t>
      </w:r>
    </w:p>
    <w:p>
      <w:r>
        <w:rPr>
          <w:b/>
        </w:rPr>
        <w:t xml:space="preserve">[39:20] </w:t>
      </w:r>
      <w:r>
        <w:t>o maro pathar. yeh tazeen.</w:t>
      </w:r>
    </w:p>
    <w:p>
      <w:pPr>
        <w:jc w:val="right"/>
      </w:pPr>
      <w:r>
        <w:t>او مارو پتھر۔ یہ تزئین۔</w:t>
      </w:r>
    </w:p>
    <w:p>
      <w:r>
        <w:rPr>
          <w:b/>
        </w:rPr>
        <w:t xml:space="preserve">[39:25] </w:t>
      </w:r>
      <w:r>
        <w:t>Maulana, my question is: you are saying that the jinn can see us, but we can't see the jinn. so, are the jinn bound by the messengers?</w:t>
      </w:r>
    </w:p>
    <w:p>
      <w:pPr>
        <w:jc w:val="right"/>
      </w:pPr>
      <w:r>
        <w:t>مولانا، مائی کوئسچن از: یو آر سینگ دیٹ دا جنز کین سی اس، بٹ وی کانٹ سی دا جنز۔ سو، ار ار دا جنز باؤنڈ بائے دا میسنجرز؟</w:t>
      </w:r>
    </w:p>
    <w:p>
      <w:r>
        <w:rPr>
          <w:b/>
        </w:rPr>
        <w:t xml:space="preserve">[39:37] </w:t>
      </w:r>
      <w:r>
        <w:t>or no, do they have to follow the messengers? because they can see our messengers, we can't see their mes</w:t>
      </w:r>
    </w:p>
    <w:p>
      <w:pPr>
        <w:jc w:val="right"/>
      </w:pPr>
      <w:r>
        <w:t>اور نو، ڈو دے ہیو ٹو فالو دا میسنجرز؟ بیکاز دے کین سی اور میسنجرز، وی کانٹ سی دیر می</w:t>
      </w:r>
    </w:p>
    <w:p>
      <w:r>
        <w:rPr>
          <w:b/>
        </w:rPr>
        <w:t xml:space="preserve">[39:42] </w:t>
      </w:r>
      <w:r>
        <w:t>sengers. nahi, yeh surah jinn mein hai. surah jinn mein hai ke ke jinat mein jin family mein koi achhe bhi hain, kuch bhi.</w:t>
      </w:r>
    </w:p>
    <w:p>
      <w:pPr>
        <w:jc w:val="right"/>
      </w:pPr>
      <w:r>
        <w:t>سنجرز۔ نہیں، یہ سورہ جن میں ہے۔ سورہ جن میں ہے کہ کہ جنات میں جن فیملی میں کوئی اچھے بھی ہیں، کچھ بھی۔</w:t>
      </w:r>
    </w:p>
    <w:p>
      <w:r>
        <w:rPr>
          <w:b/>
        </w:rPr>
        <w:t xml:space="preserve">[39:54] </w:t>
      </w:r>
      <w:r>
        <w:t>kya munafiqoon? woh kya hai? muna muna</w:t>
      </w:r>
    </w:p>
    <w:p>
      <w:pPr>
        <w:jc w:val="right"/>
      </w:pPr>
      <w:r>
        <w:t>کیا منا قاصطون؟ وہ کیا ہے؟ منا منا</w:t>
      </w:r>
    </w:p>
    <w:p>
      <w:r>
        <w:rPr>
          <w:b/>
        </w:rPr>
        <w:t xml:space="preserve">[40:03] </w:t>
      </w:r>
      <w:r>
        <w:t>mana taraeq. is ka tarjuma parhiye. aur hum mein se kuch log nek bhi hain aur kuch log is ke ilawa bhi hain. aur hum log mukhtalif raston par hain. haan, yeh to quran mein sabit hai ke jinon mein dono qism ke log hote hain,</w:t>
      </w:r>
    </w:p>
    <w:p>
      <w:pPr>
        <w:jc w:val="right"/>
      </w:pPr>
      <w:r>
        <w:t>منا ترائق۔ اس کا ترجمہ پڑھیے۔ اور ہم میں سے کچھ لوگ نیک بھی ہیں اور کچھ لوگ اس کے علاوہ بھی ہیں۔ اور ہم لوگ مختلف راستوں پر ہیں۔ ہاں، یہ تو قرآن میں ثابت ہے کہ جنوں میں دونوں قسم کے لوگ ہوتے ہیں،</w:t>
      </w:r>
    </w:p>
    <w:p>
      <w:r>
        <w:rPr>
          <w:b/>
        </w:rPr>
        <w:t xml:space="preserve">[40:17] </w:t>
      </w:r>
      <w:r>
        <w:t>achhe bhi aur bure bhi</w:t>
      </w:r>
    </w:p>
    <w:p>
      <w:pPr>
        <w:jc w:val="right"/>
      </w:pPr>
      <w:r>
        <w:t>اچھے بھی اور برے بھی</w:t>
      </w:r>
    </w:p>
    <w:p>
      <w:r>
        <w:rPr>
          <w:b/>
        </w:rPr>
        <w:t xml:space="preserve">[40:19] </w:t>
      </w:r>
      <w:r>
        <w:t>. maulana, woh maulana, hamara sirf yeh question tha ke jo jo hamari shariat hai, jo hum follow karte hain, jo code, kyunke woh humein dekh sakte hain, kya woh bhi un ko bhi follow karna parta hai?</w:t>
      </w:r>
    </w:p>
    <w:p>
      <w:pPr>
        <w:jc w:val="right"/>
      </w:pPr>
      <w:r>
        <w:t>۔ مولانا، وہ مولانا، ہمارا صرف یہ کوئسچن تھا کہ جو جو ہماری شریعت ہے، جو ہم فالو کرتے ہیں، جو کوڈ، کیونکہ وہ ہمیں دیکھ سکتے ہیں، کیا وہ بھی ان کو بھی فالو کرنا پڑتا ہے؟</w:t>
      </w:r>
    </w:p>
    <w:p>
      <w:r>
        <w:rPr>
          <w:b/>
        </w:rPr>
        <w:t xml:space="preserve">[40:32] </w:t>
      </w:r>
      <w:r>
        <w:t>jaise prophet muhammad hain, isa alaihissalam hain, musa hain, sab ko kya follow kar? kyunke woh to dekh sakte hain, hum to nahi dekh paate un ko. kya</w:t>
      </w:r>
    </w:p>
    <w:p>
      <w:pPr>
        <w:jc w:val="right"/>
      </w:pPr>
      <w:r>
        <w:t>جیسے پرافٹ محمد ہیں، عیسیٰ علیہ السلام ہیں، موسیٰ ہیں، سب کو کیا فالو کر؟ کیونکہ وہ تو دیکھ سکتے ہیں، ہم تو نہیں دیکھ پاتے ان کو۔ کیا</w:t>
      </w:r>
    </w:p>
    <w:p>
      <w:r>
        <w:rPr>
          <w:b/>
        </w:rPr>
        <w:t xml:space="preserve">[40:41] </w:t>
      </w:r>
      <w:r>
        <w:t>kya sawal? maulana, un ka yeh kehna hai ke un ko prophet jo hamare hain, insan hamare saare jo prophet hain, un ko follow karna un ke liye zaroori hai?</w:t>
      </w:r>
    </w:p>
    <w:p>
      <w:pPr>
        <w:jc w:val="right"/>
      </w:pPr>
      <w:r>
        <w:t>کیا سوال؟ مولانا، ان کا یہ کہنا ہے کہ ان کو پرافٹ جو ہمارے ہیں، انسان ہمارے سارے جو پرافٹ ہیں، ان کو فالو کرنا ان کے لیے ضروری ہے؟</w:t>
      </w:r>
    </w:p>
    <w:p>
      <w:r>
        <w:rPr>
          <w:b/>
        </w:rPr>
        <w:t xml:space="preserve">[40:49] </w:t>
      </w:r>
      <w:r>
        <w:t>kyunke woh dekh sakte hain. kyunke woh to dekh sakte hain. kis ko kaun follow kare? kis ko? jinat peghambar ko follow karna chahiye ke nahi?</w:t>
      </w:r>
    </w:p>
    <w:p>
      <w:pPr>
        <w:jc w:val="right"/>
      </w:pPr>
      <w:r>
        <w:t>کیونکہ وہ دیکھ سکتے ہیں۔ کیونکہ وہ تو دیکھ سکتے ہیں۔ کس کو کون فالو کرے؟ کس کو؟ جنات پیغمبر کو فالو کرنا چاہیے کہ نہیں؟</w:t>
      </w:r>
    </w:p>
    <w:p>
      <w:r>
        <w:rPr>
          <w:b/>
        </w:rPr>
        <w:t xml:space="preserve">[40:58] </w:t>
      </w:r>
      <w:r>
        <w:t>haan, un ka woh hai. un ke liye bhi hai, follow karein. isi liye un ko ilm hota hai rasool Allah ki jo baatein thi, us ka.</w:t>
      </w:r>
    </w:p>
    <w:p>
      <w:pPr>
        <w:jc w:val="right"/>
      </w:pPr>
      <w:r>
        <w:t>ہاں، ان کا وہ ہے۔ ان کے لیے بھی ہے، فالو کریں۔ اسی لیے ان کو علم ہوتا ہے رسول اللہ کی جو باتیں تھیں، اس کا۔</w:t>
      </w:r>
    </w:p>
    <w:p>
      <w:r>
        <w:rPr>
          <w:b/>
        </w:rPr>
        <w:t xml:space="preserve">[41:11] </w:t>
      </w:r>
      <w:r>
        <w:t>maulana, surah jinn ke shuru mein hi hai yeh baat. hain surah jinn ke shuru mein hai aur surah ahqaf mein bhi hai. haan, nahi, yeh to hai ke jinon ko bhi option hai ke follow karein ya na karein.</w:t>
      </w:r>
    </w:p>
    <w:p>
      <w:pPr>
        <w:jc w:val="right"/>
      </w:pPr>
      <w:r>
        <w:t>مولانا، سورہ جن کے شروع میں ہی ہے یہ بات۔ ہیں سورہ جن کے شروع میں ہے اور سورہ احقاف میں بھی ہے۔ ہاں، نہیں، یہ تو ہے کہ جنوں کو بھی آپشن ہے کہ فالو کریں یا نہ کریں۔</w:t>
      </w:r>
    </w:p>
    <w:p>
      <w:r>
        <w:rPr>
          <w:b/>
        </w:rPr>
        <w:t xml:space="preserve">[41:25] </w:t>
      </w:r>
      <w:r>
        <w:t>yeh option hai maujood.</w:t>
      </w:r>
    </w:p>
    <w:p>
      <w:pPr>
        <w:jc w:val="right"/>
      </w:pPr>
      <w:r>
        <w:t>یہ آپشن ہے موجود۔</w:t>
      </w:r>
    </w:p>
    <w:p>
      <w:r>
        <w:rPr>
          <w:b/>
        </w:rPr>
        <w:t xml:space="preserve">[41:30] </w:t>
      </w:r>
      <w:r>
        <w:t>jaise insan ke liye option hai, waise jinn ko bhi option</w:t>
      </w:r>
    </w:p>
    <w:p>
      <w:pPr>
        <w:jc w:val="right"/>
      </w:pPr>
      <w:r>
        <w:t>جیسے انسان کے لیے آپشن ہے، ویسے جن کو بھی آپشن</w:t>
      </w:r>
    </w:p>
    <w:p>
      <w:r>
        <w:rPr>
          <w:b/>
        </w:rPr>
        <w:t xml:space="preserve">[41:34] </w:t>
      </w:r>
      <w:r>
        <w:t>hai. ah, muhammad talha farooq sahib ne pakistan se sawal bheja hai. maulana, unhone likha hai ke maulana, aaj kal logon mein depression bohat common ho gaya hai.</w:t>
      </w:r>
    </w:p>
    <w:p>
      <w:pPr>
        <w:jc w:val="right"/>
      </w:pPr>
      <w:r>
        <w:t>ہے۔ اہ، محمد طلحہ فاروق صاحب نے پاکستان سے سوال بھیجا ہے۔ مولانا، انہوں نے لکھا ہے کہ مولانا، آج کل لوگوں میں ڈپریشن بہت کامن ہو گیا ہے۔</w:t>
      </w:r>
    </w:p>
    <w:p>
      <w:r>
        <w:rPr>
          <w:b/>
        </w:rPr>
        <w:t xml:space="preserve">[41:48] </w:t>
      </w:r>
      <w:r>
        <w:t>kya yeh lack of spirituality ki wajah se hai? is ke baray mein batayein.</w:t>
      </w:r>
    </w:p>
    <w:p>
      <w:pPr>
        <w:jc w:val="right"/>
      </w:pPr>
      <w:r>
        <w:t>کیا یہ لیک آف سپرچویلٹی کی وجہ سے ہے؟ اس کے بارے میں بتائیں۔</w:t>
      </w:r>
    </w:p>
    <w:p>
      <w:r>
        <w:rPr>
          <w:b/>
        </w:rPr>
        <w:t xml:space="preserve">[42:04] </w:t>
      </w:r>
      <w:r>
        <w:t>lack of awareness</w:t>
      </w:r>
    </w:p>
    <w:p>
      <w:pPr>
        <w:jc w:val="right"/>
      </w:pPr>
      <w:r>
        <w:t>لیک آف اویئرنس</w:t>
      </w:r>
    </w:p>
    <w:p>
      <w:r>
        <w:rPr>
          <w:b/>
        </w:rPr>
        <w:t xml:space="preserve">[42:09] </w:t>
      </w:r>
      <w:r>
        <w:t>ki wajah se hai. yeh spirituality ka aise direct taluq nahi hai. yeh log jante nahi hain baaton ko.</w:t>
      </w:r>
    </w:p>
    <w:p>
      <w:pPr>
        <w:jc w:val="right"/>
      </w:pPr>
      <w:r>
        <w:t>کی وجہ سے ہے۔ یہ سپرچویلٹی کا ایسے ڈائریکٹ تعلق نہیں ہے۔ یہ لوگ جانتے نہیں ہیں باتوں کو۔</w:t>
      </w:r>
    </w:p>
    <w:p>
      <w:r>
        <w:rPr>
          <w:b/>
        </w:rPr>
        <w:t xml:space="preserve">[42:20] </w:t>
      </w:r>
      <w:r>
        <w:t>un awareness mein pade hue hain. is liye hai.</w:t>
      </w:r>
    </w:p>
    <w:p>
      <w:pPr>
        <w:jc w:val="right"/>
      </w:pPr>
      <w:r>
        <w:t>ان اویئرنس میں پڑے ہوئے ہیں۔ اس لیے ہے۔</w:t>
      </w:r>
    </w:p>
    <w:p>
      <w:r>
        <w:rPr>
          <w:b/>
        </w:rPr>
        <w:t xml:space="preserve">[42:36] </w:t>
      </w:r>
      <w:r>
        <w:t>maulana, agla comment bheja hai khawaja kaleemuddin sahib ne pennsylvania, usa se. unhone likha hai:</w:t>
      </w:r>
    </w:p>
    <w:p>
      <w:pPr>
        <w:jc w:val="right"/>
      </w:pPr>
      <w:r>
        <w:t>مولانا، اگلا کمنٹ بھیجا ہے خواجہ کلیم الدین صاحب نے پینسلوینیا، یو ایس اے سے۔ انہوں نے لکھا ہے:</w:t>
      </w:r>
    </w:p>
    <w:p>
      <w:r>
        <w:rPr>
          <w:b/>
        </w:rPr>
        <w:t xml:space="preserve">[42:47] </w:t>
      </w:r>
      <w:r>
        <w:t>"molana sahib, i see a lot of sense of urgency in you in delivering god's message to all.</w:t>
      </w:r>
    </w:p>
    <w:p>
      <w:pPr>
        <w:jc w:val="right"/>
      </w:pPr>
      <w:r>
        <w:t>"مولانا صاحب، آئی سی ا لاٹ آف سینس آف ارجنسی ان یو ان ڈیلیورنگ گاڈز میسج ٹو آل۔</w:t>
      </w:r>
    </w:p>
    <w:p>
      <w:r>
        <w:rPr>
          <w:b/>
        </w:rPr>
        <w:t xml:space="preserve">[42:56] </w:t>
      </w:r>
      <w:r>
        <w:t>we sincerely pray to allah subhanahu wa taala to give us the same sense of urgency and the</w:t>
      </w:r>
    </w:p>
    <w:p>
      <w:pPr>
        <w:jc w:val="right"/>
      </w:pPr>
      <w:r>
        <w:t>وی سنسیرلی پری ٹو اللہ سبحانہ و تعالی ٹو گیو اس دی سیم سینس آف ارجنسی اینڈ دا</w:t>
      </w:r>
    </w:p>
    <w:p>
      <w:r>
        <w:rPr>
          <w:b/>
        </w:rPr>
        <w:t xml:space="preserve">[43:03] </w:t>
      </w:r>
      <w:r>
        <w:t>right direction to do the same in view of the uncertainty of the time of her death."</w:t>
      </w:r>
    </w:p>
    <w:p>
      <w:pPr>
        <w:jc w:val="right"/>
      </w:pPr>
      <w:r>
        <w:t>رائٹ ڈائریکشن ٹو ڈو دا سیم ان ویو آف دی انسرٹینٹی آف دا ٹائم آف ہر ڈیتھ۔"</w:t>
      </w:r>
    </w:p>
    <w:p>
      <w:r>
        <w:rPr>
          <w:b/>
        </w:rPr>
        <w:t xml:space="preserve">[43:10] </w:t>
      </w:r>
      <w:r>
        <w:t>sajid anwar sahib ne mumbai se likha hai: "molana, today first time i have learned that remembrance of</w:t>
      </w:r>
    </w:p>
    <w:p>
      <w:pPr>
        <w:jc w:val="right"/>
      </w:pPr>
      <w:r>
        <w:t>ساجد انور صاحب نے ممبئی سے لکھا ہے: "مولانا، ٹوڈے فرسٹ ٹائم آئی ہیو لرنڈ دیٹ ریممبرنس آف</w:t>
      </w:r>
    </w:p>
    <w:p>
      <w:r>
        <w:rPr>
          <w:b/>
        </w:rPr>
        <w:t xml:space="preserve">[43:16] </w:t>
      </w:r>
      <w:r>
        <w:t>death means sense of urgency.</w:t>
      </w:r>
    </w:p>
    <w:p>
      <w:pPr>
        <w:jc w:val="right"/>
      </w:pPr>
      <w:r>
        <w:t>ڈیتھ مینز سینس آف ارجنسی۔</w:t>
      </w:r>
    </w:p>
    <w:p>
      <w:r>
        <w:rPr>
          <w:b/>
        </w:rPr>
        <w:t xml:space="preserve">[43:20] </w:t>
      </w:r>
      <w:r>
        <w:t>this is a paradigm shift concept regarding death." my question, maulana sahib, to you is that: "why it is so that we become forgetful of death?" is ke baray mein batayein.</w:t>
      </w:r>
    </w:p>
    <w:p>
      <w:pPr>
        <w:jc w:val="right"/>
      </w:pPr>
      <w:r>
        <w:t>دس از ا پیراڈائم شفٹ کانسیپٹ ریگارڈنگ ڈیتھ۔" مائی کوئسچن، مولانا صاحب، ٹو یو از دیٹ: "وائی اٹ از سو دیٹ وی بیکم فورگیٹ فل آف ڈیتھ؟" اس کے بارے میں بتائیں۔</w:t>
      </w:r>
    </w:p>
    <w:p>
      <w:r>
        <w:rPr>
          <w:b/>
        </w:rPr>
        <w:t xml:space="preserve">[43:40] </w:t>
      </w:r>
      <w:r>
        <w:t>dekhiye, is par maine bohat socha, bohat dinon tak. kyunke main jab adhi umar mein rehta tha, bohat pehle, delhi aane se pehle,</w:t>
      </w:r>
    </w:p>
    <w:p>
      <w:pPr>
        <w:jc w:val="right"/>
      </w:pPr>
      <w:r>
        <w:t>دیکھیے، اس پر میں نے بہت سوچا، بہت دنوں تک۔ کیونکہ میں جب آدھ عمر میں رہتا تھا، بہت پہلے، دہلی آنے سے پہلے،</w:t>
      </w:r>
    </w:p>
    <w:p>
      <w:r>
        <w:rPr>
          <w:b/>
        </w:rPr>
        <w:t xml:space="preserve">[43:56] </w:t>
      </w:r>
      <w:r>
        <w:t>to meri aadat thi bohat zyada ke main jata tha kisi ke marne par qabristan mein.</w:t>
      </w:r>
    </w:p>
    <w:p>
      <w:pPr>
        <w:jc w:val="right"/>
      </w:pPr>
      <w:r>
        <w:t>تو میری عادت تھی بہت زیادہ کہ میں جاتا تھا کسی کے مرنے پر قبرستان میں۔</w:t>
      </w:r>
    </w:p>
    <w:p>
      <w:r>
        <w:rPr>
          <w:b/>
        </w:rPr>
        <w:t xml:space="preserve">[44:05] </w:t>
      </w:r>
      <w:r>
        <w:t>jo hota hai na, woh sab shirk jata tha main wahan. to bas dekhta tha ke koi kisi ko koi maut ki yaad hi nahi karta, idhar udhar ki baatein hain, bazaar ki parties ki.</w:t>
      </w:r>
    </w:p>
    <w:p>
      <w:pPr>
        <w:jc w:val="right"/>
      </w:pPr>
      <w:r>
        <w:t>جو ہوتا ہے نا، وہ سب شرک جاتا تھا میں وہاں۔ تو بس دیکھتا تھا کہ کوئی کسی کو کوئی موت کی یاد ہی نہیں کرتا، ادھر ادھر کی باتیں ہیں، بازار کی پارٹیز کی۔</w:t>
      </w:r>
    </w:p>
    <w:p>
      <w:r>
        <w:rPr>
          <w:b/>
        </w:rPr>
        <w:t xml:space="preserve">[44:21] </w:t>
      </w:r>
      <w:r>
        <w:t>to bas sochta tha ke qabr samne hai, dead body samne hai, phir bhi aisi baat hai, kya raaz hai is ka?</w:t>
      </w:r>
    </w:p>
    <w:p>
      <w:pPr>
        <w:jc w:val="right"/>
      </w:pPr>
      <w:r>
        <w:t>تو بس سوچتا تھا کہ قبر سامنے ہے، ڈیڈ باڈی سامنے ہے، پھر بھی ایسی بات ہے، کیا راز ہے اس کا؟</w:t>
      </w:r>
    </w:p>
    <w:p>
      <w:r>
        <w:rPr>
          <w:b/>
        </w:rPr>
        <w:t xml:space="preserve">[44:30] </w:t>
      </w:r>
      <w:r>
        <w:t>to bohat dinon tak main ne socha is ko. to aakhir mein jis par main</w:t>
      </w:r>
    </w:p>
    <w:p>
      <w:pPr>
        <w:jc w:val="right"/>
      </w:pPr>
      <w:r>
        <w:t>تو بہت دنوں تک میں نے سوچا اس کو۔ تو آخر میں جس پر میں</w:t>
      </w:r>
    </w:p>
    <w:p>
      <w:r>
        <w:rPr>
          <w:b/>
        </w:rPr>
        <w:t xml:space="preserve">[44:39] </w:t>
      </w:r>
      <w:r>
        <w:t>yaani mutmaeen hua, woh yeh tha ke hamara jo hamari jo soch hai, woh sab ki sab</w:t>
      </w:r>
    </w:p>
    <w:p>
      <w:pPr>
        <w:jc w:val="right"/>
      </w:pPr>
      <w:r>
        <w:t>یعنی مطمئن ہوا، وہ یہ تھا کہ ہمارا جو ہماری جو سوچ ہے، وہ سب کی سب</w:t>
      </w:r>
    </w:p>
    <w:p>
      <w:r>
        <w:rPr>
          <w:b/>
        </w:rPr>
        <w:t xml:space="preserve">[44:53] </w:t>
      </w:r>
      <w:r>
        <w:t>govern hoti hai DNA se. DNA, DNA. jo cheez DNA mein mein nahi hai, woh hamari soch mein bhi nahi hai.</w:t>
      </w:r>
    </w:p>
    <w:p>
      <w:pPr>
        <w:jc w:val="right"/>
      </w:pPr>
      <w:r>
        <w:t>گورن ہوتی ہے ڈی این اے سے۔ ڈی این اے، ڈی این اے۔ جو چیز ڈی این اے میں میں نہیں ہے، وہ ہماری سوچ میں بھی نہیں ہے۔</w:t>
      </w:r>
    </w:p>
    <w:p>
      <w:r>
        <w:rPr>
          <w:b/>
        </w:rPr>
        <w:t xml:space="preserve">[45:11] </w:t>
      </w:r>
      <w:r>
        <w:t>to meri samajh mein aya ke shayad ek hi aisi cheez hai jo d n a mein nahi hai, wo maut.</w:t>
      </w:r>
    </w:p>
    <w:p>
      <w:pPr>
        <w:jc w:val="right"/>
      </w:pPr>
      <w:r>
        <w:t>تو میری سمجھ میں آیا کہ شاید ایک ہی ایسی چیز ہے جو ڈی این اے میں نہیں ہے، وہ موت۔</w:t>
      </w:r>
    </w:p>
    <w:p>
      <w:r>
        <w:rPr>
          <w:b/>
        </w:rPr>
        <w:t xml:space="preserve">[45:23] </w:t>
      </w:r>
      <w:r>
        <w:t>yani d d n a mein wo maujood hi nahi. to hum sochte hain d n a ke ke andar mein.</w:t>
      </w:r>
    </w:p>
    <w:p>
      <w:pPr>
        <w:jc w:val="right"/>
      </w:pPr>
      <w:r>
        <w:t>یعنی ڈی ڈی این اے میں وہ موجود ہی نہیں۔ تو ہم سوچتے ہیں ڈی این اے کے کے اندر میں۔</w:t>
      </w:r>
    </w:p>
    <w:p>
      <w:r>
        <w:rPr>
          <w:b/>
        </w:rPr>
        <w:t xml:space="preserve">[45:34] </w:t>
      </w:r>
      <w:r>
        <w:t>jab d n a mein na ho to hum ko alag se sochte hain. to maut ko alag se sochna parta hai.</w:t>
      </w:r>
    </w:p>
    <w:p>
      <w:pPr>
        <w:jc w:val="right"/>
      </w:pPr>
      <w:r>
        <w:t>جب ڈی این اے میں نہ ہو تو ہم کو الگ سے سوچتے ہیں۔ تو موت کو الگ سے سوچنا پڑتا ہے۔</w:t>
      </w:r>
    </w:p>
    <w:p>
      <w:r>
        <w:rPr>
          <w:b/>
        </w:rPr>
        <w:t xml:space="preserve">[45:44] </w:t>
      </w:r>
      <w:r>
        <w:t>yani jo cheez d n a mein d n a mein hai, wo to aap apne aap hi sochenge. aap</w:t>
      </w:r>
    </w:p>
    <w:p>
      <w:pPr>
        <w:jc w:val="right"/>
      </w:pPr>
      <w:r>
        <w:t>یعنی جو چیز ڈی این اے میں ڈی این اے میں ہے، وہ تو آپ اپنے آپ ہی سوچیں گے۔ آپ</w:t>
      </w:r>
    </w:p>
    <w:p>
      <w:r>
        <w:rPr>
          <w:b/>
        </w:rPr>
        <w:t xml:space="preserve">[45:53] </w:t>
      </w:r>
      <w:r>
        <w:t>apne aap hi sochenge. maslan aap ko pyas lagegi to wo d n a mein hai, wo apne aap hi sochegi ke mujhe pani pina hai.</w:t>
      </w:r>
    </w:p>
    <w:p>
      <w:pPr>
        <w:jc w:val="right"/>
      </w:pPr>
      <w:r>
        <w:t>اپنے آپ ہی سوچیں گے۔ مثلاً آپ کو پیاس لگے گی تو وہ ڈی این اے میں ہے، وہ اپنے آپ ہی سوچے گی کہ مجھے پانی پینا ہے۔</w:t>
      </w:r>
    </w:p>
    <w:p>
      <w:r>
        <w:rPr>
          <w:b/>
        </w:rPr>
        <w:t xml:space="preserve">[46:03] </w:t>
      </w:r>
      <w:r>
        <w:t>lekin maut jo hai, ek hi aisa item hai jo d n a mein nahi hai. to is liye bohat hi power full aap ke andar thought hona chahiye,</w:t>
      </w:r>
    </w:p>
    <w:p>
      <w:pPr>
        <w:jc w:val="right"/>
      </w:pPr>
      <w:r>
        <w:t>لیکن موت جو ہے، ایک ہی ایسا آئٹم ہے جو ڈی این اے میں نہیں ہے۔ تو اس لیے بہت ہی پاور فل آپ کے اندر تھاٹ ہونا چاہیے،</w:t>
      </w:r>
    </w:p>
    <w:p>
      <w:r>
        <w:rPr>
          <w:b/>
        </w:rPr>
        <w:t xml:space="preserve">[46:18] </w:t>
      </w:r>
      <w:r>
        <w:t>bohat ziyada deep thinking honi chahiye, tab aap pakar payenge, nahi to nahi pakar payenge. yeh mein is par mein sochne ke baad is ko samajh paya.</w:t>
      </w:r>
    </w:p>
    <w:p>
      <w:pPr>
        <w:jc w:val="right"/>
      </w:pPr>
      <w:r>
        <w:t>بہت زیادہ ڈیپ تھنکنگ ہونی چاہیے، تب آپ پکڑ پائیں گے، نہیں تو نہیں پکڑ پائیں گے۔ یہ میں اس پر میں سوچنے کے بعد اس کو سمجھ پایا۔</w:t>
      </w:r>
    </w:p>
    <w:p>
      <w:r>
        <w:rPr>
          <w:b/>
        </w:rPr>
        <w:t xml:space="preserve">[46:34] </w:t>
      </w:r>
      <w:r>
        <w:t>muhammad bilal shafi sahib ne etanagar, arunachal pradesh se sawal bheja hai. maulana, unhone likha hai ke maulana we seem to show urgency for worldly considerations, but find lacking it,</w:t>
      </w:r>
    </w:p>
    <w:p>
      <w:pPr>
        <w:jc w:val="right"/>
      </w:pPr>
      <w:r>
        <w:t>محمد بلال شفیع صاحب نے ایٹانگر، اروناچل پردیش سے سوال بھیجا ہے۔ مولانا، انہوں نے لکھا ہے کہ مولانا وی سیم ٹو شو ارجنسی فار ورلڈلی کنسیڈریشنز، بٹ فائنڈ لیکنگ اٹ،</w:t>
      </w:r>
    </w:p>
    <w:p>
      <w:r>
        <w:rPr>
          <w:b/>
        </w:rPr>
        <w:t xml:space="preserve">[46:51] </w:t>
      </w:r>
      <w:r>
        <w:t>but find lacking in that same sincerity for our hereafter. please help us as to how we can rectify or how can we correct our self.</w:t>
      </w:r>
    </w:p>
    <w:p>
      <w:pPr>
        <w:jc w:val="right"/>
      </w:pPr>
      <w:r>
        <w:t>بٹ فائنڈ لیکنگ ان دیٹ سیم سنسیرٹی فار اور ہیئر افٹر۔ پلیز ہیلپ اس ایز ٹو ہاؤ وی کین ریکٹیفائی اور ہاؤ کین وی کریکٹ اور سیلف۔</w:t>
      </w:r>
    </w:p>
    <w:p>
      <w:r>
        <w:rPr>
          <w:b/>
        </w:rPr>
        <w:t xml:space="preserve">[47:04] </w:t>
      </w:r>
      <w:r>
        <w:t>oye, maine keh diya ke chunke d n a mein nahi hai, to bohat ziyada hum apne mind ko active karna parega, tab wo ayega, nahi to ayega nahi.</w:t>
      </w:r>
    </w:p>
    <w:p>
      <w:pPr>
        <w:jc w:val="right"/>
      </w:pPr>
      <w:r>
        <w:t>اوئے، میں نے کہہ دیا کہ چونکہ ڈی این اے میں نہیں ہے، تو بہت زیادہ ہم اپنے مائنڈ کو ایکٹیو کرنا پڑے گا، تب وہ آئے گا، نہیں تو آئے گا نہیں۔</w:t>
      </w:r>
    </w:p>
    <w:p>
      <w:r>
        <w:rPr>
          <w:b/>
        </w:rPr>
        <w:t xml:space="preserve">[47:21] </w:t>
      </w:r>
      <w:r>
        <w:t>allah taala ne aisa is liye kiya hai ke agar maut jo hai, wo bohat ziyada har har har waqt aap ko yaad ati rahe to kuch kaam nahi kar payenge.</w:t>
      </w:r>
    </w:p>
    <w:p>
      <w:pPr>
        <w:jc w:val="right"/>
      </w:pPr>
      <w:r>
        <w:t>اللہ تعالی نے ایسا اس لیے کیا ہے کہ اگر موت جو ہے، وہ بہت زیادہ ہر ہر ہر وقت آپ کو یاد آتی رہے تو کچھ کام نہیں کر پائیں گے۔</w:t>
      </w:r>
    </w:p>
    <w:p>
      <w:r>
        <w:rPr>
          <w:b/>
        </w:rPr>
        <w:t xml:space="preserve">[47:32] </w:t>
      </w:r>
      <w:r>
        <w:t>aap sara thap ho jayega kaam. is wajah se alag se yani ek detract thinking lani parti hai, alag se ek soch.</w:t>
      </w:r>
    </w:p>
    <w:p>
      <w:pPr>
        <w:jc w:val="right"/>
      </w:pPr>
      <w:r>
        <w:t>آپ سارا ٹھپ ہو جائے گا کام۔ اس وجہ سے الگ سے یعنی ایک ڈیٹریکٹ تھنکنگ لانی پڑتی ہے، الگ سے ایک سوچ۔</w:t>
      </w:r>
    </w:p>
    <w:p>
      <w:r>
        <w:rPr>
          <w:b/>
        </w:rPr>
        <w:t xml:space="preserve">[47:47] </w:t>
      </w:r>
      <w:r>
        <w:t>kisi ke shayar ka she'r hai ke</w:t>
      </w:r>
    </w:p>
    <w:p>
      <w:pPr>
        <w:jc w:val="right"/>
      </w:pPr>
      <w:r>
        <w:t>کسی کے شاعر کا شعر ہے کہ</w:t>
      </w:r>
    </w:p>
    <w:p>
      <w:r>
        <w:rPr>
          <w:b/>
        </w:rPr>
        <w:t xml:space="preserve">[47:53] </w:t>
      </w:r>
      <w:r>
        <w:t>yani isi ke bare mein hai: "dad ke qabil meri tajreed tasawwur".</w:t>
      </w:r>
    </w:p>
    <w:p>
      <w:pPr>
        <w:jc w:val="right"/>
      </w:pPr>
      <w:r>
        <w:t>یعنی اسی کے بارے میں ہے: "داد کے قابل میری تجرید تصور"۔</w:t>
      </w:r>
    </w:p>
    <w:p>
      <w:r>
        <w:rPr>
          <w:b/>
        </w:rPr>
        <w:t xml:space="preserve">[48:03] </w:t>
      </w:r>
      <w:r>
        <w:t>ek tajreed ke mani hain extract thinking. extract hai: "dad ke qabil meri tajreed tasawwur karta hoon tujhe ghair ki mehfil se juda yaad".</w:t>
      </w:r>
    </w:p>
    <w:p>
      <w:pPr>
        <w:jc w:val="right"/>
      </w:pPr>
      <w:r>
        <w:t>ایک تجرید کے معنی ہیں ایکسٹریکٹ تھنکنگ۔ ایکسٹریکٹ ہے: "داد کے قابل میری تجرید تصور کرتا ہوں تجھے غیر کی محفل سے جدا یاد"۔</w:t>
      </w:r>
    </w:p>
    <w:p>
      <w:r>
        <w:rPr>
          <w:b/>
        </w:rPr>
        <w:t xml:space="preserve">[48:19] </w:t>
      </w:r>
      <w:r>
        <w:t>alag se sochna parta hai, warna kaam thap ho jaye, sab kuch kuch kaam na ho.</w:t>
      </w:r>
    </w:p>
    <w:p>
      <w:pPr>
        <w:jc w:val="right"/>
      </w:pPr>
      <w:r>
        <w:t>الگ سے سوچنا پڑتا ہے، ورنہ کام ٹھپ ہو جائے، سب کچھ کچھ کام نہ ہو۔</w:t>
      </w:r>
    </w:p>
    <w:p>
      <w:r>
        <w:rPr>
          <w:b/>
        </w:rPr>
        <w:t xml:space="preserve">[48:28] </w:t>
      </w:r>
      <w:r>
        <w:t>maulana, mera ek sawal hai, wo yeh hai ke rasool allah sallallahu alaihi wasallam ne to yeh kaha tha: "wallah ma adri wa ana rasool allah ma yaf'al bi wala bikum" ke allah ki qasam, mein nahi janta ke mere sath kya kiya jayega aur tumhare sath kya kiya jayega.</w:t>
      </w:r>
    </w:p>
    <w:p>
      <w:pPr>
        <w:jc w:val="right"/>
      </w:pPr>
      <w:r>
        <w:t>مولانا، میرا ایک سوال ہے، وہ یہ ہے کہ رسول اللہ صلی اللہ علیہ وسلم نے تو یہ کہا تھا: "واللہ ما ادری وانا رسول اللہ ما یفعل بی ولا بکم" کہ اللہ کی قسم، میں نہیں جانتا کہ میرے ساتھ کیا کیا جائے گا اور تمہارے ساتھ کیا کیا جائے گا۔</w:t>
      </w:r>
    </w:p>
    <w:p>
      <w:r>
        <w:rPr>
          <w:b/>
        </w:rPr>
        <w:t xml:space="preserve">[48:50] </w:t>
      </w:r>
      <w:r>
        <w:t>lekin is ke bawajood hum dekhte hain ke kai sahaba kiram maut ke waqt, ah, jab un ke samne yeh kaha jata hai ke "wa musibat ho" yani "haye musibat ka lamha" to wo kehte hain: "wa faraha ho".</w:t>
      </w:r>
    </w:p>
    <w:p>
      <w:pPr>
        <w:jc w:val="right"/>
      </w:pPr>
      <w:r>
        <w:t>لیکن اس کے باوجود ہم دیکھتے ہیں کہ کئی صحابہ کرام موت کے وقت، اہ، جب ان کے سامنے یہ کہا جاتا ہے کہ "وا مصیبت ہو" یعنی "ہائے مصیبت کا لمحہ" تو وہ کہتے ہیں: "وا فرحا ہو"۔</w:t>
      </w:r>
    </w:p>
    <w:p>
      <w:r>
        <w:rPr>
          <w:b/>
        </w:rPr>
        <w:t xml:space="preserve">[49:05] </w:t>
      </w:r>
      <w:r>
        <w:t>jaise hazrat bilal ke bare mein ata hai ke unhone kaha tha: "wa faraha ho" ke kal hum apne sathiyon se milne wale hain, yani husn rifaqat wale sathiyon se milne wale hain.</w:t>
      </w:r>
    </w:p>
    <w:p>
      <w:pPr>
        <w:jc w:val="right"/>
      </w:pPr>
      <w:r>
        <w:t>جیسے حضرت بلال کے بارے میں آتا ہے کہ انہوں نے کہا تھا: "وا فرحا ہو" کہ کل ہم اپنے ساتھیوں سے ملنے والے ہیں، یعنی حسن رفاقت والے ساتھیوں سے ملنے والے ہیں۔</w:t>
      </w:r>
    </w:p>
    <w:p>
      <w:r>
        <w:rPr>
          <w:b/>
        </w:rPr>
        <w:t xml:space="preserve">[49:17] </w:t>
      </w:r>
      <w:r>
        <w:t>isi tarike se ek aur sahabi ke bare mein ata hai, unhone kaha tha: "fuztu wa rabbil kaaba" allah ki qasam, mein kamyab ho gaya. to rasool allah aise uncertainty ke sath bol rahe hain, lekin koi sahaba kiram kyon bilkul,</w:t>
      </w:r>
    </w:p>
    <w:p>
      <w:pPr>
        <w:jc w:val="right"/>
      </w:pPr>
      <w:r>
        <w:t>اسی طریقے سے ایک اور صحابی کے بارے میں آتا ہے، انہوں نے کہا تھا: "فضت ورب الکعبہ" اللہ کی قسم، میں کامیاب ہو گیا۔ تو رسول اللہ ایسے انسرٹینٹی کے ساتھ بول رہے ہیں، لیکن کوئی صحابہ کرام کیوں بالکل،</w:t>
      </w:r>
    </w:p>
    <w:p>
      <w:r>
        <w:rPr>
          <w:b/>
        </w:rPr>
        <w:t xml:space="preserve">[49:32] </w:t>
      </w:r>
      <w:r>
        <w:t>ah, hum kamyab ho gaye ya yeh ke hamare liye khushi ka lamha hai, aisa unhone kyon kaha tha?</w:t>
      </w:r>
    </w:p>
    <w:p>
      <w:pPr>
        <w:jc w:val="right"/>
      </w:pPr>
      <w:r>
        <w:t>اہ، ہم کامیاب ہو گئے یا یہ کہ ہمارے لیے خوشی کا لمحہ ہے، ایسا انہوں نے کیوں کہا تھا؟</w:t>
      </w:r>
    </w:p>
    <w:p>
      <w:r>
        <w:rPr>
          <w:b/>
        </w:rPr>
        <w:t xml:space="preserve">[49:40] </w:t>
      </w:r>
      <w:r>
        <w:t>dekhiye, wo first rabbil kaaba, wo alag cheez hai, lekin "wa tarbaq" ki misal ek hi member hai, ek hi sabiq wala, aur kisi bare mein nahi hai.</w:t>
      </w:r>
    </w:p>
    <w:p>
      <w:pPr>
        <w:jc w:val="right"/>
      </w:pPr>
      <w:r>
        <w:t>دیکھیے، وہ فرسٹ ورب بالکعبہ، وہ الگ چیز ہے، لیکن "وا ترباق" کی مثال ایک ہی ممبر ہے، ایک ہی سابق والا، اور کسی بارے میں نہیں ہے۔</w:t>
      </w:r>
    </w:p>
    <w:p>
      <w:r>
        <w:rPr>
          <w:b/>
        </w:rPr>
        <w:t xml:space="preserve">[49:54] </w:t>
      </w:r>
      <w:r>
        <w:t>wo exception hai. tamam sahaba ka haal wahi tha: "wa karba".</w:t>
      </w:r>
    </w:p>
    <w:p>
      <w:pPr>
        <w:jc w:val="right"/>
      </w:pPr>
      <w:r>
        <w:t>وہ ایکسیپشن ہے۔ تمام صحابہ کا حال وہی تھا: "وا کربا"۔</w:t>
      </w:r>
    </w:p>
    <w:p>
      <w:r>
        <w:rPr>
          <w:b/>
        </w:rPr>
        <w:t xml:space="preserve">[50:03] </w:t>
      </w:r>
      <w:r>
        <w:t>mujhe koi dosra misal nahi maloom. to wo ek exception hai, us ko exception ke taur par le kar</w:t>
      </w:r>
    </w:p>
    <w:p>
      <w:pPr>
        <w:jc w:val="right"/>
      </w:pPr>
      <w:r>
        <w:t>مجھے کوئی دوسرا مثال نہیں معلوم۔ تو وہ ایک ایکسیپشن ہے، اس کو ایکسیپشن کے طور پر لے کر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