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 2, vv. 135-144 September 2, 2018 Maulana Wahiduddin Khan</w:t>
      </w:r>
    </w:p>
    <w:p>
      <w:r>
        <w:t>https://www.youtube.com/watch?v=rK0VmX1DgrY</w:t>
      </w:r>
    </w:p>
    <w:p>
      <w:r>
        <w:rPr>
          <w:b/>
        </w:rPr>
        <w:t xml:space="preserve">[00:11] </w:t>
      </w:r>
      <w:r>
        <w:t>bismillah rahman rahim,</w:t>
      </w:r>
    </w:p>
    <w:p>
      <w:pPr>
        <w:jc w:val="right"/>
      </w:pPr>
      <w:r>
        <w:t>بسم اللہ الرحمن الرحیم،</w:t>
      </w:r>
    </w:p>
    <w:p>
      <w:r>
        <w:rPr>
          <w:b/>
        </w:rPr>
        <w:t xml:space="preserve">[00:15] </w:t>
      </w:r>
      <w:r>
        <w:t>wasallallahu ala nabiyyil kareem.</w:t>
      </w:r>
    </w:p>
    <w:p>
      <w:pPr>
        <w:jc w:val="right"/>
      </w:pPr>
      <w:r>
        <w:t>وصلی اللہ علی النبی الکریم۔</w:t>
      </w:r>
    </w:p>
    <w:p>
      <w:r>
        <w:rPr>
          <w:b/>
        </w:rPr>
        <w:t xml:space="preserve">[00:21] </w:t>
      </w:r>
      <w:r>
        <w:t>rabbi ishrah li sadri, wa yassir li amri, wah lul uqdatan min lisani yafqahu qawli.</w:t>
      </w:r>
    </w:p>
    <w:p>
      <w:pPr>
        <w:jc w:val="right"/>
      </w:pPr>
      <w:r>
        <w:t>رب اشرح لی صدری، ویسر لی امری، واحل العقدۃ من لسانی یفقہ قولی۔</w:t>
      </w:r>
    </w:p>
    <w:p>
      <w:r>
        <w:rPr>
          <w:b/>
        </w:rPr>
        <w:t xml:space="preserve">[00:36] </w:t>
      </w:r>
      <w:r>
        <w:t>2 september 2018.</w:t>
      </w:r>
    </w:p>
    <w:p>
      <w:pPr>
        <w:jc w:val="right"/>
      </w:pPr>
      <w:r>
        <w:t>2 ستمبر 2018۔</w:t>
      </w:r>
    </w:p>
    <w:p>
      <w:r>
        <w:rPr>
          <w:b/>
        </w:rPr>
        <w:t xml:space="preserve">[00:44] </w:t>
      </w:r>
      <w:r>
        <w:t>mein shayad apni naujawani ki umar se, yaani bohat pehle se, ek sawal se dochar raha hoon</w:t>
      </w:r>
    </w:p>
    <w:p>
      <w:pPr>
        <w:jc w:val="right"/>
      </w:pPr>
      <w:r>
        <w:t>میں شاید اپنی نوجوانی کی عمر سے، یعنی بہت پہلے سے، ایک سوال سے دوچار رہا ہوں</w:t>
      </w:r>
    </w:p>
    <w:p>
      <w:r>
        <w:rPr>
          <w:b/>
        </w:rPr>
        <w:t xml:space="preserve">[00:58] </w:t>
      </w:r>
      <w:r>
        <w:t>quran ke bare mein. woh yeh ke quran ki jo shuru ki surtein hain,</w:t>
      </w:r>
    </w:p>
    <w:p>
      <w:pPr>
        <w:jc w:val="right"/>
      </w:pPr>
      <w:r>
        <w:t>قرآن کے بارے میں۔ وہ یہ کہ قرآن کی جو شروع کی سورتیں ہیں،</w:t>
      </w:r>
    </w:p>
    <w:p>
      <w:r>
        <w:rPr>
          <w:b/>
        </w:rPr>
        <w:t xml:space="preserve">[01:08] </w:t>
      </w:r>
      <w:r>
        <w:t>al baqarah, aal imran,</w:t>
      </w:r>
    </w:p>
    <w:p>
      <w:pPr>
        <w:jc w:val="right"/>
      </w:pPr>
      <w:r>
        <w:t>البقرہ، آل عمران،</w:t>
      </w:r>
    </w:p>
    <w:p>
      <w:r>
        <w:rPr>
          <w:b/>
        </w:rPr>
        <w:t xml:space="preserve">[01:16] </w:t>
      </w:r>
      <w:r>
        <w:t>al nisa, aur</w:t>
      </w:r>
    </w:p>
    <w:p>
      <w:pPr>
        <w:jc w:val="right"/>
      </w:pPr>
      <w:r>
        <w:t>النساء، اور</w:t>
      </w:r>
    </w:p>
    <w:p>
      <w:r>
        <w:rPr>
          <w:b/>
        </w:rPr>
        <w:t xml:space="preserve">[01:21] </w:t>
      </w:r>
      <w:r>
        <w:t>al maida,</w:t>
      </w:r>
    </w:p>
    <w:p>
      <w:pPr>
        <w:jc w:val="right"/>
      </w:pPr>
      <w:r>
        <w:t>المائدہ،</w:t>
      </w:r>
    </w:p>
    <w:p>
      <w:r>
        <w:rPr>
          <w:b/>
        </w:rPr>
        <w:t xml:space="preserve">[01:25] </w:t>
      </w:r>
      <w:r>
        <w:t>yeh un surton mein bohat zyada zikr hai yahood ka, bohat hi sakht alfaaz mein.</w:t>
      </w:r>
    </w:p>
    <w:p>
      <w:pPr>
        <w:jc w:val="right"/>
      </w:pPr>
      <w:r>
        <w:t>یہ ان سورتوں میں بہت زیادہ ذکر ہے یہود کا، بہت ہی سخت الفاظ میں۔</w:t>
      </w:r>
    </w:p>
    <w:p>
      <w:r>
        <w:rPr>
          <w:b/>
        </w:rPr>
        <w:t xml:space="preserve">[01:37] </w:t>
      </w:r>
      <w:r>
        <w:t>yaani us waqt ka zikr hai jab ke yahood apne tanazzul ke daur mein pahunch chuke thay, decline ke daur mein pahunch chuke thay.</w:t>
      </w:r>
    </w:p>
    <w:p>
      <w:pPr>
        <w:jc w:val="right"/>
      </w:pPr>
      <w:r>
        <w:t>یعنی اس وقت کا ذکر ہے جب کہ یہود اپنے تنزل کے دور میں پہنچ چکے تھے، ڈیکلائن کے دور میں پہنچ چکے تھے۔</w:t>
      </w:r>
    </w:p>
    <w:p>
      <w:r>
        <w:rPr>
          <w:b/>
        </w:rPr>
        <w:t xml:space="preserve">[01:52] </w:t>
      </w:r>
      <w:r>
        <w:t>us waqt ka.</w:t>
      </w:r>
    </w:p>
    <w:p>
      <w:pPr>
        <w:jc w:val="right"/>
      </w:pPr>
      <w:r>
        <w:t>اس وقت کا۔</w:t>
      </w:r>
    </w:p>
    <w:p>
      <w:r>
        <w:rPr>
          <w:b/>
        </w:rPr>
        <w:t xml:space="preserve">[01:56] </w:t>
      </w:r>
      <w:r>
        <w:t>ke kyun</w:t>
      </w:r>
    </w:p>
    <w:p>
      <w:pPr>
        <w:jc w:val="right"/>
      </w:pPr>
      <w:r>
        <w:t>کہ کیوں</w:t>
      </w:r>
    </w:p>
    <w:p>
      <w:r>
        <w:rPr>
          <w:b/>
        </w:rPr>
        <w:t xml:space="preserve">[02:00] </w:t>
      </w:r>
      <w:r>
        <w:t>itna zyada, yaani yeh chaar surtein jo hain, yeh taqreeban one quarter quran hain, rub quran.</w:t>
      </w:r>
    </w:p>
    <w:p>
      <w:pPr>
        <w:jc w:val="right"/>
      </w:pPr>
      <w:r>
        <w:t>اتنا زیادہ، یعنی یہ چار سورتیں جو ہیں، یہ تقریباً ون کوارٹر قرآن ہیں، روب قرآن۔</w:t>
      </w:r>
    </w:p>
    <w:p>
      <w:r>
        <w:rPr>
          <w:b/>
        </w:rPr>
        <w:t xml:space="preserve">[02:15] </w:t>
      </w:r>
      <w:r>
        <w:t>aur is mein bohat hi sakht alfaaz hain, teh tehzeeb karte hain, condemnation, criticism, hamari ki zaban, yeh sab bohat zyada hai.</w:t>
      </w:r>
    </w:p>
    <w:p>
      <w:pPr>
        <w:jc w:val="right"/>
      </w:pPr>
      <w:r>
        <w:t>اور اس میں بہت ہی سخت الفاظ ہیں، تہ تہذیب کرتے ہیں، کنڈیمنیشن، کریٹیسزم، ہیمری کی زبان، یہ سب بہت زیادہ ہے۔</w:t>
      </w:r>
    </w:p>
    <w:p>
      <w:r>
        <w:rPr>
          <w:b/>
        </w:rPr>
        <w:t xml:space="preserve">[02:34] </w:t>
      </w:r>
      <w:r>
        <w:t>to to Allah rabbul alameen ne yeh plan kyun kiya ke is qism ki surtein shuru mein hon?</w:t>
      </w:r>
    </w:p>
    <w:p>
      <w:pPr>
        <w:jc w:val="right"/>
      </w:pPr>
      <w:r>
        <w:t>تو کو تو اللہ رب العالمین نے یہ پلان کیوں کیا کہ اس قسم کی سورتیں شروع میں ہوں؟</w:t>
      </w:r>
    </w:p>
    <w:p>
      <w:r>
        <w:rPr>
          <w:b/>
        </w:rPr>
        <w:t xml:space="preserve">[02:47] </w:t>
      </w:r>
      <w:r>
        <w:t>to mujhe tafsir mein is ka koi jawab nahi mila tha. ajeeb baat hai ke aaj hi mujhe is ka jawab mila, aaj hi.</w:t>
      </w:r>
    </w:p>
    <w:p>
      <w:pPr>
        <w:jc w:val="right"/>
      </w:pPr>
      <w:r>
        <w:t>تو مجھے تفسیر میں اس کا کوئی جواب نہیں ملا تھا۔ عجیب بات ہے کہ آج ہی مجھے اس کا جواب ملا، آج ہی۔</w:t>
      </w:r>
    </w:p>
    <w:p>
      <w:r>
        <w:rPr>
          <w:b/>
        </w:rPr>
        <w:t xml:space="preserve">[02:59] </w:t>
      </w:r>
      <w:r>
        <w:t>woh yeh ke yeh Allah taala ki bohat hi bari rehmat hai, yeh</w:t>
      </w:r>
    </w:p>
    <w:p>
      <w:pPr>
        <w:jc w:val="right"/>
      </w:pPr>
      <w:r>
        <w:t>وہ یہ کہ یہ اللہ تعالیٰ کی بہت ہی بڑی رحمت ہے، یہ</w:t>
      </w:r>
    </w:p>
    <w:p>
      <w:r>
        <w:rPr>
          <w:b/>
        </w:rPr>
        <w:t xml:space="preserve">[03:08] </w:t>
      </w:r>
      <w:r>
        <w:t>aal ali alaihissalam ke liye.</w:t>
      </w:r>
    </w:p>
    <w:p>
      <w:pPr>
        <w:jc w:val="right"/>
      </w:pPr>
      <w:r>
        <w:t>آل علی علیہ السلام کے لیے۔</w:t>
      </w:r>
    </w:p>
    <w:p>
      <w:r>
        <w:rPr>
          <w:b/>
        </w:rPr>
        <w:t xml:space="preserve">[03:14] </w:t>
      </w:r>
      <w:r>
        <w:t>dekhiye,</w:t>
      </w:r>
    </w:p>
    <w:p>
      <w:pPr>
        <w:jc w:val="right"/>
      </w:pPr>
      <w:r>
        <w:t>دیکھیے،</w:t>
      </w:r>
    </w:p>
    <w:p>
      <w:r>
        <w:rPr>
          <w:b/>
        </w:rPr>
        <w:t xml:space="preserve">[03:18] </w:t>
      </w:r>
      <w:r>
        <w:t>yeh surtein utri theen us waqt jab ke yahood apne tanazzul, yaani decline ke daur mein pahunch chuke thay.</w:t>
      </w:r>
    </w:p>
    <w:p>
      <w:pPr>
        <w:jc w:val="right"/>
      </w:pPr>
      <w:r>
        <w:t>یہ سورتیں اتری تھیں اس وقت جب کہ یہود اپنے تنزل، یعنی ڈیکلائن کے دور میں پہنچ چکے تھے۔</w:t>
      </w:r>
    </w:p>
    <w:p>
      <w:r>
        <w:rPr>
          <w:b/>
        </w:rPr>
        <w:t xml:space="preserve">[03:34] </w:t>
      </w:r>
      <w:r>
        <w:t>to yeh daur khud masoonah bhi aane wala tha, decline ka daur, degeneration ka daur, khud hadithon mein is ka zikr hai.</w:t>
      </w:r>
    </w:p>
    <w:p>
      <w:pPr>
        <w:jc w:val="right"/>
      </w:pPr>
      <w:r>
        <w:t>تو یہ دور خود مصونہ بھی آنے والا تھا، ڈیکلائن کا دور، ڈی جنریشن کا دور، خود حدیثوں میں اس کا ذکر ہے۔</w:t>
      </w:r>
    </w:p>
    <w:p>
      <w:r>
        <w:rPr>
          <w:b/>
        </w:rPr>
        <w:t xml:space="preserve">[03:50] </w:t>
      </w:r>
      <w:r>
        <w:t>to yahood par jab daur aaya to Allah taala ne paighambar bheje, Hazrat Masih aaye, jo un ke decline ke daur mein aaye, khud Rasool Allah sallallahu alaihi wasallam aaye.</w:t>
      </w:r>
    </w:p>
    <w:p>
      <w:pPr>
        <w:jc w:val="right"/>
      </w:pPr>
      <w:r>
        <w:t>تو یہود پر جب دور آیا تو اللہ تعالیٰ نے پیغمبر بھیجے، حضرت مسیح آئے، جو ان کے ڈیکلائن کے دور میں آئے، خود رسول اللہ صلی اللہ علیہ وسلم آئے۔</w:t>
      </w:r>
    </w:p>
    <w:p>
      <w:r>
        <w:rPr>
          <w:b/>
        </w:rPr>
        <w:t xml:space="preserve">[04:08] </w:t>
      </w:r>
      <w:r>
        <w:t>to yahood par jab tanazzul ka zamana aaya to Allah ne un ki islaah ke liye nabi bheje.</w:t>
      </w:r>
    </w:p>
    <w:p>
      <w:pPr>
        <w:jc w:val="right"/>
      </w:pPr>
      <w:r>
        <w:t>تو یہود پر جب تنزل کا زمانہ آیا تو اللہ نے ان کی اصلاح کے لیے نبی بھیجے۔</w:t>
      </w:r>
    </w:p>
    <w:p>
      <w:r>
        <w:rPr>
          <w:b/>
        </w:rPr>
        <w:t xml:space="preserve">[04:21] </w:t>
      </w:r>
      <w:r>
        <w:t>ab Musalman jo hai, aakhri ummat hai, Musalmanon ke baad koi nabi aane wala nahi.</w:t>
      </w:r>
    </w:p>
    <w:p>
      <w:pPr>
        <w:jc w:val="right"/>
      </w:pPr>
      <w:r>
        <w:t>اب مسلمان جو ہے، آخری امت ہے، مسلمانوں کے بعد کوئی نبی آنے والا نہیں۔</w:t>
      </w:r>
    </w:p>
    <w:p>
      <w:r>
        <w:rPr>
          <w:b/>
        </w:rPr>
        <w:t xml:space="preserve">[04:32] </w:t>
      </w:r>
      <w:r>
        <w:t>to yeh ajeeb ghareeb mujhe daryaft hua ke yeh surtein to paighambar ka badal hain, alternative hain.</w:t>
      </w:r>
    </w:p>
    <w:p>
      <w:pPr>
        <w:jc w:val="right"/>
      </w:pPr>
      <w:r>
        <w:t>تو یہ عجیب غریب مجھے دریافت ہوا کہ یہ سورتیں تو پیغمبر کا بدل ہیں، الٹرنیٹو ہیں۔</w:t>
      </w:r>
    </w:p>
    <w:p>
      <w:r>
        <w:rPr>
          <w:b/>
        </w:rPr>
        <w:t xml:space="preserve">[04:48] </w:t>
      </w:r>
      <w:r>
        <w:t>yeh surtein jo hain, yeh chaar surtein hain jo taqreeban rub quran hain, woh paighambar ka badal hain.</w:t>
      </w:r>
    </w:p>
    <w:p>
      <w:pPr>
        <w:jc w:val="right"/>
      </w:pPr>
      <w:r>
        <w:t>یہ سورتیں جو ہیں، یہ چار سورتیں ہیں جو تقریباً روب قرآن ہیں، وہ پیغمبر کا بدل ہیں۔</w:t>
      </w:r>
    </w:p>
    <w:p>
      <w:r>
        <w:rPr>
          <w:b/>
        </w:rPr>
        <w:t xml:space="preserve">[05:03] </w:t>
      </w:r>
      <w:r>
        <w:t>yani yeh surtein is kaam, woh kaam anjaam dene wali hain jo kisi ummaton mein paighambar ne anjaam diya tha.</w:t>
      </w:r>
    </w:p>
    <w:p>
      <w:pPr>
        <w:jc w:val="right"/>
      </w:pPr>
      <w:r>
        <w:t>یعنی یہ سورتیں اس کام، وہ کام انجام دینے والی ہیں جو کسی امتوں میں پیغمبر نے انجام دیا تھا۔</w:t>
      </w:r>
    </w:p>
    <w:p>
      <w:r>
        <w:rPr>
          <w:b/>
        </w:rPr>
        <w:t xml:space="preserve">[05:14] </w:t>
      </w:r>
      <w:r>
        <w:t>lekin</w:t>
      </w:r>
    </w:p>
    <w:p>
      <w:pPr>
        <w:jc w:val="right"/>
      </w:pPr>
      <w:r>
        <w:t>لیکن</w:t>
      </w:r>
    </w:p>
    <w:p>
      <w:r>
        <w:rPr>
          <w:b/>
        </w:rPr>
        <w:t xml:space="preserve">[05:18] </w:t>
      </w:r>
      <w:r>
        <w:t>yeh jo musalman ki jo ummat hai, woh aakhri ummat hai, toh yahan paighambar aaney wala nahi hai. Toh paighambar ki bajaye Allah taala ne in ki rehmat ke taur par, blessing ke taur par,</w:t>
      </w:r>
    </w:p>
    <w:p>
      <w:pPr>
        <w:jc w:val="right"/>
      </w:pPr>
      <w:r>
        <w:t>یہ جو مسلمان کی جو امت ہے، وہ آخری امت ہے، تو یہاں پیغمبر آنے والا نہیں ہے۔ تو پیغمبر کی بجائے اللہ تعالیٰ نے ان کی رحمت کے طور پر، بلیسنگ کے طور پر،</w:t>
      </w:r>
    </w:p>
    <w:p>
      <w:r>
        <w:rPr>
          <w:b/>
        </w:rPr>
        <w:t xml:space="preserve">[05:36] </w:t>
      </w:r>
      <w:r>
        <w:t>peshi ke taur par yeh surtein utaar dein aur quran mein in ko pehle rakh diya.</w:t>
      </w:r>
    </w:p>
    <w:p>
      <w:pPr>
        <w:jc w:val="right"/>
      </w:pPr>
      <w:r>
        <w:t>پیشی کے طور پر یہ سورتیں اتار دیں اور قرآن میں ان کو پہلے رکھ دیا۔</w:t>
      </w:r>
    </w:p>
    <w:p>
      <w:r>
        <w:rPr>
          <w:b/>
        </w:rPr>
        <w:t xml:space="preserve">[05:48] </w:t>
      </w:r>
      <w:r>
        <w:t>woh kya hai? Main samajhta hoon ke woh yeh hai ke aakhri daur mein jab ke musalman tanazzul ka shikar honge toh unhein ek cheez karna parega,</w:t>
      </w:r>
    </w:p>
    <w:p>
      <w:pPr>
        <w:jc w:val="right"/>
      </w:pPr>
      <w:r>
        <w:t>وہ کیا ہے؟ میں سمجھتا ہوں کہ وہ یہ ہے کہ آخری دور میں جب کہ مسلمان تنزل کا شکار ہوں گے تو انہیں ایک چیز کرنا پڑے گا،</w:t>
      </w:r>
    </w:p>
    <w:p>
      <w:r>
        <w:rPr>
          <w:b/>
        </w:rPr>
        <w:t xml:space="preserve">[06:03] </w:t>
      </w:r>
      <w:r>
        <w:t>hidayat ke liye. Yani dobara apne ko sahi rastay par baqi rakhne ke liye ek kaam karna parega,</w:t>
      </w:r>
    </w:p>
    <w:p>
      <w:pPr>
        <w:jc w:val="right"/>
      </w:pPr>
      <w:r>
        <w:t>ہدایت کے لیے۔ یعنی دوبارہ اپنے کو صحیح راستے پر باقی رکھنے کے لیے ایک کام کرنا پڑے گا،</w:t>
      </w:r>
    </w:p>
    <w:p>
      <w:r>
        <w:rPr>
          <w:b/>
        </w:rPr>
        <w:t xml:space="preserve">[06:19] </w:t>
      </w:r>
      <w:r>
        <w:t>aur woh hai</w:t>
      </w:r>
    </w:p>
    <w:p>
      <w:pPr>
        <w:jc w:val="right"/>
      </w:pPr>
      <w:r>
        <w:t>اور وہ ہے</w:t>
      </w:r>
    </w:p>
    <w:p>
      <w:r>
        <w:rPr>
          <w:b/>
        </w:rPr>
        <w:t xml:space="preserve">[06:23] </w:t>
      </w:r>
      <w:r>
        <w:t>policy of detachment ya dealing. Yani</w:t>
      </w:r>
    </w:p>
    <w:p>
      <w:pPr>
        <w:jc w:val="right"/>
      </w:pPr>
      <w:r>
        <w:t>پالیسی آف ڈیٹیچمنٹ یا ڈیلنگ۔ یعنی</w:t>
      </w:r>
    </w:p>
    <w:p>
      <w:r>
        <w:rPr>
          <w:b/>
        </w:rPr>
        <w:t xml:space="preserve">[06:32] </w:t>
      </w:r>
      <w:r>
        <w:t>muslim millat se ko</w:t>
      </w:r>
    </w:p>
    <w:p>
      <w:pPr>
        <w:jc w:val="right"/>
      </w:pPr>
      <w:r>
        <w:t>مسلم ملت سے کو</w:t>
      </w:r>
    </w:p>
    <w:p>
      <w:r>
        <w:rPr>
          <w:b/>
        </w:rPr>
        <w:t xml:space="preserve">[06:44] </w:t>
      </w:r>
      <w:r>
        <w:t>khudai hidayat se alag kar ke dekhna. Yani jis ko kaha jayega ke to differentiate, yani musalmanon ke case ko ya Islam ko mutala karne ke liye aap ko yeh hikmat ikhtiyar karni paregi.</w:t>
      </w:r>
    </w:p>
    <w:p>
      <w:pPr>
        <w:jc w:val="right"/>
      </w:pPr>
      <w:r>
        <w:t>خدائی ہدایت سے الگ کر کے دیکھنا۔ یعنی جس کو کہا جائے گا کہ ٹو ڈیفرنشیٹ، یعنی مسلمانوں کے کیس کو یا اسلام کو مطالعہ کرنے کے لیے آپ کو یہ حکمت اختیار کرنی پڑے گی۔</w:t>
      </w:r>
    </w:p>
    <w:p>
      <w:r>
        <w:rPr>
          <w:b/>
        </w:rPr>
        <w:t xml:space="preserve">[07:03] </w:t>
      </w:r>
      <w:r>
        <w:t>you have to differentiate between</w:t>
      </w:r>
    </w:p>
    <w:p>
      <w:pPr>
        <w:jc w:val="right"/>
      </w:pPr>
      <w:r>
        <w:t>یو ہیو ٹو ڈیفرنشیٹ بٹوین</w:t>
      </w:r>
    </w:p>
    <w:p>
      <w:r>
        <w:rPr>
          <w:b/>
        </w:rPr>
        <w:t xml:space="preserve">[07:08] </w:t>
      </w:r>
      <w:r>
        <w:t>millat muslim ain quran o sunnat, yani Islam. Yani you have to differentiate between Islam and Muslims.</w:t>
      </w:r>
    </w:p>
    <w:p>
      <w:pPr>
        <w:jc w:val="right"/>
      </w:pPr>
      <w:r>
        <w:t>ملت مسلم عین قرآن و سنت، یعنی اسلام۔ یعنی یو ہیو ٹو ڈیفرنشیٹ بٹوین اسلام اینڈ مسلمز۔</w:t>
      </w:r>
    </w:p>
    <w:p>
      <w:r>
        <w:rPr>
          <w:b/>
        </w:rPr>
        <w:t xml:space="preserve">[07:24] </w:t>
      </w:r>
      <w:r>
        <w:t>kyun ke dekhiye, baad ke daur mein kya hota hai ke jo ummat chali aa rahi hai, jaise yahood thay, toh baad ke daur mein log yahood hi se un ke deen ko samajhne lagte hain,</w:t>
      </w:r>
    </w:p>
    <w:p>
      <w:pPr>
        <w:jc w:val="right"/>
      </w:pPr>
      <w:r>
        <w:t>کیونکہ دیکھیے، بعد کے دور میں کیا ہوتا ہے کہ جو امت چلی آ رہی ہے، جیسے یہود تھے، تو بعد کے دور میں لوگ یہود ہی سے ان کے دین کو سمجھنے لگتے ہیں،</w:t>
      </w:r>
    </w:p>
    <w:p>
      <w:r>
        <w:rPr>
          <w:b/>
        </w:rPr>
        <w:t xml:space="preserve">[07:43] </w:t>
      </w:r>
      <w:r>
        <w:t>jabke woh degenerate ho chuka hai.</w:t>
      </w:r>
    </w:p>
    <w:p>
      <w:pPr>
        <w:jc w:val="right"/>
      </w:pPr>
      <w:r>
        <w:t>جبکہ وہ ڈی جنریٹ ہو چکا ہے۔</w:t>
      </w:r>
    </w:p>
    <w:p>
      <w:r>
        <w:rPr>
          <w:b/>
        </w:rPr>
        <w:t xml:space="preserve">[07:49] </w:t>
      </w:r>
      <w:r>
        <w:t>yahoodi degeneration ke case ho chuke ho chuke thay, lekin deen Moosa ko samajhte thay ke is ke hamel hain.</w:t>
      </w:r>
    </w:p>
    <w:p>
      <w:pPr>
        <w:jc w:val="right"/>
      </w:pPr>
      <w:r>
        <w:t>یہودی ڈی جنریشن کے کیس ہو چکے ہو چکے تھے، لیکن دین موسیٰ کو سمجھتے تھے کہ اس کے حامل ہیں۔</w:t>
      </w:r>
    </w:p>
    <w:p>
      <w:r>
        <w:rPr>
          <w:b/>
        </w:rPr>
        <w:t xml:space="preserve">[08:00] </w:t>
      </w:r>
      <w:r>
        <w:t>yeh isi liye wahan Jewish supremacy ke zehan paida hua, Jewish superiorism, Jewish.</w:t>
      </w:r>
    </w:p>
    <w:p>
      <w:pPr>
        <w:jc w:val="right"/>
      </w:pPr>
      <w:r>
        <w:t>یہ اسی لیے وہاں جوئش سپریمس کے ذہن پیدا ہوا، جوئش سپیریرزم، جوئش۔</w:t>
      </w:r>
    </w:p>
    <w:p>
      <w:r>
        <w:rPr>
          <w:b/>
        </w:rPr>
        <w:t xml:space="preserve">[08:16] </w:t>
      </w:r>
      <w:r>
        <w:t>toh dekhiye, baad ke daur mein, jaisa ke aaj musalmanon ka mamla hai, ab musalman apne daur nabuwat se bohat door ja chuke hain,</w:t>
      </w:r>
    </w:p>
    <w:p>
      <w:pPr>
        <w:jc w:val="right"/>
      </w:pPr>
      <w:r>
        <w:t>تو دیکھیے، بعد کے دور میں، جیسا کہ آج مسلمانوں کا معاملہ ہے، اب مسلمان اپنے دور نبوت سے بہت دور جا چکے ہیں،</w:t>
      </w:r>
    </w:p>
    <w:p>
      <w:r>
        <w:rPr>
          <w:b/>
        </w:rPr>
        <w:t xml:space="preserve">[08:34] </w:t>
      </w:r>
      <w:r>
        <w:t>taqreeban dedh hazar saal.</w:t>
      </w:r>
    </w:p>
    <w:p>
      <w:pPr>
        <w:jc w:val="right"/>
      </w:pPr>
      <w:r>
        <w:t>تقریباً ڈیڑھ ہزار سال۔</w:t>
      </w:r>
    </w:p>
    <w:p>
      <w:r>
        <w:rPr>
          <w:b/>
        </w:rPr>
        <w:t xml:space="preserve">[08:42] </w:t>
      </w:r>
      <w:r>
        <w:t>lekin koi nabi aaney wala hai nahi. Rasool Allah sal Allah alaih wasallam aakhri nabi thay. Toh ab Islam ko naya nabi agar aaye, naya nabi agar aaye toh woh</w:t>
      </w:r>
    </w:p>
    <w:p>
      <w:pPr>
        <w:jc w:val="right"/>
      </w:pPr>
      <w:r>
        <w:t>لیکن کوئی نبی آنے والا ہے نہیں۔ رسول اللہ صلی اللہ علیہ وسلم آخری نبی تھے۔ تو اب اسلام کو نیا نبی اگر آئے، نیا نبی اگر آئے تو وہ</w:t>
      </w:r>
    </w:p>
    <w:p>
      <w:r>
        <w:rPr>
          <w:b/>
        </w:rPr>
        <w:t xml:space="preserve">[09:02] </w:t>
      </w:r>
      <w:r>
        <w:t>zariya hota hai deen sahi deen ko batane ka. Ab woh ayat padhiye: Qul millat Ibrahim hanifa.</w:t>
      </w:r>
    </w:p>
    <w:p>
      <w:pPr>
        <w:jc w:val="right"/>
      </w:pPr>
      <w:r>
        <w:t>ذریعہ ہوتا ہے دین صحیح دین کو بتانے کا۔ اب وہ آیت پڑھیے: قل ملت ابراہیم حنیفہ۔</w:t>
      </w:r>
    </w:p>
    <w:p>
      <w:r>
        <w:rPr>
          <w:b/>
        </w:rPr>
        <w:t xml:space="preserve">[09:16] </w:t>
      </w:r>
      <w:r>
        <w:t>Bismillah Rahman Rahim. Wa qalu kono hudan aw nasara tahtadu qul millat Ibrahim hanifa wa ma kana min al-mushri</w:t>
      </w:r>
    </w:p>
    <w:p>
      <w:pPr>
        <w:jc w:val="right"/>
      </w:pPr>
      <w:r>
        <w:t>بسم اللہ الرحمن الرحیم۔ وقالوا کونوا ہودا او نصاری تہتدوا قل الملت ابراہیم حنیفہ وما کان من المشرک</w:t>
      </w:r>
    </w:p>
    <w:p>
      <w:r>
        <w:rPr>
          <w:b/>
        </w:rPr>
        <w:t xml:space="preserve">[09:26] </w:t>
      </w:r>
      <w:r>
        <w:t>keen. Dekhiye, us waqt</w:t>
      </w:r>
    </w:p>
    <w:p>
      <w:pPr>
        <w:jc w:val="right"/>
      </w:pPr>
      <w:r>
        <w:t>ین۔ دیکھیے، اس وقت</w:t>
      </w:r>
    </w:p>
    <w:p>
      <w:r>
        <w:rPr>
          <w:b/>
        </w:rPr>
        <w:t xml:space="preserve">[09:31] </w:t>
      </w:r>
      <w:r>
        <w:t>Christian bhi nabuwat ke daur se door ho chuke thay, yahood bhi nabuwat ke daur se door ho chuke thay.</w:t>
      </w:r>
    </w:p>
    <w:p>
      <w:pPr>
        <w:jc w:val="right"/>
      </w:pPr>
      <w:r>
        <w:t>کرسچن بھی نبوت کے دور سے دور ہو چکے تھے، یہود بھی نبوت کے دور سے دور ہو چکے تھے۔</w:t>
      </w:r>
    </w:p>
    <w:p>
      <w:r>
        <w:rPr>
          <w:b/>
        </w:rPr>
        <w:t xml:space="preserve">[09:42] </w:t>
      </w:r>
      <w:r>
        <w:t>ab kya hua ke un ke andar millat ka tasawwur paida hua, yani deen Nasara, deen Yahoodi, woh zariya ban gaye deen Khodawandi ko pohnchne ka.</w:t>
      </w:r>
    </w:p>
    <w:p>
      <w:pPr>
        <w:jc w:val="right"/>
      </w:pPr>
      <w:r>
        <w:t>اب کیا ہوا کہ ان کے اندر ملت کا تصور پیدا ہوا، یعنی دین نصاری، دین یہودی، وہ ذریعہ بن گئے دین خداوندی کو پہنچنے کا۔</w:t>
      </w:r>
    </w:p>
    <w:p>
      <w:r>
        <w:rPr>
          <w:b/>
        </w:rPr>
        <w:t xml:space="preserve">[09:59] </w:t>
      </w:r>
      <w:r>
        <w:t>chunaanche woh kehte the ke qul huda aur nasara tah'tadu. un ke zehan mein paida hua ke bas hidayat yeh hai ke aap yahoodi ban jaaen, hidayat yeh hai ke aap nasara ban jaaen.</w:t>
      </w:r>
    </w:p>
    <w:p>
      <w:pPr>
        <w:jc w:val="right"/>
      </w:pPr>
      <w:r>
        <w:t>چنانچہ وہ کہتے تھے کہ قل ہودا اور نصاری تہتدوا۔ ان کے ذہن میں پیدا ہوا کہ بس ہدایت یہ ہے کہ آپ یہودی بن جائیں، ہدایت یہ ہے کہ آپ نصاری بن جائیں۔</w:t>
      </w:r>
    </w:p>
    <w:p>
      <w:r>
        <w:rPr>
          <w:b/>
        </w:rPr>
        <w:t xml:space="preserve">[10:13] </w:t>
      </w:r>
      <w:r>
        <w:t>toh farmaya ke nahin, bul bulata ibrahim haneefa, balkeh nabiyon ki taraf lot'to,</w:t>
      </w:r>
    </w:p>
    <w:p>
      <w:pPr>
        <w:jc w:val="right"/>
      </w:pPr>
      <w:r>
        <w:t>تو فرمایا کہ نہیں، بلبلت ابراہیم حنیفہ، بلکہ نبیوں کی طرف لوٹو،</w:t>
      </w:r>
    </w:p>
    <w:p>
      <w:r>
        <w:rPr>
          <w:b/>
        </w:rPr>
        <w:t xml:space="preserve">[10:23] </w:t>
      </w:r>
      <w:r>
        <w:t>yaani apni millat par tum jo jeene lage ho, us ko chhod kar ke nabuwat ki taraf lot'to, yaani woh nabuwat, woh silsila nabuwat jo hazrat ibrahim se chala aur rasool Allah sal Allah alaihi wasallam tak chal jaari raha,</w:t>
      </w:r>
    </w:p>
    <w:p>
      <w:pPr>
        <w:jc w:val="right"/>
      </w:pPr>
      <w:r>
        <w:t>یعنی اپنی ملت پر تم جو جینے لگے ہو، اس کو چھوڑ کر کے نبوت کی طرف لوٹو، یعنی وہ نبوت، وہ سلسلہ نبوت جو حضرت ابراہیم سے چلا اور رسول اللہ صلی اللہ علیہ وسلم تک چل جاری رہا،</w:t>
      </w:r>
    </w:p>
    <w:p>
      <w:r>
        <w:rPr>
          <w:b/>
        </w:rPr>
        <w:t xml:space="preserve">[10:42] </w:t>
      </w:r>
      <w:r>
        <w:t>yaani return to proper, return to the prophet.</w:t>
      </w:r>
    </w:p>
    <w:p>
      <w:pPr>
        <w:jc w:val="right"/>
      </w:pPr>
      <w:r>
        <w:t>یعنی ریٹرن ٹو پرا، ریٹرن ٹو دا پرافٹ۔</w:t>
      </w:r>
    </w:p>
    <w:p>
      <w:r>
        <w:rPr>
          <w:b/>
        </w:rPr>
        <w:t xml:space="preserve">[10:50] </w:t>
      </w:r>
      <w:r>
        <w:t>yeh bohat hi badi nemmat hai jo peshigi taur par musalmanon ko bata di gayi ke ek daur dobara par aane wala hai jab nabi nahin hoga</w:t>
      </w:r>
    </w:p>
    <w:p>
      <w:pPr>
        <w:jc w:val="right"/>
      </w:pPr>
      <w:r>
        <w:t>یہ بہت ہی بڑی نعمت ہے جو پیشیگی طور پر مسلمانوں کو بتا دی گئی کہ ایک دور دوبارہ پر آنے والا ہے جب نبی نہیں ہوگا</w:t>
      </w:r>
    </w:p>
    <w:p>
      <w:r>
        <w:rPr>
          <w:b/>
        </w:rPr>
        <w:t xml:space="preserve">[11:06] </w:t>
      </w:r>
      <w:r>
        <w:t>aur tum apne hi millat ko, apni community hi ko samajh loge. yeh deen hai,</w:t>
      </w:r>
    </w:p>
    <w:p>
      <w:pPr>
        <w:jc w:val="right"/>
      </w:pPr>
      <w:r>
        <w:t>اور تم اپنے ہی ملت کو، اپنی کمیونٹی ہی کو سمجھ لو گے۔ یہ دین ہے،</w:t>
      </w:r>
    </w:p>
    <w:p>
      <w:r>
        <w:rPr>
          <w:b/>
        </w:rPr>
        <w:t xml:space="preserve">[11:17] </w:t>
      </w:r>
      <w:r>
        <w:t>yaani community ko zariya bana loge deen khundawandi ko samajhne ka ke yeh yahi khair ummat hai, yahi afzal ummat hai waghera.</w:t>
      </w:r>
    </w:p>
    <w:p>
      <w:pPr>
        <w:jc w:val="right"/>
      </w:pPr>
      <w:r>
        <w:t>یعنی کمیونٹی کو ذریعہ بنا لو گے دین خداوندی کو سمجھنے کا کہ یہ یہی خیر امت ہے، یہی افضل امت ہے وغیرہ۔</w:t>
      </w:r>
    </w:p>
    <w:p>
      <w:r>
        <w:rPr>
          <w:b/>
        </w:rPr>
        <w:t xml:space="preserve">[11:30] </w:t>
      </w:r>
      <w:r>
        <w:t>nahin, tum ko lotna padega dobara nabi ki taraf, yaani hazrat ibrahim, hazrat maseeh, rasool Allah sal Allah alaihi wasallam, jo yeh jo nabiyon ka ka jo daur tha, us ki taraf lotna padega.</w:t>
      </w:r>
    </w:p>
    <w:p>
      <w:pPr>
        <w:jc w:val="right"/>
      </w:pPr>
      <w:r>
        <w:t>نہیں، تم کو لوٹنا پڑے گا دوبارہ نبی کی طرف، یعنی حضرت ابراہیم، حضرت مسیح، رسول اللہ صلی اللہ علیہ وسلم، جو یہ جو نبیوں کا کا جو دور تھا، اس کی طرف لوٹنا پڑے گا۔</w:t>
      </w:r>
    </w:p>
    <w:p>
      <w:r>
        <w:rPr>
          <w:b/>
        </w:rPr>
        <w:t xml:space="preserve">[11:49] </w:t>
      </w:r>
      <w:r>
        <w:t>tab tum samjhoge ke deen ilahi kya hai.</w:t>
      </w:r>
    </w:p>
    <w:p>
      <w:pPr>
        <w:jc w:val="right"/>
      </w:pPr>
      <w:r>
        <w:t>تب تم سمجھو گے کہ دین الہی کیا ہے۔</w:t>
      </w:r>
    </w:p>
    <w:p>
      <w:r>
        <w:rPr>
          <w:b/>
        </w:rPr>
        <w:t xml:space="preserve">[11:57] </w:t>
      </w:r>
      <w:r>
        <w:t>ab dekhiye, agar aap to yaani muslim aur ghair muslim dono isi ka shikar hain, dono ke woh musalmanon ko le kar islam ko samajhte hain.</w:t>
      </w:r>
    </w:p>
    <w:p>
      <w:pPr>
        <w:jc w:val="right"/>
      </w:pPr>
      <w:r>
        <w:t>اب دیکھیے، اگر آپ تو یعنی مسلم اور غیر مسلم دونوں اسی کا شکار ہیں، دونوں کہ وہ مسلمانوں کو لے کر اسلام کو سمجھتے ہیں۔</w:t>
      </w:r>
    </w:p>
    <w:p>
      <w:r>
        <w:rPr>
          <w:b/>
        </w:rPr>
        <w:t xml:space="preserve">[12:17] </w:t>
      </w:r>
      <w:r>
        <w:t>jaise aaj kal musalman bhadakte hain, bohat zyada mushtael ho jaate hain. agar rasool Allah par koi gustakhi karte hain, un ke nazariye ke mutabiq woh gustakhi nahin hoti.</w:t>
      </w:r>
    </w:p>
    <w:p>
      <w:pPr>
        <w:jc w:val="right"/>
      </w:pPr>
      <w:r>
        <w:t>جیسے آج کل مسلمان بھڑکتے ہیں، بہت زیادہ مشتعل ہو جاتے ہیں۔ اگر رسول اللہ پر کوئی گستاخی کرتے ہیں، ان کے نظریے کے مطابق وہ گستاخی نہیں ہوتی۔</w:t>
      </w:r>
    </w:p>
    <w:p>
      <w:r>
        <w:rPr>
          <w:b/>
        </w:rPr>
        <w:t xml:space="preserve">[12:28] </w:t>
      </w:r>
      <w:r>
        <w:t>musalman itna saath ban gaye hain ke us ko gustakhi samajh lete hain, to ladte phirte hain, qatl hota hai.</w:t>
      </w:r>
    </w:p>
    <w:p>
      <w:pPr>
        <w:jc w:val="right"/>
      </w:pPr>
      <w:r>
        <w:t>مسلمان اتنا ساتھ بن گئے ہیں کہ اس کو گستاخی سمجھ لیتے ہیں، تو لڑتے پھرتے ہیں، قتل ہوتا ہے۔</w:t>
      </w:r>
    </w:p>
    <w:p>
      <w:r>
        <w:rPr>
          <w:b/>
        </w:rPr>
        <w:t xml:space="preserve">[12:39] </w:t>
      </w:r>
      <w:r>
        <w:t>yeh sarta'sar un ka apna deen hai. unhon ne is islam ko musalmanon ka pride soch liya hai.</w:t>
      </w:r>
    </w:p>
    <w:p>
      <w:pPr>
        <w:jc w:val="right"/>
      </w:pPr>
      <w:r>
        <w:t>یہ سرتاثر ان کا اپنا دین ہے۔ انہوں نے اس اسلام کو مسلمانوں کا پرائیڈ سوچ لیا ہے۔</w:t>
      </w:r>
    </w:p>
    <w:p>
      <w:r>
        <w:rPr>
          <w:b/>
        </w:rPr>
        <w:t xml:space="preserve">[12:49] </w:t>
      </w:r>
      <w:r>
        <w:t>islam ko musalmanon ka pride. toh jab koi shakhs bolta hai kuch toh lagta hai ke un ke pride par woh attack kar raha hai. yeh mohabbat rasool mein nahin hota.</w:t>
      </w:r>
    </w:p>
    <w:p>
      <w:pPr>
        <w:jc w:val="right"/>
      </w:pPr>
      <w:r>
        <w:t>اسلام کو مسلمانوں کا پرائیڈ۔ تو جب کوئی شخص بولتا ہے کچھ تو لگتا ہے کہ ان کے پرائیڈ پر وہ اٹیک کر رہا ہے۔ یہ محبت رسول میں نہیں ہوتا۔</w:t>
      </w:r>
    </w:p>
    <w:p>
      <w:r>
        <w:rPr>
          <w:b/>
        </w:rPr>
        <w:t xml:space="preserve">[13:02] </w:t>
      </w:r>
      <w:r>
        <w:t>yaad rakhiye, yeh jo bhadakte hain log aur dange hote hain, yahan tak khoon behta hai, toh yaqeen kijiye ke yeh mohabbat rasool mein harghiz nahin hota.</w:t>
      </w:r>
    </w:p>
    <w:p>
      <w:pPr>
        <w:jc w:val="right"/>
      </w:pPr>
      <w:r>
        <w:t>یاد رکھیے، یہ جو بھڑکتے ہیں لوگ اور دنگے ہوتے ہیں، یہاں تک خون بہتا ہے، تو یقین کیجئے کہ یہ محبت رسول میں ہرگز نہیں ہوتا۔</w:t>
      </w:r>
    </w:p>
    <w:p>
      <w:r>
        <w:rPr>
          <w:b/>
        </w:rPr>
        <w:t xml:space="preserve">[13:16] </w:t>
      </w:r>
      <w:r>
        <w:t>yeh yeh hota hai ke un ka jo qaumi pride hai, us par attack samajh lete hain.</w:t>
      </w:r>
    </w:p>
    <w:p>
      <w:pPr>
        <w:jc w:val="right"/>
      </w:pPr>
      <w:r>
        <w:t>یہ یہ ہوتا ہے کہ ان کا جو قومی پرائیڈ ہے، اس پر اٹیک سمجھ لیتے ہیں۔</w:t>
      </w:r>
    </w:p>
    <w:p>
      <w:r>
        <w:rPr>
          <w:b/>
        </w:rPr>
        <w:t xml:space="preserve">[13:25] </w:t>
      </w:r>
      <w:r>
        <w:t>woh hamare pride ko yeh maine attack kar diya. is liye yeh ladte hain. toh yeh deen pehambar nahin hai, yeh yeh deen millat hai.</w:t>
      </w:r>
    </w:p>
    <w:p>
      <w:pPr>
        <w:jc w:val="right"/>
      </w:pPr>
      <w:r>
        <w:t>وہ ہمارے پرائیڈ کو یہ میں نے اٹیک کر دیا۔ اس لیے یہ لڑتے ہیں۔ تو یہ دین پیغمبر نہیں ہے، یہ یہ دین ملت ہے۔</w:t>
      </w:r>
    </w:p>
    <w:p>
      <w:r>
        <w:rPr>
          <w:b/>
        </w:rPr>
        <w:t xml:space="preserve">[13:43] </w:t>
      </w:r>
      <w:r>
        <w:t>toh quran mein farmaya ke yaani phir se padhiye: qul bilt ibrahim haneefa.</w:t>
      </w:r>
    </w:p>
    <w:p>
      <w:pPr>
        <w:jc w:val="right"/>
      </w:pPr>
      <w:r>
        <w:t>تو قرآن میں فرمایا کہ یعنی پھر سے پڑھیے: قل بلت ابراہیم حنیفہ۔</w:t>
      </w:r>
    </w:p>
    <w:p>
      <w:r>
        <w:rPr>
          <w:b/>
        </w:rPr>
        <w:t xml:space="preserve">[13:52] </w:t>
      </w:r>
      <w:r>
        <w:t>wa qaluu konoo hudaa o nasara tah'tadu qul bilt ibrahim haneefa. dekhiye, woh yahoodi yahood yahood ko afzal subject samajh samajhte hain,</w:t>
      </w:r>
    </w:p>
    <w:p>
      <w:pPr>
        <w:jc w:val="right"/>
      </w:pPr>
      <w:r>
        <w:t>وقالوا کونوا ہودا او نصاری تہتدوا قل بلت ابراہیم حنیفہ۔ دیکھیے، وہ یہودی یہود یہود کو افضل سبجیکٹ سمجھ سمجھتے ہیں،</w:t>
      </w:r>
    </w:p>
    <w:p>
      <w:r>
        <w:rPr>
          <w:b/>
        </w:rPr>
        <w:t xml:space="preserve">[14:06] </w:t>
      </w:r>
      <w:r>
        <w:t>nasara nasraniyat ko afzal samajhte hain. toh farmaya ke nahin, balkeh millat ibrahim asal hai.</w:t>
      </w:r>
    </w:p>
    <w:p>
      <w:pPr>
        <w:jc w:val="right"/>
      </w:pPr>
      <w:r>
        <w:t>نصاری نصرانیت کو افضل سمجھتے ہیں۔ تو فرمایا کہ نہیں، بلکہ ملت ابراہیم اصل ہے۔</w:t>
      </w:r>
    </w:p>
    <w:p>
      <w:r>
        <w:rPr>
          <w:b/>
        </w:rPr>
        <w:t xml:space="preserve">[14:16] </w:t>
      </w:r>
      <w:r>
        <w:t>woh pehambaroon ka jo deen hai, woh asal hai.</w:t>
      </w:r>
    </w:p>
    <w:p>
      <w:pPr>
        <w:jc w:val="right"/>
      </w:pPr>
      <w:r>
        <w:t>وہ پیغمبروں کا جو دین ہے، وہ اصل ہے۔</w:t>
      </w:r>
    </w:p>
    <w:p>
      <w:r>
        <w:rPr>
          <w:b/>
        </w:rPr>
        <w:t xml:space="preserve">[14:23] </w:t>
      </w:r>
      <w:r>
        <w:t>toh yeh shuru ki jo chaar suratein hain, jis mein bohat zyada zikr hai yahood ka, woh peshigi reminder hai, in in advance reminder ke jab yeh daur aaye toh woh daur tumhare hoga.</w:t>
      </w:r>
    </w:p>
    <w:p>
      <w:pPr>
        <w:jc w:val="right"/>
      </w:pPr>
      <w:r>
        <w:t>تو یہ شروع کی جو چار سورتیں ہیں، جس میں بہت زیادہ ذکر ہے یہود کا، وہ پیشیگی ریمائنڈر ہے، ان ان ایڈوانس ریمائنڈر کہ جب یہ دور آئے تو وہ دور تمہارے ہوگا۔</w:t>
      </w:r>
    </w:p>
    <w:p>
      <w:r>
        <w:rPr>
          <w:b/>
        </w:rPr>
        <w:t xml:space="preserve">[14:44] </w:t>
      </w:r>
      <w:r>
        <w:t>return to prophet, return to ummat nahin, return to ummat nahin.</w:t>
      </w:r>
    </w:p>
    <w:p>
      <w:pPr>
        <w:jc w:val="right"/>
      </w:pPr>
      <w:r>
        <w:t>ریٹرن ٹو پرافٹ، ریٹرن ٹو امت نہیں، ریٹرن ٹو امت نہیں۔</w:t>
      </w:r>
    </w:p>
    <w:p>
      <w:r>
        <w:rPr>
          <w:b/>
        </w:rPr>
        <w:t xml:space="preserve">[14:55] </w:t>
      </w:r>
      <w:r>
        <w:t>main jab se aankh kholi hai, main ne aur jab se india mein akhbaron ka aur magazine ka daur aaya hai, print printing press ka daur aaya hai,</w:t>
      </w:r>
    </w:p>
    <w:p>
      <w:pPr>
        <w:jc w:val="right"/>
      </w:pPr>
      <w:r>
        <w:t>میں جب سے آنکھ کھولی ہے، میں نے اور جب سے انڈیا میں اخباروں کا اور میگزین کا دور آیا ہے، پرنٹ پرنٹنگ پریس کا دور آیا ہے،</w:t>
      </w:r>
    </w:p>
    <w:p>
      <w:r>
        <w:rPr>
          <w:b/>
        </w:rPr>
        <w:t xml:space="preserve">[15:11] </w:t>
      </w:r>
      <w:r>
        <w:t>toh yahan se wahan tak main padhta raha hoon, padhta raha hoon ke musalman kya karen.</w:t>
      </w:r>
    </w:p>
    <w:p>
      <w:pPr>
        <w:jc w:val="right"/>
      </w:pPr>
      <w:r>
        <w:t>تو یہاں سے وہاں تک میں پڑھتا رہا ہوں، پڑھتا رہا ہوں کہ مسلمان کیا کریں۔</w:t>
      </w:r>
    </w:p>
    <w:p>
      <w:r>
        <w:rPr>
          <w:b/>
        </w:rPr>
        <w:t xml:space="preserve">[15:22] </w:t>
      </w:r>
      <w:r>
        <w:t>to musalman kya karein ke bare mein jo hai hota hai ke musalman mutahid ho jayein, musalman apni identity ko bohat zyada bachayein, apne.</w:t>
      </w:r>
    </w:p>
    <w:p>
      <w:pPr>
        <w:jc w:val="right"/>
      </w:pPr>
      <w:r>
        <w:t>تو مسلمان کیا کریں کے بارے میں جو ہے ہوتا ہے کہ مسلمان متحد ہو جائیں، مسلمان اپنی آئیڈینٹی کو بہت زیادہ بچائیں، اپنے۔</w:t>
      </w:r>
    </w:p>
    <w:p>
      <w:r>
        <w:rPr>
          <w:b/>
        </w:rPr>
        <w:t xml:space="preserve">[15:35] </w:t>
      </w:r>
      <w:r>
        <w:t>isi qism ki yani millat ko le kar sochna,</w:t>
      </w:r>
    </w:p>
    <w:p>
      <w:pPr>
        <w:jc w:val="right"/>
      </w:pPr>
      <w:r>
        <w:t>اسی قسم کی یعنی ملت کو لے کر سوچنا،</w:t>
      </w:r>
    </w:p>
    <w:p>
      <w:r>
        <w:rPr>
          <w:b/>
        </w:rPr>
        <w:t xml:space="preserve">[15:42] </w:t>
      </w:r>
      <w:r>
        <w:t>hata ke maine jab tazkirah Quran likhi thi to main khud is ka shikar tha. aur tazkirah Quran jo hai, us zamane mein jo likhi thi, maine woh millat oriented tafsir thi.</w:t>
      </w:r>
    </w:p>
    <w:p>
      <w:pPr>
        <w:jc w:val="right"/>
      </w:pPr>
      <w:r>
        <w:t>حتی کہ میں نے جب تذکر قرآن لکھی تھی تو میں خود اس کا شکار تھا۔ اور تذکر قرآن جو ہے، اس زمانے میں جو لکھی تھی، میں نے وہ ملت اورینٹڈ تفسیر تھی۔</w:t>
      </w:r>
    </w:p>
    <w:p>
      <w:r>
        <w:rPr>
          <w:b/>
        </w:rPr>
        <w:t xml:space="preserve">[15:58] </w:t>
      </w:r>
      <w:r>
        <w:t>kyunke apne ghar mein, madrasay mein, masjid mein, jalsay mein, har jagah hum yeh suntay thay: musalman, musalman, musalman.</w:t>
      </w:r>
    </w:p>
    <w:p>
      <w:pPr>
        <w:jc w:val="right"/>
      </w:pPr>
      <w:r>
        <w:t>کیونکہ اپنے گھر میں، مدرسے میں، مسجد میں، جلسے میں، ہر جگہ ہم یہ سنتے تھے: مسلمان، مسلمان، مسلمان۔</w:t>
      </w:r>
    </w:p>
    <w:p>
      <w:r>
        <w:rPr>
          <w:b/>
        </w:rPr>
        <w:t xml:space="preserve">[16:07] </w:t>
      </w:r>
      <w:r>
        <w:t>to meri tafsir aur meri is zabani ki tehreer agar aap parhein to woh millat oriented tehreer tehreer thi.</w:t>
      </w:r>
    </w:p>
    <w:p>
      <w:pPr>
        <w:jc w:val="right"/>
      </w:pPr>
      <w:r>
        <w:t>تو میری تفسیر اور میری اس زبانی کی تحریر اگر آپ پڑھیں تو وہ ملت اورینٹڈ تحریر تحریر تھی۔</w:t>
      </w:r>
    </w:p>
    <w:p>
      <w:r>
        <w:rPr>
          <w:b/>
        </w:rPr>
        <w:t xml:space="preserve">[16:19] </w:t>
      </w:r>
      <w:r>
        <w:t>ab meri samajh mein aya ke woh prophet oriented hona chahiye, yani qul hudood, qul konoo hudan wa nasara nahi, balke millat e ibrahim ki taraf lotna.</w:t>
      </w:r>
    </w:p>
    <w:p>
      <w:pPr>
        <w:jc w:val="right"/>
      </w:pPr>
      <w:r>
        <w:t>اب میری سمجھ میں آیا کہ وہ پرافٹ اورینٹڈ ہونا چاہیے، یعنی قل ہودی، قل کونوا ہودا اور نصاری نہیں، بلکہ ملت ابراہیم کی طرف لوٹنا۔</w:t>
      </w:r>
    </w:p>
    <w:p>
      <w:r>
        <w:rPr>
          <w:b/>
        </w:rPr>
        <w:t xml:space="preserve">[16:38] </w:t>
      </w:r>
      <w:r>
        <w:t>to importance ki wajah se, yani yeh yeh pehlu baad ke daur mein musalmanon ke liye important ban ban jayega ke woh loten peghambar ki taraf, na ke apni millat ki taraf.</w:t>
      </w:r>
    </w:p>
    <w:p>
      <w:pPr>
        <w:jc w:val="right"/>
      </w:pPr>
      <w:r>
        <w:t>تو امپورٹنس کی وجہ سے، یعنی یہ یہ پہلو بعد کے دور میں مسلمانوں کے لیے امپورٹنٹ بن بن جائے گا کہ وہ لوٹیں پیغمبر کی طرف، نہ کہ اپنی ملت کی طرف۔</w:t>
      </w:r>
    </w:p>
    <w:p>
      <w:r>
        <w:rPr>
          <w:b/>
        </w:rPr>
        <w:t xml:space="preserve">[16:56] </w:t>
      </w:r>
      <w:r>
        <w:t>yeh hai. to main yeh kahunga ke yeh jo suratein hain,</w:t>
      </w:r>
    </w:p>
    <w:p>
      <w:pPr>
        <w:jc w:val="right"/>
      </w:pPr>
      <w:r>
        <w:t>یہ ہے۔ تو میں یہ کہوں گا کہ یہ جو سورتیں ہیں،</w:t>
      </w:r>
    </w:p>
    <w:p>
      <w:r>
        <w:rPr>
          <w:b/>
        </w:rPr>
        <w:t xml:space="preserve">[17:04] </w:t>
      </w:r>
      <w:r>
        <w:t>yani yeh char suratein jo Quran ka chauthai hissa hain, rooh buqara Quran, yeh musalmanon ke liye Quran ka, musalmanon ke liye nabi nabi ka badal hain.</w:t>
      </w:r>
    </w:p>
    <w:p>
      <w:pPr>
        <w:jc w:val="right"/>
      </w:pPr>
      <w:r>
        <w:t>یعنی یہ چار سورتیں جو قرآن کا چوتھائی حصہ ہیں، روح بقار قرآن، یہ مسلمانوں کے لیے قرآن کا، مسلمانوں کے لیے نبی نبی کا بدل ہیں۔</w:t>
      </w:r>
    </w:p>
    <w:p>
      <w:r>
        <w:rPr>
          <w:b/>
        </w:rPr>
        <w:t xml:space="preserve">[17:22] </w:t>
      </w:r>
      <w:r>
        <w:t>chunki nabi aanay wala nahi tha to Allah taala ne yeh suratein peshi ki taraf Quran mein rakh dein ke jo nabi batata, woh woh parh lo.</w:t>
      </w:r>
    </w:p>
    <w:p>
      <w:pPr>
        <w:jc w:val="right"/>
      </w:pPr>
      <w:r>
        <w:t>چونکہ نبی آنے والا نہیں تھا تو اللہ تعالیٰ نے یہ سورتیں پیشی کی طرف قرآن میں رکھ دیں کہ جو نبی بتاتا، وہ وہ پڑھ لو۔</w:t>
      </w:r>
    </w:p>
    <w:p>
      <w:r>
        <w:rPr>
          <w:b/>
        </w:rPr>
        <w:t xml:space="preserve">[17:34] </w:t>
      </w:r>
      <w:r>
        <w:t>in suraton mein jo nabi aa kar batata ke tum yahudi banne par fakhar kar rahe ho, Maseeh banne par fakhar kar rahe ho, nahi, balke peghambaron ke uswa par chalo,</w:t>
      </w:r>
    </w:p>
    <w:p>
      <w:pPr>
        <w:jc w:val="right"/>
      </w:pPr>
      <w:r>
        <w:t>ان سورتوں میں جو نبی آ کر بتاتا کہ تم یہودی بننے پر فخر کر رہے ہو، مسیح بننے پر فخر کر رہے ہو، نہیں، بلکہ پیغمبروں کے عصوے پر چلو،</w:t>
      </w:r>
    </w:p>
    <w:p>
      <w:r>
        <w:rPr>
          <w:b/>
        </w:rPr>
        <w:t xml:space="preserve">[17:53] </w:t>
      </w:r>
      <w:r>
        <w:t>to wahi musalmanon ka haal hai. ek zamane mein main jahan jata tha, India mein to musalmanon mein ek tehreek chal rahi thi ke fakhar se kaho hum musalman hain.</w:t>
      </w:r>
    </w:p>
    <w:p>
      <w:pPr>
        <w:jc w:val="right"/>
      </w:pPr>
      <w:r>
        <w:t>تو وہی مسلمانوں کا حال ہے۔ ایک زمانے میں میں جہاں جاتا تھا، انڈیا میں تو مسلمانوں میں ایک تحریک چل رہی تھی کہ فخر سے کہو ہم مسلمان ہیں۔</w:t>
      </w:r>
    </w:p>
    <w:p>
      <w:r>
        <w:rPr>
          <w:b/>
        </w:rPr>
        <w:t xml:space="preserve">[18:08] </w:t>
      </w:r>
      <w:r>
        <w:t>jaisay poster thay, mazmoon thay, kitabein theen. post fakhar se kaho hum musalman hain. yeh bilkul yani jahili naarah tha:</w:t>
      </w:r>
    </w:p>
    <w:p>
      <w:pPr>
        <w:jc w:val="right"/>
      </w:pPr>
      <w:r>
        <w:t>جیش پوسٹر تھے، مضمون تھے، کتابیں تھیں۔ پوسٹ فخر سے کہو ہم مسلمان ہیں۔ یہ بالکل یعنی جاہلی نعرہ تھا:</w:t>
      </w:r>
    </w:p>
    <w:p>
      <w:r>
        <w:rPr>
          <w:b/>
        </w:rPr>
        <w:t xml:space="preserve">[18:24] </w:t>
      </w:r>
      <w:r>
        <w:t>Islam ya Allah ka deen, yeh fakhar ke liye nahi hai, yeh itaat ke liye hai.</w:t>
      </w:r>
    </w:p>
    <w:p>
      <w:pPr>
        <w:jc w:val="right"/>
      </w:pPr>
      <w:r>
        <w:t>اسلام یا اللہ کا دین، یہ فخر کے لیے نہیں ہے، یہ اطاعت کے لیے ہے۔</w:t>
      </w:r>
    </w:p>
    <w:p>
      <w:r>
        <w:rPr>
          <w:b/>
        </w:rPr>
        <w:t xml:space="preserve">[18:33] </w:t>
      </w:r>
      <w:r>
        <w:t>to baad ke zamane mein, musalmanon mein jis tarah pichli ummaton mein hua, derailment ho jata hai. derailment yani deen peghambar se hat kar ke deen deen community par aa jata hai.</w:t>
      </w:r>
    </w:p>
    <w:p>
      <w:pPr>
        <w:jc w:val="right"/>
      </w:pPr>
      <w:r>
        <w:t>تو بعد کے زمانے میں، مسلمانوں میں جس طرح پچھلی امتوں میں ہوا، ڈی ریلیمنٹ ہو جاتا ہے۔ ڈی ریلیمنٹ یعنی دین پیغمبر سے ہٹ کر کے دین دین کمیونٹی پر آ جاتا ہے۔</w:t>
      </w:r>
    </w:p>
    <w:p>
      <w:r>
        <w:rPr>
          <w:b/>
        </w:rPr>
        <w:t xml:space="preserve">[18:53] </w:t>
      </w:r>
      <w:r>
        <w:t>yani community culture ek develop hota hai, isi community culture ko musalman samajh lete hain ke yeh deen hai, yeh Islam hai.</w:t>
      </w:r>
    </w:p>
    <w:p>
      <w:pPr>
        <w:jc w:val="right"/>
      </w:pPr>
      <w:r>
        <w:t>یعنی کمیونٹی کلچر ایک ڈیولپ ہوتا ہے، اسی کمیونٹی کلچر کو مسلمان سمجھ لیتے ہیں کہ یہ دین ہے، یہ اسلام ہے۔</w:t>
      </w:r>
    </w:p>
    <w:p>
      <w:r>
        <w:rPr>
          <w:b/>
        </w:rPr>
        <w:t xml:space="preserve">[19:04] </w:t>
      </w:r>
      <w:r>
        <w:t>to yeh hai derailment,</w:t>
      </w:r>
    </w:p>
    <w:p>
      <w:pPr>
        <w:jc w:val="right"/>
      </w:pPr>
      <w:r>
        <w:t>تو یہ ہے ڈی ریلیمنٹ،</w:t>
      </w:r>
    </w:p>
    <w:p>
      <w:r>
        <w:rPr>
          <w:b/>
        </w:rPr>
        <w:t xml:space="preserve">[19:10] </w:t>
      </w:r>
      <w:r>
        <w:t>yani deen Islam se derail ho kar ke deen community par aa jana.</w:t>
      </w:r>
    </w:p>
    <w:p>
      <w:pPr>
        <w:jc w:val="right"/>
      </w:pPr>
      <w:r>
        <w:t>یعنی دین اسلام سے ڈی ریل ہو کر کے دین کمیونٹی پر آ جانا۔</w:t>
      </w:r>
    </w:p>
    <w:p>
      <w:r>
        <w:rPr>
          <w:b/>
        </w:rPr>
        <w:t xml:space="preserve">[19:21] </w:t>
      </w:r>
      <w:r>
        <w:t>to isi ke reminder ke liye, isi ke inzar ke liye Allah taala ne yeh kiya ke shuru mein woh suratein rakh dein jin mein</w:t>
      </w:r>
    </w:p>
    <w:p>
      <w:pPr>
        <w:jc w:val="right"/>
      </w:pPr>
      <w:r>
        <w:t>تو اسی کے ریمائنڈر کے لیے، اسی کے انظار کے لیے اللہ تعالیٰ نے یہ کیا کہ شروع میں وہ سورتیں رکھ دیں جن میں</w:t>
      </w:r>
    </w:p>
    <w:p>
      <w:r>
        <w:rPr>
          <w:b/>
        </w:rPr>
        <w:t xml:space="preserve">[19:38] </w:t>
      </w:r>
      <w:r>
        <w:t>yahud ko aur nasara ko is phenomena se daraya gaya tha.</w:t>
      </w:r>
    </w:p>
    <w:p>
      <w:pPr>
        <w:jc w:val="right"/>
      </w:pPr>
      <w:r>
        <w:t>یہود کو اور نصاری کو اس فیناومینا سے ڈرایا گیا تھا۔</w:t>
      </w:r>
    </w:p>
    <w:p>
      <w:r>
        <w:rPr>
          <w:b/>
        </w:rPr>
        <w:t xml:space="preserve">[19:48] </w:t>
      </w:r>
      <w:r>
        <w:t>to dekhiye, ab meri samajh mein aya ke yeh jo baat hai ke shuru mein yahudiyon ka zikr hai,</w:t>
      </w:r>
    </w:p>
    <w:p>
      <w:pPr>
        <w:jc w:val="right"/>
      </w:pPr>
      <w:r>
        <w:t>تو دیکھیے، اب میری سمجھ میں آیا کہ یہ جو بات ہے کہ شروع میں یہودیوں کا ذکر ہے،</w:t>
      </w:r>
    </w:p>
    <w:p>
      <w:r>
        <w:rPr>
          <w:b/>
        </w:rPr>
        <w:t xml:space="preserve">[20:03] </w:t>
      </w:r>
      <w:r>
        <w:t>yeh asal'an yahud ke hawale se musalmanon ko address kiya gaya hai.</w:t>
      </w:r>
    </w:p>
    <w:p>
      <w:pPr>
        <w:jc w:val="right"/>
      </w:pPr>
      <w:r>
        <w:t>یہ اصلًا یہود کے حوالے سے مسلمانوں کو ایڈریس کیا گیا ہے۔</w:t>
      </w:r>
    </w:p>
    <w:p>
      <w:r>
        <w:rPr>
          <w:b/>
        </w:rPr>
        <w:t xml:space="preserve">[20:13] </w:t>
      </w:r>
      <w:r>
        <w:t>yeh jo hai Surah Al Baqarah, Surah Al Imran, Surah An Nisa, Surah Al Maidah mein zyada zikr hai yahud ka.</w:t>
      </w:r>
    </w:p>
    <w:p>
      <w:pPr>
        <w:jc w:val="right"/>
      </w:pPr>
      <w:r>
        <w:t>یہ جو ہے سورہ البقرہ، سورہ آل عمران، سورہ النساء، سورہ المائدہ میں زیادہ ذکر ہے یہود کا۔</w:t>
      </w:r>
    </w:p>
    <w:p>
      <w:r>
        <w:rPr>
          <w:b/>
        </w:rPr>
        <w:t xml:space="preserve">[20:26] </w:t>
      </w:r>
      <w:r>
        <w:t>to woh yahud ke hawale se musalmanon ko yeh inzar kiya gaya hai, musalmanon ko remind kiya gaya hai,</w:t>
      </w:r>
    </w:p>
    <w:p>
      <w:pPr>
        <w:jc w:val="right"/>
      </w:pPr>
      <w:r>
        <w:t>تو وہ یہود کے حوالے سے مسلمانوں کو یہ انظار کیا گیا ہے، مسلمانوں کو ریمائنڈ کیا گیا ہے،</w:t>
      </w:r>
    </w:p>
    <w:p>
      <w:r>
        <w:rPr>
          <w:b/>
        </w:rPr>
        <w:t xml:space="preserve">[20:41] </w:t>
      </w:r>
      <w:r>
        <w:t>musalmanon ko yaad dilaya gaya hai.</w:t>
      </w:r>
    </w:p>
    <w:p>
      <w:pPr>
        <w:jc w:val="right"/>
      </w:pPr>
      <w:r>
        <w:t>مسلمانوں کو یاد دلایا گیا ہے۔</w:t>
      </w:r>
    </w:p>
    <w:p>
      <w:r>
        <w:rPr>
          <w:b/>
        </w:rPr>
        <w:t xml:space="preserve">[20:47] </w:t>
      </w:r>
      <w:r>
        <w:t>aur yeh dekhiye to poori ummat bhi yeh bas saya hua hai. aap jahan bhi jayen, log musalmanon ki baat karte hain,</w:t>
      </w:r>
    </w:p>
    <w:p>
      <w:pPr>
        <w:jc w:val="right"/>
      </w:pPr>
      <w:r>
        <w:t>اور یہ دیکھیے تو پوری امت بھی یہ بس سایہ ہوا ہے۔ آپ جہاں بھی جائیں، لوگ مسلمانوں کی بات کرتے ہیں،</w:t>
      </w:r>
    </w:p>
    <w:p>
      <w:r>
        <w:rPr>
          <w:b/>
        </w:rPr>
        <w:t xml:space="preserve">[21:02] </w:t>
      </w:r>
      <w:r>
        <w:t>yani jis ko yahoodi reference mein kaha jata hai, josh supramisam, yahoodi reference mein.</w:t>
      </w:r>
    </w:p>
    <w:p>
      <w:pPr>
        <w:jc w:val="right"/>
      </w:pPr>
      <w:r>
        <w:t>یعنی جس کو یہودی ریفرنس میں کہا جاتا ہے، جوش سپرامیسزم، یہودی ریفرنس میں۔</w:t>
      </w:r>
    </w:p>
    <w:p>
      <w:r>
        <w:rPr>
          <w:b/>
        </w:rPr>
        <w:t xml:space="preserve">[21:12] </w:t>
      </w:r>
      <w:r>
        <w:t>ab kya hai?</w:t>
      </w:r>
    </w:p>
    <w:p>
      <w:pPr>
        <w:jc w:val="right"/>
      </w:pPr>
      <w:r>
        <w:t>اب کیا ہے؟</w:t>
      </w:r>
    </w:p>
    <w:p>
      <w:r>
        <w:rPr>
          <w:b/>
        </w:rPr>
        <w:t xml:space="preserve">[21:16] </w:t>
      </w:r>
      <w:r>
        <w:t>muslim supramisam ka daur aa gaya hai. muslim supramisam aaj kal aap bahut dukh suntay hongay: islamophobia.</w:t>
      </w:r>
    </w:p>
    <w:p>
      <w:pPr>
        <w:jc w:val="right"/>
      </w:pPr>
      <w:r>
        <w:t>مسلم سپرامیسزم کا دور آ گیا ہے۔ مسلم سپرامیسزم آج کل آپ بہت دکھ سنتے ہوں گے: اسلامو فوبیا۔</w:t>
      </w:r>
    </w:p>
    <w:p>
      <w:r>
        <w:rPr>
          <w:b/>
        </w:rPr>
        <w:t xml:space="preserve">[21:30] </w:t>
      </w:r>
      <w:r>
        <w:t>islamophobia kuch nahi hai, nuthing.</w:t>
      </w:r>
    </w:p>
    <w:p>
      <w:pPr>
        <w:jc w:val="right"/>
      </w:pPr>
      <w:r>
        <w:t>اسلامو فوبیا کچھ نہیں ہے، نتھنگ۔</w:t>
      </w:r>
    </w:p>
    <w:p>
      <w:r>
        <w:rPr>
          <w:b/>
        </w:rPr>
        <w:t xml:space="preserve">[21:36] </w:t>
      </w:r>
      <w:r>
        <w:t>yeh hai ke musalman bohat ziyada sensitive ho gaye hain apni apni qaum ke baray mein, apni community ke baray mein.</w:t>
      </w:r>
    </w:p>
    <w:p>
      <w:pPr>
        <w:jc w:val="right"/>
      </w:pPr>
      <w:r>
        <w:t>یہ ہے کہ مسلمان بہت زیادہ سینسٹیو ہو گئے ہیں اپنی اپنی قوم کے بارے میں، اپنی کمیونٹی کے بارے میں۔</w:t>
      </w:r>
    </w:p>
    <w:p>
      <w:r>
        <w:rPr>
          <w:b/>
        </w:rPr>
        <w:t xml:space="preserve">[21:46] </w:t>
      </w:r>
      <w:r>
        <w:t>to zara sa kuch koi keh day to bas un ki sensitivity bhark bhark uthti hai. yahi hai islamophobia.</w:t>
      </w:r>
    </w:p>
    <w:p>
      <w:pPr>
        <w:jc w:val="right"/>
      </w:pPr>
      <w:r>
        <w:t>تو ذرا سا کچھ کوئی کہہ دے تو بس ان کی سینسٹیوٹی بھڑک بھڑک اٹھتی ہے۔ یہی ہے اسلامو فوبیا۔</w:t>
      </w:r>
    </w:p>
    <w:p>
      <w:r>
        <w:rPr>
          <w:b/>
        </w:rPr>
        <w:t xml:space="preserve">[22:00] </w:t>
      </w:r>
      <w:r>
        <w:t>islamophobia kya hai? kuch nahi hai. agar west mein koi cartoon chapta hai jis ko musalman samajhtay hain ke yeh rasool Allah ke khilaf hai, yeh cartoon khilaf nahi hota.</w:t>
      </w:r>
    </w:p>
    <w:p>
      <w:pPr>
        <w:jc w:val="right"/>
      </w:pPr>
      <w:r>
        <w:t>اسلامو فوبیا کیا ہے؟ کچھ نہیں ہے۔ اگر ویسٹ میں کوئی کارٹون چھپتا ہے جس کو مسلمان سمجھتے ہیں کہ یہ رسول اللہ کے خلاف ہے، یہ کارٹون خلاف نہیں ہوتا۔</w:t>
      </w:r>
    </w:p>
    <w:p>
      <w:r>
        <w:rPr>
          <w:b/>
        </w:rPr>
        <w:t xml:space="preserve">[22:16] </w:t>
      </w:r>
      <w:r>
        <w:t>apni sensitivity ki wajah se, chounkay super sensitive banay huay hain,</w:t>
      </w:r>
    </w:p>
    <w:p>
      <w:pPr>
        <w:jc w:val="right"/>
      </w:pPr>
      <w:r>
        <w:t>اپنی سینسٹیوٹی کی وجہ سے، چونکہ سپر سینسٹیو بنے ہوئے ہیں،</w:t>
      </w:r>
    </w:p>
    <w:p>
      <w:r>
        <w:rPr>
          <w:b/>
        </w:rPr>
        <w:t xml:space="preserve">[22:23] </w:t>
      </w:r>
      <w:r>
        <w:t>to bhark uthtay hain. jaisay aap dekhiye, jab hum nay kam chota mein jab tha, naujawani ki umar mein, to mein bohat ziyada parha karta tha seerat un nabi Maulana Shibli ki.</w:t>
      </w:r>
    </w:p>
    <w:p>
      <w:pPr>
        <w:jc w:val="right"/>
      </w:pPr>
      <w:r>
        <w:t>تو بھڑک اٹھتے ہیں۔ جیسے آپ دیکھیے، جب ہم نے کم چھوٹا میں جب تھا، نوجوانی کی عمر میں، تو میں بہت زیادہ پڑھا کرتا تھا سیرت النبی مولانا شبلی کی۔</w:t>
      </w:r>
    </w:p>
    <w:p>
      <w:r>
        <w:rPr>
          <w:b/>
        </w:rPr>
        <w:t xml:space="preserve">[22:41] </w:t>
      </w:r>
      <w:r>
        <w:t>woh aisay baray size pe chapi thi.</w:t>
      </w:r>
    </w:p>
    <w:p>
      <w:pPr>
        <w:jc w:val="right"/>
      </w:pPr>
      <w:r>
        <w:t>وہ ایسے بڑے سائز پہ چھپی تھی۔</w:t>
      </w:r>
    </w:p>
    <w:p>
      <w:r>
        <w:rPr>
          <w:b/>
        </w:rPr>
        <w:t xml:space="preserve">[22:47] </w:t>
      </w:r>
      <w:r>
        <w:t>to mujhe achi tarah yaad hai ke hum bohat parhtay thay is kitab ko. to aap agar dekhen to is ke shuru mein aik safha hota hai jis ko kehtay hain sarnama.</w:t>
      </w:r>
    </w:p>
    <w:p>
      <w:pPr>
        <w:jc w:val="right"/>
      </w:pPr>
      <w:r>
        <w:t>تو مجھے اچھی طرح یاد ہے کہ ہم بہت پڑھتے تھے اس کتاب کو۔ تو آپ اگر دیکھیں تو اس کے شروع میں ایک صفحہ ہوتا ہے جس کو کہتے ہیں سرنامہ۔</w:t>
      </w:r>
    </w:p>
    <w:p>
      <w:r>
        <w:rPr>
          <w:b/>
        </w:rPr>
        <w:t xml:space="preserve">[23:04] </w:t>
      </w:r>
      <w:r>
        <w:t>shuru mein, pehli jild ke shuru mein, us par likha hua hai</w:t>
      </w:r>
    </w:p>
    <w:p>
      <w:pPr>
        <w:jc w:val="right"/>
      </w:pPr>
      <w:r>
        <w:t>شروع میں، پہلی جلد کے شروع میں، اس پر لکھا ہوا ہے</w:t>
      </w:r>
    </w:p>
    <w:p>
      <w:r>
        <w:rPr>
          <w:b/>
        </w:rPr>
        <w:t xml:space="preserve">[23:13] </w:t>
      </w:r>
      <w:r>
        <w:t>bohat hi jali huroof mein,</w:t>
      </w:r>
    </w:p>
    <w:p>
      <w:pPr>
        <w:jc w:val="right"/>
      </w:pPr>
      <w:r>
        <w:t>بہت ہی جلی حروف میں،</w:t>
      </w:r>
    </w:p>
    <w:p>
      <w:r>
        <w:rPr>
          <w:b/>
        </w:rPr>
        <w:t xml:space="preserve">[23:20] </w:t>
      </w:r>
      <w:r>
        <w:t>yani Shibli likhtay hain ke aik aik gadaye bay nawa shashah kodain ke darbar mein ikhlas o aqeedat ki nazar le kar aya hai.</w:t>
      </w:r>
    </w:p>
    <w:p>
      <w:pPr>
        <w:jc w:val="right"/>
      </w:pPr>
      <w:r>
        <w:t>یعنی شبلی لکھتے ہیں کہ ایک ایک گدائے بے نوا شاشہ کوڈین کے دربار میں اخلاص و عقیدت کی نظر لے کر آیا ہے۔</w:t>
      </w:r>
    </w:p>
    <w:p>
      <w:r>
        <w:rPr>
          <w:b/>
        </w:rPr>
        <w:t xml:space="preserve">[23:32] </w:t>
      </w:r>
      <w:r>
        <w:t>tajassum asti bardar o gohar rak tamasha kun.</w:t>
      </w:r>
    </w:p>
    <w:p>
      <w:pPr>
        <w:jc w:val="right"/>
      </w:pPr>
      <w:r>
        <w:t>تجسم استی بردار و گوہر راک تماشہ کن۔</w:t>
      </w:r>
    </w:p>
    <w:p>
      <w:r>
        <w:rPr>
          <w:b/>
        </w:rPr>
        <w:t xml:space="preserve">[23:39] </w:t>
      </w:r>
      <w:r>
        <w:t>aik gadaye bay nawa shashah kodain ke darbar mein ikhlas o aqeedat ki nazar le kar aya hai. ab aap dekhiye, rasool Allah agar shashah konain thay to Allah mein kahan hain?</w:t>
      </w:r>
    </w:p>
    <w:p>
      <w:pPr>
        <w:jc w:val="right"/>
      </w:pPr>
      <w:r>
        <w:t>ایک گدائے بے نوا شاشہ کوڈین کے دربار میں اخلاص و عقیدت کی نظر لے کر آیا ہے۔ اب آپ دیکھیے، رسول اللہ اگر شاشہ کونین تھے تو اللہ میں کہاں ہیں؟</w:t>
      </w:r>
    </w:p>
    <w:p>
      <w:r>
        <w:rPr>
          <w:b/>
        </w:rPr>
        <w:t xml:space="preserve">[23:55] </w:t>
      </w:r>
      <w:r>
        <w:t>to sara konain to rasool Allah ke qabzay mein aa gaya. to Allah mein kahan hain? woh to kahin bhi nowhere hain. to musalmanon ka jo aqeedah hai, supramesis jo musalmanon ka hai,</w:t>
      </w:r>
    </w:p>
    <w:p>
      <w:pPr>
        <w:jc w:val="right"/>
      </w:pPr>
      <w:r>
        <w:t>تو سارا کونین تو رسول اللہ کے قبضے میں آ گیا۔ تو اللہ میں کہاں ہیں؟ وہ تو کہیں بھی نو ویئر ہیں۔ تو مسلمانوں کا جو عقیدہ ہے، سپرامیسز جو مسلمانوں کا ہے،</w:t>
      </w:r>
    </w:p>
    <w:p>
      <w:r>
        <w:rPr>
          <w:b/>
        </w:rPr>
        <w:t xml:space="preserve">[24:10] </w:t>
      </w:r>
      <w:r>
        <w:t>muslim supramisam, is nay Allah taala ko corner kar diya hai. ab beech mein apnay peghambar ko bithha diya hai.</w:t>
      </w:r>
    </w:p>
    <w:p>
      <w:pPr>
        <w:jc w:val="right"/>
      </w:pPr>
      <w:r>
        <w:t>مسلم سپرامیسز، اس نے اللہ تعالیٰ کو کارنر کر دیا ہے۔ اب بیچ میں اپنے پیغمبر کو بٹھا دیا ہے۔</w:t>
      </w:r>
    </w:p>
    <w:p>
      <w:r>
        <w:rPr>
          <w:b/>
        </w:rPr>
        <w:t xml:space="preserve">[24:21] </w:t>
      </w:r>
      <w:r>
        <w:t>lekin us waqt aap us ko bohat samajhtay thay ke bohat bari baat hai. yeh naujawani ki umar mein jab hum us ko parhtay thay, us ko bari baat samajhtay thay.</w:t>
      </w:r>
    </w:p>
    <w:p>
      <w:pPr>
        <w:jc w:val="right"/>
      </w:pPr>
      <w:r>
        <w:t>لیکن اس وقت آپ اس کو بہت سمجھتے تھے کہ بہت بڑی بات ہے۔ یہ نوجوانی کی عمر میں جب ہم اس کو پڑھتے تھے، اس کو بڑی بات سمجھتے تھے۔</w:t>
      </w:r>
    </w:p>
    <w:p>
      <w:r>
        <w:rPr>
          <w:b/>
        </w:rPr>
        <w:t xml:space="preserve">[24:33] </w:t>
      </w:r>
      <w:r>
        <w:t>lekin parhtay parhtay isi mein conditioning ho gayi. bohat dinon tak hum samajhtay rahay ke bohat acha, achi baat hai.</w:t>
      </w:r>
    </w:p>
    <w:p>
      <w:pPr>
        <w:jc w:val="right"/>
      </w:pPr>
      <w:r>
        <w:t>لیکن پڑھتے پڑھتے اسی میں کنڈیشننگ ہو گئی۔ بہت دنوں تک ہم سمجھتے رہے کہ بہت اچھا، اچھی بات ہے۔</w:t>
      </w:r>
    </w:p>
    <w:p>
      <w:r>
        <w:rPr>
          <w:b/>
        </w:rPr>
        <w:t xml:space="preserve">[24:43] </w:t>
      </w:r>
      <w:r>
        <w:t>phir mein nay discover kiya ke yeh to galat baat hai. shandar alfaaz mein, shandar adab mein aik galat baat kahi gayi hai.</w:t>
      </w:r>
    </w:p>
    <w:p>
      <w:pPr>
        <w:jc w:val="right"/>
      </w:pPr>
      <w:r>
        <w:t>پھر میں نے ڈسکور کیا کہ یہ تو غلط بات ہے۔ شاندار الفاظ میں، شاندار ادب میں ایک غلط بات کہی گئی ہے۔</w:t>
      </w:r>
    </w:p>
    <w:p>
      <w:r>
        <w:rPr>
          <w:b/>
        </w:rPr>
        <w:t xml:space="preserve">[24:58] </w:t>
      </w:r>
      <w:r>
        <w:t>aap ghore kijiye ke agar aap ka peghambar shaan shah konain ho to</w:t>
      </w:r>
    </w:p>
    <w:p>
      <w:pPr>
        <w:jc w:val="right"/>
      </w:pPr>
      <w:r>
        <w:t>آپ غور کیجئے کہ اگر آپ کا پیغمبر شانشاہ کونین ہو تو</w:t>
      </w:r>
    </w:p>
    <w:p>
      <w:r>
        <w:rPr>
          <w:b/>
        </w:rPr>
        <w:t xml:space="preserve">[25:08] </w:t>
      </w:r>
      <w:r>
        <w:t>Allah mein kahin to koi jagah nahi rahi.</w:t>
      </w:r>
    </w:p>
    <w:p>
      <w:pPr>
        <w:jc w:val="right"/>
      </w:pPr>
      <w:r>
        <w:t>اللہ میں کہیں تو کوئی جگہ نہیں رہی۔</w:t>
      </w:r>
    </w:p>
    <w:p>
      <w:r>
        <w:rPr>
          <w:b/>
        </w:rPr>
        <w:t xml:space="preserve">[25:13] </w:t>
      </w:r>
      <w:r>
        <w:t>un ko to aap nay corner mein kar diya.</w:t>
      </w:r>
    </w:p>
    <w:p>
      <w:pPr>
        <w:jc w:val="right"/>
      </w:pPr>
      <w:r>
        <w:t>ان کو تو آپ نے کارنر میں کر دیا۔</w:t>
      </w:r>
    </w:p>
    <w:p>
      <w:r>
        <w:rPr>
          <w:b/>
        </w:rPr>
        <w:t xml:space="preserve">[25:19] </w:t>
      </w:r>
      <w:r>
        <w:t>to yeh woh nafsiyat hai jis mein baad ke zamanay ke musalman barhnay aur parwarish panay lagay.</w:t>
      </w:r>
    </w:p>
    <w:p>
      <w:pPr>
        <w:jc w:val="right"/>
      </w:pPr>
      <w:r>
        <w:t>تو یہ وہ نفسیات ہے جس میں بعد کے زمانے کے مسلمان بڑھنے اور پرورش پانے لگے۔</w:t>
      </w:r>
    </w:p>
    <w:p>
      <w:r>
        <w:rPr>
          <w:b/>
        </w:rPr>
        <w:t xml:space="preserve">[25:30] </w:t>
      </w:r>
      <w:r>
        <w:t>isi ko mein kahoon ga ke yeh yeh that was the generation.</w:t>
      </w:r>
    </w:p>
    <w:p>
      <w:pPr>
        <w:jc w:val="right"/>
      </w:pPr>
      <w:r>
        <w:t>اسی کو میں کہوں گا کہ یہ یہ دیٹ واز ڈی جنریشن۔</w:t>
      </w:r>
    </w:p>
    <w:p>
      <w:r>
        <w:rPr>
          <w:b/>
        </w:rPr>
        <w:t xml:space="preserve">[25:38] </w:t>
      </w:r>
      <w:r>
        <w:t>yeh tha muslim supramisizm. yeh tha muslim community ko khair o ummat maan laina.</w:t>
      </w:r>
    </w:p>
    <w:p>
      <w:pPr>
        <w:jc w:val="right"/>
      </w:pPr>
      <w:r>
        <w:t>یہ تھا مسلم سپرامیسزم۔ یہ تھا مسلم کمیونٹی کو خیر و امت مان لینا۔</w:t>
      </w:r>
    </w:p>
    <w:p>
      <w:r>
        <w:rPr>
          <w:b/>
        </w:rPr>
        <w:t xml:space="preserve">[25:49] </w:t>
      </w:r>
      <w:r>
        <w:t>yahi isi ko kehte hain de zawal e ummat. to baad ke zamanay mein jo zawal e ummat hota hai, woh darasal hota hai muslim supramisizm,</w:t>
      </w:r>
    </w:p>
    <w:p>
      <w:pPr>
        <w:jc w:val="right"/>
      </w:pPr>
      <w:r>
        <w:t>یہی اسی کو کہتے ہیں ڈی زوال امت۔ تو بعد کے زمانے میں جو زوال امت ہوتا ہے، وہ دراصل ہوتا ہے مسلم سپرامیسزم،</w:t>
      </w:r>
    </w:p>
    <w:p>
      <w:r>
        <w:rPr>
          <w:b/>
        </w:rPr>
        <w:t xml:space="preserve">[26:02] </w:t>
      </w:r>
      <w:r>
        <w:t>yani false pride. zawal e ummat kya hai? aur nateeja hai false pride ka.</w:t>
      </w:r>
    </w:p>
    <w:p>
      <w:pPr>
        <w:jc w:val="right"/>
      </w:pPr>
      <w:r>
        <w:t>یعنی فالس پرائیڈ۔ زوال امت کیا ہے؟ اور نتیجہ ہے فالس پرائیڈ کا۔</w:t>
      </w:r>
    </w:p>
    <w:p>
      <w:r>
        <w:rPr>
          <w:b/>
        </w:rPr>
        <w:t xml:space="preserve">[26:11] </w:t>
      </w:r>
      <w:r>
        <w:t>to woh daur jo aanay wala tha, jaisay ke hadith mein aata hai: "lazatun man kan qablakum" jo guzra pichli ummaton par, tum par bhi guzray ga.</w:t>
      </w:r>
    </w:p>
    <w:p>
      <w:pPr>
        <w:jc w:val="right"/>
      </w:pPr>
      <w:r>
        <w:t>تو وہ دور جو آنے والا تھا، جیسے کہ حدیث میں آتا ہے: "لذتون من کان قبلکم" جو گزرا پچھلی امتوں پر، تم پر بھی گزرے گا۔</w:t>
      </w:r>
    </w:p>
    <w:p>
      <w:r>
        <w:rPr>
          <w:b/>
        </w:rPr>
        <w:t xml:space="preserve">[26:31] </w:t>
      </w:r>
      <w:r>
        <w:t>yani jo daur zawal aaya, jo de generation hua, jo false pride aaya, woh sab tumharay par aaye ga.</w:t>
      </w:r>
    </w:p>
    <w:p>
      <w:pPr>
        <w:jc w:val="right"/>
      </w:pPr>
      <w:r>
        <w:t>یعنی جو دور زوال آیا، جو ڈی جنریشن ہوا، جو فالس پرائیڈ آیا، وہ سب تمہارے پر آئے گا۔</w:t>
      </w:r>
    </w:p>
    <w:p>
      <w:r>
        <w:rPr>
          <w:b/>
        </w:rPr>
        <w:t xml:space="preserve">[26:44] </w:t>
      </w:r>
      <w:r>
        <w:t>to isi ko, isi ke baray mein peshi ki khabardar karne ke liye yeh surat, yeh suratein shuru mein rakh di gayi taake ab musalman is se bachein.</w:t>
      </w:r>
    </w:p>
    <w:p>
      <w:pPr>
        <w:jc w:val="right"/>
      </w:pPr>
      <w:r>
        <w:t>تو اسی کو، اسی کے بارے میں پیشی کی خبردار کرنے کے لیے یہ سورت، یہ سورتیں شروع میں رکھ دی گئی تاکہ اب مسلمان اس سے بچیں۔</w:t>
      </w:r>
    </w:p>
    <w:p>
      <w:r>
        <w:rPr>
          <w:b/>
        </w:rPr>
        <w:t xml:space="preserve">[26:58] </w:t>
      </w:r>
      <w:r>
        <w:t>yani pichli ummaton ke ke anjaam ko dekh kar musalman apnay aap ko is anjaam se bachein.</w:t>
      </w:r>
    </w:p>
    <w:p>
      <w:pPr>
        <w:jc w:val="right"/>
      </w:pPr>
      <w:r>
        <w:t>یعنی پچھلی امتوں کے کے انجام کو دیکھ کر مسلمان اپنے آپ کو اس انجام سے بچائیں۔</w:t>
      </w:r>
    </w:p>
    <w:p>
      <w:r>
        <w:rPr>
          <w:b/>
        </w:rPr>
        <w:t xml:space="preserve">[27:17] </w:t>
      </w:r>
      <w:r>
        <w:t>lekin mein ilzaam doon ga musalmanon ko nahi, un ke so called leaderon ka. jitnay bhi leader paida hue is zamanay mein, one to all, sab mein supramis,</w:t>
      </w:r>
    </w:p>
    <w:p>
      <w:pPr>
        <w:jc w:val="right"/>
      </w:pPr>
      <w:r>
        <w:t>لیکن میں الزام دوں گا مسلمانوں کو نہیں، ان کے سو کالڈ لیڈروں کا۔ جتنے بھی لیڈر پیدا ہوئے اس زمانے میں، ون ٹو ال، سب میں سپرامیس،</w:t>
      </w:r>
    </w:p>
    <w:p>
      <w:r>
        <w:rPr>
          <w:b/>
        </w:rPr>
        <w:t xml:space="preserve">[27:32] </w:t>
      </w:r>
      <w:r>
        <w:t>muslim yani pride ka zehn diya. un ko</w:t>
      </w:r>
    </w:p>
    <w:p>
      <w:pPr>
        <w:jc w:val="right"/>
      </w:pPr>
      <w:r>
        <w:t>مسلم یعنی پرائیڈ کا ذہن دیا۔ ان کو</w:t>
      </w:r>
    </w:p>
    <w:p>
      <w:r>
        <w:rPr>
          <w:b/>
        </w:rPr>
        <w:t xml:space="preserve">[27:40] </w:t>
      </w:r>
      <w:r>
        <w:t>muslim supramisizm ka zehn diya. wohi hai ke hamara, hamara peghambar shaan shah e konain hai, yeh zehn zehn diya.</w:t>
      </w:r>
    </w:p>
    <w:p>
      <w:pPr>
        <w:jc w:val="right"/>
      </w:pPr>
      <w:r>
        <w:t>مسلم سپرامیسزم کا ذہن دیا۔ وہی ہے کہ ہمارا، ہمارا پیغمبر شانشاہ کونین ہے، یہ ذہن ذہن دیا۔</w:t>
      </w:r>
    </w:p>
    <w:p>
      <w:r>
        <w:rPr>
          <w:b/>
        </w:rPr>
        <w:t xml:space="preserve">[27:52] </w:t>
      </w:r>
      <w:r>
        <w:t>to sara jo blame jata hai, woh baad ke zamanay ke muslim leaderon ko. aur yahi hua yahood ke sath.</w:t>
      </w:r>
    </w:p>
    <w:p>
      <w:pPr>
        <w:jc w:val="right"/>
      </w:pPr>
      <w:r>
        <w:t>تو سارا جو بلیو جاتا ہے، وہ بعد کے زمانے کے مسلم لیڈروں کو۔ اور یہی ہوا یہود کے ساتھ۔</w:t>
      </w:r>
    </w:p>
    <w:p>
      <w:r>
        <w:rPr>
          <w:b/>
        </w:rPr>
        <w:t xml:space="preserve">[28:03] </w:t>
      </w:r>
      <w:r>
        <w:t>yahood mein jo jewish supramisizm aaya, musalman jo baad ke zamanay mein, musalman mein, baad ke zamanay mein yahood mein jo jewish supramisizm aaya, woh bhi yahood ke abaar o roohbaan, yahood ke ulama ke wajah se aaya.</w:t>
      </w:r>
    </w:p>
    <w:p>
      <w:pPr>
        <w:jc w:val="right"/>
      </w:pPr>
      <w:r>
        <w:t>یہود میں جو جوئس سپرامیسزم آیا، مسلمان جو بعد کے زمانے میں، مسلمان میں، بعد کے زمانے میں یہود میں جو جوئس سپرامیسزم آیا، وہ بھی یہود کے ابار و رہبان، یہود کے علماء کے وجہ سے آیا۔</w:t>
      </w:r>
    </w:p>
    <w:p>
      <w:r>
        <w:rPr>
          <w:b/>
        </w:rPr>
        <w:t xml:space="preserve">[28:24] </w:t>
      </w:r>
      <w:r>
        <w:t>yahood ke ulama ne yeh yeh zehn diya un ko.</w:t>
      </w:r>
    </w:p>
    <w:p>
      <w:pPr>
        <w:jc w:val="right"/>
      </w:pPr>
      <w:r>
        <w:t>یہود کے علماء نے یہ یہ ذہن دیا ان کو۔</w:t>
      </w:r>
    </w:p>
    <w:p>
      <w:r>
        <w:rPr>
          <w:b/>
        </w:rPr>
        <w:t xml:space="preserve">[28:32] </w:t>
      </w:r>
      <w:r>
        <w:t>to musalmanon ke khawas par zimmedari aati hai ke yeh zehn paida ho. awam to becharay kya jaane, jo un ke khawas batate hain, usi mein khud usi ka shikar hua.</w:t>
      </w:r>
    </w:p>
    <w:p>
      <w:pPr>
        <w:jc w:val="right"/>
      </w:pPr>
      <w:r>
        <w:t>تو مسلمانوں کے خواص پر ذمہ داری آتی ہے کہ یہ ذہن پیدا ہو۔ عوام تو بیچارے کیا جانے، جو ان کے خواص بتاتے ہیں، اسی میں خود اسی کا شکار ہوا۔</w:t>
      </w:r>
    </w:p>
    <w:p>
      <w:r>
        <w:rPr>
          <w:b/>
        </w:rPr>
        <w:t xml:space="preserve">[28:49] </w:t>
      </w:r>
      <w:r>
        <w:t>meri shuru ki jo kitabein ya tehreerein hain, woh muslim oriented hain. isi liye baad ko mein ne discover kiya ke asal cheez millat nahi hai, asal cheez peghambaron ka deen hai.</w:t>
      </w:r>
    </w:p>
    <w:p>
      <w:pPr>
        <w:jc w:val="right"/>
      </w:pPr>
      <w:r>
        <w:t>میری شروع کی جو کتابیں یا تحریریں ہیں، وہ مسلم اورینٹڈ ہیں۔ اسی لیے بعد کو میں نے ڈسکور کیا کہ اصل چیز ملت نہیں ہے، اصل چیز پیغمبروں کا دین ہے۔</w:t>
      </w:r>
    </w:p>
    <w:p>
      <w:r>
        <w:rPr>
          <w:b/>
        </w:rPr>
        <w:t xml:space="preserve">[29:10] </w:t>
      </w:r>
      <w:r>
        <w:t>asal cheez muslim partist nahi hai, balke dawat hai.</w:t>
      </w:r>
    </w:p>
    <w:p>
      <w:pPr>
        <w:jc w:val="right"/>
      </w:pPr>
      <w:r>
        <w:t>اصل چیز مسلم پارٹسٹ نہیں ہے، بلکہ دعوت ہے۔</w:t>
      </w:r>
    </w:p>
    <w:p>
      <w:r>
        <w:rPr>
          <w:b/>
        </w:rPr>
        <w:t xml:space="preserve">[29:22] </w:t>
      </w:r>
      <w:r>
        <w:t>to yeh quran ke shuru mein yeh jo ayatein hain, yeh jo suratein hain,</w:t>
      </w:r>
    </w:p>
    <w:p>
      <w:pPr>
        <w:jc w:val="right"/>
      </w:pPr>
      <w:r>
        <w:t>تو یہ قرآن کے شروع میں یہ جو آیتیں ہیں، یہ جو سورتیں ہیں،</w:t>
      </w:r>
    </w:p>
    <w:p>
      <w:r>
        <w:rPr>
          <w:b/>
        </w:rPr>
        <w:t xml:space="preserve">[29:33] </w:t>
      </w:r>
      <w:r>
        <w:t>al baqarah, aal imran,</w:t>
      </w:r>
    </w:p>
    <w:p>
      <w:pPr>
        <w:jc w:val="right"/>
      </w:pPr>
      <w:r>
        <w:t>البقرہ، آل عمران،</w:t>
      </w:r>
    </w:p>
    <w:p>
      <w:r>
        <w:rPr>
          <w:b/>
        </w:rPr>
        <w:t xml:space="preserve">[29:40] </w:t>
      </w:r>
      <w:r>
        <w:t>yeh chaar suratein hain. chaar suratein hain shuru ki jo rabb e quran hain, us mein bohat ziyada zikr hai yahood ka.</w:t>
      </w:r>
    </w:p>
    <w:p>
      <w:pPr>
        <w:jc w:val="right"/>
      </w:pPr>
      <w:r>
        <w:t>یہ چار سورتیں ہیں۔ چار سورتیں ہیں شروع کی جو رب قرآن ہیں، اس میں بہت زیادہ ذکر ہے یہود کا۔</w:t>
      </w:r>
    </w:p>
    <w:p>
      <w:r>
        <w:rPr>
          <w:b/>
        </w:rPr>
        <w:t xml:space="preserve">[29:52] </w:t>
      </w:r>
      <w:r>
        <w:t>condemn kiya gaya hai un ko. yeh hai</w:t>
      </w:r>
    </w:p>
    <w:p>
      <w:pPr>
        <w:jc w:val="right"/>
      </w:pPr>
      <w:r>
        <w:t>کنڈیم کیا گیا ہے ان کو۔ یہ ہے</w:t>
      </w:r>
    </w:p>
    <w:p>
      <w:r>
        <w:rPr>
          <w:b/>
        </w:rPr>
        <w:t xml:space="preserve">[29:58] </w:t>
      </w:r>
      <w:r>
        <w:t>yahood ke hawale se musalmanon ko hemani karna, yahood ke hawale se musalmanon ko naseehat karna.</w:t>
      </w:r>
    </w:p>
    <w:p>
      <w:pPr>
        <w:jc w:val="right"/>
      </w:pPr>
      <w:r>
        <w:t>یہود کے حوالے سے مسلمانوں کو ہیمنی کرنا، یہود کے حوالے سے مسلمانوں کو نصیحت کرنا۔</w:t>
      </w:r>
    </w:p>
    <w:p>
      <w:r>
        <w:rPr>
          <w:b/>
        </w:rPr>
        <w:t xml:space="preserve">[30:16] </w:t>
      </w:r>
      <w:r>
        <w:t>aur mein kahoon ga ke yeh yeh Allah ke taraf se yeh suratein goya ke goya ke peghambar ki</w:t>
      </w:r>
    </w:p>
    <w:p>
      <w:pPr>
        <w:jc w:val="right"/>
      </w:pPr>
      <w:r>
        <w:t>اور میں کہوں گا کہ یہ یہ اللہ کے طرف سے یہ سورتیں گویا کہ گویا کہ پیغمبر کی</w:t>
      </w:r>
    </w:p>
    <w:p>
      <w:r>
        <w:rPr>
          <w:b/>
        </w:rPr>
        <w:t xml:space="preserve">[30:31] </w:t>
      </w:r>
      <w:r>
        <w:t>jagah par hain. agar musalmanon mein baad ke zamanay mein peghambar aata hai to yeh baatein karta hai. woh to quran mein us ko rakh diya gaya.</w:t>
      </w:r>
    </w:p>
    <w:p>
      <w:pPr>
        <w:jc w:val="right"/>
      </w:pPr>
      <w:r>
        <w:t>جگہ پر ہیں۔ اگر مسلمانوں میں بعد کے زمانے میں پیغمبر آتا ہے تو یہ باتیں کرتا ہے۔ وہ تو قرآن میں اس کو رکھ دیا گیا۔</w:t>
      </w:r>
    </w:p>
    <w:p>
      <w:r>
        <w:rPr>
          <w:b/>
        </w:rPr>
        <w:t xml:space="preserve">[30:45] </w:t>
      </w:r>
      <w:r>
        <w:t>to musalmanon ke liye yeh surtein paighambar ka alternative hain.</w:t>
      </w:r>
    </w:p>
    <w:p>
      <w:pPr>
        <w:jc w:val="right"/>
      </w:pPr>
      <w:r>
        <w:t>تو مسلمانوں کے لیے یہ سورتیں پیغمبر کا الٹرنیٹو ہیں۔</w:t>
      </w:r>
    </w:p>
    <w:p>
      <w:r>
        <w:rPr>
          <w:b/>
        </w:rPr>
        <w:t xml:space="preserve">[30:59] </w:t>
      </w:r>
      <w:r>
        <w:t>musalmanon ko chahiye ke in surton ko, yaani quran ki in ibtidai surton ko, apne liye</w:t>
      </w:r>
    </w:p>
    <w:p>
      <w:pPr>
        <w:jc w:val="right"/>
      </w:pPr>
      <w:r>
        <w:t>مسلمانوں کو چاہیے کہ ان سورتوں کو، یعنی قرآن کی ان ابتدائی سورتوں کو، اپنے لیے</w:t>
      </w:r>
    </w:p>
    <w:p>
      <w:r>
        <w:rPr>
          <w:b/>
        </w:rPr>
        <w:t xml:space="preserve">[31:09] </w:t>
      </w:r>
      <w:r>
        <w:t>ek paighambari anzaar samjhein. jis tarah masih ne yahood ko anzaar kiya, jis tarah rasool allah ne yahood ko anzaar kiya,</w:t>
      </w:r>
    </w:p>
    <w:p>
      <w:pPr>
        <w:jc w:val="right"/>
      </w:pPr>
      <w:r>
        <w:t>ایک پیغمبرانہ انظار سمجھیں۔ جس طرح مسیح نے یہود کو انظار کیا، جس طرح رسول اللہ نے یہود کو انظار کیا،</w:t>
      </w:r>
    </w:p>
    <w:p>
      <w:r>
        <w:rPr>
          <w:b/>
        </w:rPr>
        <w:t xml:space="preserve">[31:24] </w:t>
      </w:r>
      <w:r>
        <w:t>waise hi yeh yeh ayat, yeh surtein quran ki surtein hain. paighambar ke absence mein,</w:t>
      </w:r>
    </w:p>
    <w:p>
      <w:pPr>
        <w:jc w:val="right"/>
      </w:pPr>
      <w:r>
        <w:t>ویسے ہی یہ یہ آیت، یہ سورتیں قرآن کی سورتیں ہیں۔ پیغمبر کے ابسنس میں،</w:t>
      </w:r>
    </w:p>
    <w:p>
      <w:r>
        <w:rPr>
          <w:b/>
        </w:rPr>
        <w:t xml:space="preserve">[31:36] </w:t>
      </w:r>
      <w:r>
        <w:t>paighambar ke absence mein quran ki ibtidai surtein yeh musalmanon ke liye paighambari anzaar hain.</w:t>
      </w:r>
    </w:p>
    <w:p>
      <w:pPr>
        <w:jc w:val="right"/>
      </w:pPr>
      <w:r>
        <w:t>پیغمبر کے ابسنس میں قرآن کی ابتدائی سورتیں یہ مسلمانوں کے لیے پیغمبرانہ انظار ہیں۔</w:t>
      </w:r>
    </w:p>
    <w:p>
      <w:r>
        <w:rPr>
          <w:b/>
        </w:rPr>
        <w:t xml:space="preserve">[31:48] </w:t>
      </w:r>
      <w:r>
        <w:t>woh kehte thay ke "qoolo qoolo hudan" aur "nasara yahoodi ban jao, masih ban jao" to bas nijat ho jaye gi.</w:t>
      </w:r>
    </w:p>
    <w:p>
      <w:pPr>
        <w:jc w:val="right"/>
      </w:pPr>
      <w:r>
        <w:t>وہ کہتے تھے کہ "قولو قولو ہدن" اور "نصاری یہودی بن جاؤ، مسیح بن جاؤ" تو بس نجات ہو جائے گی۔</w:t>
      </w:r>
    </w:p>
    <w:p>
      <w:r>
        <w:rPr>
          <w:b/>
        </w:rPr>
        <w:t xml:space="preserve">[31:58] </w:t>
      </w:r>
      <w:r>
        <w:t>ab musalman hi yehi sochne lage hain. sare musalman ye samajhte hain ke hum muslim ghar mein paida ho gaye to bas hamari nijat pakki hai.</w:t>
      </w:r>
    </w:p>
    <w:p>
      <w:pPr>
        <w:jc w:val="right"/>
      </w:pPr>
      <w:r>
        <w:t>اب مسلمان ہی یہی سوچنے لگے ہیں۔ سارے مسلمان یہ سمجھتے ہیں کہ ہم مسلم گھر میں پیدا ہوگئے تو بس ہماری نجات پکی ہے۔</w:t>
      </w:r>
    </w:p>
    <w:p>
      <w:r>
        <w:rPr>
          <w:b/>
        </w:rPr>
        <w:t xml:space="preserve">[32:11] </w:t>
      </w:r>
      <w:r>
        <w:t>is se jhoota false pride aya hai. false pride se bohat si aur kharabiyan paida hoti hain. ladai jhagda aur</w:t>
      </w:r>
    </w:p>
    <w:p>
      <w:pPr>
        <w:jc w:val="right"/>
      </w:pPr>
      <w:r>
        <w:t>اس سے جھوٹا فالس پرائیڈ آیا ہے۔ فالس پرائیڈ سے بہت سی اور خرابیاں پیدا ہوتی ہیں۔ لڑائی جھگڑا اور</w:t>
      </w:r>
    </w:p>
    <w:p>
      <w:r>
        <w:rPr>
          <w:b/>
        </w:rPr>
        <w:t xml:space="preserve">[32:28] </w:t>
      </w:r>
      <w:r>
        <w:t>tashaddud ka culture yeh sab is ki wajah se aya hai. jis cheez ko aaj kal duniya keh rahi hai "muslim muslim militancy", "muslim radicals", "muslim radicalism" waghera, is tarah ke jo alfaaz bole jatay hain, woh sab nataija hai musalmanon ke false pride ki wajah se.</w:t>
      </w:r>
    </w:p>
    <w:p>
      <w:pPr>
        <w:jc w:val="right"/>
      </w:pPr>
      <w:r>
        <w:t>تشدد کا کلچر یہ سب اس کی وجہ سے آیا ہے۔ جس چیز کو آج کل دنیا کہہ رہی ہے "مسلم مسلم ملٹینسی"، "مسلم ریڈیکلز"، "مسلم ریڈیکلزم" وغیرہ، اس طرح کے جو الفاظ بولے جاتے ہیں، وہ سب نتیجہ ہے مسلمانوں کے فالس پرائیڈ کی وجہ سے۔</w:t>
      </w:r>
    </w:p>
    <w:p>
      <w:r>
        <w:rPr>
          <w:b/>
        </w:rPr>
        <w:t xml:space="preserve">[32:56] </w:t>
      </w:r>
      <w:r>
        <w:t>isi false pride ki wajah se yeh haal hai musalmanon ka ke woh bohat jaldi bhark uthte hain, ladne ke liye tayyar hotay hain.</w:t>
      </w:r>
    </w:p>
    <w:p>
      <w:pPr>
        <w:jc w:val="right"/>
      </w:pPr>
      <w:r>
        <w:t>اسی فالس پرائیڈ کی وجہ سے یہ حال ہے مسلمانوں کا کہ وہ بہت جلدی بھڑک اٹھتے ہیں، لڑنے کے لیے تیار ہوتے ہیں۔</w:t>
      </w:r>
    </w:p>
    <w:p>
      <w:r>
        <w:rPr>
          <w:b/>
        </w:rPr>
        <w:t xml:space="preserve">[33:10] </w:t>
      </w:r>
      <w:r>
        <w:t>to musalmanon ko chounke un ke darmiyan aage paighambar nahi aanay wala tha, to allah taala ne precaution ke taur par,</w:t>
      </w:r>
    </w:p>
    <w:p>
      <w:pPr>
        <w:jc w:val="right"/>
      </w:pPr>
      <w:r>
        <w:t>تو مسلمانوں کو چونکہ ان کے درمیان آگے پیغمبر نہیں آنے والا تھا، تو اللہ تعالیٰ نے پریکاشن کے طور پر،</w:t>
      </w:r>
    </w:p>
    <w:p>
      <w:r>
        <w:rPr>
          <w:b/>
        </w:rPr>
        <w:t xml:space="preserve">[33:25] </w:t>
      </w:r>
      <w:r>
        <w:t>precaution ke taur par yeh surtein quran ke shuru mein shamil kar dein</w:t>
      </w:r>
    </w:p>
    <w:p>
      <w:pPr>
        <w:jc w:val="right"/>
      </w:pPr>
      <w:r>
        <w:t>پریکاشن کے طور پر یہ سورتیں قرآن کے شروع میں شامل کر دیں</w:t>
      </w:r>
    </w:p>
    <w:p>
      <w:r>
        <w:rPr>
          <w:b/>
        </w:rPr>
        <w:t xml:space="preserve">[33:32] </w:t>
      </w:r>
      <w:r>
        <w:t>taake musalman apne aap ko is anjaam se bachayein.</w:t>
      </w:r>
    </w:p>
    <w:p>
      <w:pPr>
        <w:jc w:val="right"/>
      </w:pPr>
      <w:r>
        <w:t>تاکہ مسلمان اپنے آپ کو اس انجام سے بچائیں۔</w:t>
      </w:r>
    </w:p>
    <w:p>
      <w:r>
        <w:rPr>
          <w:b/>
        </w:rPr>
        <w:t xml:space="preserve">[33:44] </w:t>
      </w:r>
      <w:r>
        <w:t>lekin chounke dekhiye, jab ghar mein, madrase mein, masjid mein, jalsay mein har jagah charcha wahi hone lage to conditioning, conditioning jo hai, woh prevail karti hai.</w:t>
      </w:r>
    </w:p>
    <w:p>
      <w:pPr>
        <w:jc w:val="right"/>
      </w:pPr>
      <w:r>
        <w:t>لیکن چونکہ دیکھیے، جب گھر میں، مدرسے میں، مسجد میں، جلسے میں ہر جگہ چرچا وہی ہونے لگے تو کنڈیشننگ، کنڈیشننگ جو ہے، وہ پریول کرتی ہے۔</w:t>
      </w:r>
    </w:p>
    <w:p>
      <w:r>
        <w:rPr>
          <w:b/>
        </w:rPr>
        <w:t xml:space="preserve">[34:00] </w:t>
      </w:r>
      <w:r>
        <w:t>yeh mein khud ka shikar hua</w:t>
      </w:r>
    </w:p>
    <w:p>
      <w:pPr>
        <w:jc w:val="right"/>
      </w:pPr>
      <w:r>
        <w:t>یہ میں خود کا شکار ہوا</w:t>
      </w:r>
    </w:p>
    <w:p>
      <w:r>
        <w:rPr>
          <w:b/>
        </w:rPr>
        <w:t xml:space="preserve">[34:06] </w:t>
      </w:r>
      <w:r>
        <w:t>ke mein jis ghar mein paida hua, jis mahol mein parha parha, jo jo jo jis masjid mein namazein padhein, jis madrase mein taleem hasil ki, woh har jagah, har jagah, har jagah,</w:t>
      </w:r>
    </w:p>
    <w:p>
      <w:pPr>
        <w:jc w:val="right"/>
      </w:pPr>
      <w:r>
        <w:t>کہ میں جس گھر میں پیدا ہوا، جس ماحول میں پڑھا پڑھا، جو جو جو جس مسجد میں نمازیں پڑھیں، جس مدرسے میں تعلیم حاصل کی، وہ ہر جگہ، ہر جگہ، ہر جگہ،</w:t>
      </w:r>
    </w:p>
    <w:p>
      <w:r>
        <w:rPr>
          <w:b/>
        </w:rPr>
        <w:t xml:space="preserve">[34:22] </w:t>
      </w:r>
      <w:r>
        <w:t>har jagah bas muslim fakhar ki ibadat thi, muslim fakhar ki ibadat thi.</w:t>
      </w:r>
    </w:p>
    <w:p>
      <w:pPr>
        <w:jc w:val="right"/>
      </w:pPr>
      <w:r>
        <w:t>ہر جگہ بس مسلم فخر کی عبادت تھی، مسلم فخر کی عبادت تھی۔</w:t>
      </w:r>
    </w:p>
    <w:p>
      <w:r>
        <w:rPr>
          <w:b/>
        </w:rPr>
        <w:t xml:space="preserve">[34:35] </w:t>
      </w:r>
      <w:r>
        <w:t>to bohat isi mein condition ho gaya. mein baad ko jab mein ne bohat ziyada study ki quran o hadith ki, tab mein ne discover kiya baqayda ke mein to false foot mein jee raha tha.</w:t>
      </w:r>
    </w:p>
    <w:p>
      <w:pPr>
        <w:jc w:val="right"/>
      </w:pPr>
      <w:r>
        <w:t>تو بہت اسی میں کنڈیشن ہو گیا۔ میں بعد کو جب میں نے بہت زیادہ اسٹڈی کی قرآن و حدیث کی، تب میں نے ڈسکور کیا باقاعدہ کہ میں تو فالس فوٹ میں جی رہا تھا۔</w:t>
      </w:r>
    </w:p>
    <w:p>
      <w:r>
        <w:rPr>
          <w:b/>
        </w:rPr>
        <w:t xml:space="preserve">[34:54] </w:t>
      </w:r>
      <w:r>
        <w:t>aur tab mein ne yeh soch soch chalte chalte aaj is ka culmination tha. culmination aaj mein ne discover kiya ke quran ki shuru mein jo surtein hain,</w:t>
      </w:r>
    </w:p>
    <w:p>
      <w:pPr>
        <w:jc w:val="right"/>
      </w:pPr>
      <w:r>
        <w:t>اور تب میں نے یہ سوچ سوچ چلتے چلتے آج اس کا کلمیشن تھا۔ کلمیشن آج میں نے ڈسکور کیا کہ قرآن کی شروع میں جو سورتیں ہیں،</w:t>
      </w:r>
    </w:p>
    <w:p>
      <w:r>
        <w:rPr>
          <w:b/>
        </w:rPr>
        <w:t xml:space="preserve">[35:11] </w:t>
      </w:r>
      <w:r>
        <w:t>woh musalmanon ke liye bohat bari rehmat hai,</w:t>
      </w:r>
    </w:p>
    <w:p>
      <w:pPr>
        <w:jc w:val="right"/>
      </w:pPr>
      <w:r>
        <w:t>وہ مسلمانوں کے لیے بہت بڑی رحمت ہے،</w:t>
      </w:r>
    </w:p>
    <w:p>
      <w:r>
        <w:rPr>
          <w:b/>
        </w:rPr>
        <w:t xml:space="preserve">[35:18] </w:t>
      </w:r>
      <w:r>
        <w:t>bohat bari rehmat hai.</w:t>
      </w:r>
    </w:p>
    <w:p>
      <w:pPr>
        <w:jc w:val="right"/>
      </w:pPr>
      <w:r>
        <w:t>بہت بڑی رحمت ہے۔</w:t>
      </w:r>
    </w:p>
    <w:p>
      <w:r>
        <w:rPr>
          <w:b/>
        </w:rPr>
        <w:t xml:space="preserve">[35:24] </w:t>
      </w:r>
      <w:r>
        <w:t>yeh musalmanon ko batati hain ke baad ke zamanay mein jo fitrat ke qanoon ke tehat, law of nature ke tehat, woh degeneration ka shikar hon to us waqt unhein apni ko regenerate karne ke liye kya karna chahiye.</w:t>
      </w:r>
    </w:p>
    <w:p>
      <w:pPr>
        <w:jc w:val="right"/>
      </w:pPr>
      <w:r>
        <w:t>یہ مسلمانوں کو بتاتی ہیں کہ بعد کے زمانے میں جو فطرت کے قانون کے تحت، لاء آف نیچر کے تحت، وہ ڈی جنریشن کا شکار ہوں تو اس وقت انہیں اپنی کو ری جنریٹ کرنے کے لیے کیا کرنا چاہیے۔</w:t>
      </w:r>
    </w:p>
    <w:p>
      <w:r>
        <w:rPr>
          <w:b/>
        </w:rPr>
        <w:t xml:space="preserve">[35:46] </w:t>
      </w:r>
      <w:r>
        <w:t>yaani yeh surtein jo quran ke shuru mein hain, woh is liye hain ke musalman jab fitrat, law of nature ke tehat</w:t>
      </w:r>
    </w:p>
    <w:p>
      <w:pPr>
        <w:jc w:val="right"/>
      </w:pPr>
      <w:r>
        <w:t>یعنی یہ سورتیں جو قرآن کے شروع میں ہیں، وہ اس لیے ہیں کہ مسلمان جب فطرت، لاء آف نیچر کے تحت</w:t>
      </w:r>
    </w:p>
    <w:p>
      <w:r>
        <w:rPr>
          <w:b/>
        </w:rPr>
        <w:t xml:space="preserve">[36:01] </w:t>
      </w:r>
      <w:r>
        <w:t>shikar hon, degeneration ka, to us ke baad woh janen ke millat ko dobara regenerate karne ke liye unhein kya karna chahiye.</w:t>
      </w:r>
    </w:p>
    <w:p>
      <w:pPr>
        <w:jc w:val="right"/>
      </w:pPr>
      <w:r>
        <w:t>شکار ہوں، ڈی جنریشن کا، تو اس کے بعد وہ جانیں کہ ملت کو دوبارہ ری جنریٹ کرنے کے لیے انہیں کیا کرنا چاہیے۔</w:t>
      </w:r>
    </w:p>
    <w:p>
      <w:r>
        <w:rPr>
          <w:b/>
        </w:rPr>
        <w:t xml:space="preserve">[36:22] </w:t>
      </w:r>
      <w:r>
        <w:t>yeh raaz</w:t>
      </w:r>
    </w:p>
    <w:p>
      <w:pPr>
        <w:jc w:val="right"/>
      </w:pPr>
      <w:r>
        <w:t>یہ راز</w:t>
      </w:r>
    </w:p>
    <w:p>
      <w:r>
        <w:rPr>
          <w:b/>
        </w:rPr>
        <w:t xml:space="preserve">[36:27] </w:t>
      </w:r>
      <w:r>
        <w:t>to is ka ma'ni hai ke shuru mein yeh jo suratein hain quran ke shuru mein, to woh hain emphasis ke liye.</w:t>
      </w:r>
    </w:p>
    <w:p>
      <w:pPr>
        <w:jc w:val="right"/>
      </w:pPr>
      <w:r>
        <w:t>تو اس کا معنی ہے کہ شروع میں یہ جو سورتیں ہیں قرآن کے شروع میں، تو وہ ہیں امفیسز کے لیے۔</w:t>
      </w:r>
    </w:p>
    <w:p>
      <w:r>
        <w:rPr>
          <w:b/>
        </w:rPr>
        <w:t xml:space="preserve">[36:41] </w:t>
      </w:r>
      <w:r>
        <w:t>yeh suratein jo quran ke aaghaz mein rakhi gayi hain, woh aayi hain emphasis ke liye.</w:t>
      </w:r>
    </w:p>
    <w:p>
      <w:pPr>
        <w:jc w:val="right"/>
      </w:pPr>
      <w:r>
        <w:t>یہ سورتیں جو قرآن کے آغاز میں رکھی گئی ہیں، وہ آئی ہیں امفیسز کے لیے۔</w:t>
      </w:r>
    </w:p>
    <w:p>
      <w:r>
        <w:rPr>
          <w:b/>
        </w:rPr>
        <w:t xml:space="preserve">[36:52] </w:t>
      </w:r>
      <w:r>
        <w:t>yani in suraton ke mein jo mazameen hain, un ki ahmiyat batane ke liye, un par un ko emphasize karne ke liye, un un suraton ka aaghaz mein rakh diya gaya.</w:t>
      </w:r>
    </w:p>
    <w:p>
      <w:pPr>
        <w:jc w:val="right"/>
      </w:pPr>
      <w:r>
        <w:t>یعنی ان سورتوں کے میں جو مضامین ہیں، ان کی اہمیت بتانے کے لیے، ان پر ان کو ایمفسائز کرنے کے لیے، ان ان سورتوں کا آغاز میں رکھ دیا گیا۔</w:t>
      </w:r>
    </w:p>
    <w:p>
      <w:r>
        <w:rPr>
          <w:b/>
        </w:rPr>
        <w:t xml:space="preserve">[37:16] </w:t>
      </w:r>
      <w:r>
        <w:t>in suraton ka khulasa yeh jo mein ne aaj parha aap ke samne, phir se parh dijiye: "qul kon hudā aur naṣārā bil-millat".</w:t>
      </w:r>
    </w:p>
    <w:p>
      <w:pPr>
        <w:jc w:val="right"/>
      </w:pPr>
      <w:r>
        <w:t>ان سورتوں کا خلاصہ یہ جو میں نے آج پڑھا آپ کے سامنے، پھر سے پڑھ دیجئے: "قل کون ہودا اور نصاری بالملت"۔</w:t>
      </w:r>
    </w:p>
    <w:p>
      <w:r>
        <w:rPr>
          <w:b/>
        </w:rPr>
        <w:t xml:space="preserve">[37:27] </w:t>
      </w:r>
      <w:r>
        <w:t>wa qālū "kon hudā aur naṣārā taḥaddū qalb al-millat ibrāhīm ḥanīfā". hāñ, dekhiye, pichli ummaten jo hain</w:t>
      </w:r>
    </w:p>
    <w:p>
      <w:pPr>
        <w:jc w:val="right"/>
      </w:pPr>
      <w:r>
        <w:t>وقالو "کون ہودا اور نصاری تحددو قلب الملت ابراہیم حنیفہ"۔ ہاں، دیکھیے، پچھلی امتیں جو ہیں</w:t>
      </w:r>
    </w:p>
    <w:p>
      <w:r>
        <w:rPr>
          <w:b/>
        </w:rPr>
        <w:t xml:space="preserve">[37:41] </w:t>
      </w:r>
      <w:r>
        <w:t>apne daur zawāl mein, apne jab un ka degeneration shuru hoga to kya kehne lagenge ke "yahudi ban jao, naṣārā ban jao" to bas tumhari nijat pakki hai,</w:t>
      </w:r>
    </w:p>
    <w:p>
      <w:pPr>
        <w:jc w:val="right"/>
      </w:pPr>
      <w:r>
        <w:t>اپنے دور زوال میں، اپنے جب ان کا ڈی جنریشن شروع ہوگا تو کیا کہنے لگیں کہ "یہودی بن جاؤ، نصاری بن جاؤ" تو بس تمہاری نجات پکی ہے،</w:t>
      </w:r>
    </w:p>
    <w:p>
      <w:r>
        <w:rPr>
          <w:b/>
        </w:rPr>
        <w:t xml:space="preserve">[37:57] </w:t>
      </w:r>
      <w:r>
        <w:t>tumhara salvation pakka hai.</w:t>
      </w:r>
    </w:p>
    <w:p>
      <w:pPr>
        <w:jc w:val="right"/>
      </w:pPr>
      <w:r>
        <w:t>تمہارا سالویشن پکا ہے۔</w:t>
      </w:r>
    </w:p>
    <w:p>
      <w:r>
        <w:rPr>
          <w:b/>
        </w:rPr>
        <w:t xml:space="preserve">[38:03] </w:t>
      </w:r>
      <w:r>
        <w:t>yahi baad ke zamane mein musalmanon mein aane wala tha. to Allah ta'ala ne predict kiya ke isi taur par jana kaisa hoga.</w:t>
      </w:r>
    </w:p>
    <w:p>
      <w:pPr>
        <w:jc w:val="right"/>
      </w:pPr>
      <w:r>
        <w:t>یہی بعد کے زمانے میں مسلمانوں میں آنے والا تھا۔ تو اللہ تعالیٰ نے پریڈکٹ کیا کہ اسی طور پر جانا کیسا ہوگا۔</w:t>
      </w:r>
    </w:p>
    <w:p>
      <w:r>
        <w:rPr>
          <w:b/>
        </w:rPr>
        <w:t xml:space="preserve">[38:16] </w:t>
      </w:r>
      <w:r>
        <w:t>is liye yeh suratein rakh dein quran ke aaghaz mein</w:t>
      </w:r>
    </w:p>
    <w:p>
      <w:pPr>
        <w:jc w:val="right"/>
      </w:pPr>
      <w:r>
        <w:t>اس لیے یہ سورتیں رکھ دیں قرآن کے آغاز میں</w:t>
      </w:r>
    </w:p>
    <w:p>
      <w:r>
        <w:rPr>
          <w:b/>
        </w:rPr>
        <w:t xml:space="preserve">[38:23] </w:t>
      </w:r>
      <w:r>
        <w:t>taake baad ke zamane mein musalman is raaz ko samjhein ke degeneration yeh sab jo un ke andar hai ke rasool Allah ke gustakhiyan bata kar ladne lagte hain.</w:t>
      </w:r>
    </w:p>
    <w:p>
      <w:pPr>
        <w:jc w:val="right"/>
      </w:pPr>
      <w:r>
        <w:t>تاکہ بعد کے زمانے میں مسلمان اس راز کو سمجھیں کہ ڈی جنریشن یہ سب جو ان کے اندر ہے کہ رسول اللہ کے گستاخیاں بتا کر لڑنے لگتے ہیں۔</w:t>
      </w:r>
    </w:p>
    <w:p>
      <w:r>
        <w:rPr>
          <w:b/>
        </w:rPr>
        <w:t xml:space="preserve">[38:41] </w:t>
      </w:r>
      <w:r>
        <w:t>aur aap jante hain ke kai mulkon mein qanoon banaya baqayda ke jo rasool Allah ki gustakhi kare, woh qatl kiya jaye. yeh qanoon bilashuba Islam ke khilaf hai.</w:t>
      </w:r>
    </w:p>
    <w:p>
      <w:pPr>
        <w:jc w:val="right"/>
      </w:pPr>
      <w:r>
        <w:t>اور آپ جانتے ہیں کہ کئی ملکوں میں قانون بنایا باقاعدہ کہ جو رسول اللہ کی گستاخی کرے، وہ قتل کیا جائے۔ یہ قانون بلاشبہ اسلام کے خلاف ہے۔</w:t>
      </w:r>
    </w:p>
    <w:p>
      <w:r>
        <w:rPr>
          <w:b/>
        </w:rPr>
        <w:t xml:space="preserve">[38:55] </w:t>
      </w:r>
      <w:r>
        <w:t>agar koi shakhs aap ke nazdeek gustakhi karta hai to aap kitab likhiye, aap kitab likhiye, aap se mil ke samjhaiye aur us se discuss kijiye,</w:t>
      </w:r>
    </w:p>
    <w:p>
      <w:pPr>
        <w:jc w:val="right"/>
      </w:pPr>
      <w:r>
        <w:t>اگر کوئی شخص آپ کے نزدیک گستاخی کرتا ہے تو آپ کتاب لکھیے، آپ کتاب لکھیے، آپ سے مل کے سمجھائیے اور اس سے ڈسکس کیجئے،</w:t>
      </w:r>
    </w:p>
    <w:p>
      <w:r>
        <w:rPr>
          <w:b/>
        </w:rPr>
        <w:t xml:space="preserve">[39:10] </w:t>
      </w:r>
      <w:r>
        <w:t>us se dialogue kijiye. qatl kiya?</w:t>
      </w:r>
    </w:p>
    <w:p>
      <w:pPr>
        <w:jc w:val="right"/>
      </w:pPr>
      <w:r>
        <w:t>اس سے ڈائیلاگ کیجئے۔ قتل کیا؟</w:t>
      </w:r>
    </w:p>
    <w:p>
      <w:r>
        <w:rPr>
          <w:b/>
        </w:rPr>
        <w:t xml:space="preserve">[39:18] </w:t>
      </w:r>
      <w:r>
        <w:t>yeh to peshab al-qara'im Islam mein hai hi nahin.</w:t>
      </w:r>
    </w:p>
    <w:p>
      <w:pPr>
        <w:jc w:val="right"/>
      </w:pPr>
      <w:r>
        <w:t>یہ تو پریشب القرائم اسلام میں ہے ہی نہیں۔</w:t>
      </w:r>
    </w:p>
    <w:p>
      <w:r>
        <w:rPr>
          <w:b/>
        </w:rPr>
        <w:t xml:space="preserve">[39:26] </w:t>
      </w:r>
      <w:r>
        <w:t>rasool Allah ke bare mein koi apni rai de aur us ko aap gustakhi samjhein to us ko kahe qadr ko. yeh peshab al-qara'im hai hi nahin Islam mein.</w:t>
      </w:r>
    </w:p>
    <w:p>
      <w:pPr>
        <w:jc w:val="right"/>
      </w:pPr>
      <w:r>
        <w:t>رسول اللہ کے بارے میں کوئی اپنی رائے دے اور اس کو آپ گستاخی سمجھیں تو اس کو کہیں قدر کو۔ یہ پریشب القرائم ہے ہی نہیں اسلام میں۔</w:t>
      </w:r>
    </w:p>
    <w:p>
      <w:r>
        <w:rPr>
          <w:b/>
        </w:rPr>
        <w:t xml:space="preserve">[39:41] </w:t>
      </w:r>
      <w:r>
        <w:t>mein ne ek pata likha tha isi tarah ke us par ke Islam mein jo hai woh yeh hai ke qadr qalam ke jawab mein qalam, qalam, qalam ke jawab mein qalam.</w:t>
      </w:r>
    </w:p>
    <w:p>
      <w:pPr>
        <w:jc w:val="right"/>
      </w:pPr>
      <w:r>
        <w:t>میں نے ایک پتہ لکھا تھا اسی طرح کے اس پر کہ اسلام میں جو ہے وہ یہ ہے کہ قدر قلم کے جواب میں قتل، قلم، قلم کے جواب میں قلم۔</w:t>
      </w:r>
    </w:p>
    <w:p>
      <w:r>
        <w:rPr>
          <w:b/>
        </w:rPr>
        <w:t xml:space="preserve">[39:59] </w:t>
      </w:r>
      <w:r>
        <w:t>kisi ne qalam chalaya hai to aap bhi qalam chalaiye. kisi ne taqreer ki hai to aap bhi taqreer kijiye.</w:t>
      </w:r>
    </w:p>
    <w:p>
      <w:pPr>
        <w:jc w:val="right"/>
      </w:pPr>
      <w:r>
        <w:t>کسی نے قلم چلایا ہے تو آپ بھی قلم چلائیے۔ کسی نے تقریر کی ہے تو آپ بھی تقریر کیجئے۔</w:t>
      </w:r>
    </w:p>
    <w:p>
      <w:r>
        <w:rPr>
          <w:b/>
        </w:rPr>
        <w:t xml:space="preserve">[40:08] </w:t>
      </w:r>
      <w:r>
        <w:t>lekin qalam, qalam ke badle qatl yeh to Islam mein hai hi nahin.</w:t>
      </w:r>
    </w:p>
    <w:p>
      <w:pPr>
        <w:jc w:val="right"/>
      </w:pPr>
      <w:r>
        <w:t>لیکن قلم، قلم کے بدلے قتل یہ تو اسلام میں ہے ہی نہیں۔</w:t>
      </w:r>
    </w:p>
    <w:p>
      <w:r>
        <w:rPr>
          <w:b/>
        </w:rPr>
        <w:t xml:space="preserve">[40:17] </w:t>
      </w:r>
      <w:r>
        <w:t>yeh sab hota hai is zamane mein jab ke musalman false pride mein jeene lagen, jaisa ke pichli ummaten jeene lagen.</w:t>
      </w:r>
    </w:p>
    <w:p>
      <w:pPr>
        <w:jc w:val="right"/>
      </w:pPr>
      <w:r>
        <w:t>یہ سب ہوتا ہے اس زمانے میں جب کہ مسلمان فالس پرائیڈ میں جینے لگے، جیسا کہ پچھلی امتیں جینے لگیں۔</w:t>
      </w:r>
    </w:p>
    <w:p>
      <w:r>
        <w:rPr>
          <w:b/>
        </w:rPr>
        <w:t xml:space="preserve">[40:28] </w:t>
      </w:r>
      <w:r>
        <w:t>yeh daur pichli ummaton mein bhi aaya tha, ab musalmanon pe aa chuka hai.</w:t>
      </w:r>
    </w:p>
    <w:p>
      <w:pPr>
        <w:jc w:val="right"/>
      </w:pPr>
      <w:r>
        <w:t>یہ دور پچھلی امتوں میں بھی آیا تھا، اب مسلمانوں پہ آ چکا ہے۔</w:t>
      </w:r>
    </w:p>
    <w:p>
      <w:r>
        <w:rPr>
          <w:b/>
        </w:rPr>
        <w:t xml:space="preserve">[40:40] </w:t>
      </w:r>
      <w:r>
        <w:t>to zarurat hai ke yeh is is is baat ko musalmanon ko khoob khoob bataya jaye taake woh is</w:t>
      </w:r>
    </w:p>
    <w:p>
      <w:pPr>
        <w:jc w:val="right"/>
      </w:pPr>
      <w:r>
        <w:t>تو ضرورت ہے کہ یہ اس اس اس بات کو مسلمانوں کو خوب خوب بتایا جائے تاکہ وہ اس</w:t>
      </w:r>
    </w:p>
    <w:p>
      <w:r>
        <w:rPr>
          <w:b/>
        </w:rPr>
        <w:t xml:space="preserve">[40:54] </w:t>
      </w:r>
      <w:r>
        <w:t>false pride ke is ehsas se niklein, is bekhabari se niklein,</w:t>
      </w:r>
    </w:p>
    <w:p>
      <w:pPr>
        <w:jc w:val="right"/>
      </w:pPr>
      <w:r>
        <w:t>فالس پرائیڈ کے اس احساس سے نکلیں، اس بے خبری سے نکلیں،</w:t>
      </w:r>
    </w:p>
    <w:p>
      <w:r>
        <w:rPr>
          <w:b/>
        </w:rPr>
        <w:t xml:space="preserve">[41:03] </w:t>
      </w:r>
      <w:r>
        <w:t>falan false pride ke is is jaal se niklein.</w:t>
      </w:r>
    </w:p>
    <w:p>
      <w:pPr>
        <w:jc w:val="right"/>
      </w:pPr>
      <w:r>
        <w:t>فلاں فالس پرائیڈ کے اس اس جال سے نکلیں۔</w:t>
      </w:r>
    </w:p>
    <w:p>
      <w:r>
        <w:rPr>
          <w:b/>
        </w:rPr>
        <w:t xml:space="preserve">[41:21] </w:t>
      </w:r>
      <w:r>
        <w:t>to yeh yeh meri aaj ki discovery hai.</w:t>
      </w:r>
    </w:p>
    <w:p>
      <w:pPr>
        <w:jc w:val="right"/>
      </w:pPr>
      <w:r>
        <w:t>تو یہ یہ میری آج کی ڈسکوری ہے۔</w:t>
      </w:r>
    </w:p>
    <w:p>
      <w:r>
        <w:rPr>
          <w:b/>
        </w:rPr>
        <w:t xml:space="preserve">[41:30] </w:t>
      </w:r>
      <w:r>
        <w:t>aur mein sochta hoon ke jitne bhi musalman hain, chahe India mein hon ya India ke bahar hain, sab is ka shikar hain. sab</w:t>
      </w:r>
    </w:p>
    <w:p>
      <w:pPr>
        <w:jc w:val="right"/>
      </w:pPr>
      <w:r>
        <w:t>اور میں سوچتا ہوں کہ جتنے بھی مسلمان ہیں، چاہے انڈیا میں ہوں یا انڈیا کے باہر ہیں، سب اس کا شکار ہیں۔ سب</w:t>
      </w:r>
    </w:p>
    <w:p>
      <w:r>
        <w:rPr>
          <w:b/>
        </w:rPr>
        <w:t xml:space="preserve">[41:42] </w:t>
      </w:r>
      <w:r>
        <w:t>mujhe koi ek musalman nahi maloom hai, na barhon mein, na chhoton mein.</w:t>
      </w:r>
    </w:p>
    <w:p>
      <w:pPr>
        <w:jc w:val="right"/>
      </w:pPr>
      <w:r>
        <w:t>مجھے کوئی ایک مسلمان نہیں معلوم ہے، نہ بڑوں میں، نہ چھوٹوں میں۔</w:t>
      </w:r>
    </w:p>
    <w:p>
      <w:r>
        <w:rPr>
          <w:b/>
        </w:rPr>
        <w:t xml:space="preserve">[41:52] </w:t>
      </w:r>
      <w:r>
        <w:t>jitne bhi log hain, chahe woh barhe barhon mein shamil hon ya chhoton mein shamil hon, woh sab is false pride ka shikar hain.</w:t>
      </w:r>
    </w:p>
    <w:p>
      <w:pPr>
        <w:jc w:val="right"/>
      </w:pPr>
      <w:r>
        <w:t>جتنے بھی لوگ ہیں، چاہے وہ بڑے بڑوں میں شامل ہوں یا چھوٹوں میں شامل ہوں، وہ سب اس فالس پرائیڈ کا شکار ہیں۔</w:t>
      </w:r>
    </w:p>
    <w:p>
      <w:r>
        <w:rPr>
          <w:b/>
        </w:rPr>
        <w:t xml:space="preserve">[42:08] </w:t>
      </w:r>
      <w:r>
        <w:t>to aaj agar koi prophet aata to sab se pehle woh is prophet, is false pride ke is mind ko hit karta ho,</w:t>
      </w:r>
    </w:p>
    <w:p>
      <w:pPr>
        <w:jc w:val="right"/>
      </w:pPr>
      <w:r>
        <w:t>تو آج اگر کوئی پرا پرافٹ آتا تو سب سے پہلے وہ اس پرافٹ، اس فالس پرائیڈ کے اس مائنڈ کو ہٹ کرتا ہو،</w:t>
      </w:r>
    </w:p>
    <w:p>
      <w:r>
        <w:rPr>
          <w:b/>
        </w:rPr>
        <w:t xml:space="preserve">[42:21] </w:t>
      </w:r>
      <w:r>
        <w:t>sab se pehle is mind ko todta ho aur wahi kehta ke</w:t>
      </w:r>
    </w:p>
    <w:p>
      <w:pPr>
        <w:jc w:val="right"/>
      </w:pPr>
      <w:r>
        <w:t>سب سے پہلے اس مائنڈ کو توڑتا ہو اور وہی کہتا کہ</w:t>
      </w:r>
    </w:p>
    <w:p>
      <w:r>
        <w:rPr>
          <w:b/>
        </w:rPr>
        <w:t xml:space="preserve">[42:33] </w:t>
      </w:r>
      <w:r>
        <w:t>muslim community ka fard hone se nijat nahi milti, balki jo nabiyon ka rasta jo hai, us ko pakadne se nijat milti hai.</w:t>
      </w:r>
    </w:p>
    <w:p>
      <w:pPr>
        <w:jc w:val="right"/>
      </w:pPr>
      <w:r>
        <w:t>مسلم کمیونٹی کا فرد ہونے سے نجات نہیں ملتی، بلکہ جو نبیوں کا راستہ جو ہے، اس کو پکڑنے سے نجات ملتی ہے۔</w:t>
      </w:r>
    </w:p>
    <w:p>
      <w:r>
        <w:rPr>
          <w:b/>
        </w:rPr>
        <w:t xml:space="preserve">[42:47] </w:t>
      </w:r>
      <w:r>
        <w:t>qulb al-millat ibrahim hanif.</w:t>
      </w:r>
    </w:p>
    <w:p>
      <w:pPr>
        <w:jc w:val="right"/>
      </w:pPr>
      <w:r>
        <w:t>قلب الملت ابراہیم حنیفہ۔</w:t>
      </w:r>
    </w:p>
    <w:p>
      <w:r>
        <w:rPr>
          <w:b/>
        </w:rPr>
        <w:t xml:space="preserve">[42:59] </w:t>
      </w:r>
      <w:r>
        <w:t>ab ghor kijiye ke yeh kitni zyada aham baat hai.</w:t>
      </w:r>
    </w:p>
    <w:p>
      <w:pPr>
        <w:jc w:val="right"/>
      </w:pPr>
      <w:r>
        <w:t>اب غور کیجئے کہ یہ کتنی زیادہ اہم بات ہے۔</w:t>
      </w:r>
    </w:p>
    <w:p>
      <w:r>
        <w:rPr>
          <w:b/>
        </w:rPr>
        <w:t xml:space="preserve">[43:11] </w:t>
      </w:r>
      <w:r>
        <w:t>to mein dua karta hoon ke Allah taala mujh ko aur aap ko tofeeq de ke hum phir se sochein, phir se sochein, mamle ki</w:t>
      </w:r>
    </w:p>
    <w:p>
      <w:pPr>
        <w:jc w:val="right"/>
      </w:pPr>
      <w:r>
        <w:t>تو میں دعا کرتا ہوں کہ اللہ تعالیٰ مجھ کو اور آپ کو توفیق دے کہ ہم پھر سے سوچیں، پھر سے سوچیں، معاملے کی</w:t>
      </w:r>
    </w:p>
    <w:p>
      <w:r>
        <w:rPr>
          <w:b/>
        </w:rPr>
        <w:t xml:space="preserve">[43:28] </w:t>
      </w:r>
      <w:r>
        <w:t>seriousness ko phir se</w:t>
      </w:r>
    </w:p>
    <w:p>
      <w:pPr>
        <w:jc w:val="right"/>
      </w:pPr>
      <w:r>
        <w:t>سیریسنس کو پھر سے</w:t>
      </w:r>
    </w:p>
    <w:p>
      <w:r>
        <w:rPr>
          <w:b/>
        </w:rPr>
        <w:t xml:space="preserve">[43:33] </w:t>
      </w:r>
      <w:r>
        <w:t>janein aur apne derailment ko khatam karein. yeh mein dua karta hoon apne liye aur sab sab sab ke liye.</w:t>
      </w:r>
    </w:p>
    <w:p>
      <w:pPr>
        <w:jc w:val="right"/>
      </w:pPr>
      <w:r>
        <w:t>جانیں اور اپنے ڈی ریلیمنٹ کو ختم کریں۔ یہ میں دعا کرتا ہوں اپنے لیے اور سب سب سب کے لیے۔</w:t>
      </w:r>
    </w:p>
    <w:p>
      <w:r>
        <w:rPr>
          <w:b/>
        </w:rPr>
        <w:t xml:space="preserve">[43:50] </w:t>
      </w:r>
      <w:r>
        <w:t>assalam o alaikum wa rehmatullah.</w:t>
      </w:r>
    </w:p>
    <w:p>
      <w:pPr>
        <w:jc w:val="right"/>
      </w:pPr>
      <w:r>
        <w:t>السلام علیکم ورحمۃ اللہ۔</w:t>
      </w:r>
    </w:p>
    <w:p>
      <w:r>
        <w:rPr>
          <w:b/>
        </w:rPr>
        <w:t xml:space="preserve">[44:02] </w:t>
      </w:r>
      <w:r>
        <w:t>is an essential element of dawah work and as we know that sahaba dedicated their life while in</w:t>
      </w:r>
    </w:p>
    <w:p>
      <w:pPr>
        <w:jc w:val="right"/>
      </w:pPr>
      <w:r>
        <w:t>از این ایسینشل ایلیمنٹ اف دعوی ورک اینڈ ایز وی نو دیٹ صحابہ ڈیڈیکیٹڈ دیر لائف وائل ان</w:t>
      </w:r>
    </w:p>
    <w:p>
      <w:r>
        <w:rPr>
          <w:b/>
        </w:rPr>
        <w:t xml:space="preserve">[44:11] </w:t>
      </w:r>
      <w:r>
        <w:t>travel even molana obaiduddin khan sahib travelled all his life and conveyed the message of islam inspired</w:t>
      </w:r>
    </w:p>
    <w:p>
      <w:pPr>
        <w:jc w:val="right"/>
      </w:pPr>
      <w:r>
        <w:t>ٹریول ایون مولانا عبید الدین خان صاحب ٹریولڈ ال ہز لائف اینڈ کنویڈ دی میسج اف اسلام انسپائرڈ</w:t>
      </w:r>
    </w:p>
    <w:p>
      <w:r>
        <w:rPr>
          <w:b/>
        </w:rPr>
        <w:t xml:space="preserve">[44:20] </w:t>
      </w:r>
      <w:r>
        <w:t>and encouraged many cps members all over have been travelling and they have taken travel as</w:t>
      </w:r>
    </w:p>
    <w:p>
      <w:pPr>
        <w:jc w:val="right"/>
      </w:pPr>
      <w:r>
        <w:t>اینڈ انکریجڈ مینی سی پی ایس ممبرز ال اوور ہیو بین ٹریولنگ اینڈ دے ہیو ٹیکن ٹریول ایز</w:t>
      </w:r>
    </w:p>
    <w:p>
      <w:r>
        <w:rPr>
          <w:b/>
        </w:rPr>
        <w:t xml:space="preserve">[44:27] </w:t>
      </w:r>
      <w:r>
        <w:t>one of their top priorities this has immensely help the cause of islam and has also given a</w:t>
      </w:r>
    </w:p>
    <w:p>
      <w:pPr>
        <w:jc w:val="right"/>
      </w:pPr>
      <w:r>
        <w:t>ون اف دے ٹاپ پرائرٹیز دس ہیز ایمنسلی ہیلپ دی کاز اف اسلام اینڈ ہیز السو گیون ا</w:t>
      </w:r>
    </w:p>
    <w:p>
      <w:r>
        <w:rPr>
          <w:b/>
        </w:rPr>
        <w:t xml:space="preserve">[44:33] </w:t>
      </w:r>
      <w:r>
        <w:t>tremendous boost to the quran distribution</w:t>
      </w:r>
    </w:p>
    <w:p>
      <w:pPr>
        <w:jc w:val="right"/>
      </w:pPr>
      <w:r>
        <w:t>ٹریمنڈس بوسٹ ٹو دا قران ڈسٹریبیوشن</w:t>
      </w:r>
    </w:p>
    <w:p>
      <w:r>
        <w:rPr>
          <w:b/>
        </w:rPr>
        <w:t xml:space="preserve">[44:36] </w:t>
      </w:r>
      <w:r>
        <w:t>ڈاکٹر ثانیہ سٹین خان ہیز بین میکنگ فریکوینٹ ٹریول وزٹس ٹو ڈفرنٹ کنٹریز اینڈ ریسنٹلی ہی ریٹرنڈ فرام</w:t>
      </w:r>
    </w:p>
    <w:p>
      <w:pPr>
        <w:jc w:val="right"/>
      </w:pPr>
      <w:r>
        <w:t>ڈاکٹر سانیہ سٹین خان ہیز بین میکنگ فریکونٹ ٹریول وزٹس ٹو ڈفرنٹ کنٹریز اینڈ ریسنٹلی ہی ریٹرنڈ فرام</w:t>
      </w:r>
    </w:p>
    <w:p>
      <w:r>
        <w:rPr>
          <w:b/>
        </w:rPr>
        <w:t xml:space="preserve">[44:45] </w:t>
      </w:r>
      <w:r>
        <w:t>china with some interesting dawah experiences</w:t>
      </w:r>
    </w:p>
    <w:p>
      <w:pPr>
        <w:jc w:val="right"/>
      </w:pPr>
      <w:r>
        <w:t>چائنہ ود سم انٹرسٹنگ دعوی ایکسپیرینسز</w:t>
      </w:r>
    </w:p>
    <w:p>
      <w:r>
        <w:rPr>
          <w:b/>
        </w:rPr>
        <w:t xml:space="preserve">[44:49] </w:t>
      </w:r>
      <w:r>
        <w:t>so i would request dr saniya stein khan sahib to come here and share some of his dawah</w:t>
      </w:r>
    </w:p>
    <w:p>
      <w:pPr>
        <w:jc w:val="right"/>
      </w:pPr>
      <w:r>
        <w:t>سو ائی وڈ ریکویسٹ ڈاکٹر سانیہ سٹین خان صاحب ٹو کم ہیر اینڈ شیئر سم اف ہز دعوی</w:t>
      </w:r>
    </w:p>
    <w:p>
      <w:r>
        <w:rPr>
          <w:b/>
        </w:rPr>
        <w:t xml:space="preserve">[44:54] </w:t>
      </w:r>
      <w:r>
        <w:t>experiences with all of us dr saniya stein khan</w:t>
      </w:r>
    </w:p>
    <w:p>
      <w:pPr>
        <w:jc w:val="right"/>
      </w:pPr>
      <w:r>
        <w:t>ایکسپیرینسز ود ال اف اس ڈاکٹر سانیہ سٹین خان</w:t>
      </w:r>
    </w:p>
    <w:p>
      <w:r>
        <w:rPr>
          <w:b/>
        </w:rPr>
        <w:t xml:space="preserve">[44:59] </w:t>
      </w:r>
      <w:r>
        <w:t>bismillah rahman rahim</w:t>
      </w:r>
    </w:p>
    <w:p>
      <w:pPr>
        <w:jc w:val="right"/>
      </w:pPr>
      <w:r>
        <w:t>بسم اللہ الرحمن الرحیم</w:t>
      </w:r>
    </w:p>
    <w:p>
      <w:r>
        <w:rPr>
          <w:b/>
        </w:rPr>
        <w:t xml:space="preserve">[45:02] </w:t>
      </w:r>
      <w:r>
        <w:t>china ka safar august mein hua yeh teesra safar tha wahan darasal printing waghera ke silsile mein jana</w:t>
      </w:r>
    </w:p>
    <w:p>
      <w:pPr>
        <w:jc w:val="right"/>
      </w:pPr>
      <w:r>
        <w:t>چائنہ کا سفر اگست میں ہوا یہ تیسرا سفر تھا وہاں دراصل پرنٹنگ وغیرہ کے سلسلے میں جانا</w:t>
      </w:r>
    </w:p>
    <w:p>
      <w:r>
        <w:rPr>
          <w:b/>
        </w:rPr>
        <w:t xml:space="preserve">[45:11] </w:t>
      </w:r>
      <w:r>
        <w:t>hota hai to yeh safar isi silsile mein tha lekin koshish rehti hai ke kuch dawati kaam bhi</w:t>
      </w:r>
    </w:p>
    <w:p>
      <w:pPr>
        <w:jc w:val="right"/>
      </w:pPr>
      <w:r>
        <w:t>ہوتا ہے تو یہ سفر اسی سلسلے میں تھا لیکن کوشش رہتی ہے کہ کچھ دعوتی کام بھی</w:t>
      </w:r>
    </w:p>
    <w:p>
      <w:r>
        <w:rPr>
          <w:b/>
        </w:rPr>
        <w:t xml:space="preserve">[45:18] </w:t>
      </w:r>
      <w:r>
        <w:t>kya jaye khaas taur se jab se hum ne chinese translation quran ka shaya kiya to yeh koshish</w:t>
      </w:r>
    </w:p>
    <w:p>
      <w:pPr>
        <w:jc w:val="right"/>
      </w:pPr>
      <w:r>
        <w:t>کیا جائے خاص طور سے جب سے ہم نے چائنیز ٹرانسلیشن قران کا شائع کیا تو یہ کوشش</w:t>
      </w:r>
    </w:p>
    <w:p>
      <w:r>
        <w:rPr>
          <w:b/>
        </w:rPr>
        <w:t xml:space="preserve">[45:26] </w:t>
      </w:r>
      <w:r>
        <w:t>rehti hai ke wahan use</w:t>
      </w:r>
    </w:p>
    <w:p>
      <w:pPr>
        <w:jc w:val="right"/>
      </w:pPr>
      <w:r>
        <w:t>رہتی ہے کہ وہاں اسے</w:t>
      </w:r>
    </w:p>
    <w:p>
      <w:r>
        <w:rPr>
          <w:b/>
        </w:rPr>
        <w:t xml:space="preserve">[45:28] </w:t>
      </w:r>
      <w:r>
        <w:t>phailaya jaye lekin jaisa aap ko maloom hai ke china mein</w:t>
      </w:r>
    </w:p>
    <w:p>
      <w:pPr>
        <w:jc w:val="right"/>
      </w:pPr>
      <w:r>
        <w:t>پھیلایا جائے لیکن جیسا اپ کو معلوم ہے کہ چائنہ میں</w:t>
      </w:r>
    </w:p>
    <w:p>
      <w:r>
        <w:rPr>
          <w:b/>
        </w:rPr>
        <w:t xml:space="preserve">[45:35] </w:t>
      </w:r>
      <w:r>
        <w:t>koi</w:t>
      </w:r>
    </w:p>
    <w:p>
      <w:pPr>
        <w:jc w:val="right"/>
      </w:pPr>
      <w:r>
        <w:t>کوئی</w:t>
      </w:r>
    </w:p>
    <w:p>
      <w:r>
        <w:rPr>
          <w:b/>
        </w:rPr>
        <w:t xml:space="preserve">[45:35] </w:t>
      </w:r>
      <w:r>
        <w:t>bhi religious activity publically allowed nahi hai</w:t>
      </w:r>
    </w:p>
    <w:p>
      <w:pPr>
        <w:jc w:val="right"/>
      </w:pPr>
      <w:r>
        <w:t>بھی ریلیجیس ایکٹیویٹی پبلکلی الاؤڈ نہیں ہے</w:t>
      </w:r>
    </w:p>
    <w:p>
      <w:r>
        <w:rPr>
          <w:b/>
        </w:rPr>
        <w:t xml:space="preserve">[45:40] </w:t>
      </w:r>
      <w:r>
        <w:t>publically jaise hum yahan india mein</w:t>
      </w:r>
    </w:p>
    <w:p>
      <w:pPr>
        <w:jc w:val="right"/>
      </w:pPr>
      <w:r>
        <w:t>پبلکلی جیسے ہم یہاں انڈیا میں</w:t>
      </w:r>
    </w:p>
    <w:p>
      <w:r>
        <w:rPr>
          <w:b/>
        </w:rPr>
        <w:t xml:space="preserve">[45:43] </w:t>
      </w:r>
      <w:r>
        <w:t>kaam karte hain istreet daawa ya conference mein distribution ya kisi school mein ja ke distribute karte hain</w:t>
      </w:r>
    </w:p>
    <w:p>
      <w:pPr>
        <w:jc w:val="right"/>
      </w:pPr>
      <w:r>
        <w:t>کام کرتے ہیں اسٹریٹ دعوی یا کانفرنس میں ڈسٹریبیوشن یا کسی اسکول میں جا کے ڈسٹریبیوٹ کرتے ہیں</w:t>
      </w:r>
    </w:p>
    <w:p>
      <w:r>
        <w:rPr>
          <w:b/>
        </w:rPr>
        <w:t xml:space="preserve">[45:51] </w:t>
      </w:r>
      <w:r>
        <w:t>quran ya kisi seminar mein ya kisi aur mauqe pe quran distribute karte hain pamphlets distribute karte hain</w:t>
      </w:r>
    </w:p>
    <w:p>
      <w:pPr>
        <w:jc w:val="right"/>
      </w:pPr>
      <w:r>
        <w:t>قران یا کسی سیمینار میں یا کسی اور موقع پہ قران ڈسٹریبیوٹ کرتے ہیں پیمفلٹس ڈسٹریبیوٹ کرتے ہیں</w:t>
      </w:r>
    </w:p>
    <w:p>
      <w:r>
        <w:rPr>
          <w:b/>
        </w:rPr>
        <w:t xml:space="preserve">[46:00] </w:t>
      </w:r>
      <w:r>
        <w:t>aisi activity china mein mumkin nahi hai</w:t>
      </w:r>
    </w:p>
    <w:p>
      <w:pPr>
        <w:jc w:val="right"/>
      </w:pPr>
      <w:r>
        <w:t>ایسی ایکٹیویٹی چائنہ میں ممکن نہیں ہے</w:t>
      </w:r>
    </w:p>
    <w:p>
      <w:r>
        <w:rPr>
          <w:b/>
        </w:rPr>
        <w:t xml:space="preserve">[46:04] </w:t>
      </w:r>
      <w:r>
        <w:t>wahan ke law ke mutabiq ap ko agar koi daawaati kaam karna hai koi religious activity karni hai</w:t>
      </w:r>
    </w:p>
    <w:p>
      <w:pPr>
        <w:jc w:val="right"/>
      </w:pPr>
      <w:r>
        <w:t>وہاں کے لاء کے مطابق اپ کو اگر کوئی دعوتی کام کرنا ہے کوئی ریلیجیس ایکٹیویٹی کرنی ہے</w:t>
      </w:r>
    </w:p>
    <w:p>
      <w:r>
        <w:rPr>
          <w:b/>
        </w:rPr>
        <w:t xml:space="preserve">[46:10] </w:t>
      </w:r>
      <w:r>
        <w:t>koi religious function karna hai koi distribution karna hai to wo masjid mein kar sakte hain ya church</w:t>
      </w:r>
    </w:p>
    <w:p>
      <w:pPr>
        <w:jc w:val="right"/>
      </w:pPr>
      <w:r>
        <w:t>کوئی ریلیجیس فنکشن کرنا ہے کوئی ڈسٹریبیوشن کرنا ہے تو وہ مسجد میں کر سکتے ہیں یا چرچ</w:t>
      </w:r>
    </w:p>
    <w:p>
      <w:r>
        <w:rPr>
          <w:b/>
        </w:rPr>
        <w:t xml:space="preserve">[46:17] </w:t>
      </w:r>
      <w:r>
        <w:t>mein kar sakte hain yani church ya</w:t>
      </w:r>
    </w:p>
    <w:p>
      <w:pPr>
        <w:jc w:val="right"/>
      </w:pPr>
      <w:r>
        <w:t>میں کر سکتے ہیں یعنی چرچ یا</w:t>
      </w:r>
    </w:p>
    <w:p>
      <w:r>
        <w:rPr>
          <w:b/>
        </w:rPr>
        <w:t xml:space="preserve">[46:20] </w:t>
      </w:r>
      <w:r>
        <w:t>masjid ke andar activities allowed hain namaz padhiye wahan koi gathering religious karein koi lecture karein</w:t>
      </w:r>
    </w:p>
    <w:p>
      <w:pPr>
        <w:jc w:val="right"/>
      </w:pPr>
      <w:r>
        <w:t>مسجد کے اندر ایکٹیویٹیز الاؤڈ ہیں نماز پڑھیے وہاں کوئی گیدرنگ ریلیجیس کریں کوئی لیکچر کریں</w:t>
      </w:r>
    </w:p>
    <w:p>
      <w:r>
        <w:rPr>
          <w:b/>
        </w:rPr>
        <w:t xml:space="preserve">[46:31] </w:t>
      </w:r>
      <w:r>
        <w:t>koi course islam ke bare mein</w:t>
      </w:r>
    </w:p>
    <w:p>
      <w:pPr>
        <w:jc w:val="right"/>
      </w:pPr>
      <w:r>
        <w:t>کوئی کورس اسلام کے بارے میں</w:t>
      </w:r>
    </w:p>
    <w:p>
      <w:r>
        <w:rPr>
          <w:b/>
        </w:rPr>
        <w:t xml:space="preserve">[46:35] </w:t>
      </w:r>
      <w:r>
        <w:t>arabi sikhane ke liye koi course to is tarah ki wahan activities masjid mein hi mumkin hai to</w:t>
      </w:r>
    </w:p>
    <w:p>
      <w:pPr>
        <w:jc w:val="right"/>
      </w:pPr>
      <w:r>
        <w:t>عربی سکھانے کے لیے کوئی کورس تو اس طرح کی وہاں ایکٹیویٹیز مسجد میں ہی ممکن ہے تو</w:t>
      </w:r>
    </w:p>
    <w:p>
      <w:r>
        <w:rPr>
          <w:b/>
        </w:rPr>
        <w:t xml:space="preserve">[46:42] </w:t>
      </w:r>
      <w:r>
        <w:t>is wajah se main kai masjidon mein gaya aur wahan koshish ki ke in logon se milun jo</w:t>
      </w:r>
    </w:p>
    <w:p>
      <w:pPr>
        <w:jc w:val="right"/>
      </w:pPr>
      <w:r>
        <w:t>اس وجہ سے میں کئی مسجدوں میں گیا اور وہاں کوشش کی کہ ان لوگوں سے ملوں جو</w:t>
      </w:r>
    </w:p>
    <w:p>
      <w:r>
        <w:rPr>
          <w:b/>
        </w:rPr>
        <w:t xml:space="preserve">[46:49] </w:t>
      </w:r>
      <w:r>
        <w:t>zimmedaar hain aur shayad wo log daawaati kaam mein interest lein to is silsile mein ek masjid</w:t>
      </w:r>
    </w:p>
    <w:p>
      <w:pPr>
        <w:jc w:val="right"/>
      </w:pPr>
      <w:r>
        <w:t>ذمہ دار ہیں اور شاید وہ لوگ دعوتی کام میں انٹرسٹ لیں تو اس سلسلے میں ایک مسجد</w:t>
      </w:r>
    </w:p>
    <w:p>
      <w:r>
        <w:rPr>
          <w:b/>
        </w:rPr>
        <w:t xml:space="preserve">[46:58] </w:t>
      </w:r>
      <w:r>
        <w:t>jo bohat hi aham aur tareekhi masjid hai wo guangzhou mein hai aur iska naam hai</w:t>
      </w:r>
    </w:p>
    <w:p>
      <w:pPr>
        <w:jc w:val="right"/>
      </w:pPr>
      <w:r>
        <w:t>جو بہت ہی اہم اور تاریخی مسجد ہے وہ گوانجو میں ہے اور اس کا نام ہے</w:t>
      </w:r>
    </w:p>
    <w:p>
      <w:r>
        <w:rPr>
          <w:b/>
        </w:rPr>
        <w:t xml:space="preserve">[47:07] </w:t>
      </w:r>
      <w:r>
        <w:t>hua sheng mosque ya ise lighthouse mosque bhi kehte hain chunaanche iska jo minar hai wo</w:t>
      </w:r>
    </w:p>
    <w:p>
      <w:pPr>
        <w:jc w:val="right"/>
      </w:pPr>
      <w:r>
        <w:t>ہوا شینگ ماسک یا اسے لائٹ ہاؤس ماسک بھی کہتے ہیں چونکہ اس کا جو مینار ہے وہ</w:t>
      </w:r>
    </w:p>
    <w:p>
      <w:r>
        <w:rPr>
          <w:b/>
        </w:rPr>
        <w:t xml:space="preserve">[47:14] </w:t>
      </w:r>
      <w:r>
        <w:t>lighthouse ki shakal ka hai to kaha jata hai ke yeh masjid saad ibn abi waqas ne</w:t>
      </w:r>
    </w:p>
    <w:p>
      <w:pPr>
        <w:jc w:val="right"/>
      </w:pPr>
      <w:r>
        <w:t>لائٹ ہاؤس کی شکل کا ہے تو کہا جاتا ہے کہ یہ مسجد سعد ابن ابی وقاص نے</w:t>
      </w:r>
    </w:p>
    <w:p>
      <w:r>
        <w:rPr>
          <w:b/>
        </w:rPr>
        <w:t xml:space="preserve">[47:22] </w:t>
      </w:r>
      <w:r>
        <w:t>banwai thi lekin historically yeh baat proof koi iska proof nahi hai scholars is ko mante nahi</w:t>
      </w:r>
    </w:p>
    <w:p>
      <w:pPr>
        <w:jc w:val="right"/>
      </w:pPr>
      <w:r>
        <w:t>بنوائی تھی لیکن ہسٹوریکلی یہ بات پروف کوئی اس کا پروف نہیں ہے سکالرز اس کو مانتے نہیں</w:t>
      </w:r>
    </w:p>
    <w:p>
      <w:r>
        <w:rPr>
          <w:b/>
        </w:rPr>
        <w:t xml:space="preserve">[47:30] </w:t>
      </w:r>
      <w:r>
        <w:t>hain ke kabhi saad ibn abi waqas wahan gaye the lekin yeh baat to ah mante hain scholars</w:t>
      </w:r>
    </w:p>
    <w:p>
      <w:pPr>
        <w:jc w:val="right"/>
      </w:pPr>
      <w:r>
        <w:t>ہیں کہ کبھی سعد ابن ابی وقاص وہاں گئے تھے لیکن یہ بات تو اہ مانتے ہیں سکالرز</w:t>
      </w:r>
    </w:p>
    <w:p>
      <w:r>
        <w:rPr>
          <w:b/>
        </w:rPr>
        <w:t xml:space="preserve">[47:38] </w:t>
      </w:r>
      <w:r>
        <w:t>ke early period mein sahaba ke daur mein kuch log china gaye the chunaanche china ek ah trade</w:t>
      </w:r>
    </w:p>
    <w:p>
      <w:pPr>
        <w:jc w:val="right"/>
      </w:pPr>
      <w:r>
        <w:t>کہ ارلی پیریڈ میں صحابہ کے دور میں کچھ لوگ چائنہ گئے تھے چونکہ چائنہ ایک اہ ٹریڈ</w:t>
      </w:r>
    </w:p>
    <w:p>
      <w:r>
        <w:rPr>
          <w:b/>
        </w:rPr>
        <w:t xml:space="preserve">[47:47] </w:t>
      </w:r>
      <w:r>
        <w:t>route pe tha log aaya karte the ah trade trade</w:t>
      </w:r>
    </w:p>
    <w:p>
      <w:pPr>
        <w:jc w:val="right"/>
      </w:pPr>
      <w:r>
        <w:t>روٹ پہ تھا لوگ ایا کرتے تھے اہ ٹریڈ ٹریڈ</w:t>
      </w:r>
    </w:p>
    <w:p>
      <w:r>
        <w:rPr>
          <w:b/>
        </w:rPr>
        <w:t xml:space="preserve">[47:52] </w:t>
      </w:r>
      <w:r>
        <w:t>ke silsile mein to ho sakta hai ke us waqt koi sahabi ya koi tabai</w:t>
      </w:r>
    </w:p>
    <w:p>
      <w:pPr>
        <w:jc w:val="right"/>
      </w:pPr>
      <w:r>
        <w:t>کے سلسلے میں تو ہو سکتا ہے کہ اس وقت کوئی صحابی یا کوئی تابعی</w:t>
      </w:r>
    </w:p>
    <w:p>
      <w:r>
        <w:rPr>
          <w:b/>
        </w:rPr>
        <w:t xml:space="preserve">[47:59] </w:t>
      </w:r>
      <w:r>
        <w:t>china gaye hon aur wahan yeh masjid banwai ho to yeh masjid bohat badi masjid hai ah aur</w:t>
      </w:r>
    </w:p>
    <w:p>
      <w:pPr>
        <w:jc w:val="right"/>
      </w:pPr>
      <w:r>
        <w:t>چائنہ گئے ہوں اور وہاں یہ مسجد بنوائی ہو تو یہ مسجد بہت بڑی مسجد ہے اہ اور</w:t>
      </w:r>
    </w:p>
    <w:p>
      <w:r>
        <w:rPr>
          <w:b/>
        </w:rPr>
        <w:t xml:space="preserve">[48:07] </w:t>
      </w:r>
      <w:r>
        <w:t>badi purane andaaz ka iska architecture hai aisa lagta hai ke koi buddhist monastery hai aur wahan</w:t>
      </w:r>
    </w:p>
    <w:p>
      <w:pPr>
        <w:jc w:val="right"/>
      </w:pPr>
      <w:r>
        <w:t>بڑی پرانے انداز کا اس کا ارکیٹیکچر ہے ایسا لگتا ہے کہ کوئی بدھسٹ مونسٹری ہے اور وہاں</w:t>
      </w:r>
    </w:p>
    <w:p>
      <w:r>
        <w:rPr>
          <w:b/>
        </w:rPr>
        <w:t xml:space="preserve">[48:16] </w:t>
      </w:r>
      <w:r>
        <w:t>par kuch offices bhi hain jismein kuch islamic research waghera ka kaam hota hai to main in</w:t>
      </w:r>
    </w:p>
    <w:p>
      <w:pPr>
        <w:jc w:val="right"/>
      </w:pPr>
      <w:r>
        <w:t>پر کچھ افسز بھی ہیں جس میں کچھ اسلامک ریسرچ وغیرہ کا کام ہوتا ہے تو میں ان</w:t>
      </w:r>
    </w:p>
    <w:p>
      <w:r>
        <w:rPr>
          <w:b/>
        </w:rPr>
        <w:t xml:space="preserve">[48:25] </w:t>
      </w:r>
      <w:r>
        <w:t>ke imam se mila tha naujawan the woh aur quran unko pesh kiya tha to unhone</w:t>
      </w:r>
    </w:p>
    <w:p>
      <w:pPr>
        <w:jc w:val="right"/>
      </w:pPr>
      <w:r>
        <w:t>کے امام سے ملا تھا نوجوان تھے وہ اور قران ان کو پیش کیا تھا تو انہوں نے</w:t>
      </w:r>
    </w:p>
    <w:p>
      <w:r>
        <w:rPr>
          <w:b/>
        </w:rPr>
        <w:t xml:space="preserve">[48:33] </w:t>
      </w:r>
      <w:r>
        <w:t>kaha tha ke agar aap bhej dein hamein to hum jo log aate hain yahan chunaanche</w:t>
      </w:r>
    </w:p>
    <w:p>
      <w:pPr>
        <w:jc w:val="right"/>
      </w:pPr>
      <w:r>
        <w:t>کہا تھا کہ اگر اپ بھیج دیں ہمیں تو ہم جو لوگ اتے ہیں یہاں چونکہ</w:t>
      </w:r>
    </w:p>
    <w:p>
      <w:r>
        <w:rPr>
          <w:b/>
        </w:rPr>
        <w:t xml:space="preserve">[48:37] </w:t>
      </w:r>
      <w:r>
        <w:t>wo heritage site hai ah itni ah purani hone ki wajah se woh ek tourist attraction bhi ban</w:t>
      </w:r>
    </w:p>
    <w:p>
      <w:pPr>
        <w:jc w:val="right"/>
      </w:pPr>
      <w:r>
        <w:t>وہ ہیریٹیج سائٹ ہے اہ اتنی اہ پرانی ہونے کی وجہ سے وہ ایک ٹورسٹ اٹریکشن بھی بن</w:t>
      </w:r>
    </w:p>
    <w:p>
      <w:r>
        <w:rPr>
          <w:b/>
        </w:rPr>
        <w:t xml:space="preserve">[48:46] </w:t>
      </w:r>
      <w:r>
        <w:t>gayi hai woh site to log aate hain wahan tourists aate hain to unhon ne kaha ke agar</w:t>
      </w:r>
    </w:p>
    <w:p>
      <w:pPr>
        <w:jc w:val="right"/>
      </w:pPr>
      <w:r>
        <w:t>گئی ہے وہ سائٹ تو لوگ اتے ہیں وہاں ٹورسٹس اتے ہیں تو انہوں نے کہا کہ اگر</w:t>
      </w:r>
    </w:p>
    <w:p>
      <w:r>
        <w:rPr>
          <w:b/>
        </w:rPr>
        <w:t xml:space="preserve">[48:52] </w:t>
      </w:r>
      <w:r>
        <w:t>aap quran bhejenge to hum us ko rakhenge yahan aur logon ko denge to yeh</w:t>
      </w:r>
    </w:p>
    <w:p>
      <w:pPr>
        <w:jc w:val="right"/>
      </w:pPr>
      <w:r>
        <w:t>اپ قران بھیجیں گے تو ہم اس کو رکھیں گے یہاں اور لوگوں کو دیں گے تو یہ</w:t>
      </w:r>
    </w:p>
    <w:p>
      <w:r>
        <w:rPr>
          <w:b/>
        </w:rPr>
        <w:t xml:space="preserve">[48:58] </w:t>
      </w:r>
      <w:r>
        <w:t>aik masjid thi jo guangzhou mein thi yahan jana hua is ke baad shenzhen jo ke hong kong</w:t>
      </w:r>
    </w:p>
    <w:p>
      <w:pPr>
        <w:jc w:val="right"/>
      </w:pPr>
      <w:r>
        <w:t>ایک مسجد تھی جو گوانجو میں تھی یہاں جانا ہوا اس کے بعد شنزن جو کہ ہانگ کانگ</w:t>
      </w:r>
    </w:p>
    <w:p>
      <w:r>
        <w:rPr>
          <w:b/>
        </w:rPr>
        <w:t xml:space="preserve">[49:09] </w:t>
      </w:r>
      <w:r>
        <w:t>ke paas hai wahan jaane ka ittefaq hua to wahan aik bohat hi bari shandar masjid recently bani</w:t>
      </w:r>
    </w:p>
    <w:p>
      <w:pPr>
        <w:jc w:val="right"/>
      </w:pPr>
      <w:r>
        <w:t>کے پاس ہے وہاں جانے کا اتفاق ہوا تو وہاں ایک بہت ہی بڑی شاندار مسجد ریسنٹلی بنی</w:t>
      </w:r>
    </w:p>
    <w:p>
      <w:r>
        <w:rPr>
          <w:b/>
        </w:rPr>
        <w:t xml:space="preserve">[49:16] </w:t>
      </w:r>
      <w:r>
        <w:t>hai jis ka naam hai shenzhen mosque</w:t>
      </w:r>
    </w:p>
    <w:p>
      <w:pPr>
        <w:jc w:val="right"/>
      </w:pPr>
      <w:r>
        <w:t>ہے جس کا نام ہے شنزن ماسک</w:t>
      </w:r>
    </w:p>
    <w:p>
      <w:r>
        <w:rPr>
          <w:b/>
        </w:rPr>
        <w:t xml:space="preserve">[49:21] </w:t>
      </w:r>
      <w:r>
        <w:t>to wahan mein gaya aur wahan</w:t>
      </w:r>
    </w:p>
    <w:p>
      <w:pPr>
        <w:jc w:val="right"/>
      </w:pPr>
      <w:r>
        <w:t>تو وہاں میں گیا اور وہاں</w:t>
      </w:r>
    </w:p>
    <w:p>
      <w:r>
        <w:rPr>
          <w:b/>
        </w:rPr>
        <w:t xml:space="preserve">[49:23] </w:t>
      </w:r>
      <w:r>
        <w:t>jo imam the un ka naam tha imam ibrahim woh aik naujawan the aur bohat achhi english bol</w:t>
      </w:r>
    </w:p>
    <w:p>
      <w:pPr>
        <w:jc w:val="right"/>
      </w:pPr>
      <w:r>
        <w:t>جو امام تھے ان کا نام تھا امام ابراہیم وہ ایک نوجوان تھے اور بہت اچھی انگلش بول</w:t>
      </w:r>
    </w:p>
    <w:p>
      <w:r>
        <w:rPr>
          <w:b/>
        </w:rPr>
        <w:t xml:space="preserve">[49:29] </w:t>
      </w:r>
      <w:r>
        <w:t>rahe the aur arabi bhi bol rahe the to unhon ne bohat hi interest dikhaya</w:t>
      </w:r>
    </w:p>
    <w:p>
      <w:pPr>
        <w:jc w:val="right"/>
      </w:pPr>
      <w:r>
        <w:t>رہے تھے اور عربی بھی بول رہے تھے تو انہوں نے بہت ہی انٹرسٹ دکھایا</w:t>
      </w:r>
    </w:p>
    <w:p>
      <w:r>
        <w:rPr>
          <w:b/>
        </w:rPr>
        <w:t xml:space="preserve">[49:36] </w:t>
      </w:r>
      <w:r>
        <w:t>aur kaha ke hum yahan par classes karte hain ah islamic learning ki classes aur log aate hain</w:t>
      </w:r>
    </w:p>
    <w:p>
      <w:pPr>
        <w:jc w:val="right"/>
      </w:pPr>
      <w:r>
        <w:t>اور کہا کہ ہم یہاں پر کلاسز کرتے ہیں اہ اسلامک لرننگ کی کلاسز اور لوگ اتے ہیں</w:t>
      </w:r>
    </w:p>
    <w:p>
      <w:r>
        <w:rPr>
          <w:b/>
        </w:rPr>
        <w:t xml:space="preserve">[49:44] </w:t>
      </w:r>
      <w:r>
        <w:t>hamare paas aur tourists aate hain local log aate hain chunaanche woh bohat achhi jagah par hai main</w:t>
      </w:r>
    </w:p>
    <w:p>
      <w:pPr>
        <w:jc w:val="right"/>
      </w:pPr>
      <w:r>
        <w:t>ہمارے پاس اور ٹورسٹس اتے ہیں لوکل لوگ اتے ہیں چونکہ وہ بہت اچھی جگہ پر ہے مین</w:t>
      </w:r>
    </w:p>
    <w:p>
      <w:r>
        <w:rPr>
          <w:b/>
        </w:rPr>
        <w:t xml:space="preserve">[49:52] </w:t>
      </w:r>
      <w:r>
        <w:t>ah jagah par hai aur bohat hi jo shenzhen ki bohat hi achhi jagah hai jahan sab bade</w:t>
      </w:r>
    </w:p>
    <w:p>
      <w:pPr>
        <w:jc w:val="right"/>
      </w:pPr>
      <w:r>
        <w:t>اہ جگہ پر ہے اور بہت ہی جو شنزن کی بہت ہی اچھی جگہ ہے جہاں سب بڑے</w:t>
      </w:r>
    </w:p>
    <w:p>
      <w:r>
        <w:rPr>
          <w:b/>
        </w:rPr>
        <w:t xml:space="preserve">[49:59] </w:t>
      </w:r>
      <w:r>
        <w:t>bade offices hain usi ke paas hai to wahan kaafi log aate hain to unhon ne kaha ke</w:t>
      </w:r>
    </w:p>
    <w:p>
      <w:pPr>
        <w:jc w:val="right"/>
      </w:pPr>
      <w:r>
        <w:t>بڑے افسز ہیں اسی کے پاس ہے تو وہاں کافی لوگ اتے ہیں تو انہوں نے کہا کہ</w:t>
      </w:r>
    </w:p>
    <w:p>
      <w:r>
        <w:rPr>
          <w:b/>
        </w:rPr>
        <w:t xml:space="preserve">[50:04] </w:t>
      </w:r>
      <w:r>
        <w:t>aap quran bhejiye hum use jo log aayen</w:t>
      </w:r>
    </w:p>
    <w:p>
      <w:pPr>
        <w:jc w:val="right"/>
      </w:pPr>
      <w:r>
        <w:t>اپ قران بھیجیے ہم اسے جو لوگ ائیں</w:t>
      </w:r>
    </w:p>
    <w:p>
      <w:r>
        <w:rPr>
          <w:b/>
        </w:rPr>
        <w:t xml:space="preserve">[50:08] </w:t>
      </w:r>
      <w:r>
        <w:t>ge masjid mein aur un ko denge unhon ne kaha maine unhein kuch aur bhi kitabein</w:t>
      </w:r>
    </w:p>
    <w:p>
      <w:pPr>
        <w:jc w:val="right"/>
      </w:pPr>
      <w:r>
        <w:t>گے مسجد میں اور ان کو دیں گے انہوں نے کہا میں نے انہیں کچھ اور بھی کتابیں</w:t>
      </w:r>
    </w:p>
    <w:p>
      <w:r>
        <w:rPr>
          <w:b/>
        </w:rPr>
        <w:t xml:space="preserve">[50:14] </w:t>
      </w:r>
      <w:r>
        <w:t>deen to unhon ne kaha yeh kitabein mein apne class mein use karunga bohat achhi unhein lagi</w:t>
      </w:r>
    </w:p>
    <w:p>
      <w:pPr>
        <w:jc w:val="right"/>
      </w:pPr>
      <w:r>
        <w:t>دیں تو انہوں نے کہا یہ کتابیں میں اپنے کلاس میں یوز کروں گا بہت اچھی انہیں لگی</w:t>
      </w:r>
    </w:p>
    <w:p>
      <w:r>
        <w:rPr>
          <w:b/>
        </w:rPr>
        <w:t xml:space="preserve">[50:20] </w:t>
      </w:r>
      <w:r>
        <w:t>to isi tarah se ah aik aur shehar mein jana hua ah hong zhou to hong zhou jo</w:t>
      </w:r>
    </w:p>
    <w:p>
      <w:pPr>
        <w:jc w:val="right"/>
      </w:pPr>
      <w:r>
        <w:t>تو اسی طریقے سے اہ ایک اور شہر میں جانا ہوا اہ ہانگ جو تو ہانگ جو جو</w:t>
      </w:r>
    </w:p>
    <w:p>
      <w:r>
        <w:rPr>
          <w:b/>
        </w:rPr>
        <w:t xml:space="preserve">[50:30] </w:t>
      </w:r>
      <w:r>
        <w:t>shehar hai woh nimbo ke paas hai wahan jana tha mujhe to wahan ki masjid bohat hi aali</w:t>
      </w:r>
    </w:p>
    <w:p>
      <w:pPr>
        <w:jc w:val="right"/>
      </w:pPr>
      <w:r>
        <w:t>شہر ہے وہ نیمبو کے پاس ہے وہاں جانا تھا مجھے تو وہاں کی مسجد بہت ہی عالی</w:t>
      </w:r>
    </w:p>
    <w:p>
      <w:r>
        <w:rPr>
          <w:b/>
        </w:rPr>
        <w:t xml:space="preserve">[50:37] </w:t>
      </w:r>
      <w:r>
        <w:t>shaan woh bhi nai masjid hai bahar se bohat hi golden dome aur bohat hi shandar us ki</w:t>
      </w:r>
    </w:p>
    <w:p>
      <w:pPr>
        <w:jc w:val="right"/>
      </w:pPr>
      <w:r>
        <w:t>شان وہ بھی نئی مسجد ہے باہر سے بہت ہی گولڈن ڈوم اور بہت ہی شاندار اس کی</w:t>
      </w:r>
    </w:p>
    <w:p>
      <w:r>
        <w:rPr>
          <w:b/>
        </w:rPr>
        <w:t xml:space="preserve">[50:43] </w:t>
      </w:r>
      <w:r>
        <w:t>location bhi bohat achhi hai bilkul main road pe hai aur andar se woh bohat hi shandar bani</w:t>
      </w:r>
    </w:p>
    <w:p>
      <w:pPr>
        <w:jc w:val="right"/>
      </w:pPr>
      <w:r>
        <w:t>لوکیشن بھی بہت اچھی ہے بالکل مین روڈ پہ ہے اور اندر سے وہ بہت ہی شاندار بنی</w:t>
      </w:r>
    </w:p>
    <w:p>
      <w:r>
        <w:rPr>
          <w:b/>
        </w:rPr>
        <w:t xml:space="preserve">[50:49] </w:t>
      </w:r>
      <w:r>
        <w:t>hui hai yaani white marble ki bohat hi achhi</w:t>
      </w:r>
    </w:p>
    <w:p>
      <w:pPr>
        <w:jc w:val="right"/>
      </w:pPr>
      <w:r>
        <w:t>ہوئی ہے یعنی وائٹ ماربل کی بہت ہی اچھی</w:t>
      </w:r>
    </w:p>
    <w:p>
      <w:r>
        <w:rPr>
          <w:b/>
        </w:rPr>
        <w:t xml:space="preserve">[50:53] </w:t>
      </w:r>
      <w:r>
        <w:t>us ke upar kaam hue hue hain calligraphy likhi hui hai aur bohat bari hai aur bohat hi</w:t>
      </w:r>
    </w:p>
    <w:p>
      <w:pPr>
        <w:jc w:val="right"/>
      </w:pPr>
      <w:r>
        <w:t>اس کے اوپر کام ہوئے ہوئے ہیں کیلیگرافی لکھی ہوئی ہے اور بہت بڑی ہے اور بہت ہی</w:t>
      </w:r>
    </w:p>
    <w:p>
      <w:r>
        <w:rPr>
          <w:b/>
        </w:rPr>
        <w:t xml:space="preserve">[51:00] </w:t>
      </w:r>
      <w:r>
        <w:t>mayari hai is mein offices bhi hain ah lecture room hai aur is tarah ke kai offices hain</w:t>
      </w:r>
    </w:p>
    <w:p>
      <w:pPr>
        <w:jc w:val="right"/>
      </w:pPr>
      <w:r>
        <w:t>معیاری ہے اس میں افسز بھی ہیں اہ لیکچر روم ہے اور اس طرح کے کئی افسز ہیں</w:t>
      </w:r>
    </w:p>
    <w:p>
      <w:r>
        <w:rPr>
          <w:b/>
        </w:rPr>
        <w:t xml:space="preserve">[51:06] </w:t>
      </w:r>
      <w:r>
        <w:t>to wahan mujhe mein thodi der ruka to imam sahab aaye aur namaz maghrib ki padhi to un</w:t>
      </w:r>
    </w:p>
    <w:p>
      <w:pPr>
        <w:jc w:val="right"/>
      </w:pPr>
      <w:r>
        <w:t>تو وہاں مجھے میں تھوڑی دیر رکا تو امام صاحب ائے اور نماز مغرب کی پڑھی تو ان</w:t>
      </w:r>
    </w:p>
    <w:p>
      <w:r>
        <w:rPr>
          <w:b/>
        </w:rPr>
        <w:t xml:space="preserve">[51:13] </w:t>
      </w:r>
      <w:r>
        <w:t>ko bhi maine dikhaya chinese quran aur jo booklets waghera thin to woh sirf arabi bol rahe</w:t>
      </w:r>
    </w:p>
    <w:p>
      <w:pPr>
        <w:jc w:val="right"/>
      </w:pPr>
      <w:r>
        <w:t>کو بھی میں نے دکھایا چائنیز قران اور جو بکلیٹس وغیرہ تھیں تو وہ صرف عربی بول رہے</w:t>
      </w:r>
    </w:p>
    <w:p>
      <w:r>
        <w:rPr>
          <w:b/>
        </w:rPr>
        <w:t xml:space="preserve">[51:20] </w:t>
      </w:r>
      <w:r>
        <w:t>the chunaanche woh wohin un ki taleem hui hai china mein to beharhaal un se thodi bahut baat</w:t>
      </w:r>
    </w:p>
    <w:p>
      <w:pPr>
        <w:jc w:val="right"/>
      </w:pPr>
      <w:r>
        <w:t>تھے چونکہ وہ وہیں ان کی تعلیم ہوئی ہے چائنہ میں تو بہرحال ان سے تھوڑی بہت بات</w:t>
      </w:r>
    </w:p>
    <w:p>
      <w:r>
        <w:rPr>
          <w:b/>
        </w:rPr>
        <w:t xml:space="preserve">[51:27] </w:t>
      </w:r>
      <w:r>
        <w:t>hui to unhon ne bhi wahi baat kahi unhon ne accept kiya bohat hi achi tarike se aur</w:t>
      </w:r>
    </w:p>
    <w:p>
      <w:pPr>
        <w:jc w:val="right"/>
      </w:pPr>
      <w:r>
        <w:t>ہوئی تو انہوں نے بھی وہی بات کہی انہوں نے ایکسیپٹ کیا بہت ہی اچھی طریقے سے اور</w:t>
      </w:r>
    </w:p>
    <w:p>
      <w:r>
        <w:rPr>
          <w:b/>
        </w:rPr>
        <w:t xml:space="preserve">[51:32] </w:t>
      </w:r>
      <w:r>
        <w:t>liya quran aur kaha ke ap maine kaha ke hum bhejenge to unhon ne kaha ke</w:t>
      </w:r>
    </w:p>
    <w:p>
      <w:pPr>
        <w:jc w:val="right"/>
      </w:pPr>
      <w:r>
        <w:t>لیا قران اور کہا کہ اپ میں نے کہا کہ ہم بھیجیں گے تو انہوں نے کہا کہ</w:t>
      </w:r>
    </w:p>
    <w:p>
      <w:r>
        <w:rPr>
          <w:b/>
        </w:rPr>
        <w:t xml:space="preserve">[51:37] </w:t>
      </w:r>
      <w:r>
        <w:t>zarur bhejiye in</w:t>
      </w:r>
    </w:p>
    <w:p>
      <w:pPr>
        <w:jc w:val="right"/>
      </w:pPr>
      <w:r>
        <w:t>ضرور بھیجیے ان</w:t>
      </w:r>
    </w:p>
    <w:p>
      <w:r>
        <w:rPr>
          <w:b/>
        </w:rPr>
        <w:t xml:space="preserve">[51:39] </w:t>
      </w:r>
      <w:r>
        <w:t>ka naam tha imam yusuf siddiq ye naujawan the aur ye hangzhou hangzhou ek shehar hai isi shehar</w:t>
      </w:r>
    </w:p>
    <w:p>
      <w:pPr>
        <w:jc w:val="right"/>
      </w:pPr>
      <w:r>
        <w:t>کا نام تھا امام یوسف صدیق یہ نوجوان تھے اور یہ ہینگزو ہینگجو ایک شہر ہے اسی شہر</w:t>
      </w:r>
    </w:p>
    <w:p>
      <w:r>
        <w:rPr>
          <w:b/>
        </w:rPr>
        <w:t xml:space="preserve">[51:48] </w:t>
      </w:r>
      <w:r>
        <w:t>ke naam pe ye masjid hai hangzhou mosque to is tarike se ek do aur masjidon mein jana</w:t>
      </w:r>
    </w:p>
    <w:p>
      <w:pPr>
        <w:jc w:val="right"/>
      </w:pPr>
      <w:r>
        <w:t>کے نام پہ یہ مسجد ہے ہینگجو ماسک تو اس طریقے سے ایک دو اور مسجدوں میں جانا</w:t>
      </w:r>
    </w:p>
    <w:p>
      <w:r>
        <w:rPr>
          <w:b/>
        </w:rPr>
        <w:t xml:space="preserve">[51:54] </w:t>
      </w:r>
      <w:r>
        <w:t>hua jaise suhaib aur sadia ek masjid mein gaye the jiska naam tha ayu mosque wo ayu</w:t>
      </w:r>
    </w:p>
    <w:p>
      <w:pPr>
        <w:jc w:val="right"/>
      </w:pPr>
      <w:r>
        <w:t>ہوا جیسے صہیب اور سعدیہ ایک مسجد میں گئے تھے جس کا نام تھا ایو ماسک وہ ایو</w:t>
      </w:r>
    </w:p>
    <w:p>
      <w:r>
        <w:rPr>
          <w:b/>
        </w:rPr>
        <w:t xml:space="preserve">[52:01] </w:t>
      </w:r>
      <w:r>
        <w:t>shehar mein hai ah waqe hai to taqreeban jahan bhi jana hua isi tarah ki baatein wahan pata</w:t>
      </w:r>
    </w:p>
    <w:p>
      <w:pPr>
        <w:jc w:val="right"/>
      </w:pPr>
      <w:r>
        <w:t>شہر میں ہے اہ واقع ہے تو تقریبا جہاں بھی جانا ہوا اسی طرح کی باتیں وہاں پتہ</w:t>
      </w:r>
    </w:p>
    <w:p>
      <w:r>
        <w:rPr>
          <w:b/>
        </w:rPr>
        <w:t xml:space="preserve">[52:09] </w:t>
      </w:r>
      <w:r>
        <w:t>chali ke wo agar hum quran bhijwa dein unhein chinese khas taur se ya kuch booklets to wo</w:t>
      </w:r>
    </w:p>
    <w:p>
      <w:pPr>
        <w:jc w:val="right"/>
      </w:pPr>
      <w:r>
        <w:t>چلی کہ وہ اگر ہم قران بھجوا دیں انہیں چائنیز خاص طور سے یا کچھ بکلیٹس تو وہ</w:t>
      </w:r>
    </w:p>
    <w:p>
      <w:r>
        <w:rPr>
          <w:b/>
        </w:rPr>
        <w:t xml:space="preserve">[52:16] </w:t>
      </w:r>
      <w:r>
        <w:t>use rakh lenge aur jo log ate hain unko denge wahan maine kisi bhi</w:t>
      </w:r>
    </w:p>
    <w:p>
      <w:pPr>
        <w:jc w:val="right"/>
      </w:pPr>
      <w:r>
        <w:t>اسے رکھ لیں گے اور جو لوگ اتے ہیں ان کو دیں گے وہاں میں نے کسی بھی</w:t>
      </w:r>
    </w:p>
    <w:p>
      <w:r>
        <w:rPr>
          <w:b/>
        </w:rPr>
        <w:t xml:space="preserve">[52:21] </w:t>
      </w:r>
      <w:r>
        <w:t>masjid mein koi material nahi dekha to</w:t>
      </w:r>
    </w:p>
    <w:p>
      <w:pPr>
        <w:jc w:val="right"/>
      </w:pPr>
      <w:r>
        <w:t>مسجد میں کوئی مٹیریل نہیں دیکھا تو</w:t>
      </w:r>
    </w:p>
    <w:p>
      <w:r>
        <w:rPr>
          <w:b/>
        </w:rPr>
        <w:t xml:space="preserve">[52:25] </w:t>
      </w:r>
      <w:r>
        <w:t>iska iski wajah is lagta hai ke agar hum kuch bhej payen to wo un un</w:t>
      </w:r>
    </w:p>
    <w:p>
      <w:pPr>
        <w:jc w:val="right"/>
      </w:pPr>
      <w:r>
        <w:t>اس کا اس کی وجہ اس لگتا ہے کہ اگر ہم کچھ بھیج پائیں تو وہ ان ان</w:t>
      </w:r>
    </w:p>
    <w:p>
      <w:r>
        <w:rPr>
          <w:b/>
        </w:rPr>
        <w:t xml:space="preserve">[52:30] </w:t>
      </w:r>
      <w:r>
        <w:t>ke liye bohat achi cheez sabit hogi aur bohat iska sahi istemal ho sakega china mein</w:t>
      </w:r>
    </w:p>
    <w:p>
      <w:pPr>
        <w:jc w:val="right"/>
      </w:pPr>
      <w:r>
        <w:t>کے لیے بہت اچھی چیز ثابت ہوگی اور بہت اس کا صحیح استعمال ہو سکے گا چائنہ میں</w:t>
      </w:r>
    </w:p>
    <w:p>
      <w:r>
        <w:rPr>
          <w:b/>
        </w:rPr>
        <w:t xml:space="preserve">[52:36] </w:t>
      </w:r>
      <w:r>
        <w:t>ek aur masla ye hai ke quran bhejna india se taqreeban namumkin hai chuke wo customs pe rok</w:t>
      </w:r>
    </w:p>
    <w:p>
      <w:pPr>
        <w:jc w:val="right"/>
      </w:pPr>
      <w:r>
        <w:t>ایک اور مسئلہ یہ ہے کہ قران بھیجنا انڈیا سے تقریبا ناممکن ہے چونکہ وہ کسٹمز پہ روک</w:t>
      </w:r>
    </w:p>
    <w:p>
      <w:r>
        <w:rPr>
          <w:b/>
        </w:rPr>
        <w:t xml:space="preserve">[52:43] </w:t>
      </w:r>
      <w:r>
        <w:t>denge aur dusra masla ye hai ke agar wahan chhapwayen to wo bhi zara itna asan nahi</w:t>
      </w:r>
    </w:p>
    <w:p>
      <w:pPr>
        <w:jc w:val="right"/>
      </w:pPr>
      <w:r>
        <w:t>دیں گے اور دوسرا مسئلہ یہ ہے کہ اگر وہاں چھپوائیں تو وہ بھی ذرا اتنا اسان نہیں</w:t>
      </w:r>
    </w:p>
    <w:p>
      <w:r>
        <w:rPr>
          <w:b/>
        </w:rPr>
        <w:t xml:space="preserve">[52:48] </w:t>
      </w:r>
      <w:r>
        <w:t>hai chuke iske liye government ki permission chahiye koi bhi religious kitab agar chhapi jaye bible ho</w:t>
      </w:r>
    </w:p>
    <w:p>
      <w:pPr>
        <w:jc w:val="right"/>
      </w:pPr>
      <w:r>
        <w:t>ہے چونکہ اس کے لیے گورنمنٹ کی پرمیشن چاہیے کوئی بھی ریلیجیس کتاب اگر چھاپی جائے بائبل ہو</w:t>
      </w:r>
    </w:p>
    <w:p>
      <w:r>
        <w:rPr>
          <w:b/>
        </w:rPr>
        <w:t xml:space="preserve">[52:56] </w:t>
      </w:r>
      <w:r>
        <w:t>ya quran ho to iske liye government se permission leni hoti hai to wo bhi main koshish</w:t>
      </w:r>
    </w:p>
    <w:p>
      <w:pPr>
        <w:jc w:val="right"/>
      </w:pPr>
      <w:r>
        <w:t>یا قران ہو تو اس کے لیے گورنمنٹ سے پرمیشن لینی ہوتی ہے تو وہ بھی میں کوشش</w:t>
      </w:r>
    </w:p>
    <w:p>
      <w:r>
        <w:rPr>
          <w:b/>
        </w:rPr>
        <w:t xml:space="preserve">[53:01] </w:t>
      </w:r>
      <w:r>
        <w:t>kar raha hoon printer se baat ki hai shayad wahan wahin chhap jaye aur wahin in logon ko</w:t>
      </w:r>
    </w:p>
    <w:p>
      <w:pPr>
        <w:jc w:val="right"/>
      </w:pPr>
      <w:r>
        <w:t>کر رہا ہوں پرنٹر سے بات کی ہے شاید وہاں وہیں چھپ جائے اور وہیں ان لوگوں کو</w:t>
      </w:r>
    </w:p>
    <w:p>
      <w:r>
        <w:rPr>
          <w:b/>
        </w:rPr>
        <w:t xml:space="preserve">[53:07] </w:t>
      </w:r>
      <w:r>
        <w:t>ah pahuncha diya jaye</w:t>
      </w:r>
    </w:p>
    <w:p>
      <w:pPr>
        <w:jc w:val="right"/>
      </w:pPr>
      <w:r>
        <w:t>اہ پہنچا دیا جائے</w:t>
      </w:r>
    </w:p>
    <w:p>
      <w:r>
        <w:rPr>
          <w:b/>
        </w:rPr>
        <w:t xml:space="preserve">[53:09] </w:t>
      </w:r>
      <w:r>
        <w:t>ek aur jo faida</w:t>
      </w:r>
    </w:p>
    <w:p>
      <w:pPr>
        <w:jc w:val="right"/>
      </w:pPr>
      <w:r>
        <w:t>ایک اور جو فائدہ</w:t>
      </w:r>
    </w:p>
    <w:p>
      <w:r>
        <w:rPr>
          <w:b/>
        </w:rPr>
        <w:t xml:space="preserve">[53:11] </w:t>
      </w:r>
      <w:r>
        <w:t>hua hai china jaane ka ah ek display stand hota hai jo main kafi pehle se soch raha</w:t>
      </w:r>
    </w:p>
    <w:p>
      <w:pPr>
        <w:jc w:val="right"/>
      </w:pPr>
      <w:r>
        <w:t>ہوا ہے چائنہ جانے کا اہ ایک ڈسپلے سٹینڈ ہوتا ہے جو میں کافی پہلے سے سوچ رہا</w:t>
      </w:r>
    </w:p>
    <w:p>
      <w:r>
        <w:rPr>
          <w:b/>
        </w:rPr>
        <w:t xml:space="preserve">[53:18] </w:t>
      </w:r>
      <w:r>
        <w:t>tha ke banwaya jaye</w:t>
      </w:r>
    </w:p>
    <w:p>
      <w:pPr>
        <w:jc w:val="right"/>
      </w:pPr>
      <w:r>
        <w:t>تھا کہ بنوایا جائے</w:t>
      </w:r>
    </w:p>
    <w:p>
      <w:r>
        <w:rPr>
          <w:b/>
        </w:rPr>
        <w:t xml:space="preserve">[53:21] </w:t>
      </w:r>
      <w:r>
        <w:t>to wahan ek printer mila jo isi cheez ah ah ko specialize karta hai wo display stands banata</w:t>
      </w:r>
    </w:p>
    <w:p>
      <w:pPr>
        <w:jc w:val="right"/>
      </w:pPr>
      <w:r>
        <w:t>تو وہاں ایک پرنٹر ملا جو اسی چیز اہ اہ کو اسپیشلائز کرتا ہے وہ ڈسپلے سٹینڈز بناتا</w:t>
      </w:r>
    </w:p>
    <w:p>
      <w:r>
        <w:rPr>
          <w:b/>
        </w:rPr>
        <w:t xml:space="preserve">[53:28] </w:t>
      </w:r>
      <w:r>
        <w:t>hai cardboard ke yani jo cardboard hota hai jo corrugated board hota hai usko is</w:t>
      </w:r>
    </w:p>
    <w:p>
      <w:pPr>
        <w:jc w:val="right"/>
      </w:pPr>
      <w:r>
        <w:t>ہے کارڈ بورڈ کے یعنی جو کارڈ بورڈ ہوتا ہے جو کوروگیٹڈ بورڈ ہوتا ہے اس کو اس</w:t>
      </w:r>
    </w:p>
    <w:p>
      <w:r>
        <w:rPr>
          <w:b/>
        </w:rPr>
        <w:t xml:space="preserve">[53:37] </w:t>
      </w:r>
      <w:r>
        <w:t>ka stand ban jata hai chhota bada har tarah ka aap ne dekha hoga shops mein hota hai</w:t>
      </w:r>
    </w:p>
    <w:p>
      <w:pPr>
        <w:jc w:val="right"/>
      </w:pPr>
      <w:r>
        <w:t>کا سٹینڈ بن جاتا ہے چھوٹا بڑا ہر طرح کا اپ نے دیکھا ہوگا شاپس میں ہوتا ہے</w:t>
      </w:r>
    </w:p>
    <w:p>
      <w:r>
        <w:rPr>
          <w:b/>
        </w:rPr>
        <w:t xml:space="preserve">[53:41] </w:t>
      </w:r>
      <w:r>
        <w:t>chocolate wagera rakhte hain ya koi cheez rakhte hain to wo jo stand hota hai wo dispental ho</w:t>
      </w:r>
    </w:p>
    <w:p>
      <w:pPr>
        <w:jc w:val="right"/>
      </w:pPr>
      <w:r>
        <w:t>چاکلیٹ وغیرہ رکھتے ہیں یا کوئی چیز رکھتے ہیں تو وہ جو سٹینڈ ہوتا ہے وہ ڈسپینٹل ہو</w:t>
      </w:r>
    </w:p>
    <w:p>
      <w:r>
        <w:rPr>
          <w:b/>
        </w:rPr>
        <w:t xml:space="preserve">[53:46] </w:t>
      </w:r>
      <w:r>
        <w:t>jata hai aur us ko aik aik plastic ke bag mein kahin bheja ja sakta hai to woh</w:t>
      </w:r>
    </w:p>
    <w:p>
      <w:pPr>
        <w:jc w:val="right"/>
      </w:pPr>
      <w:r>
        <w:t>جاتا ہے اور اس کو ایک ایک پلاسٹک کے بیگ میں کہیں بھیجا جا سکتا ہے تو وہ</w:t>
      </w:r>
    </w:p>
    <w:p>
      <w:r>
        <w:rPr>
          <w:b/>
        </w:rPr>
        <w:t xml:space="preserve">[53:54] </w:t>
      </w:r>
      <w:r>
        <w:t>ah aik printer se baat</w:t>
      </w:r>
    </w:p>
    <w:p>
      <w:pPr>
        <w:jc w:val="right"/>
      </w:pPr>
      <w:r>
        <w:t>اہ ایک پرنٹر سے بات</w:t>
      </w:r>
    </w:p>
    <w:p>
      <w:r>
        <w:rPr>
          <w:b/>
        </w:rPr>
        <w:t xml:space="preserve">[53:56] </w:t>
      </w:r>
      <w:r>
        <w:t>hui hai woh inshallah ah baat cheet chal rahi hai to woh aik stand hoga to taqreeban chhay</w:t>
      </w:r>
    </w:p>
    <w:p>
      <w:pPr>
        <w:jc w:val="right"/>
      </w:pPr>
      <w:r>
        <w:t>ہوئی ہے وہ انشاءاللہ اہ بات چیت چل رہی ہے تو وہ ایک سٹینڈ ہوگا تو تقریبا چھ</w:t>
      </w:r>
    </w:p>
    <w:p>
      <w:r>
        <w:rPr>
          <w:b/>
        </w:rPr>
        <w:t xml:space="preserve">[54:03] </w:t>
      </w:r>
      <w:r>
        <w:t>foot ka jo ke aik plastic ke bag mein aajayega kahin bheja ja sakta hai man lijiyay</w:t>
      </w:r>
    </w:p>
    <w:p>
      <w:pPr>
        <w:jc w:val="right"/>
      </w:pPr>
      <w:r>
        <w:t>فٹ کا جو کہ ایک پلاسٹک کے بیگ میں اجائے گا کہیں بھیجا جا سکتا ہے مان لیجئے</w:t>
      </w:r>
    </w:p>
    <w:p>
      <w:r>
        <w:rPr>
          <w:b/>
        </w:rPr>
        <w:t xml:space="preserve">[54:08] </w:t>
      </w:r>
      <w:r>
        <w:t>teams ko bhejna ho agar to bohat aasani se bhej sakte hain woh wahan ja ke khol ke</w:t>
      </w:r>
    </w:p>
    <w:p>
      <w:pPr>
        <w:jc w:val="right"/>
      </w:pPr>
      <w:r>
        <w:t>ٹیمز کو بھیجنا ہو اگر تو بہت اسانی سے بھیج سکتے ہیں وہ وہاں جا کے کھول کے</w:t>
      </w:r>
    </w:p>
    <w:p>
      <w:r>
        <w:rPr>
          <w:b/>
        </w:rPr>
        <w:t xml:space="preserve">[54:13] </w:t>
      </w:r>
      <w:r>
        <w:t>us ko arrange kar sakte hain bana sakte hain to is mein taqreeban so quran aajayenge aur</w:t>
      </w:r>
    </w:p>
    <w:p>
      <w:pPr>
        <w:jc w:val="right"/>
      </w:pPr>
      <w:r>
        <w:t>اس کو ارینج کر سکتے ہیں بنا سکتے ہیں تو اس میں تقریبا سو قران اجائیں گے اور</w:t>
      </w:r>
    </w:p>
    <w:p>
      <w:r>
        <w:rPr>
          <w:b/>
        </w:rPr>
        <w:t xml:space="preserve">[54:20] </w:t>
      </w:r>
      <w:r>
        <w:t>kuch message likha hoga</w:t>
      </w:r>
    </w:p>
    <w:p>
      <w:pPr>
        <w:jc w:val="right"/>
      </w:pPr>
      <w:r>
        <w:t>کچھ میسج لکھا ہوگا</w:t>
      </w:r>
    </w:p>
    <w:p>
      <w:r>
        <w:rPr>
          <w:b/>
        </w:rPr>
        <w:t xml:space="preserve">[54:22] </w:t>
      </w:r>
      <w:r>
        <w:t>do stands ki baat chal rahi hai aik bara aur aik table ke liye to yeh agar ah</w:t>
      </w:r>
    </w:p>
    <w:p>
      <w:pPr>
        <w:jc w:val="right"/>
      </w:pPr>
      <w:r>
        <w:t>دو سٹینڈز کی بات چل رہی ہے ایک بڑا اور ایک ٹیبل کے لیے تو یہ اگر اہ</w:t>
      </w:r>
    </w:p>
    <w:p>
      <w:r>
        <w:rPr>
          <w:b/>
        </w:rPr>
        <w:t xml:space="preserve">[54:29] </w:t>
      </w:r>
      <w:r>
        <w:t>chhap jaye aur aajaye wahan se to yahan jo ah teams hain wahan jaye aur jahan distribution ho</w:t>
      </w:r>
    </w:p>
    <w:p>
      <w:pPr>
        <w:jc w:val="right"/>
      </w:pPr>
      <w:r>
        <w:t>چھپ جائے اور اجائے وہاں سے تو یہاں جو اہ ٹیمز ہیں وہاں جائے اور جہاں ڈسٹریبیوشن ہو</w:t>
      </w:r>
    </w:p>
    <w:p>
      <w:r>
        <w:rPr>
          <w:b/>
        </w:rPr>
        <w:t xml:space="preserve">[54:36] </w:t>
      </w:r>
      <w:r>
        <w:t>raha hai jaise masjidain hain ya schools hain ya aur is tarah ki koi jaghein hain ya</w:t>
      </w:r>
    </w:p>
    <w:p>
      <w:pPr>
        <w:jc w:val="right"/>
      </w:pPr>
      <w:r>
        <w:t>رہا ہے جیسے مسجدیں ہیں یا سکولز ہیں یا اور اس طرح کی کوئی جگہیں ہیں یا</w:t>
      </w:r>
    </w:p>
    <w:p>
      <w:r>
        <w:rPr>
          <w:b/>
        </w:rPr>
        <w:t xml:space="preserve">[54:41] </w:t>
      </w:r>
      <w:r>
        <w:t>street daawa is ko le jana bhi asan hai ah do pieces mein hota hai woh aasani se</w:t>
      </w:r>
    </w:p>
    <w:p>
      <w:pPr>
        <w:jc w:val="right"/>
      </w:pPr>
      <w:r>
        <w:t>اسٹریٹ دعوی اس کو لے جانا بھی اسان ہے اہ دو پیسز میں ہوتا ہے وہ اسانی سے</w:t>
      </w:r>
    </w:p>
    <w:p>
      <w:r>
        <w:rPr>
          <w:b/>
        </w:rPr>
        <w:t xml:space="preserve">[54:47] </w:t>
      </w:r>
      <w:r>
        <w:t>chala jayega ya khul ke chala jayega to woh ah le jana asan hai us ko</w:t>
      </w:r>
    </w:p>
    <w:p>
      <w:pPr>
        <w:jc w:val="right"/>
      </w:pPr>
      <w:r>
        <w:t>چلا جائے گا یا کھل کے چلا جائے گا تو وہ اہ لے جانا اسان ہے اس کو</w:t>
      </w:r>
    </w:p>
    <w:p>
      <w:r>
        <w:rPr>
          <w:b/>
        </w:rPr>
        <w:t xml:space="preserve">[54:52] </w:t>
      </w:r>
      <w:r>
        <w:t>kahin bhi laga sakte hain aur phir distribution thoda asan ho jata hai jaise hum masjid mein jatay</w:t>
      </w:r>
    </w:p>
    <w:p>
      <w:pPr>
        <w:jc w:val="right"/>
      </w:pPr>
      <w:r>
        <w:t>کہیں بھی لگا سکتے ہیں اور پھر ڈسٹریبیوشن تھوڑا اسان ہو جاتا ہے جیسے ہم مسجد میں جاتے</w:t>
      </w:r>
    </w:p>
    <w:p>
      <w:r>
        <w:rPr>
          <w:b/>
        </w:rPr>
        <w:t xml:space="preserve">[54:59] </w:t>
      </w:r>
      <w:r>
        <w:t>hain eid ke din wahan rakh sakte hain ya kahin bhi book fair mein kahin bhi ah distribution</w:t>
      </w:r>
    </w:p>
    <w:p>
      <w:pPr>
        <w:jc w:val="right"/>
      </w:pPr>
      <w:r>
        <w:t>ہیں عید کے دن وہاں رکھ سکتے ہیں یا کہیں بھی بک فیئر میں کہیں بھی اہ ڈسٹریبیوشن</w:t>
      </w:r>
    </w:p>
    <w:p>
      <w:r>
        <w:rPr>
          <w:b/>
        </w:rPr>
        <w:t xml:space="preserve">[55:05] </w:t>
      </w:r>
      <w:r>
        <w:t>kar sakte hain to yeh thodi bohat baatein theen jo inshallah is pe kaam karne ki zaroorat hai</w:t>
      </w:r>
    </w:p>
    <w:p>
      <w:pPr>
        <w:jc w:val="right"/>
      </w:pPr>
      <w:r>
        <w:t>کر سکتے ہیں تو یہ تھوڑی بہت باتیں تھیں جو انشاءاللہ اس پہ کام کرنے کی ضرورت ہے</w:t>
      </w:r>
    </w:p>
    <w:p>
      <w:r>
        <w:rPr>
          <w:b/>
        </w:rPr>
        <w:t xml:space="preserve">[55:10] </w:t>
      </w:r>
      <w:r>
        <w:t>aur Allah taala se dua hai ke china mein jo halaat hain khaas taur se</w:t>
      </w:r>
    </w:p>
    <w:p>
      <w:pPr>
        <w:jc w:val="right"/>
      </w:pPr>
      <w:r>
        <w:t>اور اللہ تعالی سے دعا ہے کہ چائنہ میں جو حالات ہیں خاص طور سے</w:t>
      </w:r>
    </w:p>
    <w:p>
      <w:r>
        <w:rPr>
          <w:b/>
        </w:rPr>
        <w:t xml:space="preserve">[55:17] </w:t>
      </w:r>
      <w:r>
        <w:t>jo restriction hai woh khatam ho aur is restriction ki wajah se</w:t>
      </w:r>
    </w:p>
    <w:p>
      <w:pPr>
        <w:jc w:val="right"/>
      </w:pPr>
      <w:r>
        <w:t>جو ریسٹرکشن ہے وہ ختم ہو اور اس ریسٹرکشن کی وجہ سے</w:t>
      </w:r>
    </w:p>
    <w:p>
      <w:r>
        <w:rPr>
          <w:b/>
        </w:rPr>
        <w:t xml:space="preserve">[55:23] </w:t>
      </w:r>
      <w:r>
        <w:t>ah jo aik baat maine notice ki chinese</w:t>
      </w:r>
    </w:p>
    <w:p>
      <w:pPr>
        <w:jc w:val="right"/>
      </w:pPr>
      <w:r>
        <w:t>اہ جو ایک بات میں نے نوٹس کی چائنیز</w:t>
      </w:r>
    </w:p>
    <w:p>
      <w:r>
        <w:rPr>
          <w:b/>
        </w:rPr>
        <w:t xml:space="preserve">[55:27] </w:t>
      </w:r>
      <w:r>
        <w:t>logon mein jab hum un se kuch baat karte hain spirituality ki god ki to woh kuch un</w:t>
      </w:r>
    </w:p>
    <w:p>
      <w:pPr>
        <w:jc w:val="right"/>
      </w:pPr>
      <w:r>
        <w:t>لوگوں میں جب ہم ان سے کچھ بات کرتے ہیں سپرچویلٹی کی گاڈ کی تو وہ کچھ ان</w:t>
      </w:r>
    </w:p>
    <w:p>
      <w:r>
        <w:rPr>
          <w:b/>
        </w:rPr>
        <w:t xml:space="preserve">[55:34] </w:t>
      </w:r>
      <w:r>
        <w:t>ke samajh mein nahi aata ke yeh kya baat hai to is ki wajah se chuki wahan itni</w:t>
      </w:r>
    </w:p>
    <w:p>
      <w:pPr>
        <w:jc w:val="right"/>
      </w:pPr>
      <w:r>
        <w:t>کے سمجھ میں نہیں اتا کہ یہ کیا بات ہے تو اس کی وجہ سے چونکہ وہاں اتنی</w:t>
      </w:r>
    </w:p>
    <w:p>
      <w:r>
        <w:rPr>
          <w:b/>
        </w:rPr>
        <w:t xml:space="preserve">[55:39] </w:t>
      </w:r>
      <w:r>
        <w:t>zyada restriction hai ah religious activities ke aur ke ke upar ke wahan log aik tarah se robots</w:t>
      </w:r>
    </w:p>
    <w:p>
      <w:pPr>
        <w:jc w:val="right"/>
      </w:pPr>
      <w:r>
        <w:t>زیادہ ریسٹرکشن ہے اہ ریلیجیس ایکٹیویٹیز کے اور کے کے اوپر کہ وہاں لوگ ایک طریقے سے روبوٹس</w:t>
      </w:r>
    </w:p>
    <w:p>
      <w:r>
        <w:rPr>
          <w:b/>
        </w:rPr>
        <w:t xml:space="preserve">[55:48] </w:t>
      </w:r>
      <w:r>
        <w:t>hi ban gaye hain bas kaam kar rahe hain kama rahe hain earn kar rahe hain aur aik</w:t>
      </w:r>
    </w:p>
    <w:p>
      <w:pPr>
        <w:jc w:val="right"/>
      </w:pPr>
      <w:r>
        <w:t>ہی بن گئے ہیں بس کام کر رہے ہیں کما رہے ہیں ارن کر رہے ہیں اور ایک</w:t>
      </w:r>
    </w:p>
    <w:p>
      <w:r>
        <w:rPr>
          <w:b/>
        </w:rPr>
        <w:t xml:space="preserve">[55:54] </w:t>
      </w:r>
      <w:r>
        <w:t>acchi life guzar rahe hain lekin koi spirituality nahi un ke andar koi shaoor nahi hai ke yeh</w:t>
      </w:r>
    </w:p>
    <w:p>
      <w:pPr>
        <w:jc w:val="right"/>
      </w:pPr>
      <w:r>
        <w:t>اچھی لائف گزار رہے ہیں لیکن کوئی سپرچویلٹی نہیں ان کے اندر کوئی شعور نہیں ہے کہ یہ</w:t>
      </w:r>
    </w:p>
    <w:p>
      <w:r>
        <w:rPr>
          <w:b/>
        </w:rPr>
        <w:t xml:space="preserve">[56:02] </w:t>
      </w:r>
      <w:r>
        <w:t>duniya kis ne banai hai kya maqsad hai insan is duniya mein kaise rahe kaun malik hai kaun</w:t>
      </w:r>
    </w:p>
    <w:p>
      <w:pPr>
        <w:jc w:val="right"/>
      </w:pPr>
      <w:r>
        <w:t>دنیا کس نے بنائی ہے کیا مقصد ہے انسان اس دنیا میں کیسے رہے کون مالک ہے کون</w:t>
      </w:r>
    </w:p>
    <w:p>
      <w:r>
        <w:rPr>
          <w:b/>
        </w:rPr>
        <w:t xml:space="preserve">[56:09] </w:t>
      </w:r>
      <w:r>
        <w:t>khaliq hai kaun giver hai kaun creator</w:t>
      </w:r>
    </w:p>
    <w:p>
      <w:pPr>
        <w:jc w:val="right"/>
      </w:pPr>
      <w:r>
        <w:t>خالق ہے کون گیور ہے کون کریٹر</w:t>
      </w:r>
    </w:p>
    <w:p>
      <w:r>
        <w:rPr>
          <w:b/>
        </w:rPr>
        <w:t xml:space="preserve">[56:12] </w:t>
      </w:r>
      <w:r>
        <w:t>hai yani is ka koi shaoor nahi hai bas sirf kamana aur khana yeh un ka maqsad hai</w:t>
      </w:r>
    </w:p>
    <w:p>
      <w:pPr>
        <w:jc w:val="right"/>
      </w:pPr>
      <w:r>
        <w:t>ہے یعنی اس کا کوئی شعور نہیں ہے بس صرف کمانا اور کھانا یہ ان کا مقصد ہے</w:t>
      </w:r>
    </w:p>
    <w:p>
      <w:r>
        <w:rPr>
          <w:b/>
        </w:rPr>
        <w:t xml:space="preserve">[56:19] </w:t>
      </w:r>
      <w:r>
        <w:t>aur bilkul aik robotic shakhsiyat ah aap kisi chinese se milein to woh is ke paas koi ah</w:t>
      </w:r>
    </w:p>
    <w:p>
      <w:pPr>
        <w:jc w:val="right"/>
      </w:pPr>
      <w:r>
        <w:t>اور بالکل ایک روبوٹک شخصیت اہ اپ کسی چائنیز سے ملیں تو وہ اس کے پاس کوئی اہ</w:t>
      </w:r>
    </w:p>
    <w:p>
      <w:r>
        <w:rPr>
          <w:b/>
        </w:rPr>
        <w:t xml:space="preserve">[56:26] </w:t>
      </w:r>
      <w:r>
        <w:t>spirituality pe baat karne ke ke liye koi mawad nahi hoga to meri dua hai ke Allah taala</w:t>
      </w:r>
    </w:p>
    <w:p>
      <w:pPr>
        <w:jc w:val="right"/>
      </w:pPr>
      <w:r>
        <w:t>سپرچویلٹی پہ بات کرنے کے کے لیے کوئی مواد نہیں ہوگا تو میری دعا ہے کہ اللہ تعالی</w:t>
      </w:r>
    </w:p>
    <w:p>
      <w:r>
        <w:rPr>
          <w:b/>
        </w:rPr>
        <w:t xml:space="preserve">[56:32] </w:t>
      </w:r>
      <w:r>
        <w:t>yeh halaat wahan khatam hon aur yeh restrictions khatam hon aur dobara azadi aaye aur religious freedom ho</w:t>
      </w:r>
    </w:p>
    <w:p>
      <w:pPr>
        <w:jc w:val="right"/>
      </w:pPr>
      <w:r>
        <w:t>یہ حالات وہاں ختم ہوں اور یہ ریسٹرکشنز ختم ہوں اور دوبارہ ازادی ائے اور ریلیجس فریڈم ہو</w:t>
      </w:r>
    </w:p>
    <w:p>
      <w:r>
        <w:rPr>
          <w:b/>
        </w:rPr>
        <w:t xml:space="preserve">[56:39] </w:t>
      </w:r>
      <w:r>
        <w:t>taake hum logon ko moqa mil sake ke hum wahan kuch daawati kaam kar sakein wakhar دعوانا الحمدللہ</w:t>
      </w:r>
    </w:p>
    <w:p>
      <w:pPr>
        <w:jc w:val="right"/>
      </w:pPr>
      <w:r>
        <w:t>تاکہ ہم لوگوں کو موقع مل سکے کہ ہم وہاں کچھ دعوتی کام کر سکیں واخر دعوانا الحمدللہ</w:t>
      </w:r>
    </w:p>
    <w:p>
      <w:r>
        <w:rPr>
          <w:b/>
        </w:rPr>
        <w:t xml:space="preserve">[56:46] </w:t>
      </w:r>
      <w:r>
        <w:t>rabbul alameen acha chinese mein</w:t>
      </w:r>
    </w:p>
    <w:p>
      <w:pPr>
        <w:jc w:val="right"/>
      </w:pPr>
      <w:r>
        <w:t>رب العالمین اچھا چائنیز میں</w:t>
      </w:r>
    </w:p>
    <w:p>
      <w:r>
        <w:rPr>
          <w:b/>
        </w:rPr>
        <w:t xml:space="preserve">[56:50] </w:t>
      </w:r>
      <w:r>
        <w:t>quran ka version hai maujood haan hai acha</w:t>
      </w:r>
    </w:p>
    <w:p>
      <w:pPr>
        <w:jc w:val="right"/>
      </w:pPr>
      <w:r>
        <w:t>قران کا ورژن ہے موجود ہاں ہے اچھا</w:t>
      </w:r>
    </w:p>
    <w:p>
      <w:r>
        <w:rPr>
          <w:b/>
        </w:rPr>
        <w:t xml:space="preserve">[56:57] </w:t>
      </w:r>
      <w:r>
        <w:t>haan aur what is islam bhi hai chinese mein acha thank you doctor doctor saniya hasnain khan sahib</w:t>
      </w:r>
    </w:p>
    <w:p>
      <w:pPr>
        <w:jc w:val="right"/>
      </w:pPr>
      <w:r>
        <w:t>ہاں اور واٹ از اسلام بھی ہے چائنیز میں اچھا تھینک یو ڈاکٹر ڈاکٹر ثانیہ حسنین خان صاحب</w:t>
      </w:r>
    </w:p>
    <w:p>
      <w:r>
        <w:rPr>
          <w:b/>
        </w:rPr>
        <w:t xml:space="preserve">[57:05] </w:t>
      </w:r>
      <w:r>
        <w:t>may you keep inspiring all of us with your daawa experiences so we will begin with a question answer</w:t>
      </w:r>
    </w:p>
    <w:p>
      <w:pPr>
        <w:jc w:val="right"/>
      </w:pPr>
      <w:r>
        <w:t>می یو کیپ انسپائرنگ ال اف اس ود یور دعوی ایکسپیرینسز سو وی ویل بیگن ودا کوسچن انسر</w:t>
      </w:r>
    </w:p>
    <w:p>
      <w:r>
        <w:rPr>
          <w:b/>
        </w:rPr>
        <w:t xml:space="preserve">[57:12] </w:t>
      </w:r>
      <w:r>
        <w:t>and comment section i will first read out the comments that have been sent out by all of</w:t>
      </w:r>
    </w:p>
    <w:p>
      <w:pPr>
        <w:jc w:val="right"/>
      </w:pPr>
      <w:r>
        <w:t>اینڈ کمنٹ سیکشن ائی ویل فرسٹ ریڈ اؤٹ دی کمنٹس دیٹ ہیو بین سینڈ اؤٹ بائے ال اف</w:t>
      </w:r>
    </w:p>
    <w:p>
      <w:r>
        <w:rPr>
          <w:b/>
        </w:rPr>
        <w:t xml:space="preserve">[57:18] </w:t>
      </w:r>
      <w:r>
        <w:t>you to Maulana sahib</w:t>
      </w:r>
    </w:p>
    <w:p>
      <w:pPr>
        <w:jc w:val="right"/>
      </w:pPr>
      <w:r>
        <w:t>یو ٹو مولانا صاحب</w:t>
      </w:r>
    </w:p>
    <w:p>
      <w:r>
        <w:rPr>
          <w:b/>
        </w:rPr>
        <w:t xml:space="preserve">[57:21] </w:t>
      </w:r>
      <w:r>
        <w:t>Maulana yeh comment bheja hai doctor naghma siddiqui ne dilli se unhone likha hai Maulana you have</w:t>
      </w:r>
    </w:p>
    <w:p>
      <w:pPr>
        <w:jc w:val="right"/>
      </w:pPr>
      <w:r>
        <w:t>مولانا یہ کمنٹ بھیجا ہے ڈاکٹر نغمہ صدیقی نے دلی سے انہوں نے لکھا ہے مولانا یو ہیو</w:t>
      </w:r>
    </w:p>
    <w:p>
      <w:r>
        <w:rPr>
          <w:b/>
        </w:rPr>
        <w:t xml:space="preserve">[57:28] </w:t>
      </w:r>
      <w:r>
        <w:t>given us clear advice of how to rediscover the prophetic deen i will inshallah read the initial</w:t>
      </w:r>
    </w:p>
    <w:p>
      <w:pPr>
        <w:jc w:val="right"/>
      </w:pPr>
      <w:r>
        <w:t>گیون اس کلیئر ایڈوائس اف ہاؤ ٹو ری ڈسکور دا پروفیتک دین ائی ویل انشاءاللہ ریڈ دا انیشل</w:t>
      </w:r>
    </w:p>
    <w:p>
      <w:r>
        <w:rPr>
          <w:b/>
        </w:rPr>
        <w:t xml:space="preserve">[57:37] </w:t>
      </w:r>
      <w:r>
        <w:t>chapters of the quran with this objective</w:t>
      </w:r>
    </w:p>
    <w:p>
      <w:pPr>
        <w:jc w:val="right"/>
      </w:pPr>
      <w:r>
        <w:t>چیپٹرز اف دا قران ود دس ابجیکٹو</w:t>
      </w:r>
    </w:p>
    <w:p>
      <w:r>
        <w:rPr>
          <w:b/>
        </w:rPr>
        <w:t xml:space="preserve">[57:41] </w:t>
      </w:r>
      <w:r>
        <w:t>Maulana iqbal umri</w:t>
      </w:r>
    </w:p>
    <w:p>
      <w:pPr>
        <w:jc w:val="right"/>
      </w:pPr>
      <w:r>
        <w:t>مولانا اقبال عمری</w:t>
      </w:r>
    </w:p>
    <w:p>
      <w:r>
        <w:rPr>
          <w:b/>
        </w:rPr>
        <w:t xml:space="preserve">[57:43] </w:t>
      </w:r>
      <w:r>
        <w:t>ne chennai se likha hai deen millat aur nabvi deen kya hai aaj wazeh hua jazaak allah miss shabana ansari ne pakistan se likha hai great point</w:t>
      </w:r>
    </w:p>
    <w:p>
      <w:pPr>
        <w:jc w:val="right"/>
      </w:pPr>
      <w:r>
        <w:t>نے چنئی سے لکھا ہے دین ملت اور نبوی دین کیا ہے اج واضح ہوا جزاک اللہ مس شبانہ انصاری نے پاکستان سے لکھا ہے گریٹ پوائنٹ</w:t>
      </w:r>
    </w:p>
    <w:p>
      <w:r>
        <w:rPr>
          <w:b/>
        </w:rPr>
        <w:t xml:space="preserve">[57:59] </w:t>
      </w:r>
      <w:r>
        <w:t>islam is not for pride it is for surrender to god</w:t>
      </w:r>
    </w:p>
    <w:p>
      <w:pPr>
        <w:jc w:val="right"/>
      </w:pPr>
      <w:r>
        <w:t>اسلام از ناٹ فار پرائیڈ اٹ از فار سرینڈر ٹو گاڈ</w:t>
      </w:r>
    </w:p>
    <w:p>
      <w:r>
        <w:rPr>
          <w:b/>
        </w:rPr>
        <w:t xml:space="preserve">[58:05] </w:t>
      </w:r>
      <w:r>
        <w:t>naseer sunah sahib ne tamapur se likha hai Maulana sahib deen islam alag hai aur muslim community alag</w:t>
      </w:r>
    </w:p>
    <w:p>
      <w:pPr>
        <w:jc w:val="right"/>
      </w:pPr>
      <w:r>
        <w:t>نصیر سنہ صاحب نے تماپور سے لکھا ہے مولانا صاحب دین اسلام الگ ہے اور مسلم کمیونٹی الگ</w:t>
      </w:r>
    </w:p>
    <w:p>
      <w:r>
        <w:rPr>
          <w:b/>
        </w:rPr>
        <w:t xml:space="preserve">[58:12] </w:t>
      </w:r>
      <w:r>
        <w:t>hai yeh aap ki books aur lectures se wazeh hua hai jazak Allah Maulana padhte hain miss carolin</w:t>
      </w:r>
    </w:p>
    <w:p>
      <w:pPr>
        <w:jc w:val="right"/>
      </w:pPr>
      <w:r>
        <w:t>ہے یہ اپ کی بکس اور لیکچر سے واضح ہوا ہے جزاک اللہ مولانا پڑھتے ہیں مس کروتلین</w:t>
      </w:r>
    </w:p>
    <w:p>
      <w:r>
        <w:rPr>
          <w:b/>
        </w:rPr>
        <w:t xml:space="preserve">[58:21] </w:t>
      </w:r>
      <w:r>
        <w:t>ne likha hai srinagar se the fact that islam is a religion to follow in letter and</w:t>
      </w:r>
    </w:p>
    <w:p>
      <w:pPr>
        <w:jc w:val="right"/>
      </w:pPr>
      <w:r>
        <w:t>نے لکھا ہے سری نگر سے دا فیکٹ دیٹ اسلام از ا ریلیجن ٹو فالو ان لیٹر اینڈ</w:t>
      </w:r>
    </w:p>
    <w:p>
      <w:r>
        <w:rPr>
          <w:b/>
        </w:rPr>
        <w:t xml:space="preserve">[58:27] </w:t>
      </w:r>
      <w:r>
        <w:t>spirit the teachings of prophet muhammad deen to be proud of it this fact conveys a strong message</w:t>
      </w:r>
    </w:p>
    <w:p>
      <w:pPr>
        <w:jc w:val="right"/>
      </w:pPr>
      <w:r>
        <w:t>سپرٹ دا ٹیچنگ اف پرافٹ محمد دین ٹو بی پراؤڈ اف اٹ دس فیکٹ کنویز ا سٹرونگ میسج</w:t>
      </w:r>
    </w:p>
    <w:p>
      <w:r>
        <w:rPr>
          <w:b/>
        </w:rPr>
        <w:t xml:space="preserve">[58:36] </w:t>
      </w:r>
      <w:r>
        <w:t>to those who rather adhering to teachings of islam only take pride in its philosophy</w:t>
      </w:r>
    </w:p>
    <w:p>
      <w:pPr>
        <w:jc w:val="right"/>
      </w:pPr>
      <w:r>
        <w:t>ٹو دوز ہو ریدر ایڈیرنگ ٹو ٹیچنگز اف اسلام اونلی ٹیک پرائیڈ ان اٹس فلاسفی</w:t>
      </w:r>
    </w:p>
    <w:p>
      <w:r>
        <w:rPr>
          <w:b/>
        </w:rPr>
        <w:t xml:space="preserve">[58:44] </w:t>
      </w:r>
      <w:r>
        <w:t>thank</w:t>
      </w:r>
    </w:p>
    <w:p>
      <w:pPr>
        <w:jc w:val="right"/>
      </w:pPr>
      <w:r>
        <w:t>تھینک</w:t>
      </w:r>
    </w:p>
    <w:p>
      <w:r>
        <w:rPr>
          <w:b/>
        </w:rPr>
        <w:t xml:space="preserve">[58:44] </w:t>
      </w:r>
      <w:r>
        <w:t>you Maulana for the serious reminder of the most significant aspect of islam azhar mubarak sahib ne bhagalpur se likha hai you are absolutely right Maulana</w:t>
      </w:r>
    </w:p>
    <w:p>
      <w:pPr>
        <w:jc w:val="right"/>
      </w:pPr>
      <w:r>
        <w:t>یو مولانا فار دا سیریس ریمائنڈر اف دا موسٹ سگنیفیکنٹ ایسپیکٹ اف اسلام اظہر مبارک صاحب نے بھاگلپور سے لکھا ہے یو ار ایبسولیوٹلی رائٹ مولانا</w:t>
      </w:r>
    </w:p>
    <w:p>
      <w:r>
        <w:rPr>
          <w:b/>
        </w:rPr>
        <w:t xml:space="preserve">[58:55] </w:t>
      </w:r>
      <w:r>
        <w:t>community oriented outlook is so much dominated that no one goes against it this is this also makes a barrier for the discovery of truth it is also a big psychological condition for the muslims miss priya malik ne dilli se likha hai extremely impactful lecture that clearly made me understand derailment from allah deen and community deen that exist today</w:t>
      </w:r>
    </w:p>
    <w:p>
      <w:pPr>
        <w:jc w:val="right"/>
      </w:pPr>
      <w:r>
        <w:t>کمیونٹی اورینٹڈ اؤٹ لوک از سو مچ ڈومینیٹڈ دیٹ نو ون گوز اگینسٹ اٹ دس از دس السو میکس ا بیریئر فار دا ڈسکوری اف ٹروتھ اٹ از السو ا بگ سائیکلوجیکل کنڈیشن فار دا مسلمز مس پریا ملک نے دلی سے لکھا ہے ایکسٹریملی امپیکٹ فل لیکچر دیٹ کلیئرلی میڈ می انڈرسٹینڈ ڈیریلمنٹ فرام اللہ دین اینڈ کمیونٹی دین دیٹ ایگزسٹ ٹوڈے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