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Divine Mission 4 Aug, 2018</w:t>
      </w:r>
    </w:p>
    <w:p>
      <w:r>
        <w:t>https://www.youtube.com/watch?v=pYq_yECFBgY</w:t>
      </w:r>
    </w:p>
    <w:p>
      <w:r>
        <w:rPr>
          <w:b/>
        </w:rPr>
        <w:t xml:space="preserve">[00:13] </w:t>
      </w:r>
      <w:r>
        <w:t>bismillah hir rahman nir rahim,</w:t>
      </w:r>
    </w:p>
    <w:p>
      <w:pPr>
        <w:jc w:val="right"/>
      </w:pPr>
      <w:r>
        <w:t>بسم اللہ الرحمن الرحیم،</w:t>
      </w:r>
    </w:p>
    <w:p>
      <w:r>
        <w:rPr>
          <w:b/>
        </w:rPr>
        <w:t xml:space="preserve">[00:18] </w:t>
      </w:r>
      <w:r>
        <w:t>wasalli allah ala nabiyil kareem. rab ishrah li sadri, wa yassir li amri, wah lul uqdatan min lisani, yafqahu qawli.</w:t>
      </w:r>
    </w:p>
    <w:p>
      <w:pPr>
        <w:jc w:val="right"/>
      </w:pPr>
      <w:r>
        <w:t>وصلی اللہ علی نبی الکریم۔ رب اشرح لی صدری، ویسر لی امری، واحل العقدۃ من لسانی، یفقہ قولی۔</w:t>
      </w:r>
    </w:p>
    <w:p>
      <w:r>
        <w:rPr>
          <w:b/>
        </w:rPr>
        <w:t xml:space="preserve">[00:37] </w:t>
      </w:r>
      <w:r>
        <w:t>4 agast 2018.</w:t>
      </w:r>
    </w:p>
    <w:p>
      <w:pPr>
        <w:jc w:val="right"/>
      </w:pPr>
      <w:r>
        <w:t>4 اگست 2018۔</w:t>
      </w:r>
    </w:p>
    <w:p>
      <w:r>
        <w:rPr>
          <w:b/>
        </w:rPr>
        <w:t xml:space="preserve">[00:44] </w:t>
      </w:r>
      <w:r>
        <w:t>is waqt mein ek hadith ki</w:t>
      </w:r>
    </w:p>
    <w:p>
      <w:pPr>
        <w:jc w:val="right"/>
      </w:pPr>
      <w:r>
        <w:t>اس وقت میں ایک حدیث کی</w:t>
      </w:r>
    </w:p>
    <w:p>
      <w:r>
        <w:rPr>
          <w:b/>
        </w:rPr>
        <w:t xml:space="preserve">[00:51] </w:t>
      </w:r>
      <w:r>
        <w:t>sharah karna chahta hoon, woh hadith bohat, bohat baar aa chuki hai yahan par, lekin aaj is ka ek khaas aspect mujhe khula, mujh par.</w:t>
      </w:r>
    </w:p>
    <w:p>
      <w:pPr>
        <w:jc w:val="right"/>
      </w:pPr>
      <w:r>
        <w:t>شرح کرنا چاہتا ہوں، وہ حدیث بہت، بہت بار آ چکی ہے یہاں پر، لیکن آج اس کا ایک خاص ایسپیکٹ مجھے کھلا، مجھ پر۔</w:t>
      </w:r>
    </w:p>
    <w:p>
      <w:r>
        <w:rPr>
          <w:b/>
        </w:rPr>
        <w:t xml:space="preserve">[01:04] </w:t>
      </w:r>
      <w:r>
        <w:t>is hadith ka ek khaas aspect, is liye mein is ko chahta hoon repeat karna. to pehle woh hadith aap ke saamne padhi jaayegi, us ke baad mein is ke baare mein kuch arz karunga.</w:t>
      </w:r>
    </w:p>
    <w:p>
      <w:pPr>
        <w:jc w:val="right"/>
      </w:pPr>
      <w:r>
        <w:t>اس حدیث کا ایک خاص ایسپیکٹ، اس لیے میں اس کو چاہتا ہوں ریپیٹ کرنا۔ تو پہلے وہ حدیث آپ کے سامنے پڑھی جائے گی، اس کے بعد میں اس کے بارے میں کچھ عرض کروں گا۔</w:t>
      </w:r>
    </w:p>
    <w:p>
      <w:r>
        <w:rPr>
          <w:b/>
        </w:rPr>
        <w:t xml:space="preserve">[01:23] </w:t>
      </w:r>
      <w:r>
        <w:t>an al miqdad ibn al aswad yaqool: samitu rasul allah sallallahu alaihi wasallam yaqool: "la yabqa ala zahr al ard bait madr wa la wabr illa adkhalahu allah kalimata al islam bi izzi azizin aw dhaleelin".</w:t>
      </w:r>
    </w:p>
    <w:p>
      <w:pPr>
        <w:jc w:val="right"/>
      </w:pPr>
      <w:r>
        <w:t>عن المقداد ابن الاسود یقول: سمعت رسول اللہ صلی اللہ علیہ وسلم یقول: "لا یبقى علی ظہر الارض بیت مدر ولا وبر الا ادخلہ اللہ کلمۃ الاسلام بعز عزیز او ذلیل"۔</w:t>
      </w:r>
    </w:p>
    <w:p>
      <w:r>
        <w:rPr>
          <w:b/>
        </w:rPr>
        <w:t xml:space="preserve">[01:39] </w:t>
      </w:r>
      <w:r>
        <w:t>musnad ahmad, hadith number 23814. miqdad bin aswad se riwayat hai, woh kehte hain ke rasul allah sallallahu alaihi wasallam se mein ne kehte hue suna ke zameen,</w:t>
      </w:r>
    </w:p>
    <w:p>
      <w:pPr>
        <w:jc w:val="right"/>
      </w:pPr>
      <w:r>
        <w:t>مسند احمد، حدیث نمبر 23814۔ مقداد بن اسود سے روایت ہے، وہ کہتے ہیں کہ رسول اللہ صلی اللہ علیہ وسلم سے میں نے کہتے ہوئے سنا کہ زمین،</w:t>
      </w:r>
    </w:p>
    <w:p>
      <w:r>
        <w:rPr>
          <w:b/>
        </w:rPr>
        <w:t xml:space="preserve">[01:52] </w:t>
      </w:r>
      <w:r>
        <w:t>rooye zameen par koi bhi chhota ya bada ghar baqi nahi rahega magar allah is mein islam ke kalme ko daakhil karega, izzat wale ko izzat ke saath aur zillat wale ko zillat ke saath.</w:t>
      </w:r>
    </w:p>
    <w:p>
      <w:pPr>
        <w:jc w:val="right"/>
      </w:pPr>
      <w:r>
        <w:t>روئے زمین پر کوئی بھی چھوٹا یا بڑا گھر باقی نہیں رہے گا مگر اللہ اس میں اسلام کے کلمے کو داخل کرے گا، عزت والے کو عزت کے ساتھ اور ذلت والے کو ذلت کے ساتھ۔</w:t>
      </w:r>
    </w:p>
    <w:p>
      <w:r>
        <w:rPr>
          <w:b/>
        </w:rPr>
        <w:t xml:space="preserve">[02:08] </w:t>
      </w:r>
      <w:r>
        <w:t>dekhiye,</w:t>
      </w:r>
    </w:p>
    <w:p>
      <w:pPr>
        <w:jc w:val="right"/>
      </w:pPr>
      <w:r>
        <w:t>دیکھیے،</w:t>
      </w:r>
    </w:p>
    <w:p>
      <w:r>
        <w:rPr>
          <w:b/>
        </w:rPr>
        <w:t xml:space="preserve">[02:12] </w:t>
      </w:r>
      <w:r>
        <w:t>aaj mujhe ek ajeeb baat is mein mili, in alfaaz mein. woh yeh ke,</w:t>
      </w:r>
    </w:p>
    <w:p>
      <w:pPr>
        <w:jc w:val="right"/>
      </w:pPr>
      <w:r>
        <w:t>آج مجھے ایک عجیب بات اس میں ملی، ان الفاظ میں۔ وہ یہ کہ،</w:t>
      </w:r>
    </w:p>
    <w:p>
      <w:r>
        <w:rPr>
          <w:b/>
        </w:rPr>
        <w:t xml:space="preserve">[02:23] </w:t>
      </w:r>
      <w:r>
        <w:t>yaani kai baaton ko mila kar jab mein ne socha to woh is mani mein hai ke yahan ek process ka zikr hai, kisi ek din ek baat ho jaayegi, is ka zikr nahi hai.</w:t>
      </w:r>
    </w:p>
    <w:p>
      <w:pPr>
        <w:jc w:val="right"/>
      </w:pPr>
      <w:r>
        <w:t>یعنی کئی باتوں کو ملا کر جب میں نے سوچا تو وہ اس معنی میں ہے کہ یہاں ایک پراسیس کا ذکر ہے، کسی ایک دن ایک بات ہو جائے گی، اس کا ذکر نہیں ہے۔</w:t>
      </w:r>
    </w:p>
    <w:p>
      <w:r>
        <w:rPr>
          <w:b/>
        </w:rPr>
        <w:t xml:space="preserve">[02:38] </w:t>
      </w:r>
      <w:r>
        <w:t>ek process chalega, chalega, chalega, aur kahin ja kar woh culminate hoga.</w:t>
      </w:r>
    </w:p>
    <w:p>
      <w:pPr>
        <w:jc w:val="right"/>
      </w:pPr>
      <w:r>
        <w:t>ایک پراسیس چلے گا، چلے گا، چلے گا، اور کہیں جا کر وہ کلمنیٹ ہوگا۔</w:t>
      </w:r>
    </w:p>
    <w:p>
      <w:r>
        <w:rPr>
          <w:b/>
        </w:rPr>
        <w:t xml:space="preserve">[02:48] </w:t>
      </w:r>
      <w:r>
        <w:t>to jab yeh mujhe khula ke is mein process ka zikr hai to us ke mani kya hain? ek bohat badi is ke andar good target thi mere jaise insaan ke liye.</w:t>
      </w:r>
    </w:p>
    <w:p>
      <w:pPr>
        <w:jc w:val="right"/>
      </w:pPr>
      <w:r>
        <w:t>تو جب یہ مجھے کھلا کہ اس میں پراسیس کا ذکر ہے تو اس کے معنی کیا ہیں؟ ایک بہت بڑی اس کے اندر گڈ ٹارگٹ تھی میرے جیسے انسان کے لیے۔</w:t>
      </w:r>
    </w:p>
    <w:p>
      <w:r>
        <w:rPr>
          <w:b/>
        </w:rPr>
        <w:t xml:space="preserve">[03:05] </w:t>
      </w:r>
      <w:r>
        <w:t>kyun? yaani ke woh process to aaj bhi chal raha hai, qayamat tak chalega. woh rukega nahi jab tak ke israfel sur na phoonk dein.</w:t>
      </w:r>
    </w:p>
    <w:p>
      <w:pPr>
        <w:jc w:val="right"/>
      </w:pPr>
      <w:r>
        <w:t>کیوں؟ یعنی کہ وہ پراسیس تو آج بھی چل رہا ہے، قیامت تک چلے گا۔ وہ رکے گا نہیں جب تک کہ اسرافیل سور نہ پھونک دیں۔</w:t>
      </w:r>
    </w:p>
    <w:p>
      <w:r>
        <w:rPr>
          <w:b/>
        </w:rPr>
        <w:t xml:space="preserve">[03:22] </w:t>
      </w:r>
      <w:r>
        <w:t>jab tak israfel sur na phoonk dein, tab rukaega nahi, woh chalta hi rahega.</w:t>
      </w:r>
    </w:p>
    <w:p>
      <w:pPr>
        <w:jc w:val="right"/>
      </w:pPr>
      <w:r>
        <w:t>جب تک اسرافیل سور نہ پھونک دیں، تب رکے گا نہیں، وہ چلتا ہی رہے گا۔</w:t>
      </w:r>
    </w:p>
    <w:p>
      <w:r>
        <w:rPr>
          <w:b/>
        </w:rPr>
        <w:t xml:space="preserve">[03:30] </w:t>
      </w:r>
      <w:r>
        <w:t>to is ke mani ke aaj bhi woh chal raha hai, abhi culminate nahi hua. agar ho chuka hota to qayamat aa chuki hoti.</w:t>
      </w:r>
    </w:p>
    <w:p>
      <w:pPr>
        <w:jc w:val="right"/>
      </w:pPr>
      <w:r>
        <w:t>تو اس کے معنی کہ آج بھی وہ چل رہا ہے، ابھی کلمنیٹ نہیں ہوا۔ اگر ہو چکا ہوتا تو قیامت آ چکی ہوتی۔</w:t>
      </w:r>
    </w:p>
    <w:p>
      <w:r>
        <w:rPr>
          <w:b/>
        </w:rPr>
        <w:t xml:space="preserve">[03:41] </w:t>
      </w:r>
      <w:r>
        <w:t>to is se kya nikla? is se nikla ke humein ek bohat hi bara blessing ka</w:t>
      </w:r>
    </w:p>
    <w:p>
      <w:pPr>
        <w:jc w:val="right"/>
      </w:pPr>
      <w:r>
        <w:t>تو اس سے کیا نکلا؟ اس سے نکلا کہ ہمیں ایک بہت ہی بڑا بلیسنگ کا</w:t>
      </w:r>
    </w:p>
    <w:p>
      <w:r>
        <w:rPr>
          <w:b/>
        </w:rPr>
        <w:t xml:space="preserve">[03:55] </w:t>
      </w:r>
      <w:r>
        <w:t>chance hai hamare liye.</w:t>
      </w:r>
    </w:p>
    <w:p>
      <w:pPr>
        <w:jc w:val="right"/>
      </w:pPr>
      <w:r>
        <w:t>چانس ہے ہمارے لیے۔</w:t>
      </w:r>
    </w:p>
    <w:p>
      <w:r>
        <w:rPr>
          <w:b/>
        </w:rPr>
        <w:t xml:space="preserve">[04:00] </w:t>
      </w:r>
      <w:r>
        <w:t>hamare liye ek bari blessing, woh kya hai? process ek historical process hai.</w:t>
      </w:r>
    </w:p>
    <w:p>
      <w:pPr>
        <w:jc w:val="right"/>
      </w:pPr>
      <w:r>
        <w:t>ہمارے لیے ایک بڑی بلیسنگ، وہ کیا ہے؟ پراسیس ایک ہسٹاریکل پراسیس ہے۔</w:t>
      </w:r>
    </w:p>
    <w:p>
      <w:r>
        <w:rPr>
          <w:b/>
        </w:rPr>
        <w:t xml:space="preserve">[04:10] </w:t>
      </w:r>
      <w:r>
        <w:t>historical process chal raha ho, chal raha ho to aap ke liye yeh chance hai ke aap is mein apna share shamil kar ke is ka hissa ban saken,</w:t>
      </w:r>
    </w:p>
    <w:p>
      <w:pPr>
        <w:jc w:val="right"/>
      </w:pPr>
      <w:r>
        <w:t>ہسٹاریکل پراسیس چل رہا ہو، چل رہا ہو تو آپ کے لیے یہ چانس ہے کہ آپ اس میں اپنا شیئر شامل کر کے اس کا حصہ بن سکیں،</w:t>
      </w:r>
    </w:p>
    <w:p>
      <w:r>
        <w:rPr>
          <w:b/>
        </w:rPr>
        <w:t xml:space="preserve">[04:30] </w:t>
      </w:r>
      <w:r>
        <w:t>is ka hissa ban saken.</w:t>
      </w:r>
    </w:p>
    <w:p>
      <w:pPr>
        <w:jc w:val="right"/>
      </w:pPr>
      <w:r>
        <w:t>اس کا حصہ بن سکیں۔</w:t>
      </w:r>
    </w:p>
    <w:p>
      <w:r>
        <w:rPr>
          <w:b/>
        </w:rPr>
        <w:t xml:space="preserve">[04:34] </w:t>
      </w:r>
      <w:r>
        <w:t>kaisi ajeeb baat hai!</w:t>
      </w:r>
    </w:p>
    <w:p>
      <w:pPr>
        <w:jc w:val="right"/>
      </w:pPr>
      <w:r>
        <w:t>کیسی عجیب بات ہے!</w:t>
      </w:r>
    </w:p>
    <w:p>
      <w:r>
        <w:rPr>
          <w:b/>
        </w:rPr>
        <w:t xml:space="preserve">[04:36] </w:t>
      </w:r>
      <w:r>
        <w:t>kyunke yeh jo process hai, yeh to shuru hua Rasool Allah ke zamane se, to Rasool Allah ke zamane se shuru hua, phir Sahaba ke zariye chalta raha, phir Tabeen, Tabay Tabeen waghera.</w:t>
      </w:r>
    </w:p>
    <w:p>
      <w:pPr>
        <w:jc w:val="right"/>
      </w:pPr>
      <w:r>
        <w:t>کیونکہ یہ جو پراسیس ہے، یہ تو شروع ہوا رسول اللہ کے زمانے سے، تو رسول اللہ کے زمانے سے شروع ہوا، پھر صحابہ کے ذریعے چلتا رہا، پھر تابعین، تبع تابعین وغیرہ۔</w:t>
      </w:r>
    </w:p>
    <w:p>
      <w:r>
        <w:rPr>
          <w:b/>
        </w:rPr>
        <w:t xml:space="preserve">[04:51] </w:t>
      </w:r>
      <w:r>
        <w:t>to sari ummat ke jo</w:t>
      </w:r>
    </w:p>
    <w:p>
      <w:pPr>
        <w:jc w:val="right"/>
      </w:pPr>
      <w:r>
        <w:t>تو ساری امت کے جو</w:t>
      </w:r>
    </w:p>
    <w:p>
      <w:r>
        <w:rPr>
          <w:b/>
        </w:rPr>
        <w:t xml:space="preserve">[04:56] </w:t>
      </w:r>
      <w:r>
        <w:t>achhe log hain, sari ummat ke,</w:t>
      </w:r>
    </w:p>
    <w:p>
      <w:pPr>
        <w:jc w:val="right"/>
      </w:pPr>
      <w:r>
        <w:t>اچھے لوگ ہیں، ساری امت کے،</w:t>
      </w:r>
    </w:p>
    <w:p>
      <w:r>
        <w:rPr>
          <w:b/>
        </w:rPr>
        <w:t xml:space="preserve">[05:04] </w:t>
      </w:r>
      <w:r>
        <w:t>un ka ek process hai, historical process.</w:t>
      </w:r>
    </w:p>
    <w:p>
      <w:pPr>
        <w:jc w:val="right"/>
      </w:pPr>
      <w:r>
        <w:t>ان کا ایک پراسیس ہے، ہسٹاریکل پراسیس۔</w:t>
      </w:r>
    </w:p>
    <w:p>
      <w:r>
        <w:rPr>
          <w:b/>
        </w:rPr>
        <w:t xml:space="preserve">[05:12] </w:t>
      </w:r>
      <w:r>
        <w:t>to aap kisi bhi lamha qayamat se pehle is process ke darmiyan hain.</w:t>
      </w:r>
    </w:p>
    <w:p>
      <w:pPr>
        <w:jc w:val="right"/>
      </w:pPr>
      <w:r>
        <w:t>تو آپ کسی بھی لمحہ قیامت سے پہلے اس پراسیس کے درمیان ہیں۔</w:t>
      </w:r>
    </w:p>
    <w:p>
      <w:r>
        <w:rPr>
          <w:b/>
        </w:rPr>
        <w:t xml:space="preserve">[05:26] </w:t>
      </w:r>
      <w:r>
        <w:t>koi bhi din</w:t>
      </w:r>
    </w:p>
    <w:p>
      <w:pPr>
        <w:jc w:val="right"/>
      </w:pPr>
      <w:r>
        <w:t>کوئی بھی دن</w:t>
      </w:r>
    </w:p>
    <w:p>
      <w:r>
        <w:rPr>
          <w:b/>
        </w:rPr>
        <w:t xml:space="preserve">[05:29] </w:t>
      </w:r>
      <w:r>
        <w:t>Surah Israfeel phoonke jaane se pehle is ka process chal raha hai, chal raha hai, chal raha hai. Koi culmination aa jayega to tab to sur phoonk jayega, phir to qayamat aa jayegi.</w:t>
      </w:r>
    </w:p>
    <w:p>
      <w:pPr>
        <w:jc w:val="right"/>
      </w:pPr>
      <w:r>
        <w:t>سورہ اسرافیل پھونکے جانے سے پہلے اس کا پراسیس چل رہا ہے، چل رہا ہے، چل رہا ہے۔ کوئی کلمنیشن آ جائے گا تو تب تو سور پھونک جائے گا، پھر تو قیامت آ جائے گی۔</w:t>
      </w:r>
    </w:p>
    <w:p>
      <w:r>
        <w:rPr>
          <w:b/>
        </w:rPr>
        <w:t xml:space="preserve">[05:46] </w:t>
      </w:r>
      <w:r>
        <w:t>jiske maani hain ke hum aap chahe jis din bhi hon, jis saal hon, jis mahine mein hon, hum hum ko yeh ek chance hai ke is process mein apne ko shamil kar dein,</w:t>
      </w:r>
    </w:p>
    <w:p>
      <w:pPr>
        <w:jc w:val="right"/>
      </w:pPr>
      <w:r>
        <w:t>جس کے معنی ہیں کہ ہم آپ چاہے جس دن بھی ہوں، جس سال ہوں، جس مہینے میں ہوں، ہم ہم کو یہ ایک چانس ہے کہ اس پراسیس میں اپنے کو شامل کر دیں،</w:t>
      </w:r>
    </w:p>
    <w:p>
      <w:r>
        <w:rPr>
          <w:b/>
        </w:rPr>
        <w:t xml:space="preserve">[06:02] </w:t>
      </w:r>
      <w:r>
        <w:t>is process mein apne aap ko shamil kar dein.</w:t>
      </w:r>
    </w:p>
    <w:p>
      <w:pPr>
        <w:jc w:val="right"/>
      </w:pPr>
      <w:r>
        <w:t>اس پراسیس میں اپنے آپ کو شامل کر دیں۔</w:t>
      </w:r>
    </w:p>
    <w:p>
      <w:r>
        <w:rPr>
          <w:b/>
        </w:rPr>
        <w:t xml:space="preserve">[06:09] </w:t>
      </w:r>
      <w:r>
        <w:t>yeh aisa hi hai, yaad rakhiye, yeh baat aise hi hai jaise aap ko</w:t>
      </w:r>
    </w:p>
    <w:p>
      <w:pPr>
        <w:jc w:val="right"/>
      </w:pPr>
      <w:r>
        <w:t>یہ ایسا ہی ہے، یاد رکھیے، یہ بات ایسے ہی ہے جیسے آپ کو</w:t>
      </w:r>
    </w:p>
    <w:p>
      <w:r>
        <w:rPr>
          <w:b/>
        </w:rPr>
        <w:t xml:space="preserve">[06:20] </w:t>
      </w:r>
      <w:r>
        <w:t>farishta yeh kahe</w:t>
      </w:r>
    </w:p>
    <w:p>
      <w:pPr>
        <w:jc w:val="right"/>
      </w:pPr>
      <w:r>
        <w:t>فرشتہ یہ کہے</w:t>
      </w:r>
    </w:p>
    <w:p>
      <w:r>
        <w:rPr>
          <w:b/>
        </w:rPr>
        <w:t xml:space="preserve">[06:25] </w:t>
      </w:r>
      <w:r>
        <w:t>ke tum aaj bhi, aaj bhi, aaj bhi prophet ki companionship pa sakte ho. Yani woh cheez jo meri umar ko, Abu Bakr ko, Usman ko, Ali ko aur doosre Sahaba ko, is blessing ko aaj bhi to pa sakte ho.</w:t>
      </w:r>
    </w:p>
    <w:p>
      <w:pPr>
        <w:jc w:val="right"/>
      </w:pPr>
      <w:r>
        <w:t>کہ تم آج بھی، آج بھی، آج بھی پرافٹ کی کمپینرشپ پا سکتے ہو۔ یعنی وہ چیز جو میری عمر کو، ابوبکر کو، عثمان کو، علی کو اور دوسرے صحابہ کو، اس بلیسنگ کو آج بھی تو پا سکتے ہو۔</w:t>
      </w:r>
    </w:p>
    <w:p>
      <w:r>
        <w:rPr>
          <w:b/>
        </w:rPr>
        <w:t xml:space="preserve">[06:55] </w:t>
      </w:r>
      <w:r>
        <w:t>to aap ghor kijiye ke aap agar farishta yeh kahe ke is blessing ko, yani Rasool Allah ki companionship mein hone ka blessing, aaj bhi to pa sakte ho, agar falan kaam karo to zahir hai ke kehta khush honge aap.</w:t>
      </w:r>
    </w:p>
    <w:p>
      <w:pPr>
        <w:jc w:val="right"/>
      </w:pPr>
      <w:r>
        <w:t>تو آپ غور کیجئے کہ آپ اگر فرشتہ یہ کہے کہ اس بلیسنگ کو، یعنی رسول اللہ کی کمپینرشپ میں ہونے کا بلیسنگ، آج بھی تو پا سکتے ہو، اگر فلاں کام کرو تو ظاہر ہے کہ کہتا خوش ہوں گے آپ۔</w:t>
      </w:r>
    </w:p>
    <w:p>
      <w:r>
        <w:rPr>
          <w:b/>
        </w:rPr>
        <w:t xml:space="preserve">[07:18] </w:t>
      </w:r>
      <w:r>
        <w:t>to is hadith mein yeh nikalta hai ke yeh continuous process hai, abhi tak</w:t>
      </w:r>
    </w:p>
    <w:p>
      <w:pPr>
        <w:jc w:val="right"/>
      </w:pPr>
      <w:r>
        <w:t>تو اس حدیث میں یہ نکلتا ہے کہ یہ کنٹینیوس پراسیس ہے، ابھی تک</w:t>
      </w:r>
    </w:p>
    <w:p>
      <w:r>
        <w:rPr>
          <w:b/>
        </w:rPr>
        <w:t xml:space="preserve">[07:34] </w:t>
      </w:r>
      <w:r>
        <w:t>continuous process hai, aur yeh is waqt tak continue rahega jab tak</w:t>
      </w:r>
    </w:p>
    <w:p>
      <w:pPr>
        <w:jc w:val="right"/>
      </w:pPr>
      <w:r>
        <w:t>کنٹینیوس پراسیس ہے، اور یہ اس وقت تک کنٹینیو رہے گا جب تک</w:t>
      </w:r>
    </w:p>
    <w:p>
      <w:r>
        <w:rPr>
          <w:b/>
        </w:rPr>
        <w:t xml:space="preserve">[07:44] </w:t>
      </w:r>
      <w:r>
        <w:t>Israfeel,</w:t>
      </w:r>
    </w:p>
    <w:p>
      <w:pPr>
        <w:jc w:val="right"/>
      </w:pPr>
      <w:r>
        <w:t>اسرافیل،</w:t>
      </w:r>
    </w:p>
    <w:p>
      <w:r>
        <w:rPr>
          <w:b/>
        </w:rPr>
        <w:t xml:space="preserve">[07:48] </w:t>
      </w:r>
      <w:r>
        <w:t>jaisa ke hadith mein aata hai ke Israfeel sur phoonke liye khade hain,</w:t>
      </w:r>
    </w:p>
    <w:p>
      <w:pPr>
        <w:jc w:val="right"/>
      </w:pPr>
      <w:r>
        <w:t>جیسا کہ حدیث میں آتا ہے کہ اسرافیل سورج لیے کھڑے ہیں،</w:t>
      </w:r>
    </w:p>
    <w:p>
      <w:r>
        <w:rPr>
          <w:b/>
        </w:rPr>
        <w:t xml:space="preserve">[08:00] </w:t>
      </w:r>
      <w:r>
        <w:t>woh toh thak, farishta toh aap jante hain ke thakta nahi,</w:t>
      </w:r>
    </w:p>
    <w:p>
      <w:pPr>
        <w:jc w:val="right"/>
      </w:pPr>
      <w:r>
        <w:t>وہ تو تھک، فرشتہ تو آپ جانتے ہیں کہ تھکتا نہیں،</w:t>
      </w:r>
    </w:p>
    <w:p>
      <w:r>
        <w:rPr>
          <w:b/>
        </w:rPr>
        <w:t xml:space="preserve">[08:05] </w:t>
      </w:r>
      <w:r>
        <w:t>isko kisi cheez ki zaroorat nahi.</w:t>
      </w:r>
    </w:p>
    <w:p>
      <w:pPr>
        <w:jc w:val="right"/>
      </w:pPr>
      <w:r>
        <w:t>اس کو کسی چیز کی ضرورت نہیں۔</w:t>
      </w:r>
    </w:p>
    <w:p>
      <w:r>
        <w:rPr>
          <w:b/>
        </w:rPr>
        <w:t xml:space="preserve">[08:09] </w:t>
      </w:r>
      <w:r>
        <w:t>toh israfel jo hain,</w:t>
      </w:r>
    </w:p>
    <w:p>
      <w:pPr>
        <w:jc w:val="right"/>
      </w:pPr>
      <w:r>
        <w:t>تو اسرافیل جو ہیں،</w:t>
      </w:r>
    </w:p>
    <w:p>
      <w:r>
        <w:rPr>
          <w:b/>
        </w:rPr>
        <w:t xml:space="preserve">[08:13] </w:t>
      </w:r>
      <w:r>
        <w:t>suraj liye khare hain</w:t>
      </w:r>
    </w:p>
    <w:p>
      <w:pPr>
        <w:jc w:val="right"/>
      </w:pPr>
      <w:r>
        <w:t>سورج لیے کھڑے ہیں</w:t>
      </w:r>
    </w:p>
    <w:p>
      <w:r>
        <w:rPr>
          <w:b/>
        </w:rPr>
        <w:t xml:space="preserve">[08:17] </w:t>
      </w:r>
      <w:r>
        <w:t>ek intezar mein</w:t>
      </w:r>
    </w:p>
    <w:p>
      <w:pPr>
        <w:jc w:val="right"/>
      </w:pPr>
      <w:r>
        <w:t>ایک انتظار میں</w:t>
      </w:r>
    </w:p>
    <w:p>
      <w:r>
        <w:rPr>
          <w:b/>
        </w:rPr>
        <w:t xml:space="preserve">[08:20] </w:t>
      </w:r>
      <w:r>
        <w:t>keh woh Allah rab ul alameen kab</w:t>
      </w:r>
    </w:p>
    <w:p>
      <w:pPr>
        <w:jc w:val="right"/>
      </w:pPr>
      <w:r>
        <w:t>کہ وہ اللہ رب العالمین کب</w:t>
      </w:r>
    </w:p>
    <w:p>
      <w:r>
        <w:rPr>
          <w:b/>
        </w:rPr>
        <w:t xml:space="preserve">[08:24] </w:t>
      </w:r>
      <w:r>
        <w:t>unhein hukum de aur woh</w:t>
      </w:r>
    </w:p>
    <w:p>
      <w:pPr>
        <w:jc w:val="right"/>
      </w:pPr>
      <w:r>
        <w:t>انہیں حکم دے اور وہ</w:t>
      </w:r>
    </w:p>
    <w:p>
      <w:r>
        <w:rPr>
          <w:b/>
        </w:rPr>
        <w:t xml:space="preserve">[08:28] </w:t>
      </w:r>
      <w:r>
        <w:t>suraj par phoonk maar de.</w:t>
      </w:r>
    </w:p>
    <w:p>
      <w:pPr>
        <w:jc w:val="right"/>
      </w:pPr>
      <w:r>
        <w:t>سورج پر پھونک مار دے۔</w:t>
      </w:r>
    </w:p>
    <w:p>
      <w:r>
        <w:rPr>
          <w:b/>
        </w:rPr>
        <w:t xml:space="preserve">[08:31] </w:t>
      </w:r>
      <w:r>
        <w:t>ab yeh baat ho sakta hai ke actual ho, yeh bhi ho sakta hai ke woh tamseel ho, dono imkan hain.</w:t>
      </w:r>
    </w:p>
    <w:p>
      <w:pPr>
        <w:jc w:val="right"/>
      </w:pPr>
      <w:r>
        <w:t>اب یہ بات ہو سکتا ہے کہ ایکچول ہو، یہ بھی ہو سکتا ہے کہ وہ تمثیل ہو، دونوں امکان ہیں۔</w:t>
      </w:r>
    </w:p>
    <w:p>
      <w:r>
        <w:rPr>
          <w:b/>
        </w:rPr>
        <w:t xml:space="preserve">[08:43] </w:t>
      </w:r>
      <w:r>
        <w:t>to abhi woh period, abhi woh period khatam nahi hua, woh abhi woh baqi hai jab ke aap is process ka hissa ban saken, is ka part ban saken,</w:t>
      </w:r>
    </w:p>
    <w:p>
      <w:pPr>
        <w:jc w:val="right"/>
      </w:pPr>
      <w:r>
        <w:t>تو ابھی وہ پیریڈ، ابھی وہ پیریڈ ختم نہیں ہوا، وہ ابھی وہ باقی ہے جب کہ آپ اس پراسیس کا حصہ بن سکیں، اس کا پارٹ بن سکیں،</w:t>
      </w:r>
    </w:p>
    <w:p>
      <w:r>
        <w:rPr>
          <w:b/>
        </w:rPr>
        <w:t xml:space="preserve">[09:02] </w:t>
      </w:r>
      <w:r>
        <w:t>is historical process ka part ban saken ke Khuda ka kalam, Khuda ka word of God, history mein chal raha hai, chal raha hai, chal raha hai taake woh apni culmination tak pohnche aur har ghar mein pohnche.</w:t>
      </w:r>
    </w:p>
    <w:p>
      <w:pPr>
        <w:jc w:val="right"/>
      </w:pPr>
      <w:r>
        <w:t>اس ہسٹاریکل پراسیس کا پارٹ بن سکیں کہ خدا کا کلام، خدا کا ورڈ آف گاڈ، ہسٹری میں چل رہا ہے، چل رہا ہے، چل رہا ہے تاکہ وہ اپنی کلمیشن پہنچے اور ہر گھر میں پہنچ جائے۔</w:t>
      </w:r>
    </w:p>
    <w:p>
      <w:r>
        <w:rPr>
          <w:b/>
        </w:rPr>
        <w:t xml:space="preserve">[09:26] </w:t>
      </w:r>
      <w:r>
        <w:t>acha, is ke baad jo lafz hai, be,</w:t>
      </w:r>
    </w:p>
    <w:p>
      <w:pPr>
        <w:jc w:val="right"/>
      </w:pPr>
      <w:r>
        <w:t>اچھا، اس کے بعد جو لفظ ہے، بے،</w:t>
      </w:r>
    </w:p>
    <w:p>
      <w:r>
        <w:rPr>
          <w:b/>
        </w:rPr>
        <w:t xml:space="preserve">[09:35] </w:t>
      </w:r>
      <w:r>
        <w:t>is ke baad jo aakhri mein jo lafz hai ke kisi ko zillat ke saath, kisi ko izzat ke saath,</w:t>
      </w:r>
    </w:p>
    <w:p>
      <w:pPr>
        <w:jc w:val="right"/>
      </w:pPr>
      <w:r>
        <w:t>اس کے بعد جو آخری میں جو لفظ ہے کہ کسی کو ذلت کے ساتھ، کسی کو عزت کے ساتھ،</w:t>
      </w:r>
    </w:p>
    <w:p>
      <w:r>
        <w:rPr>
          <w:b/>
        </w:rPr>
        <w:t xml:space="preserve">[09:46] </w:t>
      </w:r>
      <w:r>
        <w:t>yani jo</w:t>
      </w:r>
    </w:p>
    <w:p>
      <w:pPr>
        <w:jc w:val="right"/>
      </w:pPr>
      <w:r>
        <w:t>یعنی جو</w:t>
      </w:r>
    </w:p>
    <w:p>
      <w:r>
        <w:rPr>
          <w:b/>
        </w:rPr>
        <w:t xml:space="preserve">[09:52] </w:t>
      </w:r>
      <w:r>
        <w:t>apne consent se is ko qabool kare, is Khuda ke is paigham ko, to is ke case, is ka case jo banega,</w:t>
      </w:r>
    </w:p>
    <w:p>
      <w:pPr>
        <w:jc w:val="right"/>
      </w:pPr>
      <w:r>
        <w:t>اپنے کنسنٹ سے اس کو قبول کرے، اس خدا کے اس پیغام کو، تو اس کے کیس، اس کا کیس جو بنے گا،</w:t>
      </w:r>
    </w:p>
    <w:p>
      <w:r>
        <w:rPr>
          <w:b/>
        </w:rPr>
        <w:t xml:space="preserve">[10:06] </w:t>
      </w:r>
      <w:r>
        <w:t>woh yeh banega ke is ne Khuda ki baat ko izzat ke saath qabool kar liya.</w:t>
      </w:r>
    </w:p>
    <w:p>
      <w:pPr>
        <w:jc w:val="right"/>
      </w:pPr>
      <w:r>
        <w:t>وہ یہ بنے گا کہ اس نے خدا کی بات کو عزت کے ساتھ قبول کر لیا۔</w:t>
      </w:r>
    </w:p>
    <w:p>
      <w:r>
        <w:rPr>
          <w:b/>
        </w:rPr>
        <w:t xml:space="preserve">[10:16] </w:t>
      </w:r>
      <w:r>
        <w:t>aur jo aisa na kare to is ko zillat ke saath use qabool karna padega, yani exactly, exactly qabool karna padega.</w:t>
      </w:r>
    </w:p>
    <w:p>
      <w:pPr>
        <w:jc w:val="right"/>
      </w:pPr>
      <w:r>
        <w:t>اور جو ایسا نہ کرے تو اس کو ذلت کے ساتھ اسے قبول کرنا پڑے گا، یعنی الیکٹنٹلی، الیکٹنٹلی قبول کرنا پڑے گا۔</w:t>
      </w:r>
    </w:p>
    <w:p>
      <w:r>
        <w:rPr>
          <w:b/>
        </w:rPr>
        <w:t xml:space="preserve">[10:32] </w:t>
      </w:r>
      <w:r>
        <w:t>to is ka matlab kya hai?</w:t>
      </w:r>
    </w:p>
    <w:p>
      <w:pPr>
        <w:jc w:val="right"/>
      </w:pPr>
      <w:r>
        <w:t>تو اس کا مطلب کیا ہے؟</w:t>
      </w:r>
    </w:p>
    <w:p>
      <w:r>
        <w:rPr>
          <w:b/>
        </w:rPr>
        <w:t xml:space="preserve">[10:38] </w:t>
      </w:r>
      <w:r>
        <w:t>is ka matlab hai ke aaj, yani yeh ek process, age of communication mein pohnch jayega, chalte chalte.</w:t>
      </w:r>
    </w:p>
    <w:p>
      <w:pPr>
        <w:jc w:val="right"/>
      </w:pPr>
      <w:r>
        <w:t>اس کا مطلب ہے کہ آج، یعنی یہ ایک پراسیس، ایج آف کمیونیکیشن میں پہنچ جائے گا، چلتے چلتے۔</w:t>
      </w:r>
    </w:p>
    <w:p>
      <w:r>
        <w:rPr>
          <w:b/>
        </w:rPr>
        <w:t xml:space="preserve">[10:51] </w:t>
      </w:r>
      <w:r>
        <w:t>shuru to hoga,</w:t>
      </w:r>
    </w:p>
    <w:p>
      <w:pPr>
        <w:jc w:val="right"/>
      </w:pPr>
      <w:r>
        <w:t>شروع تو ہوگا،</w:t>
      </w:r>
    </w:p>
    <w:p>
      <w:r>
        <w:rPr>
          <w:b/>
        </w:rPr>
        <w:t xml:space="preserve">[10:55] </w:t>
      </w:r>
      <w:r>
        <w:t>yani oral communication ke zamane se, lekin dheere dheere, dheere dheere chalte chalte woh is age mein pohnch jayega jab ke</w:t>
      </w:r>
    </w:p>
    <w:p>
      <w:pPr>
        <w:jc w:val="right"/>
      </w:pPr>
      <w:r>
        <w:t>یعنی اورل کمیونیکیشن کے زمانے سے، لیکن دھیرے دھیرے، دھیرے دھیرے چلتے چلتے وہ اس ایج میں پہنچ جائے گا جب کہ</w:t>
      </w:r>
    </w:p>
    <w:p>
      <w:r>
        <w:rPr>
          <w:b/>
        </w:rPr>
        <w:t xml:space="preserve">[11:13] </w:t>
      </w:r>
      <w:r>
        <w:t>woh waqt aayega ke willingly ya unwillingly, aap chahen ya na chahen, woh pohnch kar rahega.</w:t>
      </w:r>
    </w:p>
    <w:p>
      <w:pPr>
        <w:jc w:val="right"/>
      </w:pPr>
      <w:r>
        <w:t>وہ وقت آئے گا کہ ولنگلی یا ان ولنگلی، آپ چاہیں یا نہ چاہیں، وہ پہنچ کر رہے گا۔</w:t>
      </w:r>
    </w:p>
    <w:p>
      <w:r>
        <w:rPr>
          <w:b/>
        </w:rPr>
        <w:t xml:space="preserve">[11:24] </w:t>
      </w:r>
      <w:r>
        <w:t>aap jante hain ke aaj jo communication hai,</w:t>
      </w:r>
    </w:p>
    <w:p>
      <w:pPr>
        <w:jc w:val="right"/>
      </w:pPr>
      <w:r>
        <w:t>آپ جانتے ہیں کہ آج جو کمیونیکیشن ہے،</w:t>
      </w:r>
    </w:p>
    <w:p>
      <w:r>
        <w:rPr>
          <w:b/>
        </w:rPr>
        <w:t xml:space="preserve">[11:30] </w:t>
      </w:r>
      <w:r>
        <w:t>to aap ke haath mein agar</w:t>
      </w:r>
    </w:p>
    <w:p>
      <w:pPr>
        <w:jc w:val="right"/>
      </w:pPr>
      <w:r>
        <w:t>تو آپ کے ہاتھ میں اگر</w:t>
      </w:r>
    </w:p>
    <w:p>
      <w:r>
        <w:rPr>
          <w:b/>
        </w:rPr>
        <w:t xml:space="preserve">[11:37] </w:t>
      </w:r>
      <w:r>
        <w:t>mobile hai</w:t>
      </w:r>
    </w:p>
    <w:p>
      <w:pPr>
        <w:jc w:val="right"/>
      </w:pPr>
      <w:r>
        <w:t>موبائل ہے</w:t>
      </w:r>
    </w:p>
    <w:p>
      <w:r>
        <w:rPr>
          <w:b/>
        </w:rPr>
        <w:t xml:space="preserve">[11:42] </w:t>
      </w:r>
      <w:r>
        <w:t>to sirf apni ungli se ek mechanism ko touch karna hai. Aap ungli ke touch se apne message ko sari duniya mein pohncha sakte hain,</w:t>
      </w:r>
    </w:p>
    <w:p>
      <w:pPr>
        <w:jc w:val="right"/>
      </w:pPr>
      <w:r>
        <w:t>تو صرف اپنی انگلی سے ایک میکانزم کو ٹچ کرنا ہے۔ آپ انگلی کے ٹچ سے اپنے میسج کو ساری دنیا میں پہنچا سکتے ہیں،</w:t>
      </w:r>
    </w:p>
    <w:p>
      <w:r>
        <w:rPr>
          <w:b/>
        </w:rPr>
        <w:t xml:space="preserve">[11:59] </w:t>
      </w:r>
      <w:r>
        <w:t>hata ke aise logon tak jin se aap ki koi mulaqat nahi. Yeh kaisi ajeeb baat hai!</w:t>
      </w:r>
    </w:p>
    <w:p>
      <w:pPr>
        <w:jc w:val="right"/>
      </w:pPr>
      <w:r>
        <w:t>حتی کہ ایسے لوگوں تک جن سے آپ کی کوئی ملاقات نہیں۔ یہ کیسی عجیب بات ہے!</w:t>
      </w:r>
    </w:p>
    <w:p>
      <w:r>
        <w:rPr>
          <w:b/>
        </w:rPr>
        <w:t xml:space="preserve">[12:10] </w:t>
      </w:r>
      <w:r>
        <w:t>yani Sahaba ke ke zamane mein to woh chal kar jaate, knock karte is ko, phir mulaqat hoti, phir is se kehte jo karna tha.</w:t>
      </w:r>
    </w:p>
    <w:p>
      <w:pPr>
        <w:jc w:val="right"/>
      </w:pPr>
      <w:r>
        <w:t>یعنی صحابہ کے کے زمانے میں تو وہ چل کر جاتے، ناک کرتے اس کو، پھر ملاقات ہوتی، پھر اس سے کہتے جو کرنا تھا۔</w:t>
      </w:r>
    </w:p>
    <w:p>
      <w:r>
        <w:rPr>
          <w:b/>
        </w:rPr>
        <w:t xml:space="preserve">[12:23] </w:t>
      </w:r>
      <w:r>
        <w:t>ab is ka waqt khatam ho gaya, ab to speed itni tez ho gayi hai ke aap ke paas ek ek mechanical device ho,</w:t>
      </w:r>
    </w:p>
    <w:p>
      <w:pPr>
        <w:jc w:val="right"/>
      </w:pPr>
      <w:r>
        <w:t>اب اس کا وقت ختم ہو گیا، اب تو سپیڈ اتنی تیز ہو گئی ہے کہ آپ کے پاس ایک ایک مکینیکل ڈیوائس ہو،</w:t>
      </w:r>
    </w:p>
    <w:p>
      <w:r>
        <w:rPr>
          <w:b/>
        </w:rPr>
        <w:t xml:space="preserve">[12:39] </w:t>
      </w:r>
      <w:r>
        <w:t>ek mecha</w:t>
      </w:r>
    </w:p>
    <w:p>
      <w:pPr>
        <w:jc w:val="right"/>
      </w:pPr>
      <w:r>
        <w:t>ایک مکین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